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ספר עץ חיים</w:t>
      </w:r>
    </w:p>
    <w:p>
      <w:pPr>
        <w:spacing w:before="240" w:after="160"/>
        <w:jc w:val="center"/>
      </w:pPr>
      <w:r>
        <w:rPr>
          <w:rFonts w:ascii="Georgia" w:hAnsi="Georgia"/>
          <w:b/>
          <w:i w:val="0"/>
          <w:color w:val="000000"/>
          <w:sz w:val="40"/>
        </w:rPr>
        <w:t>Сефер Эц Хаим</w:t>
      </w:r>
    </w:p>
    <w:p>
      <w:pPr>
        <w:spacing w:before="80" w:after="320"/>
        <w:jc w:val="center"/>
      </w:pPr>
      <w:r>
        <w:rPr>
          <w:rFonts w:ascii="Georgia" w:hAnsi="Georgia"/>
          <w:b w:val="0"/>
          <w:i/>
          <w:color w:val="000000"/>
          <w:sz w:val="27"/>
        </w:rPr>
        <w:t>Древо Жизни · Том II. Мир Некудим и разбиение сосудов</w:t>
      </w:r>
    </w:p>
    <w:p>
      <w:pPr>
        <w:spacing w:before="160" w:after="360"/>
        <w:jc w:val="center"/>
      </w:pPr>
      <w:r>
        <w:rPr>
          <w:rFonts w:ascii="Georgia" w:hAnsi="Georgia"/>
          <w:b/>
          <w:i w:val="0"/>
          <w:color w:val="000000"/>
          <w:sz w:val="26"/>
        </w:rPr>
        <w:t>Святой Аризаль и Рабейну Хаим Виталь</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Врата 8: Врата Некудот</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Второй чертог. Этот чертог называется чертогом Некудим, и в нем четверо врат.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Первый раздел — врата учений об огласовках (некудот), и в нем шесть глав.</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Теперь объясним, что такое мир Некудим. Это уровень светов, выходящих через отверстия глаз (никвей эйнаим) де-АК (Адам Кадмон). Выше мы уже объясняли, что существуют четыре ступени, соответствующие четырем именам АВАЯ: АБ (72), САГ (63), МА (45) и БОН (52), и на каждой ступени есть ТАНТА — таамим (вкусы), некудот (огласовки), тагин (коронки) и отиет (буквы). Свет разума (мохин) де-АК — это имя АВАЯ де-АБ. А от уровня ушей (озэн) и ниже, вплоть до полного завершения АК, до окончания его ног (сиюм раглин), простирается уровень САГ. Впрочем, так обстояло дело вначале, до смерти мелахим в мире Некудим; впоследствии же от уровня его пупа (табур) до самого низа, у окончания ног, раскрылись уровни МА и БОН, как будет сказано с Б-жьей помощью.</w:t>
      </w:r>
    </w:p>
    <w:p>
      <w:pPr>
        <w:spacing w:before="40" w:after="120"/>
        <w:jc w:val="both"/>
      </w:pPr>
      <w:r>
        <w:rPr>
          <w:rFonts w:ascii="Georgia" w:hAnsi="Georgia"/>
          <w:b w:val="0"/>
          <w:i w:val="0"/>
          <w:color w:val="000000"/>
          <w:sz w:val="24"/>
        </w:rPr>
        <w:t>Мы уже разъясняли, что в имени САГ также есть ТАНТА, и таамим делятся на три части — АХАП: ухо (озэн), нос (хотэм) и рот (пэ). Огласовки же представляют собой света, исходящие из его глаз. Дело в том, что пар, выходящий из отверстий ушей, незначителен: если человек приложит палец к ушному отверстию и плотно зажмет его, он почувствует внутри звук глухого гула. Это происходит от движения пара внутри, который стремится выйти наружу, но не может; когда же палец убирают, этот звук не ощущается. Из этого пара вышли десять сфирот уровня ушей, как объяснялось выше. Затем в носу возникает более ощутимый пар, и из него вышли десять сфирот носа; а во рту пар ощутим сильнее всего, ведь по мере того, как свет спускается ниже, он становится более явным и ощутимым, раскрываясь там, и оттуда вышли десять [сфирот] мира Акудим. Все эти три места относятся к уровню таамим де-САГ.</w:t>
      </w:r>
    </w:p>
    <w:p>
      <w:pPr>
        <w:spacing w:before="40" w:after="120"/>
        <w:jc w:val="both"/>
      </w:pPr>
      <w:r>
        <w:rPr>
          <w:rFonts w:ascii="Georgia" w:hAnsi="Georgia"/>
          <w:b w:val="0"/>
          <w:i w:val="0"/>
          <w:color w:val="000000"/>
          <w:sz w:val="24"/>
        </w:rPr>
        <w:t xml:space="preserve">Затем из глаза вышли огласовки де-САГ. Поэтому в глазу нет такого пара, как в трех упомянутых местах, ведь малый свет мира Некудим не сравнится со светом таамим. И все же мы находим некоторую силу во взгляде глаз (созерцании, истаклют), как это видно в природе чувственного зрения: например, у страуса птенец зарождается благодаря тому, что птица некоторое время смотрит на яйцо, не садясь согревать его, подобно другим птицам. Это указывает на то, что во взгляде глаз есть реальная сила. Именно из этого созерцания глаз и вышли огласовки. В этом смысл сказанного в Тиккуней Зоар (Тиккун 70, 126а), где образ четырехбуквенного Имени АВАЯ представлен рисунком глаз с огласовками по тайне стиха: </w:t>
      </w:r>
      <w:r>
        <w:rPr>
          <w:rFonts w:ascii="Georgia" w:hAnsi="Georgia"/>
          <w:b w:val="0"/>
          <w:i/>
          <w:color w:val="000000"/>
          <w:sz w:val="24"/>
        </w:rPr>
        <w:t>«А ободья их полны глаз»</w:t>
      </w:r>
      <w:r>
        <w:rPr>
          <w:rFonts w:ascii="Georgia" w:hAnsi="Georgia"/>
          <w:b w:val="0"/>
          <w:i w:val="0"/>
          <w:color w:val="000000"/>
          <w:sz w:val="24"/>
        </w:rPr>
        <w:t xml:space="preserve"> (Йехезкель 1:18) [здесь в оригинале приведен рисунок].</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 xml:space="preserve">Ведь весь уровень глаз — это огласовки, как сказано выше. Если вести отсчет от АБ, то весь уровень АБ будет соответствовать букве йод имени АВАЯ, САГ — первой букве хэй, МА — букве вав, а БОН — последней букве хэй. Если же рассматривать имя исключительно на уровне САГ, то таамим де-САГ будут буквой йод, огласовки — первой буквой хэй, тагин — буквой вав, а буквы (отиет) — последней буквой хэй. А когда мы разделим и сами таамим, то буква йод окажется в ухе, первая буква хэй — в носу, буква вав — во рту, а последняя буква хэй — в глазах. Выходит, что глаз соотносится и с последней буквой хэй, и с первой буквой хэй. В этом тайна сказанного в Тиккуней Зоар: стих </w:t>
      </w:r>
      <w:r>
        <w:rPr>
          <w:rFonts w:ascii="Georgia" w:hAnsi="Georgia"/>
          <w:b w:val="0"/>
          <w:i/>
          <w:color w:val="000000"/>
          <w:sz w:val="24"/>
        </w:rPr>
        <w:t>«Я сплю...»</w:t>
      </w:r>
      <w:r>
        <w:rPr>
          <w:rFonts w:ascii="Georgia" w:hAnsi="Georgia"/>
          <w:b w:val="0"/>
          <w:i w:val="0"/>
          <w:color w:val="000000"/>
          <w:sz w:val="24"/>
        </w:rPr>
        <w:t xml:space="preserve"> (Шир а-Ширим 5:2) соотносится с последней буквой хэй, поскольку при аннулировании света Некудим наступает состояние «я сплю» в тайне сна (то есть смерти после их аннулирования, ведь сон — это одна шестидесятая часть смерти).</w:t>
      </w:r>
    </w:p>
    <w:p>
      <w:pPr>
        <w:spacing w:before="40" w:after="120"/>
        <w:jc w:val="both"/>
      </w:pPr>
      <w:r>
        <w:rPr>
          <w:rFonts w:ascii="Georgia" w:hAnsi="Georgia"/>
          <w:b w:val="0"/>
          <w:i w:val="0"/>
          <w:color w:val="000000"/>
          <w:sz w:val="24"/>
        </w:rPr>
        <w:t xml:space="preserve">Кроме того, в слове </w:t>
      </w:r>
      <w:r>
        <w:rPr>
          <w:rFonts w:ascii="Georgia" w:hAnsi="Georgia"/>
          <w:b w:val="0"/>
          <w:i/>
          <w:color w:val="000000"/>
          <w:sz w:val="24"/>
        </w:rPr>
        <w:t>яшена</w:t>
      </w:r>
      <w:r>
        <w:rPr>
          <w:rFonts w:ascii="Georgia" w:hAnsi="Georgia"/>
          <w:b w:val="0"/>
          <w:i w:val="0"/>
          <w:color w:val="000000"/>
          <w:sz w:val="24"/>
        </w:rPr>
        <w:t xml:space="preserve"> — «[я] сплю» (</w:t>
      </w:r>
      <w:r>
        <w:rPr>
          <w:rFonts w:ascii="Georgia" w:hAnsi="Georgia" w:cs="Times New Roman"/>
          <w:b/>
          <w:i w:val="0"/>
          <w:color w:val="000000"/>
          <w:sz w:val="24"/>
          <w:rtl/>
          <w:szCs w:val="32"/>
        </w:rPr>
        <w:t>יְשֵׁנָה</w:t>
      </w:r>
      <w:r>
        <w:rPr>
          <w:rFonts w:ascii="Georgia" w:hAnsi="Georgia"/>
          <w:b w:val="0"/>
          <w:i w:val="0"/>
          <w:color w:val="000000"/>
          <w:sz w:val="24"/>
        </w:rPr>
        <w:t xml:space="preserve">) заключены те же буквы, что и в слове </w:t>
      </w:r>
      <w:r>
        <w:rPr>
          <w:rFonts w:ascii="Georgia" w:hAnsi="Georgia"/>
          <w:b w:val="0"/>
          <w:i/>
          <w:color w:val="000000"/>
          <w:sz w:val="24"/>
        </w:rPr>
        <w:t>шния</w:t>
      </w:r>
      <w:r>
        <w:rPr>
          <w:rFonts w:ascii="Georgia" w:hAnsi="Georgia"/>
          <w:b w:val="0"/>
          <w:i w:val="0"/>
          <w:color w:val="000000"/>
          <w:sz w:val="24"/>
        </w:rPr>
        <w:t xml:space="preserve"> — «вторая» (</w:t>
      </w:r>
      <w:r>
        <w:rPr>
          <w:rFonts w:ascii="Georgia" w:hAnsi="Georgia" w:cs="Times New Roman"/>
          <w:b/>
          <w:i w:val="0"/>
          <w:color w:val="000000"/>
          <w:sz w:val="24"/>
          <w:rtl/>
          <w:szCs w:val="32"/>
        </w:rPr>
        <w:t>שְׁנִיָּה</w:t>
      </w:r>
      <w:r>
        <w:rPr>
          <w:rFonts w:ascii="Georgia" w:hAnsi="Georgia"/>
          <w:b w:val="0"/>
          <w:i w:val="0"/>
          <w:color w:val="000000"/>
          <w:sz w:val="24"/>
        </w:rPr>
        <w:t xml:space="preserve">): Хохма — это первая буква хэй, и она вторая после Кетера. Известно ведь, что таамим — это Кетер, огласовки — Хохма, тагин — Бина, а буквы — семь нижних сфирот (ЗАТ). Отсюда следует, что глаз относится к уровню Хохма, то есть к огласовкам. Поэтому мудрецы общины называются «глазами общины», как сказано: </w:t>
      </w:r>
      <w:r>
        <w:rPr>
          <w:rFonts w:ascii="Georgia" w:hAnsi="Georgia"/>
          <w:b w:val="0"/>
          <w:i/>
          <w:color w:val="000000"/>
          <w:sz w:val="24"/>
        </w:rPr>
        <w:t>«Если же скрытно от глаз общины...»</w:t>
      </w:r>
      <w:r>
        <w:rPr>
          <w:rFonts w:ascii="Georgia" w:hAnsi="Georgia"/>
          <w:b w:val="0"/>
          <w:i w:val="0"/>
          <w:color w:val="000000"/>
          <w:sz w:val="24"/>
        </w:rPr>
        <w:t xml:space="preserve"> (Бемидбар 15:24). В этих огласовках заключен уровень мелахим, правивших в земле Эдом и умерших, как будет объяснено с Б-жьей помощью. В этом же тайна стиха: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 ведь «земля» — это последняя буква хэй, соответствующая глазу, как сказано выше; и именно она «была пуста и хаотична», что указывает на смерть мелахим, продолжавшуюся до тех пор, пока не наступило их исправление, и тогда было сказано: </w:t>
      </w:r>
      <w:r>
        <w:rPr>
          <w:rFonts w:ascii="Georgia" w:hAnsi="Georgia"/>
          <w:b w:val="0"/>
          <w:i/>
          <w:color w:val="000000"/>
          <w:sz w:val="24"/>
        </w:rPr>
        <w:t>«Да будет свет. И стал свет»</w:t>
      </w:r>
      <w:r>
        <w:rPr>
          <w:rFonts w:ascii="Georgia" w:hAnsi="Georgia"/>
          <w:b w:val="0"/>
          <w:i w:val="0"/>
          <w:color w:val="000000"/>
          <w:sz w:val="24"/>
        </w:rPr>
        <w:t xml:space="preserve"> (Берешит 1:3). И об этом же сказано: </w:t>
      </w:r>
      <w:r>
        <w:rPr>
          <w:rFonts w:ascii="Georgia" w:hAnsi="Georgia"/>
          <w:b w:val="0"/>
          <w:i/>
          <w:color w:val="000000"/>
          <w:sz w:val="24"/>
        </w:rPr>
        <w:t>«Открой глаза Твои и взгляни на опустошения наши»</w:t>
      </w:r>
      <w:r>
        <w:rPr>
          <w:rFonts w:ascii="Georgia" w:hAnsi="Georgia"/>
          <w:b w:val="0"/>
          <w:i w:val="0"/>
          <w:color w:val="000000"/>
          <w:sz w:val="24"/>
        </w:rPr>
        <w:t xml:space="preserve"> (Даниэль 9:18). Чтобы понять этот стих, разберем устройство предмета: существует девять огласовок — камац, патах, цере, сеголь, шва, холам, шурук, хирик, кубуц. Среди них есть высшие огласовки — холам, средние — например шурук, а все остальные — нижние, чье место под буквами. В дальнейшем все это будет разъяснено с Б-жьей помощью. Все семь последних огласовок состоят из форм буквы йод, кроме двух первых огласовок — камац и патах, которые образованы двумя буквами вав и одной буквой йод. Дело в том, что если сосчитать все буквы йод в этих семи огласовках, их окажется тринадцать; по гематрии это 130 (</w:t>
      </w:r>
      <w:r>
        <w:rPr>
          <w:rFonts w:ascii="Georgia" w:hAnsi="Georgia" w:cs="Times New Roman"/>
          <w:b/>
          <w:i w:val="0"/>
          <w:color w:val="000000"/>
          <w:sz w:val="24"/>
          <w:rtl/>
          <w:szCs w:val="32"/>
        </w:rPr>
        <w:t>ק״ל</w:t>
      </w:r>
      <w:r>
        <w:rPr>
          <w:rFonts w:ascii="Georgia" w:hAnsi="Georgia"/>
          <w:b w:val="0"/>
          <w:i w:val="0"/>
          <w:color w:val="000000"/>
          <w:sz w:val="24"/>
        </w:rPr>
        <w:t xml:space="preserve">), что равно числу слова </w:t>
      </w:r>
      <w:r>
        <w:rPr>
          <w:rFonts w:ascii="Georgia" w:hAnsi="Georgia"/>
          <w:b w:val="0"/>
          <w:i/>
          <w:color w:val="000000"/>
          <w:sz w:val="24"/>
        </w:rPr>
        <w:t>аин</w:t>
      </w:r>
      <w:r>
        <w:rPr>
          <w:rFonts w:ascii="Georgia" w:hAnsi="Georgia"/>
          <w:b w:val="0"/>
          <w:i w:val="0"/>
          <w:color w:val="000000"/>
          <w:sz w:val="24"/>
        </w:rPr>
        <w:t xml:space="preserve"> — «глаз» (</w:t>
      </w:r>
      <w:r>
        <w:rPr>
          <w:rFonts w:ascii="Georgia" w:hAnsi="Georgia" w:cs="Times New Roman"/>
          <w:b/>
          <w:i w:val="0"/>
          <w:color w:val="000000"/>
          <w:sz w:val="24"/>
          <w:rtl/>
          <w:szCs w:val="32"/>
        </w:rPr>
        <w:t>עַיִן</w:t>
      </w:r>
      <w:r>
        <w:rPr>
          <w:rFonts w:ascii="Georgia" w:hAnsi="Georgia"/>
          <w:b w:val="0"/>
          <w:i w:val="0"/>
          <w:color w:val="000000"/>
          <w:sz w:val="24"/>
        </w:rPr>
        <w:t xml:space="preserve"> = 130), указывая на то, что огласовки вышли из глаза. Остаются камац и патах, состоящие из одной буквы йод и двух букв вав, что по гематрии составляет 22 (</w:t>
      </w:r>
      <w:r>
        <w:rPr>
          <w:rFonts w:ascii="Georgia" w:hAnsi="Georgia" w:cs="Times New Roman"/>
          <w:b/>
          <w:i w:val="0"/>
          <w:color w:val="000000"/>
          <w:sz w:val="24"/>
          <w:rtl/>
          <w:szCs w:val="32"/>
        </w:rPr>
        <w:t>כ״ב</w:t>
      </w:r>
      <w:r>
        <w:rPr>
          <w:rFonts w:ascii="Georgia" w:hAnsi="Georgia"/>
          <w:b w:val="0"/>
          <w:i w:val="0"/>
          <w:color w:val="000000"/>
          <w:sz w:val="24"/>
        </w:rPr>
        <w:t>). Это тайна двадцати двух букв, из которых были созданы келим мира Некудим. Если спросят: почему же келим были намечены именно в двух первых огласовках, превосходящих все остальные? Ответ таков: из этих двух первых огласовок, представляющих собой Кетер и Хохму мира Некудим, образовались келим для всех остальных: именно они породили и произвели келим для сфирот, расположенных под ними. Есть и вторая причина: как известно, семь нижних огласовок — это семь умерших мелахим, тогда как первые не умерли. А смерть — это разбиение кли; поэтому семь других огласовок остались без кли, лишь как один свет, то есть огласовки. Первые же не умерли и остались со своими келим. Их света скрыты и облачены внутри келим и называются по имени келим — двадцати двух букв, намеченных в огласовках камац и патах, как сказано выше. Камац указывает на Кетер, а Кетер — это таамим; патах же указывает на Хохму, то есть огласовки.</w:t>
      </w:r>
    </w:p>
    <w:p>
      <w:pPr>
        <w:spacing w:before="40" w:after="120"/>
        <w:jc w:val="both"/>
      </w:pPr>
      <w:r>
        <w:rPr>
          <w:rFonts w:ascii="Georgia" w:hAnsi="Georgia"/>
          <w:b w:val="0"/>
          <w:i w:val="0"/>
          <w:color w:val="000000"/>
          <w:sz w:val="24"/>
        </w:rPr>
        <w:t>Поэтому две эти огласовки называются камац («сокращенный») и патах («раскрытый»), указывая на следующее: пока выходили лишь таамим де-САГ (света АХАП), света оставались закрытыми и сокращенными (</w:t>
      </w:r>
      <w:r>
        <w:rPr>
          <w:rFonts w:ascii="Georgia" w:hAnsi="Georgia"/>
          <w:b w:val="0"/>
          <w:i/>
          <w:color w:val="000000"/>
          <w:sz w:val="24"/>
        </w:rPr>
        <w:t>кмуцим</w:t>
      </w:r>
      <w:r>
        <w:rPr>
          <w:rFonts w:ascii="Georgia" w:hAnsi="Georgia"/>
          <w:b w:val="0"/>
          <w:i w:val="0"/>
          <w:color w:val="000000"/>
          <w:sz w:val="24"/>
        </w:rPr>
        <w:t xml:space="preserve">, </w:t>
      </w:r>
      <w:r>
        <w:rPr>
          <w:rFonts w:ascii="Georgia" w:hAnsi="Georgia" w:cs="Times New Roman"/>
          <w:b/>
          <w:i w:val="0"/>
          <w:color w:val="000000"/>
          <w:sz w:val="24"/>
          <w:rtl/>
          <w:szCs w:val="32"/>
        </w:rPr>
        <w:t>קְמוּצִים</w:t>
      </w:r>
      <w:r>
        <w:rPr>
          <w:rFonts w:ascii="Georgia" w:hAnsi="Georgia"/>
          <w:b w:val="0"/>
          <w:i w:val="0"/>
          <w:color w:val="000000"/>
          <w:sz w:val="24"/>
        </w:rPr>
        <w:t>). Когда же раскрылся уровень огласовок, то есть Хохма... ...соответствующая патаху и глазу, они открылись в «раскрытии очей» (</w:t>
      </w:r>
      <w:r>
        <w:rPr>
          <w:rFonts w:ascii="Georgia" w:hAnsi="Georgia"/>
          <w:b w:val="0"/>
          <w:i/>
          <w:color w:val="000000"/>
          <w:sz w:val="24"/>
        </w:rPr>
        <w:t>птиху де-эйнаин</w:t>
      </w:r>
      <w:r>
        <w:rPr>
          <w:rFonts w:ascii="Georgia" w:hAnsi="Georgia"/>
          <w:b w:val="0"/>
          <w:i w:val="0"/>
          <w:color w:val="000000"/>
          <w:sz w:val="24"/>
        </w:rPr>
        <w:t xml:space="preserve">), как упомянуто в Тиккуним. В этом смысл огласовки патах; вначале же, на уровне таамим (Кетер), был камац, поскольку света были закрыты и сокращены. Вернемся теперь к стиху </w:t>
      </w:r>
      <w:r>
        <w:rPr>
          <w:rFonts w:ascii="Georgia" w:hAnsi="Georgia"/>
          <w:b w:val="0"/>
          <w:i/>
          <w:color w:val="000000"/>
          <w:sz w:val="24"/>
        </w:rPr>
        <w:t>«Открой глаза Твои...»</w:t>
      </w:r>
      <w:r>
        <w:rPr>
          <w:rFonts w:ascii="Georgia" w:hAnsi="Georgia"/>
          <w:b w:val="0"/>
          <w:i w:val="0"/>
          <w:color w:val="000000"/>
          <w:sz w:val="24"/>
        </w:rPr>
        <w:t xml:space="preserve"> (Даниэль 9:18): когда раскрылся уровень глаза (огласовки), тогда и было сказано «открой глаза Твои», ибо это произошло при «раскрытии очей». Выше уже разъяснялось, что все эти уровни пребывают в имени САГ, а это имя указывает на Бину — высшую Гвуру, от которой зависят суды (</w:t>
      </w:r>
      <w:r>
        <w:rPr>
          <w:rFonts w:ascii="Georgia" w:hAnsi="Georgia"/>
          <w:b w:val="0"/>
          <w:i/>
          <w:color w:val="000000"/>
          <w:sz w:val="24"/>
        </w:rPr>
        <w:t>диним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именно на уровне САГ произошло аннулирование мелахим. Внутри самого имени САГ уровень таамим называется АБ де-САГ, хотя и относится к САГ; но огласовки де-САГ — это основа самого САГ (САГ де-САГ), и именно там произошли аннулирование и смерть. Об этом сказано: </w:t>
      </w:r>
      <w:r>
        <w:rPr>
          <w:rFonts w:ascii="Georgia" w:hAnsi="Georgia"/>
          <w:b w:val="0"/>
          <w:i/>
          <w:color w:val="000000"/>
          <w:sz w:val="24"/>
        </w:rPr>
        <w:t>«Все отступило (</w:t>
      </w:r>
      <w:r>
        <w:rPr>
          <w:rFonts w:ascii="Georgia" w:hAnsi="Georgia"/>
          <w:b w:val="0"/>
          <w:i w:val="0"/>
          <w:color w:val="000000"/>
          <w:sz w:val="24"/>
        </w:rPr>
        <w:t>саг</w:t>
      </w:r>
      <w:r>
        <w:rPr>
          <w:rFonts w:ascii="Georgia" w:hAnsi="Georgia"/>
          <w:b w:val="0"/>
          <w:i/>
          <w:color w:val="000000"/>
          <w:sz w:val="24"/>
        </w:rPr>
        <w:t xml:space="preserve">, </w:t>
      </w:r>
      <w:r>
        <w:rPr>
          <w:rFonts w:ascii="Georgia" w:hAnsi="Georgia" w:cs="Times New Roman"/>
          <w:b/>
          <w:i/>
          <w:color w:val="000000"/>
          <w:sz w:val="24"/>
          <w:rtl/>
          <w:szCs w:val="32"/>
        </w:rPr>
        <w:t>סָג</w:t>
      </w:r>
      <w:r>
        <w:rPr>
          <w:rFonts w:ascii="Georgia" w:hAnsi="Georgia"/>
          <w:b w:val="0"/>
          <w:i/>
          <w:color w:val="000000"/>
          <w:sz w:val="24"/>
        </w:rPr>
        <w:t>) вместе...»</w:t>
      </w:r>
      <w:r>
        <w:rPr>
          <w:rFonts w:ascii="Georgia" w:hAnsi="Georgia"/>
          <w:b w:val="0"/>
          <w:i w:val="0"/>
          <w:color w:val="000000"/>
          <w:sz w:val="24"/>
        </w:rPr>
        <w:t xml:space="preserve"> (Теилим 53:4), ведь в имени САГ произошло все аннулирование. И само имя САГ указывает на это, происходя от выражения </w:t>
      </w:r>
      <w:r>
        <w:rPr>
          <w:rFonts w:ascii="Georgia" w:hAnsi="Georgia"/>
          <w:b w:val="0"/>
          <w:i/>
          <w:color w:val="000000"/>
          <w:sz w:val="24"/>
        </w:rPr>
        <w:t>насогу ахор</w:t>
      </w:r>
      <w:r>
        <w:rPr>
          <w:rFonts w:ascii="Georgia" w:hAnsi="Georgia"/>
          <w:b w:val="0"/>
          <w:i w:val="0"/>
          <w:color w:val="000000"/>
          <w:sz w:val="24"/>
        </w:rPr>
        <w:t xml:space="preserve"> (</w:t>
      </w:r>
      <w:r>
        <w:rPr>
          <w:rFonts w:ascii="Georgia" w:hAnsi="Georgia" w:cs="Times New Roman"/>
          <w:b/>
          <w:i w:val="0"/>
          <w:color w:val="000000"/>
          <w:sz w:val="24"/>
          <w:rtl/>
          <w:szCs w:val="32"/>
        </w:rPr>
        <w:t>נָסוֹגוּ אָחוֹר</w:t>
      </w:r>
      <w:r>
        <w:rPr>
          <w:rFonts w:ascii="Georgia" w:hAnsi="Georgia"/>
          <w:b w:val="0"/>
          <w:i w:val="0"/>
          <w:color w:val="000000"/>
          <w:sz w:val="24"/>
        </w:rPr>
        <w:t>) — «отступили назад», то есть аннулирование мелахим. Глаз также назван по имени САГ, подобно упомянутым АХАП: когда проявлялись три ступени АХАП (таамим), их именем САГ было имя АВАЯ с наполнением САГ (</w:t>
      </w:r>
      <w:r>
        <w:rPr>
          <w:rFonts w:ascii="Georgia" w:hAnsi="Georgia" w:cs="Times New Roman"/>
          <w:b/>
          <w:i w:val="0"/>
          <w:color w:val="000000"/>
          <w:sz w:val="24"/>
          <w:rtl/>
          <w:szCs w:val="32"/>
        </w:rPr>
        <w:t>יוד הי ואו הי</w:t>
      </w:r>
      <w:r>
        <w:rPr>
          <w:rFonts w:ascii="Georgia" w:hAnsi="Georgia"/>
          <w:b w:val="0"/>
          <w:i w:val="0"/>
          <w:color w:val="000000"/>
          <w:sz w:val="24"/>
        </w:rPr>
        <w:t>).</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Что же касается уровня огласовок в глазу, то это число 63, складывающееся из трех имен ЭЙЕ (</w:t>
      </w:r>
      <w:r>
        <w:rPr>
          <w:rFonts w:ascii="Georgia" w:hAnsi="Georgia" w:cs="Times New Roman"/>
          <w:b/>
          <w:i w:val="0"/>
          <w:color w:val="000000"/>
          <w:sz w:val="24"/>
          <w:rtl/>
          <w:szCs w:val="32"/>
        </w:rPr>
        <w:t>אהיה</w:t>
      </w:r>
      <w:r>
        <w:rPr>
          <w:rFonts w:ascii="Georgia" w:hAnsi="Georgia"/>
          <w:b w:val="0"/>
          <w:i w:val="0"/>
          <w:color w:val="000000"/>
          <w:sz w:val="24"/>
        </w:rPr>
        <w:t xml:space="preserve"> = 21 </w:t>
      </w:r>
      <w:r>
        <w:rPr>
          <w:rFonts w:ascii="Georgia" w:hAnsi="Georgia"/>
          <w:b w:val="0"/>
          <w:i/>
          <w:color w:val="000000"/>
          <w:sz w:val="24"/>
        </w:rPr>
        <w:t xml:space="preserve"> 3 = 63). Каждое из этих трех имен берет двадцать две буквы, намеченные в огласовках камац и патах, чтобы силой созерцания глаза сделать из них келим. Следовательно, каждое имя ЭЙЕ включает в себя двадцать две буквы; три имени ЭЙЕ вместе с тремя группами по двадцать две буквы дают в сумме с колелем 130 (</w:t>
      </w:r>
      <w:r>
        <w:rPr>
          <w:rFonts w:ascii="Georgia" w:hAnsi="Georgia" w:cs="Times New Roman"/>
          <w:b/>
          <w:i/>
          <w:color w:val="000000"/>
          <w:sz w:val="24"/>
          <w:rtl/>
          <w:szCs w:val="32"/>
        </w:rPr>
        <w:t>ק״ל</w:t>
      </w:r>
      <w:r>
        <w:rPr>
          <w:rFonts w:ascii="Georgia" w:hAnsi="Georgia"/>
          <w:b w:val="0"/>
          <w:i/>
          <w:color w:val="000000"/>
          <w:sz w:val="24"/>
        </w:rPr>
        <w:t xml:space="preserve">), что равно гематрии слова </w:t>
      </w:r>
      <w:r>
        <w:rPr>
          <w:rFonts w:ascii="Georgia" w:hAnsi="Georgia"/>
          <w:b w:val="0"/>
          <w:i w:val="0"/>
          <w:color w:val="000000"/>
          <w:sz w:val="24"/>
        </w:rPr>
        <w:t>аин</w:t>
      </w:r>
      <w:r>
        <w:rPr>
          <w:rFonts w:ascii="Georgia" w:hAnsi="Georgia"/>
          <w:b w:val="0"/>
          <w:i/>
          <w:color w:val="000000"/>
          <w:sz w:val="24"/>
        </w:rPr>
        <w:t xml:space="preserve"> — «глаз» (</w:t>
      </w:r>
      <w:r>
        <w:rPr>
          <w:rFonts w:ascii="Georgia" w:hAnsi="Georgia" w:cs="Times New Roman"/>
          <w:b/>
          <w:i/>
          <w:color w:val="000000"/>
          <w:sz w:val="24"/>
          <w:rtl/>
          <w:szCs w:val="32"/>
        </w:rPr>
        <w:t>עַיִן</w:t>
      </w:r>
      <w:r>
        <w:rPr>
          <w:rFonts w:ascii="Georgia" w:hAnsi="Georgia"/>
          <w:b w:val="0"/>
          <w:i/>
          <w:color w:val="000000"/>
          <w:sz w:val="24"/>
        </w:rPr>
        <w:t xml:space="preserve">). Вот как имя САГ намечено и в глазу. В этом смысл стиха: </w:t>
      </w:r>
      <w:r>
        <w:rPr>
          <w:rFonts w:ascii="Georgia" w:hAnsi="Georgia"/>
          <w:b w:val="0"/>
          <w:i w:val="0"/>
          <w:color w:val="000000"/>
          <w:sz w:val="24"/>
        </w:rPr>
        <w:t>«Открой глаза Твои и взгляни на опустошения наши»</w:t>
      </w:r>
      <w:r>
        <w:rPr>
          <w:rFonts w:ascii="Georgia" w:hAnsi="Georgia"/>
          <w:b w:val="0"/>
          <w:i/>
          <w:color w:val="000000"/>
          <w:sz w:val="24"/>
        </w:rPr>
        <w:t xml:space="preserve"> (Даниэль 9:18). В АХАП имя САГ содержится трижды, что по гематрии с колелем дает число 189 — значение слова </w:t>
      </w:r>
      <w:r>
        <w:rPr>
          <w:rFonts w:ascii="Georgia" w:hAnsi="Georgia"/>
          <w:b w:val="0"/>
          <w:i w:val="0"/>
          <w:color w:val="000000"/>
          <w:sz w:val="24"/>
        </w:rPr>
        <w:t>пках</w:t>
      </w:r>
      <w:r>
        <w:rPr>
          <w:rFonts w:ascii="Georgia" w:hAnsi="Georgia"/>
          <w:b w:val="0"/>
          <w:i/>
          <w:color w:val="000000"/>
          <w:sz w:val="24"/>
        </w:rPr>
        <w:t xml:space="preserve"> — «открой» (</w:t>
      </w:r>
      <w:r>
        <w:rPr>
          <w:rFonts w:ascii="Georgia" w:hAnsi="Georgia" w:cs="Times New Roman"/>
          <w:b/>
          <w:i/>
          <w:color w:val="000000"/>
          <w:sz w:val="24"/>
          <w:rtl/>
          <w:szCs w:val="32"/>
        </w:rPr>
        <w:t>פְּקַח</w:t>
      </w:r>
      <w:r>
        <w:rPr>
          <w:rFonts w:ascii="Georgia" w:hAnsi="Georgia"/>
          <w:b w:val="0"/>
          <w:i/>
          <w:color w:val="000000"/>
          <w:sz w:val="24"/>
        </w:rPr>
        <w:t xml:space="preserve"> = 188 + 1 = 189). За ними следует уровень глаз — «глаза Твои» (</w:t>
      </w:r>
      <w:r>
        <w:rPr>
          <w:rFonts w:ascii="Georgia" w:hAnsi="Georgia"/>
          <w:b w:val="0"/>
          <w:i w:val="0"/>
          <w:color w:val="000000"/>
          <w:sz w:val="24"/>
        </w:rPr>
        <w:t>энейха</w:t>
      </w:r>
      <w:r>
        <w:rPr>
          <w:rFonts w:ascii="Georgia" w:hAnsi="Georgia"/>
          <w:b w:val="0"/>
          <w:i/>
          <w:color w:val="000000"/>
          <w:sz w:val="24"/>
        </w:rPr>
        <w:t>): три имени ЭЙЕ в глазах соответствуют имени ЭЙЕ с наполнением буквами йод, что по гематрии составляет 161 (</w:t>
      </w:r>
      <w:r>
        <w:rPr>
          <w:rFonts w:ascii="Georgia" w:hAnsi="Georgia" w:cs="Times New Roman"/>
          <w:b/>
          <w:i/>
          <w:color w:val="000000"/>
          <w:sz w:val="24"/>
          <w:rtl/>
          <w:szCs w:val="32"/>
        </w:rPr>
        <w:t>קס״א</w:t>
      </w:r>
      <w:r>
        <w:rPr>
          <w:rFonts w:ascii="Georgia" w:hAnsi="Georgia"/>
          <w:b w:val="0"/>
          <w:i/>
          <w:color w:val="000000"/>
          <w:sz w:val="24"/>
        </w:rPr>
        <w:t xml:space="preserve">), равняясь значению слова </w:t>
      </w:r>
      <w:r>
        <w:rPr>
          <w:rFonts w:ascii="Georgia" w:hAnsi="Georgia"/>
          <w:b w:val="0"/>
          <w:i w:val="0"/>
          <w:color w:val="000000"/>
          <w:sz w:val="24"/>
        </w:rPr>
        <w:t>энейха</w:t>
      </w:r>
      <w:r>
        <w:rPr>
          <w:rFonts w:ascii="Georgia" w:hAnsi="Georgia"/>
          <w:b w:val="0"/>
          <w:i/>
          <w:color w:val="000000"/>
          <w:sz w:val="24"/>
        </w:rPr>
        <w:t xml:space="preserve"> (</w:t>
      </w:r>
      <w:r>
        <w:rPr>
          <w:rFonts w:ascii="Georgia" w:hAnsi="Georgia" w:cs="Times New Roman"/>
          <w:b/>
          <w:i/>
          <w:color w:val="000000"/>
          <w:sz w:val="24"/>
          <w:rtl/>
          <w:szCs w:val="32"/>
        </w:rPr>
        <w:t>עֵינֶיךָ</w:t>
      </w:r>
      <w:r>
        <w:rPr>
          <w:rFonts w:ascii="Georgia" w:hAnsi="Georgia"/>
          <w:b w:val="0"/>
          <w:i/>
          <w:color w:val="000000"/>
          <w:sz w:val="24"/>
        </w:rPr>
        <w:t xml:space="preserve"> = 160 + 1 = 161) с колелем. Слова же </w:t>
      </w:r>
      <w:r>
        <w:rPr>
          <w:rFonts w:ascii="Georgia" w:hAnsi="Georgia"/>
          <w:b w:val="0"/>
          <w:i w:val="0"/>
          <w:color w:val="000000"/>
          <w:sz w:val="24"/>
        </w:rPr>
        <w:t>«и взгляни на опустошения наши»* сказаны потому, что здесь произошло великое запустение и аннулирование мелахим.</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Вторая редакция. Выше, в ветви 4 врат «Учения об игулим и ешер», уже объяснялось, что все те света вышли исключительно в аспекте прямоты (ешер), а не сфер (игулим), поскольку все это относится только к прямоте, идущей в виде линий по образу человека. И в упомянутых светах, вышедших из АХАП де-АК, нет разделения на игулим и ешер, но все они представляют собой лишь ешер. Однако на уровне лба (мэцах) и глаза этого Человека, составляющих тайну этих огласовок, есть как игулим, так и ешер, подобно самому АК. Они выходят от НЕХИ и нижней половины Тиферет де-АК и ниже по линии прямоты; там сначала выходят игулим огласовок (некудот), окружая НЕХИ и половину Тиферет де-АК (тайну его линии прямоты), так что линия ешер находится в их середине.</w:t>
      </w:r>
    </w:p>
    <w:p>
      <w:pPr>
        <w:spacing w:before="40" w:after="120"/>
        <w:jc w:val="both"/>
      </w:pPr>
      <w:r>
        <w:rPr>
          <w:rFonts w:ascii="Georgia" w:hAnsi="Georgia"/>
          <w:b w:val="0"/>
          <w:i w:val="0"/>
          <w:color w:val="000000"/>
          <w:sz w:val="24"/>
        </w:rPr>
        <w:t>Мы уже разъясняли, что в АК есть внутренний свет и окружающий свет, и все они пребывают по тайне прямоты (ешер). И эти игулим огласовок разделяют между окружающим светом этой линии ешер и внутренним светом с келим этого Человека в завершении прямоты. Получается, что эти игулим охватывают и окружают келим этого Человека со всех сторон, а затем окружающий свет прямоты этого Человека охватывает и окружает все эти игулим огласовок. Внутри же этих игулим между ними располагается линия ешер мира Некудим — подобно тому как линия ешер де-АК находится внутри его игулим. Однако есть одно отличие: эти игулим, окружающие Нецах, Ход, Есод и половину Тиферет де-АК, окружают его неодинаково с двух сторон. Основной свет находился на лицевой стороне (паним) его прямоты, но от этого свечения свет распространяется и на его спину (ахор) — как по линии ешер, так и в игулим огласовок. В итоге НЕХИ и половина Тиферет де-АК облачены и окружены этими огласовками как со стороны их игулим, так и со стороны их ешер, а АК находится между ними. Впрочем, то, что в Некудим есть игулим и ешер, проявилось не сразу: когда Источник вначале выделил Некудим, они выделились исключительно в аспекте своих игулим, без линии прямоты. Это уровень нефеш мира Некудим, как сказано выше.</w:t>
      </w:r>
    </w:p>
    <w:p>
      <w:pPr>
        <w:spacing w:before="40" w:after="120"/>
        <w:jc w:val="both"/>
      </w:pPr>
      <w:r>
        <w:rPr>
          <w:rFonts w:ascii="Georgia" w:hAnsi="Georgia"/>
          <w:b w:val="0"/>
          <w:i w:val="0"/>
          <w:color w:val="000000"/>
          <w:sz w:val="24"/>
        </w:rPr>
        <w:t xml:space="preserve">Поэтому и произошло их разбиение: ведь у них раскрылся лишь уровень нефеш (игулим), и они не смогли принять высший свет; тогда и произошли смерть мелахим и их аннулирование, как подробно объясняется в наших главах. В этом тайна стиха: </w:t>
      </w:r>
      <w:r>
        <w:rPr>
          <w:rFonts w:ascii="Georgia" w:hAnsi="Georgia"/>
          <w:b w:val="0"/>
          <w:i/>
          <w:color w:val="000000"/>
          <w:sz w:val="24"/>
        </w:rPr>
        <w:t>«Б-г создал человека прямым, а они пустились во многие помыслы»</w:t>
      </w:r>
      <w:r>
        <w:rPr>
          <w:rFonts w:ascii="Georgia" w:hAnsi="Georgia"/>
          <w:b w:val="0"/>
          <w:i w:val="0"/>
          <w:color w:val="000000"/>
          <w:sz w:val="24"/>
        </w:rPr>
        <w:t xml:space="preserve"> (Коэлет 7:29). АК обладал свойством прямоты — об этом сказано: </w:t>
      </w:r>
      <w:r>
        <w:rPr>
          <w:rFonts w:ascii="Georgia" w:hAnsi="Georgia"/>
          <w:b w:val="0"/>
          <w:i/>
          <w:color w:val="000000"/>
          <w:sz w:val="24"/>
        </w:rPr>
        <w:t>«создал человека прямым»</w:t>
      </w:r>
      <w:r>
        <w:rPr>
          <w:rFonts w:ascii="Georgia" w:hAnsi="Georgia"/>
          <w:b w:val="0"/>
          <w:i w:val="0"/>
          <w:color w:val="000000"/>
          <w:sz w:val="24"/>
        </w:rPr>
        <w:t xml:space="preserve">. Они же — то есть Некудим — </w:t>
      </w:r>
      <w:r>
        <w:rPr>
          <w:rFonts w:ascii="Georgia" w:hAnsi="Georgia"/>
          <w:b w:val="0"/>
          <w:i/>
          <w:color w:val="000000"/>
          <w:sz w:val="24"/>
        </w:rPr>
        <w:t>«пустились во многие помыслы»</w:t>
      </w:r>
      <w:r>
        <w:rPr>
          <w:rFonts w:ascii="Georgia" w:hAnsi="Georgia"/>
          <w:b w:val="0"/>
          <w:i w:val="0"/>
          <w:color w:val="000000"/>
          <w:sz w:val="24"/>
        </w:rPr>
        <w:t xml:space="preserve">, относящиеся к игулим, и прямота в них не была образована; поэтому они разбились и умерли. В дальнейшем мы объясним, как именно они «пустились во многие помыслы» (игулим) и почему огласовки вышли в форме игулим в большей мере, чем остальные света АХАП, которые выходили исключительно по пути прямоты (ешер). Исправление умерших мелахим совершилось благодаря приходу их уровня руах, который оживил их. Это тайна прямоты (ешер) мира Некудим и тайна Адама: ведь образ человека как мужского и женского начал возможен только в линии прямоты, и тогда это поистине мужское и женское начала. Кроме того, Адам соответствует имени МА, поскольку слово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по гематрии равно 45; оно приходит по линии прямоты и выходит из свечения лба (мэцах). Пойми также, что имя МА пребывает в Зеир Анпине и мире Ецира, относящихся к уровню руах, и это и есть руах мира Некудим.</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Я сомневаюсь в том, что именно слышал от своего учителя, благословенна память его:</w:t>
      </w:r>
    </w:p>
    <w:p>
      <w:pPr>
        <w:spacing w:before="40" w:after="120"/>
        <w:jc w:val="both"/>
      </w:pPr>
      <w:r>
        <w:rPr>
          <w:rFonts w:ascii="Georgia" w:hAnsi="Georgia"/>
          <w:b w:val="0"/>
          <w:i w:val="0"/>
          <w:color w:val="000000"/>
          <w:sz w:val="24"/>
        </w:rPr>
        <w:t>1) имя ли САГ представляет собой упомянутых умерших мелахим, образующих игулим, после чего пришло одно лишь имя МА, из которого образовалась линия ешер, тогда как имя САГ осталось для игулим;</w:t>
      </w:r>
    </w:p>
    <w:p>
      <w:pPr>
        <w:spacing w:before="40" w:after="120"/>
        <w:jc w:val="both"/>
      </w:pPr>
      <w:r>
        <w:rPr>
          <w:rFonts w:ascii="Georgia" w:hAnsi="Georgia"/>
          <w:b w:val="0"/>
          <w:i w:val="0"/>
          <w:color w:val="000000"/>
          <w:sz w:val="24"/>
        </w:rPr>
        <w:t>2) или же из имени САГ сначала были исправлены игулим, а затем при исправлении вышла линия ешер де-САГ, а из имени МА вышла лишь линия ешер, и линия ешер де-САГ соединилась с линией ешер де-МА (как объясняется у нас: тайна Атика и его Нуквы — имена МА и БОН);</w:t>
      </w:r>
    </w:p>
    <w:p>
      <w:pPr>
        <w:spacing w:before="40" w:after="120"/>
        <w:jc w:val="both"/>
      </w:pPr>
      <w:r>
        <w:rPr>
          <w:rFonts w:ascii="Georgia" w:hAnsi="Georgia"/>
          <w:b w:val="0"/>
          <w:i w:val="0"/>
          <w:color w:val="000000"/>
          <w:sz w:val="24"/>
        </w:rPr>
        <w:t>3) либо же из имени САГ во время исправления вышли как игулим, так и ешер, и точно так же из имени МА вышли игулим и ешер, соединившись: игулим с игулим, а ешер с ешер.</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Теперь объясним причину, почему огласовки вышли в форме игулим в большей мере, чем остальные света АХАП. Знай, что свет глаз не подобен другим светам: человек, стоя на одном месте лицом в одну сторону, может смотреть во всех направлениях и двигать взглядом, вовсе не двигая телом и головой, а лишь переводя глаза и глядя по сторонам. В других же светах — таких как света АХАП — пар выходил строго по прямой линии. Поэтому света, выходящие прямо, образовали аспект прямоты (ешер); Некудим же, вышедшие из глаз, распространяются вокруг АК в виде сфер (игулим).</w:t>
      </w:r>
    </w:p>
    <w:p>
      <w:pPr>
        <w:spacing w:before="40" w:after="120"/>
        <w:jc w:val="both"/>
      </w:pPr>
      <w:r>
        <w:rPr>
          <w:rFonts w:ascii="Georgia" w:hAnsi="Georgia"/>
          <w:b w:val="0"/>
          <w:i w:val="0"/>
          <w:color w:val="000000"/>
          <w:sz w:val="24"/>
        </w:rPr>
        <w:t xml:space="preserve">Вторая причина: высшие света выходят через каналы рта, носа или уха, поэтому они остаются прямыми. В огласовках же пар, исходящий из НЕХИ де-АК, пробивает келим де-АК и выходит наружу по тайне стиха: </w:t>
      </w:r>
      <w:r>
        <w:rPr>
          <w:rFonts w:ascii="Georgia" w:hAnsi="Georgia"/>
          <w:b w:val="0"/>
          <w:i/>
          <w:color w:val="000000"/>
          <w:sz w:val="24"/>
        </w:rPr>
        <w:t>«И после того, как кожа моя истлеет, это [узрю]»</w:t>
      </w:r>
      <w:r>
        <w:rPr>
          <w:rFonts w:ascii="Georgia" w:hAnsi="Georgia"/>
          <w:b w:val="0"/>
          <w:i w:val="0"/>
          <w:color w:val="000000"/>
          <w:sz w:val="24"/>
        </w:rPr>
        <w:t xml:space="preserve"> (Иов 19:26) — свет находится внутри, бьет и ударяет в кожу и выходит наружу со всех сторон человека. Если бы его пуп был открыт и свет выходил оттуда к Некудим, Некудим были бы прямыми (ешер), напротив света пупа и его прямого истечения. Но тот свет выходит со всех сторон кожи через поры и волосы на коже, поэтому Некудим приняли форму игулим. Третья причина — из которой также прекрасно проясняется и вторая причина: в другом месте мы уже объясняли Второе сокращение (ЦБ) де-АК. Чтобы выделить эти Некудим, Ему понадобилось сократить света своих НЕХИ и половины Тиферет кверху, и там, на уровне пупа, была натянута одна перегородка (Парса). Тот свет, который находился там прежде, вышел через глаза, опустился снаружи напротив НЕХИ де-АК, и там образовались Некудим. Подъем этого света кверху послужил в качестве женских вод (МАН), вследствие чего раскрылся новый свет; он спустился по внутренней части этого Человека, прошел сквозь Парсу к НЕХИ этого Человека и оттуда, пробив кожу, вышел наружу. Оттуда он светит огласовкам, как сказано по стиху </w:t>
      </w:r>
      <w:r>
        <w:rPr>
          <w:rFonts w:ascii="Georgia" w:hAnsi="Georgia"/>
          <w:b w:val="0"/>
          <w:i/>
          <w:color w:val="000000"/>
          <w:sz w:val="24"/>
        </w:rPr>
        <w:t>«И после того, как кожа моя истлеет, это [узрю]»</w:t>
      </w:r>
      <w:r>
        <w:rPr>
          <w:rFonts w:ascii="Georgia" w:hAnsi="Georgia"/>
          <w:b w:val="0"/>
          <w:i w:val="0"/>
          <w:color w:val="000000"/>
          <w:sz w:val="24"/>
        </w:rPr>
        <w:t xml:space="preserve"> во второй причине.</w:t>
      </w:r>
    </w:p>
    <w:p>
      <w:pPr>
        <w:spacing w:before="40" w:after="120"/>
        <w:jc w:val="both"/>
      </w:pPr>
      <w:r>
        <w:rPr>
          <w:rFonts w:ascii="Georgia" w:hAnsi="Georgia"/>
          <w:b w:val="0"/>
          <w:i w:val="0"/>
          <w:color w:val="000000"/>
          <w:sz w:val="24"/>
        </w:rPr>
        <w:t>Таким образом, Некудим образовались действием двух светов: первого света, вышедшего наружу через глаза, и нового внутреннего света, пробивающего кожу наружу. Этот внутренний свет вышел наружу со всех сторон сквозь кожу, поэтому они и приняли форму игулим, как сказано во второй причине. Было и другое обстоятельство: поскольку первый свет находился на уровне груди (хазе), где остался его корень, чтобы светить наружу, то при спуске нового света там сошлись вместе три света: свет самого АК от его Тиферет, первый свет, поднявшийся из НЕХИ, и новый свет. Из-за этого возникло великое сокращение; в особенности потому, что проходя к НЕХИ, свет вынужден с силой пробивать эту Парсу, чтобы пройти и опуститься. В силу этих причин, когда он пробивает кожу и выходит наружу, чтобы светить этим огласовкам, он выходит с мощным напором и принимает круглую форму (игулим). Сама третья причина состоит в том, что первый свет находился в великой тесноте при выходе из глаз, и потому вышел с мощью, образовав круг. Внутренний же свет, пробиваясь со всех сторон, стремился соединить каналы свечения друг с другом; ударяя с силой, каналы света, выходящие с лицевой стороны, огибают тело, встречаются с каналами, выходящими со спины, и соединяются с ними — и тогда свет становится круглым. Из этого ты поймешь, почему глаза указывают на Нецах и Ход: свет Нецах и Ход де-АК вышел наружу через глаза, поэтому Нецах и Ход соотносятся с глазами.</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Вторая редакция. Уровень АБ де-АК находится в его голове (рош). Затем следует САГ де-АК, начинающийся от АХАП; все три эти раздела представляют собой таамим и относятся к АБ де-САГ, а третья ступень — рот — называется миром Акудим. Затем следует САГ де-САГ — это огласовки, начинающиеся от глаз де-АК; они насчитывают девять огласовок: пять мелахим и четыре раба, как известно. Две верхние огласовки — камац и патах (Кетер и Хохма) — не умерли, а остальные семь умерли.</w:t>
      </w:r>
    </w:p>
    <w:p>
      <w:pPr>
        <w:spacing w:before="40" w:after="120"/>
        <w:jc w:val="both"/>
      </w:pPr>
      <w:r>
        <w:rPr>
          <w:rFonts w:ascii="Georgia" w:hAnsi="Georgia"/>
          <w:b w:val="0"/>
          <w:i w:val="0"/>
          <w:color w:val="000000"/>
          <w:sz w:val="24"/>
        </w:rPr>
        <w:t>Здесь возникает вопрос: ведь мы сказали, что уцелели только две первые огласовки, а в другом месте писали, что не умерли три первые огласовки (КАХАБ), тогда как остальные семь — шесть огласовок, оставшихся от девяти, и Малхут (являющаяся мелехом без огласовки) — умерли.</w:t>
      </w:r>
    </w:p>
    <w:p>
      <w:pPr>
        <w:spacing w:before="40" w:after="120"/>
        <w:jc w:val="both"/>
      </w:pPr>
      <w:r>
        <w:rPr>
          <w:rFonts w:ascii="Georgia" w:hAnsi="Georgia"/>
          <w:b w:val="0"/>
          <w:i w:val="0"/>
          <w:color w:val="000000"/>
          <w:sz w:val="24"/>
        </w:rPr>
        <w:t xml:space="preserve">Это противоречие можно разрешить так: поскольку лицо (паним) Аба ве-Има не умерло, все оно считается одной огласовкой в тайне буквы йод, содержащей буквы </w:t>
      </w:r>
      <w:r>
        <w:rPr>
          <w:rFonts w:ascii="Georgia" w:hAnsi="Georgia"/>
          <w:b w:val="0"/>
          <w:i/>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по смыслу сказанного: </w:t>
      </w:r>
      <w:r>
        <w:rPr>
          <w:rFonts w:ascii="Georgia" w:hAnsi="Georgia"/>
          <w:b w:val="0"/>
          <w:i/>
          <w:color w:val="000000"/>
          <w:sz w:val="24"/>
        </w:rPr>
        <w:t>«Постигай мудростью»</w:t>
      </w:r>
      <w:r>
        <w:rPr>
          <w:rFonts w:ascii="Georgia" w:hAnsi="Georgia"/>
          <w:b w:val="0"/>
          <w:i w:val="0"/>
          <w:color w:val="000000"/>
          <w:sz w:val="24"/>
        </w:rPr>
        <w:t xml:space="preserve"> (Сефер Йецира 1:4). Поэтому все оно называется одной лишь Хохмой. Спинная же сторона (ахораим), павшая от Аба ве-Има, — это буква хэй Имени, по тайне сказанного: </w:t>
      </w:r>
      <w:r>
        <w:rPr>
          <w:rFonts w:ascii="Georgia" w:hAnsi="Georgia"/>
          <w:b w:val="0"/>
          <w:i/>
          <w:color w:val="000000"/>
          <w:sz w:val="24"/>
        </w:rPr>
        <w:t>«И умудряйся в понимании»</w:t>
      </w:r>
      <w:r>
        <w:rPr>
          <w:rFonts w:ascii="Georgia" w:hAnsi="Georgia"/>
          <w:b w:val="0"/>
          <w:i w:val="0"/>
          <w:color w:val="000000"/>
          <w:sz w:val="24"/>
        </w:rPr>
        <w:t xml:space="preserve"> (Сефер Йецира 1:4); и все это называется одной лишь Биной, выступающей спиной по отношению к лицу (мужскому началу Хохмы). Получается, что огласовка патах — это два лица Аба ве-Има, и все это называется Хохмой; а огласовка цере — это две их спинные стороны, называемые Биной. Тем самым верны оба положения: в цере также присутствует смерть (падение спинных частей в целом), но верно и то, что Бина не умерла — в аспекте своего лица. Возможно также, что лицо — это ХУБ, а спинные части принадлежат ИШСУТ в тайне Яакова и Леи, являющихся их спинными частями. И этого достаточно.</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теме и объясним сначала, как вышли огласовки, а затем поговорим о них подробно. Мы уже говорили, что все вышло из упомянутого АК, и сказали, что мир Акудим доходил до его пупа. И хотя мы говорили, что света выходят через отверстия рта, носа и тому подобное, это относится лишь к основным светам; но, безусловно, и сквозь стенки этого АК постоянно пробивается и выходит наружу свет, освещая их. Выше уже говорилось: когда Источник пожелал выделить из Себя уровень Некудим, Его намерением было создать келим, чтобы нижние миры могли принять Его свет, светящий в них. И увидел Источник, что у получающих еще нет сил принять эти света глаз, чье место распространения — от уровня пупа до окончания ног АК, как сказано выше. Что же Он сделал? Прежде чем вывести эти света через глаза, Он произвел одно сокращение: весь свет, распространявшийся внутри этого АК от пупа до окончания его ног, Он поднял в верхнюю половину тела, от пупа и выше; место же от пупа и ниже осталось пустым, без света. Разумный поймет и сопоставит одно с другим: во всем мире Ацилут именно нижняя половина Тиферет и НЕХИ всегда светят в нижний мир. Ведь НЕХИ де-Зеир Анпин светят в Нукву, НЕХИ де-Аба ве-Има — в Зеир Анпин, НЕХИ де-Арих Анпин — в Аба ве-Има, НЕХИ де-Атик — в Арих Анпин, а НЕХИ де-АК — в Атик и во все уровни Ацилута, как будет сказано с Б-жьей помощью.</w:t>
      </w:r>
    </w:p>
    <w:p>
      <w:pPr>
        <w:spacing w:before="40" w:after="120"/>
        <w:jc w:val="both"/>
      </w:pPr>
      <w:r>
        <w:rPr>
          <w:rFonts w:ascii="Georgia" w:hAnsi="Georgia"/>
          <w:b w:val="0"/>
          <w:i w:val="0"/>
          <w:color w:val="000000"/>
          <w:sz w:val="24"/>
        </w:rPr>
        <w:t xml:space="preserve">Пойми также, что всякому выходу новых светов предшествует сокращение: так, мы находим в Арих Анпине, что он сократил свои НЕХИ, чтобы произвести ЗОН, как упомянуто в соответствующем месте; так же произошло и в этом АК... ...и незачем удлинять об этом речь. После того как Он сократил Себя, Он поместил одну перегородку (Парса) посреди тела АК на уровне пупа изнутри, чтобы разделить между ними. В этом тайна стиха: </w:t>
      </w:r>
      <w:r>
        <w:rPr>
          <w:rFonts w:ascii="Georgia" w:hAnsi="Georgia"/>
          <w:b w:val="0"/>
          <w:i/>
          <w:color w:val="000000"/>
          <w:sz w:val="24"/>
        </w:rPr>
        <w:t>«Да будет свод посреди вод, и да отделяет он воды от вод»</w:t>
      </w:r>
      <w:r>
        <w:rPr>
          <w:rFonts w:ascii="Georgia" w:hAnsi="Georgia"/>
          <w:b w:val="0"/>
          <w:i w:val="0"/>
          <w:color w:val="000000"/>
          <w:sz w:val="24"/>
        </w:rPr>
        <w:t xml:space="preserve"> (Берешит 1:6), как сказано в Зоаре (Берешит 32б): «Есть одна перепонка посреди внутренностей человека, которая разделяет между верхом и низом, впитывает сверху и отдает вниз». Тогда весь свет остался выше этой Парсы, находясь там в великой тесноте и сокращении. Затем он пробивает эту Парсу, спускается и светит в остальную часть тела от пупа и ниже. Это и есть уровень Парсы, упомянутый в начале Идра [Раба] в учении о стихе </w:t>
      </w:r>
      <w:r>
        <w:rPr>
          <w:rFonts w:ascii="Georgia" w:hAnsi="Georgia"/>
          <w:b w:val="0"/>
          <w:i/>
          <w:color w:val="000000"/>
          <w:sz w:val="24"/>
        </w:rPr>
        <w:t>«И вот цари...»</w:t>
      </w:r>
      <w:r>
        <w:rPr>
          <w:rFonts w:ascii="Georgia" w:hAnsi="Georgia"/>
          <w:b w:val="0"/>
          <w:i w:val="0"/>
          <w:color w:val="000000"/>
          <w:sz w:val="24"/>
        </w:rPr>
        <w:t xml:space="preserve"> (Берешит 36:31); и об этом сказано в Зоаре, что есть одна Парса между Источником и Кетером. И поистине, существует бесчисленное множество голов, как упомянуто в начале Идра; и для Кетера де-Зеир Анпин разделом будет Парса де-Има, и тому подобное.</w:t>
      </w:r>
    </w:p>
    <w:p>
      <w:pPr>
        <w:spacing w:before="40" w:after="120"/>
        <w:jc w:val="both"/>
      </w:pPr>
      <w:r>
        <w:rPr>
          <w:rFonts w:ascii="Georgia" w:hAnsi="Georgia"/>
          <w:b w:val="0"/>
          <w:i w:val="0"/>
          <w:color w:val="000000"/>
          <w:sz w:val="24"/>
        </w:rPr>
        <w:t>Однако Кетер всего мира Ацилут отделен этой Парсой де-АК. И хотя одного лишь ухода света выше пупа было бы достаточно, чтобы мир Ацилут смог принять свой свет, этого было недостаточно, чтобы дать силу также и миру Брия принять свой свет. Поэтому Он добавил еще одно действие: установил там упомянутые экран (масах) и Парсу. Таким образом, здесь совершены два действия: сокращение света кверху — чтобы Ацилут смог принять свой свет, и установление Парсы — чтобы и мир Брия смог принять свой свет. Пойми же из этого, почему существует Парса между Ацилутом и Брия. Благодаря подъему этого света из нижней половины выше пупа, в верхней половине тела многократно умножился великий свет. Тогда этот свет стал аспектом женских вод (МАН) для таамим де-САГ (то есть уха, носа и рта — имеются в виду их внутренние корни внутри тела, а не света, выходящие наружу через отверстия). И благодаря этим поднявшимся МАН там совершилось ударное соединение (зивуг) между уровнем АБ в Гальгальте де-Адам Кадмон и уровнем САГ в нем (то есть корнями уха, носа и рта, являющимися таамим, как сказано выше).</w:t>
      </w:r>
    </w:p>
    <w:p>
      <w:pPr>
        <w:spacing w:before="40" w:after="120"/>
        <w:jc w:val="both"/>
      </w:pPr>
      <w:r>
        <w:rPr>
          <w:rFonts w:ascii="Georgia" w:hAnsi="Georgia"/>
          <w:b w:val="0"/>
          <w:i w:val="0"/>
          <w:color w:val="000000"/>
          <w:sz w:val="24"/>
        </w:rPr>
        <w:t>Тогда от этого зивуга сверху протянулся новый свет; он пробивает Парсу и опускается от пупа и ниже. Первый же свет, который изначально был внизу и поднялся наверх, больше не спускался: он остался выше пупа, навсегда закрепив там свой корень. Оттуда он распространился и вышел через глаза — это и есть огласовки (некудот) — и протянулся снаружи до окончания ног Адам Кадмон. Весь свет, тянущийся до пупа — даже исходящий из глаз — поглощается и включается в мир Акудим, и потому неразличим. Лишь свет, простирающийся ниже пупа до самых его ног, называется огласовками, поскольку теперь он пребывает обособленно. Точно так же и тот свет, который вновь опускается через Парсу благодаря упомянутому зивугу, пробивает тело и кли де-Адам Кадмон, выходит наружу и светит в эти Некудим.</w:t>
      </w:r>
    </w:p>
    <w:p>
      <w:pPr>
        <w:spacing w:before="40" w:after="120"/>
        <w:jc w:val="both"/>
      </w:pPr>
      <w:r>
        <w:rPr>
          <w:rFonts w:ascii="Georgia" w:hAnsi="Georgia"/>
          <w:b w:val="0"/>
          <w:i w:val="0"/>
          <w:color w:val="000000"/>
          <w:sz w:val="24"/>
        </w:rPr>
        <w:t>Вот два вида света для нужд Некудим. Есть еще и третий свет, возникающий неизбежно: когда свет глаз спускается и распространяется вниз через Акудим, он созерцает эти света АХАП, черпает оттуда и берет от них свет для создания келим огласовок, принимая от трех уровней светов АХАП. Происходит это следующим образом: как уже объяснялось, света уха распространились до края бороды, и света носа и рта также проходят через это место. Следовательно, когда свет глаз де-АК тянется через это пространство, он неизбежно смешивается с ними и берет от их света. Всего существует десять огласовок. Три первые из них берут свет от того, что привлекается созерцанием глаза в светах АХАП от их истоков до места их соединения на краю бороды, как известно; при этом они получают эти света исключительно на краю бороды, поскольку оттуда они начинаются, а не выше края бороды. Семь же нижних огласовок берут лишь от того, что привлекается созерцанием светов носа и рта от края бороды и ниже (ведь известно, что свет носа достигает груди (хазе), а свет рта — пупа), и ни в коем случае не выше края бороды.</w:t>
      </w:r>
    </w:p>
    <w:p>
      <w:pPr>
        <w:spacing w:before="40" w:after="120"/>
        <w:jc w:val="both"/>
      </w:pPr>
      <w:r>
        <w:rPr>
          <w:rFonts w:ascii="Georgia" w:hAnsi="Georgia"/>
          <w:b w:val="0"/>
          <w:i w:val="0"/>
          <w:color w:val="000000"/>
          <w:sz w:val="24"/>
        </w:rPr>
        <w:t>Выходит, что три огласовки берут свечение для своих келим от трех светов АХАП именно на крае бороды; семь же нижних (ЗАТ) берут лишь от двух светов — носа и рта — от края бороды и ниже до пупа, поскольку свет высшего уха уже завершился и замкнулся на крае бороды. Поэтому свечение трех верхних огласовок неизмеримо больше, чем у ЗАТ. По этой причине три первых мелеха не умерли: у них было великое свечение, а их кли было в высшей степени совершенным, будучи создано от уровня высшего уха, а также носа и рта — ведь при созерцании глазом светов уха, носа и рта образовались их келим, как сказано выше. Ибо они взяли свои келим оттуда, куда еще простираются света уха, являющиеся уровнем нешама — то есть до края бороды. Семь же нижних мелахим умерли, потому что их келим образовались лишь от созерцания глазом носа и рта, и в них недоставало света высшего уха.</w:t>
      </w:r>
    </w:p>
    <w:p>
      <w:pPr>
        <w:spacing w:before="40" w:after="120"/>
        <w:jc w:val="both"/>
      </w:pPr>
      <w:r>
        <w:rPr>
          <w:rFonts w:ascii="Georgia" w:hAnsi="Georgia"/>
          <w:b w:val="0"/>
          <w:i w:val="0"/>
          <w:color w:val="000000"/>
          <w:sz w:val="24"/>
        </w:rPr>
        <w:t>Но и внутри самих трех первых сфирот (ГАР) есть различие между ступенями: у Кетера не пали даже спинные части (ахораим), кроме спинных частей его НЕХИ; у Аба ве-Има де-Некудим пали только спинные части, а лицо (паним) осталось на своем месте. Причина в том, что света, тянущиеся до края бороды, разделились на три части: Кетер взял от самого уха — от того, что зрение черпает созерцанием света уха (и тем более в него включились два других света), и из этого образовалось кли для Кетера мира Некудим. Аба же взял от того, что зрение черпает от светов носа, и свет рта также включился в него. И поскольку Кетер взял от уха, свечение его было чрезвычайно велико, и его кли не разбилось. Но у Аба ве-Има, берущих лишь от носа и рта, разбились спинные части их келим. Если бы Аба ве-Има получали этот свет носа и рта де-АК наверху, близко к отверстиям уха — пусть даже они не получали бы от светов самого уха, а лишь немного свечения, — спинные части их келим уцелели бы.</w:t>
      </w:r>
    </w:p>
    <w:p>
      <w:pPr>
        <w:spacing w:before="40" w:after="120"/>
        <w:jc w:val="both"/>
      </w:pPr>
      <w:r>
        <w:rPr>
          <w:rFonts w:ascii="Georgia" w:hAnsi="Georgia"/>
          <w:b w:val="0"/>
          <w:i w:val="0"/>
          <w:color w:val="000000"/>
          <w:sz w:val="24"/>
        </w:rPr>
        <w:t xml:space="preserve">Однако поскольку они получают лишь от завершения уха, то есть на крае бороды, то даже то малое свечение, которое они берут, не помогает им, и потому спинные части их келим разбились. Кетер же, коль скоро он берет подлинный свет уха, пусть даже с его завершения, берет саму его сущность, и этого достаточно... ...и даже спинные части его келим не разбились. Чего нельзя сказать об Аба ве-Има, которые берут лишь слабое свечение, да к тому же на удалении. Итак, разъяснены три эти ступени: Кетер сохранился целиком; у Аба ве-Има разбились и пали спинные части; а у ЗОН пали как лицо, так и спинные части. И по этой причине в стихе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 говорящем о смерти мелахим мира Некудим, слово «пуста» (</w:t>
      </w:r>
      <w:r>
        <w:rPr>
          <w:rFonts w:ascii="Georgia" w:hAnsi="Georgia"/>
          <w:b w:val="0"/>
          <w:i/>
          <w:color w:val="000000"/>
          <w:sz w:val="24"/>
        </w:rPr>
        <w:t>тоху</w:t>
      </w:r>
      <w:r>
        <w:rPr>
          <w:rFonts w:ascii="Georgia" w:hAnsi="Georgia"/>
          <w:b w:val="0"/>
          <w:i w:val="0"/>
          <w:color w:val="000000"/>
          <w:sz w:val="24"/>
        </w:rPr>
        <w:t xml:space="preserve">, </w:t>
      </w:r>
      <w:r>
        <w:rPr>
          <w:rFonts w:ascii="Georgia" w:hAnsi="Georgia" w:cs="Times New Roman"/>
          <w:b/>
          <w:i w:val="0"/>
          <w:color w:val="000000"/>
          <w:sz w:val="24"/>
          <w:rtl/>
          <w:szCs w:val="32"/>
        </w:rPr>
        <w:t>תֹהוּ</w:t>
      </w:r>
      <w:r>
        <w:rPr>
          <w:rFonts w:ascii="Georgia" w:hAnsi="Georgia"/>
          <w:b w:val="0"/>
          <w:i w:val="0"/>
          <w:color w:val="000000"/>
          <w:sz w:val="24"/>
        </w:rPr>
        <w:t xml:space="preserve">) намечено дважды: один раз явно в самом стихе, а второй раз — в начальных буквах слов в обратном порядке: </w:t>
      </w:r>
      <w:r>
        <w:rPr>
          <w:rFonts w:ascii="Georgia" w:hAnsi="Georgia"/>
          <w:b w:val="0"/>
          <w:i/>
          <w:color w:val="000000"/>
          <w:sz w:val="24"/>
        </w:rPr>
        <w:t>«ве-а-арец хайта тоху»</w:t>
      </w:r>
      <w:r>
        <w:rPr>
          <w:rFonts w:ascii="Georgia" w:hAnsi="Georgia"/>
          <w:b w:val="0"/>
          <w:i w:val="0"/>
          <w:color w:val="000000"/>
          <w:sz w:val="24"/>
        </w:rPr>
        <w:t xml:space="preserve"> (</w:t>
      </w:r>
      <w:r>
        <w:rPr>
          <w:rFonts w:ascii="Georgia" w:hAnsi="Georgia" w:cs="Times New Roman"/>
          <w:b/>
          <w:i w:val="0"/>
          <w:color w:val="000000"/>
          <w:sz w:val="24"/>
          <w:rtl/>
          <w:szCs w:val="32"/>
        </w:rPr>
        <w:t>וְהָאָרֶץ הָיְתָה תֹהוּ</w:t>
      </w:r>
      <w:r>
        <w:rPr>
          <w:rFonts w:ascii="Georgia" w:hAnsi="Georgia"/>
          <w:b w:val="0"/>
          <w:i w:val="0"/>
          <w:color w:val="000000"/>
          <w:sz w:val="24"/>
        </w:rPr>
        <w:t xml:space="preserve">), где начальные буквы с конца читаются как тав, хэй, вав — то есть слово </w:t>
      </w:r>
      <w:r>
        <w:rPr>
          <w:rFonts w:ascii="Georgia" w:hAnsi="Georgia"/>
          <w:b w:val="0"/>
          <w:i/>
          <w:color w:val="000000"/>
          <w:sz w:val="24"/>
        </w:rPr>
        <w:t>тоху</w:t>
      </w:r>
      <w:r>
        <w:rPr>
          <w:rFonts w:ascii="Georgia" w:hAnsi="Georgia"/>
          <w:b w:val="0"/>
          <w:i w:val="0"/>
          <w:color w:val="000000"/>
          <w:sz w:val="24"/>
        </w:rPr>
        <w:t xml:space="preserve">. Это соответствует двум упомянутым уровням: прямое слово </w:t>
      </w:r>
      <w:r>
        <w:rPr>
          <w:rFonts w:ascii="Georgia" w:hAnsi="Georgia"/>
          <w:b w:val="0"/>
          <w:i/>
          <w:color w:val="000000"/>
          <w:sz w:val="24"/>
        </w:rPr>
        <w:t>тоху</w:t>
      </w:r>
      <w:r>
        <w:rPr>
          <w:rFonts w:ascii="Georgia" w:hAnsi="Georgia"/>
          <w:b w:val="0"/>
          <w:i w:val="0"/>
          <w:color w:val="000000"/>
          <w:sz w:val="24"/>
        </w:rPr>
        <w:t xml:space="preserve">, явно написанное в стихе — это семь мелахим, которые умерли и у которых аннулировалось даже их прямое лицо (паним); а слово </w:t>
      </w:r>
      <w:r>
        <w:rPr>
          <w:rFonts w:ascii="Georgia" w:hAnsi="Georgia"/>
          <w:b w:val="0"/>
          <w:i/>
          <w:color w:val="000000"/>
          <w:sz w:val="24"/>
        </w:rPr>
        <w:t>тоху</w:t>
      </w:r>
      <w:r>
        <w:rPr>
          <w:rFonts w:ascii="Georgia" w:hAnsi="Georgia"/>
          <w:b w:val="0"/>
          <w:i w:val="0"/>
          <w:color w:val="000000"/>
          <w:sz w:val="24"/>
        </w:rPr>
        <w:t xml:space="preserve"> в обратном прочтении начальных букв — это аннулирование спинных частей (ахораим) Аба ве-Има, поскольку все обратное относится к спине. Безусловно, и в мире Некудим есть окружающие и внутренние света.</w:t>
      </w:r>
    </w:p>
    <w:p>
      <w:pPr>
        <w:spacing w:before="40" w:after="120"/>
        <w:jc w:val="both"/>
      </w:pPr>
      <w:r>
        <w:rPr>
          <w:rFonts w:ascii="Georgia" w:hAnsi="Georgia"/>
          <w:b w:val="0"/>
          <w:i w:val="0"/>
          <w:color w:val="000000"/>
          <w:sz w:val="24"/>
        </w:rPr>
        <w:t>Смысл этого в том, что созерцание глаза черпает от трех светов АХАП для нужд Некудим — это и есть тот третий свет, о котором говорилось выше, что он предназначен для создания келим мира Некудим. И знай, что этот свет делится надвое: то, что он берет с правой стороны — это собственно света, а то, что берет с левой стороны — келим. Выше уже говорилось, что в свете различаются внутренний и окружающий, а в кли — внутреннее и внешнее. Таким образом, все четыре эти аспекта созерцание глаза берет от трех светов АХАП. Порядок их таков: когда глаз смотрит на света уха прямо, напротив самого взгляда глаза — то есть прямо на край бороды с правой стороны, — это аспект окружающего света. А то, что также находится справа, но дальше, по сторонам — это внутренний свет, который невелик. Подобным же образом слева: то, что находится прямо напротив взгляда глаза — это внешняя часть кли, а то, что по сторонам — внутренняя часть кли. То же, что он берет от светов носа, устроено иначе: то, что он берет от света носа прежде, чем тот достигнет рта, с правой стороны — это окружающий свет, а от рта и ниже — внутренний свет. Подобно этому с левой стороны образуются келим — внешний и внутренний. Точно так же делится надвое то, что он берет от рта: то, что он берет от рта до края бороды с правой стороны — это окружающий свет, а от бороды и ниже — внутренний свет. И подобным же образом с левой стороны образуются келим во внутреннем и внешнем аспектах.</w:t>
      </w:r>
    </w:p>
    <w:p>
      <w:pPr>
        <w:spacing w:before="40" w:after="120"/>
        <w:jc w:val="both"/>
      </w:pPr>
      <w:r>
        <w:rPr>
          <w:rFonts w:ascii="Georgia" w:hAnsi="Georgia"/>
          <w:b w:val="0"/>
          <w:i w:val="0"/>
          <w:color w:val="000000"/>
          <w:sz w:val="24"/>
        </w:rPr>
        <w:t>Глава 3</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Когда Некудим распространились снаружи от уровня табура АК до сиюм раглин, как говорилось выше, новый свет, пришедший во внутреннюю часть через Парсу, пробил стенки гуф, вышел наружу и стал светить Некудим. Таким образом, этот новый свет сначала спускается через Парсу вниз, в нижнюю половину АК ниже табура, а затем пробивает стенки гуф, выходит наружу и освещает Некудим. Об этом и сказано в «Тиккуним», что Он </w:t>
      </w:r>
      <w:r>
        <w:rPr>
          <w:rFonts w:ascii="Georgia" w:hAnsi="Georgia"/>
          <w:b w:val="0"/>
          <w:i/>
          <w:color w:val="000000"/>
          <w:sz w:val="24"/>
        </w:rPr>
        <w:t>«поставил одну Парсу между Кетером и Причиной причин»</w:t>
      </w:r>
      <w:r>
        <w:rPr>
          <w:rFonts w:ascii="Georgia" w:hAnsi="Georgia"/>
          <w:b w:val="0"/>
          <w:i w:val="0"/>
          <w:color w:val="000000"/>
          <w:sz w:val="24"/>
        </w:rPr>
        <w:t>, ведь любая ступень, выделяющая из Себя другую, называется по отношению к ней Причиной причин, а упомянутый Кетер — это Кетер де-Некудим. Некудим распространились от табур де-АК до сиюм раглин подобно тому, как ЗОН облачают АА. Однако если ЗОН облачают АА со всех сторон вокруг него, то здесь основное свечение Некудим направлено лишь с передней стороны АК. Только небольшая часть свечения — как от светов Некудим, так и от их келим — распространяется и облачает АК со всех сторон, подобно тому как мы объясняли выше относительно АХАП.</w:t>
      </w:r>
    </w:p>
    <w:p>
      <w:pPr>
        <w:spacing w:before="40" w:after="120"/>
        <w:jc w:val="both"/>
      </w:pPr>
      <w:r>
        <w:rPr>
          <w:rFonts w:ascii="Georgia" w:hAnsi="Georgia"/>
          <w:b w:val="0"/>
          <w:i w:val="0"/>
          <w:color w:val="000000"/>
          <w:sz w:val="24"/>
        </w:rPr>
        <w:t>Но главное их свечение направлено спереди. Место Кетера де-Некудим — от табур де-АК до окончания гуф; ХАБАД располагаются в трех верхних суставах НЕХИ де-АК, ХАГАТ — в трех средних суставах, а НЕХИ — в трех нижних суставах, по тому же порядку, как ЗОН облачают АА, как описано в соответствующем месте. Изнутри гуф де-АК выходят два вида светов: один — из табура, а второй — из отверстия Есод, и через них выходят два пара. По порядку должно было бы выйти три пара — соответственно трем первым сфирам, полученным от АХАП, как говорилось выше. Но поскольку у Аба ве-Има отсутствует свет озэн, отсутствует и пар, соответствующий озэн. Поэтому вышли только два пара, соответствующие лишь хотэм и пэ, от которых Аба ве-Има получили наверху, и от них же они получают здесь внизу.</w:t>
      </w:r>
    </w:p>
    <w:p>
      <w:pPr>
        <w:spacing w:before="40" w:after="120"/>
        <w:jc w:val="both"/>
      </w:pPr>
      <w:r>
        <w:rPr>
          <w:rFonts w:ascii="Georgia" w:hAnsi="Georgia"/>
          <w:b w:val="0"/>
          <w:i w:val="0"/>
          <w:color w:val="000000"/>
          <w:sz w:val="24"/>
        </w:rPr>
        <w:t xml:space="preserve">Однако света ЗАТ приняли свет только от уровня гуф и ниже — то есть от окончания шиболет а-закан и ниже, как говорилось выше, поэтому у них не было паров, которые бы им светили. Но они были намечены в тайне стиха </w:t>
      </w:r>
      <w:r>
        <w:rPr>
          <w:rFonts w:ascii="Georgia" w:hAnsi="Georgia"/>
          <w:b w:val="0"/>
          <w:i/>
          <w:color w:val="000000"/>
          <w:sz w:val="24"/>
        </w:rPr>
        <w:t>«и сделались упругими мышцы рук его»</w:t>
      </w:r>
      <w:r>
        <w:rPr>
          <w:rFonts w:ascii="Georgia" w:hAnsi="Georgia"/>
          <w:b w:val="0"/>
          <w:i w:val="0"/>
          <w:color w:val="000000"/>
          <w:sz w:val="24"/>
        </w:rPr>
        <w:t xml:space="preserve"> (Берешит 49:24), что указывает на десять капель, брызнувших из-под ногтей, как упомянуто в Тиккуне 69. Известно, что эти капли сами представляют собой уровень мелахим, ведь упразднение мелахим произошло потому, что человек еще не был выстроен в единстве мужчины и женщины. В этом же заключается тайна капель зарождения [в сказании] о Йосефе, вышедших без участия женского начала, от одного лишь мужского. Они и есть десять казненных царством, и вникни в слово </w:t>
      </w:r>
      <w:r>
        <w:rPr>
          <w:rFonts w:ascii="Georgia" w:hAnsi="Georgia"/>
          <w:b w:val="0"/>
          <w:i/>
          <w:color w:val="000000"/>
          <w:sz w:val="24"/>
        </w:rPr>
        <w:t>мелуха</w:t>
      </w:r>
      <w:r>
        <w:rPr>
          <w:rFonts w:ascii="Georgia" w:hAnsi="Georgia"/>
          <w:b w:val="0"/>
          <w:i w:val="0"/>
          <w:color w:val="000000"/>
          <w:sz w:val="24"/>
        </w:rPr>
        <w:t xml:space="preserve"> (</w:t>
      </w:r>
      <w:r>
        <w:rPr>
          <w:rFonts w:ascii="Georgia" w:hAnsi="Georgia" w:cs="Times New Roman"/>
          <w:b/>
          <w:i w:val="0"/>
          <w:color w:val="000000"/>
          <w:sz w:val="24"/>
          <w:rtl/>
          <w:szCs w:val="32"/>
        </w:rPr>
        <w:t>מְלוּכָה</w:t>
      </w:r>
      <w:r>
        <w:rPr>
          <w:rFonts w:ascii="Georgia" w:hAnsi="Georgia"/>
          <w:b w:val="0"/>
          <w:i w:val="0"/>
          <w:color w:val="000000"/>
          <w:sz w:val="24"/>
        </w:rPr>
        <w:t xml:space="preserve"> — царство), ведь они буквально те семь мелахим, чьи келим и тела разбились. Причиной послужило и то, что они пребывали без исправления мужского и женского начал, пока не пришел Адар, восьмой мелех, и тогда они исправились. В этом же тайна сказанного в трактате Шавуот, в третьей главе: </w:t>
      </w:r>
      <w:r>
        <w:rPr>
          <w:rFonts w:ascii="Georgia" w:hAnsi="Georgia"/>
          <w:b w:val="0"/>
          <w:i/>
          <w:color w:val="000000"/>
          <w:sz w:val="24"/>
        </w:rPr>
        <w:t>«Тот, чья жена во время супружеской близости сказала ему: „Я стала нечистой“, пусть вонзит ногти в землю, и семя выйдет через ногти на ногах, и пусть отстранится с остывшим органом»</w:t>
      </w:r>
      <w:r>
        <w:rPr>
          <w:rFonts w:ascii="Georgia" w:hAnsi="Georgia"/>
          <w:b w:val="0"/>
          <w:i w:val="0"/>
          <w:color w:val="000000"/>
          <w:sz w:val="24"/>
        </w:rPr>
        <w:t xml:space="preserve"> (Шавуот 18а). Пары, полагавшиеся этим семи мелахим, вышли через ногти на ногах. И хотя ногтей десять, а разбившиеся огласовки относятся только к ЗАТ, как говорилось выше, дело в том, что разбились также два вида ахораим де-Аба ве-Има, что вместе составляет девять ступеней. Десятая же ступень связана с тем, что и в Кетере возник некоторый изъян, как будет сказано ниже с Б-жьей помощью: речь идет о его НЕХИ, которые вошли и служили в качестве мохин для Аба ве-Има и тоже разбились. Так и образуются десять ступеней, соответствующие десяти парам, вышедшим из ногтей ног АК. Выход всех этих десяти паров через ногти был вызван тем, что они не получили свечения от высшего озэн, как говорилось ранее, и эта причина привела ко всему происшедшему и к упразднению мелахим.</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Вернемся к сказанному выше: мы разъяснили, что огласовки делятся на три части: находящиеся над буквами (как холам), стоящие посредине (как шурук) и находящиеся под буквами (как остальные огласовки). Огласовка холам — это пар, выходящий из табура, где стоит Кетер, как говорилось ранее. Кетер служит холамом над Тиферет, так как основа холама находится в Тиферет де-АК, однако он стал Кетером для огласовок. Об этом и сказано в Тиккуне 5, что </w:t>
      </w:r>
      <w:r>
        <w:rPr>
          <w:rFonts w:ascii="Georgia" w:hAnsi="Georgia"/>
          <w:b w:val="0"/>
          <w:i/>
          <w:color w:val="000000"/>
          <w:sz w:val="24"/>
        </w:rPr>
        <w:t>«холам — это кетер для букв»</w:t>
      </w:r>
      <w:r>
        <w:rPr>
          <w:rFonts w:ascii="Georgia" w:hAnsi="Georgia"/>
          <w:b w:val="0"/>
          <w:i w:val="0"/>
          <w:color w:val="000000"/>
          <w:sz w:val="24"/>
        </w:rPr>
        <w:t>. Огласовка шурук с буквой вав (</w:t>
      </w:r>
      <w:r>
        <w:rPr>
          <w:rFonts w:ascii="Georgia" w:hAnsi="Georgia" w:cs="Times New Roman"/>
          <w:b/>
          <w:i w:val="0"/>
          <w:color w:val="000000"/>
          <w:sz w:val="24"/>
          <w:rtl/>
          <w:szCs w:val="32"/>
        </w:rPr>
        <w:t>ו</w:t>
      </w:r>
      <w:r>
        <w:rPr>
          <w:rFonts w:ascii="Georgia" w:hAnsi="Georgia"/>
          <w:b w:val="0"/>
          <w:i w:val="0"/>
          <w:color w:val="000000"/>
          <w:sz w:val="24"/>
        </w:rPr>
        <w:t>), называемая мелапум, находящаяся посредине буквы, — это пар, выходящий из Есод к Аба ве-Има. Он делится надвое, поскольку огласовка шурук состоит из буквы вав и точки йод (</w:t>
      </w:r>
      <w:r>
        <w:rPr>
          <w:rFonts w:ascii="Georgia" w:hAnsi="Georgia" w:cs="Times New Roman"/>
          <w:b/>
          <w:i w:val="0"/>
          <w:color w:val="000000"/>
          <w:sz w:val="24"/>
          <w:rtl/>
          <w:szCs w:val="32"/>
        </w:rPr>
        <w:t>י</w:t>
      </w:r>
      <w:r>
        <w:rPr>
          <w:rFonts w:ascii="Georgia" w:hAnsi="Georgia"/>
          <w:b w:val="0"/>
          <w:i w:val="0"/>
          <w:color w:val="000000"/>
          <w:sz w:val="24"/>
        </w:rPr>
        <w:t xml:space="preserve">) посредине. Буква йод шурука относится к Абе, который называется первой йод Имени, а вав шурука относится к Име, чтобы произвести и породить ВАК де-ЗА. В этом заключается свойство буквы вав, которую берет Има. Есть и другое объяснение: точка, подобная йод в шуруке, расположена выше, и от нее питается Аба де-Некудим, а от буквы вав шурука питается Има де-Некудим, поскольку известно, что огласовки соответствуют Хохме, а буквы — Бине. Семь же нижних огласовок вместе с тремя ступенями (одна из которых — НЕХИ Кетера, а две другие — ахораим де-Аба ве-Има) и составляют те десять, что вышли через ногти на ногах. Мы не имеем в виду, будто это сами огласовки, но от всех этих паров изошел свет к десяти огласовкам, вышедшим через глаз, как говорилось ранее, и помни это. Здесь уместно задать вопрос: ведь Есод всегда относится к категории Даат — мы видим, что Есод де-Има является Даат де-ЗА, и точно так же Есод этого АК служит Даат де-Некудим. Если так, то каким образом Аба ве-Има могут питаться от пара, выходящего из упомянутого Есод де-АК? Ответ заключается в том, что Есод всегда располагается выше двух верхних суставов Нецах и Ход, как это видно наглядно и как сказано: </w:t>
      </w:r>
      <w:r>
        <w:rPr>
          <w:rFonts w:ascii="Georgia" w:hAnsi="Georgia"/>
          <w:b w:val="0"/>
          <w:i/>
          <w:color w:val="000000"/>
          <w:sz w:val="24"/>
        </w:rPr>
        <w:t>«из плоти моей узрю Б-га»</w:t>
      </w:r>
      <w:r>
        <w:rPr>
          <w:rFonts w:ascii="Georgia" w:hAnsi="Georgia"/>
          <w:b w:val="0"/>
          <w:i w:val="0"/>
          <w:color w:val="000000"/>
          <w:sz w:val="24"/>
        </w:rPr>
        <w:t xml:space="preserve"> (Иов 19:26).</w:t>
      </w:r>
    </w:p>
    <w:p>
      <w:pPr>
        <w:spacing w:before="40" w:after="120"/>
        <w:jc w:val="both"/>
      </w:pPr>
      <w:r>
        <w:rPr>
          <w:rFonts w:ascii="Georgia" w:hAnsi="Georgia"/>
          <w:b w:val="0"/>
          <w:i w:val="0"/>
          <w:color w:val="000000"/>
          <w:sz w:val="24"/>
        </w:rPr>
        <w:t xml:space="preserve">Следовательно, Даат непременно должен быть выше Абы и Имы, и так оно и обстояло здесь. Однако в ЗА дело обстоит иначе: когда Бина входит в него, чтобы передать ему мохин, она склоняется и опускается в тайне стиха </w:t>
      </w:r>
      <w:r>
        <w:rPr>
          <w:rFonts w:ascii="Georgia" w:hAnsi="Georgia"/>
          <w:b w:val="0"/>
          <w:i/>
          <w:color w:val="000000"/>
          <w:sz w:val="24"/>
        </w:rPr>
        <w:t>«мать сидит на птенцах»</w:t>
      </w:r>
      <w:r>
        <w:rPr>
          <w:rFonts w:ascii="Georgia" w:hAnsi="Georgia"/>
          <w:b w:val="0"/>
          <w:i w:val="0"/>
          <w:color w:val="000000"/>
          <w:sz w:val="24"/>
        </w:rPr>
        <w:t xml:space="preserve"> (Дварим 22:6). Тогда она вынуждена приподнять верхнюю часть бедер, а ее Есод опускается ниже их, и в итоге Даат оказывается ниже ХУБ, и пойми это. АК же стоит прямо, а не склоняется, и тогда верхний сустав Есод, укорененный внутри Тиферет — то есть в гуф, — безусловно, выше Нецах и Ход. Выходит, что в Некудим их Даат расположен выше ХУБ. Таким образом, от окончания Есод де-АК, помещенного в Даат де-Некудим, с самого его завершения выходят пар и свечение к ХУБ де-Некудим, которые находятся ниже него. Ты уже знаешь, что огласовка шурук пребывает в Есод, как сказано в Тиккуне 70, и потому мы говорили, что огласовка шурук, стоящая посредине букв, соответствует Есод, находящемуся между Нецах и Ход, а пар, исходящий из него, зовется шурук. Так мы объяснили возникновение огласовок.</w:t>
      </w:r>
    </w:p>
    <w:p>
      <w:pPr>
        <w:spacing w:before="40" w:after="120"/>
        <w:jc w:val="both"/>
      </w:pPr>
      <w:r>
        <w:rPr>
          <w:rFonts w:ascii="Georgia" w:hAnsi="Georgia"/>
          <w:b w:val="0"/>
          <w:i w:val="0"/>
          <w:color w:val="000000"/>
          <w:sz w:val="24"/>
        </w:rPr>
        <w:t>Глава 4</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как происходил их выход наружу. Когда эти огласовки — от Кетера до Малхут — выходили, порядок их выхода был противоположен выходу в мире Акудим. При выходе в Акудим сначала вышла Малхут, а Кетер — последним; здесь же, в Некудим, всё происходило наоборот: их Кетер вышел первым, и в нем содержались все остальные девять светов. Затем вышла Хохма, вмещавшая остальные восемь светов. Подобным же образом вышла Има, вмещавшая все семь светов, и тогда она именовалась «матерью сыновей». Затем она вывела эти семь светов, включенными в Хесед, после чего они раскрываются в Гвуре, и так далее до самого конца, пока Малхут не вышла последней из всех. Существует и второе отличие: в Акудим сначала вышли света, а затем сформировались келим, как говорилось выше; в Некудим же сначала вышли десять келим одно под другим, что произошло благодаря созерцанию глаз, направленному на три света АХАП, как упоминалось ранее.</w:t>
      </w:r>
    </w:p>
    <w:p>
      <w:pPr>
        <w:spacing w:before="40" w:after="120"/>
        <w:jc w:val="both"/>
      </w:pPr>
      <w:r>
        <w:rPr>
          <w:rFonts w:ascii="Georgia" w:hAnsi="Georgia"/>
          <w:b w:val="0"/>
          <w:i w:val="0"/>
          <w:color w:val="000000"/>
          <w:sz w:val="24"/>
        </w:rPr>
        <w:t>Поэтому после того как десять келим вышли и заняли свои места одно под другим, каждое порознь, следом вышел свет: сначала вышел Кетер и вошел в свое кли, вмещая в себе все девять остальных светов. Затем так же вышла Хохма, вмещавшая остальные восемь светов, и так далее, пока наконец Малхут не вышла в одиночестве последней. Выходит, что сначала вышел Кетер и вошел в свое кли, заключая в себе все девять светов; затем свет Кетера остался в своем кли, а свет Хохмы вместе с восемью другими, включенными в него, вышел и вошел в кли Хохмы, и так далее, пока все они не вошли в свои келим. Но знай, что когда свет Кетера первоначально вошел в свое кли, остальные света были ничтожны в сравнении с ним, поскольку он превосходит их всех, вместе взятых.</w:t>
      </w:r>
    </w:p>
    <w:p>
      <w:pPr>
        <w:spacing w:before="40" w:after="120"/>
        <w:jc w:val="both"/>
      </w:pPr>
      <w:r>
        <w:rPr>
          <w:rFonts w:ascii="Georgia" w:hAnsi="Georgia"/>
          <w:b w:val="0"/>
          <w:i w:val="0"/>
          <w:color w:val="000000"/>
          <w:sz w:val="24"/>
        </w:rPr>
        <w:t>Поэтому его кли было способно вместить и его, и девять остальных светов, и оно не разбилось. Так же и когда вышел свет Хохмы и вошел в свое кли, восемь светов были включены в него; и когда вышел свет Бины, включавший семь светов, и они вошли в ее кли, келим смогли выдержать их и не разбились, ведь все они ничтожно малы по сравнению с Аба ве-Има. Это подобно сыновьям, которые вначале пребывают включенными в мозг своего отца в виде тонкой капли мысли; точно так же, находясь в состоянии ибура в материнской утробе, они могут пребывать там, и она способна вместить их. (И Хохма передала их Бине в тайне соударения паним бе-паним, и все они пребывали в кли Бины, ведь первоначально они стояли ахор бе-ахор, но Кетер совершил зивуг внутри самого себя и низвел им мохин; тогда они вновь обратились паним бе-паним, и ЗОН были переданы ей, пребывая в ней в качестве МАН, и утвердили мохин де-Аба ве-Има на их месте, а затем Аба ве-Има соединились в соударении и произвели эти семь мелахим).</w:t>
      </w:r>
    </w:p>
    <w:p>
      <w:pPr>
        <w:spacing w:before="40" w:after="120"/>
        <w:jc w:val="both"/>
      </w:pPr>
      <w:r>
        <w:rPr>
          <w:rFonts w:ascii="Georgia" w:hAnsi="Georgia"/>
          <w:b w:val="0"/>
          <w:i w:val="0"/>
          <w:color w:val="000000"/>
          <w:sz w:val="24"/>
        </w:rPr>
        <w:t>Поэтому в трех первых сфирах (ГАР) уже присутствовало исправление, и они вовсе не разбились. И когда ЗАТ находились включенными во чрево своей матери, они пребывали там в качестве МАН, пробуждающих высшее соударение. Однако когда оттуда вышли ЗАТ — те семь мелахим, что царствовали в земле Эдом, — они пожелали войти в свои келим, но келим не смогли их вместить, разбились и пали, как будет описано с Б-жьей помощью. Поэтому сначала разъясним порядок этих семи мелахим, ведь они расположены от Даат и ниже: Даат — первый, Хесед — второй, Гвура — третья, Тиферет — четвертый; Нецах и Ход представляют собой две половины тела и считаются за пятого, Есод — шестой, Малхут — седьмая (ведь Нецах и Ход считаются каждый половиной тела, а вместе составляют одно целое).</w:t>
      </w:r>
    </w:p>
    <w:p>
      <w:pPr>
        <w:spacing w:before="40" w:after="120"/>
        <w:jc w:val="both"/>
      </w:pPr>
      <w:r>
        <w:rPr>
          <w:rFonts w:ascii="Georgia" w:hAnsi="Georgia"/>
          <w:b w:val="0"/>
          <w:i w:val="0"/>
          <w:color w:val="000000"/>
          <w:sz w:val="24"/>
        </w:rPr>
        <w:t xml:space="preserve">И знай, что всё это — мелахим, упомянутые в недельном разделе Ваишлах: </w:t>
      </w:r>
      <w:r>
        <w:rPr>
          <w:rFonts w:ascii="Georgia" w:hAnsi="Georgia"/>
          <w:b w:val="0"/>
          <w:i/>
          <w:color w:val="000000"/>
          <w:sz w:val="24"/>
        </w:rPr>
        <w:t>«И вот цари, которые царствовали в земле Эдома…»</w:t>
      </w:r>
      <w:r>
        <w:rPr>
          <w:rFonts w:ascii="Georgia" w:hAnsi="Georgia"/>
          <w:b w:val="0"/>
          <w:i w:val="0"/>
          <w:color w:val="000000"/>
          <w:sz w:val="24"/>
        </w:rPr>
        <w:t xml:space="preserve"> (Берешит 36:31). Вот их перечисление: Бела, сын Беора — это Даат. Я уже сообщал тебе, что Билам — это тот же Бела, как сказали наши мудрецы, благословенной памяти; он относится к категории нечистого разума (Даат де-клипа). Поэтому среди народов мира он был столь же велик, как Моше в народе Исраэля, ведь Моше представляет высший Даат де-Аба, облаченный в ЗА. В этом смысл стиха о Биламе: </w:t>
      </w:r>
      <w:r>
        <w:rPr>
          <w:rFonts w:ascii="Georgia" w:hAnsi="Georgia"/>
          <w:b w:val="0"/>
          <w:i/>
          <w:color w:val="000000"/>
          <w:sz w:val="24"/>
        </w:rPr>
        <w:t>«познающий разумение Вышнего»</w:t>
      </w:r>
      <w:r>
        <w:rPr>
          <w:rFonts w:ascii="Georgia" w:hAnsi="Georgia"/>
          <w:b w:val="0"/>
          <w:i w:val="0"/>
          <w:color w:val="000000"/>
          <w:sz w:val="24"/>
        </w:rPr>
        <w:t xml:space="preserve"> (Бемидбар 24:16), так как он произошел от шлаков этого Даат, как подробно разъяснено нами в другом месте. Йовав — это Хесед, поэтому он назван «сыном Зераха», от корня </w:t>
      </w:r>
      <w:r>
        <w:rPr>
          <w:rFonts w:ascii="Georgia" w:hAnsi="Georgia"/>
          <w:b w:val="0"/>
          <w:i/>
          <w:color w:val="000000"/>
          <w:sz w:val="24"/>
        </w:rPr>
        <w:t>зериха</w:t>
      </w:r>
      <w:r>
        <w:rPr>
          <w:rFonts w:ascii="Georgia" w:hAnsi="Georgia"/>
          <w:b w:val="0"/>
          <w:i w:val="0"/>
          <w:color w:val="000000"/>
          <w:sz w:val="24"/>
        </w:rPr>
        <w:t xml:space="preserve"> (</w:t>
      </w:r>
      <w:r>
        <w:rPr>
          <w:rFonts w:ascii="Georgia" w:hAnsi="Georgia" w:cs="Times New Roman"/>
          <w:b/>
          <w:i w:val="0"/>
          <w:color w:val="000000"/>
          <w:sz w:val="24"/>
          <w:rtl/>
          <w:szCs w:val="32"/>
        </w:rPr>
        <w:t>זְרִיחָה</w:t>
      </w:r>
      <w:r>
        <w:rPr>
          <w:rFonts w:ascii="Georgia" w:hAnsi="Georgia"/>
          <w:b w:val="0"/>
          <w:i w:val="0"/>
          <w:color w:val="000000"/>
          <w:sz w:val="24"/>
        </w:rPr>
        <w:t xml:space="preserve"> — сияние), ведь Хесед называется светом, как известно. Хушам — это Гвура, тайна пяти гвурот, ибо буквы имени Хушам (</w:t>
      </w:r>
      <w:r>
        <w:rPr>
          <w:rFonts w:ascii="Georgia" w:hAnsi="Georgia" w:cs="Times New Roman"/>
          <w:b/>
          <w:i w:val="0"/>
          <w:color w:val="000000"/>
          <w:sz w:val="24"/>
          <w:rtl/>
          <w:szCs w:val="32"/>
        </w:rPr>
        <w:t>חֻשָׁם</w:t>
      </w:r>
      <w:r>
        <w:rPr>
          <w:rFonts w:ascii="Georgia" w:hAnsi="Georgia"/>
          <w:b w:val="0"/>
          <w:i w:val="0"/>
          <w:color w:val="000000"/>
          <w:sz w:val="24"/>
        </w:rPr>
        <w:t xml:space="preserve">) составляют слово </w:t>
      </w:r>
      <w:r>
        <w:rPr>
          <w:rFonts w:ascii="Georgia" w:hAnsi="Georgia"/>
          <w:b w:val="0"/>
          <w:i/>
          <w:color w:val="000000"/>
          <w:sz w:val="24"/>
        </w:rPr>
        <w:t>хамеш</w:t>
      </w:r>
      <w:r>
        <w:rPr>
          <w:rFonts w:ascii="Georgia" w:hAnsi="Georgia"/>
          <w:b w:val="0"/>
          <w:i w:val="0"/>
          <w:color w:val="000000"/>
          <w:sz w:val="24"/>
        </w:rPr>
        <w:t xml:space="preserve"> (</w:t>
      </w:r>
      <w:r>
        <w:rPr>
          <w:rFonts w:ascii="Georgia" w:hAnsi="Georgia" w:cs="Times New Roman"/>
          <w:b/>
          <w:i w:val="0"/>
          <w:color w:val="000000"/>
          <w:sz w:val="24"/>
          <w:rtl/>
          <w:szCs w:val="32"/>
        </w:rPr>
        <w:t>חָמֵשׁ</w:t>
      </w:r>
      <w:r>
        <w:rPr>
          <w:rFonts w:ascii="Georgia" w:hAnsi="Georgia"/>
          <w:b w:val="0"/>
          <w:i w:val="0"/>
          <w:color w:val="000000"/>
          <w:sz w:val="24"/>
        </w:rPr>
        <w:t xml:space="preserve"> — пять). Конечные буквы фразы </w:t>
      </w:r>
      <w:r>
        <w:rPr>
          <w:rFonts w:ascii="Georgia" w:hAnsi="Georgia"/>
          <w:b w:val="0"/>
          <w:i/>
          <w:color w:val="000000"/>
          <w:sz w:val="24"/>
        </w:rPr>
        <w:t>Хушам ме-эрец а-Теймани</w:t>
      </w:r>
      <w:r>
        <w:rPr>
          <w:rFonts w:ascii="Georgia" w:hAnsi="Georgia"/>
          <w:b w:val="0"/>
          <w:i w:val="0"/>
          <w:color w:val="000000"/>
          <w:sz w:val="24"/>
        </w:rPr>
        <w:t xml:space="preserve"> — «Хушам из земли Теймани» (</w:t>
      </w:r>
      <w:r>
        <w:rPr>
          <w:rFonts w:ascii="Georgia" w:hAnsi="Georgia" w:cs="Times New Roman"/>
          <w:b/>
          <w:i w:val="0"/>
          <w:color w:val="000000"/>
          <w:sz w:val="24"/>
          <w:rtl/>
          <w:szCs w:val="32"/>
        </w:rPr>
        <w:t>חֻשָׁם מֵאֶרֶץ הַתֵּמָנִי</w:t>
      </w:r>
      <w:r>
        <w:rPr>
          <w:rFonts w:ascii="Georgia" w:hAnsi="Georgia"/>
          <w:b w:val="0"/>
          <w:i w:val="0"/>
          <w:color w:val="000000"/>
          <w:sz w:val="24"/>
        </w:rPr>
        <w:t xml:space="preserve">) составляют слово </w:t>
      </w:r>
      <w:r>
        <w:rPr>
          <w:rFonts w:ascii="Georgia" w:hAnsi="Georgia"/>
          <w:b w:val="0"/>
          <w:i/>
          <w:color w:val="000000"/>
          <w:sz w:val="24"/>
        </w:rPr>
        <w:t>миц</w:t>
      </w:r>
      <w:r>
        <w:rPr>
          <w:rFonts w:ascii="Georgia" w:hAnsi="Georgia"/>
          <w:b w:val="0"/>
          <w:i w:val="0"/>
          <w:color w:val="000000"/>
          <w:sz w:val="24"/>
        </w:rPr>
        <w:t xml:space="preserve"> (</w:t>
      </w:r>
      <w:r>
        <w:rPr>
          <w:rFonts w:ascii="Georgia" w:hAnsi="Georgia" w:cs="Times New Roman"/>
          <w:b/>
          <w:i w:val="0"/>
          <w:color w:val="000000"/>
          <w:sz w:val="24"/>
          <w:rtl/>
          <w:szCs w:val="32"/>
        </w:rPr>
        <w:t>מִיץ</w:t>
      </w:r>
      <w:r>
        <w:rPr>
          <w:rFonts w:ascii="Georgia" w:hAnsi="Georgia"/>
          <w:b w:val="0"/>
          <w:i w:val="0"/>
          <w:color w:val="000000"/>
          <w:sz w:val="24"/>
        </w:rPr>
        <w:t xml:space="preserve"> — сбивание), а начальные буквы образуют слово </w:t>
      </w:r>
      <w:r>
        <w:rPr>
          <w:rFonts w:ascii="Georgia" w:hAnsi="Georgia"/>
          <w:b w:val="0"/>
          <w:i/>
          <w:color w:val="000000"/>
          <w:sz w:val="24"/>
        </w:rPr>
        <w:t>хема</w:t>
      </w:r>
      <w:r>
        <w:rPr>
          <w:rFonts w:ascii="Georgia" w:hAnsi="Georgia"/>
          <w:b w:val="0"/>
          <w:i w:val="0"/>
          <w:color w:val="000000"/>
          <w:sz w:val="24"/>
        </w:rPr>
        <w:t xml:space="preserve"> (</w:t>
      </w:r>
      <w:r>
        <w:rPr>
          <w:rFonts w:ascii="Georgia" w:hAnsi="Georgia" w:cs="Times New Roman"/>
          <w:b/>
          <w:i w:val="0"/>
          <w:color w:val="000000"/>
          <w:sz w:val="24"/>
          <w:rtl/>
          <w:szCs w:val="32"/>
        </w:rPr>
        <w:t>חֵמָה</w:t>
      </w:r>
      <w:r>
        <w:rPr>
          <w:rFonts w:ascii="Georgia" w:hAnsi="Georgia"/>
          <w:b w:val="0"/>
          <w:i w:val="0"/>
          <w:color w:val="000000"/>
          <w:sz w:val="24"/>
        </w:rPr>
        <w:t xml:space="preserve"> — ярость). Они раскрывают тайну стиха </w:t>
      </w:r>
      <w:r>
        <w:rPr>
          <w:rFonts w:ascii="Georgia" w:hAnsi="Georgia"/>
          <w:b w:val="0"/>
          <w:i/>
          <w:color w:val="000000"/>
          <w:sz w:val="24"/>
        </w:rPr>
        <w:t>«ибо сбивание молока дает масло»</w:t>
      </w:r>
      <w:r>
        <w:rPr>
          <w:rFonts w:ascii="Georgia" w:hAnsi="Georgia"/>
          <w:b w:val="0"/>
          <w:i w:val="0"/>
          <w:color w:val="000000"/>
          <w:sz w:val="24"/>
        </w:rPr>
        <w:t xml:space="preserve"> (Мишлей 30:33), где слово </w:t>
      </w:r>
      <w:r>
        <w:rPr>
          <w:rFonts w:ascii="Georgia" w:hAnsi="Georgia"/>
          <w:b w:val="0"/>
          <w:i/>
          <w:color w:val="000000"/>
          <w:sz w:val="24"/>
        </w:rPr>
        <w:t>хема</w:t>
      </w:r>
      <w:r>
        <w:rPr>
          <w:rFonts w:ascii="Georgia" w:hAnsi="Georgia"/>
          <w:b w:val="0"/>
          <w:i w:val="0"/>
          <w:color w:val="000000"/>
          <w:sz w:val="24"/>
        </w:rPr>
        <w:t xml:space="preserve"> состоит из тех же букв, что и </w:t>
      </w:r>
      <w:r>
        <w:rPr>
          <w:rFonts w:ascii="Georgia" w:hAnsi="Georgia"/>
          <w:b w:val="0"/>
          <w:i/>
          <w:color w:val="000000"/>
          <w:sz w:val="24"/>
        </w:rPr>
        <w:t>хемаа</w:t>
      </w:r>
      <w:r>
        <w:rPr>
          <w:rFonts w:ascii="Georgia" w:hAnsi="Georgia"/>
          <w:b w:val="0"/>
          <w:i w:val="0"/>
          <w:color w:val="000000"/>
          <w:sz w:val="24"/>
        </w:rPr>
        <w:t xml:space="preserve"> (</w:t>
      </w:r>
      <w:r>
        <w:rPr>
          <w:rFonts w:ascii="Georgia" w:hAnsi="Georgia" w:cs="Times New Roman"/>
          <w:b/>
          <w:i w:val="0"/>
          <w:color w:val="000000"/>
          <w:sz w:val="24"/>
          <w:rtl/>
          <w:szCs w:val="32"/>
        </w:rPr>
        <w:t>חֶמְאָה</w:t>
      </w:r>
      <w:r>
        <w:rPr>
          <w:rFonts w:ascii="Georgia" w:hAnsi="Georgia"/>
          <w:b w:val="0"/>
          <w:i w:val="0"/>
          <w:color w:val="000000"/>
          <w:sz w:val="24"/>
        </w:rPr>
        <w:t xml:space="preserve"> — сливочное масло). Это свойства гвурот, которые изначально представляют собой кровь, но в материнской утробе претворяются в молоко, и благодаря этому сгущению образуется питательное масло для вскармливания младенца. (Гадад, сын Бедада — это Тиферет. Он назван так по известной причине: иногда Аба и Исраэль Саба соединяются в один парцуф, и точно так же Бина и Твуна образуют один парцуф. Тогда то, что прежде служило местом Есод де-Бина, становится уровнем хазе всего совокупного парцуфа, и там формируются источники питания (</w:t>
      </w:r>
      <w:r>
        <w:rPr>
          <w:rFonts w:ascii="Georgia" w:hAnsi="Georgia"/>
          <w:b w:val="0"/>
          <w:i/>
          <w:color w:val="000000"/>
          <w:sz w:val="24"/>
        </w:rPr>
        <w:t>дадим</w:t>
      </w:r>
      <w:r>
        <w:rPr>
          <w:rFonts w:ascii="Georgia" w:hAnsi="Georgia"/>
          <w:b w:val="0"/>
          <w:i w:val="0"/>
          <w:color w:val="000000"/>
          <w:sz w:val="24"/>
        </w:rPr>
        <w:t xml:space="preserve">). В этом тайна имени Гадад бен Бедад: корень </w:t>
      </w:r>
      <w:r>
        <w:rPr>
          <w:rFonts w:ascii="Georgia" w:hAnsi="Georgia"/>
          <w:b w:val="0"/>
          <w:i/>
          <w:color w:val="000000"/>
          <w:sz w:val="24"/>
        </w:rPr>
        <w:t>дад</w:t>
      </w:r>
      <w:r>
        <w:rPr>
          <w:rFonts w:ascii="Georgia" w:hAnsi="Georgia"/>
          <w:b w:val="0"/>
          <w:i w:val="0"/>
          <w:color w:val="000000"/>
          <w:sz w:val="24"/>
        </w:rPr>
        <w:t xml:space="preserve"> (</w:t>
      </w:r>
      <w:r>
        <w:rPr>
          <w:rFonts w:ascii="Georgia" w:hAnsi="Georgia" w:cs="Times New Roman"/>
          <w:b/>
          <w:i w:val="0"/>
          <w:color w:val="000000"/>
          <w:sz w:val="24"/>
          <w:rtl/>
          <w:szCs w:val="32"/>
        </w:rPr>
        <w:t>דַּד</w:t>
      </w:r>
      <w:r>
        <w:rPr>
          <w:rFonts w:ascii="Georgia" w:hAnsi="Georgia"/>
          <w:b w:val="0"/>
          <w:i w:val="0"/>
          <w:color w:val="000000"/>
          <w:sz w:val="24"/>
        </w:rPr>
        <w:t xml:space="preserve"> — сосцы, истоки питания) повторяется дважды, указывая на источники на уровне груди в Тиферет; равным образом и буквы слова </w:t>
      </w:r>
      <w:r>
        <w:rPr>
          <w:rFonts w:ascii="Georgia" w:hAnsi="Georgia"/>
          <w:b w:val="0"/>
          <w:i/>
          <w:color w:val="000000"/>
          <w:sz w:val="24"/>
        </w:rPr>
        <w:t>Бедад</w:t>
      </w:r>
      <w:r>
        <w:rPr>
          <w:rFonts w:ascii="Georgia" w:hAnsi="Georgia"/>
          <w:b w:val="0"/>
          <w:i w:val="0"/>
          <w:color w:val="000000"/>
          <w:sz w:val="24"/>
        </w:rPr>
        <w:t xml:space="preserve"> (</w:t>
      </w:r>
      <w:r>
        <w:rPr>
          <w:rFonts w:ascii="Georgia" w:hAnsi="Georgia" w:cs="Times New Roman"/>
          <w:b/>
          <w:i w:val="0"/>
          <w:color w:val="000000"/>
          <w:sz w:val="24"/>
          <w:rtl/>
          <w:szCs w:val="32"/>
        </w:rPr>
        <w:t>בְּדַד</w:t>
      </w:r>
      <w:r>
        <w:rPr>
          <w:rFonts w:ascii="Georgia" w:hAnsi="Georgia"/>
          <w:b w:val="0"/>
          <w:i w:val="0"/>
          <w:color w:val="000000"/>
          <w:sz w:val="24"/>
        </w:rPr>
        <w:t>) указывают на два таких истока (</w:t>
      </w:r>
      <w:r>
        <w:rPr>
          <w:rFonts w:ascii="Georgia" w:hAnsi="Georgia"/>
          <w:b w:val="0"/>
          <w:i/>
          <w:color w:val="000000"/>
          <w:sz w:val="24"/>
        </w:rPr>
        <w:t>бэт дад</w:t>
      </w:r>
      <w:r>
        <w:rPr>
          <w:rFonts w:ascii="Georgia" w:hAnsi="Georgia"/>
          <w:b w:val="0"/>
          <w:i w:val="0"/>
          <w:color w:val="000000"/>
          <w:sz w:val="24"/>
        </w:rPr>
        <w:t xml:space="preserve">). При падении этого мелеха иссякли питающие истоки Бины, подобно тому как у женщины пересыхает материнское молоко при смерти ее ребенка. Это соответствует распространению пяти гвурот в Есод высшей Имы, как упомянуто в шестой главе, которые тогда пали; ведь они были кровью, обратившейся в молоко, а теперь иссякли). Самла из Масреки и Бааль-Ханан, сын Ахбора — это Нецах и Ход, две половины тела. А Шауль из Реховот а-Наар — это Есод, согласно раскрытому тебе правилу: Есод де-Бина широк, поскольку относится к женскому началу, и потому зовется </w:t>
      </w:r>
      <w:r>
        <w:rPr>
          <w:rFonts w:ascii="Georgia" w:hAnsi="Georgia"/>
          <w:b w:val="0"/>
          <w:i/>
          <w:color w:val="000000"/>
          <w:sz w:val="24"/>
        </w:rPr>
        <w:t>Реховот а-Наар</w:t>
      </w:r>
      <w:r>
        <w:rPr>
          <w:rFonts w:ascii="Georgia" w:hAnsi="Georgia"/>
          <w:b w:val="0"/>
          <w:i w:val="0"/>
          <w:color w:val="000000"/>
          <w:sz w:val="24"/>
        </w:rPr>
        <w:t xml:space="preserve"> («широты реки»). Начальные буквы слов </w:t>
      </w:r>
      <w:r>
        <w:rPr>
          <w:rFonts w:ascii="Georgia" w:hAnsi="Georgia"/>
          <w:b w:val="0"/>
          <w:i/>
          <w:color w:val="000000"/>
          <w:sz w:val="24"/>
        </w:rPr>
        <w:t>Шауль ме-Реховот а-Наар</w:t>
      </w:r>
      <w:r>
        <w:rPr>
          <w:rFonts w:ascii="Georgia" w:hAnsi="Georgia"/>
          <w:b w:val="0"/>
          <w:i w:val="0"/>
          <w:color w:val="000000"/>
          <w:sz w:val="24"/>
        </w:rPr>
        <w:t xml:space="preserve"> (</w:t>
      </w:r>
      <w:r>
        <w:rPr>
          <w:rFonts w:ascii="Georgia" w:hAnsi="Georgia" w:cs="Times New Roman"/>
          <w:b/>
          <w:i w:val="0"/>
          <w:color w:val="000000"/>
          <w:sz w:val="24"/>
          <w:rtl/>
          <w:szCs w:val="32"/>
        </w:rPr>
        <w:t>שָׁאוּל מֵרְחוֹבוֹת הַנָּהָר</w:t>
      </w:r>
      <w:r>
        <w:rPr>
          <w:rFonts w:ascii="Georgia" w:hAnsi="Georgia"/>
          <w:b w:val="0"/>
          <w:i w:val="0"/>
          <w:color w:val="000000"/>
          <w:sz w:val="24"/>
        </w:rPr>
        <w:t>) путем перестановки букв образуют имя Моше (</w:t>
      </w:r>
      <w:r>
        <w:rPr>
          <w:rFonts w:ascii="Georgia" w:hAnsi="Georgia" w:cs="Times New Roman"/>
          <w:b/>
          <w:i w:val="0"/>
          <w:color w:val="000000"/>
          <w:sz w:val="24"/>
          <w:rtl/>
          <w:szCs w:val="32"/>
        </w:rPr>
        <w:t>מֹשֶׁה</w:t>
      </w:r>
      <w:r>
        <w:rPr>
          <w:rFonts w:ascii="Georgia" w:hAnsi="Georgia"/>
          <w:b w:val="0"/>
          <w:i w:val="0"/>
          <w:color w:val="000000"/>
          <w:sz w:val="24"/>
        </w:rPr>
        <w:t xml:space="preserve">), ведь Моше соответствует Есод де-Аба, как говорилось выше. И царь Шауль происходил от этой ступени. Об этом сказано о Шауле: </w:t>
      </w:r>
      <w:r>
        <w:rPr>
          <w:rFonts w:ascii="Georgia" w:hAnsi="Georgia"/>
          <w:b w:val="0"/>
          <w:i/>
          <w:color w:val="000000"/>
          <w:sz w:val="24"/>
        </w:rPr>
        <w:t>«и вот он спрятался в обозе»</w:t>
      </w:r>
      <w:r>
        <w:rPr>
          <w:rFonts w:ascii="Georgia" w:hAnsi="Georgia"/>
          <w:b w:val="0"/>
          <w:i w:val="0"/>
          <w:color w:val="000000"/>
          <w:sz w:val="24"/>
        </w:rPr>
        <w:t xml:space="preserve"> (Шмуэль I 10:22), то есть среди сосудов (</w:t>
      </w:r>
      <w:r>
        <w:rPr>
          <w:rFonts w:ascii="Georgia" w:hAnsi="Georgia"/>
          <w:b w:val="0"/>
          <w:i/>
          <w:color w:val="000000"/>
          <w:sz w:val="24"/>
        </w:rPr>
        <w:t>келим</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когда разбились эти мелахим, как описано в другом месте, все света ушли из них, и остались лишь разбитые сосуды, в которых сохранились лишь 288 искр (РАПАХ ницоцин), как будет сказано с Б-жьей помощью в особых Вратах. Однако в кли сфиры Есод остался один свет, помимо 288 искр, чтобы оживлять кли Малхут, не имеющее ничего своего. Этот оставшийся свет и есть ступень Шауля, «укрывшегося среди келим» в кли Есод, чего не произошло ни в одном другом кли. И поскольку это произошло во время разбиения и гибели, употреблен оборот «укрылся»: ведь ему надлежало уйти, как и остальным светам, но он остался там сокрытым. Это было сделано ради поддержания Малхут, и потому Шауль удостоился царства, и пойми это.</w:t>
      </w:r>
    </w:p>
    <w:p>
      <w:pPr>
        <w:spacing w:before="40" w:after="120"/>
        <w:jc w:val="both"/>
      </w:pPr>
      <w:r>
        <w:rPr>
          <w:rFonts w:ascii="Georgia" w:hAnsi="Georgia"/>
          <w:b w:val="0"/>
          <w:i w:val="0"/>
          <w:color w:val="000000"/>
          <w:sz w:val="24"/>
        </w:rPr>
        <w:t>Глава 5</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объяснению порядка выхода этих семи мелахим из Бины и того, как они разбились. Сначала все они вышли из Бины, будучи включенными в свет Даат, и вошли вместе с ним в его кли. Известно, что эти мелахим представляют собой шесть концов (ВАК) Зеир Анпина, и ни один из них не превосходит другого по величине: каждый является одним концом, равным по величине остальным. Поэтому ни одно из нижних келим не обладало силой вместить в себя больше той меры света, которая причиталась исключительно ему самому. И когда все они вышли включенными в Даат, его кли не смогло выдержать их всех, разбилось и упало вниз, как будет сказано с Б-жьей помощью. Затем остальные шесть светов вышли в кли Хеседа, но и оно не смогло их вместить, разбилось и опустилось вниз, как будет сказано с Б-жьей помощью. Выше уже говорилось, что всего светов семь, однако Нецах и Ход считаются за один, поскольку они — две половины тела.</w:t>
      </w:r>
    </w:p>
    <w:p>
      <w:pPr>
        <w:spacing w:before="40" w:after="120"/>
        <w:jc w:val="both"/>
      </w:pPr>
      <w:r>
        <w:rPr>
          <w:rFonts w:ascii="Georgia" w:hAnsi="Georgia"/>
          <w:b w:val="0"/>
          <w:i w:val="0"/>
          <w:color w:val="000000"/>
          <w:sz w:val="24"/>
        </w:rPr>
        <w:t>Затем пять светов спустились в кли Гвуры, и вместе с ними опустилось решимо Хеседа. Пояснение: известно, что каждая из пяти сфирот от Хеседа до Хода оставляет по одному своему решимо в сфире Есод. По этой причине Есод зовется «Все» (</w:t>
      </w:r>
      <w:r>
        <w:rPr>
          <w:rFonts w:ascii="Georgia" w:hAnsi="Georgia"/>
          <w:b w:val="0"/>
          <w:i/>
          <w:color w:val="000000"/>
          <w:sz w:val="24"/>
        </w:rPr>
        <w:t>Коль</w:t>
      </w:r>
      <w:r>
        <w:rPr>
          <w:rFonts w:ascii="Georgia" w:hAnsi="Georgia"/>
          <w:b w:val="0"/>
          <w:i w:val="0"/>
          <w:color w:val="000000"/>
          <w:sz w:val="24"/>
        </w:rPr>
        <w:t>), так как включает их всех, и каждая сфира передает в Есод одно решимо. Кли Гвуры не смогло вместить этого, разбилось и погибло. Затем четыре света и два решимо от Хеседа и Гвуры спустились в кли Тиферет, и оно тоже разбилось и упало вниз. Подобным же образом процесс продолжался, пока два света и пять решимот не спустились в кли Есод; оно не смогло выдержать их, разбилось и также упало вниз. Когда же пришел свет Малхут, он пришел в полном одиночестве, но даже при этом ее кли не смогло его удержать, разбилось и опустилось вниз.</w:t>
      </w:r>
    </w:p>
    <w:p>
      <w:pPr>
        <w:spacing w:before="40" w:after="120"/>
        <w:jc w:val="both"/>
      </w:pPr>
      <w:r>
        <w:rPr>
          <w:rFonts w:ascii="Georgia" w:hAnsi="Georgia"/>
          <w:b w:val="0"/>
          <w:i w:val="0"/>
          <w:color w:val="000000"/>
          <w:sz w:val="24"/>
        </w:rPr>
        <w:t>Причина этого заключается в том, о чем я сообщал тебе выше: когда в мире Акудим света вторично возвращались, чтобы войти в свои келим, они вошли не в свои собственные: в Кетер вошел свет Хохмы и так далее, а в кли Есод вошел свет Малхут. Кли же Малхут осталось пустым, и по этой причине Малхут называется «зеркалом не светящим» (</w:t>
      </w:r>
      <w:r>
        <w:rPr>
          <w:rFonts w:ascii="Georgia" w:hAnsi="Georgia"/>
          <w:b w:val="0"/>
          <w:i/>
          <w:color w:val="000000"/>
          <w:sz w:val="24"/>
        </w:rPr>
        <w:t>аспакларья де-ла нахара</w:t>
      </w:r>
      <w:r>
        <w:rPr>
          <w:rFonts w:ascii="Georgia" w:hAnsi="Georgia"/>
          <w:b w:val="0"/>
          <w:i w:val="0"/>
          <w:color w:val="000000"/>
          <w:sz w:val="24"/>
        </w:rPr>
        <w:t>), не имеющим ничего от себя, а также зовется «бедной и нищей». Свет, вошедший затем в кли Малхут, был не ее собственным светом, а новым светом от соударения Аба ве-Има, как объяснено нами. В этом смысл сказанного выше: она — не светящее зеркало, не имеющее ничего своего, и весь ее свет приходит из иного места, помни это. А поскольку все эти келим мира Некудим образовались от созерцания глаз, направленного на мир Акудим, как говорилось выше, то из-за того, что там кли Малхут было лишено своего света, и кли Малхут де-Некудим оказалось ущербным, не смогло принять свой свет и разбилось.</w:t>
      </w:r>
    </w:p>
    <w:p>
      <w:pPr>
        <w:spacing w:before="40" w:after="120"/>
        <w:jc w:val="both"/>
      </w:pPr>
      <w:r>
        <w:rPr>
          <w:rFonts w:ascii="Georgia" w:hAnsi="Georgia"/>
          <w:b w:val="0"/>
          <w:i w:val="0"/>
          <w:color w:val="000000"/>
          <w:sz w:val="24"/>
        </w:rPr>
        <w:t>Глава 6</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Теперь объясним вопрос об ахораим де-Аба ве-Има, которые также пали и разбились, но сначала нужно разобрать состояния паним бе-паним и ахор бе-ахор. Смысл в том, как говорилось выше, что место клипот и внешних сил находится сзади Нуквы де-ЗА, и там они прилепляются; впрочем, и сзади ЗА у них есть некоторая зацепка. До того как Б-г сотворил человека на земле, у клипот была возможность питаться изобилием святости в тайне стиха </w:t>
      </w:r>
      <w:r>
        <w:rPr>
          <w:rFonts w:ascii="Georgia" w:hAnsi="Georgia"/>
          <w:b w:val="0"/>
          <w:i/>
          <w:color w:val="000000"/>
          <w:sz w:val="24"/>
        </w:rPr>
        <w:t>«а человека не было для возделывания земли»</w:t>
      </w:r>
      <w:r>
        <w:rPr>
          <w:rFonts w:ascii="Georgia" w:hAnsi="Georgia"/>
          <w:b w:val="0"/>
          <w:i w:val="0"/>
          <w:color w:val="000000"/>
          <w:sz w:val="24"/>
        </w:rPr>
        <w:t xml:space="preserve"> (Берешит 2:5). Одно из действий по возделыванию земли — это срезание сорняков в винограднике, для чего необходимы практические заповеди. Но когда ЗАТ были выделены из Источника, земной Адам а-Ришон еще не был сотворен в мире, и потому ЗОН вышли в положении ахор бе-ахор из страха перед внешними силами, чтобы они не питались от них: ведь если бы они стояли паним бе-паним, у клипот оказалась бы открытой область их зацепки — задняя сторона (ахораим), тогда как спереди они питаться не могут.</w:t>
      </w:r>
    </w:p>
    <w:p>
      <w:pPr>
        <w:spacing w:before="40" w:after="120"/>
        <w:jc w:val="both"/>
      </w:pPr>
      <w:r>
        <w:rPr>
          <w:rFonts w:ascii="Georgia" w:hAnsi="Georgia"/>
          <w:b w:val="0"/>
          <w:i w:val="0"/>
          <w:color w:val="000000"/>
          <w:sz w:val="24"/>
        </w:rPr>
        <w:t>Поэтому они были вынуждены соединяться ахор бе-ахор, чтобы внешние силы не могли получать оттуда питание. Когда же был сотворен Адам а-Ришон и стал исполнять практические заповеди, он обратил их в состояние паним бе-паним, и тогда страх перед клипот исчез, ведь он уже перекопал землю, очистил виноградник от камней и выполол сорняки. В состоянии ахор бе-ахор у ЗОН есть лишь одна общая задняя стенка на двоих, и только одна эта стена разделяет их: они пользуются одной стенкой — половина стены принадлежит ЗА, а половина Нукве. Когда же человек своими заповедями и добрыми делами обращает их паним бе-паним, у каждого завершается и выстраивается своя полноценная спина, и они могут повернуться лицом к лицу. Причина в том, что земной человек своими поступками вызывает высшее соударение, и вниз нисходят высшие капли — мохин де-ЗА, представляющие собой Хесед и Гвуру, которые и составляют суть капли зарождения. Известно, что из Есод де-Бина исходят только Хесед и Гвура, тогда как от Хохмы и Бины де-ЗА исходит лишь простое свечение, когда открытые хасадим ударяют там и выводят свои света наружу. Когда эти Хесед и Гвура приходят в голову ЗА, он принимает хасадим и завершает выстраивание своей задней стороны, а она принимает гвурот и завершает выстраивание своей задней стороны; тогда они обращаются паним бе-паним, как сказано в молитве о благословении отцов. Так мы объяснили, как Хесед и Гвура производят достраивание задней стороны, благодаря чему парцуфим способны повернуться лицом к лицу. С одной точки зрения свечение вновь приходящих к ним Хесед и Гвуры превосходит их изначальное свечение, ведь первоначальный свет оставил их в состоянии ахор бе-ахор, а этот новый свет обратил их в состояние паним бе-паним, и потому это новое свечение именуется ступенью паним бе-паним. Однако с другой точки зрения оно может быть названо лишь категорией ахор бе-ахор, поскольку оно всего лишь достроило заднюю сторону, а в состояние паним бе-паним они повернулись уже как следствие этого. В этом отношении данное свечение ниже и слабее первого: ведь первоначальный свет сформировал все парцуфим целостными, тогда как этот лишь достроил недостающую половину задней стороны.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Сказанное о падении ахораим де-Аба ве-Има относится именно к свойствам Хесед и Гвуры, которые достраивают заднюю сторону и обращают их лицом к лицу. Поэтому пусть тебя не удивляет, что мы иногда относим эту ступень к состоянию паним бе-паним, а иногда к ахор бе-ахор: речь идет об этих Хесед и Гвуре, достроивших заднюю сторону, и всё это упало вниз. Это Хесед и Гвура, получаемые Аба ве-Има от Кетера (то есть от АА), чтобы повернуть их лицом к лицу, ведь и в Аба ве-Има присутствовало состояние ахор бе-ахор, как будет описано с Б-жьей помощью. Ты уже знаешь, что капля, формирующая и взращивающая зародыш, — это и есть свойства Хесед и Гвуры, и они представляют собой тайну букв, из которых образуется плод. Кроме того, буквы всегда служат категорией келим, как известно, и они становятся келим для Аба ве-Има в виде их ахораим. Именно они опустились вниз вместе с остатком хасадим, нисходящих для формирования келим плода — семи мелахим категории ЗОН. Все они представляют собой 22 буквы Торы: семь из них служат келим для семи мелахим, а пятнадцать — для Аба ве-Има. Как говорилось, Аба ве-Има неизмеримо выше, чем ЗОН, и знаком для пятнадцати букв Аба ве-Има служат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 15), ведь Аба ве-Има суть тайна букв йод и хэй Имени АВАЯ. Семь букв Зеир Анпина — это буквы шин, айн, тэт, нун, зайн, гимель, цади (</w:t>
      </w:r>
      <w:r>
        <w:rPr>
          <w:rFonts w:ascii="Georgia" w:hAnsi="Georgia" w:cs="Times New Roman"/>
          <w:b/>
          <w:i w:val="0"/>
          <w:color w:val="000000"/>
          <w:sz w:val="24"/>
          <w:rtl/>
          <w:szCs w:val="32"/>
        </w:rPr>
        <w:t>שעטנ״ז ג״ץ</w:t>
      </w:r>
      <w:r>
        <w:rPr>
          <w:rFonts w:ascii="Georgia" w:hAnsi="Georgia"/>
          <w:b w:val="0"/>
          <w:i w:val="0"/>
          <w:color w:val="000000"/>
          <w:sz w:val="24"/>
        </w:rPr>
        <w:t>), а оставшиеся пятнадцать букв принадлежат Аба ве-Има. Шесть из них представляют ахораим де-Аба ве-Има — это буквы бэт, далет, куф, хэт, йод, хэй (</w:t>
      </w:r>
      <w:r>
        <w:rPr>
          <w:rFonts w:ascii="Georgia" w:hAnsi="Georgia" w:cs="Times New Roman"/>
          <w:b/>
          <w:i w:val="0"/>
          <w:color w:val="000000"/>
          <w:sz w:val="24"/>
          <w:rtl/>
          <w:szCs w:val="32"/>
        </w:rPr>
        <w:t>בד״ק חי״ה</w:t>
      </w:r>
      <w:r>
        <w:rPr>
          <w:rFonts w:ascii="Georgia" w:hAnsi="Georgia"/>
          <w:b w:val="0"/>
          <w:i w:val="0"/>
          <w:color w:val="000000"/>
          <w:sz w:val="24"/>
        </w:rPr>
        <w:t>), как упоминается в «Тиккуним» и в книге «Зоар». Остальные девять букв — алеф, вав, каф, ламэд, мэм, самэх, пэй, рэйш, тав (</w:t>
      </w:r>
      <w:r>
        <w:rPr>
          <w:rFonts w:ascii="Georgia" w:hAnsi="Georgia" w:cs="Times New Roman"/>
          <w:b/>
          <w:i w:val="0"/>
          <w:color w:val="000000"/>
          <w:sz w:val="24"/>
          <w:rtl/>
          <w:szCs w:val="32"/>
        </w:rPr>
        <w:t>אוכ״ל מספר״ת</w:t>
      </w:r>
      <w:r>
        <w:rPr>
          <w:rFonts w:ascii="Georgia" w:hAnsi="Georgia"/>
          <w:b w:val="0"/>
          <w:i w:val="0"/>
          <w:color w:val="000000"/>
          <w:sz w:val="24"/>
        </w:rPr>
        <w:t>) — относятся к передней стороне (паним) де-Аба ве-Има. В этом кроется причина того, почему семь букв шаатнез-гац требуют по три коронки (тагин) на каждой из них, тогда как на каждой из шести букв бедек-хая ставится лишь по одной коронке. По этой же причине девять остальных букв отличаются от прочих тем, что на них коронки не ставятся вовсе.</w:t>
      </w:r>
    </w:p>
    <w:p>
      <w:pPr>
        <w:spacing w:before="40" w:after="120"/>
        <w:jc w:val="both"/>
      </w:pPr>
      <w:r>
        <w:rPr>
          <w:rFonts w:ascii="Georgia" w:hAnsi="Georgia"/>
          <w:b w:val="0"/>
          <w:i w:val="0"/>
          <w:color w:val="000000"/>
          <w:sz w:val="24"/>
        </w:rPr>
        <w:t>Смысл в том, что буквы группы шаатнез-гац (</w:t>
      </w:r>
      <w:r>
        <w:rPr>
          <w:rFonts w:ascii="Georgia" w:hAnsi="Georgia" w:cs="Times New Roman"/>
          <w:b/>
          <w:i w:val="0"/>
          <w:color w:val="000000"/>
          <w:sz w:val="24"/>
          <w:rtl/>
          <w:szCs w:val="32"/>
        </w:rPr>
        <w:t>שעטנ״ז ג״ץ</w:t>
      </w:r>
      <w:r>
        <w:rPr>
          <w:rFonts w:ascii="Georgia" w:hAnsi="Georgia"/>
          <w:b w:val="0"/>
          <w:i w:val="0"/>
          <w:color w:val="000000"/>
          <w:sz w:val="24"/>
        </w:rPr>
        <w:t xml:space="preserve">) — это тайна семи погибших мелахим. Поскольку из них возникли и вышли клипот, буквы этого сочетания прочитываются как слова </w:t>
      </w:r>
      <w:r>
        <w:rPr>
          <w:rFonts w:ascii="Georgia" w:hAnsi="Georgia"/>
          <w:b w:val="0"/>
          <w:i/>
          <w:color w:val="000000"/>
          <w:sz w:val="24"/>
        </w:rPr>
        <w:t>сатан оз гац</w:t>
      </w:r>
      <w:r>
        <w:rPr>
          <w:rFonts w:ascii="Georgia" w:hAnsi="Georgia"/>
          <w:b w:val="0"/>
          <w:i w:val="0"/>
          <w:color w:val="000000"/>
          <w:sz w:val="24"/>
        </w:rPr>
        <w:t xml:space="preserve"> (</w:t>
      </w:r>
      <w:r>
        <w:rPr>
          <w:rFonts w:ascii="Georgia" w:hAnsi="Georgia" w:cs="Times New Roman"/>
          <w:b/>
          <w:i w:val="0"/>
          <w:color w:val="000000"/>
          <w:sz w:val="24"/>
          <w:rtl/>
          <w:szCs w:val="32"/>
        </w:rPr>
        <w:t>שט״ן ע״ז ג״ץ</w:t>
      </w:r>
      <w:r>
        <w:rPr>
          <w:rFonts w:ascii="Georgia" w:hAnsi="Georgia"/>
          <w:b w:val="0"/>
          <w:i w:val="0"/>
          <w:color w:val="000000"/>
          <w:sz w:val="24"/>
        </w:rPr>
        <w:t xml:space="preserve">) — то есть мощь и непреклонная сила суровых судов, которые опустились вниз и обратились сатаной, то есть клипот. Известно сказанное в книге «Зоар» в «Идра Зута» и в «Сифра де-Цниюта» (292б), что эти семь мелахим подобны искрам, разлетающимся во все стороны, когда кузнец ударяет молотом по железу; искры эти зовутся словом </w:t>
      </w:r>
      <w:r>
        <w:rPr>
          <w:rFonts w:ascii="Georgia" w:hAnsi="Georgia"/>
          <w:b w:val="0"/>
          <w:i/>
          <w:color w:val="000000"/>
          <w:sz w:val="24"/>
        </w:rPr>
        <w:t>гац</w:t>
      </w:r>
      <w:r>
        <w:rPr>
          <w:rFonts w:ascii="Georgia" w:hAnsi="Georgia"/>
          <w:b w:val="0"/>
          <w:i w:val="0"/>
          <w:color w:val="000000"/>
          <w:sz w:val="24"/>
        </w:rPr>
        <w:t xml:space="preserve"> (</w:t>
      </w:r>
      <w:r>
        <w:rPr>
          <w:rFonts w:ascii="Georgia" w:hAnsi="Georgia" w:cs="Times New Roman"/>
          <w:b/>
          <w:i w:val="0"/>
          <w:color w:val="000000"/>
          <w:sz w:val="24"/>
          <w:rtl/>
          <w:szCs w:val="32"/>
        </w:rPr>
        <w:t>גָּץ</w:t>
      </w:r>
      <w:r>
        <w:rPr>
          <w:rFonts w:ascii="Georgia" w:hAnsi="Georgia"/>
          <w:b w:val="0"/>
          <w:i w:val="0"/>
          <w:color w:val="000000"/>
          <w:sz w:val="24"/>
        </w:rPr>
        <w:t>), как сказано: «искра, вылетающая из-под молота». Выше мы упоминали, что эти семь мелахим получили свой свет от гуф де-АК ниже шиболет а-закан, а не свыше, и потому они лишены трех высших светов АХАП. По этой причине у них разбились как передняя сторона, так и задняя. На это и указывают три коронки над каждой из этих семи букв: они символизируют уход светов и жизненной силы из келим (букв), когда свет остается над ними, а не внутри них, подобно коронкам, возвышающимся над буквами. Буквы же бедек-хая (</w:t>
      </w:r>
      <w:r>
        <w:rPr>
          <w:rFonts w:ascii="Georgia" w:hAnsi="Georgia" w:cs="Times New Roman"/>
          <w:b/>
          <w:i w:val="0"/>
          <w:color w:val="000000"/>
          <w:sz w:val="24"/>
          <w:rtl/>
          <w:szCs w:val="32"/>
        </w:rPr>
        <w:t>בד״ק חי״ה</w:t>
      </w:r>
      <w:r>
        <w:rPr>
          <w:rFonts w:ascii="Georgia" w:hAnsi="Georgia"/>
          <w:b w:val="0"/>
          <w:i w:val="0"/>
          <w:color w:val="000000"/>
          <w:sz w:val="24"/>
        </w:rPr>
        <w:t>) представляют собой опустившиеся ахораим де-Аба ве-Има. Выше мы объясняли, что Аба ве-Има принимают два света — хотэм и пэ — и лишены лишь света озэн.</w:t>
      </w:r>
    </w:p>
    <w:p>
      <w:pPr>
        <w:spacing w:before="40" w:after="120"/>
        <w:jc w:val="both"/>
      </w:pPr>
      <w:r>
        <w:rPr>
          <w:rFonts w:ascii="Georgia" w:hAnsi="Georgia"/>
          <w:b w:val="0"/>
          <w:i w:val="0"/>
          <w:color w:val="000000"/>
          <w:sz w:val="24"/>
        </w:rPr>
        <w:t>Поэтому от них пали только ахораим, и в знак отсутствия этого одного света мы ставим одну коронку на каждую из этих букв. Мы также говорили, что нисходящее от Аба ве-Има может называться как ахор, так и паним: из-за отсутствия высшего света озэн возникший ущерб весьма велик, ведь именно этот уровень должен был обратить их лицом к лицу. Эти мохин — Хесед и Гвура — притягиваются к Аба ве-Има вместе с келим НЕХИ де-АА, подобно мохин де-ЗА, приходящим с НЕХИ де-Аба ве-Има; эти НЕХИ также опустились вниз, и поскольку они пришли от АА, это считается изъяном в самом АА. Мы уже разъясняли, что причиной этому послужило получение света озэн на завершающем этапе, а не вначале. Однако с точки зрения того, как свет восприняли Аба ве-Има, этот недостаток считается ущербом не в АА, а в самих Аба ве-Има. Что касается категорий ТАНТА (вкусы, огласовки, коронки, буквы), мы уже рассматривали их относительно мира Акудим, а здесь объясним их в мире Некудим: огласовки (некудот) — это первоначальные света, вышедшие первыми, а буквы (отиет) — это келим.</w:t>
      </w:r>
    </w:p>
    <w:p>
      <w:pPr>
        <w:spacing w:before="40" w:after="120"/>
        <w:jc w:val="both"/>
      </w:pPr>
      <w:r>
        <w:rPr>
          <w:rFonts w:ascii="Georgia" w:hAnsi="Georgia"/>
          <w:b w:val="0"/>
          <w:i w:val="0"/>
          <w:color w:val="000000"/>
          <w:sz w:val="24"/>
        </w:rPr>
        <w:t xml:space="preserve">Затем, когда келим разбились и разошлись, света остались над ними в виде коронок (тагин) над буквами-сосудами. Вкусы (таамим) — это новое Имя МА, вышедшее позже из света мэцах ради исправления мелахим, как будет сказано с Б-жьей помощью. В этом причина того, что свиток Торы содержит написание букв и коронок, но в нем отсутствуют знаки вкусов и огласовки: ведь свиток Торы соответствует сфире Есод де-Аба, а в книге «Зоар» многократно сказано, что </w:t>
      </w:r>
      <w:r>
        <w:rPr>
          <w:rFonts w:ascii="Georgia" w:hAnsi="Georgia"/>
          <w:b w:val="0"/>
          <w:i/>
          <w:color w:val="000000"/>
          <w:sz w:val="24"/>
        </w:rPr>
        <w:t>«мыслью всё выясняется»</w:t>
      </w:r>
      <w:r>
        <w:rPr>
          <w:rFonts w:ascii="Georgia" w:hAnsi="Georgia"/>
          <w:b w:val="0"/>
          <w:i w:val="0"/>
          <w:color w:val="000000"/>
          <w:sz w:val="24"/>
        </w:rPr>
        <w:t xml:space="preserve">. Поэтому свиток Торы указывает на сказанное выше. Чтец же читает главу Торы с распевом таамим и с огласовками, чтобы восполнить то, чего не хватает в свитке. Ты можешь заметить, что знаки таамим выражаются выходящим изо рта дыханием, ведь каждому знаку присущ свой особый напев при произнесении. Огласовки также имеют слышимое гласное звучание (как в различных огласовках буквы алеф: </w:t>
      </w:r>
      <w:r>
        <w:rPr>
          <w:rFonts w:ascii="Georgia" w:hAnsi="Georgia"/>
          <w:b w:val="0"/>
          <w:i/>
          <w:color w:val="000000"/>
          <w:sz w:val="24"/>
        </w:rPr>
        <w:t>а</w:t>
      </w:r>
      <w:r>
        <w:rPr>
          <w:rFonts w:ascii="Georgia" w:hAnsi="Georgia"/>
          <w:b w:val="0"/>
          <w:i w:val="0"/>
          <w:color w:val="000000"/>
          <w:sz w:val="24"/>
        </w:rPr>
        <w:t xml:space="preserve">, </w:t>
      </w:r>
      <w:r>
        <w:rPr>
          <w:rFonts w:ascii="Georgia" w:hAnsi="Georgia"/>
          <w:b w:val="0"/>
          <w:i/>
          <w:color w:val="000000"/>
          <w:sz w:val="24"/>
        </w:rPr>
        <w:t>э</w:t>
      </w:r>
      <w:r>
        <w:rPr>
          <w:rFonts w:ascii="Georgia" w:hAnsi="Georgia"/>
          <w:b w:val="0"/>
          <w:i w:val="0"/>
          <w:color w:val="000000"/>
          <w:sz w:val="24"/>
        </w:rPr>
        <w:t xml:space="preserve">, </w:t>
      </w:r>
      <w:r>
        <w:rPr>
          <w:rFonts w:ascii="Georgia" w:hAnsi="Georgia"/>
          <w:b w:val="0"/>
          <w:i/>
          <w:color w:val="000000"/>
          <w:sz w:val="24"/>
        </w:rPr>
        <w:t>и</w:t>
      </w:r>
      <w:r>
        <w:rPr>
          <w:rFonts w:ascii="Georgia" w:hAnsi="Georgia"/>
          <w:b w:val="0"/>
          <w:i w:val="0"/>
          <w:color w:val="000000"/>
          <w:sz w:val="24"/>
        </w:rPr>
        <w:t xml:space="preserve">, </w:t>
      </w:r>
      <w:r>
        <w:rPr>
          <w:rFonts w:ascii="Georgia" w:hAnsi="Georgia"/>
          <w:b w:val="0"/>
          <w:i/>
          <w:color w:val="000000"/>
          <w:sz w:val="24"/>
        </w:rPr>
        <w:t>о</w:t>
      </w:r>
      <w:r>
        <w:rPr>
          <w:rFonts w:ascii="Georgia" w:hAnsi="Georgia"/>
          <w:b w:val="0"/>
          <w:i w:val="0"/>
          <w:color w:val="000000"/>
          <w:sz w:val="24"/>
        </w:rPr>
        <w:t xml:space="preserve">, </w:t>
      </w:r>
      <w:r>
        <w:rPr>
          <w:rFonts w:ascii="Georgia" w:hAnsi="Georgia"/>
          <w:b w:val="0"/>
          <w:i/>
          <w:color w:val="000000"/>
          <w:sz w:val="24"/>
        </w:rPr>
        <w:t>у</w:t>
      </w:r>
      <w:r>
        <w:rPr>
          <w:rFonts w:ascii="Georgia" w:hAnsi="Georgia"/>
          <w:b w:val="0"/>
          <w:i w:val="0"/>
          <w:color w:val="000000"/>
          <w:sz w:val="24"/>
        </w:rPr>
        <w:t>...), тогда как коронки (тагин) не производят никакого движения и звучания при чтении букв.</w:t>
      </w:r>
    </w:p>
    <w:p>
      <w:pPr>
        <w:spacing w:before="40" w:after="120"/>
        <w:jc w:val="both"/>
      </w:pPr>
      <w:r>
        <w:rPr>
          <w:rFonts w:ascii="Georgia" w:hAnsi="Georgia"/>
          <w:b w:val="0"/>
          <w:i w:val="0"/>
          <w:color w:val="000000"/>
          <w:sz w:val="24"/>
        </w:rPr>
        <w:t>Причина в том, что таамим и некудот соответствуют состоянию, когда света находятся внутри келим, и потому они ощутимы и подвижны при чтении букв: благодаря огласовкам и чтению света светят внутри своих келим-букв. Коронки же указывают на время, когда света пребывают над буквами, снаружи от них, и тогда буквы лишены движения и звучания, поскольку их духовная сущность ушла из них. Однако света стоят над ними издали, чтобы давать им слабое свечение, подобно коронкам, возвышающимся над буквами, а не внутри них. Есть и другое различие: многие знаки таамим и огласовок помещаются внутри букв — такие как дагеш, рафе, знаки псак и макаф среди таамим, а также шурук среди огласовок; другие же помещаются под буквами. Коронки же всегда находятся исключительно над буквами, снаружи от них, но при этом стоят рядом, чтобы светить им, хотя и не входят внутрь. Ниже с Б-жьей помощью мы разъясним строение Аба ве-Има, где будет сказано, что Аба включает десять сфирот, Има включает десять сфирот, и ЗОН включают десять сфирот. Подобно тому как Зеир Анпин, называемый Исраэлем, включает десять сфирот и делится надвое соответственно Лее и Рахели (так что ноги Леи достигают верхней трети Тиферет де-ЗА на уровне его хазе, а ниже начинается голова Рахели), точно так же и в Аба ве-Има: каждый из них делится на две половины. Две верхние половины Аба ве-Има именуются высшими Аба ве-Има (Аба ве-Има Илаин), а две нижние половины зовутся Исраэль Саба и Твуна (ИШСУТ). Если рассматривать всё это вместе, оказывается, что голова ИШСУТ находится на уровне хазе — то есть первой трети Тиферет высших Аба ве-Има, см. ниже. Вернемся к теме и опишем порядок спуска семи келим де-мелахим: как они разбились и опустились вниз. Ранее мы говорили, что сначала вышли все келим, а затем вышли все света, включенные в Кетер, затем — в Хохму, а затем — в Бину.</w:t>
      </w:r>
    </w:p>
    <w:p>
      <w:pPr>
        <w:spacing w:before="40" w:after="120"/>
        <w:jc w:val="both"/>
      </w:pPr>
      <w:r>
        <w:rPr>
          <w:rFonts w:ascii="Georgia" w:hAnsi="Georgia"/>
          <w:b w:val="0"/>
          <w:i w:val="0"/>
          <w:color w:val="000000"/>
          <w:sz w:val="24"/>
        </w:rPr>
        <w:t>Тогда эти семь мелахим находились во чреве Бины, подобно зародышу в утробе матери. Разъясним порядок их исхода оттуда: выше говорилось, что Адам а-Ришон своими действиями способствовал обращению ЗОН лицом к лицу, ведь до сотворения Адама а-Ришона ЗОН пребывали ахор бе-ахор. И знай, что вообще невозможно обновить ни одно соударение даже в категории ахор бе-ахор, если не благодаря практическим заповедям нижних. Однако до сотворения Адама а-Ришона, когда Источник выделял из Себя мир Ацилут, в первый раз соударение непременно должно было произойти само собой, без заповедей, ибо человека еще не было вплоть до завершения этого соударения. Однако то первое соударение происходило лишь в состоянии ахор бе-ахор. Когда же благодаря этому соударению родился Адам а-Ришон, он повернул Нукву лицом к лицу посредством своих заповедей и добрых дел.</w:t>
      </w:r>
    </w:p>
    <w:p>
      <w:pPr>
        <w:spacing w:before="40" w:after="120"/>
        <w:jc w:val="both"/>
      </w:pPr>
      <w:r>
        <w:rPr>
          <w:rFonts w:ascii="Georgia" w:hAnsi="Georgia"/>
          <w:b w:val="0"/>
          <w:i w:val="0"/>
          <w:color w:val="000000"/>
          <w:sz w:val="24"/>
        </w:rPr>
        <w:t xml:space="preserve">Но с тех пор и впредь мы сами обязаны вызывать все ступени соединения, даже соударение в состоянии ахор бе-ахор, как сказано в благословении отцов. Всё это относится исключительно к ЗОН; в Аба ве-Има же действия человека не требовались, ибо они вернулись в состояние лицом к лицу сами по себе, независимо от Адама а-Ришона. Об этом первом соударении, совершившемся до сотворения Адама а-Ришона, в книге «Зоар» многократно говорится: </w:t>
      </w:r>
      <w:r>
        <w:rPr>
          <w:rFonts w:ascii="Georgia" w:hAnsi="Georgia"/>
          <w:b w:val="0"/>
          <w:i/>
          <w:color w:val="000000"/>
          <w:sz w:val="24"/>
        </w:rPr>
        <w:t>«когда взошло в желании сотворить мир»</w:t>
      </w:r>
      <w:r>
        <w:rPr>
          <w:rFonts w:ascii="Georgia" w:hAnsi="Georgia"/>
          <w:b w:val="0"/>
          <w:i w:val="0"/>
          <w:color w:val="000000"/>
          <w:sz w:val="24"/>
        </w:rPr>
        <w:t xml:space="preserve">. Смысл в том, что тогда еще не было пробуждения снизу, а желание возникло само по себе. Это было необходимостью, ибо человека еще не существовало, и потому нижние света поднимались наверх в виде МАН вместо того, что ныне совершают души праведников, возносясь в тайне МАН. Об этом и сказано: </w:t>
      </w:r>
      <w:r>
        <w:rPr>
          <w:rFonts w:ascii="Georgia" w:hAnsi="Georgia"/>
          <w:b w:val="0"/>
          <w:i/>
          <w:color w:val="000000"/>
          <w:sz w:val="24"/>
        </w:rPr>
        <w:t>«когда взошло в желании»</w:t>
      </w:r>
      <w:r>
        <w:rPr>
          <w:rFonts w:ascii="Georgia" w:hAnsi="Georgia"/>
          <w:b w:val="0"/>
          <w:i w:val="0"/>
          <w:color w:val="000000"/>
          <w:sz w:val="24"/>
        </w:rPr>
        <w:t>, что указывает на подъем МАН, происходивший тогда без деяний нижних.</w:t>
      </w:r>
    </w:p>
    <w:p>
      <w:r>
        <w:br w:type="page"/>
      </w:r>
    </w:p>
    <w:p>
      <w:pPr>
        <w:keepNext/>
        <w:spacing w:before="360" w:after="160"/>
        <w:jc w:val="center"/>
      </w:pPr>
      <w:r>
        <w:rPr>
          <w:rFonts w:ascii="Georgia" w:hAnsi="Georgia"/>
          <w:b w:val="0"/>
          <w:i w:val="0"/>
          <w:color w:val="000000"/>
          <w:sz w:val="40"/>
        </w:rPr>
        <w:t>Врата 9: Врата швират а-келим</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Вторые врата — врата разбиения сосудов (швират а-келим), и в них восемь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Вернемся к намеченной теме. Аба ве-Има изначально находились в состоянии паним бе-паним, поскольку Кетер дал им свет разума (мохин), как говорилось выше. Однако женскими водами (МАН), которые обусловили установление и сохранение состояния паним бе-паним, было присутствие этих семи мелахим, находившихся в утробе Бины. Они и служили для нее МАН, ведь так устроено всегда: сыновья служат МАН для Имы (Матери).</w:t>
      </w:r>
    </w:p>
    <w:p>
      <w:pPr>
        <w:spacing w:before="40" w:after="120"/>
        <w:jc w:val="both"/>
      </w:pPr>
      <w:r>
        <w:rPr>
          <w:rFonts w:ascii="Georgia" w:hAnsi="Georgia"/>
          <w:b w:val="0"/>
          <w:i w:val="0"/>
          <w:color w:val="000000"/>
          <w:sz w:val="24"/>
        </w:rPr>
        <w:t>И пока эти семь мелахим находились внутри Бины, они поднимали МАН и вызывали соударение (зивуг) Аба ве-Има. Благодаря этому к ним притягивался свет разума, Аба ве-Има возвращались в состояние паним бе-паним и соединялись в зивуге, чтобы произвести на свет этих семь мелахим.</w:t>
      </w:r>
    </w:p>
    <w:p>
      <w:pPr>
        <w:spacing w:before="40" w:after="120"/>
        <w:jc w:val="both"/>
      </w:pPr>
      <w:r>
        <w:rPr>
          <w:rFonts w:ascii="Georgia" w:hAnsi="Georgia"/>
          <w:b w:val="0"/>
          <w:i w:val="0"/>
          <w:color w:val="000000"/>
          <w:sz w:val="24"/>
        </w:rPr>
        <w:t>Если бы в момент выхода эти мелахим не умерли, а уцелели, они удерживали бы Аба ве-Има в состоянии паним бе-паним даже после своего выхода вниз, действуя на пользу их МАН. Однако, поскольку они разбились и умерли, обратная сторона (ахораим) Аба ве-Има, которая удерживала их в состоянии паним бе-паним, также опустилась вниз. И тогда они вновь вернулись в состояние ахор бе-ахор, ведь больше некому было поднимать для них МАН и поддерживать их возвращение в состояние паним бе-паним. Очевидно, что ахораим Аба ве-Има не завершили опускание до тех пор, пока не закончилось разбиение семи сосудов (келим), ведь разбиение каждого отдельного мелеха вызывало опускание некоторой части ахораим Аба ве-Има.</w:t>
      </w:r>
    </w:p>
    <w:p>
      <w:pPr>
        <w:spacing w:before="40" w:after="120"/>
        <w:jc w:val="both"/>
      </w:pPr>
      <w:r>
        <w:rPr>
          <w:rFonts w:ascii="Georgia" w:hAnsi="Georgia"/>
          <w:b w:val="0"/>
          <w:i w:val="0"/>
          <w:color w:val="000000"/>
          <w:sz w:val="24"/>
        </w:rPr>
        <w:t>Вот разъяснение этого вопроса. Если соотнести эти семь мелахим с четырьмя парцуфами — Хохма и Бина (ХУБ), Исраэль Саба и Твуна (ИШСУТ), как сказано выше, — окажется, что до [первой] трети сфиры Тиферет (являющейся четвертым мелехом) полностью завершилось опускание ахораим высших Аба ве-Има. Когда же разбились все семь мелахим, опустились и ахораим Исраэль Саба ве-Твуна.</w:t>
      </w:r>
    </w:p>
    <w:p>
      <w:pPr>
        <w:spacing w:before="40" w:after="120"/>
        <w:jc w:val="both"/>
      </w:pPr>
      <w:r>
        <w:rPr>
          <w:rFonts w:ascii="Georgia" w:hAnsi="Georgia"/>
          <w:b w:val="0"/>
          <w:i w:val="0"/>
          <w:color w:val="000000"/>
          <w:sz w:val="24"/>
        </w:rPr>
        <w:t>Даат — это первый мелех, который вышел, и в нем содержались все семь, как сказано выше. Тебе уже известно, что подъем МАН совершают главным образом дети [по другой версии: келим], уже рожденные в мире; поэтому основным источником подъема МАН до сих пор был Даат, который уже вышел в мир первым. Ведь прежде, как мы объясняли, Аба ве-Има вовсе не нуждались в МАН, а действовало лишь поднявшееся [в высшем] желание. И когда говорится, что эти семь мелахим служили МАН, имеется в виду не то, что они притянули хасадим и гвурот, ведь те уже были притянуты в самом начале. Доказательство тому следующее: Аба ве-Има сначала вернулись в положение лицом к лицу, и лишь затем Хохма вложил в Бину эти семь мелахим, как было сказано. Значит, нельзя утверждать, будто они [изначально] послужили МАН для Бины. Смысл же состоит в том, что они удерживали Аба ве-Има в состоянии «лицом к лицу» посредством подъема своего МАН уже после того, как оказались в Бине, и тогда продолжали притягивать хасадим и гвурот, как вначале.</w:t>
      </w:r>
    </w:p>
    <w:p>
      <w:pPr>
        <w:spacing w:before="40" w:after="120"/>
        <w:jc w:val="both"/>
      </w:pPr>
      <w:r>
        <w:rPr>
          <w:rFonts w:ascii="Georgia" w:hAnsi="Georgia"/>
          <w:b w:val="0"/>
          <w:i w:val="0"/>
          <w:color w:val="000000"/>
          <w:sz w:val="24"/>
        </w:rPr>
        <w:t>Вернемся к теме: после того как свет Даат вышел и вошел в свое кли, он поднял МАН и привлек хасадим и гвурот в Аба ве-Има, ведь Даат включает в себя хасадим и гвурот. Кроме того, в нем тогда содержались все семь мелахим, и потому у него была сила низвести хасадим и гвурот, как сказано выше. Однако остальные мелахим не поднимали МАН, поскольку их выход совершился пока лишь в Даат, а полноценный свет разума невозможно низвести иначе, как совместным действием Зеир Анпина и Нуквы (ЗОН). Поэтому то, что низвел Даат, представляло собой лишь уровень хасадим и гвурот в рош (голове) высших Аба ве-Има, на месте их собственного Даат, подобного ему. А когда разбилось кли этого мелеха, называемого Даат, тогда и Даат высших Аба ве-Има опустился вниз, на место гуф (тела) Аба ве-Има. Само же кли этого мелеха, именуемого Даат, после своего разбиения опустилось в мир Брия, как с Б-жьей помощью будет разъяснено далее, а остальные шесть [по другой версии: семь] светов, бывших с ним, вошли в кли мелеха по имени Хесед.</w:t>
      </w:r>
    </w:p>
    <w:p>
      <w:pPr>
        <w:spacing w:before="40" w:after="120"/>
        <w:jc w:val="both"/>
      </w:pPr>
      <w:r>
        <w:rPr>
          <w:rFonts w:ascii="Georgia" w:hAnsi="Georgia"/>
          <w:b w:val="0"/>
          <w:i w:val="0"/>
          <w:color w:val="000000"/>
          <w:sz w:val="24"/>
        </w:rPr>
        <w:t>И тогда высшие Аба ве-Има все еще оставались лицом к лицу, ведь они не поворачиваются спиной к спине, пока опускание не завершится полностью. Дело в том, что они соединены (двекут) лицом к лицу, и необходимо, чтобы эта связь устранилась целиком, и лишь затем они вернутся в положение спиной к спине. Но пока в них сохраняется хоть малая связь, они не разворачиваются спиной к спине; ниже, с Б-жьей помощью, мы объясним, в чем суть полного соединения Аба ве-Има, когда они находятся лицом к лицу. Когда же пять хасадим и пять гвурот опустились из рош высших Аба ве-Има вниз, в тело (между двух плеч), это неизбежно вызвало ущерб в свете, хотя они еще не развернулись окончательно спиной к спине. Этот ущерб выразился в прекращении созерцания (истаклют) глазами Аба ве-Има друг друга.</w:t>
      </w:r>
    </w:p>
    <w:p>
      <w:pPr>
        <w:spacing w:before="40" w:after="120"/>
        <w:jc w:val="both"/>
      </w:pPr>
      <w:r>
        <w:rPr>
          <w:rFonts w:ascii="Georgia" w:hAnsi="Georgia"/>
          <w:b w:val="0"/>
          <w:i w:val="0"/>
          <w:color w:val="000000"/>
          <w:sz w:val="24"/>
        </w:rPr>
        <w:t>Затем, когда второй мелех — Хесед — привлек пять хасадим для распространения в гуф де-Аба, как известно, и умер, он опустился в Брию, а пять светов опустились в Гвуру, к третьему мелеху. Тогда пали ахораим де-Аба, образованные распространением пяти хасадим, как говорилось выше. Теперь они пали целиком, а хасадим опустились в Есод де-Аба.</w:t>
      </w:r>
    </w:p>
    <w:p>
      <w:pPr>
        <w:spacing w:before="40" w:after="120"/>
        <w:jc w:val="both"/>
      </w:pPr>
      <w:r>
        <w:rPr>
          <w:rFonts w:ascii="Georgia" w:hAnsi="Georgia"/>
          <w:b w:val="0"/>
          <w:i w:val="0"/>
          <w:color w:val="000000"/>
          <w:sz w:val="24"/>
        </w:rPr>
        <w:t>И тогда Аба повернулся спиной к лицу Бины; это состояние называется «спиной к лицу» (ахор бе-паним), поскольку лицо Бины обращено к ахораим Хохмы.</w:t>
      </w:r>
    </w:p>
    <w:p>
      <w:pPr>
        <w:spacing w:before="40" w:after="120"/>
        <w:jc w:val="both"/>
      </w:pPr>
      <w:r>
        <w:rPr>
          <w:rFonts w:ascii="Georgia" w:hAnsi="Georgia"/>
          <w:b w:val="0"/>
          <w:i w:val="0"/>
          <w:color w:val="000000"/>
          <w:sz w:val="24"/>
        </w:rPr>
        <w:t>И если ты возразишь: ведь опускание парцуфа Аба не завершается, пока не дойдет до [первой] трети Тиферет, как сказано выше? На это можно ответить так: та треть Тиферет соотносится с Абой как его Есод, подобно Зеир Анпину с его мохин со стороны Бины. Все это исследование тебе следует понимать по аналогии с тем исследованием, в едином образе — и тогда ты его поймешь.</w:t>
      </w:r>
    </w:p>
    <w:p>
      <w:pPr>
        <w:spacing w:before="40" w:after="120"/>
        <w:jc w:val="both"/>
      </w:pPr>
      <w:r>
        <w:rPr>
          <w:rFonts w:ascii="Georgia" w:hAnsi="Georgia"/>
          <w:b w:val="0"/>
          <w:i w:val="0"/>
          <w:color w:val="000000"/>
          <w:sz w:val="24"/>
        </w:rPr>
        <w:t>Есод целиком относится к категории «лицо» (паним), и у него нет ахораим, которые могли бы от него опуститься, поскольку весь Есод мужского начала входит внутрь Есода женского начала, являясь исключительно «лицом». Иначе обстоит дело с остальной частью тела, где есть ахораим: передняя сторона обращается к лицу женского начала, тогда как спина не соединена с ней. Поэтому опускание ахораим де-Аба полностью завершается прежде, чем изъян и ущерб коснутся Есод де-Аба.</w:t>
      </w:r>
    </w:p>
    <w:p>
      <w:pPr>
        <w:spacing w:before="40" w:after="120"/>
        <w:jc w:val="both"/>
      </w:pPr>
      <w:r>
        <w:rPr>
          <w:rFonts w:ascii="Georgia" w:hAnsi="Georgia"/>
          <w:b w:val="0"/>
          <w:i w:val="0"/>
          <w:color w:val="000000"/>
          <w:sz w:val="24"/>
        </w:rPr>
        <w:t>Затем воцарился третий мелех — Гвура — и привлек распространение пяти гвурот в гуф высшей Имы. Когда же он умер, он опустился в Брию, а четыре света опустились в четвертое кли — Тиферет. Тогда распространение гвурот опустилось в Есод де-Има, и ее ахораим также пали вниз. И тогда Има тоже развернулась спиной, в результате чего образовалось положение «спиной к спине» (ахор бе-ахор): ахораим де-Има к ахораим де-Аба. Затем воцарился четвертый мелех — Тиферет. Когда его свет достиг верхней трети, то есть уровня груди (хазе), он привлек совокупность пяти хасадим в Есод де-Аба и пяти гвурот в Есод де-Има. Как известно, Есод именно потому называется «все»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что включает в себя пять хасадим и пять гвурот. Мы уже объясняли это строение: Даат включает в себя рош Аба ве-Има, Хесед — тело Абы, Гвура — тело Имы, а верхняя треть Тиферет — Есод Аба ве-Има.</w:t>
      </w:r>
    </w:p>
    <w:p>
      <w:pPr>
        <w:spacing w:before="40" w:after="120"/>
        <w:jc w:val="both"/>
      </w:pPr>
      <w:r>
        <w:rPr>
          <w:rFonts w:ascii="Georgia" w:hAnsi="Georgia"/>
          <w:b w:val="0"/>
          <w:i w:val="0"/>
          <w:color w:val="000000"/>
          <w:sz w:val="24"/>
        </w:rPr>
        <w:t>Когда же свет достиг двух нижних третей Тиферет, [завершили опускание все ахораим высших Аба ве-Има, и он привлек хасадим и гвурот в рош Исраэль Саба ве-Твуна, ведь там находится их общий рош; а когда он умер, три мелеха опустились в пятое кли — Нецах]. И тогда хасадим опустились из рош де-Исраэль Саба, а гвурот — из рош де-Твуна вниз, в их тела, и у ИШСУТ также прекратилось созерцание глазами друг друга подобно тому, как было описано выше относительно высших Аба ве-Има.</w:t>
      </w:r>
    </w:p>
    <w:p>
      <w:pPr>
        <w:spacing w:before="40" w:after="120"/>
        <w:jc w:val="both"/>
      </w:pPr>
      <w:r>
        <w:rPr>
          <w:rFonts w:ascii="Georgia" w:hAnsi="Georgia"/>
          <w:b w:val="0"/>
          <w:i w:val="0"/>
          <w:color w:val="000000"/>
          <w:sz w:val="24"/>
        </w:rPr>
        <w:t>Затем воцарился Нецах и привлек пять хасадим в гуф де-Исраэль Саба. Когда же он умер, остальные мелахим опустились в Ход, опустились и ахораим Исраэль Саба, и он повернулся спиной к лицу Твуны.</w:t>
      </w:r>
    </w:p>
    <w:p>
      <w:pPr>
        <w:spacing w:before="40" w:after="120"/>
        <w:jc w:val="both"/>
      </w:pPr>
      <w:r>
        <w:rPr>
          <w:rFonts w:ascii="Georgia" w:hAnsi="Georgia"/>
          <w:b w:val="0"/>
          <w:i w:val="0"/>
          <w:color w:val="000000"/>
          <w:sz w:val="24"/>
        </w:rPr>
        <w:t>Затем воцарился Ход и привлек пять гвурот в гуф де-Твуна. Когда же он умер, два мелеха опустились в Есод; тогда келим Нецах и Ход опустились в Брию, ведь оба они составляют одного мелеха, как сказано выше, будучи лишь двумя половинами тела. И хотя они царствовали один за другим, тем не менее оба они называются одним мелехом. Тогда опустились и ахораим Твуны, и Исраэль Саба ве-Твуна развернулись спиной к спине.</w:t>
      </w:r>
    </w:p>
    <w:p>
      <w:pPr>
        <w:spacing w:before="40" w:after="120"/>
        <w:jc w:val="both"/>
      </w:pPr>
      <w:r>
        <w:rPr>
          <w:rFonts w:ascii="Georgia" w:hAnsi="Georgia"/>
          <w:b w:val="0"/>
          <w:i w:val="0"/>
          <w:color w:val="000000"/>
          <w:sz w:val="24"/>
        </w:rPr>
        <w:t>Затем воцарился шестой мелех — Есод — и привлек совокупность пяти гвурот в Есод Твуны, а совокупность пяти хасадим — в Есод Исраэль Саба. Когда же он умер, опустились и эти ступени. Затем воцарился седьмой мелех — Малхут — в собственном кли, сама по себе. И тогда она привлекла совокупность пяти хасадим в Малхут де-Исраэль Саба и совокупность пяти гвурот в Малхут де-Твуна, ведь Малхут также обладает свойством совокупности, подобно Есоду, и потому она называется невестой (</w:t>
      </w:r>
      <w:r>
        <w:rPr>
          <w:rFonts w:ascii="Georgia" w:hAnsi="Georgia"/>
          <w:b w:val="0"/>
          <w:i/>
          <w:color w:val="000000"/>
          <w:sz w:val="24"/>
        </w:rPr>
        <w:t>кала</w:t>
      </w:r>
      <w:r>
        <w:rPr>
          <w:rFonts w:ascii="Georgia" w:hAnsi="Georgia"/>
          <w:b w:val="0"/>
          <w:i w:val="0"/>
          <w:color w:val="000000"/>
          <w:sz w:val="24"/>
        </w:rPr>
        <w:t xml:space="preserve">, </w:t>
      </w:r>
      <w:r>
        <w:rPr>
          <w:rFonts w:ascii="Georgia" w:hAnsi="Georgia" w:cs="Times New Roman"/>
          <w:b/>
          <w:i w:val="0"/>
          <w:color w:val="000000"/>
          <w:sz w:val="24"/>
          <w:rtl/>
          <w:szCs w:val="32"/>
        </w:rPr>
        <w:t>כַּלָּה</w:t>
      </w:r>
      <w:r>
        <w:rPr>
          <w:rFonts w:ascii="Georgia" w:hAnsi="Georgia"/>
          <w:b w:val="0"/>
          <w:i w:val="0"/>
          <w:color w:val="000000"/>
          <w:sz w:val="24"/>
        </w:rPr>
        <w:t>), подобно тому как Есод называется «все»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А когда она умерла, совокупность пяти хасадим и пяти гвурот опустилась из Малхут де-Исраэль Саба и Малхут де-Твуна, и кли Малхут опустилось в Брию.</w:t>
      </w:r>
    </w:p>
    <w:p>
      <w:pPr>
        <w:spacing w:before="40" w:after="120"/>
        <w:jc w:val="both"/>
      </w:pPr>
      <w:r>
        <w:rPr>
          <w:rFonts w:ascii="Georgia" w:hAnsi="Georgia"/>
          <w:b w:val="0"/>
          <w:i w:val="0"/>
          <w:color w:val="000000"/>
          <w:sz w:val="24"/>
        </w:rPr>
        <w:t>В этот момент окончательно завершилось полное падение всех ахораим четырех парцуфов — Аба ве-Има и Исраэль Саба ве-Твуна.</w:t>
      </w:r>
    </w:p>
    <w:p>
      <w:pPr>
        <w:spacing w:before="40" w:after="120"/>
        <w:jc w:val="both"/>
      </w:pPr>
      <w:r>
        <w:rPr>
          <w:rFonts w:ascii="Georgia" w:hAnsi="Georgia"/>
          <w:b w:val="0"/>
          <w:i w:val="0"/>
          <w:color w:val="000000"/>
          <w:sz w:val="24"/>
        </w:rPr>
        <w:t>И если ты спросишь: почему у Аба ве-Има совокупность хасадим и гвурот в Малхут высших Аба ве-Има не была принята в расчет так, как это сделано для Малхут Исраэль Саба ве-Твуна?</w:t>
      </w:r>
    </w:p>
    <w:p>
      <w:pPr>
        <w:spacing w:before="40" w:after="120"/>
        <w:jc w:val="both"/>
      </w:pPr>
      <w:r>
        <w:rPr>
          <w:rFonts w:ascii="Georgia" w:hAnsi="Georgia"/>
          <w:b w:val="0"/>
          <w:i w:val="0"/>
          <w:color w:val="000000"/>
          <w:sz w:val="24"/>
        </w:rPr>
        <w:t>На это можно ответить так: известно, что в верхней трети Тиферет находится Атара (венец), представляющая собой уровень Малхут, и она уже была включена в Есод. Но здесь Малхут де-Твуна раскрыта явственнее, чем Малхут де-Бина: ведь Малхут де-Твуна — это подлинная Малхут по отношению ко всей совокупности Бины и Твуны, объединенных в один парцуф. Малхут же высшей Бины относится к телу общего парцуфа и приходится на уровень хазе в Тиферет общего парцуфа Бины и Твуны, как известно, и не является Малхут в собственном смысле.</w:t>
      </w:r>
    </w:p>
    <w:p>
      <w:pPr>
        <w:spacing w:before="40" w:after="120"/>
        <w:jc w:val="both"/>
      </w:pPr>
      <w:r>
        <w:rPr>
          <w:rFonts w:ascii="Georgia" w:hAnsi="Georgia"/>
          <w:b w:val="0"/>
          <w:i w:val="0"/>
          <w:color w:val="000000"/>
          <w:sz w:val="24"/>
        </w:rPr>
        <w:t>Глава 2</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Итак, мы выяснили, что именно пало от Аба ве-Има с учетом их разделения на четыре парцуфа, а также изложили порядок выхода семи мелахим. В итоге опустились семь мелахим, являющиеся Зеир Анпином и Нуквой, а кроме того — четыре ахораим высших Аба ве-Има и ИШСУТ. Всего опустилось 11 ступеней. Из них происходит выяснение (бирур), а из их примесей образовались клипот; они соответствуют одиннадцати благовониям воскурения — это одиннадцать светов, оставшихся от этих одиннадцати опустившихся ступеней, которые не смогли проясниться и остались заключенными внутри клипот, как объяснено у нас в тайне изготовления воскурения (питум а-кеторет).</w:t>
      </w:r>
    </w:p>
    <w:p>
      <w:pPr>
        <w:spacing w:before="40" w:after="120"/>
        <w:jc w:val="both"/>
      </w:pPr>
      <w:r>
        <w:rPr>
          <w:rFonts w:ascii="Georgia" w:hAnsi="Georgia"/>
          <w:b w:val="0"/>
          <w:i w:val="0"/>
          <w:color w:val="000000"/>
          <w:sz w:val="24"/>
        </w:rPr>
        <w:t>Ахораим де-Аба не опускались, пока не умер второй мелех — Хесед, а ахораим де-Има не опускались, пока не умер третий мелех — Гвура. Таким образом, со смертью Гвуры опускание ахораим Аба ве-Има завершилось полностью. Дело в том, что хотя со смертью Хеседа ахораим Абы и опустились, они все же не называются окончательно обратной стороной, поскольку Бина все еще была обращена к нему лицом и освещала его ахораим. Получается, что по сути ахораим Абы еще не опустились полностью; лишь когда опустились и ахораим Имы, они оба пали окончательно и оказались в состоянии ахор бе-ахор, как с Б-жьей помощью будет подробно описано в исследовании о парцуфах Яакова и Леи — откуда они вышли (см. там).</w:t>
      </w:r>
    </w:p>
    <w:p>
      <w:pPr>
        <w:spacing w:before="40" w:after="120"/>
        <w:jc w:val="both"/>
      </w:pPr>
      <w:r>
        <w:rPr>
          <w:rFonts w:ascii="Georgia" w:hAnsi="Georgia"/>
          <w:b w:val="0"/>
          <w:i w:val="0"/>
          <w:color w:val="000000"/>
          <w:sz w:val="24"/>
        </w:rPr>
        <w:t>Таким образом, опускание ахораим Аба ве-Има не считается полным вплоть до смерти Гвуры, третьего мелеха. Но смерть семи мелахим — это полная смерть с самого первого момента, ведь при смерти Хеседа все уровни разбились окончательно, и о нем прямо сказано «смерть». Выходит, смерть мелахим начинает называться таковой с момента смерти первого мелеха, тогда как аннулирование ахораим Аба ве-Има не считается таковым, пока не умер третий мелех.</w:t>
      </w:r>
    </w:p>
    <w:p>
      <w:pPr>
        <w:spacing w:before="40" w:after="120"/>
        <w:jc w:val="both"/>
      </w:pPr>
      <w:r>
        <w:rPr>
          <w:rFonts w:ascii="Georgia" w:hAnsi="Georgia"/>
          <w:b w:val="0"/>
          <w:i w:val="0"/>
          <w:color w:val="000000"/>
          <w:sz w:val="24"/>
        </w:rPr>
        <w:t xml:space="preserve">Благодаря этому ты поймешь тайну 42-буквенного Имени (Имени из 42 букв): </w:t>
      </w:r>
      <w:r>
        <w:rPr>
          <w:rFonts w:ascii="Georgia" w:hAnsi="Georgia" w:cs="Times New Roman"/>
          <w:b/>
          <w:i w:val="0"/>
          <w:color w:val="000000"/>
          <w:sz w:val="24"/>
          <w:rtl/>
          <w:szCs w:val="32"/>
        </w:rPr>
        <w:t>אב״ג ית״ץ קר״ע שט״ן נג״ד יכ״ש בט״ר צת״ג חק״ב טנ״ע יג״ל פז״ק שק״ו צי״ת</w:t>
      </w:r>
      <w:r>
        <w:rPr>
          <w:rFonts w:ascii="Georgia" w:hAnsi="Georgia"/>
          <w:b w:val="0"/>
          <w:i w:val="0"/>
          <w:color w:val="000000"/>
          <w:sz w:val="24"/>
        </w:rPr>
        <w:t>. Ведь тебе уже известно, что 42-буквенное Имя относится к миру Ецира, а Ецира — это уровень Зеир Анпина, составляющий тайну семи мелахим. Получается, что это 42-буквенное Имя говорит о тайне мелахим.</w:t>
      </w:r>
    </w:p>
    <w:p>
      <w:pPr>
        <w:spacing w:before="40" w:after="120"/>
        <w:jc w:val="both"/>
      </w:pPr>
      <w:r>
        <w:rPr>
          <w:rFonts w:ascii="Georgia" w:hAnsi="Georgia"/>
          <w:b w:val="0"/>
          <w:i w:val="0"/>
          <w:color w:val="000000"/>
          <w:sz w:val="24"/>
        </w:rPr>
        <w:t>И если вглядишься, увидишь: имя АБ (72) пребывает в мохин, называется таамим (вкусы) и относится к Ацилуту. Затем таамим имени САГ пребывают в Брие, а его некудот (точки) — в Ецире, и они представляют собой тайну умерших мелахим, ведь некудот — это уровень ЗОН, относящихся к Ецире и Асие [по другой версии: уровень Зеир Анпина, относящегося к Ецире]. Намерение же этого 42-буквенного Имени состоит в том, чтобы поднять оттуда все подлежащие выяснению искры, оставшиеся от Зеир Анпина и Нуквы в Ецире и Асие, ведь назначение всякого 42-буквенного Имени — поднимать, как известно. Стало быть, в этом Имени несомненно зашифрована смерть мелахим, и порядок их подъема путем выяснения силой этого Имени соответствует порядку их смерти. Поэтому смерть семи мелахим отражена в первом сочетании этого Имени, а аннулирование ахораим Аба ве-Има — во втором сочетании.</w:t>
      </w:r>
    </w:p>
    <w:p>
      <w:pPr>
        <w:spacing w:before="40" w:after="120"/>
        <w:jc w:val="both"/>
      </w:pPr>
      <w:r>
        <w:rPr>
          <w:rFonts w:ascii="Georgia" w:hAnsi="Georgia"/>
          <w:b w:val="0"/>
          <w:i w:val="0"/>
          <w:color w:val="000000"/>
          <w:sz w:val="24"/>
        </w:rPr>
        <w:t>Дело в том, что из «Идра Зута» создается впечатление, будто опустились только семь мелахим, тогда как из других мидрашей книги «Зоар» следует, что и в Аба ве-Има произошло аннулирование и возник изъян, и чуть ли не в самом Кетере.</w:t>
      </w:r>
    </w:p>
    <w:p>
      <w:pPr>
        <w:spacing w:before="40" w:after="120"/>
        <w:jc w:val="both"/>
      </w:pPr>
      <w:r>
        <w:rPr>
          <w:rFonts w:ascii="Georgia" w:hAnsi="Georgia"/>
          <w:b w:val="0"/>
          <w:i w:val="0"/>
          <w:color w:val="000000"/>
          <w:sz w:val="24"/>
        </w:rPr>
        <w:t xml:space="preserve">Суть же в том, что от всех десяти точек (некудот) действительно упали определенные ступени, и во всех них произошло аннулирование, однако ЗОН упали целиком — как будучи спиной к спине, так и будучи лицом к лицу. Это и называется смертью, поскольку все опустилось до конца. У Аба ве-Има же опустилась лишь обратная сторона (ахораим), и это называется аннулированием, а не смертью. Что же касается Кетера, от него упали лишь уровни Нецах, Ход, Есод (НЕХИ), которые вошли как мохин в Аба ве-Има, как упоминалось выше; а этот уровень не подпадает даже под категорию ахораим, поэтому о Кетере говорят не как об аннулировании, а лишь как о простом изъяне. Есть и другая причина: смертью называется только переход из одного мира в другой, когда ступень отделяется от своего мира. Поэтому семь мелахим, которые находились в Ацилуте и опустились в Брию, действительно называются умершими, как сказано в «Идра Зута» (Зоар, Насо 135б): </w:t>
      </w:r>
      <w:r>
        <w:rPr>
          <w:rFonts w:ascii="Georgia" w:hAnsi="Georgia"/>
          <w:b w:val="0"/>
          <w:i/>
          <w:color w:val="000000"/>
          <w:sz w:val="24"/>
        </w:rPr>
        <w:t>«Не думай, что они умерли буквально; всякий, кто опускается со своей прежней ступени, называется умершим, как написано: „И умер царь Египта“»</w:t>
      </w:r>
      <w:r>
        <w:rPr>
          <w:rFonts w:ascii="Georgia" w:hAnsi="Georgia"/>
          <w:b w:val="0"/>
          <w:i w:val="0"/>
          <w:color w:val="000000"/>
          <w:sz w:val="24"/>
        </w:rPr>
        <w:t xml:space="preserve"> (Шмот 2:23). Ахораим же Аба ве-Има, хотя и пали, не опустились в Брию, а остались в самом мире Ацилут, и потому их пребывание не на своем месте называется аннулированием, но не смертью.</w:t>
      </w:r>
    </w:p>
    <w:p>
      <w:pPr>
        <w:spacing w:before="40" w:after="120"/>
        <w:jc w:val="both"/>
      </w:pPr>
      <w:r>
        <w:rPr>
          <w:rFonts w:ascii="Georgia" w:hAnsi="Georgia"/>
          <w:b w:val="0"/>
          <w:i w:val="0"/>
          <w:color w:val="000000"/>
          <w:sz w:val="24"/>
        </w:rPr>
        <w:t xml:space="preserve">Теперь объясним упомянутое 42-буквенное Имя. Первое шестибуквие — </w:t>
      </w:r>
      <w:r>
        <w:rPr>
          <w:rFonts w:ascii="Georgia" w:hAnsi="Georgia" w:cs="Times New Roman"/>
          <w:b/>
          <w:i w:val="0"/>
          <w:color w:val="000000"/>
          <w:sz w:val="24"/>
          <w:rtl/>
          <w:szCs w:val="32"/>
        </w:rPr>
        <w:t>אבגית״ץ</w:t>
      </w:r>
      <w:r>
        <w:rPr>
          <w:rFonts w:ascii="Georgia" w:hAnsi="Georgia"/>
          <w:b w:val="0"/>
          <w:i w:val="0"/>
          <w:color w:val="000000"/>
          <w:sz w:val="24"/>
        </w:rPr>
        <w:t xml:space="preserve"> — относится к сфире Хесед, как известно. Поскольку с нее начинается смерть мелахим, как сказано выше, в этом имени зашифрована смерть семи мелахим. Вот толкование слова </w:t>
      </w:r>
      <w:r>
        <w:rPr>
          <w:rFonts w:ascii="Georgia" w:hAnsi="Georgia" w:cs="Times New Roman"/>
          <w:b/>
          <w:i w:val="0"/>
          <w:color w:val="000000"/>
          <w:sz w:val="24"/>
          <w:rtl/>
          <w:szCs w:val="32"/>
        </w:rPr>
        <w:t>אבגית״ץ</w:t>
      </w:r>
      <w:r>
        <w:rPr>
          <w:rFonts w:ascii="Georgia" w:hAnsi="Georgia"/>
          <w:b w:val="0"/>
          <w:i w:val="0"/>
          <w:color w:val="000000"/>
          <w:sz w:val="24"/>
        </w:rPr>
        <w:t xml:space="preserve">: оно делится на </w:t>
      </w:r>
      <w:r>
        <w:rPr>
          <w:rFonts w:ascii="Georgia" w:hAnsi="Georgia" w:cs="Times New Roman"/>
          <w:b/>
          <w:i w:val="0"/>
          <w:color w:val="000000"/>
          <w:sz w:val="24"/>
          <w:rtl/>
          <w:szCs w:val="32"/>
        </w:rPr>
        <w:t>אבג״י</w:t>
      </w:r>
      <w:r>
        <w:rPr>
          <w:rFonts w:ascii="Georgia" w:hAnsi="Georgia"/>
          <w:b w:val="0"/>
          <w:i w:val="0"/>
          <w:color w:val="000000"/>
          <w:sz w:val="24"/>
        </w:rPr>
        <w:t xml:space="preserve"> и </w:t>
      </w:r>
      <w:r>
        <w:rPr>
          <w:rFonts w:ascii="Georgia" w:hAnsi="Georgia" w:cs="Times New Roman"/>
          <w:b/>
          <w:i w:val="0"/>
          <w:color w:val="000000"/>
          <w:sz w:val="24"/>
          <w:rtl/>
          <w:szCs w:val="32"/>
        </w:rPr>
        <w:t>ת״ץ</w:t>
      </w:r>
      <w:r>
        <w:rPr>
          <w:rFonts w:ascii="Georgia" w:hAnsi="Georgia"/>
          <w:b w:val="0"/>
          <w:i w:val="0"/>
          <w:color w:val="000000"/>
          <w:sz w:val="24"/>
        </w:rPr>
        <w:t xml:space="preserve">. Буквы </w:t>
      </w:r>
      <w:r>
        <w:rPr>
          <w:rFonts w:ascii="Georgia" w:hAnsi="Georgia" w:cs="Times New Roman"/>
          <w:b/>
          <w:i w:val="0"/>
          <w:color w:val="000000"/>
          <w:sz w:val="24"/>
          <w:rtl/>
          <w:szCs w:val="32"/>
        </w:rPr>
        <w:t>אבג״י</w:t>
      </w:r>
      <w:r>
        <w:rPr>
          <w:rFonts w:ascii="Georgia" w:hAnsi="Georgia"/>
          <w:b w:val="0"/>
          <w:i w:val="0"/>
          <w:color w:val="000000"/>
          <w:sz w:val="24"/>
        </w:rPr>
        <w:t xml:space="preserve"> в гематрии составляют 16 (</w:t>
      </w:r>
      <w:r>
        <w:rPr>
          <w:rFonts w:ascii="Georgia" w:hAnsi="Georgia" w:cs="Times New Roman"/>
          <w:b/>
          <w:i w:val="0"/>
          <w:color w:val="000000"/>
          <w:sz w:val="24"/>
          <w:rtl/>
          <w:szCs w:val="32"/>
        </w:rPr>
        <w:t>י״ו</w:t>
      </w:r>
      <w:r>
        <w:rPr>
          <w:rFonts w:ascii="Georgia" w:hAnsi="Georgia"/>
          <w:b w:val="0"/>
          <w:i w:val="0"/>
          <w:color w:val="000000"/>
          <w:sz w:val="24"/>
        </w:rPr>
        <w:t>):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они суть тайна семи мелахим. Ведь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относится к Малхут, представляющей собой одну-единственную точку, а буквы алеф, бэт, гимель (</w:t>
      </w:r>
      <w:r>
        <w:rPr>
          <w:rFonts w:ascii="Georgia" w:hAnsi="Georgia" w:cs="Times New Roman"/>
          <w:b/>
          <w:i w:val="0"/>
          <w:color w:val="000000"/>
          <w:sz w:val="24"/>
          <w:rtl/>
          <w:szCs w:val="32"/>
        </w:rPr>
        <w:t>אב״ג</w:t>
      </w:r>
      <w:r>
        <w:rPr>
          <w:rFonts w:ascii="Georgia" w:hAnsi="Georgia"/>
          <w:b w:val="0"/>
          <w:i w:val="0"/>
          <w:color w:val="000000"/>
          <w:sz w:val="24"/>
        </w:rPr>
        <w:t>) в гематрии равны 6 и соответствуют шести краям (ВАК) Зеир Анпина — вот и получается семь мелахим. В этом тайна слов наших мудрецов, благословенной памяти (ХАЗАЛЬ), о том, что ширина общественного владения (</w:t>
      </w:r>
      <w:r>
        <w:rPr>
          <w:rFonts w:ascii="Georgia" w:hAnsi="Georgia"/>
          <w:b w:val="0"/>
          <w:i/>
          <w:color w:val="000000"/>
          <w:sz w:val="24"/>
        </w:rPr>
        <w:t>ршут а-рабим</w:t>
      </w:r>
      <w:r>
        <w:rPr>
          <w:rFonts w:ascii="Georgia" w:hAnsi="Georgia"/>
          <w:b w:val="0"/>
          <w:i w:val="0"/>
          <w:color w:val="000000"/>
          <w:sz w:val="24"/>
        </w:rPr>
        <w:t>) составляет 16 локтей. Ведь именно эти семь мелахим называются общественным владением до исправления, тогда как после исправления это называется частным владением (</w:t>
      </w:r>
      <w:r>
        <w:rPr>
          <w:rFonts w:ascii="Georgia" w:hAnsi="Georgia"/>
          <w:b w:val="0"/>
          <w:i/>
          <w:color w:val="000000"/>
          <w:sz w:val="24"/>
        </w:rPr>
        <w:t>ршут а-яхид</w:t>
      </w:r>
      <w:r>
        <w:rPr>
          <w:rFonts w:ascii="Georgia" w:hAnsi="Georgia"/>
          <w:b w:val="0"/>
          <w:i w:val="0"/>
          <w:color w:val="000000"/>
          <w:sz w:val="24"/>
        </w:rPr>
        <w:t xml:space="preserve">). И эти семь мелахим, именуемые </w:t>
      </w:r>
      <w:r>
        <w:rPr>
          <w:rFonts w:ascii="Georgia" w:hAnsi="Georgia" w:cs="Times New Roman"/>
          <w:b/>
          <w:i w:val="0"/>
          <w:color w:val="000000"/>
          <w:sz w:val="24"/>
          <w:rtl/>
          <w:szCs w:val="32"/>
        </w:rPr>
        <w:t>אבג״י</w:t>
      </w:r>
      <w:r>
        <w:rPr>
          <w:rFonts w:ascii="Georgia" w:hAnsi="Georgia"/>
          <w:b w:val="0"/>
          <w:i w:val="0"/>
          <w:color w:val="000000"/>
          <w:sz w:val="24"/>
        </w:rPr>
        <w:t xml:space="preserve">, были сокрушены, разбились и умерли — в этом тайна второй части </w:t>
      </w:r>
      <w:r>
        <w:rPr>
          <w:rFonts w:ascii="Georgia" w:hAnsi="Georgia" w:cs="Times New Roman"/>
          <w:b/>
          <w:i w:val="0"/>
          <w:color w:val="000000"/>
          <w:sz w:val="24"/>
          <w:rtl/>
          <w:szCs w:val="32"/>
        </w:rPr>
        <w:t>ת״ץ</w:t>
      </w:r>
      <w:r>
        <w:rPr>
          <w:rFonts w:ascii="Georgia" w:hAnsi="Georgia"/>
          <w:b w:val="0"/>
          <w:i w:val="0"/>
          <w:color w:val="000000"/>
          <w:sz w:val="24"/>
        </w:rPr>
        <w:t xml:space="preserve"> в слове </w:t>
      </w:r>
      <w:r>
        <w:rPr>
          <w:rFonts w:ascii="Georgia" w:hAnsi="Georgia" w:cs="Times New Roman"/>
          <w:b/>
          <w:i w:val="0"/>
          <w:color w:val="000000"/>
          <w:sz w:val="24"/>
          <w:rtl/>
          <w:szCs w:val="32"/>
        </w:rPr>
        <w:t>אבגית״ץ</w:t>
      </w:r>
      <w:r>
        <w:rPr>
          <w:rFonts w:ascii="Georgia" w:hAnsi="Georgia"/>
          <w:b w:val="0"/>
          <w:i w:val="0"/>
          <w:color w:val="000000"/>
          <w:sz w:val="24"/>
        </w:rPr>
        <w:t xml:space="preserve"> («сокруши»). А поскольку смерть мелахим началась со сфиры Хесед, на них намекает именно первое сочетание Имени.</w:t>
      </w:r>
    </w:p>
    <w:p>
      <w:pPr>
        <w:spacing w:before="40" w:after="120"/>
        <w:jc w:val="both"/>
      </w:pPr>
      <w:r>
        <w:rPr>
          <w:rFonts w:ascii="Georgia" w:hAnsi="Georgia"/>
          <w:b w:val="0"/>
          <w:i w:val="0"/>
          <w:color w:val="000000"/>
          <w:sz w:val="24"/>
        </w:rPr>
        <w:t xml:space="preserve">Некоторые толкуют </w:t>
      </w:r>
      <w:r>
        <w:rPr>
          <w:rFonts w:ascii="Georgia" w:hAnsi="Georgia" w:cs="Times New Roman"/>
          <w:b/>
          <w:i w:val="0"/>
          <w:color w:val="000000"/>
          <w:sz w:val="24"/>
          <w:rtl/>
          <w:szCs w:val="32"/>
        </w:rPr>
        <w:t>אבגית״ץ</w:t>
      </w:r>
      <w:r>
        <w:rPr>
          <w:rFonts w:ascii="Georgia" w:hAnsi="Georgia"/>
          <w:b w:val="0"/>
          <w:i w:val="0"/>
          <w:color w:val="000000"/>
          <w:sz w:val="24"/>
        </w:rPr>
        <w:t xml:space="preserve"> исходя из выражения Талмуда (Кидушин 29б) «тот демон (</w:t>
      </w:r>
      <w:r>
        <w:rPr>
          <w:rFonts w:ascii="Georgia" w:hAnsi="Georgia"/>
          <w:b w:val="0"/>
          <w:i/>
          <w:color w:val="000000"/>
          <w:sz w:val="24"/>
        </w:rPr>
        <w:t>авга</w:t>
      </w:r>
      <w:r>
        <w:rPr>
          <w:rFonts w:ascii="Georgia" w:hAnsi="Georgia"/>
          <w:b w:val="0"/>
          <w:i w:val="0"/>
          <w:color w:val="000000"/>
          <w:sz w:val="24"/>
        </w:rPr>
        <w:t xml:space="preserve">, </w:t>
      </w:r>
      <w:r>
        <w:rPr>
          <w:rFonts w:ascii="Georgia" w:hAnsi="Georgia" w:cs="Times New Roman"/>
          <w:b/>
          <w:i w:val="0"/>
          <w:color w:val="000000"/>
          <w:sz w:val="24"/>
          <w:rtl/>
          <w:szCs w:val="32"/>
        </w:rPr>
        <w:t>אַבְגָא</w:t>
      </w:r>
      <w:r>
        <w:rPr>
          <w:rFonts w:ascii="Georgia" w:hAnsi="Georgia"/>
          <w:b w:val="0"/>
          <w:i w:val="0"/>
          <w:color w:val="000000"/>
          <w:sz w:val="24"/>
        </w:rPr>
        <w:t>) дома учения» — то есть Сатана, находившийся в том доме учения. Получается, что это имя прямо соответствует сказанному выше о буквах «шаатнез гац» (</w:t>
      </w:r>
      <w:r>
        <w:rPr>
          <w:rFonts w:ascii="Georgia" w:hAnsi="Georgia" w:cs="Times New Roman"/>
          <w:b/>
          <w:i w:val="0"/>
          <w:color w:val="000000"/>
          <w:sz w:val="24"/>
          <w:rtl/>
          <w:szCs w:val="32"/>
        </w:rPr>
        <w:t>שַׁעַטְנֵ״ז גַּ״ץ</w:t>
      </w:r>
      <w:r>
        <w:rPr>
          <w:rFonts w:ascii="Georgia" w:hAnsi="Georgia"/>
          <w:b w:val="0"/>
          <w:i w:val="0"/>
          <w:color w:val="000000"/>
          <w:sz w:val="24"/>
        </w:rPr>
        <w:t>), сочетания которых дают «сатан аз гац» (</w:t>
      </w:r>
      <w:r>
        <w:rPr>
          <w:rFonts w:ascii="Georgia" w:hAnsi="Georgia" w:cs="Times New Roman"/>
          <w:b/>
          <w:i w:val="0"/>
          <w:color w:val="000000"/>
          <w:sz w:val="24"/>
          <w:rtl/>
          <w:szCs w:val="32"/>
        </w:rPr>
        <w:t>שָׂטָ״ן עַ״ז גַּ״ץ</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Второе сочетание — </w:t>
      </w:r>
      <w:r>
        <w:rPr>
          <w:rFonts w:ascii="Georgia" w:hAnsi="Georgia" w:cs="Times New Roman"/>
          <w:b/>
          <w:i w:val="0"/>
          <w:color w:val="000000"/>
          <w:sz w:val="24"/>
          <w:rtl/>
          <w:szCs w:val="32"/>
        </w:rPr>
        <w:t>קר״ע שט״ן</w:t>
      </w:r>
      <w:r>
        <w:rPr>
          <w:rFonts w:ascii="Georgia" w:hAnsi="Georgia"/>
          <w:b w:val="0"/>
          <w:i w:val="0"/>
          <w:color w:val="000000"/>
          <w:sz w:val="24"/>
        </w:rPr>
        <w:t xml:space="preserve"> — относится к Гвуре, второму мелеху, при смерти которого пали также ахораим Имы. Поэтому аннулирование ахораим Аба ве-Има зашифровано в этом имени. Вот его объяснение: слово «разорви» (</w:t>
      </w:r>
      <w:r>
        <w:rPr>
          <w:rFonts w:ascii="Georgia" w:hAnsi="Georgia"/>
          <w:b w:val="0"/>
          <w:i/>
          <w:color w:val="000000"/>
          <w:sz w:val="24"/>
        </w:rPr>
        <w:t>кра</w:t>
      </w:r>
      <w:r>
        <w:rPr>
          <w:rFonts w:ascii="Georgia" w:hAnsi="Georgia"/>
          <w:b w:val="0"/>
          <w:i w:val="0"/>
          <w:color w:val="000000"/>
          <w:sz w:val="24"/>
        </w:rPr>
        <w:t xml:space="preserve">, </w:t>
      </w:r>
      <w:r>
        <w:rPr>
          <w:rFonts w:ascii="Georgia" w:hAnsi="Georgia" w:cs="Times New Roman"/>
          <w:b/>
          <w:i w:val="0"/>
          <w:color w:val="000000"/>
          <w:sz w:val="24"/>
          <w:rtl/>
          <w:szCs w:val="32"/>
        </w:rPr>
        <w:t>קְרַע</w:t>
      </w:r>
      <w:r>
        <w:rPr>
          <w:rFonts w:ascii="Georgia" w:hAnsi="Georgia"/>
          <w:b w:val="0"/>
          <w:i w:val="0"/>
          <w:color w:val="000000"/>
          <w:sz w:val="24"/>
        </w:rPr>
        <w:t xml:space="preserve">) указывает на то, что здесь произошла не подлинная смерть и снос под корень, как у семи мелахим, а лишь надрыв и надлом, оставшийся на своем месте; ведь снос означает насильственное сбрасывание камня со своего места в другое место, как сказано выше. Вследствие этого разрыва вышла клипа, называемая Сатаной, — отсюда и имя </w:t>
      </w:r>
      <w:r>
        <w:rPr>
          <w:rFonts w:ascii="Georgia" w:hAnsi="Georgia" w:cs="Times New Roman"/>
          <w:b/>
          <w:i w:val="0"/>
          <w:color w:val="000000"/>
          <w:sz w:val="24"/>
          <w:rtl/>
          <w:szCs w:val="32"/>
        </w:rPr>
        <w:t>קר״ע שט״ן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Состояние Аба ве-Има лицом к лицу выражается Именем АВАЯ с наполнением буквой йод у Абы и Именем ЭЙЕ с наполнением буквой йод у Имы. Оба они в гематрии составляют слово </w:t>
      </w:r>
      <w:r>
        <w:rPr>
          <w:rFonts w:ascii="Georgia" w:hAnsi="Georgia"/>
          <w:b w:val="0"/>
          <w:i/>
          <w:color w:val="000000"/>
          <w:sz w:val="24"/>
        </w:rPr>
        <w:t>регель</w:t>
      </w:r>
      <w:r>
        <w:rPr>
          <w:rFonts w:ascii="Georgia" w:hAnsi="Georgia"/>
          <w:b w:val="0"/>
          <w:i w:val="0"/>
          <w:color w:val="000000"/>
          <w:sz w:val="24"/>
        </w:rPr>
        <w:t xml:space="preserve"> (</w:t>
      </w:r>
      <w:r>
        <w:rPr>
          <w:rFonts w:ascii="Georgia" w:hAnsi="Georgia" w:cs="Times New Roman"/>
          <w:b/>
          <w:i w:val="0"/>
          <w:color w:val="000000"/>
          <w:sz w:val="24"/>
          <w:rtl/>
          <w:szCs w:val="32"/>
        </w:rPr>
        <w:t>רֶגֶל</w:t>
      </w:r>
      <w:r>
        <w:rPr>
          <w:rFonts w:ascii="Georgia" w:hAnsi="Georgia"/>
          <w:b w:val="0"/>
          <w:i w:val="0"/>
          <w:color w:val="000000"/>
          <w:sz w:val="24"/>
        </w:rPr>
        <w:t xml:space="preserve"> = 233): АВАЯ с наполнением йод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 72) и ЭЙЕ с наполнением йод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161), что в сумме дает 233. Это равняется гематрии слова </w:t>
      </w:r>
      <w:r>
        <w:rPr>
          <w:rFonts w:ascii="Georgia" w:hAnsi="Georgia"/>
          <w:b w:val="0"/>
          <w:i/>
          <w:color w:val="000000"/>
          <w:sz w:val="24"/>
        </w:rPr>
        <w:t>захор</w:t>
      </w:r>
      <w:r>
        <w:rPr>
          <w:rFonts w:ascii="Georgia" w:hAnsi="Georgia"/>
          <w:b w:val="0"/>
          <w:i w:val="0"/>
          <w:color w:val="000000"/>
          <w:sz w:val="24"/>
        </w:rPr>
        <w:t xml:space="preserve"> («помни», </w:t>
      </w:r>
      <w:r>
        <w:rPr>
          <w:rFonts w:ascii="Georgia" w:hAnsi="Georgia" w:cs="Times New Roman"/>
          <w:b/>
          <w:i w:val="0"/>
          <w:color w:val="000000"/>
          <w:sz w:val="24"/>
          <w:rtl/>
          <w:szCs w:val="32"/>
        </w:rPr>
        <w:t>זָכוֹר</w:t>
      </w:r>
      <w:r>
        <w:rPr>
          <w:rFonts w:ascii="Georgia" w:hAnsi="Georgia"/>
          <w:b w:val="0"/>
          <w:i w:val="0"/>
          <w:color w:val="000000"/>
          <w:sz w:val="24"/>
        </w:rPr>
        <w:t xml:space="preserve"> = 233), поскольку память проистекает со стороны «лица».</w:t>
      </w:r>
    </w:p>
    <w:p>
      <w:pPr>
        <w:spacing w:before="40" w:after="120"/>
        <w:jc w:val="both"/>
      </w:pPr>
      <w:r>
        <w:rPr>
          <w:rFonts w:ascii="Georgia" w:hAnsi="Georgia"/>
          <w:b w:val="0"/>
          <w:i w:val="0"/>
          <w:color w:val="000000"/>
          <w:sz w:val="24"/>
        </w:rPr>
        <w:t xml:space="preserve">Состояние же «спиной к спине» — это обратная сторона двух упомянутых Имен: ахораим АВАЯ у Абы в виде развертки </w:t>
      </w:r>
      <w:r>
        <w:rPr>
          <w:rFonts w:ascii="Georgia" w:hAnsi="Georgia" w:cs="Times New Roman"/>
          <w:b/>
          <w:i w:val="0"/>
          <w:color w:val="000000"/>
          <w:sz w:val="24"/>
          <w:rtl/>
          <w:szCs w:val="32"/>
        </w:rPr>
        <w:t>יו״ד</w:t>
      </w:r>
      <w:r>
        <w:rPr>
          <w:rFonts w:ascii="Georgia" w:hAnsi="Georgia"/>
          <w:b w:val="0"/>
          <w:i w:val="0"/>
          <w:color w:val="000000"/>
          <w:sz w:val="24"/>
        </w:rPr>
        <w:t xml:space="preserve">, </w:t>
      </w:r>
      <w:r>
        <w:rPr>
          <w:rFonts w:ascii="Georgia" w:hAnsi="Georgia" w:cs="Times New Roman"/>
          <w:b/>
          <w:i w:val="0"/>
          <w:color w:val="000000"/>
          <w:sz w:val="24"/>
          <w:rtl/>
          <w:szCs w:val="32"/>
        </w:rPr>
        <w:t>יו״ד ה״י</w:t>
      </w:r>
      <w:r>
        <w:rPr>
          <w:rFonts w:ascii="Georgia" w:hAnsi="Georgia"/>
          <w:b w:val="0"/>
          <w:i w:val="0"/>
          <w:color w:val="000000"/>
          <w:sz w:val="24"/>
        </w:rPr>
        <w:t xml:space="preserve">, </w:t>
      </w:r>
      <w:r>
        <w:rPr>
          <w:rFonts w:ascii="Georgia" w:hAnsi="Georgia" w:cs="Times New Roman"/>
          <w:b/>
          <w:i w:val="0"/>
          <w:color w:val="000000"/>
          <w:sz w:val="24"/>
          <w:rtl/>
          <w:szCs w:val="32"/>
        </w:rPr>
        <w:t>יו״ד ה״י וי״ו</w:t>
      </w:r>
      <w:r>
        <w:rPr>
          <w:rFonts w:ascii="Georgia" w:hAnsi="Georgia"/>
          <w:b w:val="0"/>
          <w:i w:val="0"/>
          <w:color w:val="000000"/>
          <w:sz w:val="24"/>
        </w:rPr>
        <w:t xml:space="preserve">,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(20 + 35 + 57 + 72 = 184), и ахораим Имы у Имени ЭЙЕ в виде </w:t>
      </w:r>
      <w:r>
        <w:rPr>
          <w:rFonts w:ascii="Georgia" w:hAnsi="Georgia" w:cs="Times New Roman"/>
          <w:b/>
          <w:i w:val="0"/>
          <w:color w:val="000000"/>
          <w:sz w:val="24"/>
          <w:rtl/>
          <w:szCs w:val="32"/>
        </w:rPr>
        <w:t>אל״ף</w:t>
      </w:r>
      <w:r>
        <w:rPr>
          <w:rFonts w:ascii="Georgia" w:hAnsi="Georgia"/>
          <w:b w:val="0"/>
          <w:i w:val="0"/>
          <w:color w:val="000000"/>
          <w:sz w:val="24"/>
        </w:rPr>
        <w:t xml:space="preserve">, </w:t>
      </w:r>
      <w:r>
        <w:rPr>
          <w:rFonts w:ascii="Georgia" w:hAnsi="Georgia" w:cs="Times New Roman"/>
          <w:b/>
          <w:i w:val="0"/>
          <w:color w:val="000000"/>
          <w:sz w:val="24"/>
          <w:rtl/>
          <w:szCs w:val="32"/>
        </w:rPr>
        <w:t>אל״ף ה״י</w:t>
      </w:r>
      <w:r>
        <w:rPr>
          <w:rFonts w:ascii="Georgia" w:hAnsi="Georgia"/>
          <w:b w:val="0"/>
          <w:i w:val="0"/>
          <w:color w:val="000000"/>
          <w:sz w:val="24"/>
        </w:rPr>
        <w:t xml:space="preserve">, </w:t>
      </w:r>
      <w:r>
        <w:rPr>
          <w:rFonts w:ascii="Georgia" w:hAnsi="Georgia" w:cs="Times New Roman"/>
          <w:b/>
          <w:i w:val="0"/>
          <w:color w:val="000000"/>
          <w:sz w:val="24"/>
          <w:rtl/>
          <w:szCs w:val="32"/>
        </w:rPr>
        <w:t>אל״ף ה״י יו״ד</w:t>
      </w:r>
      <w:r>
        <w:rPr>
          <w:rFonts w:ascii="Georgia" w:hAnsi="Georgia"/>
          <w:b w:val="0"/>
          <w:i w:val="0"/>
          <w:color w:val="000000"/>
          <w:sz w:val="24"/>
        </w:rPr>
        <w:t xml:space="preserve">,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(111 + 126 + 146 + 161 = 544). В сумме оба они дают 728, что составляет гематрию слова </w:t>
      </w:r>
      <w:r>
        <w:rPr>
          <w:rFonts w:ascii="Georgia" w:hAnsi="Georgia"/>
          <w:b w:val="0"/>
          <w:i/>
          <w:color w:val="000000"/>
          <w:sz w:val="24"/>
        </w:rPr>
        <w:t>тишках</w:t>
      </w:r>
      <w:r>
        <w:rPr>
          <w:rFonts w:ascii="Georgia" w:hAnsi="Georgia"/>
          <w:b w:val="0"/>
          <w:i w:val="0"/>
          <w:color w:val="000000"/>
          <w:sz w:val="24"/>
        </w:rPr>
        <w:t xml:space="preserve"> («забудешь», </w:t>
      </w:r>
      <w:r>
        <w:rPr>
          <w:rFonts w:ascii="Georgia" w:hAnsi="Georgia" w:cs="Times New Roman"/>
          <w:b/>
          <w:i w:val="0"/>
          <w:color w:val="000000"/>
          <w:sz w:val="24"/>
          <w:rtl/>
          <w:szCs w:val="32"/>
        </w:rPr>
        <w:t>תִּשְׁכַּח</w:t>
      </w:r>
      <w:r>
        <w:rPr>
          <w:rFonts w:ascii="Georgia" w:hAnsi="Georgia"/>
          <w:b w:val="0"/>
          <w:i w:val="0"/>
          <w:color w:val="000000"/>
          <w:sz w:val="24"/>
        </w:rPr>
        <w:t xml:space="preserve"> = 728), ведь забвение происходит со стороны обратной стороны (ахораим). Гематрия же слов </w:t>
      </w:r>
      <w:r>
        <w:rPr>
          <w:rFonts w:ascii="Georgia" w:hAnsi="Georgia" w:cs="Times New Roman"/>
          <w:b/>
          <w:i w:val="0"/>
          <w:color w:val="000000"/>
          <w:sz w:val="24"/>
          <w:rtl/>
          <w:szCs w:val="32"/>
        </w:rPr>
        <w:t>קר״ע שט״ן</w:t>
      </w:r>
      <w:r>
        <w:rPr>
          <w:rFonts w:ascii="Georgia" w:hAnsi="Georgia"/>
          <w:b w:val="0"/>
          <w:i w:val="0"/>
          <w:color w:val="000000"/>
          <w:sz w:val="24"/>
        </w:rPr>
        <w:t xml:space="preserve"> (370 + 359 = 729) с колелем (с учетом единицы самого выражения: 729 - 1 = 728) равна числу слова </w:t>
      </w:r>
      <w:r>
        <w:rPr>
          <w:rFonts w:ascii="Georgia" w:hAnsi="Georgia"/>
          <w:b w:val="0"/>
          <w:i/>
          <w:color w:val="000000"/>
          <w:sz w:val="24"/>
        </w:rPr>
        <w:t>тишкаха</w:t>
      </w:r>
      <w:r>
        <w:rPr>
          <w:rFonts w:ascii="Georgia" w:hAnsi="Georgia"/>
          <w:b w:val="0"/>
          <w:i w:val="0"/>
          <w:color w:val="000000"/>
          <w:sz w:val="24"/>
        </w:rPr>
        <w:t>, точно соответствуя числу ахораим, намекая тем самым на падение ахораим Аба ве-Има.</w:t>
      </w:r>
    </w:p>
    <w:p>
      <w:pPr>
        <w:spacing w:before="40" w:after="120"/>
        <w:jc w:val="both"/>
      </w:pPr>
      <w:r>
        <w:rPr>
          <w:rFonts w:ascii="Georgia" w:hAnsi="Georgia"/>
          <w:b w:val="0"/>
          <w:i w:val="0"/>
          <w:color w:val="000000"/>
          <w:sz w:val="24"/>
        </w:rPr>
        <w:t>Вернемся к прежней теме: пока треть Тиферет еще не умерла, опускание и падение ахораим Аба ве-Има не завершилось окончательно. И когда эти мелахим входили в свои келим, они сияли великим открытым светом. Но после того как умерла верхняя треть Тиферет, когда ахораим Аба ве-Има пали туда, остальные оставшиеся света, выходя, чтобы войти в свои келим, уже облачались в эти павшие ахораим, оставшиеся в Ацилуте, как сказано выше. Последние мелахим выходили уже облаченными в ахораим Аба ве-Има, и это сохраняется у них постоянно, вплоть до завершения всех выяснений в будущем мире, вскоре, в наши дни.</w:t>
      </w:r>
    </w:p>
    <w:p>
      <w:pPr>
        <w:spacing w:before="40" w:after="120"/>
        <w:jc w:val="both"/>
      </w:pPr>
      <w:r>
        <w:rPr>
          <w:rFonts w:ascii="Georgia" w:hAnsi="Georgia"/>
          <w:b w:val="0"/>
          <w:i w:val="0"/>
          <w:color w:val="000000"/>
          <w:sz w:val="24"/>
        </w:rPr>
        <w:t>В этом тайна подъема МАН, который ЗОН поднимают к Аба ве-Има: он берет начало в тайне тех ахораим Аба ве-Има, которые опустились вниз в самом Ацилуте, и которые взяли себе ЗОН.</w:t>
      </w:r>
    </w:p>
    <w:p>
      <w:pPr>
        <w:spacing w:before="40" w:after="120"/>
        <w:jc w:val="both"/>
      </w:pPr>
      <w:r>
        <w:rPr>
          <w:rFonts w:ascii="Georgia" w:hAnsi="Georgia"/>
          <w:b w:val="0"/>
          <w:i w:val="0"/>
          <w:color w:val="000000"/>
          <w:sz w:val="24"/>
        </w:rPr>
        <w:t>Получается, что света от груди (хазе) и ниже приходят скрытыми. Тебе уже известно, что сокрытие и облачение света — это форма его исправления, поскольку благодаря этому кли обретает способность выдержать свет, коль скоро тот приходит облаченным. Значит, разбиение келим от хазе и ниже — двух нижних третей Тиферет, НЕХИ и Малхут — не равнозначно разбиению келим Даат, Хесед, Гвура и верхней трети Тиферет: ведь разбиение высших келим несомненно оказалось намного сильнее разбиения нижних.</w:t>
      </w:r>
    </w:p>
    <w:p>
      <w:pPr>
        <w:spacing w:before="40" w:after="120"/>
        <w:jc w:val="both"/>
      </w:pPr>
      <w:r>
        <w:rPr>
          <w:rFonts w:ascii="Georgia" w:hAnsi="Georgia"/>
          <w:b w:val="0"/>
          <w:i w:val="0"/>
          <w:color w:val="000000"/>
          <w:sz w:val="24"/>
        </w:rPr>
        <w:t>Поэтому при наступлении исправления строение парцуфа Зеир Анпина оказалось противоположным: от двух нижних третей Тиферет и ниже его света и пребывающие в них хасадим раскрыты. Это обусловлено тем, что они способны воспринять их без экрана (масаха) Бины, так как их разбиение не было столь сильным. Но высшие ступени — от рош Зеир Анпина до хазе — пришли в исправлении закрытыми и облаченными внутрь масаха Бины, то есть ее Есода, как известно. Причина в том, что сначала они были открытыми и их разбиение было велико. И хотя Нецах и Ход тоже скрыты и закрыты, тем не менее, как объяснено в соответствующем месте, открытые хасадим ударяют в них, и их свет выходит наружу.</w:t>
      </w:r>
    </w:p>
    <w:p>
      <w:pPr>
        <w:spacing w:before="40" w:after="120"/>
        <w:jc w:val="both"/>
      </w:pPr>
      <w:r>
        <w:rPr>
          <w:rFonts w:ascii="Georgia" w:hAnsi="Georgia"/>
          <w:b w:val="0"/>
          <w:i w:val="0"/>
          <w:color w:val="000000"/>
          <w:sz w:val="24"/>
        </w:rPr>
        <w:t>При смерти Зеир Анпина до верхней трети его Тиферет ахораим Аба ве-Има уже опустились, но ахораим Исраэль Саба ве-Твуна не завершили опускания до смерти Нуквы Зеир Анпина. Поэтому ахораим Аба ве-Има берет себе Зеир Анпин, а ахораим Исраэль Саба ве-Твуна берет себе Малхут, и их света облачаются в них наподобие мохин Зеир Анпина.</w:t>
      </w:r>
    </w:p>
    <w:p>
      <w:pPr>
        <w:spacing w:before="40" w:after="120"/>
        <w:jc w:val="both"/>
      </w:pPr>
      <w:r>
        <w:rPr>
          <w:rFonts w:ascii="Georgia" w:hAnsi="Georgia"/>
          <w:b w:val="0"/>
          <w:i w:val="0"/>
          <w:color w:val="000000"/>
          <w:sz w:val="24"/>
        </w:rPr>
        <w:t xml:space="preserve">Из этого ты поймешь сказанное: когда ЗОН равны между собой лицом к лицу, тогда Нецах, Ход, Есод (НЕХИ) Аба ве-Има служат мохин для Зеир Анпина, а НЕХИ Исраэль Саба ве-Твуна служат мохин и входят в рош Нуквы. Также ты поймешь сказанное о том, что когда они находились лицом к лицу, вышли два уровня Яакова: один в Зеир Анпине, а второй в Нукве. Тот, что в мохин Зеир Анпина, происходит от Аба ве-Има, а второй, в мохин Нуквы, — от Исраэль Саба ве-Твуна. И тогда они — </w:t>
      </w:r>
      <w:r>
        <w:rPr>
          <w:rFonts w:ascii="Georgia" w:hAnsi="Georgia"/>
          <w:b w:val="0"/>
          <w:i/>
          <w:color w:val="000000"/>
          <w:sz w:val="24"/>
        </w:rPr>
        <w:t>«два великих светила»</w:t>
      </w:r>
      <w:r>
        <w:rPr>
          <w:rFonts w:ascii="Georgia" w:hAnsi="Georgia"/>
          <w:b w:val="0"/>
          <w:i w:val="0"/>
          <w:color w:val="000000"/>
          <w:sz w:val="24"/>
        </w:rPr>
        <w:t xml:space="preserve"> (Берешит 1:16): ни она не больше него, ни он не больше нее, и они вовсе не нуждаются друг в друге. Однако ахораим Абы находятся на правой стороне, в Хеседе Зеир Анпина, а ахораим Имы — на левой стороне, в Гвуре Зеир Анпина; это исследование понадобится в своем месте и будет разъяснено там с Б-жьей помощью.</w:t>
      </w:r>
    </w:p>
    <w:p>
      <w:pPr>
        <w:spacing w:before="40" w:after="120"/>
        <w:jc w:val="both"/>
      </w:pPr>
      <w:r>
        <w:rPr>
          <w:rFonts w:ascii="Georgia" w:hAnsi="Georgia"/>
          <w:b w:val="0"/>
          <w:i w:val="0"/>
          <w:color w:val="000000"/>
          <w:sz w:val="24"/>
        </w:rPr>
        <w:t>И здесь, на этом уровне, находится место опускания и падения ахораим Аба ве-Има, о которых мы говорили выше, что они опустились в самом мире Ацилут. Ведь хотя келим Зеир Анпина разбились, света Зеир Анпина тем не менее остались облаченными в эти ахораим высших Аба ве-Има: вся линия Хеседа Зеир Анпина облачена в ахораим Абы, а вся линия Гвуры — в ахораим Имы. Пойми это предисловие как следует.</w:t>
      </w:r>
    </w:p>
    <w:p>
      <w:pPr>
        <w:spacing w:before="40" w:after="120"/>
        <w:jc w:val="both"/>
      </w:pPr>
      <w:r>
        <w:rPr>
          <w:rFonts w:ascii="Georgia" w:hAnsi="Georgia"/>
          <w:b w:val="0"/>
          <w:i w:val="0"/>
          <w:color w:val="000000"/>
          <w:sz w:val="24"/>
        </w:rPr>
        <w:t xml:space="preserve">Вернемся к истолкованию раздела «Ваишлах» о мелахим: </w:t>
      </w:r>
      <w:r>
        <w:rPr>
          <w:rFonts w:ascii="Georgia" w:hAnsi="Georgia"/>
          <w:b w:val="0"/>
          <w:i/>
          <w:color w:val="000000"/>
          <w:sz w:val="24"/>
        </w:rPr>
        <w:t>«И вот цари...»</w:t>
      </w:r>
      <w:r>
        <w:rPr>
          <w:rFonts w:ascii="Georgia" w:hAnsi="Georgia"/>
          <w:b w:val="0"/>
          <w:i w:val="0"/>
          <w:color w:val="000000"/>
          <w:sz w:val="24"/>
        </w:rPr>
        <w:t xml:space="preserve"> (Берешит 36:31). Мы выяснили, как опустились четыре ахораим Аба ве-Има и Исраэль Саба ве-Твуна. Поэтому ты обнаружишь, что среди этих мелахим имена отцов упоминаются вовсе не у всех, а лишь у четырех: Бела, Йовав, Бааль Ханан и Адад. Ты увидишь и другое отличие: даже у этих четырех имя отца упомянуто лишь при воцарении, но не при смерти. Сказано: </w:t>
      </w:r>
      <w:r>
        <w:rPr>
          <w:rFonts w:ascii="Georgia" w:hAnsi="Georgia"/>
          <w:b w:val="0"/>
          <w:i/>
          <w:color w:val="000000"/>
          <w:sz w:val="24"/>
        </w:rPr>
        <w:t>«И воцарился в Эдоме Бела, сын Беора»</w:t>
      </w:r>
      <w:r>
        <w:rPr>
          <w:rFonts w:ascii="Georgia" w:hAnsi="Georgia"/>
          <w:b w:val="0"/>
          <w:i w:val="0"/>
          <w:color w:val="000000"/>
          <w:sz w:val="24"/>
        </w:rPr>
        <w:t xml:space="preserve"> (Берешит 36:32), но не написано «и умер Бела, сын Беора», а просто «Бела» — и так же у остальных трех мелахим.</w:t>
      </w:r>
    </w:p>
    <w:p>
      <w:pPr>
        <w:spacing w:before="40" w:after="120"/>
        <w:jc w:val="both"/>
      </w:pPr>
      <w:r>
        <w:rPr>
          <w:rFonts w:ascii="Georgia" w:hAnsi="Georgia"/>
          <w:b w:val="0"/>
          <w:i w:val="0"/>
          <w:color w:val="000000"/>
          <w:sz w:val="24"/>
        </w:rPr>
        <w:t>Смысл в том, чтобы показать: от отцов опустились четыре уровня ахораим, и не более того, и они не опустились вместе со своими сыновьями, как сказано выше. А поскольку отцы не умерли, но лишь подверглись простому аннулированию, при описании смерти отцы не упоминаются, а только сыновья. Однако чтобы указать, что и в них произошло аннулирование, отцы были упомянуты во время воцарения.</w:t>
      </w:r>
    </w:p>
    <w:p>
      <w:pPr>
        <w:spacing w:before="40" w:after="120"/>
        <w:jc w:val="both"/>
      </w:pPr>
      <w:r>
        <w:rPr>
          <w:rFonts w:ascii="Georgia" w:hAnsi="Georgia"/>
          <w:b w:val="0"/>
          <w:i w:val="0"/>
          <w:color w:val="000000"/>
          <w:sz w:val="24"/>
        </w:rPr>
        <w:t>Если ты спросишь: ведь Хушам — третий мелех — заслуживал упоминания имени своего отца («такой-то, сын такого-то»), поскольку, как объяснялось выше, именно он пробуждает Гвуру Имы и приводит к аннулированию ее ахораим при своей смерти? На это можно ответить: сына нарекают лишь по имени отца. А поскольку он аннулировал лишь ахораим Имы, нельзя было упоминать имя «такой-то, сын такой-то, матери своей», а принято называть только «такой-то, сын такого-то, отца своего». Имя же отца не названо потому, что он аннулировал не ахораим отца, а лишь ахораим матери; ведь имя Хушам намекает на пять гвурот Нуквы, и потому не сказано «сын такого-то».</w:t>
      </w:r>
    </w:p>
    <w:p>
      <w:pPr>
        <w:spacing w:before="40" w:after="120"/>
        <w:jc w:val="both"/>
      </w:pPr>
      <w:r>
        <w:rPr>
          <w:rFonts w:ascii="Georgia" w:hAnsi="Georgia"/>
          <w:b w:val="0"/>
          <w:i w:val="0"/>
          <w:color w:val="000000"/>
          <w:sz w:val="24"/>
        </w:rPr>
        <w:t>Адад, сын Бедада (</w:t>
      </w:r>
      <w:r>
        <w:rPr>
          <w:rFonts w:ascii="Georgia" w:hAnsi="Georgia"/>
          <w:b w:val="0"/>
          <w:i/>
          <w:color w:val="000000"/>
          <w:sz w:val="24"/>
        </w:rPr>
        <w:t>Хадад бен Бедад</w:t>
      </w:r>
      <w:r>
        <w:rPr>
          <w:rFonts w:ascii="Georgia" w:hAnsi="Georgia"/>
          <w:b w:val="0"/>
          <w:i w:val="0"/>
          <w:color w:val="000000"/>
          <w:sz w:val="24"/>
        </w:rPr>
        <w:t>), являющийся четвертым мелехом и представляющий уровень Тиферет, назван так потому, что он находится вверху, на уровне верхней трети, на месте груди (хазе) — месте сосцов (</w:t>
      </w:r>
      <w:r>
        <w:rPr>
          <w:rFonts w:ascii="Georgia" w:hAnsi="Georgia"/>
          <w:b w:val="0"/>
          <w:i/>
          <w:color w:val="000000"/>
          <w:sz w:val="24"/>
        </w:rPr>
        <w:t>дадей</w:t>
      </w:r>
      <w:r>
        <w:rPr>
          <w:rFonts w:ascii="Georgia" w:hAnsi="Georgia"/>
          <w:b w:val="0"/>
          <w:i w:val="0"/>
          <w:color w:val="000000"/>
          <w:sz w:val="24"/>
        </w:rPr>
        <w:t xml:space="preserve">, </w:t>
      </w:r>
      <w:r>
        <w:rPr>
          <w:rFonts w:ascii="Georgia" w:hAnsi="Georgia" w:cs="Times New Roman"/>
          <w:b/>
          <w:i w:val="0"/>
          <w:color w:val="000000"/>
          <w:sz w:val="24"/>
          <w:rtl/>
          <w:szCs w:val="32"/>
        </w:rPr>
        <w:t>דַּדַּי</w:t>
      </w:r>
      <w:r>
        <w:rPr>
          <w:rFonts w:ascii="Georgia" w:hAnsi="Georgia"/>
          <w:b w:val="0"/>
          <w:i w:val="0"/>
          <w:color w:val="000000"/>
          <w:sz w:val="24"/>
        </w:rPr>
        <w:t>). Отсюда «Адад» (</w:t>
      </w:r>
      <w:r>
        <w:rPr>
          <w:rFonts w:ascii="Georgia" w:hAnsi="Georgia" w:cs="Times New Roman"/>
          <w:b/>
          <w:i w:val="0"/>
          <w:color w:val="000000"/>
          <w:sz w:val="24"/>
          <w:rtl/>
          <w:szCs w:val="32"/>
        </w:rPr>
        <w:t>הֲדַד</w:t>
      </w:r>
      <w:r>
        <w:rPr>
          <w:rFonts w:ascii="Georgia" w:hAnsi="Georgia"/>
          <w:b w:val="0"/>
          <w:i w:val="0"/>
          <w:color w:val="000000"/>
          <w:sz w:val="24"/>
        </w:rPr>
        <w:t>) — один сосец (</w:t>
      </w:r>
      <w:r>
        <w:rPr>
          <w:rFonts w:ascii="Georgia" w:hAnsi="Georgia"/>
          <w:b w:val="0"/>
          <w:i/>
          <w:color w:val="000000"/>
          <w:sz w:val="24"/>
        </w:rPr>
        <w:t>дад</w:t>
      </w:r>
      <w:r>
        <w:rPr>
          <w:rFonts w:ascii="Georgia" w:hAnsi="Georgia"/>
          <w:b w:val="0"/>
          <w:i w:val="0"/>
          <w:color w:val="000000"/>
          <w:sz w:val="24"/>
        </w:rPr>
        <w:t xml:space="preserve">, </w:t>
      </w:r>
      <w:r>
        <w:rPr>
          <w:rFonts w:ascii="Georgia" w:hAnsi="Georgia" w:cs="Times New Roman"/>
          <w:b/>
          <w:i w:val="0"/>
          <w:color w:val="000000"/>
          <w:sz w:val="24"/>
          <w:rtl/>
          <w:szCs w:val="32"/>
        </w:rPr>
        <w:t>דַּד</w:t>
      </w:r>
      <w:r>
        <w:rPr>
          <w:rFonts w:ascii="Georgia" w:hAnsi="Georgia"/>
          <w:b w:val="0"/>
          <w:i w:val="0"/>
          <w:color w:val="000000"/>
          <w:sz w:val="24"/>
        </w:rPr>
        <w:t>), а «сын Бедада» (</w:t>
      </w:r>
      <w:r>
        <w:rPr>
          <w:rFonts w:ascii="Georgia" w:hAnsi="Georgia" w:cs="Times New Roman"/>
          <w:b/>
          <w:i w:val="0"/>
          <w:color w:val="000000"/>
          <w:sz w:val="24"/>
          <w:rtl/>
          <w:szCs w:val="32"/>
        </w:rPr>
        <w:t>בְּדַד</w:t>
      </w:r>
      <w:r>
        <w:rPr>
          <w:rFonts w:ascii="Georgia" w:hAnsi="Georgia"/>
          <w:b w:val="0"/>
          <w:i w:val="0"/>
          <w:color w:val="000000"/>
          <w:sz w:val="24"/>
        </w:rPr>
        <w:t xml:space="preserve">) — второй сосец: ведь само слово </w:t>
      </w:r>
      <w:r>
        <w:rPr>
          <w:rFonts w:ascii="Georgia" w:hAnsi="Georgia" w:cs="Times New Roman"/>
          <w:b/>
          <w:i w:val="0"/>
          <w:color w:val="000000"/>
          <w:sz w:val="24"/>
          <w:rtl/>
          <w:szCs w:val="32"/>
        </w:rPr>
        <w:t>בְּדַד</w:t>
      </w:r>
      <w:r>
        <w:rPr>
          <w:rFonts w:ascii="Georgia" w:hAnsi="Georgia"/>
          <w:b w:val="0"/>
          <w:i w:val="0"/>
          <w:color w:val="000000"/>
          <w:sz w:val="24"/>
        </w:rPr>
        <w:t xml:space="preserve"> означает «два сосца» (</w:t>
      </w:r>
      <w:r>
        <w:rPr>
          <w:rFonts w:ascii="Georgia" w:hAnsi="Georgia" w:cs="Times New Roman"/>
          <w:b/>
          <w:i w:val="0"/>
          <w:color w:val="000000"/>
          <w:sz w:val="24"/>
          <w:rtl/>
          <w:szCs w:val="32"/>
        </w:rPr>
        <w:t>ב׳ דַּד</w:t>
      </w:r>
      <w:r>
        <w:rPr>
          <w:rFonts w:ascii="Georgia" w:hAnsi="Georgia"/>
          <w:b w:val="0"/>
          <w:i w:val="0"/>
          <w:color w:val="000000"/>
          <w:sz w:val="24"/>
        </w:rPr>
        <w:t>), то есть второй сосец.</w:t>
      </w:r>
    </w:p>
    <w:p>
      <w:pPr>
        <w:spacing w:before="40" w:after="120"/>
        <w:jc w:val="both"/>
      </w:pPr>
      <w:r>
        <w:rPr>
          <w:rFonts w:ascii="Georgia" w:hAnsi="Georgia"/>
          <w:b w:val="0"/>
          <w:i w:val="0"/>
          <w:color w:val="000000"/>
          <w:sz w:val="24"/>
        </w:rPr>
        <w:t>Суть в следующем: если рассматривать Абу и Исраэль Саба включенными в единый парцуф, а Бину и Твуну — включенными в единый парцуф (как сказано в соответствующем месте, ибо бывают времена, когда они соединяются подобным образом), окажется, что место верхней трети Тиферет Зеир Анпина, называемого Ададом, сыном Бедада, приходится на место сосцов Бины. Поэтому его имя — Адад, сын Бедада: ведь со смертью этого мелеха сосцы Бины иссохли для вскармливания, подобно женщине, чья грудь пересыхает при смерти ребенка.</w:t>
      </w:r>
    </w:p>
    <w:p>
      <w:pPr>
        <w:spacing w:before="40" w:after="120"/>
        <w:jc w:val="both"/>
      </w:pPr>
      <w:r>
        <w:rPr>
          <w:rFonts w:ascii="Georgia" w:hAnsi="Georgia"/>
          <w:b w:val="0"/>
          <w:i w:val="0"/>
          <w:color w:val="000000"/>
          <w:sz w:val="24"/>
        </w:rPr>
        <w:t>Глава 3</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каким образом при смерти этих мелахим их келим опустились в мир Брия, в отличие от четырех ахораим Аба ве-Има.</w:t>
      </w:r>
    </w:p>
    <w:p>
      <w:pPr>
        <w:spacing w:before="40" w:after="120"/>
        <w:jc w:val="both"/>
      </w:pPr>
      <w:r>
        <w:rPr>
          <w:rFonts w:ascii="Georgia" w:hAnsi="Georgia"/>
          <w:b w:val="0"/>
          <w:i w:val="0"/>
          <w:color w:val="000000"/>
          <w:sz w:val="24"/>
        </w:rPr>
        <w:t>Мы уже объяснили различие между Аба ве-Има и семью мелахим, являющимися ЗОН: семь мелахим умерли по-настоящему, и их келим опустились в мир Брия, тогда как ахораим Аба ве-Има аннулировались, но не умерли, а опустились вниз в самом мире Ацилут. Там же мы объяснили причину: семь мелахим не получили светов озэн, хотэм, пэ (АХАП) де-АК, восприняв свет лишь от его тела (гуф) и далее.</w:t>
      </w:r>
    </w:p>
    <w:p>
      <w:pPr>
        <w:spacing w:before="40" w:after="120"/>
        <w:jc w:val="both"/>
      </w:pPr>
      <w:r>
        <w:rPr>
          <w:rFonts w:ascii="Georgia" w:hAnsi="Georgia"/>
          <w:b w:val="0"/>
          <w:i w:val="0"/>
          <w:color w:val="000000"/>
          <w:sz w:val="24"/>
        </w:rPr>
        <w:t xml:space="preserve">По этой же причине существовало и другое различие между тремя первыми сфирами (ГАР) — Кетер, Хохма, Бина (КАХАБ) — и семью нижними мелахим: ГАР изначально вышли с некоторым исправлением, распространившись по порядку трех линий. Семь же нижних (ЗАТ) вышли одна под другой. Об этом сказано в «Идра Раба» (Зоар, Насо 128а): </w:t>
      </w:r>
      <w:r>
        <w:rPr>
          <w:rFonts w:ascii="Georgia" w:hAnsi="Georgia"/>
          <w:b w:val="0"/>
          <w:i/>
          <w:color w:val="000000"/>
          <w:sz w:val="24"/>
        </w:rPr>
        <w:t>«Доколе нам сидеть на одной опоре?»</w:t>
      </w:r>
      <w:r>
        <w:rPr>
          <w:rFonts w:ascii="Georgia" w:hAnsi="Georgia"/>
          <w:b w:val="0"/>
          <w:i w:val="0"/>
          <w:color w:val="000000"/>
          <w:sz w:val="24"/>
        </w:rPr>
        <w:t xml:space="preserve"> — то есть пока не установится исправление в виде линий. Прежде же, когда они располагались друг под другом, это было стоянием на одной опоре. Мы уже объясняли, что исправление Ацилута заключается в том, что шесть краев (ВАК) выстроены в виде трех линий, связанных друг с другом по принципу третьей линии, решающей между ними, — и тогда это называется частным владением (</w:t>
      </w:r>
      <w:r>
        <w:rPr>
          <w:rFonts w:ascii="Georgia" w:hAnsi="Georgia"/>
          <w:b w:val="0"/>
          <w:i/>
          <w:color w:val="000000"/>
          <w:sz w:val="24"/>
        </w:rPr>
        <w:t>ршут а-яхид</w:t>
      </w:r>
      <w:r>
        <w:rPr>
          <w:rFonts w:ascii="Georgia" w:hAnsi="Georgia"/>
          <w:b w:val="0"/>
          <w:i w:val="0"/>
          <w:color w:val="000000"/>
          <w:sz w:val="24"/>
        </w:rPr>
        <w:t>). Когда же они расположены друг под другом и отделены друг от друга, это называется общественным владением (</w:t>
      </w:r>
      <w:r>
        <w:rPr>
          <w:rFonts w:ascii="Georgia" w:hAnsi="Georgia"/>
          <w:b w:val="0"/>
          <w:i/>
          <w:color w:val="000000"/>
          <w:sz w:val="24"/>
        </w:rPr>
        <w:t>ршут а-рабим</w:t>
      </w:r>
      <w:r>
        <w:rPr>
          <w:rFonts w:ascii="Georgia" w:hAnsi="Georgia"/>
          <w:b w:val="0"/>
          <w:i w:val="0"/>
          <w:color w:val="000000"/>
          <w:sz w:val="24"/>
        </w:rPr>
        <w:t>). Поэтому у ГАР аннулировались лишь ахораим, но сами они не умерли, тогда как семь мелахим умерли целиком — и лицом, и спиной, поскольку вышли вовсе без исправления.</w:t>
      </w:r>
    </w:p>
    <w:p>
      <w:pPr>
        <w:spacing w:before="40" w:after="120"/>
        <w:jc w:val="both"/>
      </w:pPr>
      <w:r>
        <w:rPr>
          <w:rFonts w:ascii="Georgia" w:hAnsi="Georgia"/>
          <w:b w:val="0"/>
          <w:i w:val="0"/>
          <w:color w:val="000000"/>
          <w:sz w:val="24"/>
        </w:rPr>
        <w:t>Изложим порядок выхода семи мелахим, начав с первого — Даат, который вышел первым. Когда его кли не смогло выдержать свет, оно разбилось и опустилось вниз, в мир Брия — то есть на то место, где впоследствии предстоит возникнуть миру Брия, ведь мир Брия тогда еще не был сотворен. И упало это кли на место Даат мира Брия, поскольку соответствует ему. Свет же Даат также опустился, но остался в самом Ацилуте, на месте кли Малхут Ацилута. Притом он опустился туда вовсе не из-за изъяна в себе самом: ведь выше уже говорилось, что разбиение произошло в келим, а не в светах. Если бы его опускание произошло из-за изъяна, следовало бы приписать аннулирование самим светам — подобно тому, как мы приписали аннулирование сосудам обратной стороны (келим де-ахораим) Аба ве-Има, которые аналогично пали в самом Ацилуте.</w:t>
      </w:r>
    </w:p>
    <w:p>
      <w:pPr>
        <w:spacing w:before="40" w:after="120"/>
        <w:jc w:val="both"/>
      </w:pPr>
      <w:r>
        <w:rPr>
          <w:rFonts w:ascii="Georgia" w:hAnsi="Georgia"/>
          <w:b w:val="0"/>
          <w:i w:val="0"/>
          <w:color w:val="000000"/>
          <w:sz w:val="24"/>
        </w:rPr>
        <w:t>На самом же деле его опускание произошло ради того, чтобы светить издали своему кли, находящемуся в Брие, чтобы оно не погибло окончательно и не осталось безнадежным; поэтому свет светит ему издали, пребывая в Ацилуте на уровне коронок над буквами (тагин аль а-отиет), как сказано выше.</w:t>
      </w:r>
    </w:p>
    <w:p>
      <w:pPr>
        <w:spacing w:before="40" w:after="120"/>
        <w:jc w:val="both"/>
      </w:pPr>
      <w:r>
        <w:rPr>
          <w:rFonts w:ascii="Georgia" w:hAnsi="Georgia"/>
          <w:b w:val="0"/>
          <w:i w:val="0"/>
          <w:color w:val="000000"/>
          <w:sz w:val="24"/>
        </w:rPr>
        <w:t>Затем вышел Хесед, его кли разбилось и опустилось в Бину мира Брия, а свет опустился на место кли Есод Ацилута, поскольку свет Даат уже успел занять место Малхут. Затем вышла Гвура и разбилась: кли опустилось в Хохму мира Брия, а свет опустился в кли Нецах и Ход Ацилута, которые представляют собой две половины тела.</w:t>
      </w:r>
    </w:p>
    <w:p>
      <w:pPr>
        <w:spacing w:before="40" w:after="120"/>
        <w:jc w:val="both"/>
      </w:pPr>
      <w:r>
        <w:rPr>
          <w:rFonts w:ascii="Georgia" w:hAnsi="Georgia"/>
          <w:b w:val="0"/>
          <w:i w:val="0"/>
          <w:color w:val="000000"/>
          <w:sz w:val="24"/>
        </w:rPr>
        <w:t>Затем вышло Тиферет и разбилось: кли опустилось в Кетер мира Брия, а свет остался на своем месте — в Тиферет Ацилута.</w:t>
      </w:r>
    </w:p>
    <w:p>
      <w:pPr>
        <w:spacing w:before="40" w:after="120"/>
        <w:jc w:val="both"/>
      </w:pPr>
      <w:r>
        <w:rPr>
          <w:rFonts w:ascii="Georgia" w:hAnsi="Georgia"/>
          <w:b w:val="0"/>
          <w:i w:val="0"/>
          <w:color w:val="000000"/>
          <w:sz w:val="24"/>
        </w:rPr>
        <w:t>И теперь расстояние между любым из названных светов и его кли не превышает трех ступеней, ведь расстояние свыше трех ступеней — это полное отдаление, при котором свет уже не способен светить в кли.</w:t>
      </w:r>
    </w:p>
    <w:p>
      <w:pPr>
        <w:spacing w:before="40" w:after="120"/>
        <w:jc w:val="both"/>
      </w:pPr>
      <w:r>
        <w:rPr>
          <w:rFonts w:ascii="Georgia" w:hAnsi="Georgia"/>
          <w:b w:val="0"/>
          <w:i w:val="0"/>
          <w:color w:val="000000"/>
          <w:sz w:val="24"/>
        </w:rPr>
        <w:t>Остальные же света также опустились со своих мест, кроме Тиферет, которое осталось на своем месте и не опустилось. Несомненно, у других светов, опустившихся со своего места, — хотя их опускание и произошло ради келим, чтобы светить им, — сила из-за пребывания ниже своего места несколько ослабла, и потому у них нет сил подняться наверх. Но свет Тиферет, оставшийся на своем месте, сохранил свои свойства, и сила его осталась крепкой. Поэтому, видя себя лишенным кли, он мог бы подняться туда, откуда вышел (ведь он не желал оставаться обнаженным, открытым без одеяния), и вернуться в Бину — на то место, где пребывал изначально. Но если бы он так поступил, он оказался бы слишком далеко от своего кли, и то погибло бы окончательно.</w:t>
      </w:r>
    </w:p>
    <w:p>
      <w:pPr>
        <w:spacing w:before="40" w:after="120"/>
        <w:jc w:val="both"/>
      </w:pPr>
      <w:r>
        <w:rPr>
          <w:rFonts w:ascii="Georgia" w:hAnsi="Georgia"/>
          <w:b w:val="0"/>
          <w:i w:val="0"/>
          <w:color w:val="000000"/>
          <w:sz w:val="24"/>
        </w:rPr>
        <w:t>Поэтому высший Источник пожелал распространить и увеличить неразбившееся кли Кетера, как известно, и оно протянулось по средней линии (ведь ГАР изначально уже имели форму трех линий) до уровня Тиферет, но лишь до середины его — до уровня табура (пупа).</w:t>
      </w:r>
    </w:p>
    <w:p>
      <w:pPr>
        <w:spacing w:before="40" w:after="120"/>
        <w:jc w:val="both"/>
      </w:pPr>
      <w:r>
        <w:rPr>
          <w:rFonts w:ascii="Georgia" w:hAnsi="Georgia"/>
          <w:b w:val="0"/>
          <w:i w:val="0"/>
          <w:color w:val="000000"/>
          <w:sz w:val="24"/>
        </w:rPr>
        <w:t>Тогда свет Тиферет поднялся и скрылся внутри этого кли Кетера, распространившегося до его уровня. Получается, что поднялась лишь нижняя половина света Тиферет, тогда как верхняя половина осталась на своем месте, сквозь которое уже распространилось кли Кетера.</w:t>
      </w:r>
    </w:p>
    <w:p>
      <w:pPr>
        <w:spacing w:before="40" w:after="120"/>
        <w:jc w:val="both"/>
      </w:pPr>
      <w:r>
        <w:rPr>
          <w:rFonts w:ascii="Georgia" w:hAnsi="Georgia"/>
          <w:b w:val="0"/>
          <w:i w:val="0"/>
          <w:color w:val="000000"/>
          <w:sz w:val="24"/>
        </w:rPr>
        <w:t>Тогда свет Даат, опустившийся вниз в Малхут Ацилута, видя, что на его месте появилось новое кли (ведь его место тоже находится на средней линии, между Кетером и Тиферет), также поднялся на свое место. И тогда его кли, поскольку свет отдалился от него, опустилось еще ниже — до Малхут мира Брия. Кли же Тиферет осталось на своем месте — в Кетере мира Брия, поскольку поднялся не весь его свет, а лишь половина, верхняя же половина осталась на своем месте.</w:t>
      </w:r>
    </w:p>
    <w:p>
      <w:pPr>
        <w:spacing w:before="40" w:after="120"/>
        <w:jc w:val="both"/>
      </w:pPr>
      <w:r>
        <w:rPr>
          <w:rFonts w:ascii="Georgia" w:hAnsi="Georgia"/>
          <w:b w:val="0"/>
          <w:i w:val="0"/>
          <w:color w:val="000000"/>
          <w:sz w:val="24"/>
        </w:rPr>
        <w:t>Если спросишь: ведь выше мы говорили, что расстояние между келим и соответствующим светом не должно превышать трех сфирот, так как же кли Даат опустилось в Малхут мира Брия?</w:t>
      </w:r>
    </w:p>
    <w:p>
      <w:pPr>
        <w:spacing w:before="40" w:after="120"/>
        <w:jc w:val="both"/>
      </w:pPr>
      <w:r>
        <w:rPr>
          <w:rFonts w:ascii="Georgia" w:hAnsi="Georgia"/>
          <w:b w:val="0"/>
          <w:i w:val="0"/>
          <w:color w:val="000000"/>
          <w:sz w:val="24"/>
        </w:rPr>
        <w:t>Ответ таков: несомненно, когда следовать правилу возможно, ему следуют. Вначале действовал принцип «один получает пользу, а другой не терпит ущерба»: кли получало пользу от своего света, пока Даат находился внизу, но и свет при этом ничего не терял, ведь даже если бы он поднялся на свое место в Даат Ацилута, там для него не было никакого кли; поэтому он желал светить своему кли, а опустившись, уже не стал бы подниматься.</w:t>
      </w:r>
    </w:p>
    <w:p>
      <w:pPr>
        <w:spacing w:before="40" w:after="120"/>
        <w:jc w:val="both"/>
      </w:pPr>
      <w:r>
        <w:rPr>
          <w:rFonts w:ascii="Georgia" w:hAnsi="Georgia"/>
          <w:b w:val="0"/>
          <w:i w:val="0"/>
          <w:color w:val="000000"/>
          <w:sz w:val="24"/>
        </w:rPr>
        <w:t>Когда же он увидел, что на его месте возникло некое кли, собственное благо и польза оказались для него ближе, чем польза для своего кли: ведь теперь, поднявшись наверх, на свое место, он обрел кли и может получать свет для себя сверху — от Источника и от Кетера — в великой близости. Поэтому он поднялся наверх. Это объяснение вполне достаточно с точки зрения пользы самого света.</w:t>
      </w:r>
    </w:p>
    <w:p>
      <w:pPr>
        <w:spacing w:before="40" w:after="120"/>
        <w:jc w:val="both"/>
      </w:pPr>
      <w:r>
        <w:rPr>
          <w:rFonts w:ascii="Georgia" w:hAnsi="Georgia"/>
          <w:b w:val="0"/>
          <w:i w:val="0"/>
          <w:color w:val="000000"/>
          <w:sz w:val="24"/>
        </w:rPr>
        <w:t>Но и с точки зрения ущерба для его кли при его опускании в Малхут мира Брия потеря не столь велика. Ведь когда мы говорим, что расстояние между светом и его кли не должно превышать трех сфир, имеется в виду протяженность трех сфир Ацилута, величина которых огромна. В мире же Брия все десять сфирот не равны по величине даже одной сфире Ацилута; стало быть, кли находится словно во главе мира Брия, ведь все десять сфирот Брии считаются за одну сфиру.</w:t>
      </w:r>
    </w:p>
    <w:p>
      <w:pPr>
        <w:spacing w:before="40" w:after="120"/>
        <w:jc w:val="both"/>
      </w:pPr>
      <w:r>
        <w:rPr>
          <w:rFonts w:ascii="Georgia" w:hAnsi="Georgia"/>
          <w:b w:val="0"/>
          <w:i w:val="0"/>
          <w:color w:val="000000"/>
          <w:sz w:val="24"/>
        </w:rPr>
        <w:t>Если ты скажешь: ведь между кли Даат и его светом расстояние составляет семь сфирот Ацилута, коль скоро свет стоит наверху, в Даат Ацилута?</w:t>
      </w:r>
    </w:p>
    <w:p>
      <w:pPr>
        <w:spacing w:before="40" w:after="120"/>
        <w:jc w:val="both"/>
      </w:pPr>
      <w:r>
        <w:rPr>
          <w:rFonts w:ascii="Georgia" w:hAnsi="Georgia"/>
          <w:b w:val="0"/>
          <w:i w:val="0"/>
          <w:color w:val="000000"/>
          <w:sz w:val="24"/>
        </w:rPr>
        <w:t>На это можно ответить: даже в самих сфиротах Ацилута ущерб не столь велик, кроме того случая, когда между светом и кли оказывается промежуток в три сфиры, абсолютно пустые, лишенные какого бы то ни было света — как собственного, так и чужого. Здесь же, хотя собственный свет кли поднялся наверх, внизу Ацилута, вблизи мира Брия, стоят другие света, и кли способно получать свечение от них, а также может получать свечение от собственного света через эти близкие к нему света. Запомни это правило для всех остальных сфирот: между кли и светом никогда не бывает расстояния более трех пустых сфир Ацилута, поэтому нам не потребуется повторять это рассуждение для каждой из них.</w:t>
      </w:r>
    </w:p>
    <w:p>
      <w:pPr>
        <w:spacing w:before="40" w:after="120"/>
        <w:jc w:val="both"/>
      </w:pPr>
      <w:r>
        <w:rPr>
          <w:rFonts w:ascii="Georgia" w:hAnsi="Georgia"/>
          <w:b w:val="0"/>
          <w:i w:val="0"/>
          <w:color w:val="000000"/>
          <w:sz w:val="24"/>
        </w:rPr>
        <w:t>Когда свет Даат поднялся на свое место наверху, кли Кетера расширилось и протянулось до уровня окончания всего Тиферет. Тогда нижняя половина света Тиферет, поднявшаяся наверх, снова опустилась на свое истинное место, как вначале. Причиной расширения кли Кетера послужил свет Даат, который облачился в него и расширил его; к тому же Даат включает в себя все шесть краев (ВАК) и служит для них душой (нешама), как известно. Поэтому, поднявшись, он дал силу сосуду (кли) и расширил его, чтобы оказать благо свету Тиферет — чтобы тот опустился и занял подобающее ему место. Затем воцарились Нецах и Ход и должны были прийти, чтобы править на своем месте в подобающем им кли. Но они нашли свое место занятым: туда опустился свет Гвуры, как сказано выше.</w:t>
      </w:r>
    </w:p>
    <w:p>
      <w:pPr>
        <w:spacing w:before="40" w:after="120"/>
        <w:jc w:val="both"/>
      </w:pPr>
      <w:r>
        <w:rPr>
          <w:rFonts w:ascii="Georgia" w:hAnsi="Georgia"/>
          <w:b w:val="0"/>
          <w:i w:val="0"/>
          <w:color w:val="000000"/>
          <w:sz w:val="24"/>
        </w:rPr>
        <w:t>Поэтому Бине пришлось распространиться по своей линии (левой стороне) до места, которому в будущем предстоит стать истинным местом Гвуры после исправления (ведь сейчас все они располагались друг под другом).</w:t>
      </w:r>
    </w:p>
    <w:p>
      <w:pPr>
        <w:spacing w:before="40" w:after="120"/>
        <w:jc w:val="both"/>
      </w:pPr>
      <w:r>
        <w:rPr>
          <w:rFonts w:ascii="Georgia" w:hAnsi="Georgia"/>
          <w:b w:val="0"/>
          <w:i w:val="0"/>
          <w:color w:val="000000"/>
          <w:sz w:val="24"/>
        </w:rPr>
        <w:t>Тогда свет Гвуры, видя, что на ее месте появилось некое кли, поднялся на свое место. Ее же кли из-за удаления своего света также отдалилось и опустилось до Есода мира Брия.</w:t>
      </w:r>
    </w:p>
    <w:p>
      <w:pPr>
        <w:spacing w:before="40" w:after="120"/>
        <w:jc w:val="both"/>
      </w:pPr>
      <w:r>
        <w:rPr>
          <w:rFonts w:ascii="Georgia" w:hAnsi="Georgia"/>
          <w:b w:val="0"/>
          <w:i w:val="0"/>
          <w:color w:val="000000"/>
          <w:sz w:val="24"/>
        </w:rPr>
        <w:t>Тогда Нецах и Ход опустились на свое истинное место, воцарились там в своем кли и разбились. Свет их поднялся до Гвуры: туда поднялся Ход, поскольку он также относится к левой линии, а вместе с ним поднялся и Нецах, ведь Нецах и Ход — две половины тела, как упомянуто выше. Келим же их опустились в Нецах и Ход мира Брия.</w:t>
      </w:r>
    </w:p>
    <w:p>
      <w:pPr>
        <w:spacing w:before="40" w:after="120"/>
        <w:jc w:val="both"/>
      </w:pPr>
      <w:r>
        <w:rPr>
          <w:rFonts w:ascii="Georgia" w:hAnsi="Georgia"/>
          <w:b w:val="0"/>
          <w:i w:val="0"/>
          <w:color w:val="000000"/>
          <w:sz w:val="24"/>
        </w:rPr>
        <w:t>Затем вышел свет Есода. Но на его месте находился свет Хеседа, как сказано выше. Тогда кли Хохмы пришлось распространиться по правой линии до места, которому надлежит стать истинным Хеседом после исправления. Тогда свет Хеседа поднялся туда и включился в кли Хохмы, а кли Хеседа опустилось до Тиферет мира Брия.</w:t>
      </w:r>
    </w:p>
    <w:p>
      <w:pPr>
        <w:spacing w:before="40" w:after="120"/>
        <w:jc w:val="both"/>
      </w:pPr>
      <w:r>
        <w:rPr>
          <w:rFonts w:ascii="Georgia" w:hAnsi="Georgia"/>
          <w:b w:val="0"/>
          <w:i w:val="0"/>
          <w:color w:val="000000"/>
          <w:sz w:val="24"/>
        </w:rPr>
        <w:t>Тогда вышел Есод, вошел в свое кли, воцарился на своем месте и разбился. Свет его поднялся по средней линии до уровня высшего Даат, а кли опустилось в Гвуру мира Брия. Ниже мы объясним, почему свет Есода поднялся выше Тиферет — до самого Даат.</w:t>
      </w:r>
    </w:p>
    <w:p>
      <w:pPr>
        <w:spacing w:before="40" w:after="120"/>
        <w:jc w:val="both"/>
      </w:pPr>
      <w:r>
        <w:rPr>
          <w:rFonts w:ascii="Georgia" w:hAnsi="Georgia"/>
          <w:b w:val="0"/>
          <w:i w:val="0"/>
          <w:color w:val="000000"/>
          <w:sz w:val="24"/>
        </w:rPr>
        <w:t>Затем вышел свет Малхут, чтобы царствовать в своем кли, воцарился там и разбился. Тогда ее свет также поднялся в Даат по средней линии, а ее кли опустилось в Хесед мира Брия.</w:t>
      </w:r>
    </w:p>
    <w:p>
      <w:pPr>
        <w:spacing w:before="40" w:after="120"/>
        <w:jc w:val="both"/>
      </w:pPr>
      <w:r>
        <w:rPr>
          <w:rFonts w:ascii="Georgia" w:hAnsi="Georgia"/>
          <w:b w:val="0"/>
          <w:i w:val="0"/>
          <w:color w:val="000000"/>
          <w:sz w:val="24"/>
        </w:rPr>
        <w:t>Оказывается, кли Тиферет находится на месте Кетера мира Брия, а кли Малхут — на месте Хеседа мира Брия. В итоге между келим мира Брия пустует пространство всего лишь в три ступени — ХАБАД (Хохма, Бина, Даат), а в Ацилуте свободны лишь две ступени — место Есода и Малхут. Теперь необходимо указать причину, по которой света Есода и Малхут поднялись выше Тиферет — вплоть до Даат.</w:t>
      </w:r>
    </w:p>
    <w:p>
      <w:pPr>
        <w:spacing w:before="40" w:after="120"/>
        <w:jc w:val="both"/>
      </w:pPr>
      <w:r>
        <w:rPr>
          <w:rFonts w:ascii="Georgia" w:hAnsi="Georgia"/>
          <w:b w:val="0"/>
          <w:i w:val="0"/>
          <w:color w:val="000000"/>
          <w:sz w:val="24"/>
        </w:rPr>
        <w:t>Причина в том, что Есод называется «учением Эйтана а-Эзрахи» (</w:t>
      </w:r>
      <w:r>
        <w:rPr>
          <w:rFonts w:ascii="Georgia" w:hAnsi="Georgia"/>
          <w:b w:val="0"/>
          <w:i/>
          <w:color w:val="000000"/>
          <w:sz w:val="24"/>
        </w:rPr>
        <w:t>«Маскиль Эйтана а-Эзрахи»</w:t>
      </w:r>
      <w:r>
        <w:rPr>
          <w:rFonts w:ascii="Georgia" w:hAnsi="Georgia"/>
          <w:b w:val="0"/>
          <w:i w:val="0"/>
          <w:color w:val="000000"/>
          <w:sz w:val="24"/>
        </w:rPr>
        <w:t xml:space="preserve">, </w:t>
      </w:r>
      <w:r>
        <w:rPr>
          <w:rFonts w:ascii="Georgia" w:hAnsi="Georgia" w:cs="Times New Roman"/>
          <w:b/>
          <w:i w:val="0"/>
          <w:color w:val="000000"/>
          <w:sz w:val="24"/>
          <w:rtl/>
          <w:szCs w:val="32"/>
        </w:rPr>
        <w:t>מַשְׂכִּיל לְאֵיתָן הָאֶזְרָחִי</w:t>
      </w:r>
      <w:r>
        <w:rPr>
          <w:rFonts w:ascii="Georgia" w:hAnsi="Georgia"/>
          <w:b w:val="0"/>
          <w:i w:val="0"/>
          <w:color w:val="000000"/>
          <w:sz w:val="24"/>
        </w:rPr>
        <w:t xml:space="preserve">, Теилим 89:1), как сказано в «Саба де-Мишпатим» (Зоар, Мишпатим 101б): «Этот </w:t>
      </w:r>
      <w:r>
        <w:rPr>
          <w:rFonts w:ascii="Georgia" w:hAnsi="Georgia"/>
          <w:b w:val="0"/>
          <w:i/>
          <w:color w:val="000000"/>
          <w:sz w:val="24"/>
        </w:rPr>
        <w:t>маскиль</w:t>
      </w:r>
      <w:r>
        <w:rPr>
          <w:rFonts w:ascii="Georgia" w:hAnsi="Georgia"/>
          <w:b w:val="0"/>
          <w:i w:val="0"/>
          <w:color w:val="000000"/>
          <w:sz w:val="24"/>
        </w:rPr>
        <w:t xml:space="preserve"> (</w:t>
      </w:r>
      <w:r>
        <w:rPr>
          <w:rFonts w:ascii="Georgia" w:hAnsi="Georgia" w:cs="Times New Roman"/>
          <w:b/>
          <w:i w:val="0"/>
          <w:color w:val="000000"/>
          <w:sz w:val="24"/>
          <w:rtl/>
          <w:szCs w:val="32"/>
        </w:rPr>
        <w:t>מַשְׂכִּיל</w:t>
      </w:r>
      <w:r>
        <w:rPr>
          <w:rFonts w:ascii="Georgia" w:hAnsi="Georgia"/>
          <w:b w:val="0"/>
          <w:i w:val="0"/>
          <w:color w:val="000000"/>
          <w:sz w:val="24"/>
        </w:rPr>
        <w:t>), то есть Есод, находится и наверху, и внизу». Также намекнули в «Зоаре» (раздел «Пкудей», во Дворцах, 258а): «Йосеф пребывает наверху и пребывает внизу».</w:t>
      </w:r>
    </w:p>
    <w:p>
      <w:pPr>
        <w:spacing w:before="40" w:after="120"/>
        <w:jc w:val="both"/>
      </w:pPr>
      <w:r>
        <w:rPr>
          <w:rFonts w:ascii="Georgia" w:hAnsi="Georgia"/>
          <w:b w:val="0"/>
          <w:i w:val="0"/>
          <w:color w:val="000000"/>
          <w:sz w:val="24"/>
        </w:rPr>
        <w:t>Суть в том, о чем мы говорили относительно молитвы Минха: тогда Зеир Анпин соединяется (совершает зивуг) с Леей, а стопы Леи оканчиваются на уровне груди (хазе) Зеир Анпина. Как же Зеир Анпин соединяется с Леей своей верхней половиной (ведь ее стопы доходят лишь до уровня его груди)?</w:t>
      </w:r>
    </w:p>
    <w:p>
      <w:pPr>
        <w:spacing w:before="40" w:after="120"/>
        <w:jc w:val="both"/>
      </w:pPr>
      <w:r>
        <w:rPr>
          <w:rFonts w:ascii="Georgia" w:hAnsi="Georgia"/>
          <w:b w:val="0"/>
          <w:i w:val="0"/>
          <w:color w:val="000000"/>
          <w:sz w:val="24"/>
        </w:rPr>
        <w:t>Вкратце дело в том, что верхняя треть нижнего Есода Зеир Анпина поднимается в верхнюю треть Тиферет и там соединяется с Леей. В этом заключается преимущество Есода перед остальными сфирот: он способен подниматься до Даат во всякое время, когда пожелает. И в этом тайна утренней субботней молитвы («Йоцер» в Шахарит Шаббата), где семь раз установлено слово «все» (</w:t>
      </w:r>
      <w:r>
        <w:rPr>
          <w:rFonts w:ascii="Georgia" w:hAnsi="Georgia"/>
          <w:b w:val="0"/>
          <w:i/>
          <w:color w:val="000000"/>
          <w:sz w:val="24"/>
        </w:rPr>
        <w:t>а-коль</w:t>
      </w:r>
      <w:r>
        <w:rPr>
          <w:rFonts w:ascii="Georgia" w:hAnsi="Georgia"/>
          <w:b w:val="0"/>
          <w:i w:val="0"/>
          <w:color w:val="000000"/>
          <w:sz w:val="24"/>
        </w:rPr>
        <w:t xml:space="preserve">, </w:t>
      </w:r>
      <w:r>
        <w:rPr>
          <w:rFonts w:ascii="Georgia" w:hAnsi="Georgia" w:cs="Times New Roman"/>
          <w:b/>
          <w:i w:val="0"/>
          <w:color w:val="000000"/>
          <w:sz w:val="24"/>
          <w:rtl/>
          <w:szCs w:val="32"/>
        </w:rPr>
        <w:t>הַכֹּל</w:t>
      </w:r>
      <w:r>
        <w:rPr>
          <w:rFonts w:ascii="Georgia" w:hAnsi="Georgia"/>
          <w:b w:val="0"/>
          <w:i w:val="0"/>
          <w:color w:val="000000"/>
          <w:sz w:val="24"/>
        </w:rPr>
        <w:t>). Причина такого преимущества состоит в следующем: если бы у Есода не было силы подниматься до Даат, который служит душой шести краев (ВАК) и где находится источник пяти хасадим (представляющих собой семенную каплю), он не обладал бы способностью и силой низводить семенную каплю в женское начало во время зивуга и привлекать ее непосредственно оттуда, из Даат.</w:t>
      </w:r>
    </w:p>
    <w:p>
      <w:pPr>
        <w:spacing w:before="40" w:after="120"/>
        <w:jc w:val="both"/>
      </w:pPr>
      <w:r>
        <w:rPr>
          <w:rFonts w:ascii="Georgia" w:hAnsi="Georgia"/>
          <w:b w:val="0"/>
          <w:i w:val="0"/>
          <w:color w:val="000000"/>
          <w:sz w:val="24"/>
        </w:rPr>
        <w:t>Знай, что это относится лишь к внутренней части (пнимиют) Есода, как сказано в другом месте: из верхней трети Есода строится Тиферет Зеир Анпина во время его взросления, и именно та часть Есода, из которой образовался Тиферет, совершает зивуг с Леей.</w:t>
      </w:r>
    </w:p>
    <w:p>
      <w:pPr>
        <w:spacing w:before="40" w:after="120"/>
        <w:jc w:val="both"/>
      </w:pPr>
      <w:r>
        <w:rPr>
          <w:rFonts w:ascii="Georgia" w:hAnsi="Georgia"/>
          <w:b w:val="0"/>
          <w:i w:val="0"/>
          <w:color w:val="000000"/>
          <w:sz w:val="24"/>
        </w:rPr>
        <w:t>Вернемся к нашей теме: поскольку Есоду свойственно подниматься к Даат, свет Есода и теперь поднялся выше Тиферет, до самого Даат; а кроме того — чтобы связать воедино все шесть краев (ВАК) и принести им свечение оттуда. Теперь объясним причину, по которой Малхут также поднялась до Даат выше Тиферет.</w:t>
      </w:r>
    </w:p>
    <w:p>
      <w:pPr>
        <w:spacing w:before="40" w:after="120"/>
        <w:jc w:val="both"/>
      </w:pPr>
      <w:r>
        <w:rPr>
          <w:rFonts w:ascii="Georgia" w:hAnsi="Georgia"/>
          <w:b w:val="0"/>
          <w:i w:val="0"/>
          <w:color w:val="000000"/>
          <w:sz w:val="24"/>
        </w:rPr>
        <w:t>Дело в том, что Малхут называется венцом своего мужа (</w:t>
      </w:r>
      <w:r>
        <w:rPr>
          <w:rFonts w:ascii="Georgia" w:hAnsi="Georgia"/>
          <w:b w:val="0"/>
          <w:i/>
          <w:color w:val="000000"/>
          <w:sz w:val="24"/>
        </w:rPr>
        <w:t>атерет баала</w:t>
      </w:r>
      <w:r>
        <w:rPr>
          <w:rFonts w:ascii="Georgia" w:hAnsi="Georgia"/>
          <w:b w:val="0"/>
          <w:i w:val="0"/>
          <w:color w:val="000000"/>
          <w:sz w:val="24"/>
        </w:rPr>
        <w:t>) и поднимается выше Тиферет; в особенности же теперь, когда у нее остался след (решимо) от Даат. Ведь когда свет Даат опустился до места Малхут Ацилута при разбиении своего кли, как сказано выше, он оставил там свое решимо. И когда Малхут воцарилась на своем месте, она взяла это решимо и поднялась до самого Даат.</w:t>
      </w:r>
    </w:p>
    <w:p>
      <w:pPr>
        <w:spacing w:before="40" w:after="120"/>
        <w:jc w:val="both"/>
      </w:pPr>
      <w:r>
        <w:rPr>
          <w:rFonts w:ascii="Georgia" w:hAnsi="Georgia"/>
          <w:b w:val="0"/>
          <w:i w:val="0"/>
          <w:color w:val="000000"/>
          <w:sz w:val="24"/>
        </w:rPr>
        <w:t>Есть и другая причина: благодаря своему подъему туда она связывает снизу доверху все шесть краев (ВАК), и благодаря этой связи [мир] исправляется полнее. Ведь Нецах и Ход оба находились на левой линии, на месте Гвуры, теперь же Нецах отделился от Хода и поднялся вместе с Хеседом на правую линию.</w:t>
      </w:r>
    </w:p>
    <w:p>
      <w:pPr>
        <w:spacing w:before="40" w:after="120"/>
        <w:jc w:val="both"/>
      </w:pPr>
      <w:r>
        <w:rPr>
          <w:rFonts w:ascii="Georgia" w:hAnsi="Georgia"/>
          <w:b w:val="0"/>
          <w:i w:val="0"/>
          <w:color w:val="000000"/>
          <w:sz w:val="24"/>
        </w:rPr>
        <w:t>Объясним это подробнее: решимо, оставленное Даат на месте Малхут, несомненно относится к свойству Малхут внутри Даат со стороны гвурот. Пойми это хорошенько.</w:t>
      </w:r>
    </w:p>
    <w:p>
      <w:pPr>
        <w:spacing w:before="40" w:after="120"/>
        <w:jc w:val="both"/>
      </w:pPr>
      <w:r>
        <w:rPr>
          <w:rFonts w:ascii="Georgia" w:hAnsi="Georgia"/>
          <w:b w:val="0"/>
          <w:i w:val="0"/>
          <w:color w:val="000000"/>
          <w:sz w:val="24"/>
        </w:rPr>
        <w:t>И когда Малхут поднялась до Даат, и вместе с ней поднялось упомянутое решимо, относящееся к Гвуре, то на этом уровне данное решимо — Малхут тех гвурот, что в Даат, то есть венец гвуры женского начала (</w:t>
      </w:r>
      <w:r>
        <w:rPr>
          <w:rFonts w:ascii="Georgia" w:hAnsi="Georgia"/>
          <w:b w:val="0"/>
          <w:i/>
          <w:color w:val="000000"/>
          <w:sz w:val="24"/>
        </w:rPr>
        <w:t>атара де-гвура де-нуква</w:t>
      </w:r>
      <w:r>
        <w:rPr>
          <w:rFonts w:ascii="Georgia" w:hAnsi="Georgia"/>
          <w:b w:val="0"/>
          <w:i w:val="0"/>
          <w:color w:val="000000"/>
          <w:sz w:val="24"/>
        </w:rPr>
        <w:t>) — соединилось с хасадим в Даат, то есть венцом мужского начала (</w:t>
      </w:r>
      <w:r>
        <w:rPr>
          <w:rFonts w:ascii="Georgia" w:hAnsi="Georgia"/>
          <w:b w:val="0"/>
          <w:i/>
          <w:color w:val="000000"/>
          <w:sz w:val="24"/>
        </w:rPr>
        <w:t>атара де-дихура</w:t>
      </w:r>
      <w:r>
        <w:rPr>
          <w:rFonts w:ascii="Georgia" w:hAnsi="Georgia"/>
          <w:b w:val="0"/>
          <w:i w:val="0"/>
          <w:color w:val="000000"/>
          <w:sz w:val="24"/>
        </w:rPr>
        <w:t>).</w:t>
      </w:r>
    </w:p>
    <w:p>
      <w:pPr>
        <w:spacing w:before="40" w:after="120"/>
        <w:jc w:val="both"/>
      </w:pPr>
      <w:r>
        <w:rPr>
          <w:rFonts w:ascii="Georgia" w:hAnsi="Georgia"/>
          <w:b w:val="0"/>
          <w:i w:val="0"/>
          <w:color w:val="000000"/>
          <w:sz w:val="24"/>
        </w:rPr>
        <w:t>Тогда благодаря этой связи Даат распространился и стал светить шести краям (ВАК): решимо, относящееся к Гвуре, осветило левую линию и оставило там Ход на своем месте; сам же этот Даат — венец хеседа (</w:t>
      </w:r>
      <w:r>
        <w:rPr>
          <w:rFonts w:ascii="Georgia" w:hAnsi="Georgia"/>
          <w:b w:val="0"/>
          <w:i/>
          <w:color w:val="000000"/>
          <w:sz w:val="24"/>
        </w:rPr>
        <w:t>атара де-хесед</w:t>
      </w:r>
      <w:r>
        <w:rPr>
          <w:rFonts w:ascii="Georgia" w:hAnsi="Georgia"/>
          <w:b w:val="0"/>
          <w:i w:val="0"/>
          <w:color w:val="000000"/>
          <w:sz w:val="24"/>
        </w:rPr>
        <w:t>) — осветил правую линию и привлек туда Нецах.</w:t>
      </w:r>
    </w:p>
    <w:p>
      <w:pPr>
        <w:spacing w:before="40" w:after="120"/>
        <w:jc w:val="both"/>
      </w:pPr>
      <w:r>
        <w:rPr>
          <w:rFonts w:ascii="Georgia" w:hAnsi="Georgia"/>
          <w:b w:val="0"/>
          <w:i w:val="0"/>
          <w:color w:val="000000"/>
          <w:sz w:val="24"/>
        </w:rPr>
        <w:t>Благодаря этому мир Ацилут обрел исправление.</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необходимо объяснить, в чем заключался смысл упомянутого распространения, когда ХУБ распространились по двум линиям — правой и левой — до места Хеседа и Гвуры, как говорилось выше. Суть в том, что это произошло благодаря силе обратной стороны (ахораим) де-Аба ве-Има, упавшей до уровня Хеседа и Гвуры. Именно эти свойства распространились по линиям и облачили Хесед, Гвуру, Нецах и Ход. Что же касается причины, почему они распространились лишь до места Хеседа и Гвуры и не достигли уровня Нецаха и Хода: дело в том, что до распространения Кетера по средней линии ХУБ светили друг другу без какой-либо преграды между ними, хотя и находились в состоянии ахор бе-ахор. Но после того как кли Кетера распространилось до Тиферет, как сказано выше, оно разделило их.</w:t>
      </w:r>
    </w:p>
    <w:p>
      <w:pPr>
        <w:spacing w:before="40" w:after="120"/>
        <w:jc w:val="both"/>
      </w:pPr>
      <w:r>
        <w:rPr>
          <w:rFonts w:ascii="Georgia" w:hAnsi="Georgia"/>
          <w:b w:val="0"/>
          <w:i w:val="0"/>
          <w:color w:val="000000"/>
          <w:sz w:val="24"/>
        </w:rPr>
        <w:t>И тогда естественно возникло некоторое ослабление свечения Аба ве-Има, которые прежде светили друг другу, чего не было теперь. Поэтому у них не было сил распространиться во всю длину линий до Нецаха и Хода. И все же они получали немного света от Кетера, распространившегося между ними, так что в одном отношении распространение Кетера принесло им пользу, а в другом отношении — урон. По этой причине у них была сила распространиться, но не в полноте. Причина же того, почему Кетер распространился лишь до табура — середины Тиферет, и не далее, требует подробного разъяснения. Однако в самых кратких чертах суть такова: место всего этого распространения находится напротив упомянутых ног АК, от его табура до его ног. И когда впоследствии наступит подлинное исправление Ацилута, все расположится на этом месте, как известно: там находится исключительно место мира Ацилут, а оттуда и ниже расположен мир Брия. И если мы рассмотрим все эти парцуфим, облачающиеся друг в друга так, что все они составляют лишь один парцуф, то единый парцуф АА, являющийся Кетером, охватывает весь Ацилут снизу доверху.</w:t>
      </w:r>
    </w:p>
    <w:p>
      <w:pPr>
        <w:spacing w:before="40" w:after="120"/>
        <w:jc w:val="both"/>
      </w:pPr>
      <w:r>
        <w:rPr>
          <w:rFonts w:ascii="Georgia" w:hAnsi="Georgia"/>
          <w:b w:val="0"/>
          <w:i w:val="0"/>
          <w:color w:val="000000"/>
          <w:sz w:val="24"/>
        </w:rPr>
        <w:t>Выходит, что Кетер включает в себя все это пространство, и они становятся одним парцуфом. И то, до чего он распространяется сейчас, достигая Тиферет, — это в точности то место, которое впоследствии, во время исправления, станет его собственной Тиферет. При этом Аба ве-Има облачали две его руки, правую и левую, до места его табура. Как же мог Кетер распространиться сейчас дальше того места, за пределы которого Аба ве-Има не могут распространиться даже после исправления? И как мог бы Кетер оказаться малым и опуститься ниже них? Ведь подлинное место распространения Аба ве-Има даже после исправления простирается только до табура де-Тиферет де-АА. Как же теперь Кетер мог бы распространиться ниже них? По этой причине Кетер распространился сейчас только до табура де-Тиферет. Теперь смотри и пойми, что Ацилут исправился не сразу: его исправления происходили постепенно, одно за другим, и каждый раз добавлялась определенная мера исправления. Ведь вначале кли не было образовано вовсе. Как известно, всякое исправление состоит лишь в том, что свет облачается в кли, чтобы нижние смогли воспринять высший свет. Возникновение кли началось только в мире Акудим, однако там образовалось лишь одно кли для всех его десяти сфирот.</w:t>
      </w:r>
    </w:p>
    <w:p>
      <w:pPr>
        <w:spacing w:before="40" w:after="120"/>
        <w:jc w:val="both"/>
      </w:pPr>
      <w:r>
        <w:rPr>
          <w:rFonts w:ascii="Georgia" w:hAnsi="Georgia"/>
          <w:b w:val="0"/>
          <w:i w:val="0"/>
          <w:color w:val="000000"/>
          <w:sz w:val="24"/>
        </w:rPr>
        <w:t>Затем, в мире Некудим до их разбиения, добавилось некоторое исправление: образовались десять келим для десяти сфирот, находящихся в нем. Добавилось и второе исправление: ГАР вышли и исправились по линиям, в отличие от ЗАТ, которые вышли друг под другом и не были связаны между собой. А затем, когда Некудим разбились, к ним добавилось еще одно исправление: света ЗАТ также облачились по линиям КАХАБ, как говорилось выше. Затем, когда Источник пожелал исправить их, Он поднял в Ацилут и келим в порядке линий, как будет сказано с Б-жьей помощью. После того как они выстроились в виде линий, наступил первый ибур (зачатие) ЗОН, и добавилось второе исправление: света вошли внутрь келим. Однако это происходило пока лишь на уровне трех линий, что в нашем учении называется «три, включенные в три».</w:t>
      </w:r>
    </w:p>
    <w:p>
      <w:pPr>
        <w:spacing w:before="40" w:after="120"/>
        <w:jc w:val="both"/>
      </w:pPr>
      <w:r>
        <w:rPr>
          <w:rFonts w:ascii="Georgia" w:hAnsi="Georgia"/>
          <w:b w:val="0"/>
          <w:i w:val="0"/>
          <w:color w:val="000000"/>
          <w:sz w:val="24"/>
        </w:rPr>
        <w:t>Затем они распространились как ВАК в период вскармливания, а затем, во время обретения мохин, завершилось формирование всех десяти келим. Произошло и другое изменение: вначале, до какого бы то ни было ибура — даже первого для ЗОН, — был лишь свет в сокращенном кли, а затем кли выросло и расширилось до состояния полного парцуфа, чтобы умалить свет, ведь в этом и состоит главная цель исправления, как говорилось.</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Когда десять сфирот Некудим находились в состоянии до исправления, ГАР могли принять высший свет, но ЗАТ принять высший свет не могли, поскольку в этом свете, спускавшемся свыше, содержался целый парцуф. Поэтому и потребовалось исправление: ведь после того как произойдет исправление и они образуют парцуф, они смогут его принять. И после того как исправились ГАР де-АА и Аба ве-Има, АА собрал к себе свои НЕХИ и поднял их вверх, в три средние сфиры в себе, и там они облачились внутрь его ХАГАТ. Причина в том, что первоначально все повреждение в ЗАТ возникло оттого, что НЕХИ — это суды, как известно, и они стремились возобладать над милосердием, то есть над ХАГАТ. Они хотели подняться до уровня средних сфирот, чтобы облачить их и включить в себя, из-за чего милосердие оказалось бы упразднено, будучи помещено внутрь судов, и потому упразднилось бы. И я, Хаим, слышал следующее объяснение: поскольку НЕХИ были более раскрытыми (по другой версии — были великими судами), они брали верх над средними сфирами, так как средние сфиры были отчасти исправлены по подобию парцуфа Аба ве-Има, чего нельзя сказать о НЕХИ. И так как свет их был раскрыт, они брали верх над средними сфирами, как уже было отчасти разъяснено нами в связи с тайной Амрафеля и его союзников, смотри там.</w:t>
      </w:r>
    </w:p>
    <w:p>
      <w:pPr>
        <w:spacing w:before="40" w:after="120"/>
        <w:jc w:val="both"/>
      </w:pPr>
      <w:r>
        <w:rPr>
          <w:rFonts w:ascii="Georgia" w:hAnsi="Georgia"/>
          <w:b w:val="0"/>
          <w:i w:val="0"/>
          <w:color w:val="000000"/>
          <w:sz w:val="24"/>
        </w:rPr>
        <w:t>Поэтому теперь сам АА собрал НЕХИ и ввел их внутрь своего ХАГАТ, и тогда суды смягчились внутри милосердия. По этой причине и ЗА вышел тогда на стадии ибура в состоянии «три, включенные в три». А после того как НЕХИ де-АА вышли наружу, они вышли исправленными, и тогда раскрылись все ВАК; поэтому и ЗА вышел на уровне распространяющихся и смягченных ВАК. И вот, АА собрал к себе искры своей части, относившиеся к тайне тех семи умерших мелахим; так же поступили в Аба ве-Има и ЗОН, а также в остальных мирах БЕА. А то, что осталось и не могло проясниться, опустилось в глубины клипот в самом низу Асия, и там осталось немного искр святости. В этом и заключалась тайна десяти казненных правителей, призванных поднять эти искры оттуда.</w:t>
      </w:r>
    </w:p>
    <w:p>
      <w:pPr>
        <w:spacing w:before="40" w:after="120"/>
        <w:jc w:val="both"/>
      </w:pPr>
      <w:r>
        <w:rPr>
          <w:rFonts w:ascii="Georgia" w:hAnsi="Georgia"/>
          <w:b w:val="0"/>
          <w:i w:val="0"/>
          <w:color w:val="000000"/>
          <w:sz w:val="24"/>
        </w:rPr>
        <w:t>--- Эц Хаим 9:6 ---</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АК включает в своей сущности АБ, САГ, МА и БОН, и каждое из этих четырех включает в себя все четыре. Из него также выходят наружу света, являющиеся его ветвями. АБ находится в его мохин, соответствуя АА и Абе мира Ацилут, а выше его Гальгальты в нем есть ступень, подобная Атику мира Ацилут. Его САГ простирается от уха (озэн) и ниже до его табура и соответствует Бине мира Ацилут. А его МА и БОН расположены от табура и ниже, соответствуя ЗОН мира Ацилут. И подобно тому как устроено в его внутренней части, точно так же устроено и в светах, выходящих из него наружу, которые суть упомянутые его ветви: ведь волосы его головы соответствуют ветвям АБ, а волосы бороды (дикна) исходят из АХАП и соответствуют ветвям САГ, в которых включены Аба ве-Има. Они вдвоем взяли Бину де-МА после исправления, то есть имя САГ, объединяющее их обоих, и они включены в мазла де-дикна де-АА; и пойми это очень глубоко, ведь именно в этом все дело.</w:t>
      </w:r>
    </w:p>
    <w:p>
      <w:pPr>
        <w:spacing w:before="40" w:after="120"/>
        <w:jc w:val="both"/>
      </w:pPr>
      <w:r>
        <w:rPr>
          <w:rFonts w:ascii="Georgia" w:hAnsi="Georgia"/>
          <w:b w:val="0"/>
          <w:i w:val="0"/>
          <w:color w:val="000000"/>
          <w:sz w:val="24"/>
        </w:rPr>
        <w:t xml:space="preserve">Тогда САГ еще распространялся до самых ног АК. Затем, когда Он пожелал вывести МА и БОН, являющиеся ветвями ЗОН, внутренние АБ и САГ, представляющие собой подлинные ХУБ, совершили соударение (зивуг). И тогда мир был создан мерой суда: сначала внутри АК вышла дочь — имя БОН. Затем ее ветви вышли наружу через глаза, от табура АК и ниже. Однако эти наружные ветви не устояли, пока они вновь не вступили в зивуг и не породили сына — имя МА, как внутри, так и снаружи, что представляет собой меру милосердия; и тогда мир устоял, как сказали наши мудрецы (ХАЗАЛЬ) о стихе: </w:t>
      </w:r>
      <w:r>
        <w:rPr>
          <w:rFonts w:ascii="Georgia" w:hAnsi="Georgia"/>
          <w:b w:val="0"/>
          <w:i/>
          <w:color w:val="000000"/>
          <w:sz w:val="24"/>
        </w:rPr>
        <w:t>«В день создания Г-сподом Б-гом земли и неба»</w:t>
      </w:r>
      <w:r>
        <w:rPr>
          <w:rFonts w:ascii="Georgia" w:hAnsi="Georgia"/>
          <w:b w:val="0"/>
          <w:i w:val="0"/>
          <w:color w:val="000000"/>
          <w:sz w:val="24"/>
        </w:rPr>
        <w:t xml:space="preserve"> (Берешит 2:4). И пойми их слова «мир»: ведь то, что устроено как мир, — это исключительно ЗАТ, то есть ЗОН.</w:t>
      </w:r>
    </w:p>
    <w:p>
      <w:pPr>
        <w:spacing w:before="40" w:after="120"/>
        <w:jc w:val="both"/>
      </w:pPr>
      <w:r>
        <w:rPr>
          <w:rFonts w:ascii="Georgia" w:hAnsi="Georgia"/>
          <w:b w:val="0"/>
          <w:i w:val="0"/>
          <w:color w:val="000000"/>
          <w:sz w:val="24"/>
        </w:rPr>
        <w:t>Однако первоначально ЗОН были женского рода со стороны суда, то есть имени БОН, а затем ЗОН стали мужского рода от имени МА, ибо вся совокупность МА и БОН именуется «миром». И вот при выходе БОН, являющегося женским началом и состоящего сплошь из судов, как известно, в каждом из упомянутых четырех заключена совокупность всех четырех. Относительно имени САГ выше уже говорилось о наличии АБ, САГ, МА и БОН, представляющих собой ТАНТА, и все они включены в десять сфирот де-Акудим — посмотри там и найдешь. Точно так же и в имени БОН заключены все четыре. А ты уже знаешь, что эти четыре включают в себя десять сфирот. Получается, что имя БОН разделяется на десять точек (некудот) и на четыре стадии. Однако по истине их пять стадий, поскольку Кетер находится выше четырех, и вместе с ним они составляют пять парцуфим, содержащих десять сфирот, как известно. И в каждом из этих пяти парцуфим есть десять полных сфирот.</w:t>
      </w:r>
    </w:p>
    <w:p>
      <w:pPr>
        <w:spacing w:before="40" w:after="120"/>
        <w:jc w:val="both"/>
      </w:pPr>
      <w:r>
        <w:rPr>
          <w:rFonts w:ascii="Georgia" w:hAnsi="Georgia"/>
          <w:b w:val="0"/>
          <w:i w:val="0"/>
          <w:color w:val="000000"/>
          <w:sz w:val="24"/>
        </w:rPr>
        <w:t>Сначала вышла первая точка де-БОН, то есть Кетер де-БОН, включающий в себя десять сфирот. Все десять сфирот в нем вышли включенными в кли Кетера в нем, являющееся Кетером де-Кетер, и свет Кетера остался там. Затем девять светов снова опустились в кли Хохмы де-Кетер, и свет Хохмы остался там. Затем восемь светов снова опустились в кли Бины де-Кетер, и свет Бины остался там. А затем свет Даат вышел в кли Даат и разбился: свет его поднялся вверх, а кли упало вниз. Затем вышел свет Хеседа, в котором были заключены семь светов (по другой версии — шесть), и разбился: свет поднялся вверх, а кли упало вниз. Затем свет Гвуры вышел в кли Гвуры, содержавшее пять светов, и с ним произошло то же самое, как сказано выше. И подобным образом продолжалось до самой нижней сфиры — Малхут де-Кетер де-БОН: она также разбилась, и с ней произошло то же самое.</w:t>
      </w:r>
    </w:p>
    <w:p>
      <w:pPr>
        <w:spacing w:before="40" w:after="120"/>
        <w:jc w:val="both"/>
      </w:pPr>
      <w:r>
        <w:rPr>
          <w:rFonts w:ascii="Georgia" w:hAnsi="Georgia"/>
          <w:b w:val="0"/>
          <w:i w:val="0"/>
          <w:color w:val="000000"/>
          <w:sz w:val="24"/>
        </w:rPr>
        <w:t>Вот так произошла смерть семи мелахим в Кетере де-БОН, являющихся ЗАТ этого Кетера. После этого вышла вторая точка — Хохма де-БОН, которая также содержит десять сфирот, и с ней произошло то же, что и с Кетером: ГАР в ней вышли и не разбились, а с выходом Даат келим начали разбиваться — вплоть до завершения ЗАТ, являющихся семью мелахим в ней. Затем вышла третья точка — Бина де-БОН, также содержащая десять сфирот, и с ней произошло то же, что и с первой: ГАР в ней остались целыми, а все ЗАТ, начинающиеся от Даат в ней, разбились. Затем вышли семь точек де-БОН, представляющие собой в совокупности лишь две точки, как известно, — ЗОН де-БОН, где каждая точка из этих двух стадий в отдельности содержит десять сфирот. И все они разбились описанным выше образом.</w:t>
      </w:r>
    </w:p>
    <w:p>
      <w:pPr>
        <w:spacing w:before="40" w:after="120"/>
        <w:jc w:val="both"/>
      </w:pPr>
      <w:r>
        <w:rPr>
          <w:rFonts w:ascii="Georgia" w:hAnsi="Georgia"/>
          <w:b w:val="0"/>
          <w:i w:val="0"/>
          <w:color w:val="000000"/>
          <w:sz w:val="24"/>
        </w:rPr>
        <w:t>Таким образом, как в общем, так и в частном с ними произошло одно и то же: в общем — семь точек де-БОН, которые по своей сути суть лишь две точки, все разбились; а в частном — все ЗАТ каждой из ГАР также разбились. Однако между ними есть одно различие, а именно: все три первые точки вышли как десять точек каждая, но ГАР каждого из упомянутых десятков остались целыми, тогда как ЗАТ в каждом десятке разбились; две же нижние точки... представляющие собой совокупность ЗАТ де-БОН, как известно, не вышли каждая на уровне десяти сфирот, подобно трем первым точкам. В четвертой точке, соответствующей ЗА де-БОН, его ГАР, равно как и десятая его сфира, остались в третьей точке де-БОН, являющейся общей Имой де-БОН — корнем детей. А от пятой точки, являющейся Малхут де-БОН, все девять нижних сфирот остались вверху, так же как у ЗА, и вышел только ее Кетер. Благодаря этому становится понятно, каким образом они составляют семь точек и притом являются лишь двумя точками.</w:t>
      </w:r>
    </w:p>
    <w:p>
      <w:pPr>
        <w:spacing w:before="40" w:after="120"/>
        <w:jc w:val="both"/>
      </w:pPr>
      <w:r>
        <w:rPr>
          <w:rFonts w:ascii="Georgia" w:hAnsi="Georgia"/>
          <w:b w:val="0"/>
          <w:i w:val="0"/>
          <w:color w:val="000000"/>
          <w:sz w:val="24"/>
        </w:rPr>
        <w:t>Выходит, что как в трех первых точках общего БОН, так и в двух нижних точках общего БОН, представляющих собой ЗАТ общего БОН, разбиение во всех них произошло одинаково: разбились только семь. Однако различие в том, что в трех первых точках вышли также и ГАР каждой точки и не разбились, тогда как в двух нижних точках, составляющих совокупность семи, первые три сфиры каждой из них не вышли вовсе. И знай: точно так же, как мы объяснили относительно общего БОН, где в двух нижних точках, составляющих совокупность семи мелахим, их ГАР не вышли, — так и во всех семи мелахим каждой из трех первых точек общего БОН: ГАР самих семи мелахим в частном не вышли, но остались в их Бине внутри той же самой точки. И не удивляйся тому, как нижние могли выйти после разбиения высших, а также тому, почему все ГАР в каждой из пяти точек не разбились, тогда как ЗАТ первых Некудим разбились. Ответ таков: в каждой точке имеется свет особого рода, соответствующий уровню этой точки; и этот свет ГАР были способны воспринять, тогда как ЗАТ в ней не могли его воспринять. И подобным образом это происходило в каждой из пяти точек.</w:t>
      </w:r>
    </w:p>
    <w:p>
      <w:pPr>
        <w:spacing w:before="40" w:after="120"/>
        <w:jc w:val="both"/>
      </w:pPr>
      <w:r>
        <w:rPr>
          <w:rFonts w:ascii="Georgia" w:hAnsi="Georgia"/>
          <w:b w:val="0"/>
          <w:i w:val="0"/>
          <w:color w:val="000000"/>
          <w:sz w:val="24"/>
        </w:rPr>
        <w:t>Затем АБ и САГ де-АК, являющиеся ХУБ в нем, вновь совершили зивуг и породили сына, мужское начало — имя МА непосредственно внутри. Тогда ветви МА вышли через лоб (мэцах) наружу, от табура АК и ниже. И теперь завершились четыре стадии — АБ, САГ, МА и БОН де-АК: корни внутри и снаружи, представляющие собой упомянутые ветви. И тогда началось исправление с Атика и АА. Мы оставим исправление Атика и будем говорить об АА, поскольку именно с ЗАТ в нем началось разбиение. И поскольку ГАР в нем уцелели, исправление началось с них — со ступени головы, волос и отверстий; тогда свет, выходящий из них, умалился, и появилась возможность исправить ЗАТ на уровне келим тела, умалений и масахим подобно голове. Все это стало ступенью БОН — Нуквы де-АА. И произошло это благодаря силе мужского начала де-АА, представляющего собой новый МА: ведь сначала первые три сфиры де-МА де-Арих Анпин соединились в зивуге с неразбившимися ГАР де-БОН де-АА и подняли разбившиеся ЗАТ де-БОН Нуквы де-АА, с ними соединились ЗАТ де-МА мужского начала де-АА, и все исправилось.</w:t>
      </w:r>
    </w:p>
    <w:p>
      <w:pPr>
        <w:spacing w:before="40" w:after="120"/>
        <w:jc w:val="both"/>
      </w:pPr>
      <w:r>
        <w:rPr>
          <w:rFonts w:ascii="Georgia" w:hAnsi="Georgia"/>
          <w:b w:val="0"/>
          <w:i w:val="0"/>
          <w:color w:val="000000"/>
          <w:sz w:val="24"/>
        </w:rPr>
        <w:t>Затем ЗОН, являющиеся ЗАТ де-АА, то есть МА и БОН, совершили зивуг и исправили ГАР Хохмы де-БОН с помощью МА. Тогда эти ГАР исправили свои ЗАТ из МА и БОН, и подобным образом продолжалось до завершения десяти сфирот, представляющих собой пять парцуфим Ацилута. Тогда это состояние стало называться миром Врудим, ведь Некудим — это БОН, а Врудим — это МА и БОН вместе. Однако они не могли исправиться полностью вплоть до прихода Машиаха, ведь если бы они исправились полностью, то десять сфирот де-МА исправились бы вместе с десятью сфирот де-БОН. Но этого не произошло, а произошло так, как сказано в этом трактате: Атик взял весь Кетер де-МА и лишь первые пять сфирот Кетера де-БОН; АА взял всю Хохму де-МА и последние пять сфирот Кетера де-БОН; также Аба взял Хохму де-БОН и половину Бины де-МА, и так же все остальные, поскольку свойства БОН не могли полностью пройти выяснение во всех своих подразделениях в каждой их ступени. Поэтому десять сфирот де-БОН не уравнялись с десятью сфирот де-МА, как сказано выше; и это завершится в будущем, вскоре, в наши дни, Амен.</w:t>
      </w:r>
    </w:p>
    <w:p>
      <w:pPr>
        <w:spacing w:before="40" w:after="120"/>
        <w:jc w:val="both"/>
      </w:pPr>
      <w:r>
        <w:rPr>
          <w:rFonts w:ascii="Georgia" w:hAnsi="Georgia"/>
          <w:b w:val="0"/>
          <w:i w:val="0"/>
          <w:color w:val="000000"/>
          <w:sz w:val="24"/>
        </w:rPr>
        <w:t>--- Эц Хаим 9:7 ---</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Разъяснение мелахим, смысла нового и старого МА и БОН, а также смысла 288 искр (РАПАХ) и 320 искр (ШАХ). Знай, что нет ни одной сфиры, даже среди частных десяти сфирот внутри каждого парцуфа, где не присутствовали бы мужское и женское начала, представляющие собой БОН мира Некудим и новый МА. Однако суть этого БОН и этого женского начала заключается не в свойстве десятой сфиры Малхут, имеющейся в каждой сфире, а в том, что в каждой сфире есть десять ступеней, и все они относятся к МА, и десять ступеней, и все они относятся к БОН. Девять первых ступеней де-МА и де-БОН называются девятью первыми ступенями этой сфиры, а десятая ступень, то есть Малхут этой сфиры, включает в себя МА и БОН. Итог всего в предельной краткости: нет ни малейшей искры во всем Ацилуте, где не было бы МА и БОН.</w:t>
      </w:r>
    </w:p>
    <w:p>
      <w:pPr>
        <w:spacing w:before="40" w:after="120"/>
        <w:jc w:val="both"/>
      </w:pPr>
      <w:r>
        <w:rPr>
          <w:rFonts w:ascii="Georgia" w:hAnsi="Georgia"/>
          <w:b w:val="0"/>
          <w:i w:val="0"/>
          <w:color w:val="000000"/>
          <w:sz w:val="24"/>
        </w:rPr>
        <w:t>Получается, что мужские начала в Ацилуте — Кетер, Хохма и Тиферет — имеют свойства МА и БОН; и женские начала в Ацилуте — Бина и Малхут — содержат в себе МА и БОН. И точно так же во всех десяти сфирот каждого парцуфа, и так же все пять парцуфим в них включают в себя МА и БОН. И когда Источник выделил из Себя мир Некудим, все пять парцуфим вышли содержащими десять сфирот каждый, и все они — из имени БОН. Известно, что общее имя БОН, включающее весь Ацилут, — это Малхут де-АК, а новое общее имя МА, включающее весь Ацилут, — это ЗА де-АК. Поэтому все точки называются мелахим, ведь все они — проявления БОН, то есть общей Малхут. Но действительно, в общем имени МА есть частное свойство Малхут и частное свойство Бины, хотя они и женские начала, тогда как МА — мужское; точно так же и в имени БОН, хотя оно женское, есть мужские начала — Кетер, Хохма и ЗА, согласно сказанному выше, что МА и БОН охватывают весь Ацилут во всех его деталях.</w:t>
      </w:r>
    </w:p>
    <w:p>
      <w:pPr>
        <w:spacing w:before="40" w:after="120"/>
        <w:jc w:val="both"/>
      </w:pPr>
      <w:r>
        <w:rPr>
          <w:rFonts w:ascii="Georgia" w:hAnsi="Georgia"/>
          <w:b w:val="0"/>
          <w:i w:val="0"/>
          <w:color w:val="000000"/>
          <w:sz w:val="24"/>
        </w:rPr>
        <w:t>И вот когда весь Ацилут вышел лишь из свойства БОН, он включал в себя Атика, АА, Аба ве-Има и ЗОН. Сначала вышли все их келим друг под другом до завершения мира Ацилут. Затем вышли света БОН во всех частностях Ацилута. Сначала вышел Кетер де-Атик де-Ацилут, в котором были включены все света, и устоял. Затем вышла Хохма де-Атик в свое кли, содержавшая все остальные света, и устояла. Затем вышла Бина де-Атик, содержавшая все остальные света, и устояла. Затем вышли ЗАТ де-Атик (по другой версии — от Даат и ниже), каждая в свое кли и включая все остальные света; и кли разбивалось, причем внутренняя часть кли опускалась в Брия, внешняя часть кли опускалась в Ецира, а наружная часть внешней опускалась в Асия.</w:t>
      </w:r>
    </w:p>
    <w:p>
      <w:pPr>
        <w:spacing w:before="40" w:after="120"/>
        <w:jc w:val="both"/>
      </w:pPr>
      <w:r>
        <w:rPr>
          <w:rFonts w:ascii="Georgia" w:hAnsi="Georgia"/>
          <w:b w:val="0"/>
          <w:i w:val="0"/>
          <w:color w:val="000000"/>
          <w:sz w:val="24"/>
        </w:rPr>
        <w:t>Тогда этот свет оставался без кли, а остальные света опускались во второе кли из ЗАТ, и оно также разбивалось подобным образом; его свет оставался без облачения, а остальные света опускались в кли под ним. Так продолжалось, пока не завершились его ЗАТ. Затем Кетер де-Арих Анпин вошел в свое кли, включая остальные света, как было сказано об Атике. Затем Кетер де-Аба вошел в свое кли, включая остальные света, и устоял; остальные света опустились в кли его Хохмы и устояли; остальные света опустились в кли Бины де-Аба и устояли. Затем света ЗАТ опустились в одно из их келим, разбились и опустились в БЕА; остальные света вошли во второе кли ЗАТ, разбились и опустились в БЕА, и так далее описанным образом до завершения всех семи.</w:t>
      </w:r>
    </w:p>
    <w:p>
      <w:pPr>
        <w:spacing w:before="40" w:after="120"/>
        <w:jc w:val="both"/>
      </w:pPr>
      <w:r>
        <w:rPr>
          <w:rFonts w:ascii="Georgia" w:hAnsi="Georgia"/>
          <w:b w:val="0"/>
          <w:i w:val="0"/>
          <w:color w:val="000000"/>
          <w:sz w:val="24"/>
        </w:rPr>
        <w:t>И знай, что относительно высших — Атика и АА — нам не дозволено говорить подробно, но мы будем говорить здесь об Абе и ниже. Скажем так: после того как все ЗАТ в нем опустились лицом и обратной стороной (паним ве-ахор) в БЕА, также только ахораим де-ХУБ в нем, но не паним, опустились в самом конце Ацилута, но не в Брия; поэтому в них нет смерти, а лишь падение. Тогда опустились и НЕХИ де-ахор де-Кетер де-Аба, облачающиеся в ХУБ де-Аба: они также опустились в Ацилут, и в них нет смерти. Точно так же происходило в десяти сфирот де-Има, совершенно так же, как сказано об Абе. Затем в ЗА его ГАР не вышли вовсе, но остались включенными внутрь Имы, а вышли лишь ЗАТ от Даат и ниже; и все они вышли из Бины де-ЗА, включенной внутрь высшей Имы (Има Илаа), как говорилось выше, которая не выходила.</w:t>
      </w:r>
    </w:p>
    <w:p>
      <w:pPr>
        <w:spacing w:before="40" w:after="120"/>
        <w:jc w:val="both"/>
      </w:pPr>
      <w:r>
        <w:rPr>
          <w:rFonts w:ascii="Georgia" w:hAnsi="Georgia"/>
          <w:b w:val="0"/>
          <w:i w:val="0"/>
          <w:color w:val="000000"/>
          <w:sz w:val="24"/>
        </w:rPr>
        <w:t>И тогда все семь умерли, лицом и обратной стороной, и опустились в БЕА. Затем вышла Нуква де-ЗА — одна лишь десятая сфира Малхут в ней — и разбилась, и умерла. Затем вышло имя МА и соединилось с БОН в каждой сфире, как сказано выше, во всех частностях. Получается, что в Абе и ИШСУТ есть МА и БОН в каждом из них; так же в Име и Твуне; так же в ЗОН — высшей Рахели (которая есть Лея), Яакове и нижней Нукве Рахели от хазе и ниже — есть МА и БОН в каждом из этих четырех парцуфим. Однако в АА было иначе, поскольку у него нет отдельной Нуквы, и потому вся правая сторона была только МА, а вся левая сторона — БОН. Или, возможно, правая сторона включает МА и БОН, и оба они мужского рода, а левая сторона включает МА и БОН, и оба они женского рода, и это требует дальнейшего углубленного рассмотрения. Подобным же образом обстоит дело в Атике относительно мужского и женского начал в аспекте лица и обратной стороны (паним ве-ахор), как известно из соответствующего места.</w:t>
      </w:r>
    </w:p>
    <w:p>
      <w:pPr>
        <w:spacing w:before="40" w:after="120"/>
        <w:jc w:val="both"/>
      </w:pPr>
      <w:r>
        <w:rPr>
          <w:rFonts w:ascii="Georgia" w:hAnsi="Georgia"/>
          <w:b w:val="0"/>
          <w:i w:val="0"/>
          <w:color w:val="000000"/>
          <w:sz w:val="24"/>
        </w:rPr>
        <w:t xml:space="preserve">Получается, что все ЗАТ каждого из пяти парцуфим имени БОН представляют собой семь мелахим, так что всего их пять раз по семь мелахим. И в каждом из этих проявлений есть паним и ахор в келим, а также в свете, и все это — из свойства БОН. Каждый из этих мелахим содержит десять сфирот, сводящихся к четырем ступеням — имени АВАЯ этой сфиры, то есть Хохма, Бина, Тиферет и Малхут в ней. Каждая из этих четырех частностей содержит десять ступеней, и каждая ступень называется одним именем ЭЛОКИМ, с лица и с обратной стороны, поскольку каждый из семи мелахим — это одна сфира, включающая четыре главные сфирот, как сказано выше, и каждая из них содержит по десять, как сказано выше. Выходит, что в каждом из семи мелахим есть 40 имен ЭЛОКИМ, а семь раз по 40 дает гематрию букв </w:t>
      </w:r>
      <w:r>
        <w:rPr>
          <w:rFonts w:ascii="Georgia" w:hAnsi="Georgia"/>
          <w:b w:val="0"/>
          <w:i/>
          <w:color w:val="000000"/>
          <w:sz w:val="24"/>
        </w:rPr>
        <w:t>манцепах</w:t>
      </w:r>
      <w:r>
        <w:rPr>
          <w:rFonts w:ascii="Georgia" w:hAnsi="Georgia"/>
          <w:b w:val="0"/>
          <w:i w:val="0"/>
          <w:color w:val="000000"/>
          <w:sz w:val="24"/>
        </w:rPr>
        <w:t xml:space="preserve"> (</w:t>
      </w:r>
      <w:r>
        <w:rPr>
          <w:rFonts w:ascii="Georgia" w:hAnsi="Georgia" w:cs="Times New Roman"/>
          <w:b/>
          <w:i w:val="0"/>
          <w:color w:val="000000"/>
          <w:sz w:val="24"/>
          <w:rtl/>
          <w:szCs w:val="32"/>
        </w:rPr>
        <w:t>מנצפ״ך</w:t>
      </w:r>
      <w:r>
        <w:rPr>
          <w:rFonts w:ascii="Georgia" w:hAnsi="Georgia"/>
          <w:b w:val="0"/>
          <w:i w:val="0"/>
          <w:color w:val="000000"/>
          <w:sz w:val="24"/>
        </w:rPr>
        <w:t xml:space="preserve"> = 280), так как их корень — пять гвурот, то есть пять букв Имени ЭЛОКИМ, служащих корнем для всех этих 280 (</w:t>
      </w:r>
      <w:r>
        <w:rPr>
          <w:rFonts w:ascii="Georgia" w:hAnsi="Georgia" w:cs="Times New Roman"/>
          <w:b/>
          <w:i w:val="0"/>
          <w:color w:val="000000"/>
          <w:sz w:val="24"/>
          <w:rtl/>
          <w:szCs w:val="32"/>
        </w:rPr>
        <w:t>פ״ר</w:t>
      </w:r>
      <w:r>
        <w:rPr>
          <w:rFonts w:ascii="Georgia" w:hAnsi="Georgia"/>
          <w:b w:val="0"/>
          <w:i w:val="0"/>
          <w:color w:val="000000"/>
          <w:sz w:val="24"/>
        </w:rPr>
        <w:t xml:space="preserve"> = 280) имен ЭЛОКИМ.</w:t>
      </w:r>
    </w:p>
    <w:p>
      <w:pPr>
        <w:spacing w:before="40" w:after="120"/>
        <w:jc w:val="both"/>
      </w:pPr>
      <w:r>
        <w:rPr>
          <w:rFonts w:ascii="Georgia" w:hAnsi="Georgia"/>
          <w:b w:val="0"/>
          <w:i w:val="0"/>
          <w:color w:val="000000"/>
          <w:sz w:val="24"/>
        </w:rPr>
        <w:t>Получается, что 280 имен ЭЛОКИМ есть в семи мелахим Нуквы, 280 — в семи мелахим ЗА, 280 — в семи де-Има, 280 — в семи де-Аба и 280 — в семи де-Атик. А пять букв ЭЛОКИМ — это корень для всех семи мелахим Нуквы или ЗА и так далее, и вместе получается 285 (</w:t>
      </w:r>
      <w:r>
        <w:rPr>
          <w:rFonts w:ascii="Georgia" w:hAnsi="Georgia" w:cs="Times New Roman"/>
          <w:b/>
          <w:i w:val="0"/>
          <w:color w:val="000000"/>
          <w:sz w:val="24"/>
          <w:rtl/>
          <w:szCs w:val="32"/>
        </w:rPr>
        <w:t>פר״ה</w:t>
      </w:r>
      <w:r>
        <w:rPr>
          <w:rFonts w:ascii="Georgia" w:hAnsi="Georgia"/>
          <w:b w:val="0"/>
          <w:i w:val="0"/>
          <w:color w:val="000000"/>
          <w:sz w:val="24"/>
        </w:rPr>
        <w:t xml:space="preserve"> = 285). Если же прибавить 40 имен ЭЛОКИМ из восьмого мелеха, называемого Адар, то получится 325 (</w:t>
      </w:r>
      <w:r>
        <w:rPr>
          <w:rFonts w:ascii="Georgia" w:hAnsi="Georgia" w:cs="Times New Roman"/>
          <w:b/>
          <w:i w:val="0"/>
          <w:color w:val="000000"/>
          <w:sz w:val="24"/>
          <w:rtl/>
          <w:szCs w:val="32"/>
        </w:rPr>
        <w:t>שכ״ה</w:t>
      </w:r>
      <w:r>
        <w:rPr>
          <w:rFonts w:ascii="Georgia" w:hAnsi="Georgia"/>
          <w:b w:val="0"/>
          <w:i w:val="0"/>
          <w:color w:val="000000"/>
          <w:sz w:val="24"/>
        </w:rPr>
        <w:t xml:space="preserve"> = 325) искр суда; но 285 относятся к БОН, а 40 — к Адару нового МА.</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знай, что когда Источник выделил из Себя мелахим, в ЗОН вышли только семь свойств Малхут в двух аспектах — внешнем и среднем, то есть Малхут де-НЕХИ и де-ХАГАТ. Поэтому мелахим названы точками (некудот), ведь точка — это Малхут, как говорилось выше. И мало того, даже они не были облачены друг в друга и связаны вместе, а также не были разделены по линиям — все милосердие в правую линию, все свойства гвуры в левую линию, а определяющие в среднюю линию, — но каждое находилось обособленно само по себе, и поэтому они умерли. Но теперь, когда они облачились друг в друга и выстроились по линиям, они устояли; обрати же на это все внимание своего разума. И знай, что мелахим вначале вышли лишь в виде игулим, представляющих собой семь свойств Малхут в них; поэтому они и названы мелахим, являясь аспектом БОН де-Малхут, и это лишь уровень нефеш. И вышли шесть точек в ЗА (по другой версии — в ЗОН), представляющие собой семь свойств Малхут, имеющихся в ЗОН, ведь шесть свойств Малхут находятся в ЗА, а седьмое — это Малхут де-Малхут.</w:t>
      </w:r>
    </w:p>
    <w:p>
      <w:pPr>
        <w:spacing w:before="40" w:after="120"/>
        <w:jc w:val="both"/>
      </w:pPr>
      <w:r>
        <w:rPr>
          <w:rFonts w:ascii="Georgia" w:hAnsi="Georgia"/>
          <w:b w:val="0"/>
          <w:i w:val="0"/>
          <w:color w:val="000000"/>
          <w:sz w:val="24"/>
        </w:rPr>
        <w:t xml:space="preserve">Поэтому они и не устояли. А затем, во время исправления, вышел восьмой мелех — Адар, являющийся сфирой Есод, как известно из Идра Раба; и он выше семи мелахим, которые все суть лишь свойства Малхут в ЗОН. Поэтому свойства Малхут вышли в виде игулим согласно тайне стиха: </w:t>
      </w:r>
      <w:r>
        <w:rPr>
          <w:rFonts w:ascii="Georgia" w:hAnsi="Georgia"/>
          <w:b w:val="0"/>
          <w:i/>
          <w:color w:val="000000"/>
          <w:sz w:val="24"/>
        </w:rPr>
        <w:t>«Женщина окружит мужчину»</w:t>
      </w:r>
      <w:r>
        <w:rPr>
          <w:rFonts w:ascii="Georgia" w:hAnsi="Georgia"/>
          <w:b w:val="0"/>
          <w:i w:val="0"/>
          <w:color w:val="000000"/>
          <w:sz w:val="24"/>
        </w:rPr>
        <w:t xml:space="preserve"> (Ирмеяу 31:22). А затем вышел Адар, представляющий собой Есод в каждой из ЗАТ и включавший в себя все ВАК — их ХАГАТ и НЕХИ. И вот теперь есть семь первых мелахим, которые умерли, и семь вторых де-Адар, и все они включены в него, являющегося нижним среди них; и они суть тайна двух суббот: семь и семь, и пойми это, как написано у нас. И этот Адар, включающий ВАК, именуется именем МА, и он — уровень руах, и он — ешер, и он содержит мужское и женское начала, так как свойство ХАГАТ-НЕХИ де-Малхут также вышло вместе с ним теперь: ведь только Малхут де-Малхут вышла вначале и была последним умершим мелехом.</w:t>
      </w:r>
    </w:p>
    <w:p>
      <w:pPr>
        <w:spacing w:before="40" w:after="120"/>
        <w:jc w:val="both"/>
      </w:pPr>
      <w:r>
        <w:rPr>
          <w:rFonts w:ascii="Georgia" w:hAnsi="Georgia"/>
          <w:b w:val="0"/>
          <w:i w:val="0"/>
          <w:color w:val="000000"/>
          <w:sz w:val="24"/>
        </w:rPr>
        <w:t>Выходит, что семь свойств Малхут в ВАК де-ЗА и в сфире Малхут де-Нуква де-ЗА — это те семь мелахим, которые вышли вначале и умерли. А затем вышли свойства ХАГАТ-НЕХИ де-ЗА, и это именуется Адар, и вышли свойства ХАГАТ-НЕХИ де-Нуква, и это именуется Меэйтавэль, его жена. И они вышли в строении человека (Адам), как упомянуто в Идра (лист 135б), и пойми это очень глубоко. И эти два свойства существуют в ешер по линиям, и потому именуются «человек» (Адам), как известно, и оба они называются общим именем МА. И все же они разделяются надвое, поскольку и в имени МА есть аспект БОН, как известно: МА — это ВАК де-ЗА, а БОН — это ВАК Нуквы. Однако семь свойств Малхут де-ЗОН, являющиеся семью первыми мелахим, представляют собой МА и БОН общего БОН (ведь и в имени БОН есть МА), и эти два свойства называются БОН, и из них образовались игулим. Общий итог таков: общее имя БОН — это нефеш, и оно представляет собой семь свойств Малхут в ЗОН; они вышли в виде игулим и являются МА и БОН внутри общего имени БОН. А затем вышли Адар и Меэйтавэль — МА и БОН внутри общего имени МА, представляющие собой ВАК де-ЗОН. Из них образовался парцуф человека в ешер, и благодаря им устояли также и игулим, поскольку они — уровень руах, поддерживающий нефеш.</w:t>
      </w:r>
    </w:p>
    <w:p>
      <w:pPr>
        <w:spacing w:before="40" w:after="120"/>
        <w:jc w:val="both"/>
      </w:pPr>
      <w:r>
        <w:rPr>
          <w:rFonts w:ascii="Georgia" w:hAnsi="Georgia"/>
          <w:b w:val="0"/>
          <w:i w:val="0"/>
          <w:color w:val="000000"/>
          <w:sz w:val="24"/>
        </w:rPr>
        <w:t>И вот во время ибура, являющегося исправлением, те мелахим прошли выяснение и исправились в тайне зачатия внутри игулим де-Аба ве-Има, пойми это. А затем они тоже стали игулим и не разбились во второй раз. Свойства же Адара и Меэйтавэль были на уровне ВАК и вошли в ибур внутрь Аба ве-Има в их ешер; и вышли ЗОН де-ешер только на уровне ВАК, что представляет собой лишь уровень руах для поддержания нефеш, то есть игулим. Затем, при взрослении ЗА, выросли также ГАР де-ЗА и ГАР де-Нуква, являющиеся ступенями ехида, хая и нешама, и тогда завершилось формирование всех их частностей. Благодаря этому ты поймешь, почему в ЗА есть лишь девять сфирот: ведь Малхут в нем относится к игулим, а в ешер есть лишь девять сфирот; и точно так же в Нукве.</w:t>
      </w:r>
    </w:p>
    <w:p>
      <w:r>
        <w:br w:type="page"/>
      </w:r>
    </w:p>
    <w:p>
      <w:pPr>
        <w:keepNext/>
        <w:spacing w:before="360" w:after="160"/>
        <w:jc w:val="center"/>
      </w:pPr>
      <w:r>
        <w:rPr>
          <w:rFonts w:ascii="Georgia" w:hAnsi="Georgia"/>
          <w:b w:val="0"/>
          <w:i w:val="0"/>
          <w:color w:val="000000"/>
          <w:sz w:val="40"/>
        </w:rPr>
        <w:t>Врата 10: Врата исправления</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Третьи врата — Врата Исправления; они делятся на пять глав.</w:t>
      </w:r>
    </w:p>
    <w:p>
      <w:pPr>
        <w:spacing w:before="40" w:after="120"/>
        <w:jc w:val="both"/>
      </w:pPr>
      <w:r>
        <w:rPr>
          <w:rFonts w:ascii="Georgia" w:hAnsi="Georgia"/>
          <w:b w:val="0"/>
          <w:i w:val="0"/>
          <w:color w:val="000000"/>
          <w:sz w:val="24"/>
        </w:rPr>
        <w:t>Когда Источник (а-Маациль) пожелал оживить умерших и исправить этих разбитых и упавших в мир Брия мелахим, Он повелел и поднял женские воды (МАН) снизу вверх. Благодаря этому произошло высшее ударное соединение (зивуг) ХУБ внутреннего Адам Кадмон (АК), породившее новое Имя МА (</w:t>
      </w:r>
      <w:r>
        <w:rPr>
          <w:rFonts w:ascii="Georgia" w:hAnsi="Georgia" w:cs="Times New Roman"/>
          <w:b/>
          <w:i w:val="0"/>
          <w:color w:val="000000"/>
          <w:sz w:val="24"/>
          <w:rtl/>
          <w:szCs w:val="32"/>
        </w:rPr>
        <w:t>מ״ה</w:t>
      </w:r>
      <w:r>
        <w:rPr>
          <w:rFonts w:ascii="Georgia" w:hAnsi="Georgia"/>
          <w:b w:val="0"/>
          <w:i w:val="0"/>
          <w:color w:val="000000"/>
          <w:sz w:val="24"/>
        </w:rPr>
        <w:t>), и мелахим были исправлены.</w:t>
      </w:r>
    </w:p>
    <w:p>
      <w:pPr>
        <w:spacing w:before="40" w:after="120"/>
        <w:jc w:val="both"/>
      </w:pPr>
      <w:r>
        <w:rPr>
          <w:rFonts w:ascii="Georgia" w:hAnsi="Georgia"/>
          <w:b w:val="0"/>
          <w:i w:val="0"/>
          <w:color w:val="000000"/>
          <w:sz w:val="24"/>
        </w:rPr>
        <w:t>Выше уже объяснялось, что семь светов мелахим де-БОН поднялись, включились друг в друга и облачились в три линии ХУБ и Кетера, которые распространились до завершения указанного места — то есть до ХАГАТ. Теперь же это распространение вновь собралось обратно наверх и вернулось к исходному состоянию, когда наверху на своих местах пребывали лишь ГАР. При этом оно увлекло за собой наверх, на их места, и семь нижних светов. Таким образом, все семь нижних светов оказались теперь наверху, на месте Бины, поскольку она — высшая Мать (Има), и именно там находится место беременности и зачатия (ибур).</w:t>
      </w:r>
    </w:p>
    <w:p>
      <w:pPr>
        <w:spacing w:before="40" w:after="120"/>
        <w:jc w:val="both"/>
      </w:pPr>
      <w:r>
        <w:rPr>
          <w:rFonts w:ascii="Georgia" w:hAnsi="Georgia"/>
          <w:b w:val="0"/>
          <w:i w:val="0"/>
          <w:color w:val="000000"/>
          <w:sz w:val="24"/>
        </w:rPr>
        <w:t>Когда эти семь светов поднялись наверх, поднялись в Ацилут и келим, опустившиеся ранее в Брия, однако они не соединились вместе сразу. Подобно тому как семь светов находились в состоянии ибура по принципу «три включены в три», а точка Малхут была седьмой по отношению к ним по принципу «шаг наружу» (</w:t>
      </w:r>
      <w:r>
        <w:rPr>
          <w:rFonts w:ascii="Georgia" w:hAnsi="Georgia"/>
          <w:b w:val="0"/>
          <w:i/>
          <w:color w:val="000000"/>
          <w:sz w:val="24"/>
        </w:rPr>
        <w:t>псия ле-вар</w:t>
      </w:r>
      <w:r>
        <w:rPr>
          <w:rFonts w:ascii="Georgia" w:hAnsi="Georgia"/>
          <w:b w:val="0"/>
          <w:i w:val="0"/>
          <w:color w:val="000000"/>
          <w:sz w:val="24"/>
        </w:rPr>
        <w:t xml:space="preserve">, </w:t>
      </w:r>
      <w:r>
        <w:rPr>
          <w:rFonts w:ascii="Georgia" w:hAnsi="Georgia" w:cs="Times New Roman"/>
          <w:b/>
          <w:i w:val="0"/>
          <w:color w:val="000000"/>
          <w:sz w:val="24"/>
          <w:rtl/>
          <w:szCs w:val="32"/>
        </w:rPr>
        <w:t>פְּסִיעָה לְבַר</w:t>
      </w:r>
      <w:r>
        <w:rPr>
          <w:rFonts w:ascii="Georgia" w:hAnsi="Georgia"/>
          <w:b w:val="0"/>
          <w:i w:val="0"/>
          <w:color w:val="000000"/>
          <w:sz w:val="24"/>
        </w:rPr>
        <w:t>), как с Б-жьей помощью будет объяснено ниже, — точно так же обстояло дело и с келим: «три включены в три», и Малхут вместе с ними.</w:t>
      </w:r>
    </w:p>
    <w:p>
      <w:pPr>
        <w:spacing w:before="40" w:after="120"/>
        <w:jc w:val="both"/>
      </w:pPr>
      <w:r>
        <w:rPr>
          <w:rFonts w:ascii="Georgia" w:hAnsi="Georgia"/>
          <w:b w:val="0"/>
          <w:i w:val="0"/>
          <w:color w:val="000000"/>
          <w:sz w:val="24"/>
        </w:rPr>
        <w:t>Произошло это следующим образом: келим Нецаха и Хеседа поднялись по правой линии в Ацилут, и оба встали на место сфиры Нецах де-Ацилут; келим Хода и Гвуры поднялись в Ацилут по левой линии и встали на место сфиры Ход де-Ацилут; келим Даат и Тиферет поднялись из Брия в Ацилут по средней линии и встали на место Есода де-Ацилут; а келим Есода и Малхут поднялись из Брия в Ацилут и встали на место Малхут де-Ацилут.</w:t>
      </w:r>
    </w:p>
    <w:p>
      <w:pPr>
        <w:spacing w:before="40" w:after="120"/>
        <w:jc w:val="both"/>
      </w:pPr>
      <w:r>
        <w:rPr>
          <w:rFonts w:ascii="Georgia" w:hAnsi="Georgia"/>
          <w:b w:val="0"/>
          <w:i w:val="0"/>
          <w:color w:val="000000"/>
          <w:sz w:val="24"/>
        </w:rPr>
        <w:t>Выходит, что и келим были включены «три в три», и Малхут вместе с ними, а расстояние между светами и келим составляло не более трех пустых сфир, каковыми являются ХАГАТ, ведь все света, как уже сказано, стояли в Бине. Впрочем, эти семь келим поднялись не все одновременно, а на протяжении сорока дней формирования зародыша, следующим образом: каждые десять дней поднимались две сфиры. В первые десять дней поднялись Хесед и Нецах, во вторые десять дней — Даат и Тиферет, в третьи десять дней — Гвура и Ход, а в четвертые десять дней — Есод и Малхут.</w:t>
      </w:r>
    </w:p>
    <w:p>
      <w:pPr>
        <w:spacing w:before="40" w:after="120"/>
        <w:jc w:val="both"/>
      </w:pPr>
      <w:r>
        <w:rPr>
          <w:rFonts w:ascii="Georgia" w:hAnsi="Georgia"/>
          <w:b w:val="0"/>
          <w:i w:val="0"/>
          <w:color w:val="000000"/>
          <w:sz w:val="24"/>
        </w:rPr>
        <w:t>А то поднятие МАН, о котором мы говорили выше, необходимое для высшего зивуга, — это и есть подъем семи светов наверх, в Бину; запомни это предварительное разъяснение о том, что такое подъем МАН.</w:t>
      </w:r>
    </w:p>
    <w:p>
      <w:pPr>
        <w:spacing w:before="40" w:after="120"/>
        <w:jc w:val="both"/>
      </w:pPr>
      <w:r>
        <w:rPr>
          <w:rFonts w:ascii="Georgia" w:hAnsi="Georgia"/>
          <w:b w:val="0"/>
          <w:i w:val="0"/>
          <w:color w:val="000000"/>
          <w:sz w:val="24"/>
        </w:rPr>
        <w:t>В этом зивуге должны исправиться все десять сфирот от Кетера до Малхут, поскольку даже ГАР еще не были исправлены. Поэтому подъем этих МАН произошел наверх, к АБ и САГ де-АК, как с Б-жьей помощью будет сказано далее. Благодаря этому зивугу и ибуру исправился весь мир Ацилут от Атик Йомин до Малхут, и в первую очередь был исправлен Атик Йомин. Затем произошел зивуг в Атик Йомин, послуживший исправлением для Арих Анпин (АА). После этого произошел зивуг в АА, ставший исправлением для Аба ве-Има. Затем — зивуг в Аба ве-Има, ставший исправлением для ЗОН. А затем — зивуг ЗОН де-Ацилут, ставший исправлением для всех остальных миров.</w:t>
      </w:r>
    </w:p>
    <w:p>
      <w:pPr>
        <w:spacing w:before="40" w:after="120"/>
        <w:jc w:val="both"/>
      </w:pPr>
      <w:r>
        <w:rPr>
          <w:rFonts w:ascii="Georgia" w:hAnsi="Georgia"/>
          <w:b w:val="0"/>
          <w:i w:val="0"/>
          <w:color w:val="000000"/>
          <w:sz w:val="24"/>
        </w:rPr>
        <w:t>Поэтому данному состоянию ибура потребовалось продлиться двенадцать месяцев, как сказано в Тиккуней Зоар в отрывке «Кав а-Мида» («Мерная нить»). Причина в том, чтобы исправить весь Ацилут, состоящий из двенадцати ступеней:</w:t>
      </w:r>
    </w:p>
    <w:p>
      <w:pPr>
        <w:spacing w:before="40" w:after="120"/>
        <w:jc w:val="both"/>
      </w:pPr>
      <w:r>
        <w:rPr>
          <w:rFonts w:ascii="Georgia" w:hAnsi="Georgia"/>
          <w:b w:val="0"/>
          <w:i w:val="0"/>
          <w:color w:val="000000"/>
          <w:sz w:val="24"/>
        </w:rPr>
        <w:t>1) Атик и его Нуква;</w:t>
      </w:r>
    </w:p>
    <w:p>
      <w:pPr>
        <w:spacing w:before="40" w:after="120"/>
        <w:jc w:val="both"/>
      </w:pPr>
      <w:r>
        <w:rPr>
          <w:rFonts w:ascii="Georgia" w:hAnsi="Georgia"/>
          <w:b w:val="0"/>
          <w:i w:val="0"/>
          <w:color w:val="000000"/>
          <w:sz w:val="24"/>
        </w:rPr>
        <w:t>2) АА и его Нуква;</w:t>
      </w:r>
    </w:p>
    <w:p>
      <w:pPr>
        <w:spacing w:before="40" w:after="120"/>
        <w:jc w:val="both"/>
      </w:pPr>
      <w:r>
        <w:rPr>
          <w:rFonts w:ascii="Georgia" w:hAnsi="Georgia"/>
          <w:b w:val="0"/>
          <w:i w:val="0"/>
          <w:color w:val="000000"/>
          <w:sz w:val="24"/>
        </w:rPr>
        <w:t>3) высшие Аба ве-Има (Аба ве-Има Илаин);</w:t>
      </w:r>
    </w:p>
    <w:p>
      <w:pPr>
        <w:spacing w:before="40" w:after="120"/>
        <w:jc w:val="both"/>
      </w:pPr>
      <w:r>
        <w:rPr>
          <w:rFonts w:ascii="Georgia" w:hAnsi="Georgia"/>
          <w:b w:val="0"/>
          <w:i w:val="0"/>
          <w:color w:val="000000"/>
          <w:sz w:val="24"/>
        </w:rPr>
        <w:t>4) Исраэль Саба ве-Твуна (ИШСУТ);</w:t>
      </w:r>
    </w:p>
    <w:p>
      <w:pPr>
        <w:spacing w:before="40" w:after="120"/>
        <w:jc w:val="both"/>
      </w:pPr>
      <w:r>
        <w:rPr>
          <w:rFonts w:ascii="Georgia" w:hAnsi="Georgia"/>
          <w:b w:val="0"/>
          <w:i w:val="0"/>
          <w:color w:val="000000"/>
          <w:sz w:val="24"/>
        </w:rPr>
        <w:t>5) ЗОН;</w:t>
      </w:r>
    </w:p>
    <w:p>
      <w:pPr>
        <w:spacing w:before="40" w:after="120"/>
        <w:jc w:val="both"/>
      </w:pPr>
      <w:r>
        <w:rPr>
          <w:rFonts w:ascii="Georgia" w:hAnsi="Georgia"/>
          <w:b w:val="0"/>
          <w:i w:val="0"/>
          <w:color w:val="000000"/>
          <w:sz w:val="24"/>
        </w:rPr>
        <w:t>6) Яаков и Лея.</w:t>
      </w:r>
    </w:p>
    <w:p>
      <w:pPr>
        <w:spacing w:before="40" w:after="120"/>
        <w:jc w:val="both"/>
      </w:pPr>
      <w:r>
        <w:rPr>
          <w:rFonts w:ascii="Georgia" w:hAnsi="Georgia"/>
          <w:b w:val="0"/>
          <w:i w:val="0"/>
          <w:color w:val="000000"/>
          <w:sz w:val="24"/>
        </w:rPr>
        <w:t>Это двенадцать полных парцуфим, и потому времени этого ибура потребовалось длиться двенадцать месяцев.</w:t>
      </w:r>
    </w:p>
    <w:p>
      <w:pPr>
        <w:spacing w:before="40" w:after="120"/>
        <w:jc w:val="both"/>
      </w:pPr>
      <w:r>
        <w:rPr>
          <w:rFonts w:ascii="Georgia" w:hAnsi="Georgia"/>
          <w:b w:val="0"/>
          <w:i w:val="0"/>
          <w:color w:val="000000"/>
          <w:sz w:val="24"/>
        </w:rPr>
        <w:t>Я уже забыл то, что говорил мой учитель, благословенной памяти: длился ли этот двенадцатимесячный ибур лишь в первом, высшем зивуге, предназначенном только для Атика, как сказано выше, или же следует сказать, что Атик завершился за один месяц, его Нуква — за второй месяц, АА — за третий месяц и так далее. Однако первое толкование представляется основным — что эти двенадцать месяцев были нужны для одного лишь Атика; ведь мы уже выяснили, что в зивуге Аба ве-Има ради исправления ЗОН было три ибура: один длился двенадцать месяцев, второй — девять месяцев, а третий — семь месяцев.</w:t>
      </w:r>
    </w:p>
    <w:p>
      <w:pPr>
        <w:spacing w:before="40" w:after="120"/>
        <w:jc w:val="both"/>
      </w:pPr>
      <w:r>
        <w:rPr>
          <w:rFonts w:ascii="Georgia" w:hAnsi="Georgia"/>
          <w:b w:val="0"/>
          <w:i w:val="0"/>
          <w:color w:val="000000"/>
          <w:sz w:val="24"/>
        </w:rPr>
        <w:t>Глава 2</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Благодаря упомянутому подъему МАН, то есть указанных светов, вступило в зивуг Имя АВАЯ де-АБ с наполнением буквами йод, представляющее собой совокупность мохин (света разума) де-АК, со стадией таамим де-САГ, являющихся АХАП, как говорилось выше. Ведь в этих таамим де-САГ не было никакого разбиения, и потому они соединились в зивуге со стадией АБ де-АК. Речь идет не о светах, выходящих из дыхания АХАП, а об их собственной внутренней сути.</w:t>
      </w:r>
    </w:p>
    <w:p>
      <w:pPr>
        <w:spacing w:before="40" w:after="120"/>
        <w:jc w:val="both"/>
      </w:pPr>
      <w:r>
        <w:rPr>
          <w:rFonts w:ascii="Georgia" w:hAnsi="Georgia"/>
          <w:b w:val="0"/>
          <w:i w:val="0"/>
          <w:color w:val="000000"/>
          <w:sz w:val="24"/>
        </w:rPr>
        <w:t>Когда они соединились вместе, от этого зивуга родился новый свет — стадия МА с наполнением буквами алеф. Он также разделяется на четыре стадии ТАНТА, охватывающие весь Ацилут, а именно: таамим де-МА — это Атик Йомин, некудот де-МА — это АА, тагин де-МА — это Аба ве-Има, а отиет де-МА — это ЗОН, как подробно будет изложено далее. Существование этого Имени МА с наполнением буквами алеф исходит из лба (мэцах) де-АК. Выше мы уже объясняли, что уровни следуют по ступеням: дыхание уха (озэн) неощутимо и слабее дыхания, выходящего из носа (хотэм), а дыхание носа слабее дыхания рта (пэ). Однако все эти три органа схожи в том, что испускают дыхание, тогда как у глаза (эйнаим) нет дыхания, а есть лишь созерцание (истаклют). Причина такого различия в том, что первые три относятся к стадии таамим, тогда как глаза — это стадия некудот де-САГ, расположенная ниже ступеней таамим.</w:t>
      </w:r>
    </w:p>
    <w:p>
      <w:pPr>
        <w:spacing w:before="40" w:after="120"/>
        <w:jc w:val="both"/>
      </w:pPr>
      <w:r>
        <w:rPr>
          <w:rFonts w:ascii="Georgia" w:hAnsi="Georgia"/>
          <w:b w:val="0"/>
          <w:i w:val="0"/>
          <w:color w:val="000000"/>
          <w:sz w:val="24"/>
        </w:rPr>
        <w:t xml:space="preserve">Свет этого нового Имени МА, выходящий из мэцах де-АК, замыкает их все; поэтому в нем нет ни свойства дыхания, как у трех первых, ни свойства созерцания, как у некудот глаз, а есть только лишь свечение. И об этом всегда говорится в Зоаре, в «Идра Зута»: </w:t>
      </w:r>
      <w:r>
        <w:rPr>
          <w:rFonts w:ascii="Georgia" w:hAnsi="Georgia"/>
          <w:b w:val="0"/>
          <w:i/>
          <w:color w:val="000000"/>
          <w:sz w:val="24"/>
        </w:rPr>
        <w:t>«в Моем лбу открылось…»</w:t>
      </w:r>
      <w:r>
        <w:rPr>
          <w:rFonts w:ascii="Georgia" w:hAnsi="Georgia"/>
          <w:b w:val="0"/>
          <w:i w:val="0"/>
          <w:color w:val="000000"/>
          <w:sz w:val="24"/>
        </w:rPr>
        <w:t xml:space="preserve"> (</w:t>
      </w:r>
      <w:r>
        <w:rPr>
          <w:rFonts w:ascii="Georgia" w:hAnsi="Georgia"/>
          <w:b w:val="0"/>
          <w:i/>
          <w:color w:val="000000"/>
          <w:sz w:val="24"/>
        </w:rPr>
        <w:t>бе-мицхи итгали</w:t>
      </w:r>
      <w:r>
        <w:rPr>
          <w:rFonts w:ascii="Georgia" w:hAnsi="Georgia"/>
          <w:b w:val="0"/>
          <w:i w:val="0"/>
          <w:color w:val="000000"/>
          <w:sz w:val="24"/>
        </w:rPr>
        <w:t xml:space="preserve">, </w:t>
      </w:r>
      <w:r>
        <w:rPr>
          <w:rFonts w:ascii="Georgia" w:hAnsi="Georgia" w:cs="Times New Roman"/>
          <w:b/>
          <w:i w:val="0"/>
          <w:color w:val="000000"/>
          <w:sz w:val="24"/>
          <w:rtl/>
          <w:szCs w:val="32"/>
        </w:rPr>
        <w:t>בְּמִצְחִי אִתְגַּלֵּי</w:t>
      </w:r>
      <w:r>
        <w:rPr>
          <w:rFonts w:ascii="Georgia" w:hAnsi="Georgia"/>
          <w:b w:val="0"/>
          <w:i w:val="0"/>
          <w:color w:val="000000"/>
          <w:sz w:val="24"/>
        </w:rPr>
        <w:t>), ибо там присутствует только раскрытие свечения.</w:t>
      </w:r>
    </w:p>
    <w:p>
      <w:pPr>
        <w:spacing w:before="40" w:after="120"/>
        <w:jc w:val="both"/>
      </w:pPr>
      <w:r>
        <w:rPr>
          <w:rFonts w:ascii="Georgia" w:hAnsi="Georgia"/>
          <w:b w:val="0"/>
          <w:i w:val="0"/>
          <w:color w:val="000000"/>
          <w:sz w:val="24"/>
        </w:rPr>
        <w:t xml:space="preserve">Об этом же сказано в Зоаре во многих местах: </w:t>
      </w:r>
      <w:r>
        <w:rPr>
          <w:rFonts w:ascii="Georgia" w:hAnsi="Georgia"/>
          <w:b w:val="0"/>
          <w:i/>
          <w:color w:val="000000"/>
          <w:sz w:val="24"/>
        </w:rPr>
        <w:t>«когда поднялось в Его желании сотворить мир Ацилут»</w:t>
      </w:r>
      <w:r>
        <w:rPr>
          <w:rFonts w:ascii="Georgia" w:hAnsi="Georgia"/>
          <w:b w:val="0"/>
          <w:i w:val="0"/>
          <w:color w:val="000000"/>
          <w:sz w:val="24"/>
        </w:rPr>
        <w:t xml:space="preserve"> (</w:t>
      </w:r>
      <w:r>
        <w:rPr>
          <w:rFonts w:ascii="Georgia" w:hAnsi="Georgia"/>
          <w:b w:val="0"/>
          <w:i/>
          <w:color w:val="000000"/>
          <w:sz w:val="24"/>
        </w:rPr>
        <w:t>кад салик би-реутей ле-мивре альма де-Ацилут</w:t>
      </w:r>
      <w:r>
        <w:rPr>
          <w:rFonts w:ascii="Georgia" w:hAnsi="Georgia"/>
          <w:b w:val="0"/>
          <w:i w:val="0"/>
          <w:color w:val="000000"/>
          <w:sz w:val="24"/>
        </w:rPr>
        <w:t xml:space="preserve">, </w:t>
      </w:r>
      <w:r>
        <w:rPr>
          <w:rFonts w:ascii="Georgia" w:hAnsi="Georgia" w:cs="Times New Roman"/>
          <w:b/>
          <w:i w:val="0"/>
          <w:color w:val="000000"/>
          <w:sz w:val="24"/>
          <w:rtl/>
          <w:szCs w:val="32"/>
        </w:rPr>
        <w:t>כַּד סָלִיק בִּרְעוּתֵיהּ לְמִבְרֵי עָלְמָא דַּאֲצִילוּת</w:t>
      </w:r>
      <w:r>
        <w:rPr>
          <w:rFonts w:ascii="Georgia" w:hAnsi="Georgia"/>
          <w:b w:val="0"/>
          <w:i w:val="0"/>
          <w:color w:val="000000"/>
          <w:sz w:val="24"/>
        </w:rPr>
        <w:t xml:space="preserve">). Смысл в том, что лоб желания (мэцах а-рацон) де-АК «поднялся в Своем желании» сотворить мир Ацилут посредством выходящего из него нового света МА, с помощью которого и был исправлен весь Ацилут, как с Б-жьей помощью будет сказано далее. Выходит, что значение слова </w:t>
      </w:r>
      <w:r>
        <w:rPr>
          <w:rFonts w:ascii="Georgia" w:hAnsi="Georgia"/>
          <w:b w:val="0"/>
          <w:i/>
          <w:color w:val="000000"/>
          <w:sz w:val="24"/>
        </w:rPr>
        <w:t>реута</w:t>
      </w:r>
      <w:r>
        <w:rPr>
          <w:rFonts w:ascii="Georgia" w:hAnsi="Georgia"/>
          <w:b w:val="0"/>
          <w:i w:val="0"/>
          <w:color w:val="000000"/>
          <w:sz w:val="24"/>
        </w:rPr>
        <w:t xml:space="preserve"> (</w:t>
      </w:r>
      <w:r>
        <w:rPr>
          <w:rFonts w:ascii="Georgia" w:hAnsi="Georgia" w:cs="Times New Roman"/>
          <w:b/>
          <w:i w:val="0"/>
          <w:color w:val="000000"/>
          <w:sz w:val="24"/>
          <w:rtl/>
          <w:szCs w:val="32"/>
        </w:rPr>
        <w:t>רְעוּתָא</w:t>
      </w:r>
      <w:r>
        <w:rPr>
          <w:rFonts w:ascii="Georgia" w:hAnsi="Georgia"/>
          <w:b w:val="0"/>
          <w:i w:val="0"/>
          <w:color w:val="000000"/>
          <w:sz w:val="24"/>
        </w:rPr>
        <w:t xml:space="preserve">) — это тайна упомянутого лба желания, поскольку арамейский перевод слова </w:t>
      </w:r>
      <w:r>
        <w:rPr>
          <w:rFonts w:ascii="Georgia" w:hAnsi="Georgia"/>
          <w:b w:val="0"/>
          <w:i/>
          <w:color w:val="000000"/>
          <w:sz w:val="24"/>
        </w:rPr>
        <w:t>рацон</w:t>
      </w:r>
      <w:r>
        <w:rPr>
          <w:rFonts w:ascii="Georgia" w:hAnsi="Georgia"/>
          <w:b w:val="0"/>
          <w:i w:val="0"/>
          <w:color w:val="000000"/>
          <w:sz w:val="24"/>
        </w:rPr>
        <w:t xml:space="preserve"> (</w:t>
      </w:r>
      <w:r>
        <w:rPr>
          <w:rFonts w:ascii="Georgia" w:hAnsi="Georgia" w:cs="Times New Roman"/>
          <w:b/>
          <w:i w:val="0"/>
          <w:color w:val="000000"/>
          <w:sz w:val="24"/>
          <w:rtl/>
          <w:szCs w:val="32"/>
        </w:rPr>
        <w:t>רָצוֹן</w:t>
      </w:r>
      <w:r>
        <w:rPr>
          <w:rFonts w:ascii="Georgia" w:hAnsi="Georgia"/>
          <w:b w:val="0"/>
          <w:i w:val="0"/>
          <w:color w:val="000000"/>
          <w:sz w:val="24"/>
        </w:rPr>
        <w:t xml:space="preserve">) — </w:t>
      </w:r>
      <w:r>
        <w:rPr>
          <w:rFonts w:ascii="Georgia" w:hAnsi="Georgia"/>
          <w:b w:val="0"/>
          <w:i/>
          <w:color w:val="000000"/>
          <w:sz w:val="24"/>
        </w:rPr>
        <w:t>реута</w:t>
      </w:r>
      <w:r>
        <w:rPr>
          <w:rFonts w:ascii="Georgia" w:hAnsi="Georgia"/>
          <w:b w:val="0"/>
          <w:i w:val="0"/>
          <w:color w:val="000000"/>
          <w:sz w:val="24"/>
        </w:rPr>
        <w:t>. Ступень АБ пребывает в голове (рош) де-АК, являясь свойством мохин, и место их находится внутри напротив лба, где они соединились со стадией САГ — с АХАП (таамим де-САГ), расположенными ниже мохин в нижней части головы. И от великого обилия света, возникшего на этом лбу благодаря данному зивугу, от него вниз изошел новый свет — новое Имя МА.</w:t>
      </w:r>
    </w:p>
    <w:p>
      <w:pPr>
        <w:spacing w:before="40" w:after="120"/>
        <w:jc w:val="both"/>
      </w:pPr>
      <w:r>
        <w:rPr>
          <w:rFonts w:ascii="Georgia" w:hAnsi="Georgia"/>
          <w:b w:val="0"/>
          <w:i w:val="0"/>
          <w:color w:val="000000"/>
          <w:sz w:val="24"/>
        </w:rPr>
        <w:t>Когда этот новый свет — Имя МА с наполнением буквами алеф — изошел, он произвел отбор среди некудот де-САГ, в которых произошло разбиение, выделив из них все, что можно было выделить, и они объединились и соединились с ним. Тогда МА стало мужским началом, а САГ стало женским началом (Нуквой). Однако оттого, что этот САГ стал Нуквой для МА, он приобрел теперь иное имя — Имя БОН с наполнением буквами хэй (</w:t>
      </w:r>
      <w:r>
        <w:rPr>
          <w:rFonts w:ascii="Georgia" w:hAnsi="Georgia" w:cs="Times New Roman"/>
          <w:b/>
          <w:i w:val="0"/>
          <w:color w:val="000000"/>
          <w:sz w:val="24"/>
          <w:rtl/>
          <w:szCs w:val="32"/>
        </w:rPr>
        <w:t>יוֹד הֵה וָו הֵה</w:t>
      </w:r>
      <w:r>
        <w:rPr>
          <w:rFonts w:ascii="Georgia" w:hAnsi="Georgia"/>
          <w:b w:val="0"/>
          <w:i w:val="0"/>
          <w:color w:val="000000"/>
          <w:sz w:val="24"/>
        </w:rPr>
        <w:t>), и называется теперь не САГ, а БОН. Смысл в том, что Имя САГ включает в себя все ТАНТА в целом. Однако то, что представляет собой лишь некудот де-САГ, не может называться САГ в полном смысле, подобно целому, поскольку является лишь одной частной ступенью внутри Имени САГ. Поэтому, когда эта частная ступень — некудот — соединилась с Именем МА и стала по отношению к нему женским началом, она стала именоваться БОН, как сказано выше.</w:t>
      </w:r>
    </w:p>
    <w:p>
      <w:pPr>
        <w:spacing w:before="40" w:after="120"/>
        <w:jc w:val="both"/>
      </w:pPr>
      <w:r>
        <w:rPr>
          <w:rFonts w:ascii="Georgia" w:hAnsi="Georgia"/>
          <w:b w:val="0"/>
          <w:i w:val="0"/>
          <w:color w:val="000000"/>
          <w:sz w:val="24"/>
        </w:rPr>
        <w:t>Тем не менее, хотя они представляют собой исключительно некудот, в них неизбежно присутствуют составляющая, соединяющаяся с таамим де-МА, составляющая, соединяющаяся с некудот де-МА, и так далее по остальным ступеням, несмотря на то что все они вместе — лишь некудот де-САГ.</w:t>
      </w:r>
    </w:p>
    <w:p>
      <w:pPr>
        <w:spacing w:before="40" w:after="120"/>
        <w:jc w:val="both"/>
      </w:pPr>
      <w:r>
        <w:rPr>
          <w:rFonts w:ascii="Georgia" w:hAnsi="Georgia"/>
          <w:b w:val="0"/>
          <w:i w:val="0"/>
          <w:color w:val="000000"/>
          <w:sz w:val="24"/>
        </w:rPr>
        <w:t>Благодаря соединению с Именем МА эти некудот исправились и стали женскими началами по отношению к нему. Потому они и называются мелахим — от слова Малхут, указывая на то, что они стали Нуквой для Имени МА с наполнением буквами алеф.</w:t>
      </w:r>
    </w:p>
    <w:p>
      <w:pPr>
        <w:spacing w:before="40" w:after="120"/>
        <w:jc w:val="both"/>
      </w:pPr>
      <w:r>
        <w:rPr>
          <w:rFonts w:ascii="Georgia" w:hAnsi="Georgia"/>
          <w:b w:val="0"/>
          <w:i w:val="0"/>
          <w:color w:val="000000"/>
          <w:sz w:val="24"/>
        </w:rPr>
        <w:t>Итак, когда света некудот де-САГ поднялись наверх, они вознесли МАН. Тогда вышел новый свет МА, соединился с этими семью светами, отобрал из них то, что подлежало отбору, и благодаря им совершилось исправление всего Ацилута; и именно ради этого исправления потребовался ибур, как было сказано выше. Мы уже объяснили, что из таамим де-МА образовался Атик Йомин в качестве мужского начала. А из таамим де-БОН, возникшего из этого Имени САГ (ведь, как мы сказали, хотя в общем они — некудот, все же они и сами разделяются на четыре ступени ТАНТА этого БОН), — из этих таамим Имени БОН образовалась Нуква де-Атик Йомин.</w:t>
      </w:r>
    </w:p>
    <w:p>
      <w:pPr>
        <w:spacing w:before="40" w:after="120"/>
        <w:jc w:val="both"/>
      </w:pPr>
      <w:r>
        <w:rPr>
          <w:rFonts w:ascii="Georgia" w:hAnsi="Georgia"/>
          <w:b w:val="0"/>
          <w:i w:val="0"/>
          <w:color w:val="000000"/>
          <w:sz w:val="24"/>
        </w:rPr>
        <w:t>Точно так же из некудот де-МА возникла мужская сторона АА, а из некудот де-БОН возникла женская сторона АА. И подобным же образом устроены остальные ступени Ацилута, как с Б-жьей помощью будет подробно разъяснено в соответствующем месте.</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Место распространения всех этих мужских и женских парцуфим, возникающих от соединения МА и БОН, — это то самое пространство, где прежде находились некудот, вышедшие через отверстия глаз (никвей эйнаим): от пупа (табур) де-АК до завершения его ног (раглаим).</w:t>
      </w:r>
    </w:p>
    <w:p>
      <w:pPr>
        <w:spacing w:before="40" w:after="120"/>
        <w:jc w:val="both"/>
      </w:pPr>
      <w:r>
        <w:rPr>
          <w:rFonts w:ascii="Georgia" w:hAnsi="Georgia"/>
          <w:b w:val="0"/>
          <w:i w:val="0"/>
          <w:color w:val="000000"/>
          <w:sz w:val="24"/>
        </w:rPr>
        <w:t>И свет лба, именуемый Именем МА, хотя и изошел сверху от лба, распространяется оттуда вниз, и его проявление начинается от табура до самого сиюм раглин, как сказано выше.</w:t>
      </w:r>
    </w:p>
    <w:p>
      <w:pPr>
        <w:spacing w:before="40" w:after="120"/>
        <w:jc w:val="both"/>
      </w:pPr>
      <w:r>
        <w:rPr>
          <w:rFonts w:ascii="Georgia" w:hAnsi="Georgia"/>
          <w:b w:val="0"/>
          <w:i w:val="0"/>
          <w:color w:val="000000"/>
          <w:sz w:val="24"/>
        </w:rPr>
        <w:t>Однако отличие нынешнего состояния от первоначального, когда выходили некудот глаз, заключается в следующем: тогда точка Кетера находилась на своем месте отдельно сама по себе, за ней точка Хохмы — отдельно сама по себе, и так же обстояло дело со всеми десятью сфирот. Теперь же добавилось великое исправление: точка Кетера протянулась и распространилась со своего места вниз, почти до самого сиюм раглин де-АК, как с Б-жьей помощью будет сказано далее. Это распространение и составляет всю протяженность, именуемую миром Ацилут; и эта точка зовется Нуквой де-Атик Йомин. Подобно ей мужской Атик Йомин, образованный из таамим де-МА, также распространяется на всю указанную протяженность.</w:t>
      </w:r>
    </w:p>
    <w:p>
      <w:pPr>
        <w:spacing w:before="40" w:after="120"/>
        <w:jc w:val="both"/>
      </w:pPr>
      <w:r>
        <w:rPr>
          <w:rFonts w:ascii="Georgia" w:hAnsi="Georgia"/>
          <w:b w:val="0"/>
          <w:i w:val="0"/>
          <w:color w:val="000000"/>
          <w:sz w:val="24"/>
        </w:rPr>
        <w:t>Так же поступили и все остальные: АА и его Нуква, Аба ве-Има и ЗОН, и облачились друг в друга вплоть до уровня ЗОН. В результате все ноги парцуфим Ацилута — будь то Атика, АА, Аба ве-Има или ЗОН — равны в своем завершении: они оканчиваются вместе чуть выше сиюм раглин де-АК, и там находится предел всего Ацилута.</w:t>
      </w:r>
    </w:p>
    <w:p>
      <w:pPr>
        <w:spacing w:before="40" w:after="120"/>
        <w:jc w:val="both"/>
      </w:pPr>
      <w:r>
        <w:rPr>
          <w:rFonts w:ascii="Georgia" w:hAnsi="Georgia"/>
          <w:b w:val="0"/>
          <w:i w:val="0"/>
          <w:color w:val="000000"/>
          <w:sz w:val="24"/>
        </w:rPr>
        <w:t>Благодаря этому один стал душой (нешама) для другого, и один облачает другого. Кроме того, благодаря этому творения могут получать высшие света, которые теперь сокрыты и облачены друг в друга; а также потому, что келим их увеличились, распространившись до самого низа. Благодаря этому келим обрели способность выдерживать предназначенные им света, став большими.</w:t>
      </w:r>
    </w:p>
    <w:p>
      <w:pPr>
        <w:spacing w:before="40" w:after="120"/>
        <w:jc w:val="both"/>
      </w:pPr>
      <w:r>
        <w:rPr>
          <w:rFonts w:ascii="Georgia" w:hAnsi="Georgia"/>
          <w:b w:val="0"/>
          <w:i w:val="0"/>
          <w:color w:val="000000"/>
          <w:sz w:val="24"/>
        </w:rPr>
        <w:t>Этот новый свет МА, выходящий из лба, как сказано выше, — это тайна восьмого мелеха, упомянутого в недельной главе Ваишлах и названного Хадар (</w:t>
      </w:r>
      <w:r>
        <w:rPr>
          <w:rFonts w:ascii="Georgia" w:hAnsi="Georgia"/>
          <w:b w:val="0"/>
          <w:i/>
          <w:color w:val="000000"/>
          <w:sz w:val="24"/>
        </w:rPr>
        <w:t>Хадар</w:t>
      </w:r>
      <w:r>
        <w:rPr>
          <w:rFonts w:ascii="Georgia" w:hAnsi="Georgia"/>
          <w:b w:val="0"/>
          <w:i w:val="0"/>
          <w:color w:val="000000"/>
          <w:sz w:val="24"/>
        </w:rPr>
        <w:t xml:space="preserve">, </w:t>
      </w:r>
      <w:r>
        <w:rPr>
          <w:rFonts w:ascii="Georgia" w:hAnsi="Georgia" w:cs="Times New Roman"/>
          <w:b/>
          <w:i w:val="0"/>
          <w:color w:val="000000"/>
          <w:sz w:val="24"/>
          <w:rtl/>
          <w:szCs w:val="32"/>
        </w:rPr>
        <w:t>הֲדַר</w:t>
      </w:r>
      <w:r>
        <w:rPr>
          <w:rFonts w:ascii="Georgia" w:hAnsi="Georgia"/>
          <w:b w:val="0"/>
          <w:i w:val="0"/>
          <w:color w:val="000000"/>
          <w:sz w:val="24"/>
        </w:rPr>
        <w:t>), о смерти которого в Торе ничего не сказано, ибо он не умер, подобно остальным. Напротив, он исправляет и утверждает семь древних мелахим, умерших прежде него.</w:t>
      </w:r>
    </w:p>
    <w:p>
      <w:pPr>
        <w:spacing w:before="40" w:after="120"/>
        <w:jc w:val="both"/>
      </w:pPr>
      <w:r>
        <w:rPr>
          <w:rFonts w:ascii="Georgia" w:hAnsi="Georgia"/>
          <w:b w:val="0"/>
          <w:i w:val="0"/>
          <w:color w:val="000000"/>
          <w:sz w:val="24"/>
        </w:rPr>
        <w:t xml:space="preserve">Ведь я уже извещал тебя, что все эти мелахим — это те самые мелахим, о которых говорится в главе Ваишлах: </w:t>
      </w:r>
      <w:r>
        <w:rPr>
          <w:rFonts w:ascii="Georgia" w:hAnsi="Georgia"/>
          <w:b w:val="0"/>
          <w:i/>
          <w:color w:val="000000"/>
          <w:sz w:val="24"/>
        </w:rPr>
        <w:t>«И вот цари, царствовавшие в земле Эдом…»</w:t>
      </w:r>
      <w:r>
        <w:rPr>
          <w:rFonts w:ascii="Georgia" w:hAnsi="Georgia"/>
          <w:b w:val="0"/>
          <w:i w:val="0"/>
          <w:color w:val="000000"/>
          <w:sz w:val="24"/>
        </w:rPr>
        <w:t xml:space="preserve"> (Берешит 36:31).</w:t>
      </w:r>
    </w:p>
    <w:p>
      <w:pPr>
        <w:spacing w:before="40" w:after="120"/>
        <w:jc w:val="both"/>
      </w:pPr>
      <w:r>
        <w:rPr>
          <w:rFonts w:ascii="Georgia" w:hAnsi="Georgia"/>
          <w:b w:val="0"/>
          <w:i w:val="0"/>
          <w:color w:val="000000"/>
          <w:sz w:val="24"/>
        </w:rPr>
        <w:t xml:space="preserve">И поскольку, появившись, он тотчас принялся производить отбор среди этих мелахим, дабы составить для себя Нукву (которые ныне зовутся БОН с наполнением буквами хэй, как сказано выше), о нем сказано: </w:t>
      </w:r>
      <w:r>
        <w:rPr>
          <w:rFonts w:ascii="Georgia" w:hAnsi="Georgia"/>
          <w:b w:val="0"/>
          <w:i/>
          <w:color w:val="000000"/>
          <w:sz w:val="24"/>
        </w:rPr>
        <w:t>«И воцарился вместо него Хадар; и имя жены его Меэйтавэль…»</w:t>
      </w:r>
      <w:r>
        <w:rPr>
          <w:rFonts w:ascii="Georgia" w:hAnsi="Georgia"/>
          <w:b w:val="0"/>
          <w:i w:val="0"/>
          <w:color w:val="000000"/>
          <w:sz w:val="24"/>
        </w:rPr>
        <w:t xml:space="preserve"> (Берешит 36:39).</w:t>
      </w:r>
    </w:p>
    <w:p>
      <w:pPr>
        <w:spacing w:before="40" w:after="120"/>
        <w:jc w:val="both"/>
      </w:pPr>
      <w:r>
        <w:rPr>
          <w:rFonts w:ascii="Georgia" w:hAnsi="Georgia"/>
          <w:b w:val="0"/>
          <w:i w:val="0"/>
          <w:color w:val="000000"/>
          <w:sz w:val="24"/>
        </w:rPr>
        <w:t>И как сказано в Зоаре: до сих пор не упоминались мужское и женское вовсе, кроме как ныне; и благодаря этому все устояло, ибо теперь возникли мужское и женское как подобает; и это упомянуто в «Идра Раба». Смысл в том, что они представляют собой упомянутые стадии МА и БОН. И теперь эта ступень зовется Адам, поскольку Адам включает в себя ЗОН; поэтому ты обнаружишь, что Имя МА в гематрии составляет Адам (</w:t>
      </w:r>
      <w:r>
        <w:rPr>
          <w:rFonts w:ascii="Georgia" w:hAnsi="Georgia" w:cs="Times New Roman"/>
          <w:b/>
          <w:i w:val="0"/>
          <w:color w:val="000000"/>
          <w:sz w:val="24"/>
          <w:rtl/>
          <w:szCs w:val="32"/>
        </w:rPr>
        <w:t>אָדָם</w:t>
      </w:r>
      <w:r>
        <w:rPr>
          <w:rFonts w:ascii="Georgia" w:hAnsi="Georgia"/>
          <w:b w:val="0"/>
          <w:i w:val="0"/>
          <w:color w:val="000000"/>
          <w:sz w:val="24"/>
        </w:rPr>
        <w:t xml:space="preserve"> = 45).</w:t>
      </w:r>
    </w:p>
    <w:p>
      <w:pPr>
        <w:spacing w:before="40" w:after="120"/>
        <w:jc w:val="both"/>
      </w:pPr>
      <w:r>
        <w:rPr>
          <w:rFonts w:ascii="Georgia" w:hAnsi="Georgia"/>
          <w:b w:val="0"/>
          <w:i w:val="0"/>
          <w:color w:val="000000"/>
          <w:sz w:val="24"/>
        </w:rPr>
        <w:t>Если ты спросишь: ведь из Имени МА образовались только мужские начала в Ацилуте, а Нуква возникла из Имени БОН — почему же он один называется именем Адам?</w:t>
      </w:r>
    </w:p>
    <w:p>
      <w:pPr>
        <w:spacing w:before="40" w:after="120"/>
        <w:jc w:val="both"/>
      </w:pPr>
      <w:r>
        <w:rPr>
          <w:rFonts w:ascii="Georgia" w:hAnsi="Georgia"/>
          <w:b w:val="0"/>
          <w:i w:val="0"/>
          <w:color w:val="000000"/>
          <w:sz w:val="24"/>
        </w:rPr>
        <w:t>Смысл в том, как мы уже говорили: Имя МА при своем выходе отбирало из Имени БОН искры, соединяло их с собой и исправляло вместе с собой. Оказалось, что свет Нуквы стал вторым по отношению к нему и питался от него, подобно сыну и дочери: все имущество называется именем сына, он наследует все и уделяет дочери лишь то, что сочтет нужным по своей воле.</w:t>
      </w:r>
    </w:p>
    <w:p>
      <w:pPr>
        <w:spacing w:before="40" w:after="120"/>
        <w:jc w:val="both"/>
      </w:pPr>
      <w:r>
        <w:rPr>
          <w:rFonts w:ascii="Georgia" w:hAnsi="Georgia"/>
          <w:b w:val="0"/>
          <w:i w:val="0"/>
          <w:color w:val="000000"/>
          <w:sz w:val="24"/>
        </w:rPr>
        <w:t>Выходит, что дочь вторична и включена в сына; так и Имя БОН, будучи дочерью, является Нуквой, второй по отношению к Имени МА — сыну, мужскому началу, — и включено в него, поскольку именно Имя МА отбирает его искры к себе и оно исправляется через МА. Поэтому, производя отбор, он сначала берет отобранное себе, как известно о тайне двух венцов (</w:t>
      </w:r>
      <w:r>
        <w:rPr>
          <w:rFonts w:ascii="Georgia" w:hAnsi="Georgia"/>
          <w:b w:val="0"/>
          <w:i/>
          <w:color w:val="000000"/>
          <w:sz w:val="24"/>
        </w:rPr>
        <w:t>терин итрин</w:t>
      </w:r>
      <w:r>
        <w:rPr>
          <w:rFonts w:ascii="Georgia" w:hAnsi="Georgia"/>
          <w:b w:val="0"/>
          <w:i w:val="0"/>
          <w:color w:val="000000"/>
          <w:sz w:val="24"/>
        </w:rPr>
        <w:t xml:space="preserve">, </w:t>
      </w:r>
      <w:r>
        <w:rPr>
          <w:rFonts w:ascii="Georgia" w:hAnsi="Georgia" w:cs="Times New Roman"/>
          <w:b/>
          <w:i w:val="0"/>
          <w:color w:val="000000"/>
          <w:sz w:val="24"/>
          <w:rtl/>
          <w:szCs w:val="32"/>
        </w:rPr>
        <w:t>תְּרֵין עִטְרִין</w:t>
      </w:r>
      <w:r>
        <w:rPr>
          <w:rFonts w:ascii="Georgia" w:hAnsi="Georgia"/>
          <w:b w:val="0"/>
          <w:i w:val="0"/>
          <w:color w:val="000000"/>
          <w:sz w:val="24"/>
        </w:rPr>
        <w:t>), которые наследует сын: два венца де-МА и де-БОН: Хесед и Гвуру. А затем сын передает дочери во время их соединения в зивуге венец Гвуры, словно уделяя ей из своего собственного. Поэтому он один и зовется Адам, включая в себя обоих.</w:t>
      </w:r>
    </w:p>
    <w:p>
      <w:pPr>
        <w:spacing w:before="40" w:after="120"/>
        <w:jc w:val="both"/>
      </w:pPr>
      <w:r>
        <w:rPr>
          <w:rFonts w:ascii="Georgia" w:hAnsi="Georgia"/>
          <w:b w:val="0"/>
          <w:i w:val="0"/>
          <w:color w:val="000000"/>
          <w:sz w:val="24"/>
        </w:rPr>
        <w:t>Итак, у Нуквы де-ЗА есть два состояния:</w:t>
      </w:r>
    </w:p>
    <w:p>
      <w:pPr>
        <w:spacing w:before="40" w:after="120"/>
        <w:jc w:val="both"/>
      </w:pPr>
      <w:r>
        <w:rPr>
          <w:rFonts w:ascii="Georgia" w:hAnsi="Georgia"/>
          <w:b w:val="0"/>
          <w:i w:val="0"/>
          <w:color w:val="000000"/>
          <w:sz w:val="24"/>
        </w:rPr>
        <w:t>1) когда она вначале включена в состав мужского начала;</w:t>
      </w:r>
    </w:p>
    <w:p>
      <w:pPr>
        <w:spacing w:before="40" w:after="120"/>
        <w:jc w:val="both"/>
      </w:pPr>
      <w:r>
        <w:rPr>
          <w:rFonts w:ascii="Georgia" w:hAnsi="Georgia"/>
          <w:b w:val="0"/>
          <w:i w:val="0"/>
          <w:color w:val="000000"/>
          <w:sz w:val="24"/>
        </w:rPr>
        <w:t>2) когда отделяется от него и он дает ей венец Гвуры.</w:t>
      </w:r>
    </w:p>
    <w:p>
      <w:pPr>
        <w:spacing w:before="40" w:after="120"/>
        <w:jc w:val="both"/>
      </w:pPr>
      <w:r>
        <w:rPr>
          <w:rFonts w:ascii="Georgia" w:hAnsi="Georgia"/>
          <w:b w:val="0"/>
          <w:i w:val="0"/>
          <w:color w:val="000000"/>
          <w:sz w:val="24"/>
        </w:rPr>
        <w:t xml:space="preserve">В этом заключается тайна стиха: </w:t>
      </w:r>
      <w:r>
        <w:rPr>
          <w:rFonts w:ascii="Georgia" w:hAnsi="Georgia"/>
          <w:b w:val="0"/>
          <w:i/>
          <w:color w:val="000000"/>
          <w:sz w:val="24"/>
        </w:rPr>
        <w:t>«…и имя жены его Меэйтавэль, дочь Матред…»</w:t>
      </w:r>
      <w:r>
        <w:rPr>
          <w:rFonts w:ascii="Georgia" w:hAnsi="Georgia"/>
          <w:b w:val="0"/>
          <w:i w:val="0"/>
          <w:color w:val="000000"/>
          <w:sz w:val="24"/>
        </w:rPr>
        <w:t xml:space="preserve"> (Берешит 36:39).</w:t>
      </w:r>
    </w:p>
    <w:p>
      <w:pPr>
        <w:spacing w:before="40" w:after="120"/>
        <w:jc w:val="both"/>
      </w:pPr>
      <w:r>
        <w:rPr>
          <w:rFonts w:ascii="Georgia" w:hAnsi="Georgia"/>
          <w:b w:val="0"/>
          <w:i w:val="0"/>
          <w:color w:val="000000"/>
          <w:sz w:val="24"/>
        </w:rPr>
        <w:t>Ведь это имя вмещает в себя МА и 19 (</w:t>
      </w:r>
      <w:r>
        <w:rPr>
          <w:rFonts w:ascii="Georgia" w:hAnsi="Georgia" w:cs="Times New Roman"/>
          <w:b/>
          <w:i w:val="0"/>
          <w:color w:val="000000"/>
          <w:sz w:val="24"/>
          <w:rtl/>
          <w:szCs w:val="32"/>
        </w:rPr>
        <w:t>י״ט</w:t>
      </w:r>
      <w:r>
        <w:rPr>
          <w:rFonts w:ascii="Georgia" w:hAnsi="Georgia"/>
          <w:b w:val="0"/>
          <w:i w:val="0"/>
          <w:color w:val="000000"/>
          <w:sz w:val="24"/>
        </w:rPr>
        <w:t xml:space="preserve"> = 19) — наполнение четырех исходных простых букв в нем. Ибо мужское начало Адам — это Имя МА (45), а женское начало составляет 19, пока пребывает включенным в него, ведь тогда Нуква зовется наполнением Имени МА, численно равным 19. Это подобно Адаму и Хаве: Адам — это Имя МА, а когда Нуква пребывала с ним, она звалась Хава (</w:t>
      </w:r>
      <w:r>
        <w:rPr>
          <w:rFonts w:ascii="Georgia" w:hAnsi="Georgia" w:cs="Times New Roman"/>
          <w:b/>
          <w:i w:val="0"/>
          <w:color w:val="000000"/>
          <w:sz w:val="24"/>
          <w:rtl/>
          <w:szCs w:val="32"/>
        </w:rPr>
        <w:t>חַוָּה</w:t>
      </w:r>
      <w:r>
        <w:rPr>
          <w:rFonts w:ascii="Georgia" w:hAnsi="Georgia"/>
          <w:b w:val="0"/>
          <w:i w:val="0"/>
          <w:color w:val="000000"/>
          <w:sz w:val="24"/>
        </w:rPr>
        <w:t>), числовое значение которой — 19, представляющее собой наполнение Имени МА. Ибо всякое наполнение численно соответствует Имени ЭЛОКИМ — свойству Нуквы, то есть судам (диним). Из этого ты поймешь, почему свойство Нуквы — это всегда суды (диним): причина в том, что ее корень — умершие мелахим, отчего они и названы мелахим, от слова Малхут.</w:t>
      </w:r>
    </w:p>
    <w:p>
      <w:pPr>
        <w:spacing w:before="40" w:after="120"/>
        <w:jc w:val="both"/>
      </w:pPr>
      <w:r>
        <w:rPr>
          <w:rFonts w:ascii="Georgia" w:hAnsi="Georgia"/>
          <w:b w:val="0"/>
          <w:i w:val="0"/>
          <w:color w:val="000000"/>
          <w:sz w:val="24"/>
        </w:rPr>
        <w:t>Когда же она отделяется от него и становится самостоятельной ступенью, представая в образе мужа и жены — мужское начало само по себе, а женское само по себе, — тогда она зовется Меэйтавэль (</w:t>
      </w:r>
      <w:r>
        <w:rPr>
          <w:rFonts w:ascii="Georgia" w:hAnsi="Georgia" w:cs="Times New Roman"/>
          <w:b/>
          <w:i w:val="0"/>
          <w:color w:val="000000"/>
          <w:sz w:val="24"/>
          <w:rtl/>
          <w:szCs w:val="32"/>
        </w:rPr>
        <w:t>מְהֵיטַבְאֵל</w:t>
      </w:r>
      <w:r>
        <w:rPr>
          <w:rFonts w:ascii="Georgia" w:hAnsi="Georgia"/>
          <w:b w:val="0"/>
          <w:i w:val="0"/>
          <w:color w:val="000000"/>
          <w:sz w:val="24"/>
        </w:rPr>
        <w:t>).</w:t>
      </w:r>
    </w:p>
    <w:p>
      <w:pPr>
        <w:spacing w:before="40" w:after="120"/>
        <w:jc w:val="both"/>
      </w:pPr>
      <w:r>
        <w:rPr>
          <w:rFonts w:ascii="Georgia" w:hAnsi="Georgia"/>
          <w:b w:val="0"/>
          <w:i w:val="0"/>
          <w:color w:val="000000"/>
          <w:sz w:val="24"/>
        </w:rPr>
        <w:t>Ведь это имя разделяется на МА (</w:t>
      </w:r>
      <w:r>
        <w:rPr>
          <w:rFonts w:ascii="Georgia" w:hAnsi="Georgia" w:cs="Times New Roman"/>
          <w:b/>
          <w:i w:val="0"/>
          <w:color w:val="000000"/>
          <w:sz w:val="24"/>
          <w:rtl/>
          <w:szCs w:val="32"/>
        </w:rPr>
        <w:t>מַ״ה</w:t>
      </w:r>
      <w:r>
        <w:rPr>
          <w:rFonts w:ascii="Georgia" w:hAnsi="Georgia"/>
          <w:b w:val="0"/>
          <w:i w:val="0"/>
          <w:color w:val="000000"/>
          <w:sz w:val="24"/>
        </w:rPr>
        <w:t>) и Йтавэль (</w:t>
      </w:r>
      <w:r>
        <w:rPr>
          <w:rFonts w:ascii="Georgia" w:hAnsi="Georgia" w:cs="Times New Roman"/>
          <w:b/>
          <w:i w:val="0"/>
          <w:color w:val="000000"/>
          <w:sz w:val="24"/>
          <w:rtl/>
          <w:szCs w:val="32"/>
        </w:rPr>
        <w:t>יְטַבְאֵל</w:t>
      </w:r>
      <w:r>
        <w:rPr>
          <w:rFonts w:ascii="Georgia" w:hAnsi="Georgia"/>
          <w:b w:val="0"/>
          <w:i w:val="0"/>
          <w:color w:val="000000"/>
          <w:sz w:val="24"/>
        </w:rPr>
        <w:t>): МА — это мужское начало, как известно, а слово Йтавэль (</w:t>
      </w:r>
      <w:r>
        <w:rPr>
          <w:rFonts w:ascii="Georgia" w:hAnsi="Georgia" w:cs="Times New Roman"/>
          <w:b/>
          <w:i w:val="0"/>
          <w:color w:val="000000"/>
          <w:sz w:val="24"/>
          <w:rtl/>
          <w:szCs w:val="32"/>
        </w:rPr>
        <w:t>יְטַבְאֵל</w:t>
      </w:r>
      <w:r>
        <w:rPr>
          <w:rFonts w:ascii="Georgia" w:hAnsi="Georgia"/>
          <w:b w:val="0"/>
          <w:i w:val="0"/>
          <w:color w:val="000000"/>
          <w:sz w:val="24"/>
        </w:rPr>
        <w:t>) составляет в гематрии БОН (52). Это Нуква в ее самостоятельном бытии — Имя АВАЯ с наполнением буквами хэй, которая взаимно услаждается с ним, мужское и женское начала друг с другом. Поэтому в ее названии употреблено слово «добро» (</w:t>
      </w:r>
      <w:r>
        <w:rPr>
          <w:rFonts w:ascii="Georgia" w:hAnsi="Georgia"/>
          <w:b w:val="0"/>
          <w:i/>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указывая на то, что зло покинуло их, а добро было извлечено; об этом и сказано: «и усладились друг другом…» (</w:t>
      </w:r>
      <w:r>
        <w:rPr>
          <w:rFonts w:ascii="Georgia" w:hAnsi="Georgia"/>
          <w:b w:val="0"/>
          <w:i/>
          <w:color w:val="000000"/>
          <w:sz w:val="24"/>
        </w:rPr>
        <w:t>ве-итбасаму да бе-да</w:t>
      </w:r>
      <w:r>
        <w:rPr>
          <w:rFonts w:ascii="Georgia" w:hAnsi="Georgia"/>
          <w:b w:val="0"/>
          <w:i w:val="0"/>
          <w:color w:val="000000"/>
          <w:sz w:val="24"/>
        </w:rPr>
        <w:t xml:space="preserve">, </w:t>
      </w:r>
      <w:r>
        <w:rPr>
          <w:rFonts w:ascii="Georgia" w:hAnsi="Georgia" w:cs="Times New Roman"/>
          <w:b/>
          <w:i w:val="0"/>
          <w:color w:val="000000"/>
          <w:sz w:val="24"/>
          <w:rtl/>
          <w:szCs w:val="32"/>
        </w:rPr>
        <w:t>וְאִתְבַּסָּמוּ דָּא בְּדָא</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необходимо объяснить причину сказанного выше: ведь эти некудот происходят от стадии САГ, так почему же они оказались ниже и вторичнее по отношению к новому Имени МА, так что МА выступает мужским началом, а некудот де-САГ — женским? Ведь во многих местах известно, что ступень Имени САГ выше ступени Имени МА! Ответ заключается в следующем:</w:t>
      </w:r>
    </w:p>
    <w:p>
      <w:pPr>
        <w:spacing w:before="40" w:after="120"/>
        <w:jc w:val="both"/>
      </w:pPr>
      <w:r>
        <w:rPr>
          <w:rFonts w:ascii="Georgia" w:hAnsi="Georgia"/>
          <w:b w:val="0"/>
          <w:i w:val="0"/>
          <w:color w:val="000000"/>
          <w:sz w:val="24"/>
        </w:rPr>
        <w:t>1) Упомянутое новое Имя МА изошло от зивуга АБ и САГ; поэтому, коль скоро оно берет начало в силе самого АБ, оно выше САГ.</w:t>
      </w:r>
    </w:p>
    <w:p>
      <w:pPr>
        <w:spacing w:before="40" w:after="120"/>
        <w:jc w:val="both"/>
      </w:pPr>
      <w:r>
        <w:rPr>
          <w:rFonts w:ascii="Georgia" w:hAnsi="Georgia"/>
          <w:b w:val="0"/>
          <w:i w:val="0"/>
          <w:color w:val="000000"/>
          <w:sz w:val="24"/>
        </w:rPr>
        <w:t>2) В Имени МА не произошло смерти и разбиения, в отличие от самого Имени САГ.</w:t>
      </w:r>
    </w:p>
    <w:p>
      <w:pPr>
        <w:spacing w:before="40" w:after="120"/>
        <w:jc w:val="both"/>
      </w:pPr>
      <w:r>
        <w:rPr>
          <w:rFonts w:ascii="Georgia" w:hAnsi="Georgia"/>
          <w:b w:val="0"/>
          <w:i w:val="0"/>
          <w:color w:val="000000"/>
          <w:sz w:val="24"/>
        </w:rPr>
        <w:t>3) Эти света представляют собой лишь некудот де-САГ, тогда как новый МА содержит в себе все ТАНТА; и коль скоро в нем есть стадия таамим, он заведомо превосходит некудот де-САГ (хотя и не таамим де-САГ).</w:t>
      </w:r>
    </w:p>
    <w:p>
      <w:pPr>
        <w:spacing w:before="40" w:after="120"/>
        <w:jc w:val="both"/>
      </w:pPr>
      <w:r>
        <w:rPr>
          <w:rFonts w:ascii="Georgia" w:hAnsi="Georgia"/>
          <w:b w:val="0"/>
          <w:i w:val="0"/>
          <w:color w:val="000000"/>
          <w:sz w:val="24"/>
        </w:rPr>
        <w:t>4) В САГ ныне есть значительный изъян: его отбор и исправление еще не завершены, как известно, и потому ныне МА превосходит его.</w:t>
      </w:r>
    </w:p>
    <w:p>
      <w:pPr>
        <w:spacing w:before="40" w:after="120"/>
        <w:jc w:val="both"/>
      </w:pPr>
      <w:r>
        <w:rPr>
          <w:rFonts w:ascii="Georgia" w:hAnsi="Georgia"/>
          <w:b w:val="0"/>
          <w:i w:val="0"/>
          <w:color w:val="000000"/>
          <w:sz w:val="24"/>
        </w:rPr>
        <w:t xml:space="preserve">Однако в будущем, когда исправится вся ступень САГ, оживут все мелахим и полностью завершится их отбор по слову Писания: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 тогда Имя САГ возвратится к своему былому величию. Оно воцарится и станет светить в мире, а Имя МА упразднится — в чем и состоит смысл возвращения мира к хаосу и пустоте (</w:t>
      </w:r>
      <w:r>
        <w:rPr>
          <w:rFonts w:ascii="Georgia" w:hAnsi="Georgia"/>
          <w:b w:val="0"/>
          <w:i/>
          <w:color w:val="000000"/>
          <w:sz w:val="24"/>
        </w:rPr>
        <w:t>тоху ва-воху</w:t>
      </w:r>
      <w:r>
        <w:rPr>
          <w:rFonts w:ascii="Georgia" w:hAnsi="Georgia"/>
          <w:b w:val="0"/>
          <w:i w:val="0"/>
          <w:color w:val="000000"/>
          <w:sz w:val="24"/>
        </w:rPr>
        <w:t xml:space="preserve">, </w:t>
      </w:r>
      <w:r>
        <w:rPr>
          <w:rFonts w:ascii="Georgia" w:hAnsi="Georgia" w:cs="Times New Roman"/>
          <w:b/>
          <w:i w:val="0"/>
          <w:color w:val="000000"/>
          <w:sz w:val="24"/>
          <w:rtl/>
          <w:szCs w:val="32"/>
        </w:rPr>
        <w:t>תֹּהוּ וָבֹהוּ</w:t>
      </w:r>
      <w:r>
        <w:rPr>
          <w:rFonts w:ascii="Georgia" w:hAnsi="Georgia"/>
          <w:b w:val="0"/>
          <w:i w:val="0"/>
          <w:color w:val="000000"/>
          <w:sz w:val="24"/>
        </w:rPr>
        <w:t>), упоминаемого мудрецами (ХАЗАЛЬ) в отношении дней Машиаха. Тогда МА упразднится, и останутся лишь два свечения — АБ и САГ. И этого достаточно.</w:t>
      </w:r>
    </w:p>
    <w:p>
      <w:pPr>
        <w:spacing w:before="40" w:after="120"/>
        <w:jc w:val="both"/>
      </w:pPr>
      <w:r>
        <w:rPr>
          <w:rFonts w:ascii="Georgia" w:hAnsi="Georgia"/>
          <w:b w:val="0"/>
          <w:i w:val="0"/>
          <w:color w:val="000000"/>
          <w:sz w:val="24"/>
        </w:rPr>
        <w:t>Глава 4</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Затем вышло Имя МА из лба де-АК: оно представляет собой ступень таамим, тогда как прежние некудот де-САГ зовутся теперь БОН.</w:t>
      </w:r>
    </w:p>
    <w:p>
      <w:pPr>
        <w:spacing w:before="40" w:after="120"/>
        <w:jc w:val="both"/>
      </w:pPr>
      <w:r>
        <w:rPr>
          <w:rFonts w:ascii="Georgia" w:hAnsi="Georgia"/>
          <w:b w:val="0"/>
          <w:i w:val="0"/>
          <w:color w:val="000000"/>
          <w:sz w:val="24"/>
        </w:rPr>
        <w:t xml:space="preserve">Теперь соединились МА и БОН, и через них исправились все некудот — как умершие мелахим, так и остальные мелахим, которые не умерли, и все они в совокупности именуются миром Ацилут. Ныне же, после исправления, этот мир зовется миром Врудим (пестрым), который следует за миром Некудим (точечным), о чем сказано в Писании: </w:t>
      </w:r>
      <w:r>
        <w:rPr>
          <w:rFonts w:ascii="Georgia" w:hAnsi="Georgia"/>
          <w:b w:val="0"/>
          <w:i/>
          <w:color w:val="000000"/>
          <w:sz w:val="24"/>
        </w:rPr>
        <w:t>«…пестрые, крапчатые и пятнистые»</w:t>
      </w:r>
      <w:r>
        <w:rPr>
          <w:rFonts w:ascii="Georgia" w:hAnsi="Georgia"/>
          <w:b w:val="0"/>
          <w:i w:val="0"/>
          <w:color w:val="000000"/>
          <w:sz w:val="24"/>
        </w:rPr>
        <w:t xml:space="preserve"> (Берешит 31:10) — Акудим, Некудим, Врудим.</w:t>
      </w:r>
    </w:p>
    <w:p>
      <w:pPr>
        <w:spacing w:before="40" w:after="120"/>
        <w:jc w:val="both"/>
      </w:pPr>
      <w:r>
        <w:rPr>
          <w:rFonts w:ascii="Georgia" w:hAnsi="Georgia"/>
          <w:b w:val="0"/>
          <w:i w:val="0"/>
          <w:color w:val="000000"/>
          <w:sz w:val="24"/>
        </w:rPr>
        <w:t>В новом Имени МА, выходящем ныне изо лба, есть ТАНТА, подобно АБ и САГ:</w:t>
      </w:r>
    </w:p>
    <w:p>
      <w:pPr>
        <w:spacing w:before="40" w:after="120"/>
        <w:jc w:val="both"/>
      </w:pPr>
      <w:r>
        <w:rPr>
          <w:rFonts w:ascii="Georgia" w:hAnsi="Georgia"/>
          <w:b w:val="0"/>
          <w:i w:val="0"/>
          <w:color w:val="000000"/>
          <w:sz w:val="24"/>
        </w:rPr>
        <w:t>таамим де-МА — мужское начало Атика, а таамим де-БОН — Нуква Атика;</w:t>
      </w:r>
    </w:p>
    <w:p>
      <w:pPr>
        <w:spacing w:before="40" w:after="120"/>
        <w:jc w:val="both"/>
      </w:pPr>
      <w:r>
        <w:rPr>
          <w:rFonts w:ascii="Georgia" w:hAnsi="Georgia"/>
          <w:b w:val="0"/>
          <w:i w:val="0"/>
          <w:color w:val="000000"/>
          <w:sz w:val="24"/>
        </w:rPr>
        <w:t>некудот де-МА — мужское начало АА, а некудот де-БОН — Нуква АА;</w:t>
      </w:r>
    </w:p>
    <w:p>
      <w:pPr>
        <w:spacing w:before="40" w:after="120"/>
        <w:jc w:val="both"/>
      </w:pPr>
      <w:r>
        <w:rPr>
          <w:rFonts w:ascii="Georgia" w:hAnsi="Georgia"/>
          <w:b w:val="0"/>
          <w:i w:val="0"/>
          <w:color w:val="000000"/>
          <w:sz w:val="24"/>
        </w:rPr>
        <w:t>тагин де-МА — Аба ве-Има;</w:t>
      </w:r>
    </w:p>
    <w:p>
      <w:pPr>
        <w:spacing w:before="40" w:after="120"/>
        <w:jc w:val="both"/>
      </w:pPr>
      <w:r>
        <w:rPr>
          <w:rFonts w:ascii="Georgia" w:hAnsi="Georgia"/>
          <w:b w:val="0"/>
          <w:i w:val="0"/>
          <w:color w:val="000000"/>
          <w:sz w:val="24"/>
        </w:rPr>
        <w:t>отиет де-МА — ЗОН.</w:t>
      </w:r>
    </w:p>
    <w:p>
      <w:pPr>
        <w:spacing w:before="40" w:after="120"/>
        <w:jc w:val="both"/>
      </w:pPr>
      <w:r>
        <w:rPr>
          <w:rFonts w:ascii="Georgia" w:hAnsi="Georgia"/>
          <w:b w:val="0"/>
          <w:i w:val="0"/>
          <w:color w:val="000000"/>
          <w:sz w:val="24"/>
        </w:rPr>
        <w:t>Однако ниже я написал, что всякая ступень МА относится к мужскому началу, а всякая ступень БОН — к Нукве. Если так, возникает затруднение: ведь здесь утверждается, что тагин де-МА — это Аба ве-Има (где Има — женское начало), а отиет де-МА — это ЗОН (где Нуква — женское начало)!</w:t>
      </w:r>
    </w:p>
    <w:p>
      <w:pPr>
        <w:spacing w:before="40" w:after="120"/>
        <w:jc w:val="both"/>
      </w:pPr>
      <w:r>
        <w:rPr>
          <w:rFonts w:ascii="Georgia" w:hAnsi="Georgia"/>
          <w:b w:val="0"/>
          <w:i w:val="0"/>
          <w:color w:val="000000"/>
          <w:sz w:val="24"/>
        </w:rPr>
        <w:t>Можно сказать, что это не вполне строгое выражение, истина же такова, как я написал ниже. И если ты вглядишься, то увидишь, что каждый из пяти парцуфим также разделяется надвое: Из Кетера десяти сфирот образовались Атик и АА: Атик — до Тиферет Кетера, а АА — оттуда и вниз. Точно так же распределяются Хохма и Исраэль Саба, Бина и Твуна, а также ЗА, Яаков, Рахель и Лея.</w:t>
      </w:r>
    </w:p>
    <w:p>
      <w:pPr>
        <w:spacing w:before="40" w:after="120"/>
        <w:jc w:val="both"/>
      </w:pPr>
      <w:r>
        <w:rPr>
          <w:rFonts w:ascii="Georgia" w:hAnsi="Georgia"/>
          <w:b w:val="0"/>
          <w:i w:val="0"/>
          <w:color w:val="000000"/>
          <w:sz w:val="24"/>
        </w:rPr>
        <w:t>И если ты вглядишься, то увидишь, что Имя МА охватывает все Имя в целом, представляя собой ТАНТА всего его объема. Имя же БОН — это исключительно некудот де-САГ, однако и сами эти некудот де-САГ также подразделяются на ТАНТА. Ибо везде, где упоминаются ТАНТА в Имени БОН (которое, как известно, есть САГ), имеются в виду исключительно некудот де-САГ, в которые включены таамим и некудот; сохрани это правило.</w:t>
      </w:r>
    </w:p>
    <w:p>
      <w:pPr>
        <w:spacing w:before="40" w:after="120"/>
        <w:jc w:val="both"/>
      </w:pPr>
      <w:r>
        <w:rPr>
          <w:rFonts w:ascii="Georgia" w:hAnsi="Georgia"/>
          <w:b w:val="0"/>
          <w:i w:val="0"/>
          <w:color w:val="000000"/>
          <w:sz w:val="24"/>
        </w:rPr>
        <w:t>Таким образом, каждое из четырех Имен — АБ, САГ, МА, БОН — соотносится со ступенями: первое — с таамим, второе — с некудот, третье — с тагин, а четвертое — с отиет; и каждое из этих четырех включает в себя все четыре ступени ТАНТА. Однако в Имени САГ мы находим одну особенность: даже его часть, относящаяся к некудот, сама включает в себя четыре ступени ТАНТА. Отсюда мы заключаем, что Имя БОН — это исключительно часть некудот де-САГ, и именно это Имя БОН подразделяется на четыре ступени. Что же касается остальных ступеней САГ, то есть тагин и отиет, то они, возможно, находятся в БЕА, как представляется мне, Хаиму [Виталю], в согласии со сказанным выше.</w:t>
      </w:r>
    </w:p>
    <w:p>
      <w:pPr>
        <w:spacing w:before="40" w:after="120"/>
        <w:jc w:val="both"/>
      </w:pPr>
      <w:r>
        <w:rPr>
          <w:rFonts w:ascii="Georgia" w:hAnsi="Georgia"/>
          <w:b w:val="0"/>
          <w:i w:val="0"/>
          <w:color w:val="000000"/>
          <w:sz w:val="24"/>
        </w:rPr>
        <w:t>Мне также представляется, что корень их образуют лишь две ступени — АБ и САГ, являющиеся корнем Хеседа и Дина. При этом АБ включает в себя ТАНТА, и САГ — точно так же. Таамим де-АБ находятся в голове, как известно, а их некудот располагаются ото лба и ниже, представляя собой Имя МА; и это Имя также включает в себя таамим, некудот и так далее.</w:t>
      </w:r>
    </w:p>
    <w:p>
      <w:pPr>
        <w:spacing w:before="40" w:after="120"/>
        <w:jc w:val="both"/>
      </w:pPr>
      <w:r>
        <w:rPr>
          <w:rFonts w:ascii="Georgia" w:hAnsi="Georgia"/>
          <w:b w:val="0"/>
          <w:i w:val="0"/>
          <w:color w:val="000000"/>
          <w:sz w:val="24"/>
        </w:rPr>
        <w:t>Выходит, что таамим де-АБ соответствуют таамим де-САГ, а некудот де-АБ — это Имя МА во лбу, и они соответствуют некудот де-САГ в глазах, которые именуются Именем БОН.</w:t>
      </w:r>
    </w:p>
    <w:p>
      <w:pPr>
        <w:spacing w:before="40" w:after="120"/>
        <w:jc w:val="both"/>
      </w:pPr>
      <w:r>
        <w:rPr>
          <w:rFonts w:ascii="Georgia" w:hAnsi="Georgia"/>
          <w:b w:val="0"/>
          <w:i w:val="0"/>
          <w:color w:val="000000"/>
          <w:sz w:val="24"/>
        </w:rPr>
        <w:t>Однако согласно этому возникает затруднение: ведь некудот соответствуют САГ, а не МА; следовательно, надлежало бы выйти САГ де-АБ (то есть некудот де-АБ), а не МА (которые соответствуют тагин).</w:t>
      </w:r>
    </w:p>
    <w:p>
      <w:pPr>
        <w:spacing w:before="40" w:after="120"/>
        <w:jc w:val="both"/>
      </w:pPr>
      <w:r>
        <w:rPr>
          <w:rFonts w:ascii="Georgia" w:hAnsi="Georgia"/>
          <w:b w:val="0"/>
          <w:i w:val="0"/>
          <w:color w:val="000000"/>
          <w:sz w:val="24"/>
        </w:rPr>
        <w:t>Кроме того, остаются теперь тагин и отиет де-АБ, а также тагин и отиет де-САГ, и неизвестно, что произошло с ними. Возможно, из них образовался мир БЕА; сохрани это правило, ибо оно может оказаться истинным, и благодаря ему прояснятся многие вопросы. Либо возможно, что из тагин и отиет де-АБ и де-САГ образовались новые келим Ацилута.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А вот что написано в рукописи рабби Хаима Виталя, благословенной памяти, из «Краткого сборника» (Кунтрес а-Кицур):</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У меня возникло три сомнения относительно состояния после исправления:</w:t>
      </w:r>
    </w:p>
    <w:p>
      <w:pPr>
        <w:spacing w:before="40" w:after="120"/>
        <w:jc w:val="both"/>
      </w:pPr>
      <w:r>
        <w:rPr>
          <w:rFonts w:ascii="Georgia" w:hAnsi="Georgia"/>
          <w:b w:val="0"/>
          <w:i w:val="0"/>
          <w:color w:val="000000"/>
          <w:sz w:val="24"/>
        </w:rPr>
        <w:t>1) Либо Имя САГ осталось игулим, а из одного только МА возник ешер всего Ацилута;</w:t>
      </w:r>
    </w:p>
    <w:p>
      <w:pPr>
        <w:spacing w:before="40" w:after="120"/>
        <w:jc w:val="both"/>
      </w:pPr>
      <w:r>
        <w:rPr>
          <w:rFonts w:ascii="Georgia" w:hAnsi="Georgia"/>
          <w:b w:val="0"/>
          <w:i w:val="0"/>
          <w:color w:val="000000"/>
          <w:sz w:val="24"/>
        </w:rPr>
        <w:t>2) Либо вначале вышел САГ де-игулим, а затем, во время исправления, вышел также ешер де-САГ и ешер де-МА (каковым является Меэйтавэль, восьмой мелех Хадар, включающий в себя ЗОН де-МА), так что игулим остались от одного только САГ, а ешер — от МА и САГ; и поэтому САГ де-ешер зовется БОН, поскольку САГ де-игулим не изменил своего имени и остался САГ по-прежнему, тогда как САГ де-ешер зовется БОН;</w:t>
      </w:r>
    </w:p>
    <w:p>
      <w:pPr>
        <w:spacing w:before="40" w:after="120"/>
        <w:jc w:val="both"/>
      </w:pPr>
      <w:r>
        <w:rPr>
          <w:rFonts w:ascii="Georgia" w:hAnsi="Georgia"/>
          <w:b w:val="0"/>
          <w:i w:val="0"/>
          <w:color w:val="000000"/>
          <w:sz w:val="24"/>
        </w:rPr>
        <w:t>3) Либо вначале вышли игулим де-САГ, а при исправлении вышли ешер де-САГ, именуемый БОН, а также игулим и ешер де-МА, и соединились игулим де-МА с игулим де-САГ, равно как и ешер де-МА — с ешер де-САГ, именуемым БОН.</w:t>
      </w:r>
    </w:p>
    <w:p>
      <w:pPr>
        <w:spacing w:before="40" w:after="120"/>
        <w:jc w:val="both"/>
      </w:pPr>
      <w:r>
        <w:rPr>
          <w:rFonts w:ascii="Georgia" w:hAnsi="Georgia"/>
          <w:b w:val="0"/>
          <w:i w:val="0"/>
          <w:color w:val="000000"/>
          <w:sz w:val="24"/>
        </w:rPr>
        <w:t>Из «Большого сборника» (Кунтрес а-Гадоль) де-АК прямо следует, что игулим и ешер де-САГ вышли вначале оба, однако они представляли собой ступень нефеш, а затем при исправлении вышел руах — игулим де-МА и ешер де-МА. Это четвертое объяснение, близкое к третьему варианту моих сомнений. Доказательством служит то, что о смерти мелахим сказано, будто они располагались в виде линий, когда упали ахораим де-Аба ве-Има; ведь одни лишь ГАР располагались в виде линий, и потому умерли только ЗАТ. Известно, что линии существуют только в ешер, равно как лицевая и обратная стороны (паним и ахор) бывают лишь в ешер. Но поскольку в начале сборника было написано, что мы вовсе не собирались говорить об игулим, а лишь о ешер, там и не разбиралась смерть мелахим де-игулим, а только тех, что принадлежат к ешер; по этой причине и в Тиккуним упоминается лишь ешер.</w:t>
      </w:r>
    </w:p>
    <w:p>
      <w:pPr>
        <w:spacing w:before="40" w:after="120"/>
        <w:jc w:val="both"/>
      </w:pPr>
      <w:r>
        <w:rPr>
          <w:rFonts w:ascii="Georgia" w:hAnsi="Georgia"/>
          <w:b w:val="0"/>
          <w:i w:val="0"/>
          <w:color w:val="000000"/>
          <w:sz w:val="24"/>
        </w:rPr>
        <w:t>Так же следует и из «Краткого сборника», где сказано, что в АХАП есть только ешер, тогда как в глазах и во лбу, представляющих собой Некудим, есть ешер и игулим. Отсюда видно, что в одних только глазах, являющихся САГ, равно как и в одном только лбу, являющемся МА, есть ешер и игулим в каждом из них.</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Поначалу десять сфирот охватывали весь мир Ацилут, сущность и келим; однако сущность была полной, а келим — малыми, и потому они умерли.</w:t>
      </w:r>
    </w:p>
    <w:p>
      <w:pPr>
        <w:spacing w:before="40" w:after="120"/>
        <w:jc w:val="both"/>
      </w:pPr>
      <w:r>
        <w:rPr>
          <w:rFonts w:ascii="Georgia" w:hAnsi="Georgia"/>
          <w:b w:val="0"/>
          <w:i w:val="0"/>
          <w:color w:val="000000"/>
          <w:sz w:val="24"/>
        </w:rPr>
        <w:t>Смысл в следующем:</w:t>
      </w:r>
    </w:p>
    <w:p>
      <w:pPr>
        <w:spacing w:before="40" w:after="120"/>
        <w:jc w:val="both"/>
      </w:pPr>
      <w:r>
        <w:rPr>
          <w:rFonts w:ascii="Georgia" w:hAnsi="Georgia"/>
          <w:b w:val="0"/>
          <w:i w:val="0"/>
          <w:color w:val="000000"/>
          <w:sz w:val="24"/>
        </w:rPr>
        <w:t>кли точки Атика составляло верхнюю половину Кетера Атика до его табура;</w:t>
      </w:r>
    </w:p>
    <w:p>
      <w:pPr>
        <w:spacing w:before="40" w:after="120"/>
        <w:jc w:val="both"/>
      </w:pPr>
      <w:r>
        <w:rPr>
          <w:rFonts w:ascii="Georgia" w:hAnsi="Georgia"/>
          <w:b w:val="0"/>
          <w:i w:val="0"/>
          <w:color w:val="000000"/>
          <w:sz w:val="24"/>
        </w:rPr>
        <w:t>кли точки АА составляло нижнюю половину Кетера, и в него были включены все его десять сфирот, равно как и в Атике;</w:t>
      </w:r>
    </w:p>
    <w:p>
      <w:pPr>
        <w:spacing w:before="40" w:after="120"/>
        <w:jc w:val="both"/>
      </w:pPr>
      <w:r>
        <w:rPr>
          <w:rFonts w:ascii="Georgia" w:hAnsi="Georgia"/>
          <w:b w:val="0"/>
          <w:i w:val="0"/>
          <w:color w:val="000000"/>
          <w:sz w:val="24"/>
        </w:rPr>
        <w:t>кли Абы составляла одна лишь Хохма, вмещавшая в себя все его десять сфирот;</w:t>
      </w:r>
    </w:p>
    <w:p>
      <w:pPr>
        <w:spacing w:before="40" w:after="120"/>
        <w:jc w:val="both"/>
      </w:pPr>
      <w:r>
        <w:rPr>
          <w:rFonts w:ascii="Georgia" w:hAnsi="Georgia"/>
          <w:b w:val="0"/>
          <w:i w:val="0"/>
          <w:color w:val="000000"/>
          <w:sz w:val="24"/>
        </w:rPr>
        <w:t>кли Имы составляла одна лишь Бина, вмещавшая в себя все ее десять сфирот;</w:t>
      </w:r>
    </w:p>
    <w:p>
      <w:pPr>
        <w:spacing w:before="40" w:after="120"/>
        <w:jc w:val="both"/>
      </w:pPr>
      <w:r>
        <w:rPr>
          <w:rFonts w:ascii="Georgia" w:hAnsi="Georgia"/>
          <w:b w:val="0"/>
          <w:i w:val="0"/>
          <w:color w:val="000000"/>
          <w:sz w:val="24"/>
        </w:rPr>
        <w:t>келим ЗОН (вар.: ЗА) составляли семь келим: первое — из одного лишь Хеседа, второе — из Гвуры, третье — из Тиферет, четвертое — из Нецаха, пятое — из одного лишь Хода, шестое — из одного лишь Есода, седьмое — из одной лишь Малхут, и все десять сфирот его были включены в них;</w:t>
      </w:r>
    </w:p>
    <w:p>
      <w:pPr>
        <w:spacing w:before="40" w:after="120"/>
        <w:jc w:val="both"/>
      </w:pPr>
      <w:r>
        <w:rPr>
          <w:rFonts w:ascii="Georgia" w:hAnsi="Georgia"/>
          <w:b w:val="0"/>
          <w:i w:val="0"/>
          <w:color w:val="000000"/>
          <w:sz w:val="24"/>
        </w:rPr>
        <w:t>кли же Малхут относилось к самой Малхут в ней одной, и все десять сфирот ее были включены в него. Было в них до исправления и другое отличие: каждое [кли] располагалось одно над другим, и ни одно из них вовсе не облачалось в другое. Тогда все они представляли собой единый парцуф, притом что ни одна сфира не облачалась в соседнюю; а высота его роста была в точности такой, как ныне — во всю длину Ацилута.</w:t>
      </w:r>
    </w:p>
    <w:p>
      <w:pPr>
        <w:spacing w:before="40" w:after="120"/>
        <w:jc w:val="both"/>
      </w:pPr>
      <w:r>
        <w:rPr>
          <w:rFonts w:ascii="Georgia" w:hAnsi="Georgia"/>
          <w:b w:val="0"/>
          <w:i w:val="0"/>
          <w:color w:val="000000"/>
          <w:sz w:val="24"/>
        </w:rPr>
        <w:t>После же окончательного исправления к Кетеру Атика добавились девять келим и нижняя половина, и они облачились и распространились друг в друга. Благодаря этому келим беспредельно расширились и смогли выдержать все света, оставшись равными по высоте.</w:t>
      </w:r>
    </w:p>
    <w:p>
      <w:pPr>
        <w:spacing w:before="40" w:after="120"/>
        <w:jc w:val="both"/>
      </w:pPr>
      <w:r>
        <w:rPr>
          <w:rFonts w:ascii="Georgia" w:hAnsi="Georgia"/>
          <w:b w:val="0"/>
          <w:i w:val="0"/>
          <w:color w:val="000000"/>
          <w:sz w:val="24"/>
        </w:rPr>
        <w:t>Девять келим и нижняя половина Кетера добавились и к АА; они также облачились друг в друга, и все келим Атика облачились внутрь келим АА.</w:t>
      </w:r>
    </w:p>
    <w:p>
      <w:pPr>
        <w:spacing w:before="40" w:after="120"/>
        <w:jc w:val="both"/>
      </w:pPr>
      <w:r>
        <w:rPr>
          <w:rFonts w:ascii="Georgia" w:hAnsi="Georgia"/>
          <w:b w:val="0"/>
          <w:i w:val="0"/>
          <w:color w:val="000000"/>
          <w:sz w:val="24"/>
        </w:rPr>
        <w:t>Девять келим добавились к Абе, помимо кли Хохмы, изначально в нем присутствовавшего; они также облачились друг в друга, и все келим АА и Атика облачились внутрь келим Абы.</w:t>
      </w:r>
    </w:p>
    <w:p>
      <w:pPr>
        <w:spacing w:before="40" w:after="120"/>
        <w:jc w:val="both"/>
      </w:pPr>
      <w:r>
        <w:rPr>
          <w:rFonts w:ascii="Georgia" w:hAnsi="Georgia"/>
          <w:b w:val="0"/>
          <w:i w:val="0"/>
          <w:color w:val="000000"/>
          <w:sz w:val="24"/>
        </w:rPr>
        <w:t>Девять келим добавились к Име, помимо кли Бины, изначально в ней присутствовавшего, и все келим Атика, АА и Абы облачились внутрь нее.</w:t>
      </w:r>
    </w:p>
    <w:p>
      <w:pPr>
        <w:spacing w:before="40" w:after="120"/>
        <w:jc w:val="both"/>
      </w:pPr>
      <w:r>
        <w:rPr>
          <w:rFonts w:ascii="Georgia" w:hAnsi="Georgia"/>
          <w:b w:val="0"/>
          <w:i w:val="0"/>
          <w:color w:val="000000"/>
          <w:sz w:val="24"/>
        </w:rPr>
        <w:t>К ЗА добавились первые три кли КАХАБ и последнее кли Малхут, помимо шести келим ВАК, изначально в нем присутствовавших; и не... ...только это: каждое его кли включает в себя все десять келим, как известно, и точно так же — во всех остальных парцуфим, пойми же это! Они облачились друг в друга, и все келим Атика, АА и Аба ве-Има облачились внутрь ЗА.</w:t>
      </w:r>
    </w:p>
    <w:p>
      <w:pPr>
        <w:spacing w:before="40" w:after="120"/>
        <w:jc w:val="both"/>
      </w:pPr>
      <w:r>
        <w:rPr>
          <w:rFonts w:ascii="Georgia" w:hAnsi="Georgia"/>
          <w:b w:val="0"/>
          <w:i w:val="0"/>
          <w:color w:val="000000"/>
          <w:sz w:val="24"/>
        </w:rPr>
        <w:t>К Нукве добавились первые девять келим, помимо кли Малхут, изначально в ней присутствовавшего; они также облачились друг в друга, и все келим Атика, АА, Аба ве-Има и ЗА облачились внутрь ее келим.</w:t>
      </w:r>
    </w:p>
    <w:p>
      <w:pPr>
        <w:spacing w:before="40" w:after="120"/>
        <w:jc w:val="both"/>
      </w:pPr>
      <w:r>
        <w:rPr>
          <w:rFonts w:ascii="Georgia" w:hAnsi="Georgia"/>
          <w:b w:val="0"/>
          <w:i w:val="0"/>
          <w:color w:val="000000"/>
          <w:sz w:val="24"/>
        </w:rPr>
        <w:t>Ты уже знаешь, что помимо наличия десяти полных келим в каждом парцуфе, каждое кли само включает в себя десять келим и так далее. Таким образом, десять келим расширились беспредельно, тогда как высота их роста не изменилась, ибо они облачились одно внутрь другого — пойми же это чрезвычайно глубоко! — и благодаря этому смогли выдержать света.</w:t>
      </w:r>
    </w:p>
    <w:p>
      <w:pPr>
        <w:spacing w:before="40" w:after="120"/>
        <w:jc w:val="both"/>
      </w:pPr>
      <w:r>
        <w:rPr>
          <w:rFonts w:ascii="Georgia" w:hAnsi="Georgia"/>
          <w:b w:val="0"/>
          <w:i w:val="0"/>
          <w:color w:val="000000"/>
          <w:sz w:val="24"/>
        </w:rPr>
        <w:t>Итак, объяснено, что было до исправления и как все стало после завершения всего исправления. Однако на промежуточных ступенях происходили многочисленные изменения, поскольку исправление совершалось постепенно:</w:t>
      </w:r>
    </w:p>
    <w:p>
      <w:pPr>
        <w:spacing w:before="40" w:after="120"/>
        <w:jc w:val="both"/>
      </w:pPr>
      <w:r>
        <w:rPr>
          <w:rFonts w:ascii="Georgia" w:hAnsi="Georgia"/>
          <w:b w:val="0"/>
          <w:i w:val="0"/>
          <w:color w:val="000000"/>
          <w:sz w:val="24"/>
        </w:rPr>
        <w:t>когда исправлялся Атик, исправлялись все свойства Атика, присутствующие во всех десяти сфирот [от него и ниже];</w:t>
      </w:r>
    </w:p>
    <w:p>
      <w:pPr>
        <w:spacing w:before="40" w:after="120"/>
        <w:jc w:val="both"/>
      </w:pPr>
      <w:r>
        <w:rPr>
          <w:rFonts w:ascii="Georgia" w:hAnsi="Georgia"/>
          <w:b w:val="0"/>
          <w:i w:val="0"/>
          <w:color w:val="000000"/>
          <w:sz w:val="24"/>
        </w:rPr>
        <w:t>когда исправлялся АА, исправлялись все свойства Кетеров, имеющиеся во всех келим от него и ниже, и в них сформировались келим Кетеров;</w:t>
      </w:r>
    </w:p>
    <w:p>
      <w:pPr>
        <w:spacing w:before="40" w:after="120"/>
        <w:jc w:val="both"/>
      </w:pPr>
      <w:r>
        <w:rPr>
          <w:rFonts w:ascii="Georgia" w:hAnsi="Georgia"/>
          <w:b w:val="0"/>
          <w:i w:val="0"/>
          <w:color w:val="000000"/>
          <w:sz w:val="24"/>
        </w:rPr>
        <w:t>когда исправлялись Аба ве-Има, исправлялись все свойства келим ХУБ, присутствующие от них и ниже;</w:t>
      </w:r>
    </w:p>
    <w:p>
      <w:pPr>
        <w:spacing w:before="40" w:after="120"/>
        <w:jc w:val="both"/>
      </w:pPr>
      <w:r>
        <w:rPr>
          <w:rFonts w:ascii="Georgia" w:hAnsi="Georgia"/>
          <w:b w:val="0"/>
          <w:i w:val="0"/>
          <w:color w:val="000000"/>
          <w:sz w:val="24"/>
        </w:rPr>
        <w:t>когда исправлялся ЗА, исправлялись все келим ВАК, присутствующие от них и ниже в каждом кли;</w:t>
      </w:r>
    </w:p>
    <w:p>
      <w:pPr>
        <w:spacing w:before="40" w:after="120"/>
        <w:jc w:val="both"/>
      </w:pPr>
      <w:r>
        <w:rPr>
          <w:rFonts w:ascii="Georgia" w:hAnsi="Georgia"/>
          <w:b w:val="0"/>
          <w:i w:val="0"/>
          <w:color w:val="000000"/>
          <w:sz w:val="24"/>
        </w:rPr>
        <w:t>а когда исправлялась Нуква, то есть Малхут, исправились келим Малхут в каждом кли, и тогда окончательно исправилась Нуква.</w:t>
      </w:r>
    </w:p>
    <w:p>
      <w:pPr>
        <w:spacing w:before="40" w:after="120"/>
        <w:jc w:val="both"/>
      </w:pPr>
      <w:r>
        <w:rPr>
          <w:rFonts w:ascii="Georgia" w:hAnsi="Georgia"/>
          <w:b w:val="0"/>
          <w:i w:val="0"/>
          <w:color w:val="000000"/>
          <w:sz w:val="24"/>
        </w:rPr>
        <w:t>Итак, мы изложили в общем виде еще один корень исправления ЗА, и по нему можно судить обо всех остальных, ибо время исправления трех нижних сфирот не подобно времени исправления трех средних и времени исправления ГАР. Семь келим де-ЗА формировались следующим образом:</w:t>
      </w:r>
    </w:p>
    <w:p>
      <w:pPr>
        <w:spacing w:before="40" w:after="120"/>
        <w:jc w:val="both"/>
      </w:pPr>
      <w:r>
        <w:rPr>
          <w:rFonts w:ascii="Georgia" w:hAnsi="Georgia"/>
          <w:b w:val="0"/>
          <w:i w:val="0"/>
          <w:color w:val="000000"/>
          <w:sz w:val="24"/>
        </w:rPr>
        <w:t>поначалу было семь единичных келим: Хесед — из одного Хеседа, Гвура — из Гвуры, Тиферет — из Тиферет, Нецах — из Нецаха, Ход — из Хода, Есод — из Есода, Малхут — из Малхут.</w:t>
      </w:r>
    </w:p>
    <w:p>
      <w:pPr>
        <w:spacing w:before="40" w:after="120"/>
        <w:jc w:val="both"/>
      </w:pPr>
      <w:r>
        <w:rPr>
          <w:rFonts w:ascii="Georgia" w:hAnsi="Georgia"/>
          <w:b w:val="0"/>
          <w:i w:val="0"/>
          <w:color w:val="000000"/>
          <w:sz w:val="24"/>
        </w:rPr>
        <w:t>Во время ибура (зачатия) к каждому из этих семи келим добавились НЕХИ;</w:t>
      </w:r>
    </w:p>
    <w:p>
      <w:pPr>
        <w:spacing w:before="40" w:after="120"/>
        <w:jc w:val="both"/>
      </w:pPr>
      <w:r>
        <w:rPr>
          <w:rFonts w:ascii="Georgia" w:hAnsi="Georgia"/>
          <w:b w:val="0"/>
          <w:i w:val="0"/>
          <w:color w:val="000000"/>
          <w:sz w:val="24"/>
        </w:rPr>
        <w:t>затем, при йенике (вскармливании), к каждому из семи исходных келим добавились ХАГАТ;</w:t>
      </w:r>
    </w:p>
    <w:p>
      <w:pPr>
        <w:spacing w:before="40" w:after="120"/>
        <w:jc w:val="both"/>
      </w:pPr>
      <w:r>
        <w:rPr>
          <w:rFonts w:ascii="Georgia" w:hAnsi="Georgia"/>
          <w:b w:val="0"/>
          <w:i w:val="0"/>
          <w:color w:val="000000"/>
          <w:sz w:val="24"/>
        </w:rPr>
        <w:t>затем, с обретением мохин (света разума), к каждому из ЗАТ добавились ГАР;</w:t>
      </w:r>
    </w:p>
    <w:p>
      <w:pPr>
        <w:spacing w:before="40" w:after="120"/>
        <w:jc w:val="both"/>
      </w:pPr>
      <w:r>
        <w:rPr>
          <w:rFonts w:ascii="Georgia" w:hAnsi="Georgia"/>
          <w:b w:val="0"/>
          <w:i w:val="0"/>
          <w:color w:val="000000"/>
          <w:sz w:val="24"/>
        </w:rPr>
        <w:t>и совершился еще один прирост — возникли три первых кли, каждое из которых включает десять ступеней; и все это свершилось в состоянии истинного величия (гадлут).</w:t>
      </w:r>
    </w:p>
    <w:p>
      <w:pPr>
        <w:spacing w:before="40" w:after="120"/>
        <w:jc w:val="both"/>
      </w:pPr>
      <w:r>
        <w:rPr>
          <w:rFonts w:ascii="Georgia" w:hAnsi="Georgia"/>
          <w:b w:val="0"/>
          <w:i w:val="0"/>
          <w:color w:val="000000"/>
          <w:sz w:val="24"/>
        </w:rPr>
        <w:t>В первых трех келим есть обратная сторона (ахор), середина (эмца) и лицевая сторона (паним); в трех средних келим также есть три облачения (левушим), и точно так же в трех нижних келим есть три облачения.</w:t>
      </w:r>
    </w:p>
    <w:p>
      <w:pPr>
        <w:spacing w:before="40" w:after="120"/>
        <w:jc w:val="both"/>
      </w:pPr>
      <w:r>
        <w:rPr>
          <w:rFonts w:ascii="Georgia" w:hAnsi="Georgia"/>
          <w:b w:val="0"/>
          <w:i w:val="0"/>
          <w:color w:val="000000"/>
          <w:sz w:val="24"/>
        </w:rPr>
        <w:t>Оказывается, что во время ибура образовались лишь келим де-ахораим в трех нижних сфирот НЕХИ, причем каждое кли включало в себя свои НЕХИ и Малхут. Ведь до ибура существовали лишь три кли де-ахор: это — от одного лишь Нецаха... ...это — от одного лишь Хода, а это — от одного лишь Есода.</w:t>
      </w:r>
    </w:p>
    <w:p>
      <w:pPr>
        <w:spacing w:before="40" w:after="120"/>
        <w:jc w:val="both"/>
      </w:pPr>
      <w:r>
        <w:rPr>
          <w:rFonts w:ascii="Georgia" w:hAnsi="Georgia"/>
          <w:b w:val="0"/>
          <w:i w:val="0"/>
          <w:color w:val="000000"/>
          <w:sz w:val="24"/>
        </w:rPr>
        <w:t>В ХАГАТ же благодаря ибуру добавилось по три кли в каждое из них. Ведь вначале существовали три кли де-ахор: это — от одного лишь Хеседа, это — от одной лишь Гвуры, а это — от одной лишь Тиферет (и так же в НЕХИ), как сказано выше. Благодаря ибуру образовались пять (вар.: три) келим де-ахор в кли Хеседа (а именно Хесед и НЕХИМ в нем), пять келим де-ахор в кли Гвуры (Гвура и НЕХИМ в нем) и пять [три] келим де-ахор в кли Тиферет — Тиферет и НЕХИМ в нем (и так же в келим НЕХИ).</w:t>
      </w:r>
    </w:p>
    <w:p>
      <w:pPr>
        <w:spacing w:before="40" w:after="120"/>
        <w:jc w:val="both"/>
      </w:pPr>
      <w:r>
        <w:rPr>
          <w:rFonts w:ascii="Georgia" w:hAnsi="Georgia"/>
          <w:b w:val="0"/>
          <w:i w:val="0"/>
          <w:color w:val="000000"/>
          <w:sz w:val="24"/>
        </w:rPr>
        <w:t>В ГАР же пока вовсе не было никакого кли.</w:t>
      </w:r>
    </w:p>
    <w:p>
      <w:pPr>
        <w:spacing w:before="40" w:after="120"/>
        <w:jc w:val="both"/>
      </w:pPr>
      <w:r>
        <w:rPr>
          <w:rFonts w:ascii="Georgia" w:hAnsi="Georgia"/>
          <w:b w:val="0"/>
          <w:i w:val="0"/>
          <w:color w:val="000000"/>
          <w:sz w:val="24"/>
        </w:rPr>
        <w:t>Во время йеники к кли Хеседа добавились келим Гвуры и Тиферет; к кли Гвуры добавились келим Хеседа и Тиферет; к кли Тиферет добавились келим Хеседа и Гвуры; а к келим НЕХИ добавились ХАГАТ в каждое из них — вот шесть келим, каждое из которых включает в себя ЗАТ.</w:t>
      </w:r>
    </w:p>
    <w:p>
      <w:pPr>
        <w:spacing w:before="40" w:after="120"/>
        <w:jc w:val="both"/>
      </w:pPr>
      <w:r>
        <w:rPr>
          <w:rFonts w:ascii="Georgia" w:hAnsi="Georgia"/>
          <w:b w:val="0"/>
          <w:i w:val="0"/>
          <w:color w:val="000000"/>
          <w:sz w:val="24"/>
        </w:rPr>
        <w:t>В состоянии же гадлута добавились ГАР к каждому из семи нижних келим, и дополнительно полностью сформировались три первых кли, каждое из которых включает в себя десять совершенных келим.</w:t>
      </w:r>
    </w:p>
    <w:p>
      <w:r>
        <w:br w:type="page"/>
      </w:r>
    </w:p>
    <w:p>
      <w:pPr>
        <w:keepNext/>
        <w:spacing w:before="360" w:after="160"/>
        <w:jc w:val="center"/>
      </w:pPr>
      <w:r>
        <w:rPr>
          <w:rFonts w:ascii="Georgia" w:hAnsi="Georgia"/>
          <w:b w:val="0"/>
          <w:i w:val="0"/>
          <w:color w:val="000000"/>
          <w:sz w:val="40"/>
        </w:rPr>
        <w:t>Врата 11: Врата мелахим</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Четвертые врата — Врата мелахим; они разделены на одиннадцать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Разъяснение того, что представляют собой умершие мелахим, в чем их суть, а также как возникли первые точки (некудот), существовавшие до [мира] Ацилут.</w:t>
      </w:r>
    </w:p>
    <w:p>
      <w:pPr>
        <w:spacing w:before="40" w:after="120"/>
        <w:jc w:val="both"/>
      </w:pPr>
      <w:r>
        <w:rPr>
          <w:rFonts w:ascii="Georgia" w:hAnsi="Georgia"/>
          <w:b w:val="0"/>
          <w:i w:val="0"/>
          <w:color w:val="000000"/>
          <w:sz w:val="24"/>
        </w:rPr>
        <w:t>Знай: до исправления Ацилута вышли десять точек, и все они потенциально содержались в одной точке — в Кетер. Таким образом, все десять [сфирот] пребывали в Кетер, будучи включены в него. И в этом смысл [миров] Акудим, Некудим и Врудим: вначале все они были связаны воедино (</w:t>
      </w:r>
      <w:r>
        <w:rPr>
          <w:rFonts w:ascii="Georgia" w:hAnsi="Georgia"/>
          <w:b w:val="0"/>
          <w:i/>
          <w:color w:val="000000"/>
          <w:sz w:val="24"/>
        </w:rPr>
        <w:t>акудим</w:t>
      </w:r>
      <w:r>
        <w:rPr>
          <w:rFonts w:ascii="Georgia" w:hAnsi="Georgia"/>
          <w:b w:val="0"/>
          <w:i w:val="0"/>
          <w:color w:val="000000"/>
          <w:sz w:val="24"/>
        </w:rPr>
        <w:t>), соединены друг с другом, и все это — в свойстве Кетер. Затем все они вышли вместе из этой первой точки, и тогда образовались десять точек, каждая сама по себе, — и в этом суть [мира] Некудим. Выходит, десять точек были соединены между собой лишь тогда, когда находились в Кетер, но затем вышли одновременно и стали десятью отдельными точками. А когда исправилась голова Атика (риша де-Атик), [это состояние] стало называться миром Врудим, о чем мы с Б-жьей помощью расскажем ниже. Эти десять точек располагались одна над другой, и высота их духовного уровня равнялась нынешней высоте [мира] Ацилут: место, которого достигали эти точки, служило границей мира Ацилут, а оттуда и ниже простирается мир Брия.</w:t>
      </w:r>
    </w:p>
    <w:p>
      <w:pPr>
        <w:spacing w:before="40" w:after="120"/>
        <w:jc w:val="both"/>
      </w:pPr>
      <w:r>
        <w:rPr>
          <w:rFonts w:ascii="Georgia" w:hAnsi="Georgia"/>
          <w:b w:val="0"/>
          <w:i w:val="0"/>
          <w:color w:val="000000"/>
          <w:sz w:val="24"/>
        </w:rPr>
        <w:t xml:space="preserve">Знай, что эти десять точек вышли в виде сущности и келим. Их келим — это тайна 325 искр (ницоцин), упомянутых в недельной главе «Пинхас» (Зоар III, 258а), которые служат корнями строгих судов (диним). Однако эти 325 искр служат келим лишь для семи нижних точек: они соответствуют семикратному значению слова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что составляет 315 (</w:t>
      </w:r>
      <w:r>
        <w:rPr>
          <w:rFonts w:ascii="Georgia" w:hAnsi="Georgia" w:cs="Times New Roman"/>
          <w:b/>
          <w:i w:val="0"/>
          <w:color w:val="000000"/>
          <w:sz w:val="24"/>
          <w:rtl/>
          <w:szCs w:val="32"/>
        </w:rPr>
        <w:t>שט״ו</w:t>
      </w:r>
      <w:r>
        <w:rPr>
          <w:rFonts w:ascii="Georgia" w:hAnsi="Georgia"/>
          <w:b w:val="0"/>
          <w:i w:val="0"/>
          <w:color w:val="000000"/>
          <w:sz w:val="24"/>
        </w:rPr>
        <w:t xml:space="preserve"> = 315), а вместе с пятью гвурот образует 320 (</w:t>
      </w:r>
      <w:r>
        <w:rPr>
          <w:rFonts w:ascii="Georgia" w:hAnsi="Georgia" w:cs="Times New Roman"/>
          <w:b/>
          <w:i w:val="0"/>
          <w:color w:val="000000"/>
          <w:sz w:val="24"/>
          <w:rtl/>
          <w:szCs w:val="32"/>
        </w:rPr>
        <w:t>ש״ך</w:t>
      </w:r>
      <w:r>
        <w:rPr>
          <w:rFonts w:ascii="Georgia" w:hAnsi="Georgia"/>
          <w:b w:val="0"/>
          <w:i w:val="0"/>
          <w:color w:val="000000"/>
          <w:sz w:val="24"/>
        </w:rPr>
        <w:t xml:space="preserve"> = 320). А поскольку известно, что пять гвурот удвоены [то есть содержат еще 5], их число достигает 325 (</w:t>
      </w:r>
      <w:r>
        <w:rPr>
          <w:rFonts w:ascii="Georgia" w:hAnsi="Georgia" w:cs="Times New Roman"/>
          <w:b/>
          <w:i w:val="0"/>
          <w:color w:val="000000"/>
          <w:sz w:val="24"/>
          <w:rtl/>
          <w:szCs w:val="32"/>
        </w:rPr>
        <w:t>שכ״ה</w:t>
      </w:r>
      <w:r>
        <w:rPr>
          <w:rFonts w:ascii="Georgia" w:hAnsi="Georgia"/>
          <w:b w:val="0"/>
          <w:i w:val="0"/>
          <w:color w:val="000000"/>
          <w:sz w:val="24"/>
        </w:rPr>
        <w:t xml:space="preserve"> = 325). Но три первых кли не принадлежат к этим 320 искрам.</w:t>
      </w:r>
    </w:p>
    <w:p>
      <w:pPr>
        <w:spacing w:before="40" w:after="120"/>
        <w:jc w:val="both"/>
      </w:pPr>
      <w:r>
        <w:rPr>
          <w:rFonts w:ascii="Georgia" w:hAnsi="Georgia"/>
          <w:b w:val="0"/>
          <w:i w:val="0"/>
          <w:color w:val="000000"/>
          <w:sz w:val="24"/>
        </w:rPr>
        <w:t>Свет этих десяти точек был чрезвычайно велик, и к нему добавился высший свет, так что келим оказались не в силах вместить его. Тогда эти келим умерли — то есть опустились вниз, в то место, где ныне находится мир Брия, и это падение и было их смертью. Это произошло только с семью нижними точками (ЗАТ): в трех первых (ГАР) у келим достало силы принять свой свет, и они не умерли. Умерли и опустились в то место, где ныне находится Брия, лишь семь келим семи нижних точек — это и составило их смерть.</w:t>
      </w:r>
    </w:p>
    <w:p>
      <w:pPr>
        <w:spacing w:before="40" w:after="120"/>
        <w:jc w:val="both"/>
      </w:pPr>
      <w:r>
        <w:rPr>
          <w:rFonts w:ascii="Georgia" w:hAnsi="Georgia"/>
          <w:b w:val="0"/>
          <w:i w:val="0"/>
          <w:color w:val="000000"/>
          <w:sz w:val="24"/>
        </w:rPr>
        <w:t xml:space="preserve">Временем же их смерти был момент выхода в виде [мира] Некудим: когда они вышли из состояния Акудим (то есть из состояния, когда все они были соединены и включены в Кетер) и разделились на десять точек, тогда при самом выходе они тотчас и умерли — как сказано в «Идра [Рабба]»: </w:t>
      </w:r>
      <w:r>
        <w:rPr>
          <w:rFonts w:ascii="Georgia" w:hAnsi="Georgia"/>
          <w:b w:val="0"/>
          <w:i/>
          <w:color w:val="000000"/>
          <w:sz w:val="24"/>
        </w:rPr>
        <w:t>«подобно искрам, когда кузнец ударяет по железу, и вылетают искры и тотчас гаснут»</w:t>
      </w:r>
      <w:r>
        <w:rPr>
          <w:rFonts w:ascii="Georgia" w:hAnsi="Georgia"/>
          <w:b w:val="0"/>
          <w:i w:val="0"/>
          <w:color w:val="000000"/>
          <w:sz w:val="24"/>
        </w:rPr>
        <w:t xml:space="preserve"> (Зоар III, 135а).</w:t>
      </w:r>
    </w:p>
    <w:p>
      <w:pPr>
        <w:spacing w:before="40" w:after="120"/>
        <w:jc w:val="both"/>
      </w:pPr>
      <w:r>
        <w:rPr>
          <w:rFonts w:ascii="Georgia" w:hAnsi="Georgia"/>
          <w:b w:val="0"/>
          <w:i w:val="0"/>
          <w:color w:val="000000"/>
          <w:sz w:val="24"/>
        </w:rPr>
        <w:t>И эти семь светов семи нижних точек остались на своем месте без облачения, тогда как в трех высших точках света остались внутри своих келим и не умерли.</w:t>
      </w:r>
    </w:p>
    <w:p>
      <w:pPr>
        <w:spacing w:before="40" w:after="120"/>
        <w:jc w:val="both"/>
      </w:pPr>
      <w:r>
        <w:rPr>
          <w:rFonts w:ascii="Georgia" w:hAnsi="Georgia"/>
          <w:b w:val="0"/>
          <w:i w:val="0"/>
          <w:color w:val="000000"/>
          <w:sz w:val="24"/>
        </w:rPr>
        <w:t>Теперь объясним, как произошло исправление Ацилута. Относительно трех первых сфир уже разъяснено, что их келим не опустились вниз. Из келим этих трех точек образовалась одна голова (риша хада), а внутри нее — три мозга (мохин). Это называется Риша де-ла (Непостижимая голова) и головой Атика Йомин (риша де-Атик Йомин). Таким образом, первые три точки из десяти составляют суть Риша де-ла.</w:t>
      </w:r>
    </w:p>
    <w:p>
      <w:pPr>
        <w:spacing w:before="40" w:after="120"/>
        <w:jc w:val="both"/>
      </w:pPr>
      <w:r>
        <w:rPr>
          <w:rFonts w:ascii="Georgia" w:hAnsi="Georgia"/>
          <w:b w:val="0"/>
          <w:i w:val="0"/>
          <w:color w:val="000000"/>
          <w:sz w:val="24"/>
        </w:rPr>
        <w:t>А три света, находящиеся внутри этих первых точек, распространяются и разворачиваются до счета десять, составляя десять сфирот де-Атик.</w:t>
      </w:r>
    </w:p>
    <w:p>
      <w:pPr>
        <w:spacing w:before="40" w:after="120"/>
        <w:jc w:val="both"/>
      </w:pPr>
      <w:r>
        <w:rPr>
          <w:rFonts w:ascii="Georgia" w:hAnsi="Georgia"/>
          <w:b w:val="0"/>
          <w:i w:val="0"/>
          <w:color w:val="000000"/>
          <w:sz w:val="24"/>
        </w:rPr>
        <w:t>Семь же точек, оставшихся от первых десяти точек, образуют АА, Аба ве-Има и ЗОН, как будет с Б-жьей помощью объяснено далее.</w:t>
      </w:r>
    </w:p>
    <w:p>
      <w:pPr>
        <w:spacing w:before="40" w:after="120"/>
        <w:jc w:val="both"/>
      </w:pPr>
      <w:r>
        <w:rPr>
          <w:rFonts w:ascii="Georgia" w:hAnsi="Georgia"/>
          <w:b w:val="0"/>
          <w:i w:val="0"/>
          <w:color w:val="000000"/>
          <w:sz w:val="24"/>
        </w:rPr>
        <w:t>Причина в том, что в ГАР присутствует исключительно свойство Атика Йомин; но начиная с семи нижних и далее вниз присутствует потенциал АА, Аба ве-Има и ЗОН — все они перемешаны вместе и содержатся в каждой из семи точек. Сила Атика Йомин также примешана к ним, ведь во всяком нижнем обязательно присутствует распространяющаяся в нем сила высшего. Атик спускается во все [ступени], распространяется и соединяется с ними, тогда как силе нижних вовсе не обязательно присутствовать в высших. Поэтому в ГАР есть только свойство Атика. Точно так же обстоит дело и в семи нижних келим: в них присутствуют свойства келим Атика, АА, Аба ве-Има и ЗОН, и все они перемешаны между собой.</w:t>
      </w:r>
    </w:p>
    <w:p>
      <w:pPr>
        <w:spacing w:before="40" w:after="120"/>
        <w:jc w:val="both"/>
      </w:pPr>
      <w:r>
        <w:rPr>
          <w:rFonts w:ascii="Georgia" w:hAnsi="Georgia"/>
          <w:b w:val="0"/>
          <w:i w:val="0"/>
          <w:color w:val="000000"/>
          <w:sz w:val="24"/>
        </w:rPr>
        <w:t>Теперь обратимся к нашей теме: келим упали вниз, в мир Брия, а света остались наверху, на своем месте, без облачения. И когда три первые точки выросли и развились в десять, три из них уже изначально находились на своем месте, а семь нижних возникли как добавление. И когда эти ЗАТ де-Атик пришли затем как добавление, они, спускаясь, оттеснили первоначальные семь точек, стоявшие без облачения на своем прежнем месте. Выходит, ЗАТ де-Атик заняли место тех первоначальных семи точек. Из этого ты поймешь, что высота духовного уровня Атика Йомин охватывает весь мир Ацилут. Когда же они оттесняли те семь точек, то, разумеется, не сталкивали их вниз: мы ведь уже объяснили выше, что смерть присуща только келим и означает падение вниз, а света не умерли и потому не падали. Сказав «оттеснили», мы имели в виду, что они сместили их в стороны: точка Атика входила внутрь соответствующей точки из тех семи как ее внутренняя часть (пнимиют), а та точка оставалась для нее одеянием. Так произошло со всеми семью точками: ЗАТ де-Атик опустились и облачились в первоначальные семь точек, а света семи первоначальных точек остались вокруг них, окружая их наподобие одеяний. Это и есть то смещение, которым они их оттеснили.</w:t>
      </w:r>
    </w:p>
    <w:p>
      <w:pPr>
        <w:spacing w:before="40" w:after="120"/>
        <w:jc w:val="both"/>
      </w:pPr>
      <w:r>
        <w:rPr>
          <w:rFonts w:ascii="Georgia" w:hAnsi="Georgia"/>
          <w:b w:val="0"/>
          <w:i w:val="0"/>
          <w:color w:val="000000"/>
          <w:sz w:val="24"/>
        </w:rPr>
        <w:t>Итак, мы объяснили внутреннюю часть и сущность Атика — как сформировались десять его [сфирот].</w:t>
      </w:r>
    </w:p>
    <w:p>
      <w:pPr>
        <w:spacing w:before="40" w:after="120"/>
        <w:jc w:val="both"/>
      </w:pPr>
      <w:r>
        <w:rPr>
          <w:rFonts w:ascii="Georgia" w:hAnsi="Georgia"/>
          <w:b w:val="0"/>
          <w:i w:val="0"/>
          <w:color w:val="000000"/>
          <w:sz w:val="24"/>
        </w:rPr>
        <w:t>Глава 2</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[происхождение] их келим.</w:t>
      </w:r>
    </w:p>
    <w:p>
      <w:pPr>
        <w:spacing w:before="40" w:after="120"/>
        <w:jc w:val="both"/>
      </w:pPr>
      <w:r>
        <w:rPr>
          <w:rFonts w:ascii="Georgia" w:hAnsi="Georgia"/>
          <w:b w:val="0"/>
          <w:i w:val="0"/>
          <w:color w:val="000000"/>
          <w:sz w:val="24"/>
        </w:rPr>
        <w:t>Три первых кли, которые не умерли, остались как голова (риша). Келим же для ЗАТ де-Атик возникли из той доли Атика, что присутствовала в семи нижних умерших келим, как говорилось выше. Тогда эти семь сил Атика, находившиеся в семи келим, поднялись наверх и соединились с тем добавочным светом, который выделили три высших оставшихся кли, избежавших смерти; соединившись вместе, они стали келим для ЗАТ де-Атик.</w:t>
      </w:r>
    </w:p>
    <w:p>
      <w:pPr>
        <w:spacing w:before="40" w:after="120"/>
        <w:jc w:val="both"/>
      </w:pPr>
      <w:r>
        <w:rPr>
          <w:rFonts w:ascii="Georgia" w:hAnsi="Georgia"/>
          <w:b w:val="0"/>
          <w:i w:val="0"/>
          <w:color w:val="000000"/>
          <w:sz w:val="24"/>
        </w:rPr>
        <w:t>Причина того, что теперь у них появилась сила подняться, заключается в следующем: вначале они служили келим для семи [прежних] светов и не могли выдержать столь великого света; теперь же они служат келим лишь для трех светов, ведь три высших света распространились и составили десять светов. Соответственно, теперь у них есть сила выдержать и принять этот свет, и потому они поднялись наверх и оформились там как келим.</w:t>
      </w:r>
    </w:p>
    <w:p>
      <w:pPr>
        <w:spacing w:before="40" w:after="120"/>
        <w:jc w:val="both"/>
      </w:pPr>
      <w:r>
        <w:rPr>
          <w:rFonts w:ascii="Georgia" w:hAnsi="Georgia"/>
          <w:b w:val="0"/>
          <w:i w:val="0"/>
          <w:color w:val="000000"/>
          <w:sz w:val="24"/>
        </w:rPr>
        <w:t>Поясним сказанное выше о том, что три света распространились и стали десятью светами (и так везде, где упоминается распространение): это вовсе не означает, будто к ним притянулся [новый] высший свет от Бесконечного (Эйн Соф) и затем распространился, — ведь тогда трудность осталась бы в силе, поскольку и теперь было бы десять светов [чрезмерной силы]. Смысл в том, что свет, составлявший изначально три света, разделился — каждый на три части — и образовал десять, а затем эти света распространились до самого конца [мира] Ацилут. Благодаря этому у келим появилась сила принять этот свет.</w:t>
      </w:r>
    </w:p>
    <w:p>
      <w:pPr>
        <w:spacing w:before="40" w:after="120"/>
        <w:jc w:val="both"/>
      </w:pPr>
      <w:r>
        <w:rPr>
          <w:rFonts w:ascii="Georgia" w:hAnsi="Georgia"/>
          <w:b w:val="0"/>
          <w:i w:val="0"/>
          <w:color w:val="000000"/>
          <w:sz w:val="24"/>
        </w:rPr>
        <w:t>Однако в трех высших точках есть одно различие между самими светами и их келим. Относительно их келим очевидно, что все три кли остались наверху в виде головы Атика (риша де-Атик), а затем выросли и распространились вниз вплоть до завершения десяти келим де-Атик вместе с теми свойствами, которые содержались внизу в семи умерших келим, как говорилось выше. Выходит, из трех первоначальных келим образовались кли для Кетер, кли для Бины и кли для Хохмы, а затем от их света распространились семь нижних келим для Атика, корень которых находится наверху, в КАХАБ де-Атик.</w:t>
      </w:r>
    </w:p>
    <w:p>
      <w:pPr>
        <w:spacing w:before="40" w:after="120"/>
        <w:jc w:val="both"/>
      </w:pPr>
      <w:r>
        <w:rPr>
          <w:rFonts w:ascii="Georgia" w:hAnsi="Georgia"/>
          <w:b w:val="0"/>
          <w:i w:val="0"/>
          <w:color w:val="000000"/>
          <w:sz w:val="24"/>
        </w:rPr>
        <w:t>Но относительно трех светов, заключенных в трех первых келим, есть сомнение:</w:t>
      </w:r>
    </w:p>
    <w:p>
      <w:pPr>
        <w:spacing w:before="40" w:after="120"/>
        <w:jc w:val="both"/>
      </w:pPr>
      <w:r>
        <w:rPr>
          <w:rFonts w:ascii="Georgia" w:hAnsi="Georgia"/>
          <w:b w:val="0"/>
          <w:i w:val="0"/>
          <w:color w:val="000000"/>
          <w:sz w:val="24"/>
        </w:rPr>
        <w:t>следует ли сказать, что эти три света образовали КАХАБ де-Атик, а затем из точки Кетер распространилась средняя линия (кав эмцаи), из точки Хохма — правая линия (кав ямин), а из точки Бина — левая линия (кав смоль), так что корень всех трех линий пребывает наверху, в самой голове, как было сказано о келим;</w:t>
      </w:r>
    </w:p>
    <w:p>
      <w:pPr>
        <w:spacing w:before="40" w:after="120"/>
        <w:jc w:val="both"/>
      </w:pPr>
      <w:r>
        <w:rPr>
          <w:rFonts w:ascii="Georgia" w:hAnsi="Georgia"/>
          <w:b w:val="0"/>
          <w:i w:val="0"/>
          <w:color w:val="000000"/>
          <w:sz w:val="24"/>
        </w:rPr>
        <w:t>или же следует сказать, что из одной точки образовались ГАР, из второй — три средние сфиры [ХАГАТ], а из третьей — три нижние [НЕХИ]? В таком случае первая точка пребывает одна внутри высшей головы Атика, а две другие точки составляют гуф де-Атик. Либо же все три точки пребывают в рош де-Атик, а затем распространяются в гуф по трем линиям.</w:t>
      </w:r>
    </w:p>
    <w:p>
      <w:pPr>
        <w:spacing w:before="40" w:after="120"/>
        <w:jc w:val="both"/>
      </w:pPr>
      <w:r>
        <w:rPr>
          <w:rFonts w:ascii="Georgia" w:hAnsi="Georgia"/>
          <w:b w:val="0"/>
          <w:i w:val="0"/>
          <w:color w:val="000000"/>
          <w:sz w:val="24"/>
        </w:rPr>
        <w:t xml:space="preserve">И в этом смысл сказанного в «Идра Зута» (288б): </w:t>
      </w:r>
      <w:r>
        <w:rPr>
          <w:rFonts w:ascii="Georgia" w:hAnsi="Georgia"/>
          <w:b w:val="0"/>
          <w:i/>
          <w:color w:val="000000"/>
          <w:sz w:val="24"/>
        </w:rPr>
        <w:t>«Эта голова называется головой, о которой неведомо, что находится в ней»</w:t>
      </w:r>
      <w:r>
        <w:rPr>
          <w:rFonts w:ascii="Georgia" w:hAnsi="Georgia"/>
          <w:b w:val="0"/>
          <w:i w:val="0"/>
          <w:color w:val="000000"/>
          <w:sz w:val="24"/>
        </w:rPr>
        <w:t xml:space="preserve">. Неведомо сомнение касается внутреннего света внутри этой головы: нам неизвестно, пребывают ли там все три высшие точки, лишь затем распространяясь в остальную часть тела, или же там находится только одна точка, разделившаяся на три, тогда как две другие точки опустились вниз в качестве тела. В этом заключается сомнение, и потому она называется </w:t>
      </w:r>
      <w:r>
        <w:rPr>
          <w:rFonts w:ascii="Georgia" w:hAnsi="Georgia"/>
          <w:b w:val="0"/>
          <w:i/>
          <w:color w:val="000000"/>
          <w:sz w:val="24"/>
        </w:rPr>
        <w:t>Риша де-ла этидья</w:t>
      </w:r>
      <w:r>
        <w:rPr>
          <w:rFonts w:ascii="Georgia" w:hAnsi="Georgia"/>
          <w:b w:val="0"/>
          <w:i w:val="0"/>
          <w:color w:val="000000"/>
          <w:sz w:val="24"/>
        </w:rPr>
        <w:t xml:space="preserve"> — «голова, о которой неведомо, что находится внутри этой головы». Но о самой голове нам уже доподлинно известно, что она образовалась из трех келим трех упомянутых точек.</w:t>
      </w:r>
    </w:p>
    <w:p>
      <w:pPr>
        <w:spacing w:before="40" w:after="120"/>
        <w:jc w:val="both"/>
      </w:pPr>
      <w:r>
        <w:rPr>
          <w:rFonts w:ascii="Georgia" w:hAnsi="Georgia"/>
          <w:b w:val="0"/>
          <w:i w:val="0"/>
          <w:color w:val="000000"/>
          <w:sz w:val="24"/>
        </w:rPr>
        <w:t>Почему же относительно самих келим нам совершенно ясно, что все три пребывают наверху в голове, и нет сомнения, служит ли одно кли трем первым сфирам, тогда как два других кли остались внизу в теле Атика?</w:t>
      </w:r>
    </w:p>
    <w:p>
      <w:pPr>
        <w:spacing w:before="40" w:after="120"/>
        <w:jc w:val="both"/>
      </w:pPr>
      <w:r>
        <w:rPr>
          <w:rFonts w:ascii="Georgia" w:hAnsi="Georgia"/>
          <w:b w:val="0"/>
          <w:i w:val="0"/>
          <w:color w:val="000000"/>
          <w:sz w:val="24"/>
        </w:rPr>
        <w:t xml:space="preserve">Дело в том, что у нас есть фундаментальное исходное положение: волосы как АА, так и Зеир Анпина происходят от тех умерших мелахим. Поэтому свет должен притягиваться к ним через волосы, чтобы они могли его воспринять; к тому же сами волосы относятся к тайне умерших мелахим, по сказанному: </w:t>
      </w:r>
      <w:r>
        <w:rPr>
          <w:rFonts w:ascii="Georgia" w:hAnsi="Georgia"/>
          <w:b w:val="0"/>
          <w:i/>
          <w:color w:val="000000"/>
          <w:sz w:val="24"/>
        </w:rPr>
        <w:t>«ведь Эсав, брат мой, — человек косматый»</w:t>
      </w:r>
      <w:r>
        <w:rPr>
          <w:rFonts w:ascii="Georgia" w:hAnsi="Georgia"/>
          <w:b w:val="0"/>
          <w:i w:val="0"/>
          <w:color w:val="000000"/>
          <w:sz w:val="24"/>
        </w:rPr>
        <w:t xml:space="preserve"> (</w:t>
      </w:r>
      <w:r>
        <w:rPr>
          <w:rFonts w:ascii="Georgia" w:hAnsi="Georgia"/>
          <w:b w:val="0"/>
          <w:i/>
          <w:color w:val="000000"/>
          <w:sz w:val="24"/>
        </w:rPr>
        <w:t>сеир</w:t>
      </w:r>
      <w:r>
        <w:rPr>
          <w:rFonts w:ascii="Georgia" w:hAnsi="Georgia"/>
          <w:b w:val="0"/>
          <w:i w:val="0"/>
          <w:color w:val="000000"/>
          <w:sz w:val="24"/>
        </w:rPr>
        <w:t xml:space="preserve">, </w:t>
      </w:r>
      <w:r>
        <w:rPr>
          <w:rFonts w:ascii="Georgia" w:hAnsi="Georgia" w:cs="Times New Roman"/>
          <w:b/>
          <w:i w:val="0"/>
          <w:color w:val="000000"/>
          <w:sz w:val="24"/>
          <w:rtl/>
          <w:szCs w:val="32"/>
        </w:rPr>
        <w:t>שָׂעִיר</w:t>
      </w:r>
      <w:r>
        <w:rPr>
          <w:rFonts w:ascii="Georgia" w:hAnsi="Georgia"/>
          <w:b w:val="0"/>
          <w:i w:val="0"/>
          <w:color w:val="000000"/>
          <w:sz w:val="24"/>
        </w:rPr>
        <w:t>) (Берешит 27:11). И эти волосы находятся на голове АА (рош де-АА), а рош де-АА располагается на уровне Хесед и Гвуры де-Атик Йомин, как мы с Б-жьей помощью объясним далее. Если бы келим для Хесед и Гвуры де-Атик происходили из келим ГАР, то почему напротив них на голове АА образовались волосы? Но поскольку три первых кли, избежавших смерти, утвердились наверху, в голове Атика, келим для Хесед и Гвуры де-Атик происходят от умерших мелахим; поэтому напротив них на голове АА, соответствующей этим Хесед и Гвуре де-Атик, и вышли волосы.</w:t>
      </w:r>
    </w:p>
    <w:p>
      <w:pPr>
        <w:spacing w:before="40" w:after="120"/>
        <w:jc w:val="both"/>
      </w:pPr>
      <w:r>
        <w:rPr>
          <w:rFonts w:ascii="Georgia" w:hAnsi="Georgia"/>
          <w:b w:val="0"/>
          <w:i w:val="0"/>
          <w:color w:val="000000"/>
          <w:sz w:val="24"/>
        </w:rPr>
        <w:t>Итак, мы разъяснили, как возник парцуф Атик Йомин в виде сущности и келим.</w:t>
      </w:r>
    </w:p>
    <w:p>
      <w:pPr>
        <w:spacing w:before="40" w:after="120"/>
        <w:jc w:val="both"/>
      </w:pPr>
      <w:r>
        <w:rPr>
          <w:rFonts w:ascii="Georgia" w:hAnsi="Georgia"/>
          <w:b w:val="0"/>
          <w:i w:val="0"/>
          <w:color w:val="000000"/>
          <w:sz w:val="24"/>
        </w:rPr>
        <w:t>Однако здесь остается место для вопроса: мы ведь объяснили, что в семи точках из десяти присутствует свойство Атика Йомин как в келим, так и в светах. Но если для создания келим семи нижних сфирот (ЗАТ) потребовалось взять те семь умерших келим от содержавшейся в них доли Атика, то почему света для ЗАТ де-Атик Йомин возникли путем распространения трех первых [светов] Атика, как говорилось выше? Почему бы им не произойти от тех его сил, которые присутствуют в семи светах семи первоначальных точек?</w:t>
      </w:r>
    </w:p>
    <w:p>
      <w:pPr>
        <w:spacing w:before="40" w:after="120"/>
        <w:jc w:val="both"/>
      </w:pPr>
      <w:r>
        <w:rPr>
          <w:rFonts w:ascii="Georgia" w:hAnsi="Georgia"/>
          <w:b w:val="0"/>
          <w:i w:val="0"/>
          <w:color w:val="000000"/>
          <w:sz w:val="24"/>
        </w:rPr>
        <w:t>Ответ таков: те семь сил Атика Йомин, что содержались в семи светах семи первоначальных точек, послужили затем для образования окружающего света мира Ацилут.</w:t>
      </w:r>
    </w:p>
    <w:p>
      <w:pPr>
        <w:spacing w:before="40" w:after="120"/>
        <w:jc w:val="both"/>
      </w:pPr>
      <w:r>
        <w:rPr>
          <w:rFonts w:ascii="Georgia" w:hAnsi="Georgia"/>
          <w:b w:val="0"/>
          <w:i w:val="0"/>
          <w:color w:val="000000"/>
          <w:sz w:val="24"/>
        </w:rPr>
        <w:t>И я хочу приоткрыть тебе немногое о сути окружающего света:</w:t>
      </w:r>
    </w:p>
    <w:p>
      <w:pPr>
        <w:spacing w:before="40" w:after="120"/>
        <w:jc w:val="both"/>
      </w:pPr>
      <w:r>
        <w:rPr>
          <w:rFonts w:ascii="Georgia" w:hAnsi="Georgia"/>
          <w:b w:val="0"/>
          <w:i w:val="0"/>
          <w:color w:val="000000"/>
          <w:sz w:val="24"/>
        </w:rPr>
        <w:t>знай, что внутренний свет превосходит окружающий свет по величине, и это относится исключительно к Атику Йомин, а не к остальному Ацилуту. Поэтому свет ГАР распространился в ЗАТ как внутренний свет, а из семи сил нижних светов образовался окружающий свет.</w:t>
      </w:r>
    </w:p>
    <w:p>
      <w:pPr>
        <w:spacing w:before="40" w:after="120"/>
        <w:jc w:val="both"/>
      </w:pPr>
      <w:r>
        <w:rPr>
          <w:rFonts w:ascii="Georgia" w:hAnsi="Georgia"/>
          <w:b w:val="0"/>
          <w:i w:val="0"/>
          <w:color w:val="000000"/>
          <w:sz w:val="24"/>
        </w:rPr>
        <w:t>В чем же суть окружающего света?</w:t>
      </w:r>
    </w:p>
    <w:p>
      <w:pPr>
        <w:spacing w:before="40" w:after="120"/>
        <w:jc w:val="both"/>
      </w:pPr>
      <w:r>
        <w:rPr>
          <w:rFonts w:ascii="Georgia" w:hAnsi="Georgia"/>
          <w:b w:val="0"/>
          <w:i w:val="0"/>
          <w:color w:val="000000"/>
          <w:sz w:val="24"/>
        </w:rPr>
        <w:t>Ты уже знаешь, что высота Атика Йомин равна протяженности всего Ацилута. И у него есть первое одеяние — АА, хотя тот облачает его не целиком, а лишь от ЗАТ и ниже; затем следуют Аба ве-Има, служащие вторым одеянием поверх него; затем Зеир Анпин и Нуква образуют внешние одеяния поверх него, а Атик пребывает в самой сердцевине всех их, в сокровенной глубине. Однако в окружающем свете все устроено противоположным образом: окружающий свет Нуквы расположен глубже всех остальных и осеняет Нукву де-ЗА; затем окружающий свет ЗА находится снаружи и охватывает окружающий свет Нуквы де-ЗА; окружающий свет Аба ве-Има охватывает окружающий свет ЗА; окружающий свет АА охватывает окружающий свет Аба ве-Има; а окружающий свет Атика Йомин охватывает вообще все окружающие света.</w:t>
      </w:r>
    </w:p>
    <w:p>
      <w:pPr>
        <w:spacing w:before="40" w:after="120"/>
        <w:jc w:val="both"/>
      </w:pPr>
      <w:r>
        <w:rPr>
          <w:rFonts w:ascii="Georgia" w:hAnsi="Georgia"/>
          <w:b w:val="0"/>
          <w:i w:val="0"/>
          <w:color w:val="000000"/>
          <w:sz w:val="24"/>
        </w:rPr>
        <w:t>Получается, что по внутреннему свету Атик находится глубже всех, а по окружающему свету он расположен дальше всех снаружи. Смысл в том, что, будучи самым внутренним и самым внешним, его свет пробивает и пронизывает все, что находится посередине — между его внутренним светом и его окружающим светом, — и освещает все промежуточные ступени. Ведь весь Ацилут, от АА до Нуквы де-ЗА со всеми окружающими светами, помещен между внутренним светом Атика Йомин и его окружающим светом, и все они озаряются от него.</w:t>
      </w:r>
    </w:p>
    <w:p>
      <w:pPr>
        <w:spacing w:before="40" w:after="120"/>
        <w:jc w:val="both"/>
      </w:pPr>
      <w:r>
        <w:rPr>
          <w:rFonts w:ascii="Georgia" w:hAnsi="Georgia"/>
          <w:b w:val="0"/>
          <w:i w:val="0"/>
          <w:color w:val="000000"/>
          <w:sz w:val="24"/>
        </w:rPr>
        <w:t>Глава 3</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разъясним возникновение АА:</w:t>
      </w:r>
    </w:p>
    <w:p>
      <w:pPr>
        <w:spacing w:before="40" w:after="120"/>
        <w:jc w:val="both"/>
      </w:pPr>
      <w:r>
        <w:rPr>
          <w:rFonts w:ascii="Georgia" w:hAnsi="Georgia"/>
          <w:b w:val="0"/>
          <w:i w:val="0"/>
          <w:color w:val="000000"/>
          <w:sz w:val="24"/>
        </w:rPr>
        <w:t>его внутренняя часть происходит от тех первоначальных семи точек. Мы уже объясняли, что в каждой из них содержались в совокупности Атик, АА, Аба ве-Има и ЗОН, хотя ГАР представляли собой исключительно свойство Атика (поскольку меньший свет, будучи включен в высший, растворяется в нем и не именуется собственным именем, тогда как высший внутри нижних сохраняет свое отличие).</w:t>
      </w:r>
    </w:p>
    <w:p>
      <w:pPr>
        <w:spacing w:before="40" w:after="120"/>
        <w:jc w:val="both"/>
      </w:pPr>
      <w:r>
        <w:rPr>
          <w:rFonts w:ascii="Georgia" w:hAnsi="Georgia"/>
          <w:b w:val="0"/>
          <w:i w:val="0"/>
          <w:color w:val="000000"/>
          <w:sz w:val="24"/>
        </w:rPr>
        <w:t>Силы же свойства АА, находившиеся в семи первоначальных точках, собрались, выделились, и из них образовался АА.</w:t>
      </w:r>
    </w:p>
    <w:p>
      <w:pPr>
        <w:spacing w:before="40" w:after="120"/>
        <w:jc w:val="both"/>
      </w:pPr>
      <w:r>
        <w:rPr>
          <w:rFonts w:ascii="Georgia" w:hAnsi="Georgia"/>
          <w:b w:val="0"/>
          <w:i w:val="0"/>
          <w:color w:val="000000"/>
          <w:sz w:val="24"/>
        </w:rPr>
        <w:t>В семи точках было лишь семь сил АА, но из них образовались десять [сфирот] АА следующим образом.</w:t>
      </w:r>
    </w:p>
    <w:p>
      <w:pPr>
        <w:spacing w:before="40" w:after="120"/>
        <w:jc w:val="both"/>
      </w:pPr>
      <w:r>
        <w:rPr>
          <w:rFonts w:ascii="Georgia" w:hAnsi="Georgia"/>
          <w:b w:val="0"/>
          <w:i w:val="0"/>
          <w:color w:val="000000"/>
          <w:sz w:val="24"/>
        </w:rPr>
        <w:t>Мы уже писали, что существует отличие между АА и всеми остальными парцуфим: два мозга Хохмы и Бины (ХУБ), имеющиеся у каждого парцуфа, располагаются в голове рядом друг с другом — один справа... ...а другой слева. Но ХУБ де-АА расположены один под другим: его Бина была не в силах находиться наверху рядом с Хохмой, чтобы принимать свет Атика, приходивший к ней без облачения. Поэтому Хохма осталась сокрытой в голове, а Бина опустилась в горло АА (гарон де-АА), поскольку там, находясь далеко внизу, она способна принимать свет Атика.</w:t>
      </w:r>
    </w:p>
    <w:p>
      <w:pPr>
        <w:spacing w:before="40" w:after="120"/>
        <w:jc w:val="both"/>
      </w:pPr>
      <w:r>
        <w:rPr>
          <w:rFonts w:ascii="Georgia" w:hAnsi="Georgia"/>
          <w:b w:val="0"/>
          <w:i w:val="0"/>
          <w:color w:val="000000"/>
          <w:sz w:val="24"/>
        </w:rPr>
        <w:t>Есть и другое отличие: в остальных парцуфим присутствуют три мозга (ХАБАД), тогда как в АА есть лишь Хохма [в голове], Бина пребывает в горле, а Даат распространяется от его Хесед до Хода, не имея отдельного места сосредоточения, как в прочих парцуфим. Выходит, в рош де-АА сфирот КАХАБ расположены не треугольником, как огласовка сеголь в других парцуфим, а одна над другой в виде единой вертикальной линии. Что касается света АА, заключенного в семи точках:</w:t>
      </w:r>
    </w:p>
    <w:p>
      <w:pPr>
        <w:spacing w:before="40" w:after="120"/>
        <w:jc w:val="both"/>
      </w:pPr>
      <w:r>
        <w:rPr>
          <w:rFonts w:ascii="Georgia" w:hAnsi="Georgia"/>
          <w:b w:val="0"/>
          <w:i w:val="0"/>
          <w:color w:val="000000"/>
          <w:sz w:val="24"/>
        </w:rPr>
        <w:t>свет, находившийся в Хесед и Гвуре (четвертой и пятой точках), делится так: в каждой из них есть по три трети, всего шесть третей, разделенных на три части. Из двух верхних третей Хесед образовался Кетер де-АА; из нижней трети Хесед и верхней трети Гвуры образовалась Хохма де-АА; а из двух нижних третей Гвуры образовалась Бина де-АА.</w:t>
      </w:r>
    </w:p>
    <w:p>
      <w:pPr>
        <w:spacing w:before="40" w:after="120"/>
        <w:jc w:val="both"/>
      </w:pPr>
      <w:r>
        <w:rPr>
          <w:rFonts w:ascii="Georgia" w:hAnsi="Georgia"/>
          <w:b w:val="0"/>
          <w:i w:val="0"/>
          <w:color w:val="000000"/>
          <w:sz w:val="24"/>
        </w:rPr>
        <w:t>Затем свет Нецах (седьмой точки) разделился на три трети: две верхние трети стали сфирой Хесед де-АА, а нижняя треть осталась для Нецах де-АА.</w:t>
      </w:r>
    </w:p>
    <w:p>
      <w:pPr>
        <w:spacing w:before="40" w:after="120"/>
        <w:jc w:val="both"/>
      </w:pPr>
      <w:r>
        <w:rPr>
          <w:rFonts w:ascii="Georgia" w:hAnsi="Georgia"/>
          <w:b w:val="0"/>
          <w:i w:val="0"/>
          <w:color w:val="000000"/>
          <w:sz w:val="24"/>
        </w:rPr>
        <w:t>Затем свет Тиферет (шестой точки) разделился на три части: из двух верхних третей образовалась Тиферет де-АА, а нижняя треть присоединилась к Нецах де-АА вместе с находившейся там третью, и из них образовался Нецах де-АА. В этом смысл сказанного о сфире Нецах, которая опустилась из Тиферет. Затем свет Хода (восьмой точки) разделился на три части: из двух верхних третей образовалась Гвура де-АА, а нижняя треть осталась для Хода де-АА.</w:t>
      </w:r>
    </w:p>
    <w:p>
      <w:pPr>
        <w:spacing w:before="40" w:after="120"/>
        <w:jc w:val="both"/>
      </w:pPr>
      <w:r>
        <w:rPr>
          <w:rFonts w:ascii="Georgia" w:hAnsi="Georgia"/>
          <w:b w:val="0"/>
          <w:i w:val="0"/>
          <w:color w:val="000000"/>
          <w:sz w:val="24"/>
        </w:rPr>
        <w:t>Затем свет Есода (девятой точки) разделился на три части: две верхние трети стали сфирой Есод де-АА, а третья треть присоединилась к Ходу де-АА вместе с имевшейся там третью, как сказано выше. В этом смысл утверждения о том, что Есод протянулся из Хода.</w:t>
      </w:r>
    </w:p>
    <w:p>
      <w:pPr>
        <w:spacing w:before="40" w:after="120"/>
        <w:jc w:val="both"/>
      </w:pPr>
      <w:r>
        <w:rPr>
          <w:rFonts w:ascii="Georgia" w:hAnsi="Georgia"/>
          <w:b w:val="0"/>
          <w:i w:val="0"/>
          <w:color w:val="000000"/>
          <w:sz w:val="24"/>
        </w:rPr>
        <w:t>А из света Малхут (десятой точки) образовалась Малхут де-АА. Причина в том, что впоследствии из точки Малхут формируется целый парцуф, и потому она должна была включить в себя одну цельную сфиру.</w:t>
      </w:r>
    </w:p>
    <w:p>
      <w:pPr>
        <w:spacing w:before="40" w:after="120"/>
        <w:jc w:val="both"/>
      </w:pPr>
      <w:r>
        <w:rPr>
          <w:rFonts w:ascii="Georgia" w:hAnsi="Georgia"/>
          <w:b w:val="0"/>
          <w:i w:val="0"/>
          <w:color w:val="000000"/>
          <w:sz w:val="24"/>
        </w:rPr>
        <w:t>Знай, что в Атике Йомин и в АА нет отдельного женского соответствия (Нуквы), подобного Име при Абе или Нукве при Зеир Анпине; Малхут де-Атик и Малхут де-АА представляют собой лишь аспект Венца (Атара) внутри них. Смысл в том, что сначала возник один лишь единственный парцуф (Атик), а затем Атик произвел только один отдельный парцуф, подобный себе, — АА. Лишь после того, как образовались два парцуфа (Атик и АА), вышли мужское и женское начала — Аба ве-Има: Аба со стороны Атика, а Има со стороны АА; и подобным же образом Зеир Анпин вышел со стороны Абы, а Нуква — со стороны Имы. Подобно тому, как мы объяснили образование внутренней части АА, формировались и его келим: они вобрали в себя силы семи качеств АА, присутствовавшие в тех семи келим — семи умерших мелахим, — и из них образовались десять келим для АА.</w:t>
      </w:r>
    </w:p>
    <w:p>
      <w:pPr>
        <w:spacing w:before="40" w:after="120"/>
        <w:jc w:val="both"/>
      </w:pPr>
      <w:r>
        <w:rPr>
          <w:rFonts w:ascii="Georgia" w:hAnsi="Georgia"/>
          <w:b w:val="0"/>
          <w:i w:val="0"/>
          <w:color w:val="000000"/>
          <w:sz w:val="24"/>
        </w:rPr>
        <w:t>А подъем этих мелахим теперь произошел потому, что вначале они опустились вниз из-за неспособности принять свет; теперь же, когда исправился Атик Йомин, они обрели способность воспринимать свет и поднялись наверх.</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поговорим о том, как Атик Йомин облачается в АА:</w:t>
      </w:r>
    </w:p>
    <w:p>
      <w:pPr>
        <w:spacing w:before="40" w:after="120"/>
        <w:jc w:val="both"/>
      </w:pPr>
      <w:r>
        <w:rPr>
          <w:rFonts w:ascii="Georgia" w:hAnsi="Georgia"/>
          <w:b w:val="0"/>
          <w:i w:val="0"/>
          <w:color w:val="000000"/>
          <w:sz w:val="24"/>
        </w:rPr>
        <w:t>голова Атика остается открытой, и АА облачает его лишь от ЗАТ де-Атик и ниже. При этом ХАГАТ де-Атик облачаются в КАХАБ де-АА, поскольку они относятся к голове и каждое из них требует для себя цельной сфиры.</w:t>
      </w:r>
    </w:p>
    <w:p>
      <w:pPr>
        <w:spacing w:before="40" w:after="120"/>
        <w:jc w:val="both"/>
      </w:pPr>
      <w:r>
        <w:rPr>
          <w:rFonts w:ascii="Georgia" w:hAnsi="Georgia"/>
          <w:b w:val="0"/>
          <w:i w:val="0"/>
          <w:color w:val="000000"/>
          <w:sz w:val="24"/>
        </w:rPr>
        <w:t>Однако в гуф де-АА Атик облачается не в таком порядке:</w:t>
      </w:r>
    </w:p>
    <w:p>
      <w:pPr>
        <w:spacing w:before="40" w:after="120"/>
        <w:jc w:val="both"/>
      </w:pPr>
      <w:r>
        <w:rPr>
          <w:rFonts w:ascii="Georgia" w:hAnsi="Georgia"/>
          <w:b w:val="0"/>
          <w:i w:val="0"/>
          <w:color w:val="000000"/>
          <w:sz w:val="24"/>
        </w:rPr>
        <w:t>Нецах де-Атик делится на три сустава: первый сустав помещается в Хесед де-АА, второй — в Нецах де-АА, а третий сустав остается для того, о чем мы скажем далее.</w:t>
      </w:r>
    </w:p>
    <w:p>
      <w:pPr>
        <w:spacing w:before="40" w:after="120"/>
        <w:jc w:val="both"/>
      </w:pPr>
      <w:r>
        <w:rPr>
          <w:rFonts w:ascii="Georgia" w:hAnsi="Georgia"/>
          <w:b w:val="0"/>
          <w:i w:val="0"/>
          <w:color w:val="000000"/>
          <w:sz w:val="24"/>
        </w:rPr>
        <w:t>Ход де-Атик делится на три части: первая часть помещается в Гвуру де-АА, вторая — в Ход де-АА, а третья часть остается для того, о чем мы скажем далее.</w:t>
      </w:r>
    </w:p>
    <w:p>
      <w:pPr>
        <w:spacing w:before="40" w:after="120"/>
        <w:jc w:val="both"/>
      </w:pPr>
      <w:r>
        <w:rPr>
          <w:rFonts w:ascii="Georgia" w:hAnsi="Georgia"/>
          <w:b w:val="0"/>
          <w:i w:val="0"/>
          <w:color w:val="000000"/>
          <w:sz w:val="24"/>
        </w:rPr>
        <w:t>Есод де-Атик делится на две части (как разъяснено у нас, в нем есть лишь две части: собственно Есод и Атара): Есод облачился в Тиферет де-АА, а Атара — в Есод де-АА.</w:t>
      </w:r>
    </w:p>
    <w:p>
      <w:pPr>
        <w:spacing w:before="40" w:after="120"/>
        <w:jc w:val="both"/>
      </w:pPr>
      <w:r>
        <w:rPr>
          <w:rFonts w:ascii="Georgia" w:hAnsi="Georgia"/>
          <w:b w:val="0"/>
          <w:i w:val="0"/>
          <w:color w:val="000000"/>
          <w:sz w:val="24"/>
        </w:rPr>
        <w:t>Малхут де-Атик облачилась в Малхут де-АА, поскольку затем из нее предстоит вывести целый парцуф Нуквы, и потому она заняла цельную сфиру, как говорилось выше. Остались две нижние части Нецаха и Хода де-Атик. Они соединились вместе в Малхут де-Атик, облачились там, и из них образовались две груди (сосца) свойства Малхут де-АА по обоим бокам. Они подобны сосцам животного, расположенным внизу, и кормили семь первоначальных точек — семь келим, именуемых семью умершими мелахим, находившимися внизу в мире Брия, как говорилось выше. Оттуда они сосали [молоко], чтобы поддерживать исключительно собственную жизнь.</w:t>
      </w:r>
    </w:p>
    <w:p>
      <w:pPr>
        <w:spacing w:before="40" w:after="120"/>
        <w:jc w:val="both"/>
      </w:pPr>
      <w:r>
        <w:rPr>
          <w:rFonts w:ascii="Georgia" w:hAnsi="Georgia"/>
          <w:b w:val="0"/>
          <w:i w:val="0"/>
          <w:color w:val="000000"/>
          <w:sz w:val="24"/>
        </w:rPr>
        <w:t xml:space="preserve">В этом смысл стиха: </w:t>
      </w:r>
      <w:r>
        <w:rPr>
          <w:rFonts w:ascii="Georgia" w:hAnsi="Georgia"/>
          <w:b w:val="0"/>
          <w:i/>
          <w:color w:val="000000"/>
          <w:sz w:val="24"/>
        </w:rPr>
        <w:t>«отлученных от груди»</w:t>
      </w:r>
      <w:r>
        <w:rPr>
          <w:rFonts w:ascii="Georgia" w:hAnsi="Georgia"/>
          <w:b w:val="0"/>
          <w:i w:val="0"/>
          <w:color w:val="000000"/>
          <w:sz w:val="24"/>
        </w:rPr>
        <w:t xml:space="preserve"> (</w:t>
      </w:r>
      <w:r>
        <w:rPr>
          <w:rFonts w:ascii="Georgia" w:hAnsi="Georgia"/>
          <w:b w:val="0"/>
          <w:i/>
          <w:color w:val="000000"/>
          <w:sz w:val="24"/>
        </w:rPr>
        <w:t>атикей ми-шадаим</w:t>
      </w:r>
      <w:r>
        <w:rPr>
          <w:rFonts w:ascii="Georgia" w:hAnsi="Georgia"/>
          <w:b w:val="0"/>
          <w:i w:val="0"/>
          <w:color w:val="000000"/>
          <w:sz w:val="24"/>
        </w:rPr>
        <w:t xml:space="preserve">, </w:t>
      </w:r>
      <w:r>
        <w:rPr>
          <w:rFonts w:ascii="Georgia" w:hAnsi="Georgia" w:cs="Times New Roman"/>
          <w:b/>
          <w:i w:val="0"/>
          <w:color w:val="000000"/>
          <w:sz w:val="24"/>
          <w:rtl/>
          <w:szCs w:val="32"/>
        </w:rPr>
        <w:t>עֲתִיקֵי מִשָּׁדָיִם</w:t>
      </w:r>
      <w:r>
        <w:rPr>
          <w:rFonts w:ascii="Georgia" w:hAnsi="Georgia"/>
          <w:b w:val="0"/>
          <w:i w:val="0"/>
          <w:color w:val="000000"/>
          <w:sz w:val="24"/>
        </w:rPr>
        <w:t>, Йешаяу 28:9), ведь это груди (</w:t>
      </w:r>
      <w:r>
        <w:rPr>
          <w:rFonts w:ascii="Georgia" w:hAnsi="Georgia"/>
          <w:b w:val="0"/>
          <w:i/>
          <w:color w:val="000000"/>
          <w:sz w:val="24"/>
        </w:rPr>
        <w:t>шадаим</w:t>
      </w:r>
      <w:r>
        <w:rPr>
          <w:rFonts w:ascii="Georgia" w:hAnsi="Georgia"/>
          <w:b w:val="0"/>
          <w:i w:val="0"/>
          <w:color w:val="000000"/>
          <w:sz w:val="24"/>
        </w:rPr>
        <w:t xml:space="preserve">, </w:t>
      </w:r>
      <w:r>
        <w:rPr>
          <w:rFonts w:ascii="Georgia" w:hAnsi="Georgia" w:cs="Times New Roman"/>
          <w:b/>
          <w:i w:val="0"/>
          <w:color w:val="000000"/>
          <w:sz w:val="24"/>
          <w:rtl/>
          <w:szCs w:val="32"/>
        </w:rPr>
        <w:t>שָׁדַיִם</w:t>
      </w:r>
      <w:r>
        <w:rPr>
          <w:rFonts w:ascii="Georgia" w:hAnsi="Georgia"/>
          <w:b w:val="0"/>
          <w:i w:val="0"/>
          <w:color w:val="000000"/>
          <w:sz w:val="24"/>
        </w:rPr>
        <w:t>) Атика (</w:t>
      </w:r>
      <w:r>
        <w:rPr>
          <w:rFonts w:ascii="Georgia" w:hAnsi="Georgia"/>
          <w:b w:val="0"/>
          <w:i/>
          <w:color w:val="000000"/>
          <w:sz w:val="24"/>
        </w:rPr>
        <w:t>Атик</w:t>
      </w:r>
      <w:r>
        <w:rPr>
          <w:rFonts w:ascii="Georgia" w:hAnsi="Georgia"/>
          <w:b w:val="0"/>
          <w:i w:val="0"/>
          <w:color w:val="000000"/>
          <w:sz w:val="24"/>
        </w:rPr>
        <w:t xml:space="preserve">, </w:t>
      </w:r>
      <w:r>
        <w:rPr>
          <w:rFonts w:ascii="Georgia" w:hAnsi="Georgia" w:cs="Times New Roman"/>
          <w:b/>
          <w:i w:val="0"/>
          <w:color w:val="000000"/>
          <w:sz w:val="24"/>
          <w:rtl/>
          <w:szCs w:val="32"/>
        </w:rPr>
        <w:t>עַתִּיק</w:t>
      </w:r>
      <w:r>
        <w:rPr>
          <w:rFonts w:ascii="Georgia" w:hAnsi="Georgia"/>
          <w:b w:val="0"/>
          <w:i w:val="0"/>
          <w:color w:val="000000"/>
          <w:sz w:val="24"/>
        </w:rPr>
        <w:t>).</w:t>
      </w:r>
    </w:p>
    <w:p>
      <w:pPr>
        <w:spacing w:before="40" w:after="120"/>
        <w:jc w:val="both"/>
      </w:pPr>
      <w:r>
        <w:rPr>
          <w:rFonts w:ascii="Georgia" w:hAnsi="Georgia"/>
          <w:b w:val="0"/>
          <w:i w:val="0"/>
          <w:color w:val="000000"/>
          <w:sz w:val="24"/>
        </w:rPr>
        <w:t>И это — восьмой мелех, нареченный Хадад бен Бедад (</w:t>
      </w:r>
      <w:r>
        <w:rPr>
          <w:rFonts w:ascii="Georgia" w:hAnsi="Georgia" w:cs="Times New Roman"/>
          <w:b/>
          <w:i w:val="0"/>
          <w:color w:val="000000"/>
          <w:sz w:val="24"/>
          <w:rtl/>
          <w:szCs w:val="32"/>
        </w:rPr>
        <w:t>הֲדַד בֶּן בְּדַד</w:t>
      </w:r>
      <w:r>
        <w:rPr>
          <w:rFonts w:ascii="Georgia" w:hAnsi="Georgia"/>
          <w:b w:val="0"/>
          <w:i w:val="0"/>
          <w:color w:val="000000"/>
          <w:sz w:val="24"/>
        </w:rPr>
        <w:t>), чье имя составляют буквы бэт и дважды далет (</w:t>
      </w:r>
      <w:r>
        <w:rPr>
          <w:rFonts w:ascii="Georgia" w:hAnsi="Georgia" w:cs="Times New Roman"/>
          <w:b/>
          <w:i w:val="0"/>
          <w:color w:val="000000"/>
          <w:sz w:val="24"/>
          <w:rtl/>
          <w:szCs w:val="32"/>
        </w:rPr>
        <w:t>ב׳ ד״ד</w:t>
      </w:r>
      <w:r>
        <w:rPr>
          <w:rFonts w:ascii="Georgia" w:hAnsi="Georgia"/>
          <w:b w:val="0"/>
          <w:i w:val="0"/>
          <w:color w:val="000000"/>
          <w:sz w:val="24"/>
        </w:rPr>
        <w:t>, два сосца); а затем его имя стало Адар (</w:t>
      </w:r>
      <w:r>
        <w:rPr>
          <w:rFonts w:ascii="Georgia" w:hAnsi="Georgia" w:cs="Times New Roman"/>
          <w:b/>
          <w:i w:val="0"/>
          <w:color w:val="000000"/>
          <w:sz w:val="24"/>
          <w:rtl/>
          <w:szCs w:val="32"/>
        </w:rPr>
        <w:t>הֲדָר</w:t>
      </w:r>
      <w:r>
        <w:rPr>
          <w:rFonts w:ascii="Georgia" w:hAnsi="Georgia"/>
          <w:b w:val="0"/>
          <w:i w:val="0"/>
          <w:color w:val="000000"/>
          <w:sz w:val="24"/>
        </w:rPr>
        <w:t>), представляющий собой сфиру Есод.</w:t>
      </w:r>
    </w:p>
    <w:p>
      <w:pPr>
        <w:spacing w:before="40" w:after="120"/>
        <w:jc w:val="both"/>
      </w:pPr>
      <w:r>
        <w:rPr>
          <w:rFonts w:ascii="Georgia" w:hAnsi="Georgia"/>
          <w:b w:val="0"/>
          <w:i w:val="0"/>
          <w:color w:val="000000"/>
          <w:sz w:val="24"/>
        </w:rPr>
        <w:t xml:space="preserve">Знай, что когда эти мелахим опустились вниз и умерли, вместе с ними сошла жизненная сила, чтобы поддержать 288 искр (РАПАХ, </w:t>
      </w:r>
      <w:r>
        <w:rPr>
          <w:rFonts w:ascii="Georgia" w:hAnsi="Georgia" w:cs="Times New Roman"/>
          <w:b/>
          <w:i w:val="0"/>
          <w:color w:val="000000"/>
          <w:sz w:val="24"/>
          <w:rtl/>
          <w:szCs w:val="32"/>
        </w:rPr>
        <w:t>רפ״ח</w:t>
      </w:r>
      <w:r>
        <w:rPr>
          <w:rFonts w:ascii="Georgia" w:hAnsi="Georgia"/>
          <w:b w:val="0"/>
          <w:i w:val="0"/>
          <w:color w:val="000000"/>
          <w:sz w:val="24"/>
        </w:rPr>
        <w:t>) до времени воскресения; это подобно дремоте (</w:t>
      </w:r>
      <w:r>
        <w:rPr>
          <w:rFonts w:ascii="Georgia" w:hAnsi="Georgia"/>
          <w:b w:val="0"/>
          <w:i/>
          <w:color w:val="000000"/>
          <w:sz w:val="24"/>
        </w:rPr>
        <w:t>дормита</w:t>
      </w:r>
      <w:r>
        <w:rPr>
          <w:rFonts w:ascii="Georgia" w:hAnsi="Georgia"/>
          <w:b w:val="0"/>
          <w:i w:val="0"/>
          <w:color w:val="000000"/>
          <w:sz w:val="24"/>
        </w:rPr>
        <w:t>) у человека и не более того, но окончательно они не умерли.</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Таков порядок облачения Атика Йомин в АА, и подобным же образом устроен порядок облачения АА в Аба ве-Има.</w:t>
      </w:r>
    </w:p>
    <w:p>
      <w:pPr>
        <w:spacing w:before="40" w:after="120"/>
        <w:jc w:val="both"/>
      </w:pPr>
      <w:r>
        <w:rPr>
          <w:rFonts w:ascii="Georgia" w:hAnsi="Georgia"/>
          <w:b w:val="0"/>
          <w:i w:val="0"/>
          <w:color w:val="000000"/>
          <w:sz w:val="24"/>
        </w:rPr>
        <w:t>Не удивляйся тому, что внутренняя часть АА послужила одеянием для келим Атика, хотя по своему достоинству она превосходит их:</w:t>
      </w:r>
    </w:p>
    <w:p>
      <w:pPr>
        <w:spacing w:before="40" w:after="120"/>
        <w:jc w:val="both"/>
      </w:pPr>
      <w:r>
        <w:rPr>
          <w:rFonts w:ascii="Georgia" w:hAnsi="Georgia"/>
          <w:b w:val="0"/>
          <w:i w:val="0"/>
          <w:color w:val="000000"/>
          <w:sz w:val="24"/>
        </w:rPr>
        <w:t>ведь этот порядок подобен порядку органов самого человека, у которого есть внутренние органы и органы внешние.</w:t>
      </w:r>
    </w:p>
    <w:p>
      <w:pPr>
        <w:spacing w:before="40" w:after="120"/>
        <w:jc w:val="both"/>
      </w:pPr>
      <w:r>
        <w:rPr>
          <w:rFonts w:ascii="Georgia" w:hAnsi="Georgia"/>
          <w:b w:val="0"/>
          <w:i w:val="0"/>
          <w:color w:val="000000"/>
          <w:sz w:val="24"/>
        </w:rPr>
        <w:t>Примером служат сердце и тело человека: несомненно, по сравнению с кли самого тела кли сердца неизмеримо более велико, тонко и совершенно, как известно естествоиспытателям и врачам. Столь же несомненно, что и жизненная сила сердца бесконечно превосходит жизненную силу тела. Однако мы не утверждаем, будто кли сердца более внутренне и совершенно, чем жизненная сила, распространяющаяся в теле человека, — это было бы нелепостью! Напротив, дело обстоит так: есть два кли, одно внутри другого, и в каждое распространяется подобающая ему жизненная сила; но никто не говорит, что внутреннее кли выше внешней жизненной силы. Так и здесь: два кли — Атик и АА — находятся одно внутри другого, и в каждое из них распространяется соответствующая его уровню жизненная сила.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От товарищей:</w:t>
      </w:r>
    </w:p>
    <w:p>
      <w:pPr>
        <w:spacing w:before="40" w:after="120"/>
        <w:jc w:val="both"/>
      </w:pPr>
      <w:r>
        <w:rPr>
          <w:rFonts w:ascii="Georgia" w:hAnsi="Georgia"/>
          <w:b w:val="0"/>
          <w:i w:val="0"/>
          <w:color w:val="000000"/>
          <w:sz w:val="24"/>
        </w:rPr>
        <w:t>в начале Ацилута вышли десять точек сущности и келим, «подобно кузнечику, чье одеяние происходит из его же тела», как говорилось выше.</w:t>
      </w:r>
    </w:p>
    <w:p>
      <w:pPr>
        <w:spacing w:before="40" w:after="120"/>
        <w:jc w:val="both"/>
      </w:pPr>
      <w:r>
        <w:rPr>
          <w:rFonts w:ascii="Georgia" w:hAnsi="Georgia"/>
          <w:b w:val="0"/>
          <w:i w:val="0"/>
          <w:color w:val="000000"/>
          <w:sz w:val="24"/>
        </w:rPr>
        <w:t xml:space="preserve">Бина не могла принимать свет Хохмы иначе как лицом к спине (паним бе-ахор). И когда Бина породила семь нижних мелахим, она произвела их не по очереди, а всех вместе: </w:t>
      </w:r>
      <w:r>
        <w:rPr>
          <w:rFonts w:ascii="Georgia" w:hAnsi="Georgia"/>
          <w:b w:val="0"/>
          <w:i/>
          <w:color w:val="000000"/>
          <w:sz w:val="24"/>
        </w:rPr>
        <w:t>«шесть из имен их на одном камне»</w:t>
      </w:r>
      <w:r>
        <w:rPr>
          <w:rFonts w:ascii="Georgia" w:hAnsi="Georgia"/>
          <w:b w:val="0"/>
          <w:i w:val="0"/>
          <w:color w:val="000000"/>
          <w:sz w:val="24"/>
        </w:rPr>
        <w:t xml:space="preserve"> (Шмот 28:10) — то есть шесть сфирот (ВАК) вместе с седьмой, Малхут, именуемой камнем. Это произошло не так, как в ГАР, где каждый [из трех высших] выходил сам по себе, и поэтому [нижние] не смогли выдержать свет. Тогда аннулировался сначала Хесед, затем Гвура, и так все они вплоть до Малхут.</w:t>
      </w:r>
    </w:p>
    <w:p>
      <w:pPr>
        <w:spacing w:before="40" w:after="120"/>
        <w:jc w:val="both"/>
      </w:pPr>
      <w:r>
        <w:rPr>
          <w:rFonts w:ascii="Georgia" w:hAnsi="Georgia"/>
          <w:b w:val="0"/>
          <w:i w:val="0"/>
          <w:color w:val="000000"/>
          <w:sz w:val="24"/>
        </w:rPr>
        <w:t xml:space="preserve">Затем все они исправились благодаря тому, что сформировался парцуф: притяжение светов в Кетер уменьшилось, и в нем образовался АА, а в нем — три головы и тринадцать исправлений бороды. Затем возник парцуф Аба, а в нем восемь исправлений бороды; в этом смысл стиха: </w:t>
      </w:r>
      <w:r>
        <w:rPr>
          <w:rFonts w:ascii="Georgia" w:hAnsi="Georgia"/>
          <w:b w:val="0"/>
          <w:i/>
          <w:color w:val="000000"/>
          <w:sz w:val="24"/>
        </w:rPr>
        <w:t>«бороду Аарона»</w:t>
      </w:r>
      <w:r>
        <w:rPr>
          <w:rFonts w:ascii="Georgia" w:hAnsi="Georgia"/>
          <w:b w:val="0"/>
          <w:i w:val="0"/>
          <w:color w:val="000000"/>
          <w:sz w:val="24"/>
        </w:rPr>
        <w:t xml:space="preserve"> (</w:t>
      </w:r>
      <w:r>
        <w:rPr>
          <w:rFonts w:ascii="Georgia" w:hAnsi="Georgia"/>
          <w:b w:val="0"/>
          <w:i/>
          <w:color w:val="000000"/>
          <w:sz w:val="24"/>
        </w:rPr>
        <w:t>зекан Аарон</w:t>
      </w:r>
      <w:r>
        <w:rPr>
          <w:rFonts w:ascii="Georgia" w:hAnsi="Georgia"/>
          <w:b w:val="0"/>
          <w:i w:val="0"/>
          <w:color w:val="000000"/>
          <w:sz w:val="24"/>
        </w:rPr>
        <w:t xml:space="preserve">, </w:t>
      </w:r>
      <w:r>
        <w:rPr>
          <w:rFonts w:ascii="Georgia" w:hAnsi="Georgia" w:cs="Times New Roman"/>
          <w:b/>
          <w:i w:val="0"/>
          <w:color w:val="000000"/>
          <w:sz w:val="24"/>
          <w:rtl/>
          <w:szCs w:val="32"/>
        </w:rPr>
        <w:t>זְקַן אַהֲרֹן</w:t>
      </w:r>
      <w:r>
        <w:rPr>
          <w:rFonts w:ascii="Georgia" w:hAnsi="Georgia"/>
          <w:b w:val="0"/>
          <w:i w:val="0"/>
          <w:color w:val="000000"/>
          <w:sz w:val="24"/>
        </w:rPr>
        <w:t>, Теилим 133:2), где начальные буквы слов составляют зайн-алеф (</w:t>
      </w:r>
      <w:r>
        <w:rPr>
          <w:rFonts w:ascii="Georgia" w:hAnsi="Georgia" w:cs="Times New Roman"/>
          <w:b/>
          <w:i w:val="0"/>
          <w:color w:val="000000"/>
          <w:sz w:val="24"/>
          <w:rtl/>
          <w:szCs w:val="32"/>
        </w:rPr>
        <w:t>ז״א</w:t>
      </w:r>
      <w:r>
        <w:rPr>
          <w:rFonts w:ascii="Georgia" w:hAnsi="Georgia"/>
          <w:b w:val="0"/>
          <w:i w:val="0"/>
          <w:color w:val="000000"/>
          <w:sz w:val="24"/>
        </w:rPr>
        <w:t>): буква зайн (</w:t>
      </w:r>
      <w:r>
        <w:rPr>
          <w:rFonts w:ascii="Georgia" w:hAnsi="Georgia" w:cs="Times New Roman"/>
          <w:b/>
          <w:i w:val="0"/>
          <w:color w:val="000000"/>
          <w:sz w:val="24"/>
          <w:rtl/>
          <w:szCs w:val="32"/>
        </w:rPr>
        <w:t>ז</w:t>
      </w:r>
      <w:r>
        <w:rPr>
          <w:rFonts w:ascii="Georgia" w:hAnsi="Georgia"/>
          <w:b w:val="0"/>
          <w:i w:val="0"/>
          <w:color w:val="000000"/>
          <w:sz w:val="24"/>
        </w:rPr>
        <w:t xml:space="preserve"> = 7) и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дают в сумме 8 — восемь исправлений бороды Абы. А у Имы исправлений бороды нет, поскольку она — женское начало (Нуква). Благодаря этому исправлению Аба ве-Има паним бе-паним затем исправился и Зеир Анпин. В пору его взросления, как известно, Аба ве-Има совершили соударение (зивуг), и Аба выделил каплю своего света разума (мохин). Когда эта капля проходила через ВАК де-Аба, от его Хесед до его Есода, она соединилась там с распространяющимися хасадим и вобрала в себя пять хасадим. А когда эта капля опустилась до Есода де-Аба, все пять хасадим соединились воедино в один Хесед. Подобное же произошло в Име с Венцом Гвуры (Атара де-Гвура).</w:t>
      </w:r>
    </w:p>
    <w:p>
      <w:pPr>
        <w:spacing w:before="40" w:after="120"/>
        <w:jc w:val="both"/>
      </w:pPr>
      <w:r>
        <w:rPr>
          <w:rFonts w:ascii="Georgia" w:hAnsi="Georgia"/>
          <w:b w:val="0"/>
          <w:i w:val="0"/>
          <w:color w:val="000000"/>
          <w:sz w:val="24"/>
        </w:rPr>
        <w:t xml:space="preserve">Затем, когда мохин облачились в НЕХИ де-Аба ве-Има, чтобы войти в рош де-ЗА, НЕХИ облачились в НЕХИ: Есод де-Аба облачился в Есод де-Има, и там соединились вместе хасадим и гвурот. Поэтому Есод называется </w:t>
      </w:r>
      <w:r>
        <w:rPr>
          <w:rFonts w:ascii="Georgia" w:hAnsi="Georgia"/>
          <w:b w:val="0"/>
          <w:i/>
          <w:color w:val="000000"/>
          <w:sz w:val="24"/>
        </w:rPr>
        <w:t>маарав</w:t>
      </w:r>
      <w:r>
        <w:rPr>
          <w:rFonts w:ascii="Georgia" w:hAnsi="Georgia"/>
          <w:b w:val="0"/>
          <w:i w:val="0"/>
          <w:color w:val="000000"/>
          <w:sz w:val="24"/>
        </w:rPr>
        <w:t xml:space="preserve"> (</w:t>
      </w:r>
      <w:r>
        <w:rPr>
          <w:rFonts w:ascii="Georgia" w:hAnsi="Georgia" w:cs="Times New Roman"/>
          <w:b/>
          <w:i w:val="0"/>
          <w:color w:val="000000"/>
          <w:sz w:val="24"/>
          <w:rtl/>
          <w:szCs w:val="32"/>
        </w:rPr>
        <w:t>מַעֲרָב</w:t>
      </w:r>
      <w:r>
        <w:rPr>
          <w:rFonts w:ascii="Georgia" w:hAnsi="Georgia"/>
          <w:b w:val="0"/>
          <w:i w:val="0"/>
          <w:color w:val="000000"/>
          <w:sz w:val="24"/>
        </w:rPr>
        <w:t xml:space="preserve"> — «запад»), так как там происходит смешение (</w:t>
      </w:r>
      <w:r>
        <w:rPr>
          <w:rFonts w:ascii="Georgia" w:hAnsi="Georgia"/>
          <w:b w:val="0"/>
          <w:i/>
          <w:color w:val="000000"/>
          <w:sz w:val="24"/>
        </w:rPr>
        <w:t>эйрув</w:t>
      </w:r>
      <w:r>
        <w:rPr>
          <w:rFonts w:ascii="Georgia" w:hAnsi="Georgia"/>
          <w:b w:val="0"/>
          <w:i w:val="0"/>
          <w:color w:val="000000"/>
          <w:sz w:val="24"/>
        </w:rPr>
        <w:t xml:space="preserve">, </w:t>
      </w:r>
      <w:r>
        <w:rPr>
          <w:rFonts w:ascii="Georgia" w:hAnsi="Georgia" w:cs="Times New Roman"/>
          <w:b/>
          <w:i w:val="0"/>
          <w:color w:val="000000"/>
          <w:sz w:val="24"/>
          <w:rtl/>
          <w:szCs w:val="32"/>
        </w:rPr>
        <w:t>עֵירוּב</w:t>
      </w:r>
      <w:r>
        <w:rPr>
          <w:rFonts w:ascii="Georgia" w:hAnsi="Georgia"/>
          <w:b w:val="0"/>
          <w:i w:val="0"/>
          <w:color w:val="000000"/>
          <w:sz w:val="24"/>
        </w:rPr>
        <w:t>) хасадим и гвурот воедино. До сих пор [слова товарищей].</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Общее предисловие к теме всех этих мелахим, включающих в себя весь мир Ацилут:</w:t>
      </w:r>
    </w:p>
    <w:p>
      <w:pPr>
        <w:spacing w:before="40" w:after="120"/>
        <w:jc w:val="both"/>
      </w:pPr>
      <w:r>
        <w:rPr>
          <w:rFonts w:ascii="Georgia" w:hAnsi="Georgia"/>
          <w:b w:val="0"/>
          <w:i w:val="0"/>
          <w:color w:val="000000"/>
          <w:sz w:val="24"/>
        </w:rPr>
        <w:t>начнем с более позднего и перейдем к более раннему. Известно, что мир Ацилут, о котором говорится во всех книгах Зоара, возник из тех десяти точек, что вышли из отверстий глаз (никвей эйнаим) Адама Кадмона (АК), как пространно описано выше. Вначале они вышли без исправления, а затем исправились следующим образом, о чем мы скажем вкратце:</w:t>
      </w:r>
    </w:p>
    <w:p>
      <w:pPr>
        <w:spacing w:before="40" w:after="120"/>
        <w:jc w:val="both"/>
      </w:pPr>
      <w:r>
        <w:rPr>
          <w:rFonts w:ascii="Georgia" w:hAnsi="Georgia"/>
          <w:b w:val="0"/>
          <w:i w:val="0"/>
          <w:color w:val="000000"/>
          <w:sz w:val="24"/>
        </w:rPr>
        <w:t>первая точка, именуемая Кетер, теперь исправилась и образовала три аспекта — три головы, расположенные одна над другой, как упоминается в начале «Идра Зута». Кетер разделился на две головы: Атик Йомин и находящийся под ним АА, который также относится к Кетер. Внутри же этого АА, именуемого Кетер, находится третья голова — сокрытый мозг (</w:t>
      </w:r>
      <w:r>
        <w:rPr>
          <w:rFonts w:ascii="Georgia" w:hAnsi="Georgia"/>
          <w:b w:val="0"/>
          <w:i/>
          <w:color w:val="000000"/>
          <w:sz w:val="24"/>
        </w:rPr>
        <w:t>моха стимаа</w:t>
      </w:r>
      <w:r>
        <w:rPr>
          <w:rFonts w:ascii="Georgia" w:hAnsi="Georgia"/>
          <w:b w:val="0"/>
          <w:i w:val="0"/>
          <w:color w:val="000000"/>
          <w:sz w:val="24"/>
        </w:rPr>
        <w:t>), называемый Хохмой, как подробно объясняется ниже в исследовании об Атике. И эти три [головы] облачились одна в другую. Затем из второй и третьей точек — Хохмы и Бины (ХУБ) — образовались два парцуфа, называемые Аба ве-Има, и они облачают ХАГАТ де-АА, как сказано там.</w:t>
      </w:r>
    </w:p>
    <w:p>
      <w:pPr>
        <w:spacing w:before="40" w:after="120"/>
        <w:jc w:val="both"/>
      </w:pPr>
      <w:r>
        <w:rPr>
          <w:rFonts w:ascii="Georgia" w:hAnsi="Georgia"/>
          <w:b w:val="0"/>
          <w:i w:val="0"/>
          <w:color w:val="000000"/>
          <w:sz w:val="24"/>
        </w:rPr>
        <w:t>Затем из шести точек (четвертой, пятой, шестой, седьмой, восьмой и девятой), именуемых ХАГАТ НЕХИ, образовался один парцуф, называемый Зеир Анпин (ЗА).</w:t>
      </w:r>
    </w:p>
    <w:p>
      <w:pPr>
        <w:spacing w:before="40" w:after="120"/>
        <w:jc w:val="both"/>
      </w:pPr>
      <w:r>
        <w:rPr>
          <w:rFonts w:ascii="Georgia" w:hAnsi="Georgia"/>
          <w:b w:val="0"/>
          <w:i w:val="0"/>
          <w:color w:val="000000"/>
          <w:sz w:val="24"/>
        </w:rPr>
        <w:t>А затем из десятой точки, именуемой Малхут, образовался один парцуф, называемый Нуквой де-ЗА. При этом ЗОН облачают АА на уровне его НЕХИ, как подробно описано ниже.</w:t>
      </w:r>
    </w:p>
    <w:p>
      <w:pPr>
        <w:spacing w:before="40" w:after="120"/>
        <w:jc w:val="both"/>
      </w:pPr>
      <w:r>
        <w:rPr>
          <w:rFonts w:ascii="Georgia" w:hAnsi="Georgia"/>
          <w:b w:val="0"/>
          <w:i w:val="0"/>
          <w:color w:val="000000"/>
          <w:sz w:val="24"/>
        </w:rPr>
        <w:t>Теперь объясним их начальное состояние во время их первого выхода, когда они пребывали без исправления.</w:t>
      </w:r>
    </w:p>
    <w:p>
      <w:pPr>
        <w:spacing w:before="40" w:after="120"/>
        <w:jc w:val="both"/>
      </w:pPr>
      <w:r>
        <w:rPr>
          <w:rFonts w:ascii="Georgia" w:hAnsi="Georgia"/>
          <w:b w:val="0"/>
          <w:i w:val="0"/>
          <w:color w:val="000000"/>
          <w:sz w:val="24"/>
        </w:rPr>
        <w:t>Знай: когда вышли эти десять точек, они вышли как света и келим, однако вышли без исправления. По этой причине келим не смогли выдержать свои света — сущность, пребывавшую внутри них, — разбились и умерли, как с Б-жьей помощью будет разъяснено далее. Почему же они не вышли сразу в исправленном виде, чтобы избежать разбиения с последующим исправлением?</w:t>
      </w:r>
    </w:p>
    <w:p>
      <w:pPr>
        <w:spacing w:before="40" w:after="120"/>
        <w:jc w:val="both"/>
      </w:pPr>
      <w:r>
        <w:rPr>
          <w:rFonts w:ascii="Georgia" w:hAnsi="Georgia"/>
          <w:b w:val="0"/>
          <w:i w:val="0"/>
          <w:color w:val="000000"/>
          <w:sz w:val="24"/>
        </w:rPr>
        <w:t>Причина в том, что конечный замысел состоял в порождении внешних клипот: они необходимы в мире, чтобы воздать добрую награду праведникам и покарать нечестивцев, которых Ему предстояло сотворить впоследствии. Поэтому упомянутые точки вышли без исправления, чтобы их келим не смогли вместить свет и разбились. И это разбиение послужило их очищением: тогда нечистота и примеси отделились от них и стали клипот — сквернами, согласно замыслу Всевышнего, благословен Он. Затем Он вернулся к их исправлению, и святость, содержавшаяся в этих келим, поднялась наверх благодаря исправлению, хотя святость и не была очищена до конца, как с Б-жьей помощью будет сказано ниже.</w:t>
      </w:r>
    </w:p>
    <w:p>
      <w:pPr>
        <w:spacing w:before="40" w:after="120"/>
        <w:jc w:val="both"/>
      </w:pPr>
      <w:r>
        <w:rPr>
          <w:rFonts w:ascii="Georgia" w:hAnsi="Georgia"/>
          <w:b w:val="0"/>
          <w:i w:val="0"/>
          <w:color w:val="000000"/>
          <w:sz w:val="24"/>
        </w:rPr>
        <w:t>Прежде чем объяснить, что означает пребывание точек без исправления и каков смысл исправления, необходимо поставить несколько вопросов.</w:t>
      </w:r>
    </w:p>
    <w:p>
      <w:pPr>
        <w:spacing w:before="40" w:after="120"/>
        <w:jc w:val="both"/>
      </w:pPr>
      <w:r>
        <w:rPr>
          <w:rFonts w:ascii="Georgia" w:hAnsi="Georgia"/>
          <w:b w:val="0"/>
          <w:i w:val="0"/>
          <w:color w:val="000000"/>
          <w:sz w:val="24"/>
        </w:rPr>
        <w:t>Выше разъяснялось, что во время исправления все десять точек объединились и образовали пять парцуфим — АА, Аба ве-Има и ЗОН (помимо Атика, который включен в АА, как с Б-жьей помощью будет сказано далее). В чем же причина такой перемены: вначале было десять точек, а затем возникло всего пять парцуфим? Почему с самого начала не вышло только пять точек или почему в итоге не образовалось десять парцуфим?</w:t>
      </w:r>
    </w:p>
    <w:p>
      <w:pPr>
        <w:spacing w:before="40" w:after="120"/>
        <w:jc w:val="both"/>
      </w:pPr>
      <w:r>
        <w:rPr>
          <w:rFonts w:ascii="Georgia" w:hAnsi="Georgia"/>
          <w:b w:val="0"/>
          <w:i w:val="0"/>
          <w:color w:val="000000"/>
          <w:sz w:val="24"/>
        </w:rPr>
        <w:t>К этому же вопросу относится и следующий: чем Зеир Анпин отличается от всех остальных? Ведь каждый из четырех других парцуфим произошел лишь из одной точки первоначальных десяти точек, тогда как ЗА образовался из шести точек вместе! Почему он изначально не возник из одной точки, как остальные, или почему каждый из остальных не возник из шести точек, подобно ему?</w:t>
      </w:r>
    </w:p>
    <w:p>
      <w:pPr>
        <w:spacing w:before="40" w:after="120"/>
        <w:jc w:val="both"/>
      </w:pPr>
      <w:r>
        <w:rPr>
          <w:rFonts w:ascii="Georgia" w:hAnsi="Georgia"/>
          <w:b w:val="0"/>
          <w:i w:val="0"/>
          <w:color w:val="000000"/>
          <w:sz w:val="24"/>
        </w:rPr>
        <w:t>Кроме того: известно, что всякая точка непременно включает в себя ровно десять точек; поскольку каждый парцуф состоит из десяти сфирот, почему же ЗА изначально вышел в виде шести точек,</w:t>
      </w:r>
    </w:p>
    <w:p>
      <w:pPr>
        <w:spacing w:before="40" w:after="120"/>
        <w:jc w:val="both"/>
      </w:pPr>
      <w:r>
        <w:rPr>
          <w:rFonts w:ascii="Georgia" w:hAnsi="Georgia"/>
          <w:b w:val="0"/>
          <w:i w:val="0"/>
          <w:color w:val="000000"/>
          <w:sz w:val="24"/>
        </w:rPr>
        <w:t>а не в виде десяти точек или одной точки, как остальные? Также следует спросить: почему у остальных четырех парцуфим мы не находим стадий зачатия (ибур), вскармливания (еника) и повторного зачатия для обретения разума (ибур де-мохин) ради их исправления, тогда как у одного лишь ЗА они есть, а в ГАР и в Нукве их нет? Ответ на это таков: несомненно, из тех первоначальных десяти точек истинными [основами] были лишь пять точек, превосходящих одна другую по уровню, — они и представляют собой упомянутые пять парцуфим, возникших после исправления.</w:t>
      </w:r>
    </w:p>
    <w:p>
      <w:pPr>
        <w:spacing w:before="40" w:after="120"/>
        <w:jc w:val="both"/>
      </w:pPr>
      <w:r>
        <w:rPr>
          <w:rFonts w:ascii="Georgia" w:hAnsi="Georgia"/>
          <w:b w:val="0"/>
          <w:i w:val="0"/>
          <w:color w:val="000000"/>
          <w:sz w:val="24"/>
        </w:rPr>
        <w:t>Каждой из этих точек надлежало содержать в себе десять частных точек, дабы впоследствии каждая из них образовала один парцуф, состоящий из десяти сфирот. Однако вначале так не было, и между этими точками существовало различие:</w:t>
      </w:r>
    </w:p>
    <w:p>
      <w:pPr>
        <w:spacing w:before="40" w:after="120"/>
        <w:jc w:val="both"/>
      </w:pPr>
      <w:r>
        <w:rPr>
          <w:rFonts w:ascii="Georgia" w:hAnsi="Georgia"/>
          <w:b w:val="0"/>
          <w:i w:val="0"/>
          <w:color w:val="000000"/>
          <w:sz w:val="24"/>
        </w:rPr>
        <w:t>первая, вторая и третья точки были совершенны во всех своих частях — то есть каждая из них содержала десять частных точек, и каждая из трех первых (ГАР) включала десять точек.</w:t>
      </w:r>
    </w:p>
    <w:p>
      <w:pPr>
        <w:spacing w:before="40" w:after="120"/>
        <w:jc w:val="both"/>
      </w:pPr>
      <w:r>
        <w:rPr>
          <w:rFonts w:ascii="Georgia" w:hAnsi="Georgia"/>
          <w:b w:val="0"/>
          <w:i w:val="0"/>
          <w:color w:val="000000"/>
          <w:sz w:val="24"/>
        </w:rPr>
        <w:t>При этом первая точка — Кетер — превосходила все точки, находившиеся под ней, и точно так же две точки — вторая и третья, Хохма и Бина (ХУБ), — превосходили все, что располагалось ниже них. Но четвертая точка, представляющая собой ЗА, вышла не с десятью частными точками: она содержала лишь шесть точек — шесть нижних частных точек этой сфиры, а три высшие частные точки в ней отсутствовали.</w:t>
      </w:r>
    </w:p>
    <w:p>
      <w:pPr>
        <w:spacing w:before="40" w:after="120"/>
        <w:jc w:val="both"/>
      </w:pPr>
      <w:r>
        <w:rPr>
          <w:rFonts w:ascii="Georgia" w:hAnsi="Georgia"/>
          <w:b w:val="0"/>
          <w:i w:val="0"/>
          <w:color w:val="000000"/>
          <w:sz w:val="24"/>
        </w:rPr>
        <w:t>Поэтому, хотя мы и говорим, что ЗА состоит из шести точек, на самом деле они не составляют даже одной цельной точки, а являются лишь шестью частными точками внутри одной точки при отсутствии трех первых. Таким образом, ЗА вышел неполным по сравнению с тремя высшими парцуфами.</w:t>
      </w:r>
    </w:p>
    <w:p>
      <w:pPr>
        <w:spacing w:before="40" w:after="120"/>
        <w:jc w:val="both"/>
      </w:pPr>
      <w:r>
        <w:rPr>
          <w:rFonts w:ascii="Georgia" w:hAnsi="Georgia"/>
          <w:b w:val="0"/>
          <w:i w:val="0"/>
          <w:color w:val="000000"/>
          <w:sz w:val="24"/>
        </w:rPr>
        <w:t>Относительно же пятой точки, из которой сформировалась Нуква де-ЗА, нельзя сказать, будто она вышла совершенной из десяти точек подобно ГАР, — ведь тогда ее достоинство оказалось бы выше достоинства ЗА. На самом деле эта точка представляет собой лишь одну частную точку из тех десяти, что должны были находиться в ней, а именно только ее Кетер.</w:t>
      </w:r>
    </w:p>
    <w:p>
      <w:pPr>
        <w:spacing w:before="40" w:after="120"/>
        <w:jc w:val="both"/>
      </w:pPr>
      <w:r>
        <w:rPr>
          <w:rFonts w:ascii="Georgia" w:hAnsi="Georgia"/>
          <w:b w:val="0"/>
          <w:i w:val="0"/>
          <w:color w:val="000000"/>
          <w:sz w:val="24"/>
        </w:rPr>
        <w:t>Выходит, что три первые точки вышли каждая в составе десяти точек; четвертая точка вышла, содержа лишь шесть нижних частных точек; а от пятой точки вышла только высшая часть — ее Кетер. И лишь для того, чтобы обозначить меру вышедшего от ЗА, мы говорим, что у него шесть точек... ...хотя на деле это лишь шесть частей одной-единственной точки.</w:t>
      </w:r>
    </w:p>
    <w:p>
      <w:pPr>
        <w:spacing w:before="40" w:after="120"/>
        <w:jc w:val="both"/>
      </w:pPr>
      <w:r>
        <w:rPr>
          <w:rFonts w:ascii="Georgia" w:hAnsi="Georgia"/>
          <w:b w:val="0"/>
          <w:i w:val="0"/>
          <w:color w:val="000000"/>
          <w:sz w:val="24"/>
        </w:rPr>
        <w:t>Теперь понятно, каким образом они составляют десять точек, хотя поистине их всего пять. Так разъяснено первое различие между тремя первыми точками и семью нижними.</w:t>
      </w:r>
    </w:p>
    <w:p>
      <w:pPr>
        <w:spacing w:before="40" w:after="120"/>
        <w:jc w:val="both"/>
      </w:pPr>
      <w:r>
        <w:rPr>
          <w:rFonts w:ascii="Georgia" w:hAnsi="Georgia"/>
          <w:b w:val="0"/>
          <w:i w:val="0"/>
          <w:color w:val="000000"/>
          <w:sz w:val="24"/>
        </w:rPr>
        <w:t>Существовало и другое различие между ними, объясняющее само выражение «без исправления»:</w:t>
      </w:r>
    </w:p>
    <w:p>
      <w:pPr>
        <w:spacing w:before="40" w:after="120"/>
        <w:jc w:val="both"/>
      </w:pPr>
      <w:r>
        <w:rPr>
          <w:rFonts w:ascii="Georgia" w:hAnsi="Georgia"/>
          <w:b w:val="0"/>
          <w:i w:val="0"/>
          <w:color w:val="000000"/>
          <w:sz w:val="24"/>
        </w:rPr>
        <w:t>в трех первых точках, помимо того что каждая вышла в составе десяти [частных сфирот], все десять частных точек были соединены друг с другом, а не отделены одна от другой.</w:t>
      </w:r>
    </w:p>
    <w:p>
      <w:pPr>
        <w:spacing w:before="40" w:after="120"/>
        <w:jc w:val="both"/>
      </w:pPr>
      <w:r>
        <w:rPr>
          <w:rFonts w:ascii="Georgia" w:hAnsi="Georgia"/>
          <w:b w:val="0"/>
          <w:i w:val="0"/>
          <w:color w:val="000000"/>
          <w:sz w:val="24"/>
        </w:rPr>
        <w:t>Шесть же точек ЗА, помимо того что они представляли собой шесть долей одной точки при отсутствии в ней ГАР, обладали еще одним отличием: они вышли разделенными, обособленными друг от друга, а не связанными воедино.</w:t>
      </w:r>
    </w:p>
    <w:p>
      <w:pPr>
        <w:spacing w:before="40" w:after="120"/>
        <w:jc w:val="both"/>
      </w:pPr>
      <w:r>
        <w:rPr>
          <w:rFonts w:ascii="Georgia" w:hAnsi="Georgia"/>
          <w:b w:val="0"/>
          <w:i w:val="0"/>
          <w:color w:val="000000"/>
          <w:sz w:val="24"/>
        </w:rPr>
        <w:t>Таким образом, между семью нижними точками (ЗАТ) и тремя первыми (ГАР) — то есть АА и Аба ве-Има — обнаруживаются два различия. Таков был их порядок вначале, в состоянии «без исправления»:</w:t>
      </w:r>
    </w:p>
    <w:p>
      <w:pPr>
        <w:spacing w:before="40" w:after="120"/>
        <w:jc w:val="both"/>
      </w:pPr>
      <w:r>
        <w:rPr>
          <w:rFonts w:ascii="Georgia" w:hAnsi="Georgia"/>
          <w:b w:val="0"/>
          <w:i w:val="0"/>
          <w:color w:val="000000"/>
          <w:sz w:val="24"/>
        </w:rPr>
        <w:t>когда эти десять точек впервые вышли, все десять напоминали один совокупный парцуф — не в буквальном смысле его строения, но по подобию. Высшая точка служила тогда свойством Кетер; следующие за ней вторая и третья точки были свойствами Хохмы и Бины (ХУБ); а шесть точек выступали телом, обладающим шестью концами (ВАК). Они еще не имели того четкого строения, какое обрели после исправления.</w:t>
      </w:r>
    </w:p>
    <w:p>
      <w:pPr>
        <w:spacing w:before="40" w:after="120"/>
        <w:jc w:val="both"/>
      </w:pPr>
      <w:r>
        <w:rPr>
          <w:rFonts w:ascii="Georgia" w:hAnsi="Georgia"/>
          <w:b w:val="0"/>
          <w:i w:val="0"/>
          <w:color w:val="000000"/>
          <w:sz w:val="24"/>
        </w:rPr>
        <w:t>В первой точке содержались в совокупности десять свойств, но она была мала, и десять ее частных свойств еще не образовывали законченного парцуфа, пребывая лишь в зародышевом виде. Она содержала в себе три свойства: Атик, АА и сокрытую Хохму внутри него, составляющие упомянутые три головы; и эти три свойства распространялись в виде линий внутрь остальных девяти точек подобно тому, как это устроено ныне, а те служили для них одеяниями. К тому же десять частных точек внутри нее были связаны между собой в виде линий, распространяющихся друг в друга (значение этих линий объяснялось выше).</w:t>
      </w:r>
    </w:p>
    <w:p>
      <w:pPr>
        <w:spacing w:before="40" w:after="120"/>
        <w:jc w:val="both"/>
      </w:pPr>
      <w:r>
        <w:rPr>
          <w:rFonts w:ascii="Georgia" w:hAnsi="Georgia"/>
          <w:b w:val="0"/>
          <w:i w:val="0"/>
          <w:color w:val="000000"/>
          <w:sz w:val="24"/>
        </w:rPr>
        <w:t>Точно так же обстояло дело и в двух точках Хохмы и Бины: каждая содержала десять [частных сфирот], и все они соединялись друг с другом посредством линий. Однако эти шесть частей-точек Зеир Анпина вышли разобщенными, не по закону линий, а одна над другой — разделенными и не связанными между собой.</w:t>
      </w:r>
    </w:p>
    <w:p>
      <w:pPr>
        <w:spacing w:before="40" w:after="120"/>
        <w:jc w:val="both"/>
      </w:pPr>
      <w:r>
        <w:rPr>
          <w:rFonts w:ascii="Georgia" w:hAnsi="Georgia"/>
          <w:b w:val="0"/>
          <w:i w:val="0"/>
          <w:color w:val="000000"/>
          <w:sz w:val="24"/>
        </w:rPr>
        <w:t>Поэтому эти шесть точек назывались тогда «общественным владением» (решут а-рабим): в них не было единства, связи и сплоченности, но они походили на разобщенных людей, где каждый идет своим путем, и не было меж ними любви и согласия.</w:t>
      </w:r>
    </w:p>
    <w:p>
      <w:pPr>
        <w:spacing w:before="40" w:after="120"/>
        <w:jc w:val="both"/>
      </w:pPr>
      <w:r>
        <w:rPr>
          <w:rFonts w:ascii="Georgia" w:hAnsi="Georgia"/>
          <w:b w:val="0"/>
          <w:i w:val="0"/>
          <w:color w:val="000000"/>
          <w:sz w:val="24"/>
        </w:rPr>
        <w:t xml:space="preserve">Потому келим не смогли выдержать света и умерли — как написано: </w:t>
      </w:r>
      <w:r>
        <w:rPr>
          <w:rFonts w:ascii="Georgia" w:hAnsi="Georgia"/>
          <w:b w:val="0"/>
          <w:i/>
          <w:color w:val="000000"/>
          <w:sz w:val="24"/>
        </w:rPr>
        <w:t>«Привязался к идолам Эфраим; оставь его!»</w:t>
      </w:r>
      <w:r>
        <w:rPr>
          <w:rFonts w:ascii="Georgia" w:hAnsi="Georgia"/>
          <w:b w:val="0"/>
          <w:i w:val="0"/>
          <w:color w:val="000000"/>
          <w:sz w:val="24"/>
        </w:rPr>
        <w:t xml:space="preserve"> (Ошеа 4:17), ибо именно связь обеспечивает устойчивость и сохранение. И народная притча гласит: если взять десять прутьев по отдельности, каждый из них переломится; но если связать хотя бы три прута вместе, они устоят и не сломаются.</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необходимо объяснить причину всего сказанного выше: чем точки ЗОН отличаются от точек ГАР?</w:t>
      </w:r>
    </w:p>
    <w:p>
      <w:pPr>
        <w:spacing w:before="40" w:after="120"/>
        <w:jc w:val="both"/>
      </w:pPr>
      <w:r>
        <w:rPr>
          <w:rFonts w:ascii="Georgia" w:hAnsi="Georgia"/>
          <w:b w:val="0"/>
          <w:i w:val="0"/>
          <w:color w:val="000000"/>
          <w:sz w:val="24"/>
        </w:rPr>
        <w:t xml:space="preserve">Знай, что весь мир управляется через ЗОН. И подобно тому как они называются детьми Аба ве-Има, так и мы зовемся детьми ЗОН согласно стиху: </w:t>
      </w:r>
      <w:r>
        <w:rPr>
          <w:rFonts w:ascii="Georgia" w:hAnsi="Georgia"/>
          <w:b w:val="0"/>
          <w:i/>
          <w:color w:val="000000"/>
          <w:sz w:val="24"/>
        </w:rPr>
        <w:t>«Вы сыны Г-споду, Б-гу вашему…»</w:t>
      </w:r>
      <w:r>
        <w:rPr>
          <w:rFonts w:ascii="Georgia" w:hAnsi="Georgia"/>
          <w:b w:val="0"/>
          <w:i w:val="0"/>
          <w:color w:val="000000"/>
          <w:sz w:val="24"/>
        </w:rPr>
        <w:t xml:space="preserve"> (Дварим 14:1). Кроме того, Писание говорит: </w:t>
      </w:r>
      <w:r>
        <w:rPr>
          <w:rFonts w:ascii="Georgia" w:hAnsi="Georgia"/>
          <w:b w:val="0"/>
          <w:i/>
          <w:color w:val="000000"/>
          <w:sz w:val="24"/>
        </w:rPr>
        <w:t>«Ибо сказал я: мир милостью созидается…»</w:t>
      </w:r>
      <w:r>
        <w:rPr>
          <w:rFonts w:ascii="Georgia" w:hAnsi="Georgia"/>
          <w:b w:val="0"/>
          <w:i w:val="0"/>
          <w:color w:val="000000"/>
          <w:sz w:val="24"/>
        </w:rPr>
        <w:t xml:space="preserve"> (Теилим 89:3) — то есть «мир» начинается со стадии Хесед и далее; это семь нижних сфирот (ЗАТ), составляющие в совокупности ЗОН. В этом же заключается тайна семи дней творения, как известно. Поэтому весь ущерб, причиняемый нижними своими дурными поступками, не достигает ГАР — то есть АА и Аба ве-Има, — а касается только ЗАТ, то есть ЗОН.</w:t>
      </w:r>
    </w:p>
    <w:p>
      <w:pPr>
        <w:spacing w:before="40" w:after="120"/>
        <w:jc w:val="both"/>
      </w:pPr>
      <w:r>
        <w:rPr>
          <w:rFonts w:ascii="Georgia" w:hAnsi="Georgia"/>
          <w:b w:val="0"/>
          <w:i w:val="0"/>
          <w:color w:val="000000"/>
          <w:sz w:val="24"/>
        </w:rPr>
        <w:t>Но и между самими ЗОН есть различие, ведь очевидно, что ущерб, затрагивающий Нукву, не равен ущербу, доходящему до самого ЗА, который выше и величественнее ее. Различие же состоит в следующем: ущерб, доходящий только до Нуквы, в случае тяжелого греха может обрести такую силу, что вызовет уход всех ее девяти частей, и в ней останется лишь десятая часть — ее Кетер. Однако в ЗА ущерб от действий нижних не имеет силы вызвать уход шести краев (ВАК), а приводит к уходу одних лишь трех первых сфирот (ГАР).</w:t>
      </w:r>
    </w:p>
    <w:p>
      <w:pPr>
        <w:spacing w:before="40" w:after="120"/>
        <w:jc w:val="both"/>
      </w:pPr>
      <w:r>
        <w:rPr>
          <w:rFonts w:ascii="Georgia" w:hAnsi="Georgia"/>
          <w:b w:val="0"/>
          <w:i w:val="0"/>
          <w:color w:val="000000"/>
          <w:sz w:val="24"/>
        </w:rPr>
        <w:t>Этому необходимо дать объяснение. Вместе с тем мы разъясним сказанное выше: почему при выходе точки ЗА вышли шесть нижних частей, а не три первые, тогда как в точках Нуквы вышла только высшая точка — ее Кетер, а девять нижних частей не вышли.</w:t>
      </w:r>
    </w:p>
    <w:p>
      <w:pPr>
        <w:spacing w:before="40" w:after="120"/>
        <w:jc w:val="both"/>
      </w:pPr>
      <w:r>
        <w:rPr>
          <w:rFonts w:ascii="Georgia" w:hAnsi="Georgia"/>
          <w:b w:val="0"/>
          <w:i w:val="0"/>
          <w:color w:val="000000"/>
          <w:sz w:val="24"/>
        </w:rPr>
        <w:t xml:space="preserve">Ответы на оба эти вопроса взаимосвязаны. Суть дела опирается на сказанное в Пиркей Авот: </w:t>
      </w:r>
      <w:r>
        <w:rPr>
          <w:rFonts w:ascii="Georgia" w:hAnsi="Georgia"/>
          <w:b w:val="0"/>
          <w:i/>
          <w:color w:val="000000"/>
          <w:sz w:val="24"/>
        </w:rPr>
        <w:t>«Десятью речениями был сотворен мир»</w:t>
      </w:r>
      <w:r>
        <w:rPr>
          <w:rFonts w:ascii="Georgia" w:hAnsi="Georgia"/>
          <w:b w:val="0"/>
          <w:i w:val="0"/>
          <w:color w:val="000000"/>
          <w:sz w:val="24"/>
        </w:rPr>
        <w:t xml:space="preserve"> (Авот 5:1). Смысл здесь в том, что свойство [называемое] «мир» начинается от Хесед и ниже; и оно названо миром согласно стиху: </w:t>
      </w:r>
      <w:r>
        <w:rPr>
          <w:rFonts w:ascii="Georgia" w:hAnsi="Georgia"/>
          <w:b w:val="0"/>
          <w:i/>
          <w:color w:val="000000"/>
          <w:sz w:val="24"/>
        </w:rPr>
        <w:t>«Мир милостью созидается…»</w:t>
      </w:r>
      <w:r>
        <w:rPr>
          <w:rFonts w:ascii="Georgia" w:hAnsi="Georgia"/>
          <w:b w:val="0"/>
          <w:i w:val="0"/>
          <w:color w:val="000000"/>
          <w:sz w:val="24"/>
        </w:rPr>
        <w:t xml:space="preserve"> (Теилим 89:3) — то есть созидается от Хесед и далее, как сказано выше. И это свойство, называемое ЗА, высший Источник мог бы сформировать соединенным воедино со всеми десятью сфирот, что в нем, так чтобы они не были десятью отдельными речениями; однако это произошло не так, как в ГАР — то есть в АА и Аба ве-Има, — чьи десять частей вышли соединенными вместе, как сказано выше. [Мишна] указывает этому причину, говоря: </w:t>
      </w:r>
      <w:r>
        <w:rPr>
          <w:rFonts w:ascii="Georgia" w:hAnsi="Georgia"/>
          <w:b w:val="0"/>
          <w:i/>
          <w:color w:val="000000"/>
          <w:sz w:val="24"/>
        </w:rPr>
        <w:t>«…чтобы взыскать с нечестивых…»</w:t>
      </w:r>
      <w:r>
        <w:rPr>
          <w:rFonts w:ascii="Georgia" w:hAnsi="Georgia"/>
          <w:b w:val="0"/>
          <w:i w:val="0"/>
          <w:color w:val="000000"/>
          <w:sz w:val="24"/>
        </w:rPr>
        <w:t xml:space="preserve"> (Авот 5:1) и так далее — то есть для того, чтобы в этом мире существовали награда и наказание для праведников и нечестивых. Именно поэтому ЗОН оказались разделены на десять частей, представляющих собой десять речений, а не вышли включенными друг в друга, подобно трем первым точкам.</w:t>
      </w:r>
    </w:p>
    <w:p>
      <w:pPr>
        <w:spacing w:before="40" w:after="120"/>
        <w:jc w:val="both"/>
      </w:pPr>
      <w:r>
        <w:rPr>
          <w:rFonts w:ascii="Georgia" w:hAnsi="Georgia"/>
          <w:b w:val="0"/>
          <w:i w:val="0"/>
          <w:color w:val="000000"/>
          <w:sz w:val="24"/>
        </w:rPr>
        <w:t>Причина в том, что по мере величины ущерба, наносимого нечестивыми, уменьшается [свет] в этих речениях, и с них взыскивается соразмерно этому ущербу; и точно так же, наоборот, воздается праведникам.</w:t>
      </w:r>
    </w:p>
    <w:p>
      <w:pPr>
        <w:spacing w:before="40" w:after="120"/>
        <w:jc w:val="both"/>
      </w:pPr>
      <w:r>
        <w:rPr>
          <w:rFonts w:ascii="Georgia" w:hAnsi="Georgia"/>
          <w:b w:val="0"/>
          <w:i w:val="0"/>
          <w:color w:val="000000"/>
          <w:sz w:val="24"/>
        </w:rPr>
        <w:t xml:space="preserve">Что касается ущерба, доходящего до Нуквы де-ЗА, то существует такой ущерб, который вызывает уход одной ее части, существует такой, что приводит к уходу двух частей, и так далее — вплоть до ущерба, способного вызвать уход девяти ее нижних частей, так что в ней останется лишь одна высшая, десятая часть — ее Кетер. И в этом смысл сказанного луне: </w:t>
      </w:r>
      <w:r>
        <w:rPr>
          <w:rFonts w:ascii="Georgia" w:hAnsi="Georgia"/>
          <w:b w:val="0"/>
          <w:i/>
          <w:color w:val="000000"/>
          <w:sz w:val="24"/>
        </w:rPr>
        <w:t>«Поди и уменьши себя»</w:t>
      </w:r>
      <w:r>
        <w:rPr>
          <w:rFonts w:ascii="Georgia" w:hAnsi="Georgia"/>
          <w:b w:val="0"/>
          <w:i w:val="0"/>
          <w:color w:val="000000"/>
          <w:sz w:val="24"/>
        </w:rPr>
        <w:t xml:space="preserve"> (Хулин 60б). И пойми... ...это. Ведь если бы оставшаяся от нее часть была не высшей из всех, а самой нижней, как в ЗА, где остаются нижние [сфирот], а уходят высшие, — то в этой части не было бы никакой силы; тогда даже она сама упразднилась бы, будучи ее нижним уровнем, а мир был бы разрушен и уничтожен. Поэтому потребовалось, чтобы остающаяся часть была высшей в ней, то есть ее Кетером, поскольку вся она погружена в клипу, как объясняется в тайне стиха: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w:t>
      </w:r>
    </w:p>
    <w:p>
      <w:pPr>
        <w:spacing w:before="40" w:after="120"/>
        <w:jc w:val="both"/>
      </w:pPr>
      <w:r>
        <w:rPr>
          <w:rFonts w:ascii="Georgia" w:hAnsi="Georgia"/>
          <w:b w:val="0"/>
          <w:i w:val="0"/>
          <w:color w:val="000000"/>
          <w:sz w:val="24"/>
        </w:rPr>
        <w:t>И эта остающаяся часть сама и есть та часть, которая вышла изначально, до исправления, как сказано выше, ведь тогда из всех частей точки Нуквы де-ЗА вышла лишь десятая часть, высшая в ней. Причина же в том, что всё приходящее изначально как корень и основа впоследствии, во время ущерба, не уходит. То же, что пришло к ней как дополнение во время исправления, — остальные девять частей — уходит во время ущерба. Иначе обстояло бы дело, если бы они пришли изначально, до исправления, как корень и основа: тогда при нанесении ущерба нижними они не смогли бы уйти.</w:t>
      </w:r>
    </w:p>
    <w:p>
      <w:pPr>
        <w:spacing w:before="40" w:after="120"/>
        <w:jc w:val="both"/>
      </w:pPr>
      <w:r>
        <w:rPr>
          <w:rFonts w:ascii="Georgia" w:hAnsi="Georgia"/>
          <w:b w:val="0"/>
          <w:i w:val="0"/>
          <w:color w:val="000000"/>
          <w:sz w:val="24"/>
        </w:rPr>
        <w:t xml:space="preserve">Если же ты возразишь, что лучше было бы им не уходить, то причина этого уже объяснена словами: </w:t>
      </w:r>
      <w:r>
        <w:rPr>
          <w:rFonts w:ascii="Georgia" w:hAnsi="Georgia"/>
          <w:b w:val="0"/>
          <w:i/>
          <w:color w:val="000000"/>
          <w:sz w:val="24"/>
        </w:rPr>
        <w:t>«…чтобы взыскать с нечестивых…»</w:t>
      </w:r>
      <w:r>
        <w:rPr>
          <w:rFonts w:ascii="Georgia" w:hAnsi="Georgia"/>
          <w:b w:val="0"/>
          <w:i w:val="0"/>
          <w:color w:val="000000"/>
          <w:sz w:val="24"/>
        </w:rPr>
        <w:t xml:space="preserve"> (Авот 5:1) и так далее — чтобы существовали награда и наказание, суд и Судья. И при уходе [светов] с нечестивых взыскивается за то, что они вызвали этот уход, поскольку [сфирот] были десятью отдельными речениями; ведь если бы они вышли соединенными воедино, они бы не уходили. Об этом и сказано: </w:t>
      </w:r>
      <w:r>
        <w:rPr>
          <w:rFonts w:ascii="Georgia" w:hAnsi="Georgia"/>
          <w:b w:val="0"/>
          <w:i/>
          <w:color w:val="000000"/>
          <w:sz w:val="24"/>
        </w:rPr>
        <w:t>«…губят мир, сотворенный десятью речениями…»</w:t>
      </w:r>
      <w:r>
        <w:rPr>
          <w:rFonts w:ascii="Georgia" w:hAnsi="Georgia"/>
          <w:b w:val="0"/>
          <w:i w:val="0"/>
          <w:color w:val="000000"/>
          <w:sz w:val="24"/>
        </w:rPr>
        <w:t xml:space="preserve"> (Авот 5:1), — то есть если бы он был сотворен одним речением, включающим все [остальные], такого бы не происходило.</w:t>
      </w:r>
    </w:p>
    <w:p>
      <w:pPr>
        <w:spacing w:before="40" w:after="120"/>
        <w:jc w:val="both"/>
      </w:pPr>
      <w:r>
        <w:rPr>
          <w:rFonts w:ascii="Georgia" w:hAnsi="Georgia"/>
          <w:b w:val="0"/>
          <w:i w:val="0"/>
          <w:color w:val="000000"/>
          <w:sz w:val="24"/>
        </w:rPr>
        <w:t xml:space="preserve">Точно так же обстоит дело и с тем, чтобы </w:t>
      </w:r>
      <w:r>
        <w:rPr>
          <w:rFonts w:ascii="Georgia" w:hAnsi="Georgia"/>
          <w:b w:val="0"/>
          <w:i/>
          <w:color w:val="000000"/>
          <w:sz w:val="24"/>
        </w:rPr>
        <w:t>«…дать добрую награду праведникам…»</w:t>
      </w:r>
      <w:r>
        <w:rPr>
          <w:rFonts w:ascii="Georgia" w:hAnsi="Georgia"/>
          <w:b w:val="0"/>
          <w:i w:val="0"/>
          <w:color w:val="000000"/>
          <w:sz w:val="24"/>
        </w:rPr>
        <w:t xml:space="preserve"> (Авот 5:1), которые возвращают их после ухода. Если бы они не уходили из-за ущерба, не было бы награды праведникам, возвращающим их. Пойми это.</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Есть и вторая причина — со стороны их самих. Если бы они изначально существовали как корень и основа так, что потом не могли бы уйти, ущерб, не дай Б-г, коснулся бы их. Теперь же, когда нижние грешат, они поднимаются ввысь, и ущерб их не затрагивает.</w:t>
      </w:r>
    </w:p>
    <w:p>
      <w:pPr>
        <w:spacing w:before="40" w:after="120"/>
        <w:jc w:val="both"/>
      </w:pPr>
      <w:r>
        <w:rPr>
          <w:rFonts w:ascii="Georgia" w:hAnsi="Georgia"/>
          <w:b w:val="0"/>
          <w:i w:val="0"/>
          <w:color w:val="000000"/>
          <w:sz w:val="24"/>
        </w:rPr>
        <w:t xml:space="preserve">Тогда с нечестивых взыскивается за вред, причиняемый нижнему миру из-за уменьшения изобилия (шефа), вызванного уходом этих светов; но самих светов ущерб не достигает, ведь они уходят. Именно поэтому сказано: </w:t>
      </w:r>
      <w:r>
        <w:rPr>
          <w:rFonts w:ascii="Georgia" w:hAnsi="Georgia"/>
          <w:b w:val="0"/>
          <w:i/>
          <w:color w:val="000000"/>
          <w:sz w:val="24"/>
        </w:rPr>
        <w:t>«…губят мир…»</w:t>
      </w:r>
      <w:r>
        <w:rPr>
          <w:rFonts w:ascii="Georgia" w:hAnsi="Georgia"/>
          <w:b w:val="0"/>
          <w:i w:val="0"/>
          <w:color w:val="000000"/>
          <w:sz w:val="24"/>
        </w:rPr>
        <w:t xml:space="preserve"> (Авот 5:1), а не сказано, что повреждают сами десять речений.</w:t>
      </w:r>
    </w:p>
    <w:p>
      <w:pPr>
        <w:spacing w:before="40" w:after="120"/>
        <w:jc w:val="both"/>
      </w:pPr>
      <w:r>
        <w:rPr>
          <w:rFonts w:ascii="Georgia" w:hAnsi="Georgia"/>
          <w:b w:val="0"/>
          <w:i w:val="0"/>
          <w:color w:val="000000"/>
          <w:sz w:val="24"/>
        </w:rPr>
        <w:t>Что же касается высшей части Нуквы, то хотя она и остается в ней, не уходя во время ущерба, ущерб ее не затрагивает, поскольку она неизмеримо выше всех остальных. Но ее нижних частей, близких к клипот, ущерб обязательно коснулся бы, если бы они не уходили. Однако в отношении ЗА, который не столь близок к клипот, как Нуква, проявились два отличия от нее:</w:t>
      </w:r>
    </w:p>
    <w:p>
      <w:pPr>
        <w:spacing w:before="40" w:after="120"/>
        <w:jc w:val="both"/>
      </w:pPr>
      <w:r>
        <w:rPr>
          <w:rFonts w:ascii="Georgia" w:hAnsi="Georgia"/>
          <w:b w:val="0"/>
          <w:i w:val="0"/>
          <w:color w:val="000000"/>
          <w:sz w:val="24"/>
        </w:rPr>
        <w:t>1) шесть частей его точки вышли устойчиво изначально, до исправления, тогда как у Нуквы вышла лишь десятая часть;</w:t>
      </w:r>
    </w:p>
    <w:p>
      <w:pPr>
        <w:spacing w:before="40" w:after="120"/>
        <w:jc w:val="both"/>
      </w:pPr>
      <w:r>
        <w:rPr>
          <w:rFonts w:ascii="Georgia" w:hAnsi="Georgia"/>
          <w:b w:val="0"/>
          <w:i w:val="0"/>
          <w:color w:val="000000"/>
          <w:sz w:val="24"/>
        </w:rPr>
        <w:t>2) [у него] вышли нижние части, а не высшие.</w:t>
      </w:r>
    </w:p>
    <w:p>
      <w:pPr>
        <w:spacing w:before="40" w:after="120"/>
        <w:jc w:val="both"/>
      </w:pPr>
      <w:r>
        <w:rPr>
          <w:rFonts w:ascii="Georgia" w:hAnsi="Georgia"/>
          <w:b w:val="0"/>
          <w:i w:val="0"/>
          <w:color w:val="000000"/>
          <w:sz w:val="24"/>
        </w:rPr>
        <w:t>Причина этого подобна изложенной выше: поскольку в отношении него нет тех опасений, что для Нуквы (ведь он не близок к клипот), с ним все произошло наоборот.</w:t>
      </w:r>
    </w:p>
    <w:p>
      <w:pPr>
        <w:spacing w:before="40" w:after="120"/>
        <w:jc w:val="both"/>
      </w:pPr>
      <w:r>
        <w:rPr>
          <w:rFonts w:ascii="Georgia" w:hAnsi="Georgia"/>
          <w:b w:val="0"/>
          <w:i w:val="0"/>
          <w:color w:val="000000"/>
          <w:sz w:val="24"/>
        </w:rPr>
        <w:t>К тому же есть и другая причина: ГАР де-ЗА — это высшие света, и если бы они вышли изначально, то остались бы постоянными, как сказано выше, и не уходили бы во время ущерба. Тогда вина нижних была бы безмерно велика и невыносима, поскольку они нанесли бы ущерб столь высокому месту, и мир был бы разрушен. Поэтому произошло противоположное: ГАР вышли исключительно как дополнение, чтобы иметь возможность уйти во время ущерба, дабы ущерб, упаси Б-г, не коснулся их. В этом же заключается объяснение того, почему все три первые сфиры (ГАР) приходят вместе как дополнение (а не изначально как основа). Дело в том, что ГАР де-ЗА считаются единым целым. Во время ущерба они должны уходить вместе, а вне времени ущерба — возвращаться вместе. Ведь если уйдет одна, а две останутся, или наоборот, то не будет большего ущерба, чем произвести разделение между ГАР де-ЗА, упаси Б-г! Лучше пусть уйдут все три и останутся соединенными, чем уйдет одна, а другая окажется в разделении с ней.</w:t>
      </w:r>
    </w:p>
    <w:p>
      <w:pPr>
        <w:spacing w:before="40" w:after="120"/>
        <w:jc w:val="both"/>
      </w:pPr>
      <w:r>
        <w:rPr>
          <w:rFonts w:ascii="Georgia" w:hAnsi="Georgia"/>
          <w:b w:val="0"/>
          <w:i w:val="0"/>
          <w:color w:val="000000"/>
          <w:sz w:val="24"/>
        </w:rPr>
        <w:t>Его же шесть последних [частей] пришли изначально как корень и основа.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Но если ущерб мог коснуться ГАР, то тем более — шести краев (ВАК)! Как же тогда они вышли как основа и не могут уйти во время ущерба?</w:t>
      </w:r>
    </w:p>
    <w:p>
      <w:pPr>
        <w:spacing w:before="40" w:after="120"/>
        <w:jc w:val="both"/>
      </w:pPr>
      <w:r>
        <w:rPr>
          <w:rFonts w:ascii="Georgia" w:hAnsi="Georgia"/>
          <w:b w:val="0"/>
          <w:i w:val="0"/>
          <w:color w:val="000000"/>
          <w:sz w:val="24"/>
        </w:rPr>
        <w:t>Суть дела раскрывается через ответ на два упомянутых выше вопроса:</w:t>
      </w:r>
    </w:p>
    <w:p>
      <w:pPr>
        <w:spacing w:before="40" w:after="120"/>
        <w:jc w:val="both"/>
      </w:pPr>
      <w:r>
        <w:rPr>
          <w:rFonts w:ascii="Georgia" w:hAnsi="Georgia"/>
          <w:b w:val="0"/>
          <w:i w:val="0"/>
          <w:color w:val="000000"/>
          <w:sz w:val="24"/>
        </w:rPr>
        <w:t>1) почему вышли только шесть частей точек, а не все десять;</w:t>
      </w:r>
    </w:p>
    <w:p>
      <w:pPr>
        <w:spacing w:before="40" w:after="120"/>
        <w:jc w:val="both"/>
      </w:pPr>
      <w:r>
        <w:rPr>
          <w:rFonts w:ascii="Georgia" w:hAnsi="Georgia"/>
          <w:b w:val="0"/>
          <w:i w:val="0"/>
          <w:color w:val="000000"/>
          <w:sz w:val="24"/>
        </w:rPr>
        <w:t>2) почему сами эти шесть частей вышли разрозненными, а не соединенными и связанными?</w:t>
      </w:r>
    </w:p>
    <w:p>
      <w:pPr>
        <w:spacing w:before="40" w:after="120"/>
        <w:jc w:val="both"/>
      </w:pPr>
      <w:r>
        <w:rPr>
          <w:rFonts w:ascii="Georgia" w:hAnsi="Georgia"/>
          <w:b w:val="0"/>
          <w:i w:val="0"/>
          <w:color w:val="000000"/>
          <w:sz w:val="24"/>
        </w:rPr>
        <w:t>Дело в том, что Источник предвидел: если бы вышли ГАР, они не смогли бы уйти во время ущерба, и ущерб коснулся бы их, не дай Б-г. Если же предположить, что Он мог бы вывести их отделенными друг от друга — и тогда ущерб не поражал бы все три сразу, а касался лишь того свойства, к которому относился данный грех, — то ведь нет большего ущерба, чем разделение между тремя первыми сфирами, как сказано выше. Поэтому было необходимо, чтобы они вовсе не приходили как основа, а лишь как дополнение — чтобы в случае ущерба со стороны нижних они могли уйти, причем ушли бы все три вместе, в единстве, а не в разделении.</w:t>
      </w:r>
    </w:p>
    <w:p>
      <w:pPr>
        <w:spacing w:before="40" w:after="120"/>
        <w:jc w:val="both"/>
      </w:pPr>
      <w:r>
        <w:rPr>
          <w:rFonts w:ascii="Georgia" w:hAnsi="Georgia"/>
          <w:b w:val="0"/>
          <w:i w:val="0"/>
          <w:color w:val="000000"/>
          <w:sz w:val="24"/>
        </w:rPr>
        <w:t>Шесть же нижних частей Он вывел отделенными друг от друга с особым намерением — чтобы не повреждались все они сразу. Ведь бывает ущерб, затрагивающий только Есод, или ущерб, затрагивающий только Ход, и тому подобное; тогда повреждается лишь эта часть, а остальные, не будучи соединены вместе, не повреждаются. Таким образом, урон во время ущерба не столь велик. И лучше, чтобы повреждались нижние, а не три первые сфиры.</w:t>
      </w:r>
    </w:p>
    <w:p>
      <w:pPr>
        <w:spacing w:before="40" w:after="120"/>
        <w:jc w:val="both"/>
      </w:pPr>
      <w:r>
        <w:rPr>
          <w:rFonts w:ascii="Georgia" w:hAnsi="Georgia"/>
          <w:b w:val="0"/>
          <w:i w:val="0"/>
          <w:color w:val="000000"/>
          <w:sz w:val="24"/>
        </w:rPr>
        <w:t>Кроме того, лучше, чтобы сами нижние находились в разделении изначально, до исправления, — чтобы даже после исправления, если, упаси Б-г, произойдет повреждение, ущерб коснулся только поврежденной части. И хотя после исправления они соединены, как известно, но благодаря тому, что изначально они были разделены, ущерб не распространяется на все [части]. У Нуквы же, если бы ее нижние части, упаси Б-г, повреждались, мир был бы полностью разрушен, поскольку она очень близка к клипот; в ее нижние части клипот вцепились бы безмерно, и не было бы никакого исправления, упаси Б-г.</w:t>
      </w:r>
    </w:p>
    <w:p>
      <w:pPr>
        <w:spacing w:before="40" w:after="120"/>
        <w:jc w:val="both"/>
      </w:pPr>
      <w:r>
        <w:rPr>
          <w:rFonts w:ascii="Georgia" w:hAnsi="Georgia"/>
          <w:b w:val="0"/>
          <w:i w:val="0"/>
          <w:color w:val="000000"/>
          <w:sz w:val="24"/>
        </w:rPr>
        <w:t>Благодаря этому становится понятна причина, почему для Зеир Анпина потребовались ибур, йеника и мохин. Ведь три первых [парцуфа] вышли каждый включенным из десяти, и потому они не нуждались во всем этом, кроме одного лишь ибура. ЗА же сначала нуждается в ибуре и йенике, чтобы исправить вместе эти шесть краев (ВАК), которые одни вышли изначально как постоянные корень и основа до исправления; а затем [ему требуется] второй ибур, чтобы притянуть к нему вместе все три его первые сфиры (ГАР) — тот свет разума (мохин), о котором мы постоянно упоминаем; и они приходят к нему как дополнение вместе, ведь и изначально все три остались невышедшими вместе, как сказано выше.</w:t>
      </w:r>
    </w:p>
    <w:p>
      <w:pPr>
        <w:spacing w:before="40" w:after="120"/>
        <w:jc w:val="both"/>
      </w:pPr>
      <w:r>
        <w:rPr>
          <w:rFonts w:ascii="Georgia" w:hAnsi="Georgia"/>
          <w:b w:val="0"/>
          <w:i w:val="0"/>
          <w:color w:val="000000"/>
          <w:sz w:val="24"/>
        </w:rPr>
        <w:t>Но у Нуквы, девять нижних частей которой вовсе не вышли изначально, после исправления все они выходят разом как дополнение, в одно мгновение, соединенными вместе. Поэтому она не нуждается во всех тех исправлениях, что проходит Зеир Анпин, и ей достаточно первого ибура и йеники.</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[Первая редакция.] Изначально десять [сфирот] были простой сущностью и каждая включала в себя десять, но они не различались в ней. Три первые сфиры (ГАР), будучи милосердием, могли принимать свет Бесконечного (Эйн Соф). Когда же [свет] доходил до шести точек, они аннулировались. И это те мелахим, которые умерли, поскольку они — суд, а приходящий свет — милосердие, и они не могли принять его; а поскольку они не получили жизненной силы, то умерли.</w:t>
      </w:r>
    </w:p>
    <w:p>
      <w:pPr>
        <w:spacing w:before="40" w:after="120"/>
        <w:jc w:val="both"/>
      </w:pPr>
      <w:r>
        <w:rPr>
          <w:rFonts w:ascii="Georgia" w:hAnsi="Georgia"/>
          <w:b w:val="0"/>
          <w:i w:val="0"/>
          <w:color w:val="000000"/>
          <w:sz w:val="24"/>
        </w:rPr>
        <w:t>Поэтому возникла необходимость в исправлении: образовались келим для Кетера, и благодаря этому свет, приходящий и проходящий через масах, смягчился; кроме того, в нем стали различимы десять [сфирот]. И эти мелахим находятся ниже Малхут де-Ацилут. От них не осталось ничего, кроме Адара, поскольку в нем [соединились] мужское и женское — Тиферет и Малхут.</w:t>
      </w:r>
    </w:p>
    <w:p>
      <w:pPr>
        <w:spacing w:before="40" w:after="120"/>
        <w:jc w:val="both"/>
      </w:pPr>
      <w:r>
        <w:rPr>
          <w:rFonts w:ascii="Georgia" w:hAnsi="Georgia"/>
          <w:b w:val="0"/>
          <w:i w:val="0"/>
          <w:color w:val="000000"/>
          <w:sz w:val="24"/>
        </w:rPr>
        <w:t>Тогда произошел первый ибур Аба ве-Има, и капля представляла собой одну букву йод (</w:t>
      </w:r>
      <w:r>
        <w:rPr>
          <w:rFonts w:ascii="Georgia" w:hAnsi="Georgia" w:cs="Times New Roman"/>
          <w:b/>
          <w:i w:val="0"/>
          <w:color w:val="000000"/>
          <w:sz w:val="24"/>
          <w:rtl/>
          <w:szCs w:val="32"/>
        </w:rPr>
        <w:t>י</w:t>
      </w:r>
      <w:r>
        <w:rPr>
          <w:rFonts w:ascii="Georgia" w:hAnsi="Georgia"/>
          <w:b w:val="0"/>
          <w:i w:val="0"/>
          <w:color w:val="000000"/>
          <w:sz w:val="24"/>
        </w:rPr>
        <w:t>). Буквы вав и далет (</w:t>
      </w:r>
      <w:r>
        <w:rPr>
          <w:rFonts w:ascii="Georgia" w:hAnsi="Georgia" w:cs="Times New Roman"/>
          <w:b/>
          <w:i w:val="0"/>
          <w:color w:val="000000"/>
          <w:sz w:val="24"/>
          <w:rtl/>
          <w:szCs w:val="32"/>
        </w:rPr>
        <w:t>ו״ד</w:t>
      </w:r>
      <w:r>
        <w:rPr>
          <w:rFonts w:ascii="Georgia" w:hAnsi="Georgia"/>
          <w:b w:val="0"/>
          <w:i w:val="0"/>
          <w:color w:val="000000"/>
          <w:sz w:val="24"/>
        </w:rPr>
        <w:t>) были взяты из наполнения буквы йод (</w:t>
      </w:r>
      <w:r>
        <w:rPr>
          <w:rFonts w:ascii="Georgia" w:hAnsi="Georgia" w:cs="Times New Roman"/>
          <w:b/>
          <w:i w:val="0"/>
          <w:color w:val="000000"/>
          <w:sz w:val="24"/>
          <w:rtl/>
          <w:szCs w:val="32"/>
        </w:rPr>
        <w:t>יוד</w:t>
      </w:r>
      <w:r>
        <w:rPr>
          <w:rFonts w:ascii="Georgia" w:hAnsi="Georgia"/>
          <w:b w:val="0"/>
          <w:i w:val="0"/>
          <w:color w:val="000000"/>
          <w:sz w:val="24"/>
        </w:rPr>
        <w:t>), что в Хохме, и они составляют тайну букв вав и далет (</w:t>
      </w:r>
      <w:r>
        <w:rPr>
          <w:rFonts w:ascii="Georgia" w:hAnsi="Georgia" w:cs="Times New Roman"/>
          <w:b/>
          <w:i w:val="0"/>
          <w:color w:val="000000"/>
          <w:sz w:val="24"/>
          <w:rtl/>
          <w:szCs w:val="32"/>
        </w:rPr>
        <w:t>ו״ד</w:t>
      </w:r>
      <w:r>
        <w:rPr>
          <w:rFonts w:ascii="Georgia" w:hAnsi="Georgia"/>
          <w:b w:val="0"/>
          <w:i w:val="0"/>
          <w:color w:val="000000"/>
          <w:sz w:val="24"/>
        </w:rPr>
        <w:t>) в букве йод парцуфа Аба, числовое значение которых равно десяти: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и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[в сумме дают десять, </w:t>
      </w:r>
      <w:r>
        <w:rPr>
          <w:rFonts w:ascii="Georgia" w:hAnsi="Georgia" w:cs="Times New Roman"/>
          <w:b/>
          <w:i w:val="0"/>
          <w:color w:val="000000"/>
          <w:sz w:val="24"/>
          <w:rtl/>
          <w:szCs w:val="32"/>
        </w:rPr>
        <w:t>י</w:t>
      </w:r>
      <w:r>
        <w:rPr>
          <w:rFonts w:ascii="Georgia" w:hAnsi="Georgia"/>
          <w:b w:val="0"/>
          <w:i w:val="0"/>
          <w:color w:val="000000"/>
          <w:sz w:val="24"/>
        </w:rPr>
        <w:t xml:space="preserve"> = 10]. И там, в Абе, преобладает мужское начало, поэтому буква вав предшествует букве далет... ...и образуется сочетание вав-далет (</w:t>
      </w:r>
      <w:r>
        <w:rPr>
          <w:rFonts w:ascii="Georgia" w:hAnsi="Georgia" w:cs="Times New Roman"/>
          <w:b/>
          <w:i w:val="0"/>
          <w:color w:val="000000"/>
          <w:sz w:val="24"/>
          <w:rtl/>
          <w:szCs w:val="32"/>
        </w:rPr>
        <w:t>ו״ד</w:t>
      </w:r>
      <w:r>
        <w:rPr>
          <w:rFonts w:ascii="Georgia" w:hAnsi="Georgia"/>
          <w:b w:val="0"/>
          <w:i w:val="0"/>
          <w:color w:val="000000"/>
          <w:sz w:val="24"/>
        </w:rPr>
        <w:t>). Однако в капле Бины преобладает женское начало, поэтому буква далет преобладает над буквой вав, и таково начертание буквы хэй (</w:t>
      </w:r>
      <w:r>
        <w:rPr>
          <w:rFonts w:ascii="Georgia" w:hAnsi="Georgia" w:cs="Times New Roman"/>
          <w:b/>
          <w:i w:val="0"/>
          <w:color w:val="000000"/>
          <w:sz w:val="24"/>
          <w:rtl/>
          <w:szCs w:val="32"/>
        </w:rPr>
        <w:t>ה</w:t>
      </w:r>
      <w:r>
        <w:rPr>
          <w:rFonts w:ascii="Georgia" w:hAnsi="Georgia"/>
          <w:b w:val="0"/>
          <w:i w:val="0"/>
          <w:color w:val="000000"/>
          <w:sz w:val="24"/>
        </w:rPr>
        <w:t>): далет и нун (</w:t>
      </w:r>
      <w:r>
        <w:rPr>
          <w:rFonts w:ascii="Georgia" w:hAnsi="Georgia" w:cs="Times New Roman"/>
          <w:b/>
          <w:i w:val="0"/>
          <w:color w:val="000000"/>
          <w:sz w:val="24"/>
          <w:rtl/>
          <w:szCs w:val="32"/>
        </w:rPr>
        <w:t>ד״ן</w:t>
      </w:r>
      <w:r>
        <w:rPr>
          <w:rFonts w:ascii="Georgia" w:hAnsi="Georgia"/>
          <w:b w:val="0"/>
          <w:i w:val="0"/>
          <w:color w:val="000000"/>
          <w:sz w:val="24"/>
        </w:rPr>
        <w:t>) [или далет и вав], ведь оттуда, из Бины, являющейся буквой хэй, были взяты буквы далет и вав (</w:t>
      </w:r>
      <w:r>
        <w:rPr>
          <w:rFonts w:ascii="Georgia" w:hAnsi="Georgia" w:cs="Times New Roman"/>
          <w:b/>
          <w:i w:val="0"/>
          <w:color w:val="000000"/>
          <w:sz w:val="24"/>
          <w:rtl/>
          <w:szCs w:val="32"/>
        </w:rPr>
        <w:t>ד״ו</w:t>
      </w:r>
      <w:r>
        <w:rPr>
          <w:rFonts w:ascii="Georgia" w:hAnsi="Georgia"/>
          <w:b w:val="0"/>
          <w:i w:val="0"/>
          <w:color w:val="000000"/>
          <w:sz w:val="24"/>
        </w:rPr>
        <w:t>). И в этом тайна сказанного: «Адам а-Ришон был сотворен о двух ликах» (</w:t>
      </w:r>
      <w:r>
        <w:rPr>
          <w:rFonts w:ascii="Georgia" w:hAnsi="Georgia"/>
          <w:b w:val="0"/>
          <w:i/>
          <w:color w:val="000000"/>
          <w:sz w:val="24"/>
        </w:rPr>
        <w:t>ду-парцуфим</w:t>
      </w:r>
      <w:r>
        <w:rPr>
          <w:rFonts w:ascii="Georgia" w:hAnsi="Georgia"/>
          <w:b w:val="0"/>
          <w:i w:val="0"/>
          <w:color w:val="000000"/>
          <w:sz w:val="24"/>
        </w:rPr>
        <w:t xml:space="preserve">, </w:t>
      </w:r>
      <w:r>
        <w:rPr>
          <w:rFonts w:ascii="Georgia" w:hAnsi="Georgia" w:cs="Times New Roman"/>
          <w:b/>
          <w:i w:val="0"/>
          <w:color w:val="000000"/>
          <w:sz w:val="24"/>
          <w:rtl/>
          <w:szCs w:val="32"/>
        </w:rPr>
        <w:t>ד״ו</w:t>
      </w:r>
      <w:r>
        <w:rPr>
          <w:rFonts w:ascii="Georgia" w:hAnsi="Georgia"/>
          <w:b w:val="0"/>
          <w:i w:val="0"/>
          <w:color w:val="000000"/>
          <w:sz w:val="24"/>
        </w:rPr>
        <w:t>) (Брахот 61а), ведь в Бине коренятся эти буквы далет и вав.</w:t>
      </w:r>
    </w:p>
    <w:p>
      <w:pPr>
        <w:spacing w:before="40" w:after="120"/>
        <w:jc w:val="both"/>
      </w:pPr>
      <w:r>
        <w:rPr>
          <w:rFonts w:ascii="Georgia" w:hAnsi="Georgia"/>
          <w:b w:val="0"/>
          <w:i w:val="0"/>
          <w:color w:val="000000"/>
          <w:sz w:val="24"/>
        </w:rPr>
        <w:t xml:space="preserve">Смысл же в том, что капля проходит тайну света, воды и небосвода: в голове Абы она — свет, в утробе Имы становится водой, а затем становится небосводом (то есть распространением трех [сфирот], включенных в три, что именуется Зеир и называется небосводом). И в этом тайна стиха: </w:t>
      </w:r>
      <w:r>
        <w:rPr>
          <w:rFonts w:ascii="Georgia" w:hAnsi="Georgia"/>
          <w:b w:val="0"/>
          <w:i/>
          <w:color w:val="000000"/>
          <w:sz w:val="24"/>
        </w:rPr>
        <w:t>«День дню изливает речь…»</w:t>
      </w:r>
      <w:r>
        <w:rPr>
          <w:rFonts w:ascii="Georgia" w:hAnsi="Georgia"/>
          <w:b w:val="0"/>
          <w:i w:val="0"/>
          <w:color w:val="000000"/>
          <w:sz w:val="24"/>
        </w:rPr>
        <w:t xml:space="preserve"> (Теилим 19:3): «день дню» — это концы ЗА, именуемые днями, и на них притягивается тайна «речи» (</w:t>
      </w:r>
      <w:r>
        <w:rPr>
          <w:rFonts w:ascii="Georgia" w:hAnsi="Georgia"/>
          <w:b w:val="0"/>
          <w:i/>
          <w:color w:val="000000"/>
          <w:sz w:val="24"/>
        </w:rPr>
        <w:t>о́мер</w:t>
      </w:r>
      <w:r>
        <w:rPr>
          <w:rFonts w:ascii="Georgia" w:hAnsi="Georgia"/>
          <w:b w:val="0"/>
          <w:i w:val="0"/>
          <w:color w:val="000000"/>
          <w:sz w:val="24"/>
        </w:rPr>
        <w:t xml:space="preserve">, </w:t>
      </w:r>
      <w:r>
        <w:rPr>
          <w:rFonts w:ascii="Georgia" w:hAnsi="Georgia" w:cs="Times New Roman"/>
          <w:b/>
          <w:i w:val="0"/>
          <w:color w:val="000000"/>
          <w:sz w:val="24"/>
          <w:rtl/>
          <w:szCs w:val="32"/>
        </w:rPr>
        <w:t>אֹמֶר</w:t>
      </w:r>
      <w:r>
        <w:rPr>
          <w:rFonts w:ascii="Georgia" w:hAnsi="Georgia"/>
          <w:b w:val="0"/>
          <w:i w:val="0"/>
          <w:color w:val="000000"/>
          <w:sz w:val="24"/>
        </w:rPr>
        <w:t>), что служит начальными буквами (</w:t>
      </w:r>
      <w:r>
        <w:rPr>
          <w:rFonts w:ascii="Georgia" w:hAnsi="Georgia" w:cs="Times New Roman"/>
          <w:b/>
          <w:i w:val="0"/>
          <w:color w:val="000000"/>
          <w:sz w:val="24"/>
          <w:rtl/>
          <w:szCs w:val="32"/>
        </w:rPr>
        <w:t>ר״ת</w:t>
      </w:r>
      <w:r>
        <w:rPr>
          <w:rFonts w:ascii="Georgia" w:hAnsi="Georgia"/>
          <w:b w:val="0"/>
          <w:i w:val="0"/>
          <w:color w:val="000000"/>
          <w:sz w:val="24"/>
        </w:rPr>
        <w:t>) слов «свет, вода, небосвод» (</w:t>
      </w:r>
      <w:r>
        <w:rPr>
          <w:rFonts w:ascii="Georgia" w:hAnsi="Georgia" w:cs="Times New Roman"/>
          <w:b/>
          <w:i w:val="0"/>
          <w:color w:val="000000"/>
          <w:sz w:val="24"/>
          <w:rtl/>
          <w:szCs w:val="32"/>
        </w:rPr>
        <w:t>אוֹר מַיִם רָקִיעַ</w:t>
      </w:r>
      <w:r>
        <w:rPr>
          <w:rFonts w:ascii="Georgia" w:hAnsi="Georgia"/>
          <w:b w:val="0"/>
          <w:i w:val="0"/>
          <w:color w:val="000000"/>
          <w:sz w:val="24"/>
        </w:rPr>
        <w:t xml:space="preserve">). Слова же: </w:t>
      </w:r>
      <w:r>
        <w:rPr>
          <w:rFonts w:ascii="Georgia" w:hAnsi="Georgia"/>
          <w:b w:val="0"/>
          <w:i/>
          <w:color w:val="000000"/>
          <w:sz w:val="24"/>
        </w:rPr>
        <w:t>«…и ночь ночи открывает знание»</w:t>
      </w:r>
      <w:r>
        <w:rPr>
          <w:rFonts w:ascii="Georgia" w:hAnsi="Georgia"/>
          <w:b w:val="0"/>
          <w:i w:val="0"/>
          <w:color w:val="000000"/>
          <w:sz w:val="24"/>
        </w:rPr>
        <w:t xml:space="preserve"> (Теилим 19:3) — это тайна концов Нуквы, то есть Малхут; слово «открывает» (</w:t>
      </w:r>
      <w:r>
        <w:rPr>
          <w:rFonts w:ascii="Georgia" w:hAnsi="Georgia"/>
          <w:b w:val="0"/>
          <w:i/>
          <w:color w:val="000000"/>
          <w:sz w:val="24"/>
        </w:rPr>
        <w:t>ехаве</w:t>
      </w:r>
      <w:r>
        <w:rPr>
          <w:rFonts w:ascii="Georgia" w:hAnsi="Georgia"/>
          <w:b w:val="0"/>
          <w:i w:val="0"/>
          <w:color w:val="000000"/>
          <w:sz w:val="24"/>
        </w:rPr>
        <w:t xml:space="preserve">, </w:t>
      </w:r>
      <w:r>
        <w:rPr>
          <w:rFonts w:ascii="Georgia" w:hAnsi="Georgia" w:cs="Times New Roman"/>
          <w:b/>
          <w:i w:val="0"/>
          <w:color w:val="000000"/>
          <w:sz w:val="24"/>
          <w:rtl/>
          <w:szCs w:val="32"/>
        </w:rPr>
        <w:t>יְחַוֶּה</w:t>
      </w:r>
      <w:r>
        <w:rPr>
          <w:rFonts w:ascii="Georgia" w:hAnsi="Georgia"/>
          <w:b w:val="0"/>
          <w:i w:val="0"/>
          <w:color w:val="000000"/>
          <w:sz w:val="24"/>
        </w:rPr>
        <w:t>) происходит от имени Хава (</w:t>
      </w:r>
      <w:r>
        <w:rPr>
          <w:rFonts w:ascii="Georgia" w:hAnsi="Georgia" w:cs="Times New Roman"/>
          <w:b/>
          <w:i w:val="0"/>
          <w:color w:val="000000"/>
          <w:sz w:val="24"/>
          <w:rtl/>
          <w:szCs w:val="32"/>
        </w:rPr>
        <w:t>חַוָּה</w:t>
      </w:r>
      <w:r>
        <w:rPr>
          <w:rFonts w:ascii="Georgia" w:hAnsi="Georgia"/>
          <w:b w:val="0"/>
          <w:i w:val="0"/>
          <w:color w:val="000000"/>
          <w:sz w:val="24"/>
        </w:rPr>
        <w:t>), как сказано в книге «Зоар», в недельной главе Трума (лист 137), так как она — тайна Хавы.</w:t>
      </w:r>
    </w:p>
    <w:p>
      <w:pPr>
        <w:spacing w:before="40" w:after="120"/>
        <w:jc w:val="both"/>
      </w:pPr>
      <w:r>
        <w:rPr>
          <w:rFonts w:ascii="Georgia" w:hAnsi="Georgia"/>
          <w:b w:val="0"/>
          <w:i w:val="0"/>
          <w:color w:val="000000"/>
          <w:sz w:val="24"/>
        </w:rPr>
        <w:t>Затем при рождении они распространились и образовали шесть краев (ВАК), каждый из которых облачен в кли, и пребывали в тайне буквы вав (</w:t>
      </w:r>
      <w:r>
        <w:rPr>
          <w:rFonts w:ascii="Georgia" w:hAnsi="Georgia" w:cs="Times New Roman"/>
          <w:b/>
          <w:i w:val="0"/>
          <w:color w:val="000000"/>
          <w:sz w:val="24"/>
          <w:rtl/>
          <w:szCs w:val="32"/>
        </w:rPr>
        <w:t>ו</w:t>
      </w:r>
      <w:r>
        <w:rPr>
          <w:rFonts w:ascii="Georgia" w:hAnsi="Georgia"/>
          <w:b w:val="0"/>
          <w:i w:val="0"/>
          <w:color w:val="000000"/>
          <w:sz w:val="24"/>
        </w:rPr>
        <w:t xml:space="preserve">). После этого благодаря вскармливанию (йеника) эти шесть краев росли на протяжении шести лет; поэтому [в законе установлено]: </w:t>
      </w:r>
      <w:r>
        <w:rPr>
          <w:rFonts w:ascii="Georgia" w:hAnsi="Georgia"/>
          <w:b w:val="0"/>
          <w:i/>
          <w:color w:val="000000"/>
          <w:sz w:val="24"/>
        </w:rPr>
        <w:t>«Сделка малолетних действительна»</w:t>
      </w:r>
      <w:r>
        <w:rPr>
          <w:rFonts w:ascii="Georgia" w:hAnsi="Georgia"/>
          <w:b w:val="0"/>
          <w:i w:val="0"/>
          <w:color w:val="000000"/>
          <w:sz w:val="24"/>
        </w:rPr>
        <w:t xml:space="preserve"> (Гитин 59а) — ибо к шести годам человек уже взращивает уровень шести краев своей души и сущности настолько, насколько способен взрастить. А затем потребовался второй ибур, чтобы восполнить мохин. И в этом тайна сна: ЗА и Нуква возносят свою внутреннюю суть во чрево Имы, чтобы пребывать там в качестве МАН. Подобно тому как мы во время сна возносим свои души в Малхут, чтобы служить для нее МАН, точно так же происходит с Зеир [Анпином] и Нуквой: свои души и внутреннюю суть они возносят в качестве МАН к Аба ве-Има.</w:t>
      </w:r>
    </w:p>
    <w:p>
      <w:pPr>
        <w:spacing w:before="40" w:after="120"/>
        <w:jc w:val="both"/>
      </w:pPr>
      <w:r>
        <w:rPr>
          <w:rFonts w:ascii="Georgia" w:hAnsi="Georgia"/>
          <w:b w:val="0"/>
          <w:i w:val="0"/>
          <w:color w:val="000000"/>
          <w:sz w:val="24"/>
        </w:rPr>
        <w:t>Дело в том, что после того как Аба сделал ее сосудом, тот дух (</w:t>
      </w:r>
      <w:r>
        <w:rPr>
          <w:rFonts w:ascii="Georgia" w:hAnsi="Georgia"/>
          <w:b w:val="0"/>
          <w:i/>
          <w:color w:val="000000"/>
          <w:sz w:val="24"/>
        </w:rPr>
        <w:t>руха</w:t>
      </w:r>
      <w:r>
        <w:rPr>
          <w:rFonts w:ascii="Georgia" w:hAnsi="Georgia"/>
          <w:b w:val="0"/>
          <w:i w:val="0"/>
          <w:color w:val="000000"/>
          <w:sz w:val="24"/>
        </w:rPr>
        <w:t xml:space="preserve">) остался сокрытым на своем месте, поскольку Нуква, будучи судом, не могла бы принять мужское начало иначе, как посредством того духа, который оно вкладывает внутрь нее. Это и есть сосуд, позволяющий ей принять внутрь себя мужское свойство, и в этом смысл слов: </w:t>
      </w:r>
      <w:r>
        <w:rPr>
          <w:rFonts w:ascii="Georgia" w:hAnsi="Georgia"/>
          <w:b w:val="0"/>
          <w:i/>
          <w:color w:val="000000"/>
          <w:sz w:val="24"/>
        </w:rPr>
        <w:t>«…сделал ее сосудом»</w:t>
      </w:r>
      <w:r>
        <w:rPr>
          <w:rFonts w:ascii="Georgia" w:hAnsi="Georgia"/>
          <w:b w:val="0"/>
          <w:i w:val="0"/>
          <w:color w:val="000000"/>
          <w:sz w:val="24"/>
        </w:rPr>
        <w:t xml:space="preserve"> (Санхедрин 22б). Затем, когда она принимает [каплю], формируется зародыш и она рождает, МАН уже исчерпаны, и этот сосуд — тот самый дух — остается без МАН. Вследствие этого сыновья, сформировавшиеся в этом сосуде, должны вновь вознести свои души туда, в этот самый сосуд, и стать МАН; тогда она сможет принять МАД, чтобы наделить их светом мохин. Суть же мохин, передаваемых им, — это наследие (</w:t>
      </w:r>
      <w:r>
        <w:rPr>
          <w:rFonts w:ascii="Georgia" w:hAnsi="Georgia"/>
          <w:b w:val="0"/>
          <w:i/>
          <w:color w:val="000000"/>
          <w:sz w:val="24"/>
        </w:rPr>
        <w:t>ахсанта</w:t>
      </w:r>
      <w:r>
        <w:rPr>
          <w:rFonts w:ascii="Georgia" w:hAnsi="Georgia"/>
          <w:b w:val="0"/>
          <w:i w:val="0"/>
          <w:color w:val="000000"/>
          <w:sz w:val="24"/>
        </w:rPr>
        <w:t>) Аба ве-Има и две короны (</w:t>
      </w:r>
      <w:r>
        <w:rPr>
          <w:rFonts w:ascii="Georgia" w:hAnsi="Georgia"/>
          <w:b w:val="0"/>
          <w:i/>
          <w:color w:val="000000"/>
          <w:sz w:val="24"/>
        </w:rPr>
        <w:t>итрин</w:t>
      </w:r>
      <w:r>
        <w:rPr>
          <w:rFonts w:ascii="Georgia" w:hAnsi="Georgia"/>
          <w:b w:val="0"/>
          <w:i w:val="0"/>
          <w:color w:val="000000"/>
          <w:sz w:val="24"/>
        </w:rPr>
        <w:t xml:space="preserve">), составляющие вместе четыре [свойства]. Дело в том, что из первых суставов Хесед и Гвуры де-АА образуется мохин Аба ве-Има, а вторые суставы становятся двумя коронами для Тиферет. И Аба ве-Има передают ЗА также от тех суставов, что служат им мохин, — и это наследие Аба ве-Има. Об этом и сказано в главах Мишпатим и Идра: </w:t>
      </w:r>
      <w:r>
        <w:rPr>
          <w:rFonts w:ascii="Georgia" w:hAnsi="Georgia"/>
          <w:b w:val="0"/>
          <w:i/>
          <w:color w:val="000000"/>
          <w:sz w:val="24"/>
        </w:rPr>
        <w:t>«Голова Мелеха устроилась в Хесед и Гвуре»</w:t>
      </w:r>
      <w:r>
        <w:rPr>
          <w:rFonts w:ascii="Georgia" w:hAnsi="Georgia"/>
          <w:b w:val="0"/>
          <w:i w:val="0"/>
          <w:color w:val="000000"/>
          <w:sz w:val="24"/>
        </w:rPr>
        <w:t xml:space="preserve"> (Зоар, Идра Раба 128б). Все они включаются в НЕХИ де-Бина: чистый воздух (</w:t>
      </w:r>
      <w:r>
        <w:rPr>
          <w:rFonts w:ascii="Georgia" w:hAnsi="Georgia"/>
          <w:b w:val="0"/>
          <w:i/>
          <w:color w:val="000000"/>
          <w:sz w:val="24"/>
        </w:rPr>
        <w:t>авира дахья</w:t>
      </w:r>
      <w:r>
        <w:rPr>
          <w:rFonts w:ascii="Georgia" w:hAnsi="Georgia"/>
          <w:b w:val="0"/>
          <w:i w:val="0"/>
          <w:color w:val="000000"/>
          <w:sz w:val="24"/>
        </w:rPr>
        <w:t>) и чистый огонь (</w:t>
      </w:r>
      <w:r>
        <w:rPr>
          <w:rFonts w:ascii="Georgia" w:hAnsi="Georgia"/>
          <w:b w:val="0"/>
          <w:i/>
          <w:color w:val="000000"/>
          <w:sz w:val="24"/>
        </w:rPr>
        <w:t>эша дахья</w:t>
      </w:r>
      <w:r>
        <w:rPr>
          <w:rFonts w:ascii="Georgia" w:hAnsi="Georgia"/>
          <w:b w:val="0"/>
          <w:i w:val="0"/>
          <w:color w:val="000000"/>
          <w:sz w:val="24"/>
        </w:rPr>
        <w:t>) — в Нецах и Ход, составляющие наследие; а воздух и огонь, образующие две короны, включаются в ее Есод. Это становится Даат для Тиферет, и благодаря этому он склоняет чашу весов [к равновесию], поскольку объединяет в себе хасадим и гвурот.</w:t>
      </w:r>
    </w:p>
    <w:p>
      <w:pPr>
        <w:spacing w:before="40" w:after="120"/>
        <w:jc w:val="both"/>
      </w:pPr>
      <w:r>
        <w:rPr>
          <w:rFonts w:ascii="Georgia" w:hAnsi="Georgia"/>
          <w:b w:val="0"/>
          <w:i w:val="0"/>
          <w:color w:val="000000"/>
          <w:sz w:val="24"/>
        </w:rPr>
        <w:t>Оказывается, что четыре стали тремя и входят в мохин. И это тайна четырех отрывков тфилин, представляющих собой четыре отрывка до того, как они вошли в НЕХИ де-Има, когда они были для него окружающим светом. И первому состоянию, когда они вошли в нее до вхождения в ЗА, соответствует буква шин с четырьмя вершинами (</w:t>
      </w:r>
      <w:r>
        <w:rPr>
          <w:rFonts w:ascii="Georgia" w:hAnsi="Georgia"/>
          <w:b w:val="0"/>
          <w:i/>
          <w:color w:val="000000"/>
          <w:sz w:val="24"/>
        </w:rPr>
        <w:t>шин де-арба рашин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а второму состоянию — буква шин с тремя вершинами (</w:t>
      </w:r>
      <w:r>
        <w:rPr>
          <w:rFonts w:ascii="Georgia" w:hAnsi="Georgia"/>
          <w:b w:val="0"/>
          <w:i/>
          <w:color w:val="000000"/>
          <w:sz w:val="24"/>
        </w:rPr>
        <w:t>шин де-тлат рашин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 Внутренний же аспект намекается в них, ведь они служат указанием на окружающий [свет], относящийся к внешней стороне. Затем, подобно тому как человек возносит свою душу в качестве МАН после того, как ему исполнится тринадцать лет и один день, так и Тиферет возносит свою душу. Однако у человека этого подъема нет до тринадцати лет, тогда как Тиферет возносит ее, будучи в возрасте девяти лет, перед получением мохин, чтобы принять мохин. В этом смысл установления: </w:t>
      </w:r>
      <w:r>
        <w:rPr>
          <w:rFonts w:ascii="Georgia" w:hAnsi="Georgia"/>
          <w:b w:val="0"/>
          <w:i/>
          <w:color w:val="000000"/>
          <w:sz w:val="24"/>
        </w:rPr>
        <w:t>«У девятилетнего [мальчика] и одного дня совокупление считается совокуплением»</w:t>
      </w:r>
      <w:r>
        <w:rPr>
          <w:rFonts w:ascii="Georgia" w:hAnsi="Georgia"/>
          <w:b w:val="0"/>
          <w:i w:val="0"/>
          <w:color w:val="000000"/>
          <w:sz w:val="24"/>
        </w:rPr>
        <w:t xml:space="preserve"> (Нида 44б).</w:t>
      </w:r>
    </w:p>
    <w:p>
      <w:pPr>
        <w:spacing w:before="40" w:after="120"/>
        <w:jc w:val="both"/>
      </w:pPr>
      <w:r>
        <w:rPr>
          <w:rFonts w:ascii="Georgia" w:hAnsi="Georgia"/>
          <w:b w:val="0"/>
          <w:i w:val="0"/>
          <w:color w:val="000000"/>
          <w:sz w:val="24"/>
        </w:rPr>
        <w:t>За шесть лет эти шесть краев (ВАК) вырастают в полной мере, и ему необходимо принять наследие и две короны в [виде] семи свойств: упомянутых четырех и трех, что вместе составляет семь. В этом смысл возраста тринадцати лет и одного дня. Из этих семи ему сначала требуются три года, чтобы достичь возраста девяти лет, ведь за эти три года в нем формируется подготовка к восприятию мохин; а затем, когда подготовка завершена, он принимает мохин в течение следующих четырех лет, и так набирается тринадцать лет. Из сказанного о том, что делающий ее сосудом оставляет в ней дух, становится понятен смысл левиратного брака (ибум). Когда брат умер, он оставил там свой дух. И посредством капли [живого] брата, близкого к нему родственника, — прежде чем в нее войдет дух чужого мужчины (</w:t>
      </w:r>
      <w:r>
        <w:rPr>
          <w:rFonts w:ascii="Georgia" w:hAnsi="Georgia"/>
          <w:b w:val="0"/>
          <w:i/>
          <w:color w:val="000000"/>
          <w:sz w:val="24"/>
        </w:rPr>
        <w:t>ахер</w:t>
      </w:r>
      <w:r>
        <w:rPr>
          <w:rFonts w:ascii="Georgia" w:hAnsi="Georgia"/>
          <w:b w:val="0"/>
          <w:i w:val="0"/>
          <w:color w:val="000000"/>
          <w:sz w:val="24"/>
        </w:rPr>
        <w:t>), — живой деверь опережает и соединяет прежнюю душу умершего с оставленным им духом.</w:t>
      </w:r>
    </w:p>
    <w:p>
      <w:pPr>
        <w:spacing w:before="40" w:after="120"/>
        <w:jc w:val="both"/>
      </w:pPr>
      <w:r>
        <w:rPr>
          <w:rFonts w:ascii="Georgia" w:hAnsi="Georgia"/>
          <w:b w:val="0"/>
          <w:i w:val="0"/>
          <w:color w:val="000000"/>
          <w:sz w:val="24"/>
        </w:rPr>
        <w:t>Это совершается благодаря трем подготовительным условиям:</w:t>
      </w:r>
    </w:p>
    <w:p>
      <w:pPr>
        <w:spacing w:before="40" w:after="120"/>
        <w:jc w:val="both"/>
      </w:pPr>
      <w:r>
        <w:rPr>
          <w:rFonts w:ascii="Georgia" w:hAnsi="Georgia"/>
          <w:b w:val="0"/>
          <w:i w:val="0"/>
          <w:color w:val="000000"/>
          <w:sz w:val="24"/>
        </w:rPr>
        <w:t>1) дух, который умерший оставил внутри нее (</w:t>
      </w:r>
      <w:r>
        <w:rPr>
          <w:rFonts w:ascii="Georgia" w:hAnsi="Georgia"/>
          <w:b w:val="0"/>
          <w:i/>
          <w:color w:val="000000"/>
          <w:sz w:val="24"/>
        </w:rPr>
        <w:t>руха де-шавик бе-гава</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2) капля [живого] брата;</w:t>
      </w:r>
    </w:p>
    <w:p>
      <w:pPr>
        <w:spacing w:before="40" w:after="120"/>
        <w:jc w:val="both"/>
      </w:pPr>
      <w:r>
        <w:rPr>
          <w:rFonts w:ascii="Georgia" w:hAnsi="Georgia"/>
          <w:b w:val="0"/>
          <w:i w:val="0"/>
          <w:color w:val="000000"/>
          <w:sz w:val="24"/>
        </w:rPr>
        <w:t>3) намерение левирата, когда деверь направляет сознание на то, чтобы вернуть туда душу своего умершего первого брата.</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«Если обратит к нему сердце свое…»</w:t>
      </w:r>
      <w:r>
        <w:rPr>
          <w:rFonts w:ascii="Georgia" w:hAnsi="Georgia"/>
          <w:b w:val="0"/>
          <w:i w:val="0"/>
          <w:color w:val="000000"/>
          <w:sz w:val="24"/>
        </w:rPr>
        <w:t xml:space="preserve"> (Иов 34:14) — то есть деверь обращает сердце к духу умершего, находящемуся внутри нее; а слова: </w:t>
      </w:r>
      <w:r>
        <w:rPr>
          <w:rFonts w:ascii="Georgia" w:hAnsi="Georgia"/>
          <w:b w:val="0"/>
          <w:i/>
          <w:color w:val="000000"/>
          <w:sz w:val="24"/>
        </w:rPr>
        <w:t>«…дух его и душу его к себе соберет»</w:t>
      </w:r>
      <w:r>
        <w:rPr>
          <w:rFonts w:ascii="Georgia" w:hAnsi="Georgia"/>
          <w:b w:val="0"/>
          <w:i w:val="0"/>
          <w:color w:val="000000"/>
          <w:sz w:val="24"/>
        </w:rPr>
        <w:t xml:space="preserve"> (Иов 34:14) означают, что он объединяет и собирает воедино находившиеся там душу и дух.</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в чем заключалась смерть мелахим.</w:t>
      </w:r>
    </w:p>
    <w:p>
      <w:pPr>
        <w:spacing w:before="40" w:after="120"/>
        <w:jc w:val="both"/>
      </w:pPr>
      <w:r>
        <w:rPr>
          <w:rFonts w:ascii="Georgia" w:hAnsi="Georgia"/>
          <w:b w:val="0"/>
          <w:i w:val="0"/>
          <w:color w:val="000000"/>
          <w:sz w:val="24"/>
        </w:rPr>
        <w:t>В предыдущей главе уже разъяснялось отличие трех первых точек, представляющих собой АА и Аба ве-Има: каждая из них вышла содержащей в себе десять [сфирот], и все десять [сфирот] в каждой вышли соединенными и включенными друг в друга в виде линий (кавим), в отличие от ЗОН, как было подробно описано. Поэтому ущерб и разбиение не были у них одинаковыми.</w:t>
      </w:r>
    </w:p>
    <w:p>
      <w:pPr>
        <w:spacing w:before="40" w:after="120"/>
        <w:jc w:val="both"/>
      </w:pPr>
      <w:r>
        <w:rPr>
          <w:rFonts w:ascii="Georgia" w:hAnsi="Georgia"/>
          <w:b w:val="0"/>
          <w:i w:val="0"/>
          <w:color w:val="000000"/>
          <w:sz w:val="24"/>
        </w:rPr>
        <w:t>Различие состоит в том, что точки Аба ве-Има были более исправленными, а также каждая содержала десять [сфирот], и потому в них проявились два отличия:</w:t>
      </w:r>
    </w:p>
    <w:p>
      <w:pPr>
        <w:spacing w:before="40" w:after="120"/>
        <w:jc w:val="both"/>
      </w:pPr>
      <w:r>
        <w:rPr>
          <w:rFonts w:ascii="Georgia" w:hAnsi="Georgia"/>
          <w:b w:val="0"/>
          <w:i w:val="0"/>
          <w:color w:val="000000"/>
          <w:sz w:val="24"/>
        </w:rPr>
        <w:t xml:space="preserve">1) келим, опустившиеся от Аба ве-Има, опустились лишь со стороны их задних келим (келим де-ахораим), тогда как келим стороны лица (келим де-паним) не разбились; в ЗОН же все келим — как лица, так и задней стороны — упали и разбились. 2) Второе отличие состояло в том, что келим Аба ве-Има не разбились окончательным разбиением, называемым смертью, а лишь опустились ниже своего места, оставшись стоять в самом мире Ацилут — на месте, которому предстояло стать местом Нуквы де-ЗА. Поэтому в отношении них не упоминается смерть, но лишь в отношении семи нижних мелахим сказано: </w:t>
      </w:r>
      <w:r>
        <w:rPr>
          <w:rFonts w:ascii="Georgia" w:hAnsi="Georgia"/>
          <w:b w:val="0"/>
          <w:i/>
          <w:color w:val="000000"/>
          <w:sz w:val="24"/>
        </w:rPr>
        <w:t>«И умер…»</w:t>
      </w:r>
      <w:r>
        <w:rPr>
          <w:rFonts w:ascii="Georgia" w:hAnsi="Georgia"/>
          <w:b w:val="0"/>
          <w:i w:val="0"/>
          <w:color w:val="000000"/>
          <w:sz w:val="24"/>
        </w:rPr>
        <w:t xml:space="preserve"> (Берешит 36:31–39), ибо они опустились ниже своего мира и упали в мир Брия, как подробно описано выше, упали прямо внутрь клипот и были там аннулированы. Ниже будет подробно разъяснено различие внутри самих ГАР, поскольку и между ними была разница, смотри там.</w:t>
      </w:r>
    </w:p>
    <w:p>
      <w:pPr>
        <w:spacing w:before="40" w:after="120"/>
        <w:jc w:val="both"/>
      </w:pPr>
      <w:r>
        <w:rPr>
          <w:rFonts w:ascii="Georgia" w:hAnsi="Georgia"/>
          <w:b w:val="0"/>
          <w:i w:val="0"/>
          <w:color w:val="000000"/>
          <w:sz w:val="24"/>
        </w:rPr>
        <w:t>Здесь же мы объясним происходящее от Аба ве-Има и ниже. Прежде всего разберем одно исходное положение: на каждом уровне, где есть мужское и женское, существуют четыре состояния. Вот их порядок строго по возрастанию их достоинства, снизу вверх:</w:t>
      </w:r>
    </w:p>
    <w:p>
      <w:pPr>
        <w:spacing w:before="40" w:after="120"/>
        <w:jc w:val="both"/>
      </w:pPr>
      <w:r>
        <w:rPr>
          <w:rFonts w:ascii="Georgia" w:hAnsi="Georgia"/>
          <w:b w:val="0"/>
          <w:i w:val="0"/>
          <w:color w:val="000000"/>
          <w:sz w:val="24"/>
        </w:rPr>
        <w:t>первая — ступень «спиной к спине» (ахор бе-ахор), то есть когда спины ЗОН прилеплены друг к другу и обращены спина к спине. Выше нее — вторая ступень: «спиной к лицу» (ахор бе-паним), когда мужское начало обращено спиной к лицу Нуквы. Преимущество здесь в том, что Нуква получает от мужского начала через свое лицо, однако она принимает от него лишь свет задней стороны (ахораим) и пока не способна воспринять свет его лица.</w:t>
      </w:r>
    </w:p>
    <w:p>
      <w:pPr>
        <w:spacing w:before="40" w:after="120"/>
        <w:jc w:val="both"/>
      </w:pPr>
      <w:r>
        <w:rPr>
          <w:rFonts w:ascii="Georgia" w:hAnsi="Georgia"/>
          <w:b w:val="0"/>
          <w:i w:val="0"/>
          <w:color w:val="000000"/>
          <w:sz w:val="24"/>
        </w:rPr>
        <w:t xml:space="preserve">Выше нее — третья, более высокая ступень: «лицом к спине» (паним бе-ахор), когда лицо мужского начала обращено к спине Нуквы. В этом есть особое преимущество: Нуква получает сам свет лица; однако из-за величины этого света она принимает его только через свою спину. Там свет уплотняется, а уплотнившись, может затем пройти через спину и достичь ее лица, и тогда она способна воспринять его. В этом тайна стиха: </w:t>
      </w:r>
      <w:r>
        <w:rPr>
          <w:rFonts w:ascii="Georgia" w:hAnsi="Georgia"/>
          <w:b w:val="0"/>
          <w:i/>
          <w:color w:val="000000"/>
          <w:sz w:val="24"/>
        </w:rPr>
        <w:t>«…мудрый сзади успокаивает ее»</w:t>
      </w:r>
      <w:r>
        <w:rPr>
          <w:rFonts w:ascii="Georgia" w:hAnsi="Georgia"/>
          <w:b w:val="0"/>
          <w:i w:val="0"/>
          <w:color w:val="000000"/>
          <w:sz w:val="24"/>
        </w:rPr>
        <w:t xml:space="preserve"> (Мишлей 29:11). Когда Хохма (мужское начало) обращается лицом к спине Нуквы (Бины), он возвышает ее более, чем при обратном положении, когда спина мужского начала обращена к лицу Нуквы. Четвертая ступень, высшая из всех, — «лицом к лицу» (паним бе-паним), то есть оба, мужское начало и женское, обращены лицами друг к другу; и эта ступень — предел совершенства.</w:t>
      </w:r>
    </w:p>
    <w:p>
      <w:pPr>
        <w:spacing w:before="40" w:after="120"/>
        <w:jc w:val="both"/>
      </w:pPr>
      <w:r>
        <w:rPr>
          <w:rFonts w:ascii="Georgia" w:hAnsi="Georgia"/>
          <w:b w:val="0"/>
          <w:i w:val="0"/>
          <w:color w:val="000000"/>
          <w:sz w:val="24"/>
        </w:rPr>
        <w:t>Знай, что в Аба ве-Има существовали три из упомянутых ступеней: «спиной к спине», «лицом к спине» и «лицом к лицу», но отсутствовала вторая ступень — «спиной к лицу». В ЗОН же присутствовали все четыре.</w:t>
      </w:r>
    </w:p>
    <w:p>
      <w:pPr>
        <w:spacing w:before="40" w:after="120"/>
        <w:jc w:val="both"/>
      </w:pPr>
      <w:r>
        <w:rPr>
          <w:rFonts w:ascii="Georgia" w:hAnsi="Georgia"/>
          <w:b w:val="0"/>
          <w:i w:val="0"/>
          <w:color w:val="000000"/>
          <w:sz w:val="24"/>
        </w:rPr>
        <w:t>Прежде чем разъяснить эти различия, вкратце объясним суть исправления. Уже было сказано, что разбиение произошло только в келим, которые не могли принять свой свет. Выходит, что когда наступило исправление, оно предназначалось главным образом для келим. В самих же светах и их сущности вследствие этапов ибура и йеники ничего не обновилось, кроме одного: изначально, когда келим представляли собой малые точки без структуры парцуфа, света не могли раскрыть свои части в действии и не могли явить свою силу, будучи заключенными в малой точке. После же того как келим исправились в виде законченного парцуфа, света также смогли проявить свое действие и силу и раскрыть их вовне, ведь малая точка приобрела форму головы, уха (озэн), рта (пэ) и тому подобного, и тогда они смогли явить свое действие наружу. В самих же келим добавилось то, что в них сформировалась структура настоящего парцуфа.</w:t>
      </w:r>
    </w:p>
    <w:p>
      <w:pPr>
        <w:spacing w:before="40" w:after="120"/>
        <w:jc w:val="both"/>
      </w:pPr>
      <w:r>
        <w:rPr>
          <w:rFonts w:ascii="Georgia" w:hAnsi="Georgia"/>
          <w:b w:val="0"/>
          <w:i w:val="0"/>
          <w:color w:val="000000"/>
          <w:sz w:val="24"/>
        </w:rPr>
        <w:t>Дело в том, что сначала из первой точки образовались Атик и АА, как сказано выше. Затем из второй и третьей точек сформировались два парцуфа Аба ве-Има, поскольку света этих двух точек поднялись и облачили ХАГАТ де-АА, где находится их место, как известно; благодаря этому покрытию и облачению для них образовались келим и цельный парцуф — вместе с теми их собственными первыми келим, которые разбились вначале, а теперь святость из них была отсеяна, поднялась и стала парцуфим Аба ве-Има.</w:t>
      </w:r>
    </w:p>
    <w:p>
      <w:pPr>
        <w:spacing w:before="40" w:after="120"/>
        <w:jc w:val="both"/>
      </w:pPr>
      <w:r>
        <w:rPr>
          <w:rFonts w:ascii="Georgia" w:hAnsi="Georgia"/>
          <w:b w:val="0"/>
          <w:i w:val="0"/>
          <w:color w:val="000000"/>
          <w:sz w:val="24"/>
        </w:rPr>
        <w:t>Затем посредством первого ибура ЗА во чреве его матери, когда он находился поверх НЕХИ де-АА, как сказано выше (ибо три включились в три), цель состояла в том, чтобы облачить те шесть краев (ВАК) де-ЗА, чьи света оставались без келим, поскольку келим опустились в мир Брия, как сказано выше. И тогда там для них образовались келим в виде цельного парцуфа, а их первые келим, которые опустились и умерли, также поднялись и соединились с их другими, новыми келим, и из всего этого вместе образовался один цельный парцуф для ЗА, и точно так же для Нуквы.</w:t>
      </w:r>
    </w:p>
    <w:p>
      <w:pPr>
        <w:spacing w:before="40" w:after="120"/>
        <w:jc w:val="both"/>
      </w:pPr>
      <w:r>
        <w:rPr>
          <w:rFonts w:ascii="Georgia" w:hAnsi="Georgia"/>
          <w:b w:val="0"/>
          <w:i w:val="0"/>
          <w:color w:val="000000"/>
          <w:sz w:val="24"/>
        </w:rPr>
        <w:t>Однако различие между ними состояло в том, что мы объяснили выше: АА и Аба ве-Има исправились за один раз; у ЗА же изначально вышли лишь шесть частей точек, составляющих его шесть краев (ВАК), и потому эти шесть сначала исправлялись в течение девяти месяцев ибура и в период йеники, а затем к нему приходят как дополнение те три первые части — его мохин, которые изначально не вышли. И поскольку изначально в нем недоставало всех трех вместе, то и теперь все три приходят к нему вместе во втором ибуре. Пойми же хорошо, что представляют собой ибур, йеника и мохин де-ЗА, упоминаемые нами повсюду, и обрати на это внимание.</w:t>
      </w:r>
    </w:p>
    <w:p>
      <w:pPr>
        <w:spacing w:before="40" w:after="120"/>
        <w:jc w:val="both"/>
      </w:pPr>
      <w:r>
        <w:rPr>
          <w:rFonts w:ascii="Georgia" w:hAnsi="Georgia"/>
          <w:b w:val="0"/>
          <w:i w:val="0"/>
          <w:color w:val="000000"/>
          <w:sz w:val="24"/>
        </w:rPr>
        <w:t>Точно так же и в Нукве де-ЗА: поскольку все девять ее нижних частей изначально не пришли как корень и основа, во время исправления все они приходят к ней вместе исключительно как дополнение, в одно мгновение. И в ней нет тех ступеней, что есть в ЗА (первого ибура, йеники и второго ибура), поскольку все [части] приходят разом.</w:t>
      </w:r>
    </w:p>
    <w:p>
      <w:pPr>
        <w:spacing w:before="40" w:after="120"/>
        <w:jc w:val="both"/>
      </w:pPr>
      <w:r>
        <w:rPr>
          <w:rFonts w:ascii="Georgia" w:hAnsi="Georgia"/>
          <w:b w:val="0"/>
          <w:i w:val="0"/>
          <w:color w:val="000000"/>
          <w:sz w:val="24"/>
        </w:rPr>
        <w:t>После того как ЗА исправился, он называется частным владением (</w:t>
      </w:r>
      <w:r>
        <w:rPr>
          <w:rFonts w:ascii="Georgia" w:hAnsi="Georgia"/>
          <w:b w:val="0"/>
          <w:i/>
          <w:color w:val="000000"/>
          <w:sz w:val="24"/>
        </w:rPr>
        <w:t>ршут а-яхид</w:t>
      </w:r>
      <w:r>
        <w:rPr>
          <w:rFonts w:ascii="Georgia" w:hAnsi="Georgia"/>
          <w:b w:val="0"/>
          <w:i w:val="0"/>
          <w:color w:val="000000"/>
          <w:sz w:val="24"/>
        </w:rPr>
        <w:t>). Причина и повод для ибура ЗА заключались именно в этом: изначально шесть частей были отделены друг от друга в тайне общественного владения (</w:t>
      </w:r>
      <w:r>
        <w:rPr>
          <w:rFonts w:ascii="Georgia" w:hAnsi="Georgia"/>
          <w:b w:val="0"/>
          <w:i/>
          <w:color w:val="000000"/>
          <w:sz w:val="24"/>
        </w:rPr>
        <w:t>ршут а-рабим</w:t>
      </w:r>
      <w:r>
        <w:rPr>
          <w:rFonts w:ascii="Georgia" w:hAnsi="Georgia"/>
          <w:b w:val="0"/>
          <w:i w:val="0"/>
          <w:color w:val="000000"/>
          <w:sz w:val="24"/>
        </w:rPr>
        <w:t>), как сказано выше, и потому он вошел в состояние зачатия (ибура) внутрь Имы, чтобы собрать эти разрозненные части во чреве Бины. И благодаря тому, что они собрались вместе, а также по той причине, что к ним теперь добавился свет Имы, под действием этих двух причин они соединяются и связываются воедино. И тогда в этом... ...первом ибуре шесть частей соединились вместе в виде линий (кавим), как известно: Хесед включился в Нецах, Гвура — в Ход, а Тиферет — в Есод. Это состояние называется «три включены в три» (</w:t>
      </w:r>
      <w:r>
        <w:rPr>
          <w:rFonts w:ascii="Georgia" w:hAnsi="Georgia"/>
          <w:b w:val="0"/>
          <w:i/>
          <w:color w:val="000000"/>
          <w:sz w:val="24"/>
        </w:rPr>
        <w:t>тлат клилан би-тлат</w:t>
      </w:r>
      <w:r>
        <w:rPr>
          <w:rFonts w:ascii="Georgia" w:hAnsi="Georgia"/>
          <w:b w:val="0"/>
          <w:i w:val="0"/>
          <w:color w:val="000000"/>
          <w:sz w:val="24"/>
        </w:rPr>
        <w:t>), как сказано выше, пока не пройдут три дня закрепления [семени]. Затем все они соединились воедино еще более высоким соединением: каждая часть стала включать в себя все семь нижних сфирот (ЗАТ). Как разъяснено у нас относительно тфилин, где содержится 21 Б-жественное Имя АВАЯ: когда они находились там в тайне первого ибура, они пребывали в тайне «трех, включенных в три», и были различимы только три, но каждая из них включала в себя все семь — и вот 21 (3 × 7 = 21), ведь седьмая — это точка Малхут.</w:t>
      </w:r>
    </w:p>
    <w:p>
      <w:pPr>
        <w:spacing w:before="40" w:after="120"/>
        <w:jc w:val="both"/>
      </w:pPr>
      <w:r>
        <w:rPr>
          <w:rFonts w:ascii="Georgia" w:hAnsi="Georgia"/>
          <w:b w:val="0"/>
          <w:i w:val="0"/>
          <w:color w:val="000000"/>
          <w:sz w:val="24"/>
        </w:rPr>
        <w:t>Тогда ЗА пребывает в тайне буквы вав (</w:t>
      </w:r>
      <w:r>
        <w:rPr>
          <w:rFonts w:ascii="Georgia" w:hAnsi="Georgia" w:cs="Times New Roman"/>
          <w:b/>
          <w:i w:val="0"/>
          <w:color w:val="000000"/>
          <w:sz w:val="24"/>
          <w:rtl/>
          <w:szCs w:val="32"/>
        </w:rPr>
        <w:t>ו</w:t>
      </w:r>
      <w:r>
        <w:rPr>
          <w:rFonts w:ascii="Georgia" w:hAnsi="Georgia"/>
          <w:b w:val="0"/>
          <w:i w:val="0"/>
          <w:color w:val="000000"/>
          <w:sz w:val="24"/>
        </w:rPr>
        <w:t>), что внутри первой буквы хэй (</w:t>
      </w:r>
      <w:r>
        <w:rPr>
          <w:rFonts w:ascii="Georgia" w:hAnsi="Georgia" w:cs="Times New Roman"/>
          <w:b/>
          <w:i w:val="0"/>
          <w:color w:val="000000"/>
          <w:sz w:val="24"/>
          <w:rtl/>
          <w:szCs w:val="32"/>
        </w:rPr>
        <w:t>ה</w:t>
      </w:r>
      <w:r>
        <w:rPr>
          <w:rFonts w:ascii="Georgia" w:hAnsi="Georgia"/>
          <w:b w:val="0"/>
          <w:i w:val="0"/>
          <w:color w:val="000000"/>
          <w:sz w:val="24"/>
        </w:rPr>
        <w:t>), являющейся Имой, — и это шесть краев (ВАК); а точка Малхут находилась в окончании этой буквы вав, в тайне «выставила шаг наружу» (</w:t>
      </w:r>
      <w:r>
        <w:rPr>
          <w:rFonts w:ascii="Georgia" w:hAnsi="Georgia"/>
          <w:b w:val="0"/>
          <w:i/>
          <w:color w:val="000000"/>
          <w:sz w:val="24"/>
        </w:rPr>
        <w:t>ошит песиа ле-вар</w:t>
      </w:r>
      <w:r>
        <w:rPr>
          <w:rFonts w:ascii="Georgia" w:hAnsi="Georgia"/>
          <w:b w:val="0"/>
          <w:i w:val="0"/>
          <w:color w:val="000000"/>
          <w:sz w:val="24"/>
        </w:rPr>
        <w:t xml:space="preserve">), упоминаемой в недельной главе Балак (лист 203) на стих </w:t>
      </w:r>
      <w:r>
        <w:rPr>
          <w:rFonts w:ascii="Georgia" w:hAnsi="Georgia"/>
          <w:b w:val="0"/>
          <w:i/>
          <w:color w:val="000000"/>
          <w:sz w:val="24"/>
        </w:rPr>
        <w:t>«Вижу его, но не ныне, смотрю на него, но не близко…»</w:t>
      </w:r>
      <w:r>
        <w:rPr>
          <w:rFonts w:ascii="Georgia" w:hAnsi="Georgia"/>
          <w:b w:val="0"/>
          <w:i w:val="0"/>
          <w:color w:val="000000"/>
          <w:sz w:val="24"/>
        </w:rPr>
        <w:t xml:space="preserve"> (Бемидбар 24:17), как разъяснено у нас.</w:t>
      </w:r>
    </w:p>
    <w:p>
      <w:pPr>
        <w:spacing w:before="40" w:after="120"/>
        <w:jc w:val="both"/>
      </w:pPr>
      <w:r>
        <w:rPr>
          <w:rFonts w:ascii="Georgia" w:hAnsi="Georgia"/>
          <w:b w:val="0"/>
          <w:i w:val="0"/>
          <w:color w:val="000000"/>
          <w:sz w:val="24"/>
        </w:rPr>
        <w:t xml:space="preserve">Тогда и возникло частное владение, ведь все они стали единым целым. В этом тайна сказанного в Тиккуней Зоар (лист 166): </w:t>
      </w:r>
      <w:r>
        <w:rPr>
          <w:rFonts w:ascii="Georgia" w:hAnsi="Georgia"/>
          <w:b w:val="0"/>
          <w:i/>
          <w:color w:val="000000"/>
          <w:sz w:val="24"/>
        </w:rPr>
        <w:t>«Частное владение: высота его — десять, это [буквы] йод, хэй, вав, хэй (</w:t>
      </w:r>
      <w:r>
        <w:rPr>
          <w:rFonts w:ascii="Georgia" w:hAnsi="Georgia" w:cs="Times New Roman"/>
          <w:b/>
          <w:i/>
          <w:color w:val="000000"/>
          <w:sz w:val="24"/>
          <w:rtl/>
          <w:szCs w:val="32"/>
        </w:rPr>
        <w:t>יו״ד ה״א וא״ו ה״א</w:t>
      </w:r>
      <w:r>
        <w:rPr>
          <w:rFonts w:ascii="Georgia" w:hAnsi="Georgia"/>
          <w:b w:val="0"/>
          <w:i/>
          <w:color w:val="000000"/>
          <w:sz w:val="24"/>
        </w:rPr>
        <w:t>), а ширина его — четыре, [буквы Имени] АВАЯ (</w:t>
      </w:r>
      <w:r>
        <w:rPr>
          <w:rFonts w:ascii="Georgia" w:hAnsi="Georgia" w:cs="Times New Roman"/>
          <w:b/>
          <w:i/>
          <w:color w:val="000000"/>
          <w:sz w:val="24"/>
          <w:rtl/>
          <w:szCs w:val="32"/>
        </w:rPr>
        <w:t>יהוה</w:t>
      </w:r>
      <w:r>
        <w:rPr>
          <w:rFonts w:ascii="Georgia" w:hAnsi="Georgia"/>
          <w:b w:val="0"/>
          <w:i/>
          <w:color w:val="000000"/>
          <w:sz w:val="24"/>
        </w:rPr>
        <w:t>)</w:t>
      </w:r>
      <w:r>
        <w:rPr>
          <w:rFonts w:ascii="Georgia" w:hAnsi="Georgia"/>
          <w:b w:val="0"/>
          <w:i w:val="0"/>
          <w:color w:val="000000"/>
          <w:sz w:val="24"/>
        </w:rPr>
        <w:t>». Смысл в том, как известно, что Имя МА (45) — АВАЯ с буквенным наполнением через алеф (</w:t>
      </w:r>
      <w:r>
        <w:rPr>
          <w:rFonts w:ascii="Georgia" w:hAnsi="Georgia" w:cs="Times New Roman"/>
          <w:b/>
          <w:i w:val="0"/>
          <w:color w:val="000000"/>
          <w:sz w:val="24"/>
          <w:rtl/>
          <w:szCs w:val="32"/>
        </w:rPr>
        <w:t>יוד הא ואו הא</w:t>
      </w:r>
      <w:r>
        <w:rPr>
          <w:rFonts w:ascii="Georgia" w:hAnsi="Georgia"/>
          <w:b w:val="0"/>
          <w:i w:val="0"/>
          <w:color w:val="000000"/>
          <w:sz w:val="24"/>
        </w:rPr>
        <w:t>) — пребывает в ЗА, чьи шесть мелахим соединились, исправились и связались воедино; из них образовалось это Имя АВАЯ с наполнением через алеф, связанное буква с буквой в одно единое и уникальное Имя, называемое частным владением. Знай, что хотя мы и говорим, будто исправились эти семь мелахим ЗОН, тем не менее их очищение и отбор (бирур) неизбежно не завершились окончательно, и часть их искр святости осталась внутри клипот, называемых их шлаками (сигим). Они именуются общественным владением (</w:t>
      </w:r>
      <w:r>
        <w:rPr>
          <w:rFonts w:ascii="Georgia" w:hAnsi="Georgia"/>
          <w:b w:val="0"/>
          <w:i/>
          <w:color w:val="000000"/>
          <w:sz w:val="24"/>
        </w:rPr>
        <w:t>ршут а-рабим</w:t>
      </w:r>
      <w:r>
        <w:rPr>
          <w:rFonts w:ascii="Georgia" w:hAnsi="Georgia"/>
          <w:b w:val="0"/>
          <w:i w:val="0"/>
          <w:color w:val="000000"/>
          <w:sz w:val="24"/>
        </w:rPr>
        <w:t xml:space="preserve">) в тайне стиха: </w:t>
      </w:r>
      <w:r>
        <w:rPr>
          <w:rFonts w:ascii="Georgia" w:hAnsi="Georgia"/>
          <w:b w:val="0"/>
          <w:i/>
          <w:color w:val="000000"/>
          <w:sz w:val="24"/>
        </w:rPr>
        <w:t>«…вот, народ земли теперь многочислен (</w:t>
      </w:r>
      <w:r>
        <w:rPr>
          <w:rFonts w:ascii="Georgia" w:hAnsi="Georgia"/>
          <w:b w:val="0"/>
          <w:i w:val="0"/>
          <w:color w:val="000000"/>
          <w:sz w:val="24"/>
        </w:rPr>
        <w:t>рабим</w:t>
      </w:r>
      <w:r>
        <w:rPr>
          <w:rFonts w:ascii="Georgia" w:hAnsi="Georgia"/>
          <w:b w:val="0"/>
          <w:i/>
          <w:color w:val="000000"/>
          <w:sz w:val="24"/>
        </w:rPr>
        <w:t xml:space="preserve">, </w:t>
      </w:r>
      <w:r>
        <w:rPr>
          <w:rFonts w:ascii="Georgia" w:hAnsi="Georgia" w:cs="Times New Roman"/>
          <w:b/>
          <w:i/>
          <w:color w:val="000000"/>
          <w:sz w:val="24"/>
          <w:rtl/>
          <w:szCs w:val="32"/>
        </w:rPr>
        <w:t>רַבִּים</w:t>
      </w:r>
      <w:r>
        <w:rPr>
          <w:rFonts w:ascii="Georgia" w:hAnsi="Georgia"/>
          <w:b w:val="0"/>
          <w:i/>
          <w:color w:val="000000"/>
          <w:sz w:val="24"/>
        </w:rPr>
        <w:t>)…»</w:t>
      </w:r>
      <w:r>
        <w:rPr>
          <w:rFonts w:ascii="Georgia" w:hAnsi="Georgia"/>
          <w:b w:val="0"/>
          <w:i w:val="0"/>
          <w:color w:val="000000"/>
          <w:sz w:val="24"/>
        </w:rPr>
        <w:t xml:space="preserve"> (Шмот 5:5), то есть клипот, — поскольку они не исправились и остались разделенными во множественности (</w:t>
      </w:r>
      <w:r>
        <w:rPr>
          <w:rFonts w:ascii="Georgia" w:hAnsi="Georgia"/>
          <w:b w:val="0"/>
          <w:i/>
          <w:color w:val="000000"/>
          <w:sz w:val="24"/>
        </w:rPr>
        <w:t>рабим</w:t>
      </w:r>
      <w:r>
        <w:rPr>
          <w:rFonts w:ascii="Georgia" w:hAnsi="Georgia"/>
          <w:b w:val="0"/>
          <w:i w:val="0"/>
          <w:color w:val="000000"/>
          <w:sz w:val="24"/>
        </w:rPr>
        <w:t>).</w:t>
      </w:r>
    </w:p>
    <w:p>
      <w:pPr>
        <w:spacing w:before="40" w:after="120"/>
        <w:jc w:val="both"/>
      </w:pPr>
      <w:r>
        <w:rPr>
          <w:rFonts w:ascii="Georgia" w:hAnsi="Georgia"/>
          <w:b w:val="0"/>
          <w:i w:val="0"/>
          <w:color w:val="000000"/>
          <w:sz w:val="24"/>
        </w:rPr>
        <w:t>В будние дни Шхина, то есть Нуква де-ЗА, находится в изгнании среди клипот (пойми же суть изгнания Шхины). И она, называемая Именем БОН (52) — АВАЯ с буквенным наполнением через хэй, как известно, — отбирает искры из шлаков и возносит их ввысь как МАН, и там они исправляются. Пойми же очень хорошо, в чем суть МАН. В Шаббат же она поднимается из клипот ввысь и не пребывает в изгнании. Зивуг же, происходящий у нее в Шаббат с ЗА, порождает новые души, а не происходит из этих отобранных [искр].</w:t>
      </w:r>
    </w:p>
    <w:p>
      <w:pPr>
        <w:spacing w:before="40" w:after="120"/>
        <w:jc w:val="both"/>
      </w:pPr>
      <w:r>
        <w:rPr>
          <w:rFonts w:ascii="Georgia" w:hAnsi="Georgia"/>
          <w:b w:val="0"/>
          <w:i w:val="0"/>
          <w:color w:val="000000"/>
          <w:sz w:val="24"/>
        </w:rPr>
        <w:t>В этом тайна запрета Шаббата на перенос из одного владения в другое: выносящий из частного владения в общественное приводит к тому, что святые искры, которые уже очистились и стали частным владением, притягиваются и выносятся в общественное владение — то есть в шлаки и клипот, — и тем самым он смешивает святое с будничным. А вносящий из общественного владения в частное приводит к тому, что Шхина в Шаббат спускается на место шлаков и отбирает из них искры, чтобы поднять их оттуда, из общественного владения, вверх, в частное владение. И это тоже чрезвычайно великий ущерб!</w:t>
      </w:r>
    </w:p>
    <w:p>
      <w:pPr>
        <w:spacing w:before="40" w:after="120"/>
        <w:jc w:val="both"/>
      </w:pPr>
      <w:r>
        <w:rPr>
          <w:rFonts w:ascii="Georgia" w:hAnsi="Georgia"/>
          <w:b w:val="0"/>
          <w:i w:val="0"/>
          <w:color w:val="000000"/>
          <w:sz w:val="24"/>
        </w:rPr>
        <w:t xml:space="preserve">Оказывается, что запрет на внесение из общественного владения в частное связан с другой работой — отбором (сортировкой, </w:t>
      </w:r>
      <w:r>
        <w:rPr>
          <w:rFonts w:ascii="Georgia" w:hAnsi="Georgia"/>
          <w:b w:val="0"/>
          <w:i/>
          <w:color w:val="000000"/>
          <w:sz w:val="24"/>
        </w:rPr>
        <w:t>борер</w:t>
      </w:r>
      <w:r>
        <w:rPr>
          <w:rFonts w:ascii="Georgia" w:hAnsi="Georgia"/>
          <w:b w:val="0"/>
          <w:i w:val="0"/>
          <w:color w:val="000000"/>
          <w:sz w:val="24"/>
        </w:rPr>
        <w:t>), входящим в число 39 видов субботних работ. Ведь совершающий отбор [в Шаббат] сам вызывает упомянутое выше действие: чтобы Шхина отправилась в изгнание среди клипот и отбирала искры из клипот и шлаков.</w:t>
      </w:r>
    </w:p>
    <w:p>
      <w:pPr>
        <w:spacing w:before="40" w:after="120"/>
        <w:jc w:val="both"/>
      </w:pPr>
      <w:r>
        <w:rPr>
          <w:rFonts w:ascii="Georgia" w:hAnsi="Georgia"/>
          <w:b w:val="0"/>
          <w:i w:val="0"/>
          <w:color w:val="000000"/>
          <w:sz w:val="24"/>
        </w:rPr>
        <w:t>--- Эц Хаим 11:8 ---</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того как мы кратко объяснили порядок исправления, вернемся к последовательному разбору упомянутых выше ступеней: ахор бе-ахор, ахор бе-паним, паним бе-ахор и паним бе-паним.</w:t>
      </w:r>
    </w:p>
    <w:p>
      <w:pPr>
        <w:spacing w:before="40" w:after="120"/>
        <w:jc w:val="both"/>
      </w:pPr>
      <w:r>
        <w:rPr>
          <w:rFonts w:ascii="Georgia" w:hAnsi="Georgia"/>
          <w:b w:val="0"/>
          <w:i w:val="0"/>
          <w:color w:val="000000"/>
          <w:sz w:val="24"/>
        </w:rPr>
        <w:t>Прежде чем во всем мире Ацилут произошло какое-либо исправление — даже в Атик Йомин, — когда света Аба ве-Има вышли и вошли в свои келим, пребывая еще в состоянии некудот, как сказано выше, они находились в положении ахор бе-ахор. Известно ведь, что Аба ве-Има стоят по обе стороны АА: один — в его Хеседе, а другая — в его Гвуре. Когда Аба ве-Има стоят паним бе-паним, свет лика АА спускается и протягивается по прямой линии ровно посередине между лицом Абы и лицом Имы и освещает лица обоих. Но пока они оставались на уровне точек до исправления, как мы уже объясняли, это вызывало разбиение келим: пока не было никакого исправления, свет приходил без масахим. Это были огромные света, приходившие без масахим, и келим не могли принять такой свет и аннулировались. После исправления свет приходит умаленным через масахим, и нижние келим тоже способны выдержать его.</w:t>
      </w:r>
    </w:p>
    <w:p>
      <w:pPr>
        <w:spacing w:before="40" w:after="120"/>
        <w:jc w:val="both"/>
      </w:pPr>
      <w:r>
        <w:rPr>
          <w:rFonts w:ascii="Georgia" w:hAnsi="Georgia"/>
          <w:b w:val="0"/>
          <w:i w:val="0"/>
          <w:color w:val="000000"/>
          <w:sz w:val="24"/>
        </w:rPr>
        <w:t>Пока же не было никакого исправления даже в Атик Йомин, свет оставался великим и обильным, без масахим. Из-за этого, если бы Аба ве-Има встали тогда паним бе-паним, то при распространении света лика АА между ними через его грудь (хазе), как упомянуто выше, они совершенно не смогли бы принять его. Ведь сторона лица чище, светлее и тоньше, чем задняя сторона (ахораим), и свет глубоко впитался бы и вошел в них; принять его оказалось бы невозможно, и они тоже разбились бы и упали вниз, подобно тому, что произошло с ЗОН, и в них наступила бы подлинная смерть, упаси Б-г.</w:t>
      </w:r>
    </w:p>
    <w:p>
      <w:pPr>
        <w:spacing w:before="40" w:after="120"/>
        <w:jc w:val="both"/>
      </w:pPr>
      <w:r>
        <w:rPr>
          <w:rFonts w:ascii="Georgia" w:hAnsi="Georgia"/>
          <w:b w:val="0"/>
          <w:i w:val="0"/>
          <w:color w:val="000000"/>
          <w:sz w:val="24"/>
        </w:rPr>
        <w:t>Поэтому они остались тогда в положении ахор бе-ахор: свет лика АА протягивался через его хазе и проходил между двумя задними сторонами Аба ве-Има, которые гораздо плотнее и грубее стороны лица. В таком случае этот свет не поглощается и глубоко в них не входит, так как свет предельно духовен, а задние стороны темны и плотны; поэтому в них проникает лишь малая часть света, и они способны выдержать его. По этой причине Аба ве-Има сначала стояли ахор бе-ахор и благодаря этому не умерли, как остальные мелахим, которые действительно умерли и опустились в мир Брия.</w:t>
      </w:r>
    </w:p>
    <w:p>
      <w:pPr>
        <w:spacing w:before="40" w:after="120"/>
        <w:jc w:val="both"/>
      </w:pPr>
      <w:r>
        <w:rPr>
          <w:rFonts w:ascii="Georgia" w:hAnsi="Georgia"/>
          <w:b w:val="0"/>
          <w:i w:val="0"/>
          <w:color w:val="000000"/>
          <w:sz w:val="24"/>
        </w:rPr>
        <w:t>Однако их ахораим — те [келим], которые не смогли принять высший свет даже в положении ахор бе-ахор, — аннулировались. Келим этих ахораим опустились вниз и остались в мире Ацилут на том месте, где находилась Нуква де-ЗА, на уровне кли ее точки, как известно и как разъяснено: все десять келим вышли прежде, чем вышли света. (См. выше, когда именно разбились ахораим Аба ве-Има, ведь там это изложено подробно).</w:t>
      </w:r>
    </w:p>
    <w:p>
      <w:pPr>
        <w:spacing w:before="40" w:after="120"/>
        <w:jc w:val="both"/>
      </w:pPr>
      <w:r>
        <w:rPr>
          <w:rFonts w:ascii="Georgia" w:hAnsi="Georgia"/>
          <w:b w:val="0"/>
          <w:i w:val="0"/>
          <w:color w:val="000000"/>
          <w:sz w:val="24"/>
        </w:rPr>
        <w:t>Когда эти ахораим опустились, ахораим Абы опустились, включая в себя десять сфирот, и ахораим Имы также опустились, включая в себя десять сфирот. Ахораим Абы опустились, упали и встали напротив паним де-Нуква де-ЗА, а ахораим Имы тоже опустились, упали и встали напротив ахораим Нуквы де-ЗА. Сама же она осталась стоять посередине: одни — сзади, другие — спереди, а Аба ве-Има остались ахор бе-ахор.</w:t>
      </w:r>
    </w:p>
    <w:p>
      <w:pPr>
        <w:spacing w:before="40" w:after="120"/>
        <w:jc w:val="both"/>
      </w:pPr>
      <w:r>
        <w:rPr>
          <w:rFonts w:ascii="Georgia" w:hAnsi="Georgia"/>
          <w:b w:val="0"/>
          <w:i w:val="0"/>
          <w:color w:val="000000"/>
          <w:sz w:val="24"/>
        </w:rPr>
        <w:t xml:space="preserve">Таким образом, келим мелахим де-ЗОН, разбившись, умерли по-настоящему и упали в мир Брия, на место клипот, представляющее собой смерть, как известно по смыслу стиха: </w:t>
      </w:r>
      <w:r>
        <w:rPr>
          <w:rFonts w:ascii="Georgia" w:hAnsi="Georgia"/>
          <w:b w:val="0"/>
          <w:i/>
          <w:color w:val="000000"/>
          <w:sz w:val="24"/>
        </w:rPr>
        <w:t>«Поглотит Он смерть навеки…»</w:t>
      </w:r>
      <w:r>
        <w:rPr>
          <w:rFonts w:ascii="Georgia" w:hAnsi="Georgia"/>
          <w:b w:val="0"/>
          <w:i w:val="0"/>
          <w:color w:val="000000"/>
          <w:sz w:val="24"/>
        </w:rPr>
        <w:t xml:space="preserve"> (Йешаяу 25:8), то есть клипот. Падение же ахораим Аба ве-Има называется лишь утратой былого величия, поскольку они упали со своей высшей ступени, на которой находились позади Аба ве-Има, и оказались внизу, на месте Нуквы де-ЗА в Ацилуте. Таким образом, изначально эти ахораим именовались истинными мелахим, а спустившись вниз, стали князьями (сарим).</w:t>
      </w:r>
    </w:p>
    <w:p>
      <w:pPr>
        <w:spacing w:before="40" w:after="120"/>
        <w:jc w:val="both"/>
      </w:pPr>
      <w:r>
        <w:rPr>
          <w:rFonts w:ascii="Georgia" w:hAnsi="Georgia"/>
          <w:b w:val="0"/>
          <w:i w:val="0"/>
          <w:color w:val="000000"/>
          <w:sz w:val="24"/>
        </w:rPr>
        <w:t xml:space="preserve">В этом смысл стиха: </w:t>
      </w:r>
      <w:r>
        <w:rPr>
          <w:rFonts w:ascii="Georgia" w:hAnsi="Georgia"/>
          <w:b w:val="0"/>
          <w:i/>
          <w:color w:val="000000"/>
          <w:sz w:val="24"/>
        </w:rPr>
        <w:t>«Ведь он скажет: "Разве князья мои все вместе — не цари?"»</w:t>
      </w:r>
      <w:r>
        <w:rPr>
          <w:rFonts w:ascii="Georgia" w:hAnsi="Georgia"/>
          <w:b w:val="0"/>
          <w:i w:val="0"/>
          <w:color w:val="000000"/>
          <w:sz w:val="24"/>
        </w:rPr>
        <w:t xml:space="preserve"> (Йешаяу 10:8). Ведь эти князья, названные князьями при нахождении внизу, на месте Нуквы де-ЗА, прежде, пребывая наверху, были мелахим. Как с Б-жьей помощью будет объяснено далее, из этих ахораим исправились и образовались ступени Яакова и Леи, тогда как Нуква де-ЗА называется Рахель, а он называется Исраэль. При этом Сара соответствует Рахели, а Сарай (</w:t>
      </w:r>
      <w:r>
        <w:rPr>
          <w:rFonts w:ascii="Georgia" w:hAnsi="Georgia" w:cs="Times New Roman"/>
          <w:b/>
          <w:i w:val="0"/>
          <w:color w:val="000000"/>
          <w:sz w:val="24"/>
          <w:rtl/>
          <w:szCs w:val="32"/>
        </w:rPr>
        <w:t>שָׂרָי</w:t>
      </w:r>
      <w:r>
        <w:rPr>
          <w:rFonts w:ascii="Georgia" w:hAnsi="Georgia"/>
          <w:b w:val="0"/>
          <w:i w:val="0"/>
          <w:color w:val="000000"/>
          <w:sz w:val="24"/>
        </w:rPr>
        <w:t>), жена Аврама, относится к Лее.</w:t>
      </w:r>
    </w:p>
    <w:p>
      <w:pPr>
        <w:spacing w:before="40" w:after="120"/>
        <w:jc w:val="both"/>
      </w:pPr>
      <w:r>
        <w:rPr>
          <w:rFonts w:ascii="Georgia" w:hAnsi="Georgia"/>
          <w:b w:val="0"/>
          <w:i w:val="0"/>
          <w:color w:val="000000"/>
          <w:sz w:val="24"/>
        </w:rPr>
        <w:t xml:space="preserve">В этом и состоит тайна слов </w:t>
      </w:r>
      <w:r>
        <w:rPr>
          <w:rFonts w:ascii="Georgia" w:hAnsi="Georgia"/>
          <w:b w:val="0"/>
          <w:i/>
          <w:color w:val="000000"/>
          <w:sz w:val="24"/>
        </w:rPr>
        <w:t>«разве князья мои…»</w:t>
      </w:r>
      <w:r>
        <w:rPr>
          <w:rFonts w:ascii="Georgia" w:hAnsi="Georgia"/>
          <w:b w:val="0"/>
          <w:i w:val="0"/>
          <w:color w:val="000000"/>
          <w:sz w:val="24"/>
        </w:rPr>
        <w:t xml:space="preserve"> (</w:t>
      </w:r>
      <w:r>
        <w:rPr>
          <w:rFonts w:ascii="Georgia" w:hAnsi="Georgia"/>
          <w:b w:val="0"/>
          <w:i/>
          <w:color w:val="000000"/>
          <w:sz w:val="24"/>
        </w:rPr>
        <w:t>а-ло сарай</w:t>
      </w:r>
      <w:r>
        <w:rPr>
          <w:rFonts w:ascii="Georgia" w:hAnsi="Georgia"/>
          <w:b w:val="0"/>
          <w:i w:val="0"/>
          <w:color w:val="000000"/>
          <w:sz w:val="24"/>
        </w:rPr>
        <w:t xml:space="preserve">, </w:t>
      </w:r>
      <w:r>
        <w:rPr>
          <w:rFonts w:ascii="Georgia" w:hAnsi="Georgia" w:cs="Times New Roman"/>
          <w:b/>
          <w:i w:val="0"/>
          <w:color w:val="000000"/>
          <w:sz w:val="24"/>
          <w:rtl/>
          <w:szCs w:val="32"/>
        </w:rPr>
        <w:t>הֲלֹא שָׂרַי</w:t>
      </w:r>
      <w:r>
        <w:rPr>
          <w:rFonts w:ascii="Georgia" w:hAnsi="Georgia"/>
          <w:b w:val="0"/>
          <w:i w:val="0"/>
          <w:color w:val="000000"/>
          <w:sz w:val="24"/>
        </w:rPr>
        <w:t xml:space="preserve">): буквы слова </w:t>
      </w:r>
      <w:r>
        <w:rPr>
          <w:rFonts w:ascii="Georgia" w:hAnsi="Georgia"/>
          <w:b w:val="0"/>
          <w:i/>
          <w:color w:val="000000"/>
          <w:sz w:val="24"/>
        </w:rPr>
        <w:t>а-ло</w:t>
      </w:r>
      <w:r>
        <w:rPr>
          <w:rFonts w:ascii="Georgia" w:hAnsi="Georgia"/>
          <w:b w:val="0"/>
          <w:i w:val="0"/>
          <w:color w:val="000000"/>
          <w:sz w:val="24"/>
        </w:rPr>
        <w:t xml:space="preserve"> (</w:t>
      </w:r>
      <w:r>
        <w:rPr>
          <w:rFonts w:ascii="Georgia" w:hAnsi="Georgia" w:cs="Times New Roman"/>
          <w:b/>
          <w:i w:val="0"/>
          <w:color w:val="000000"/>
          <w:sz w:val="24"/>
          <w:rtl/>
          <w:szCs w:val="32"/>
        </w:rPr>
        <w:t>הֲלֹא</w:t>
      </w:r>
      <w:r>
        <w:rPr>
          <w:rFonts w:ascii="Georgia" w:hAnsi="Georgia"/>
          <w:b w:val="0"/>
          <w:i w:val="0"/>
          <w:color w:val="000000"/>
          <w:sz w:val="24"/>
        </w:rPr>
        <w:t>) — это те же буквы, что образуют имя Лея (</w:t>
      </w:r>
      <w:r>
        <w:rPr>
          <w:rFonts w:ascii="Georgia" w:hAnsi="Georgia" w:cs="Times New Roman"/>
          <w:b/>
          <w:i w:val="0"/>
          <w:color w:val="000000"/>
          <w:sz w:val="24"/>
          <w:rtl/>
          <w:szCs w:val="32"/>
        </w:rPr>
        <w:t>לֵאָה</w:t>
      </w:r>
      <w:r>
        <w:rPr>
          <w:rFonts w:ascii="Georgia" w:hAnsi="Georgia"/>
          <w:b w:val="0"/>
          <w:i w:val="0"/>
          <w:color w:val="000000"/>
          <w:sz w:val="24"/>
        </w:rPr>
        <w:t>), потому что именно из этих князей образовалась Лея, как с Б-жьей помощью подробно разъясняется ниже. Когда Атик Йомин начал исправляться прежде всех остальных — ведь он представляет собой высшую голову из трех голов, упоминаемых в начале «Идра Зута», причем все три [головы] были изначально включены в одну точку из тех десяти точек, как сказано выше, — известно, что после исправления он стал полноценным парцуфом из десяти сфирот.</w:t>
      </w:r>
    </w:p>
    <w:p>
      <w:pPr>
        <w:spacing w:before="40" w:after="120"/>
        <w:jc w:val="both"/>
      </w:pPr>
      <w:r>
        <w:rPr>
          <w:rFonts w:ascii="Georgia" w:hAnsi="Georgia"/>
          <w:b w:val="0"/>
          <w:i w:val="0"/>
          <w:color w:val="000000"/>
          <w:sz w:val="24"/>
        </w:rPr>
        <w:t>Когда Атик Йомин начал исправляться и у него образовалась голова, его ГАР исправились сначала вместе: это КАХАБ в нем, составляющие в совокупности голову Атика. Эту ступень головы в «Идра Зута» назвали «высшая голова, которая непознаваема» (</w:t>
      </w:r>
      <w:r>
        <w:rPr>
          <w:rFonts w:ascii="Georgia" w:hAnsi="Georgia"/>
          <w:b w:val="0"/>
          <w:i/>
          <w:color w:val="000000"/>
          <w:sz w:val="24"/>
        </w:rPr>
        <w:t>риша илаа де-ла итъяда</w:t>
      </w:r>
      <w:r>
        <w:rPr>
          <w:rFonts w:ascii="Georgia" w:hAnsi="Georgia"/>
          <w:b w:val="0"/>
          <w:i w:val="0"/>
          <w:color w:val="000000"/>
          <w:sz w:val="24"/>
        </w:rPr>
        <w:t>). Смысл в том, что ГАР парцуфа Атик вовсе не облачаются и не скрываются внутри АА, а остаются открытыми, поскольку АА не способен постичь и облачить их. Поэтому эта голова называется непознаваемой головой (</w:t>
      </w:r>
      <w:r>
        <w:rPr>
          <w:rFonts w:ascii="Georgia" w:hAnsi="Georgia" w:cs="Times New Roman"/>
          <w:b/>
          <w:i w:val="0"/>
          <w:color w:val="000000"/>
          <w:sz w:val="24"/>
          <w:rtl/>
          <w:szCs w:val="32"/>
        </w:rPr>
        <w:t>רדל״א</w:t>
      </w:r>
      <w:r>
        <w:rPr>
          <w:rFonts w:ascii="Georgia" w:hAnsi="Georgia"/>
          <w:b w:val="0"/>
          <w:i w:val="0"/>
          <w:color w:val="000000"/>
          <w:sz w:val="24"/>
        </w:rPr>
        <w:t xml:space="preserve">, </w:t>
      </w:r>
      <w:r>
        <w:rPr>
          <w:rFonts w:ascii="Georgia" w:hAnsi="Georgia"/>
          <w:b w:val="0"/>
          <w:i/>
          <w:color w:val="000000"/>
          <w:sz w:val="24"/>
        </w:rPr>
        <w:t>риша де-ла итъяда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ЗАТ в нем, представляющие собой тайну семи дней, облачаются внутрь АА, как известно, поскольку тот обладает некоторым их постижением. И ради этих ЗАТ он называется Атик Йомин — то есть «Древний днями» по уровню ЗАТ, именуемых «семью древними днями», как известно, и в отношении них есть некоторое постижение и знание. После того как голова Атик Йомин исправилась, свет немного умалился благодаря этой голове Атика, которая исправилась и стала парцуфом, и высший свет стал проходить через эти масахим.</w:t>
      </w:r>
    </w:p>
    <w:p>
      <w:pPr>
        <w:spacing w:before="40" w:after="120"/>
        <w:jc w:val="both"/>
      </w:pPr>
      <w:r>
        <w:rPr>
          <w:rFonts w:ascii="Georgia" w:hAnsi="Georgia"/>
          <w:b w:val="0"/>
          <w:i w:val="0"/>
          <w:color w:val="000000"/>
          <w:sz w:val="24"/>
        </w:rPr>
        <w:t>Теперь у Абы появилась сила принимать высший свет даже через свое лицо, поскольку он относится к мужскому началу и к милосердию (рахамим). Но у Имы, представляющей собой женское начало и суды (диним), еще не было сил принимать высший свет лицом, а только задней стороной (ахор). Поэтому Аба повернулся лицом к месту хазе де-АА и принимал высший свет лицом, тогда как Има осталась в прежнем положении.</w:t>
      </w:r>
    </w:p>
    <w:p>
      <w:pPr>
        <w:spacing w:before="40" w:after="120"/>
        <w:jc w:val="both"/>
      </w:pPr>
      <w:r>
        <w:rPr>
          <w:rFonts w:ascii="Georgia" w:hAnsi="Georgia"/>
          <w:b w:val="0"/>
          <w:i w:val="0"/>
          <w:color w:val="000000"/>
          <w:sz w:val="24"/>
        </w:rPr>
        <w:t>Оказалось, что теперь Аба ве-Има стоят в положении паним бе-ахор, что является третьей ступенью; вторая же ступень — ахор бе-паним — у них отсутствовала, и они сразу поднялись на третью ступень достоинства, паним бе-ахор. Причина в том, что Хохма и Бина (ХУБ) в голове Атик Йомин исправились одновременно, как сказано выше, и ни одна не опередила другую. Поэтому и в Аба ве-Има, представляющих собой уровень ХУБ, как известно, произошло два исправления сразу: сначала они находились на первой ступени, ахор бе-ахор, а затем поднялись сразу через ступень и встали паним бе-ахор, что является третьей ступенью, как упомянуто выше.</w:t>
      </w:r>
    </w:p>
    <w:p>
      <w:pPr>
        <w:spacing w:before="40" w:after="120"/>
        <w:jc w:val="both"/>
      </w:pPr>
      <w:r>
        <w:rPr>
          <w:rFonts w:ascii="Georgia" w:hAnsi="Georgia"/>
          <w:b w:val="0"/>
          <w:i w:val="0"/>
          <w:color w:val="000000"/>
          <w:sz w:val="24"/>
        </w:rPr>
        <w:t>Разумеется, свет, протягивающийся от Абы к Име — происходит ли это в положении паним бе-паним или паним бе-ахор, — всегда в равной мере исходит из десяти сфирот в нем, ведь Аба на обеих этих ступенях обращен лицом. Различие же состоит в Име: когда они вместе с Абой стоят паним бе-паним, свечение, приходящее к ней от десяти сфирот де-Аба, принимается ею сначала лицом, и там сосредоточено основное свечение. Затем оставшиеся света переходят к ее ахораим и светят в них, причем они не составляют и сотой доли [всего] света, так как почти весь свет отдается стороне ее лица. Когда же она обращена задней стороной к лицу Абы, хотя само свечение не меняется, как сказано выше (ведь и сейчас оно исходит через его лицо), основная часть этих светов светит в ее ахораим. И хотя они грубы и плотны, то свечение, которое они принимают — малое или великое, — в основе своей отдается ее ахораим, а остатки светят в ее лице.</w:t>
      </w:r>
    </w:p>
    <w:p>
      <w:pPr>
        <w:spacing w:before="40" w:after="120"/>
        <w:jc w:val="both"/>
      </w:pPr>
      <w:r>
        <w:rPr>
          <w:rFonts w:ascii="Georgia" w:hAnsi="Georgia"/>
          <w:b w:val="0"/>
          <w:i w:val="0"/>
          <w:color w:val="000000"/>
          <w:sz w:val="24"/>
        </w:rPr>
        <w:t>Получается, что, когда Има стоит паним бе-паним с Абой, ее лицо получает значительно больше, чем ахораим. Когда же ахораим Имы обращены к лицу Абы, значительно больше получают ахораим: в них теперь светит непосредственно лицо Абы, и они смягчаются гораздо сильнее, чем при положении паним бе-паним, однако лицо ее сейчас получает меньше.</w:t>
      </w:r>
    </w:p>
    <w:p>
      <w:pPr>
        <w:spacing w:before="40" w:after="120"/>
        <w:jc w:val="both"/>
      </w:pPr>
      <w:r>
        <w:rPr>
          <w:rFonts w:ascii="Georgia" w:hAnsi="Georgia"/>
          <w:b w:val="0"/>
          <w:i w:val="0"/>
          <w:color w:val="000000"/>
          <w:sz w:val="24"/>
        </w:rPr>
        <w:t>Таким образом, ахораим Имы смягчились и исправились в большей мере, чем ахораим Абы, ведь в ахораим Абы не светит свет высших лиц, как в ахораим Имы. Однако со стороны лица Аба имеет преимущество перед Имой: в лице Абы была сила принять высший свет, тогда как у лица Имы не было силы принять его, и она осталась в положении паним бе-ахор. Это различие двух аспектов в Аба ве-Има — то, что с одной стороны преимущество и достоинство принадлежат Абе, а с другой стороны преимущество у Имы перед Абой, — вызвало другое различие в отношении двух первых ахораим, которые упали вначале вниз и из которых образовались Яаков и Лея, как с Б-жьей помощью будет сказано ниже.</w:t>
      </w:r>
    </w:p>
    <w:p>
      <w:pPr>
        <w:spacing w:before="40" w:after="120"/>
        <w:jc w:val="both"/>
      </w:pPr>
      <w:r>
        <w:rPr>
          <w:rFonts w:ascii="Georgia" w:hAnsi="Georgia"/>
          <w:b w:val="0"/>
          <w:i w:val="0"/>
          <w:color w:val="000000"/>
          <w:sz w:val="24"/>
        </w:rPr>
        <w:t>При этом АА все еще пребывал в состоянии неисправленной точки, и тем более все остальные ступени под ним. Затем исправились Хесед и Гвура де-Атик Йомин, и тогда же исправились Кетер и Хохма де-АА — две нижние головы из трех голов, упоминаемых в «Идра Зута». Причина в том, как мы разъясняли, что Хесед и Гвура де-Атик облачаются в Кетер и Хохму де-АА.</w:t>
      </w:r>
    </w:p>
    <w:p>
      <w:pPr>
        <w:spacing w:before="40" w:after="120"/>
        <w:jc w:val="both"/>
      </w:pPr>
      <w:r>
        <w:rPr>
          <w:rFonts w:ascii="Georgia" w:hAnsi="Georgia"/>
          <w:b w:val="0"/>
          <w:i w:val="0"/>
          <w:color w:val="000000"/>
          <w:sz w:val="24"/>
        </w:rPr>
        <w:t>Однако Бина де-АА еще не исправилась вместе с ними. В этом заключается одно из различий между Атиком и АА: в Атике его ГАР исправились вместе, тогда как в АА они исправились не вместе, а лишь две первые из них. Причина этого станет ясна из предисловия, которое мы сейчас приведем: существует одно отличие парцуфа АА от всех остальных парцуфим Ацилута.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Суть в том, что в каждом парцуфе из Атик Йомин, Аба ве-Има и ЗОН в голове содержатся ГАР — то есть КАХАБ этого парцуфа. Но в парцуфе АА в его голове есть только Кетер и Хохма: Кетер называется Гальгальта де-АА, а Хохма — скрытым мозгом (моха стимаа) в нем.</w:t>
      </w:r>
    </w:p>
    <w:p>
      <w:pPr>
        <w:spacing w:before="40" w:after="120"/>
        <w:jc w:val="both"/>
      </w:pPr>
      <w:r>
        <w:rPr>
          <w:rFonts w:ascii="Georgia" w:hAnsi="Georgia"/>
          <w:b w:val="0"/>
          <w:i w:val="0"/>
          <w:color w:val="000000"/>
          <w:sz w:val="24"/>
        </w:rPr>
        <w:t>Исходя из этого ты поймешь, почему в «Идра Зута» упоминаются три головы: одна — голова Атика, и две головы АА — высшие Кетер и Хохма; и почему не упомянута Бина де-АА, ведь тогда получилось бы четыре головы. Причина в том, что голова Атик Йомин, хотя и содержит в себе ГАР, из-за крайней сокрытости считается лишь одной головой, а также именуется непознаваемой головой (</w:t>
      </w:r>
      <w:r>
        <w:rPr>
          <w:rFonts w:ascii="Georgia" w:hAnsi="Georgia"/>
          <w:b w:val="0"/>
          <w:i/>
          <w:color w:val="000000"/>
          <w:sz w:val="24"/>
        </w:rPr>
        <w:t>риша де-ла итъяда</w:t>
      </w:r>
      <w:r>
        <w:rPr>
          <w:rFonts w:ascii="Georgia" w:hAnsi="Georgia"/>
          <w:b w:val="0"/>
          <w:i w:val="0"/>
          <w:color w:val="000000"/>
          <w:sz w:val="24"/>
        </w:rPr>
        <w:t>). Кетер же и Хохма в голове АА считаются за две [головы] по причине их большего раскрытия по сравнению с высшей головой. Итого их три головы, ведь все они имеют статус голов в «Идра Зута». Бина же де-АА не смогла подняться и пребывать в его голове и осталась внизу, в горле де-АА, и потому не называется головой.</w:t>
      </w:r>
    </w:p>
    <w:p>
      <w:pPr>
        <w:spacing w:before="40" w:after="120"/>
        <w:jc w:val="both"/>
      </w:pPr>
      <w:r>
        <w:rPr>
          <w:rFonts w:ascii="Georgia" w:hAnsi="Georgia"/>
          <w:b w:val="0"/>
          <w:i w:val="0"/>
          <w:color w:val="000000"/>
          <w:sz w:val="24"/>
        </w:rPr>
        <w:t>Причина ее спуска туда, в горло, в отличие от остальных парцуфим, состоит в том, что АА облачает ЗАТ де-Атик, как известно. Свет Атик Йомин чрезвычайно велик, и у Бины де-АА не было сил принять свет де-Атик, находясь близко, в голове АА. Спустившись же вниз, в горло де-АА, и отдалившись немного, она смогла принимать там свет Атик Йомин.</w:t>
      </w:r>
    </w:p>
    <w:p>
      <w:pPr>
        <w:spacing w:before="40" w:after="120"/>
        <w:jc w:val="both"/>
      </w:pPr>
      <w:r>
        <w:rPr>
          <w:rFonts w:ascii="Georgia" w:hAnsi="Georgia"/>
          <w:b w:val="0"/>
          <w:i w:val="0"/>
          <w:color w:val="000000"/>
          <w:sz w:val="24"/>
        </w:rPr>
        <w:t>В остальных же парцуфим свет Атик Йомин значительно более отдален от них, так как АА облачает его и заслоняет его свечение. Поэтому даже у Бины в каждом парцуфе есть способность и сила находиться вместе со своей подругой — Хохмой того же парцуфа — наверху, в голове этого парцуфа. После того как мы объяснили, что исправилось в АА, объясним, что исправилось в Аба ве-Има. Они поднялись на четвертую ступень — вновь встали вместе паним бе-паним, хотя все еще оставались на уровне неисправленных точек.</w:t>
      </w:r>
    </w:p>
    <w:p>
      <w:pPr>
        <w:spacing w:before="40" w:after="120"/>
        <w:jc w:val="both"/>
      </w:pPr>
      <w:r>
        <w:rPr>
          <w:rFonts w:ascii="Georgia" w:hAnsi="Georgia"/>
          <w:b w:val="0"/>
          <w:i w:val="0"/>
          <w:color w:val="000000"/>
          <w:sz w:val="24"/>
        </w:rPr>
        <w:t>Затем исправились НЕХИ де-Атик, и тогда же исправились ХАГАТ де-АА, а также начали исправляться две головы Аба ве-Има, каждая из которых включает три упомянутые головы. Суть этого, как известно, в том, что НЕХИ де-Атик облачаются в ХАГАТ де-АА, а ХАГАТ де-АА — в КАХАБ де-Аба ве-Има, и потому все эти уровни исправлялись последовательно друг за другом.</w:t>
      </w:r>
    </w:p>
    <w:p>
      <w:pPr>
        <w:spacing w:before="40" w:after="120"/>
        <w:jc w:val="both"/>
      </w:pPr>
      <w:r>
        <w:rPr>
          <w:rFonts w:ascii="Georgia" w:hAnsi="Georgia"/>
          <w:b w:val="0"/>
          <w:i w:val="0"/>
          <w:color w:val="000000"/>
          <w:sz w:val="24"/>
        </w:rPr>
        <w:t>Так выяснилось положение Аба ве-Има: они прошли всего три ступени, а вторая ступень — ахор бе-паним — у них отсутствовала по названной причине.</w:t>
      </w:r>
    </w:p>
    <w:p>
      <w:pPr>
        <w:spacing w:before="40" w:after="120"/>
        <w:jc w:val="both"/>
      </w:pPr>
      <w:r>
        <w:rPr>
          <w:rFonts w:ascii="Georgia" w:hAnsi="Georgia"/>
          <w:b w:val="0"/>
          <w:i w:val="0"/>
          <w:color w:val="000000"/>
          <w:sz w:val="24"/>
        </w:rPr>
        <w:t>Теперь объясним положение ЗОН, в которых были все перечисленные ступени. Вот их порядок: известно, что ЗОН происходят от НЕХИ де-АА, ведь там их место, как сказано выше. Поэтому они не получили никакого исправления и свечения, когда началось исправление высшей головы Атик Йомин, в отличие от Аба ве-Има, которые тогда перешли в положение паним бе-ахор. В ЗОН же исправление и свечение начались лишь тогда, когда началось исправление головы АА.</w:t>
      </w:r>
    </w:p>
    <w:p>
      <w:pPr>
        <w:spacing w:before="40" w:after="120"/>
        <w:jc w:val="both"/>
      </w:pPr>
      <w:r>
        <w:rPr>
          <w:rFonts w:ascii="Georgia" w:hAnsi="Georgia"/>
          <w:b w:val="0"/>
          <w:i w:val="0"/>
          <w:color w:val="000000"/>
          <w:sz w:val="24"/>
        </w:rPr>
        <w:t>Выше уже объяснялось, что в голове Атика его КАХАБ исправились вместе наверху, на месте головы, тогда как в АА сначала исправились Кетер и Хохма в его голове, а затем исправилась его Бина внизу, в горле. Поэтому у ЗОН добавилась вторая ступень, чего не было у Аба ве-Има.</w:t>
      </w:r>
    </w:p>
    <w:p>
      <w:pPr>
        <w:spacing w:before="40" w:after="120"/>
        <w:jc w:val="both"/>
      </w:pPr>
      <w:r>
        <w:rPr>
          <w:rFonts w:ascii="Georgia" w:hAnsi="Georgia"/>
          <w:b w:val="0"/>
          <w:i w:val="0"/>
          <w:color w:val="000000"/>
          <w:sz w:val="24"/>
        </w:rPr>
        <w:t>А именно: когда исправились Кетер и Хохма де-АА в его голове, ЗОН перешли в положение ахор бе-паним — то есть ахораим де-ЗА встали напротив паним де-Нуква. Когда же исправилась Бина де-АА, они перешли в состояние паним бе-ахор — то есть паним де-ЗА встало напротив ахораим де-Нуква. А когда исправились НЕХИ де-Атик, вместе с которыми исправились ХАГАТ де-АА и КАХАБ Аба ве-Има, составляющие их голову, тогда ЗОН вновь встали паним бе-паним, все еще оставаясь на уровне точек без полного исправления.</w:t>
      </w:r>
    </w:p>
    <w:p>
      <w:pPr>
        <w:spacing w:before="40" w:after="120"/>
        <w:jc w:val="both"/>
      </w:pPr>
      <w:r>
        <w:rPr>
          <w:rFonts w:ascii="Georgia" w:hAnsi="Georgia"/>
          <w:b w:val="0"/>
          <w:i w:val="0"/>
          <w:color w:val="000000"/>
          <w:sz w:val="24"/>
        </w:rPr>
        <w:t>После того как исправились Аба ве-Има, появилась возможность исправить ЗОН. Тогда семь мелахим — келим ЗОН, упавшие вниз, в мир Брия, — Источник поднял в Ацилут, во чрево высшей Имы, и там они пребывали в состоянии ибура и так далее, как с Б-жьей помощью будет объяснено ниже.</w:t>
      </w:r>
    </w:p>
    <w:p>
      <w:pPr>
        <w:spacing w:before="40" w:after="120"/>
        <w:jc w:val="both"/>
      </w:pPr>
      <w:r>
        <w:rPr>
          <w:rFonts w:ascii="Georgia" w:hAnsi="Georgia"/>
          <w:b w:val="0"/>
          <w:i w:val="0"/>
          <w:color w:val="000000"/>
          <w:sz w:val="24"/>
        </w:rPr>
        <w:t>--- Эц Хаим 11:9 ---</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 ЗА во времена мелахим изначально было шесть концов (ВАК), а внутри них — мохин уровня нефеш из внешних НЕХИ де-Има, когда он родился до исправления. Затем они разбились и разделились: света НЕХИ поднялись наверх, а келим ВАК опустились вниз, в мир Брия.</w:t>
      </w:r>
    </w:p>
    <w:p>
      <w:pPr>
        <w:spacing w:before="40" w:after="120"/>
        <w:jc w:val="both"/>
      </w:pPr>
      <w:r>
        <w:rPr>
          <w:rFonts w:ascii="Georgia" w:hAnsi="Georgia"/>
          <w:b w:val="0"/>
          <w:i w:val="0"/>
          <w:color w:val="000000"/>
          <w:sz w:val="24"/>
        </w:rPr>
        <w:t>При исправлении они были зачаты в первом ибуре, и келим ВАК, находившиеся внутри Имы, мало-помалу выяснялись. Все эти келим выяснялись к добру, и в них входили мохин, составляющие самого младенца. То же из келим, что не выяснилось и осталось в смешении добра и зла, осталось во чреве Имы.</w:t>
      </w:r>
    </w:p>
    <w:p>
      <w:pPr>
        <w:spacing w:before="40" w:after="120"/>
        <w:jc w:val="both"/>
      </w:pPr>
      <w:r>
        <w:rPr>
          <w:rFonts w:ascii="Georgia" w:hAnsi="Georgia"/>
          <w:b w:val="0"/>
          <w:i w:val="0"/>
          <w:color w:val="000000"/>
          <w:sz w:val="24"/>
        </w:rPr>
        <w:t>Затем, когда этот младенец родился, поскольку завершилось формирование келим, необходимых для уровня кли нефеш, во время родов образовались мохин вскармливания (мохин де-еника) в средних НЕХИ, ведь известно, что с момента рождения начинается период вскармливания.</w:t>
      </w:r>
    </w:p>
    <w:p>
      <w:pPr>
        <w:spacing w:before="40" w:after="120"/>
        <w:jc w:val="both"/>
      </w:pPr>
      <w:r>
        <w:rPr>
          <w:rFonts w:ascii="Georgia" w:hAnsi="Georgia"/>
          <w:b w:val="0"/>
          <w:i w:val="0"/>
          <w:color w:val="000000"/>
          <w:sz w:val="24"/>
        </w:rPr>
        <w:t>Тогда выясняются келим, представляющие собой уровень руах; они вскармливаются молоком, а внутри них находится духовная сущность руаха — мохин вскармливания, развитие которых продолжается вплоть до совершеннолетия (гадлут).</w:t>
      </w:r>
    </w:p>
    <w:p>
      <w:pPr>
        <w:spacing w:before="40" w:after="120"/>
        <w:jc w:val="both"/>
      </w:pPr>
      <w:r>
        <w:rPr>
          <w:rFonts w:ascii="Georgia" w:hAnsi="Georgia"/>
          <w:b w:val="0"/>
          <w:i w:val="0"/>
          <w:color w:val="000000"/>
          <w:sz w:val="24"/>
        </w:rPr>
        <w:t>Тогда наступает состояние совершеннолетия, то есть уровень нешама: НЕХИ де-Аба и НЕХИ де-Има. И тогда требуется другое выяснение — для одних лишь светов, для мохин вскармливания, которые поднимаются наверх в качестве женских вод (МАН); и выходят мохин совершеннолетия во внутренних НЕХИ. Они входят на протяжении семи лет — от тринадцати до двадцати лет.</w:t>
      </w:r>
    </w:p>
    <w:p>
      <w:pPr>
        <w:spacing w:before="40" w:after="120"/>
        <w:jc w:val="both"/>
      </w:pPr>
      <w:r>
        <w:rPr>
          <w:rFonts w:ascii="Georgia" w:hAnsi="Georgia"/>
          <w:b w:val="0"/>
          <w:i w:val="0"/>
          <w:color w:val="000000"/>
          <w:sz w:val="24"/>
        </w:rPr>
        <w:t>Выходит, что первым мохин уже предшествовал один ибур до упомянутого исправления, и именно они остались в ней в первом ибуре после исправления. Пойми это глубоко. В завершение первого ибура, во время родов, выходят вторые мохин — мохин уровня руах. А поскольку они входят исключительно благодаря вскармливанию, их называют мохин де-еника (мохин вскармливания), хотя им, несомненно, предшествовал ибур.</w:t>
      </w:r>
    </w:p>
    <w:p>
      <w:pPr>
        <w:spacing w:before="40" w:after="120"/>
        <w:jc w:val="both"/>
      </w:pPr>
      <w:r>
        <w:rPr>
          <w:rFonts w:ascii="Georgia" w:hAnsi="Georgia"/>
          <w:b w:val="0"/>
          <w:i w:val="0"/>
          <w:color w:val="000000"/>
          <w:sz w:val="24"/>
        </w:rPr>
        <w:t>Затем для третьих мохин — мохин совершеннолетия (мохин де-гадлут) — был третий ибур, однако по отношению ко вскармливанию это лишь второй ибур. И пойми это очень хорошо.</w:t>
      </w:r>
    </w:p>
    <w:p>
      <w:pPr>
        <w:keepNext/>
        <w:spacing w:before="320" w:after="120"/>
      </w:pPr>
      <w:r>
        <w:rPr>
          <w:rFonts w:ascii="Georgia" w:hAnsi="Georgia"/>
          <w:b w:val="0"/>
          <w:i w:val="0"/>
          <w:color w:val="000000"/>
          <w:sz w:val="32"/>
        </w:rPr>
        <w:t>Глава 10</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Вопрос об одиннадцати компонентах воскурения, одиннадцати полотнищах из козьей шерсти и одиннадцати проклятиях в недельном разделе Ки Таво заключается в том, что они соответствуют десяти клипот Нога, в которых есть жизненная сила святости, оживляющая их. В десяти сфирот святости их жизненная сила поглощена внутри них, и потому они считаются лишь десятью. Но в клипе жизненная сила не поглощается внутри них, поскольку святое не смешивается с будничным; она стоит над их головой и оттуда светит им, и тогда они насчитывают одиннадцать. В этом и заключается смысл сказанного: «Всякий добавляющий — убавляет».</w:t>
      </w:r>
    </w:p>
    <w:p>
      <w:pPr>
        <w:spacing w:before="40" w:after="120"/>
        <w:jc w:val="both"/>
      </w:pPr>
      <w:r>
        <w:rPr>
          <w:rFonts w:ascii="Georgia" w:hAnsi="Georgia"/>
          <w:b w:val="0"/>
          <w:i w:val="0"/>
          <w:color w:val="000000"/>
          <w:sz w:val="24"/>
        </w:rPr>
        <w:t xml:space="preserve">Что касается одиннадцати проклятий раздела Ки Таво: первое — </w:t>
      </w:r>
      <w:r>
        <w:rPr>
          <w:rFonts w:ascii="Georgia" w:hAnsi="Georgia"/>
          <w:b w:val="0"/>
          <w:i/>
          <w:color w:val="000000"/>
          <w:sz w:val="24"/>
        </w:rPr>
        <w:t>«Проклят тот, кто сделает изваяние или кумир литой…»</w:t>
      </w:r>
      <w:r>
        <w:rPr>
          <w:rFonts w:ascii="Georgia" w:hAnsi="Georgia"/>
          <w:b w:val="0"/>
          <w:i w:val="0"/>
          <w:color w:val="000000"/>
          <w:sz w:val="24"/>
        </w:rPr>
        <w:t xml:space="preserve"> (Дварим 27:15) — соответствует АА. И в этом смысл слов стиха: </w:t>
      </w:r>
      <w:r>
        <w:rPr>
          <w:rFonts w:ascii="Georgia" w:hAnsi="Georgia"/>
          <w:b w:val="0"/>
          <w:i/>
          <w:color w:val="000000"/>
          <w:sz w:val="24"/>
        </w:rPr>
        <w:t>«…и поставит тайно»</w:t>
      </w:r>
      <w:r>
        <w:rPr>
          <w:rFonts w:ascii="Georgia" w:hAnsi="Georgia"/>
          <w:b w:val="0"/>
          <w:i w:val="0"/>
          <w:color w:val="000000"/>
          <w:sz w:val="24"/>
        </w:rPr>
        <w:t xml:space="preserve"> (там же). Мудрецы, благословенной памяти, сказали: «В сокровенном месте мира», — и это АА, который скрывается и облачается внутри Ацилута, как известно. Поэтому до слова </w:t>
      </w:r>
      <w:r>
        <w:rPr>
          <w:rFonts w:ascii="Georgia" w:hAnsi="Georgia"/>
          <w:b w:val="0"/>
          <w:i/>
          <w:color w:val="000000"/>
          <w:sz w:val="24"/>
        </w:rPr>
        <w:t>ба-сэтер</w:t>
      </w:r>
      <w:r>
        <w:rPr>
          <w:rFonts w:ascii="Georgia" w:hAnsi="Georgia"/>
          <w:b w:val="0"/>
          <w:i w:val="0"/>
          <w:color w:val="000000"/>
          <w:sz w:val="24"/>
        </w:rPr>
        <w:t xml:space="preserve"> («тайно», </w:t>
      </w:r>
      <w:r>
        <w:rPr>
          <w:rFonts w:ascii="Georgia" w:hAnsi="Georgia" w:cs="Times New Roman"/>
          <w:b/>
          <w:i w:val="0"/>
          <w:color w:val="000000"/>
          <w:sz w:val="24"/>
          <w:rtl/>
          <w:szCs w:val="32"/>
        </w:rPr>
        <w:t>בַּסָּתֶר</w:t>
      </w:r>
      <w:r>
        <w:rPr>
          <w:rFonts w:ascii="Georgia" w:hAnsi="Georgia"/>
          <w:b w:val="0"/>
          <w:i w:val="0"/>
          <w:color w:val="000000"/>
          <w:sz w:val="24"/>
        </w:rPr>
        <w:t>) насчитывается тринадцать слов, соответствующих тринадцати исправлениям бороды.</w:t>
      </w:r>
    </w:p>
    <w:p>
      <w:pPr>
        <w:spacing w:before="40" w:after="120"/>
        <w:jc w:val="both"/>
      </w:pPr>
      <w:r>
        <w:rPr>
          <w:rFonts w:ascii="Georgia" w:hAnsi="Georgia"/>
          <w:b w:val="0"/>
          <w:i w:val="0"/>
          <w:color w:val="000000"/>
          <w:sz w:val="24"/>
        </w:rPr>
        <w:t xml:space="preserve">Затем идет: </w:t>
      </w:r>
      <w:r>
        <w:rPr>
          <w:rFonts w:ascii="Georgia" w:hAnsi="Georgia"/>
          <w:b w:val="0"/>
          <w:i/>
          <w:color w:val="000000"/>
          <w:sz w:val="24"/>
        </w:rPr>
        <w:t>«Проклят бесчестящий отца своего и мать свою…»</w:t>
      </w:r>
      <w:r>
        <w:rPr>
          <w:rFonts w:ascii="Georgia" w:hAnsi="Georgia"/>
          <w:b w:val="0"/>
          <w:i w:val="0"/>
          <w:color w:val="000000"/>
          <w:sz w:val="24"/>
        </w:rPr>
        <w:t xml:space="preserve"> (Дварим 27:16) — это соответствует Аба ве-Има. Затем пять проклятий соответствуют пяти первым [сфирот] ЗА: ХАБАД, Хесед и Гвура. Затем идет: </w:t>
      </w:r>
      <w:r>
        <w:rPr>
          <w:rFonts w:ascii="Georgia" w:hAnsi="Georgia"/>
          <w:b w:val="0"/>
          <w:i/>
          <w:color w:val="000000"/>
          <w:sz w:val="24"/>
        </w:rPr>
        <w:t>«Проклят ложащийся с сестрой своей…»</w:t>
      </w:r>
      <w:r>
        <w:rPr>
          <w:rFonts w:ascii="Georgia" w:hAnsi="Georgia"/>
          <w:b w:val="0"/>
          <w:i w:val="0"/>
          <w:color w:val="000000"/>
          <w:sz w:val="24"/>
        </w:rPr>
        <w:t xml:space="preserve"> (Дварим 27:22) — это соответствует Тиферет де-ЗА: ведь там голова Нуквы находится напротив его хазе, и именно там Тиферет соединяется со своей сестрой, чего нет в первых пяти сфирот.</w:t>
      </w:r>
    </w:p>
    <w:p>
      <w:pPr>
        <w:spacing w:before="40" w:after="120"/>
        <w:jc w:val="both"/>
      </w:pPr>
      <w:r>
        <w:rPr>
          <w:rFonts w:ascii="Georgia" w:hAnsi="Georgia"/>
          <w:b w:val="0"/>
          <w:i w:val="0"/>
          <w:color w:val="000000"/>
          <w:sz w:val="24"/>
        </w:rPr>
        <w:t xml:space="preserve">Корень и сущность их образовались из мелахим, которые умерли, — а это семь [мелахим ЗОН] и четыре ахораим Аба ве-Има, что вместе составляет одиннадцать, соответствующих одиннадцати компонентам воскурения. И им же соответствуют одиннадцать полотнищ из козьей шерсти — в тайне идолопоклонства (авода зара, </w:t>
      </w:r>
      <w:r>
        <w:rPr>
          <w:rFonts w:ascii="Georgia" w:hAnsi="Georgia" w:cs="Times New Roman"/>
          <w:b/>
          <w:i w:val="0"/>
          <w:color w:val="000000"/>
          <w:sz w:val="24"/>
          <w:rtl/>
          <w:szCs w:val="32"/>
        </w:rPr>
        <w:t>ע״ז</w:t>
      </w:r>
      <w:r>
        <w:rPr>
          <w:rFonts w:ascii="Georgia" w:hAnsi="Georgia"/>
          <w:b w:val="0"/>
          <w:i w:val="0"/>
          <w:color w:val="000000"/>
          <w:sz w:val="24"/>
        </w:rPr>
        <w:t>) во внешних силах, как известно из книги «Зоар» к разделу Ахрей Мот (см. там).</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Сефер Эц Хаим • Аризаль · рабби Хаим Виталь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