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IV. Парцуфим Аба и Има, Зеир Анпин</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15: Врата Зивугим</w:t>
      </w:r>
    </w:p>
    <w:p>
      <w:pPr>
        <w:spacing w:before="40" w:after="120"/>
        <w:jc w:val="both"/>
      </w:pPr>
      <w:r>
        <w:rPr>
          <w:rFonts w:ascii="Georgia" w:hAnsi="Georgia"/>
          <w:b w:val="0"/>
          <w:i w:val="0"/>
          <w:color w:val="000000"/>
          <w:sz w:val="24"/>
        </w:rPr>
        <w:t>Глава 1</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Вторые врата — Врата зивугим (соударений): о зивуге Аба ве-Има и заповеди отсылания птичьего гнезда; в них шесть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Есть два вида зивугов (соударений) у Аба ве-Има мира Ацилут: первый называется внутренним, второй — внешним, что соответствует келим (сосудам) и сущности. И это совершается двумя путями: либо когда они соединены паним бе-паним на равной высоте, либо с наклоном головы, как нами разъяснено. И эти две формы во внутреннем аспекте — то есть в сущности, и эти же две формы во внешнем аспекте — то есть в келим, составляют четыре вида зивуга Аба ве-Има. Подобным же образом есть четыре таких же вида зивуга у ЗОН. И знай, что внешний зивуг всегда предназначен для ангелов, а внутренний зивуг — для душ.</w:t>
      </w:r>
    </w:p>
    <w:p>
      <w:pPr>
        <w:spacing w:before="40" w:after="120"/>
        <w:jc w:val="both"/>
      </w:pPr>
      <w:r>
        <w:rPr>
          <w:rFonts w:ascii="Georgia" w:hAnsi="Georgia"/>
          <w:b w:val="0"/>
          <w:i w:val="0"/>
          <w:color w:val="000000"/>
          <w:sz w:val="24"/>
        </w:rPr>
        <w:t xml:space="preserve">Есть еще одно различие в зивуге: предназначен ли он для сотворения новых душ или для оживления душ, которые уже вышли, чтобы обновить для них свет разума (мохин). После же разрушения [Храма], когда у ЗОН нет зивуга для порождения новых душ, у Аба ве-Има также нет зивуга для новых душ. В этом смысл сказанного: </w:t>
      </w:r>
      <w:r>
        <w:rPr>
          <w:rFonts w:ascii="Georgia" w:hAnsi="Georgia"/>
          <w:b w:val="0"/>
          <w:i/>
          <w:color w:val="000000"/>
          <w:sz w:val="24"/>
        </w:rPr>
        <w:t>«…не войду в город»</w:t>
      </w:r>
      <w:r>
        <w:rPr>
          <w:rFonts w:ascii="Georgia" w:hAnsi="Georgia"/>
          <w:b w:val="0"/>
          <w:i w:val="0"/>
          <w:color w:val="000000"/>
          <w:sz w:val="24"/>
        </w:rPr>
        <w:t xml:space="preserve"> (Ошеа 11:9). Таким образом, сейчас, после разрушения, нет внутреннего зивуга — ни на равной высоте, ни с наклоном головы, ни у Аба ве-Има, ни у ЗОН; а для прежних душ есть [зивуг] лишь для оживления и для того, чтобы дать им обновленный мохин.</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i w:val="0"/>
          <w:color w:val="000000"/>
          <w:sz w:val="24"/>
        </w:rPr>
        <w:t>Вторая редакция.</w:t>
      </w:r>
      <w:r>
        <w:rPr>
          <w:rFonts w:ascii="Georgia" w:hAnsi="Georgia"/>
          <w:b w:val="0"/>
          <w:i w:val="0"/>
          <w:color w:val="000000"/>
          <w:sz w:val="24"/>
        </w:rPr>
        <w:t xml:space="preserve"> Знай, что у Аба ве-Има есть два вида зивуга:</w:t>
      </w:r>
    </w:p>
    <w:p>
      <w:pPr>
        <w:spacing w:before="40" w:after="120"/>
        <w:jc w:val="both"/>
      </w:pPr>
      <w:r>
        <w:rPr>
          <w:rFonts w:ascii="Georgia" w:hAnsi="Georgia"/>
          <w:b w:val="0"/>
          <w:i w:val="0"/>
          <w:color w:val="000000"/>
          <w:sz w:val="24"/>
        </w:rPr>
        <w:t>1) когда оба они равны наверху, на своем месте, одинаковы по росту и соединены паним бе-паним, что называется зивугом высших Аба ве-Има (Аба ве-Има Илаин);</w:t>
      </w:r>
    </w:p>
    <w:p>
      <w:pPr>
        <w:spacing w:before="40" w:after="120"/>
        <w:jc w:val="both"/>
      </w:pPr>
      <w:r>
        <w:rPr>
          <w:rFonts w:ascii="Georgia" w:hAnsi="Georgia"/>
          <w:b w:val="0"/>
          <w:i w:val="0"/>
          <w:color w:val="000000"/>
          <w:sz w:val="24"/>
        </w:rPr>
        <w:t>2) когда «мать сидит над сыновьями» (</w:t>
      </w:r>
      <w:r>
        <w:rPr>
          <w:rFonts w:ascii="Georgia" w:hAnsi="Georgia"/>
          <w:b w:val="0"/>
          <w:i/>
          <w:color w:val="000000"/>
          <w:sz w:val="24"/>
        </w:rPr>
        <w:t>Има ревиа аль банин</w:t>
      </w:r>
      <w:r>
        <w:rPr>
          <w:rFonts w:ascii="Georgia" w:hAnsi="Georgia"/>
          <w:b w:val="0"/>
          <w:i w:val="0"/>
          <w:color w:val="000000"/>
          <w:sz w:val="24"/>
        </w:rPr>
        <w:t xml:space="preserve">). Это происходит, когда НЕХИ де-Има облекают мохин де-ЗА внутри себя, а затем НЕХИ де-Има облачаются внутрь Зеир Анпина. Тогда об этом говорится: </w:t>
      </w:r>
      <w:r>
        <w:rPr>
          <w:rFonts w:ascii="Georgia" w:hAnsi="Georgia"/>
          <w:b w:val="0"/>
          <w:i/>
          <w:color w:val="000000"/>
          <w:sz w:val="24"/>
        </w:rPr>
        <w:t>«…и мать сидит на птенцах…»</w:t>
      </w:r>
      <w:r>
        <w:rPr>
          <w:rFonts w:ascii="Georgia" w:hAnsi="Georgia"/>
          <w:b w:val="0"/>
          <w:i w:val="0"/>
          <w:color w:val="000000"/>
          <w:sz w:val="24"/>
        </w:rPr>
        <w:t xml:space="preserve"> (Дварим 22:6), поскольку она опускается ниже уровня роста Абы и принижает себя книзу. Тогда она уподобляется Нукве де-ЗА, когда та соединяется с Зеир Анпином паним бе-паним лишь на уровне трех нижних сфирот (НЕХИ) его, как известно. И точно так же сейчас высшая Има находится паним бе-паним с ним лишь напротив нижней половины Тиферет и НЕХИ де-Аба. И когда они находятся в таком положении, необходимо, чтобы и Аба наклонил свою голову и опустился вниз — подобно тому, как поступает Зеир Анпин с Нуквой на уровне трех своих нижних сфирот, как сказано выше. И этот зивуг — это зивуг Исраэль Саба ве-Твуны; запомни это, чтобы нам не утруждаться повторять это каждый раз.</w:t>
      </w:r>
    </w:p>
    <w:p>
      <w:pPr>
        <w:spacing w:before="40" w:after="120"/>
        <w:jc w:val="both"/>
      </w:pPr>
      <w:r>
        <w:rPr>
          <w:rFonts w:ascii="Georgia" w:hAnsi="Georgia"/>
          <w:b w:val="0"/>
          <w:i w:val="0"/>
          <w:color w:val="000000"/>
          <w:sz w:val="24"/>
        </w:rPr>
        <w:t>Этот второй зивуг разделяется на два варианта:</w:t>
      </w:r>
    </w:p>
    <w:p>
      <w:pPr>
        <w:spacing w:before="40" w:after="120"/>
        <w:jc w:val="both"/>
      </w:pPr>
      <w:r>
        <w:rPr>
          <w:rFonts w:ascii="Georgia" w:hAnsi="Georgia"/>
          <w:b w:val="0"/>
          <w:i w:val="0"/>
          <w:color w:val="000000"/>
          <w:sz w:val="24"/>
        </w:rPr>
        <w:t>1) когда Има облачается только в Зеир Анпина;</w:t>
      </w:r>
    </w:p>
    <w:p>
      <w:pPr>
        <w:spacing w:before="40" w:after="120"/>
        <w:jc w:val="both"/>
      </w:pPr>
      <w:r>
        <w:rPr>
          <w:rFonts w:ascii="Georgia" w:hAnsi="Georgia"/>
          <w:b w:val="0"/>
          <w:i w:val="0"/>
          <w:color w:val="000000"/>
          <w:sz w:val="24"/>
        </w:rPr>
        <w:t>2) когда Има облачается в саму Малхут, Нукву де-ЗА.</w:t>
      </w:r>
    </w:p>
    <w:p>
      <w:pPr>
        <w:spacing w:before="40" w:after="120"/>
        <w:jc w:val="both"/>
      </w:pPr>
      <w:r>
        <w:rPr>
          <w:rFonts w:ascii="Georgia" w:hAnsi="Georgia"/>
          <w:b w:val="0"/>
          <w:i w:val="0"/>
          <w:color w:val="000000"/>
          <w:sz w:val="24"/>
        </w:rPr>
        <w:t>И оба они именуются одним зивугом.</w:t>
      </w:r>
    </w:p>
    <w:p>
      <w:pPr>
        <w:spacing w:before="40" w:after="120"/>
        <w:jc w:val="both"/>
      </w:pPr>
      <w:r>
        <w:rPr>
          <w:rFonts w:ascii="Georgia" w:hAnsi="Georgia"/>
          <w:b w:val="0"/>
          <w:i w:val="0"/>
          <w:color w:val="000000"/>
          <w:sz w:val="24"/>
        </w:rPr>
        <w:t>Различие же между этими зивугами состоит в том, что первый упомянутый зивуг, когда они пребывают наверху равными по росту, — это их подлинный, основной зивуг. Второй же зивуг называется непостоянным, случайным (по обстоятельствам). Он происходит тогда, когда преумножаются грехи нижних и у тех нет сил принять высшее изобилие (шефа). Тогда высшая Мать должна умалить свой свет, чтобы они могли его воспринять, и спускается вниз, распростираясь над своими сыновьями — подобно птице или орлу, парящему над своими птенцами, чтобы их не растерзали хищные птицы, и сидящему над ними, чтобы их защитить. Это происходит в то время, когда сыновья нуждаются в матери, что свидетельствует об их слабости, раз им необходимо, чтобы мать распростерлась над ними для их охраны. И тот зивуг, который совершается тогда, называется временным зивугом по обстоятельствам. Итак, разъяснены два вида зивугов у Аба ве-Има со стороны их собственного состояния — в чем различие между ними. Теперь же объясним два вида зивугов со стороны самого зивуга — какова его цель и в чем его отличие.</w:t>
      </w:r>
    </w:p>
    <w:p>
      <w:pPr>
        <w:spacing w:before="40" w:after="120"/>
        <w:jc w:val="both"/>
      </w:pPr>
      <w:r>
        <w:rPr>
          <w:rFonts w:ascii="Georgia" w:hAnsi="Georgia"/>
          <w:b w:val="0"/>
          <w:i w:val="0"/>
          <w:color w:val="000000"/>
          <w:sz w:val="24"/>
        </w:rPr>
        <w:t>Один зивуг называется совершенным (</w:t>
      </w:r>
      <w:r>
        <w:rPr>
          <w:rFonts w:ascii="Georgia" w:hAnsi="Georgia"/>
          <w:b w:val="0"/>
          <w:i/>
          <w:color w:val="000000"/>
          <w:sz w:val="24"/>
        </w:rPr>
        <w:t>зивуга шелим</w:t>
      </w:r>
      <w:r>
        <w:rPr>
          <w:rFonts w:ascii="Georgia" w:hAnsi="Georgia"/>
          <w:b w:val="0"/>
          <w:i w:val="0"/>
          <w:color w:val="000000"/>
          <w:sz w:val="24"/>
        </w:rPr>
        <w:t>), как упоминается в Зоаре (раздел Ахрей Мот, 61б), а второй зивуг называется несовершенным (</w:t>
      </w:r>
      <w:r>
        <w:rPr>
          <w:rFonts w:ascii="Georgia" w:hAnsi="Georgia"/>
          <w:b w:val="0"/>
          <w:i/>
          <w:color w:val="000000"/>
          <w:sz w:val="24"/>
        </w:rPr>
        <w:t>зивуга де-ла шелим</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заключается в том, что совершенный зивуг — это зивуг, цель которого состоит в низведении тагин и мохин сыновьям, ЗОН, чтобы породить новые души посредством зивуга самих ЗОН. Несовершенный же зивуг происходит тогда, когда цель зивуга — низвести жизненную силу (хиют) и пропитание мирам, что было необходимо при сотворении мира и требуется им всегда, а также дать силу ЗОН соединиться и породить прежние души, уже сотворенные при создании мира, чтобы вновь обновить их. Смысл этого прояснится тебе из введения, которое мы изложим о новых и старых душах в соответствующем месте, в трактате о круговоротах («Учение о круговоротах», глава 7). Различие же между этими двумя зивугами состоит в том, что когда Аба соединяется с Имой посредством своей Хохмы, представляющей собой огласовки (некудот)... Ведь известно, что все Имена в Хохме снабжены огласовками, тогда как буквы Име́н в Бине огласовок не имеют. Когда же Аба соединяется с Имой от свойства своей Хохмы, где Имена огласованы, это совершенный зивуг — зивуг Хохмы с Биной. Когда же зивуг происходит от свойства Бины де-Аба, где Имена не имеют огласовок, он называется несовершенным зивугом, поскольку именуется зивугом Бины с Биной: ведь Аба соединяется с Имой лишь тем свойством Бины, что есть в нем самом, — и пойми это глубоко.</w:t>
      </w:r>
    </w:p>
    <w:p>
      <w:pPr>
        <w:spacing w:before="40" w:after="120"/>
        <w:jc w:val="both"/>
      </w:pPr>
      <w:r>
        <w:rPr>
          <w:rFonts w:ascii="Georgia" w:hAnsi="Georgia"/>
          <w:b w:val="0"/>
          <w:i w:val="0"/>
          <w:color w:val="000000"/>
          <w:sz w:val="24"/>
        </w:rPr>
        <w:t xml:space="preserve">И об этом мудрецы (ХАЗАЛЬ) сказали: </w:t>
      </w:r>
      <w:r>
        <w:rPr>
          <w:rFonts w:ascii="Georgia" w:hAnsi="Georgia"/>
          <w:b w:val="0"/>
          <w:i/>
          <w:color w:val="000000"/>
          <w:sz w:val="24"/>
        </w:rPr>
        <w:t>«Клялся Святой, благословен Он, что не войдет в Небесный Иерусалим…»</w:t>
      </w:r>
      <w:r>
        <w:rPr>
          <w:rFonts w:ascii="Georgia" w:hAnsi="Georgia"/>
          <w:b w:val="0"/>
          <w:i w:val="0"/>
          <w:color w:val="000000"/>
          <w:sz w:val="24"/>
        </w:rPr>
        <w:t xml:space="preserve"> (Таанит 5а) — то есть в зивуг Аба ве-Има, — </w:t>
      </w:r>
      <w:r>
        <w:rPr>
          <w:rFonts w:ascii="Georgia" w:hAnsi="Georgia"/>
          <w:b w:val="0"/>
          <w:i/>
          <w:color w:val="000000"/>
          <w:sz w:val="24"/>
        </w:rPr>
        <w:t>«…пока не войдет в земной Иерусалим»</w:t>
      </w:r>
      <w:r>
        <w:rPr>
          <w:rFonts w:ascii="Georgia" w:hAnsi="Georgia"/>
          <w:b w:val="0"/>
          <w:i w:val="0"/>
          <w:color w:val="000000"/>
          <w:sz w:val="24"/>
        </w:rPr>
        <w:t xml:space="preserve">, то есть в полностью совершенный зивуг ЗОН. Вместе с тем мы находим в Зоаре, в «Идра Зута», что Аба ве-Има «никогда не разделяются, и их зивуг непрерывен». Во многих местах мы находим, что «Мать изгоняется от своих сыновей» и у нее нет зивуга, как упомянуто в «Тиккуней Зоар» по поводу стиха </w:t>
      </w:r>
      <w:r>
        <w:rPr>
          <w:rFonts w:ascii="Georgia" w:hAnsi="Georgia"/>
          <w:b w:val="0"/>
          <w:i/>
          <w:color w:val="000000"/>
          <w:sz w:val="24"/>
        </w:rPr>
        <w:t>«…непременно отпусти мать…»</w:t>
      </w:r>
      <w:r>
        <w:rPr>
          <w:rFonts w:ascii="Georgia" w:hAnsi="Georgia"/>
          <w:b w:val="0"/>
          <w:i w:val="0"/>
          <w:color w:val="000000"/>
          <w:sz w:val="24"/>
        </w:rPr>
        <w:t xml:space="preserve"> (Дварим 22:7) и согласно стиху </w:t>
      </w:r>
      <w:r>
        <w:rPr>
          <w:rFonts w:ascii="Georgia" w:hAnsi="Georgia"/>
          <w:b w:val="0"/>
          <w:i/>
          <w:color w:val="000000"/>
          <w:sz w:val="24"/>
        </w:rPr>
        <w:t>«…и за ваши преступления отослана мать ваша»</w:t>
      </w:r>
      <w:r>
        <w:rPr>
          <w:rFonts w:ascii="Georgia" w:hAnsi="Georgia"/>
          <w:b w:val="0"/>
          <w:i w:val="0"/>
          <w:color w:val="000000"/>
          <w:sz w:val="24"/>
        </w:rPr>
        <w:t xml:space="preserve"> (Йешаяу 50:1).</w:t>
      </w:r>
    </w:p>
    <w:p>
      <w:pPr>
        <w:spacing w:before="40" w:after="120"/>
        <w:jc w:val="both"/>
      </w:pPr>
      <w:r>
        <w:rPr>
          <w:rFonts w:ascii="Georgia" w:hAnsi="Georgia"/>
          <w:b w:val="0"/>
          <w:i w:val="0"/>
          <w:color w:val="000000"/>
          <w:sz w:val="24"/>
        </w:rPr>
        <w:t>Однако сказанное понятно из вышеизложенного: совершенный зивуг — зивуг Аба ве-Има на уровне Хохмы, то есть огласовок, — из-за наших грехов прекратился со дней разрушения Храма. И как сказано в разделе Пкудей (253а) о чертоге любви (Чертог Ахава), от разрушения Храма и далее новые души туда не входили. Несовершенный же зивуг, служащий для обновления прежних душ или для оживления миров, не прекращается никогда.</w:t>
      </w:r>
    </w:p>
    <w:p>
      <w:pPr>
        <w:spacing w:before="40" w:after="120"/>
        <w:jc w:val="both"/>
      </w:pPr>
      <w:r>
        <w:rPr>
          <w:rFonts w:ascii="Georgia" w:hAnsi="Georgia"/>
          <w:b w:val="0"/>
          <w:i w:val="0"/>
          <w:color w:val="000000"/>
          <w:sz w:val="24"/>
        </w:rPr>
        <w:t>И знай: вывод из всего этого таков, что есть два вида зивугов, и каждый из них включает в себя два зивуга. Ведь высший зивуг, когда [Има] находится наверху, на своем месте, делится на два вида: несовершенный зивуг и совершенный зивуг. И во втором зивуге, когда она находится внизу, распростертая над птенцами, также есть эти два упомянутых зивуга — несовершенный и совершенный.</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i w:val="0"/>
          <w:color w:val="000000"/>
          <w:sz w:val="24"/>
        </w:rPr>
        <w:t>Вторая редакция.</w:t>
      </w:r>
      <w:r>
        <w:rPr>
          <w:rFonts w:ascii="Georgia" w:hAnsi="Georgia"/>
          <w:b w:val="0"/>
          <w:i w:val="0"/>
          <w:color w:val="000000"/>
          <w:sz w:val="24"/>
        </w:rPr>
        <w:t xml:space="preserve"> Из учения об отсылании гнезда ты поймешь, что у ЗОН есть три вида единений (ихудим), обозначаемых словом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 250): АВАЯ-ЭЙЕ, АВАЯ-ЭЛОКИМ, АВАЯ-АДОНАЙ. Они соответствуют трем парцуфим, имеющимся у ЗОН:</w:t>
      </w:r>
    </w:p>
    <w:p>
      <w:pPr>
        <w:spacing w:before="40" w:after="120"/>
        <w:jc w:val="both"/>
      </w:pPr>
      <w:r>
        <w:rPr>
          <w:rFonts w:ascii="Georgia" w:hAnsi="Georgia"/>
          <w:b w:val="0"/>
          <w:i w:val="0"/>
          <w:color w:val="000000"/>
          <w:sz w:val="24"/>
        </w:rPr>
        <w:t>1) Десять сфирот обратной стороны (ахораим), представляющие собой ее зачатие (ибур) во время безмолвной молитвы «Амида» («Амида де-лахаш»), когда она находится внизу, в его НЕХИ, что также образует полный парцуф ибура. Тогда их соединение паним бе-паним называется АВАЯ-АДОНАЙ.</w:t>
      </w:r>
    </w:p>
    <w:p>
      <w:pPr>
        <w:spacing w:before="40" w:after="120"/>
        <w:jc w:val="both"/>
      </w:pPr>
      <w:r>
        <w:rPr>
          <w:rFonts w:ascii="Georgia" w:hAnsi="Georgia"/>
          <w:b w:val="0"/>
          <w:i w:val="0"/>
          <w:color w:val="000000"/>
          <w:sz w:val="24"/>
        </w:rPr>
        <w:t>2) Когда зивуг происходит паним бе-паним на уровне его парцуфа вскармливания (яника) с ее парцуфом яника — что называется ХАГАТ де-ЗА, — и она поднимается туда во время повторения молитвы «Амида» («Хазарат а-Амида»), это соединение АВАЯ-ЭЛОКИМ.</w:t>
      </w:r>
    </w:p>
    <w:p>
      <w:pPr>
        <w:spacing w:before="40" w:after="120"/>
        <w:jc w:val="both"/>
      </w:pPr>
      <w:r>
        <w:rPr>
          <w:rFonts w:ascii="Georgia" w:hAnsi="Georgia"/>
          <w:b w:val="0"/>
          <w:i w:val="0"/>
          <w:color w:val="000000"/>
          <w:sz w:val="24"/>
        </w:rPr>
        <w:t xml:space="preserve">3) Когда зивуг совершается паним бе-паним на уровне парцуфа взрослого состояния (гадлут) в нем с парцуфом гадлута в ней — что называется ХАБАД де-Зеир Анпин, — и она поднялась туда, тогда это соединение АВАЯ-ЭЙЕ, поскольку это уже уровень Бины, именуемый полным Именем ЭЙЕ в десяти сфирот гадлута. Это происходит во время падения ниц (Нефилат апаим), когда рассекается Есод де-Има при произнесении стиха </w:t>
      </w:r>
      <w:r>
        <w:rPr>
          <w:rFonts w:ascii="Georgia" w:hAnsi="Georgia"/>
          <w:b w:val="0"/>
          <w:i/>
          <w:color w:val="000000"/>
          <w:sz w:val="24"/>
        </w:rPr>
        <w:t>«Ва-яавор…»</w:t>
      </w:r>
      <w:r>
        <w:rPr>
          <w:rFonts w:ascii="Georgia" w:hAnsi="Georgia"/>
          <w:b w:val="0"/>
          <w:i w:val="0"/>
          <w:color w:val="000000"/>
          <w:sz w:val="24"/>
        </w:rPr>
        <w:t xml:space="preserve"> (</w:t>
      </w:r>
      <w:r>
        <w:rPr>
          <w:rFonts w:ascii="Georgia" w:hAnsi="Georgia"/>
          <w:b w:val="0"/>
          <w:i/>
          <w:color w:val="000000"/>
          <w:sz w:val="24"/>
        </w:rPr>
        <w:t>«И прошел…»</w:t>
      </w:r>
      <w:r>
        <w:rPr>
          <w:rFonts w:ascii="Georgia" w:hAnsi="Georgia"/>
          <w:b w:val="0"/>
          <w:i w:val="0"/>
          <w:color w:val="000000"/>
          <w:sz w:val="24"/>
        </w:rPr>
        <w:t>, Шмот 34:6).</w:t>
      </w:r>
    </w:p>
    <w:p>
      <w:pPr>
        <w:spacing w:before="40" w:after="120"/>
        <w:jc w:val="both"/>
      </w:pPr>
      <w:r>
        <w:rPr>
          <w:rFonts w:ascii="Georgia" w:hAnsi="Georgia"/>
          <w:b w:val="0"/>
          <w:i w:val="0"/>
          <w:color w:val="000000"/>
          <w:sz w:val="24"/>
        </w:rPr>
        <w:t>Или мне представляется, что это происходит только в утренней молитве Шаббата (Шахарит де-Шаббат). Посмотри в соответствующем месте, и увидишь, что в каждой будничной утренней молитве — как в безмолвной «Амиде», так и в повторении — есть зивуг. Если так, то почему сказано, что зивуг происходит только при падении ниц? Ответ в том, что в каждом случае есть зивуг, однако высший зивуг происходит именно при падении ниц, и они не относятся к малым Яакову и Рахели, соответствующим безмолвной молитве, — и пойми это глубоко.</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нам необходимо разъяснить, какая польза проистекает от всех этих зивугов.</w:t>
      </w:r>
    </w:p>
    <w:p>
      <w:pPr>
        <w:spacing w:before="40" w:after="120"/>
        <w:jc w:val="both"/>
      </w:pPr>
      <w:r>
        <w:rPr>
          <w:rFonts w:ascii="Georgia" w:hAnsi="Georgia"/>
          <w:b w:val="0"/>
          <w:i w:val="0"/>
          <w:color w:val="000000"/>
          <w:sz w:val="24"/>
        </w:rPr>
        <w:t>Когда совершается высший зивуг — при нахождении [Аба ве-Има] наверху, будучи совершенным зивугом (</w:t>
      </w:r>
      <w:r>
        <w:rPr>
          <w:rFonts w:ascii="Georgia" w:hAnsi="Georgia"/>
          <w:b w:val="0"/>
          <w:i/>
          <w:color w:val="000000"/>
          <w:sz w:val="24"/>
        </w:rPr>
        <w:t>зивуга шелим</w:t>
      </w:r>
      <w:r>
        <w:rPr>
          <w:rFonts w:ascii="Georgia" w:hAnsi="Georgia"/>
          <w:b w:val="0"/>
          <w:i w:val="0"/>
          <w:color w:val="000000"/>
          <w:sz w:val="24"/>
        </w:rPr>
        <w:t>), чтобы передать венцы сыновьям, — то вся суть этого зивуга состоит в наделении полным мохин состояния гадлут парцуфа ЗОН мира Ацилут для порождения новых душ, как сказано выше. Оттуда же распространяется свечение и в миры БЕА (Брия, Ецира, Асия). Смысл этого согласуется со сказанным в учении о мирах АБЕА: в мире Брия Арих Анпин (АА) и Аба обладают лишь шестью концами (ВАК), тогда как у Имы и ЗОН мира Брия есть по десять сфирот у каждого — полный парцуф.</w:t>
      </w:r>
    </w:p>
    <w:p>
      <w:pPr>
        <w:spacing w:before="40" w:after="120"/>
        <w:jc w:val="both"/>
      </w:pPr>
      <w:r>
        <w:rPr>
          <w:rFonts w:ascii="Georgia" w:hAnsi="Georgia"/>
          <w:b w:val="0"/>
          <w:i w:val="0"/>
          <w:color w:val="000000"/>
          <w:sz w:val="24"/>
        </w:rPr>
        <w:t>У нас также есть исходное положение: всякое свечение, которое наверху мало, внизу относительно своей ступени становится великим. Отсюда следует, что когда совершается высший зивуг Аба ве-Има наверху, на равной высоте, и это совершенный зивуг, в Ацилуте возникает великое свечение. Тогда ЗОН де-Ацилут обретают полный мохин состояния гадлут для порождения душ праведников, относящихся к внутренней части миров. Благодаря этому свечению мохин де-гадлут добавляется также и парцуфу Аба мира Брия, тогда как прежде он имел лишь ВАК — уровень вскармливания (яника); теперь же, в состоянии гадлут, и Аба де-Брия обретает полный парцуф. Когда же зивуг Аба ве-Има де-Ацилут не является совершенным, а происходит временно, по обстоятельствам — в виде сидения Матери над птенцами, — этот зивуг не приносит пользы самим сыновьям, ЗОН де-Ацилут. Поскольку их соединение совершается тогда, когда они распростерты внутри самих ЗОН, находясь внутри них в качестве мохин, это считается так, словно соединяются сами ЗОН. Поэтому у этого нижнего зивуга нет силы дать мохин состояния гадлут для ЗОН де-Ацилут, но лишь в виде вскармливания (яника) — подобно матери, сидящей над птенцами, чтобы кормить их.</w:t>
      </w:r>
    </w:p>
    <w:p>
      <w:pPr>
        <w:spacing w:before="40" w:after="120"/>
        <w:jc w:val="both"/>
      </w:pPr>
      <w:r>
        <w:rPr>
          <w:rFonts w:ascii="Georgia" w:hAnsi="Georgia"/>
          <w:b w:val="0"/>
          <w:i w:val="0"/>
          <w:color w:val="000000"/>
          <w:sz w:val="24"/>
        </w:rPr>
        <w:t>Как уже известно, уровень вскармливания — это лишь ВАК. И тогда, благодаря свечению яника уровня ВАК для ЗОН де-Ацилут, Аба де-Брия по-прежнему имеет лишь ВАК; он соединяется с Имой де-Брия, имеющей полный парцуф, и они порождают полный мохин для ЗОН де-Брия (ведь малое свечение наверху становится великим внизу). Когда же ЗОН де-Ацилут находятся в соотношении «три на три» (ГАР де-ВАК), тогда у ЗОН де-Брия есть лишь вскармливание уровня ВАК. Выше было разъяснено, что и в этом нижнем зивуге сидения Матери над птенцами есть два варианта: либо когда они облачаются внутрь самого Зеир Анпина (ведь ее НЕХИ становятся для него мохин), либо когда они облачаются в Нукву. Смысл в том, что зивуг Аба ве-Има всегда происходит ради передачи мохин для ЗОН в соответствии с их состоянием — уровня яника или гадлута. Сейчас мы говорим об уровне яника: в момент передачи мохин ЗОН именуются Именами АВАЯ-ЭЛОКИМ, где он — АВАЯ, а она — ЭЛОКИМ.</w:t>
      </w:r>
    </w:p>
    <w:p>
      <w:pPr>
        <w:spacing w:before="40" w:after="120"/>
        <w:jc w:val="both"/>
      </w:pPr>
      <w:r>
        <w:rPr>
          <w:rFonts w:ascii="Georgia" w:hAnsi="Georgia"/>
          <w:b w:val="0"/>
          <w:i w:val="0"/>
          <w:color w:val="000000"/>
          <w:sz w:val="24"/>
        </w:rPr>
        <w:t>Когда они соединены ахор бе-ахор, один лишь Зеир Анпин называется АВАЯ-ЭЛОКИМ, потому что сначала мохин даются только ему, а затем от него передаются ей. Когда же они находятся паним бе-паним, эти света передаются обоим вместе, и это тайна единения АВАЯ-ЭЛОКИМ, упоминаемого повсюду. Есть и другое проявление, также относящееся к уровню АВАЯ-ЭЛОКИМ. Иногда Има облачается своими НЕХИ только в Зеир Анпина во внутреннем аспекте, и тогда он передает мохин Нукве; в этом случае один лишь Зеир Анпин называется АВАЯ-ЭЛОКИМ.</w:t>
      </w:r>
    </w:p>
    <w:p>
      <w:pPr>
        <w:spacing w:before="40" w:after="120"/>
        <w:jc w:val="both"/>
      </w:pPr>
      <w:r>
        <w:rPr>
          <w:rFonts w:ascii="Georgia" w:hAnsi="Georgia"/>
          <w:b w:val="0"/>
          <w:i w:val="0"/>
          <w:color w:val="000000"/>
          <w:sz w:val="24"/>
        </w:rPr>
        <w:t>Когда же она спускается и облачается в Нукву, Има не входит внутрь нее, но пребывает над ней в виде окружающего света (ор макиф) — подобно тому, как Бина опускается к Малхут при возложении ручного тфилин и остается в качестве ор макиф, а НЕХИ сущности Зеир Анпина входят во внутреннюю часть Малхут. Тогда оба они вместе, ЗОН, образуют единение АВАЯ-ЭЛОКИМ.</w:t>
      </w:r>
    </w:p>
    <w:p>
      <w:pPr>
        <w:spacing w:before="40" w:after="120"/>
        <w:jc w:val="both"/>
      </w:pPr>
      <w:r>
        <w:rPr>
          <w:rFonts w:ascii="Georgia" w:hAnsi="Georgia"/>
          <w:b w:val="0"/>
          <w:i w:val="0"/>
          <w:color w:val="000000"/>
          <w:sz w:val="24"/>
        </w:rPr>
        <w:t>И когда Има опускается в Малхут, в Малхут возникает подъем женских вод (МАН), благодаря которым Има соединяется с Абой, пребывая там внизу. Когда же Има находится внутри Зеир Анпина, Есод де-ЗА поднимается в нее в качестве МАН, и тем самым совершается упомянутый зивуг Аба ве-Има. Оказывается, когда зивуг происходит при нахождении Имы внутри Зеир Анпина, Зеир Анпин де-Ацилут обретает ВАК без мохин де-гадлут. Однако у него есть крылья, и он называется «птенцами». Когда же она облачается в одну лишь Малхут, это уровень «яиц» — ВАК без крыльев.</w:t>
      </w:r>
    </w:p>
    <w:p>
      <w:pPr>
        <w:spacing w:before="40" w:after="120"/>
        <w:jc w:val="both"/>
      </w:pPr>
      <w:r>
        <w:rPr>
          <w:rFonts w:ascii="Georgia" w:hAnsi="Georgia"/>
          <w:b w:val="0"/>
          <w:i w:val="0"/>
          <w:color w:val="000000"/>
          <w:sz w:val="24"/>
        </w:rPr>
        <w:t>В учении об Арих Анпине мы уже объяснили, откуда к Аба ве-Има приходит сила зивуга. При разъяснении «Идра Зута» мы говорили о том, как два Имени АВАЯ с наполнением через букву йод (АБ) — представляющие собой восемь белизн головы Арих Анпина — протягиваются через два лика АА. В каждом Имени АВАЯ содержится 42 буквы (простое, наполнение и наполнение наполнения), так что в одном лике есть 42 буквы, и во втором — 42 буквы. Каждый лик включает десять сфирот. Кетер берет первые врата из 42, объединяя в себе все 42. Оставшиеся же 41 делятся на девять сфирот, и каждая сфира из девяти содержит все 41, что составляет 369, а с обобщающим колелем получается число 370 (</w:t>
      </w:r>
      <w:r>
        <w:rPr>
          <w:rFonts w:ascii="Georgia" w:hAnsi="Georgia" w:cs="Times New Roman"/>
          <w:b/>
          <w:i w:val="0"/>
          <w:color w:val="000000"/>
          <w:sz w:val="24"/>
          <w:rtl/>
          <w:szCs w:val="32"/>
        </w:rPr>
        <w:t>ש״ע</w:t>
      </w:r>
      <w:r>
        <w:rPr>
          <w:rFonts w:ascii="Georgia" w:hAnsi="Georgia"/>
          <w:b w:val="0"/>
          <w:i w:val="0"/>
          <w:color w:val="000000"/>
          <w:sz w:val="24"/>
        </w:rPr>
        <w:t>). Один лишь Кетер, объединяющий их все, равен 370.</w:t>
      </w:r>
    </w:p>
    <w:p>
      <w:pPr>
        <w:spacing w:before="40" w:after="120"/>
        <w:jc w:val="both"/>
      </w:pPr>
      <w:r>
        <w:rPr>
          <w:rFonts w:ascii="Georgia" w:hAnsi="Georgia"/>
          <w:b w:val="0"/>
          <w:i w:val="0"/>
          <w:color w:val="000000"/>
          <w:sz w:val="24"/>
        </w:rPr>
        <w:t>Таким образом, в одном лике есть девять сфирот, каждая из которых включает 41 букву, что образует 370 светов (</w:t>
      </w:r>
      <w:r>
        <w:rPr>
          <w:rFonts w:ascii="Georgia" w:hAnsi="Georgia" w:cs="Times New Roman"/>
          <w:b/>
          <w:i w:val="0"/>
          <w:color w:val="000000"/>
          <w:sz w:val="24"/>
          <w:rtl/>
          <w:szCs w:val="32"/>
        </w:rPr>
        <w:t>שַׁ״ע</w:t>
      </w:r>
      <w:r>
        <w:rPr>
          <w:rFonts w:ascii="Georgia" w:hAnsi="Georgia"/>
          <w:b w:val="0"/>
          <w:i w:val="0"/>
          <w:color w:val="000000"/>
          <w:sz w:val="24"/>
        </w:rPr>
        <w:t>); точно так же во втором лике — 370 светов из 41 буквы второго Имени АВАЯ. Там же было разъяснено, что во лбу (мэцах) АА облачается Даат де-Атик, а внутри него облачается Есод де-Атик Йомин. Из этого лба свечение спускается к Аба ве-Има, чтобы они соединились, поскольку оно исходит от уровня Есод и Даат, являющихся началом зивуга. Там объяснялось, как эти света спускаются к горлу Арих Анпина, и там совершается зивуг нёба и горла, образуя звуки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xml:space="preserve"> = 84), свойственные горлу. Это уровень Имени САГ и Имени ЭЙЕ, составляющих в гематрии 84 (число букв горла </w:t>
      </w:r>
      <w:r>
        <w:rPr>
          <w:rFonts w:ascii="Georgia" w:hAnsi="Georgia" w:cs="Times New Roman"/>
          <w:b/>
          <w:i w:val="0"/>
          <w:color w:val="000000"/>
          <w:sz w:val="24"/>
          <w:rtl/>
          <w:szCs w:val="32"/>
        </w:rPr>
        <w:t>אחע״ה</w:t>
      </w:r>
      <w:r>
        <w:rPr>
          <w:rFonts w:ascii="Georgia" w:hAnsi="Georgia"/>
          <w:b w:val="0"/>
          <w:i w:val="0"/>
          <w:color w:val="000000"/>
          <w:sz w:val="24"/>
        </w:rPr>
        <w:t>: 63 + 21 = 84). Они представляют собой дважды по 42 из ликов Арих Анпина, образующие 370 светов, как там упомянуто.</w:t>
      </w:r>
    </w:p>
    <w:p>
      <w:pPr>
        <w:spacing w:before="40" w:after="120"/>
        <w:jc w:val="both"/>
      </w:pPr>
      <w:r>
        <w:rPr>
          <w:rFonts w:ascii="Georgia" w:hAnsi="Georgia"/>
          <w:b w:val="0"/>
          <w:i w:val="0"/>
          <w:color w:val="000000"/>
          <w:sz w:val="24"/>
        </w:rPr>
        <w:t>Там же разъяснялось, сколько ступеней созерцания (истаклют) упоминается в «Идра Зута», и мы разобрали лишь две из них:</w:t>
      </w:r>
    </w:p>
    <w:p>
      <w:pPr>
        <w:spacing w:before="40" w:after="120"/>
        <w:jc w:val="both"/>
      </w:pPr>
      <w:r>
        <w:rPr>
          <w:rFonts w:ascii="Georgia" w:hAnsi="Georgia"/>
          <w:b w:val="0"/>
          <w:i w:val="0"/>
          <w:color w:val="000000"/>
          <w:sz w:val="24"/>
        </w:rPr>
        <w:t>1) когда Аба ве-Има взирают вверх, на мэцах де-АА, пребывая на уровне АА и обладая 370 светами; тогда их зивуг происходит лицом к лицу на равной высоте, включая совершенный и несовершенный зивуги; 2) когда же они взирают лишь на «два яблока», представляющие собой лик Арих Анпина, они получают только 150 светов (</w:t>
      </w:r>
      <w:r>
        <w:rPr>
          <w:rFonts w:ascii="Georgia" w:hAnsi="Georgia" w:cs="Times New Roman"/>
          <w:b/>
          <w:i w:val="0"/>
          <w:color w:val="000000"/>
          <w:sz w:val="24"/>
          <w:rtl/>
          <w:szCs w:val="32"/>
        </w:rPr>
        <w:t>קַ״ן</w:t>
      </w:r>
      <w:r>
        <w:rPr>
          <w:rFonts w:ascii="Georgia" w:hAnsi="Georgia"/>
          <w:b w:val="0"/>
          <w:i w:val="0"/>
          <w:color w:val="000000"/>
          <w:sz w:val="24"/>
        </w:rPr>
        <w:t>), подобно Зеир Анпину, как упомянуто в «Идра Раба» (135а). Тогда они умалены в росте и пребывают на уровне второго зивуга, именуемого сидением Матери над птенцами. Это те два зивуга, которые совершаются у них здесь, внизу, — совершенный и несовершенный.</w:t>
      </w:r>
    </w:p>
    <w:p>
      <w:pPr>
        <w:spacing w:before="40" w:after="120"/>
        <w:jc w:val="both"/>
      </w:pPr>
      <w:r>
        <w:rPr>
          <w:rFonts w:ascii="Georgia" w:hAnsi="Georgia"/>
          <w:b w:val="0"/>
          <w:i w:val="0"/>
          <w:color w:val="000000"/>
          <w:sz w:val="24"/>
        </w:rPr>
        <w:t>Теперь разъясним их суть. Знай, что венцы Аба ве-Има находятся в горле АА, как объяснено в своем месте, и берут начало от САГ и ЭЙЕ, составляющих тайну букв горла (</w:t>
      </w:r>
      <w:r>
        <w:rPr>
          <w:rFonts w:ascii="Georgia" w:hAnsi="Georgia" w:cs="Times New Roman"/>
          <w:b/>
          <w:i w:val="0"/>
          <w:color w:val="000000"/>
          <w:sz w:val="24"/>
          <w:rtl/>
          <w:szCs w:val="32"/>
        </w:rPr>
        <w:t>אחע״ה</w:t>
      </w:r>
      <w:r>
        <w:rPr>
          <w:rFonts w:ascii="Georgia" w:hAnsi="Georgia"/>
          <w:b w:val="0"/>
          <w:i w:val="0"/>
          <w:color w:val="000000"/>
          <w:sz w:val="24"/>
        </w:rPr>
        <w:t xml:space="preserve">). Выше уже говорилось, что до горла Арих Анпина доходят белизны — дважды по 42 двух Имен АВАЯ, образующие там </w:t>
      </w:r>
      <w:r>
        <w:rPr>
          <w:rFonts w:ascii="Georgia" w:hAnsi="Georgia" w:cs="Times New Roman"/>
          <w:b/>
          <w:i w:val="0"/>
          <w:color w:val="000000"/>
          <w:sz w:val="24"/>
          <w:rtl/>
          <w:szCs w:val="32"/>
        </w:rPr>
        <w:t>אחע״ה</w:t>
      </w:r>
      <w:r>
        <w:rPr>
          <w:rFonts w:ascii="Georgia" w:hAnsi="Georgia"/>
          <w:b w:val="0"/>
          <w:i w:val="0"/>
          <w:color w:val="000000"/>
          <w:sz w:val="24"/>
        </w:rPr>
        <w:t xml:space="preserve">. Поскольку Аба более скрыт и сокровенен, Кетер де-Има включен в Кетер де-Аба. Получается, что у Абы есть слово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а у Имы — слово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 41). В этом тайна стиха: </w:t>
      </w:r>
      <w:r>
        <w:rPr>
          <w:rFonts w:ascii="Georgia" w:hAnsi="Georgia"/>
          <w:b w:val="0"/>
          <w:i/>
          <w:color w:val="000000"/>
          <w:sz w:val="24"/>
        </w:rPr>
        <w:t>«И птица находит себе дом…»</w:t>
      </w:r>
      <w:r>
        <w:rPr>
          <w:rFonts w:ascii="Georgia" w:hAnsi="Georgia"/>
          <w:b w:val="0"/>
          <w:i w:val="0"/>
          <w:color w:val="000000"/>
          <w:sz w:val="24"/>
        </w:rPr>
        <w:t xml:space="preserve"> (Теилим 84:4), ведь у Абы есть слово </w:t>
      </w:r>
      <w:r>
        <w:rPr>
          <w:rFonts w:ascii="Georgia" w:hAnsi="Georgia"/>
          <w:b w:val="0"/>
          <w:i/>
          <w:color w:val="000000"/>
          <w:sz w:val="24"/>
        </w:rPr>
        <w:t>гам</w:t>
      </w:r>
      <w:r>
        <w:rPr>
          <w:rFonts w:ascii="Georgia" w:hAnsi="Georgia"/>
          <w:b w:val="0"/>
          <w:i w:val="0"/>
          <w:color w:val="000000"/>
          <w:sz w:val="24"/>
        </w:rPr>
        <w:t xml:space="preserve">, выражающее 370 светов по числу слова </w:t>
      </w:r>
      <w:r>
        <w:rPr>
          <w:rFonts w:ascii="Georgia" w:hAnsi="Georgia"/>
          <w:b w:val="0"/>
          <w:i/>
          <w:color w:val="000000"/>
          <w:sz w:val="24"/>
        </w:rPr>
        <w:t>ципор</w:t>
      </w:r>
      <w:r>
        <w:rPr>
          <w:rFonts w:ascii="Georgia" w:hAnsi="Georgia"/>
          <w:b w:val="0"/>
          <w:i w:val="0"/>
          <w:color w:val="000000"/>
          <w:sz w:val="24"/>
        </w:rPr>
        <w:t xml:space="preserve"> — «птица» (</w:t>
      </w:r>
      <w:r>
        <w:rPr>
          <w:rFonts w:ascii="Georgia" w:hAnsi="Georgia" w:cs="Times New Roman"/>
          <w:b/>
          <w:i w:val="0"/>
          <w:color w:val="000000"/>
          <w:sz w:val="24"/>
          <w:rtl/>
          <w:szCs w:val="32"/>
        </w:rPr>
        <w:t>צִפּוֹר</w:t>
      </w:r>
      <w:r>
        <w:rPr>
          <w:rFonts w:ascii="Georgia" w:hAnsi="Georgia"/>
          <w:b w:val="0"/>
          <w:i w:val="0"/>
          <w:color w:val="000000"/>
          <w:sz w:val="24"/>
        </w:rPr>
        <w:t xml:space="preserve"> = 376), а добавочная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 это аспект самого лика АА. У Имы же есть лишь слово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и по этой причине Бина повсюду называется матерью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Смысл в том, что в тринадцати исправлениях бороды Арих Анпина есть два мазаля: восьмое исправление — высший мазаль, и тринадцатое исправление — нижний мазаль. Аба держится за высший мазаль, а Има — за нижний мазаль, и оба они опускаются равновесно до пупа (табура). Однако в своих истоках вверху восьмой мазаль коренится выше в бороде, чем тринадцатый мазаль. Это малое преимущество, полученное Абой, и есть та единица (буква гимель вместо алеф), благодаря которой Аба называется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а Има —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Мне представляется, что крылья — это окружающий мохин (мохин макифим) уровня вскармливания (яника).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Разъясним теперь заповедь об отсылании птичьего гнезда согласно стиху: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(Дварим 22:6).</w:t>
      </w:r>
    </w:p>
    <w:p>
      <w:pPr>
        <w:spacing w:before="40" w:after="120"/>
        <w:jc w:val="both"/>
      </w:pPr>
      <w:r>
        <w:rPr>
          <w:rFonts w:ascii="Georgia" w:hAnsi="Georgia"/>
          <w:b w:val="0"/>
          <w:i w:val="0"/>
          <w:color w:val="000000"/>
          <w:sz w:val="24"/>
        </w:rPr>
        <w:t>Когда зивуг Аба ве-Има происходит в форме сидения над птенцами, это указывает на слабость сыновей — ЗОН, находящихся в немощном состоянии ВАК (называемом птенцами). Они малы и все еще нуждаются в матери; поэтому Има должна сидеть над ними, защищая их от внешних сил (клипот). Тогда и Аба спускается вместе с ней и наклоняет свою голову вниз, как разъяснено выше. Ведь это не основной зивуг Аба ве-Има, а зивуг по обстоятельствам, совершающийся тогда, когда сыновья, пребывая в состоянии вскармливания, нуждаются в матери.</w:t>
      </w:r>
    </w:p>
    <w:p>
      <w:pPr>
        <w:spacing w:before="40" w:after="120"/>
        <w:jc w:val="both"/>
      </w:pPr>
      <w:r>
        <w:rPr>
          <w:rFonts w:ascii="Georgia" w:hAnsi="Georgia"/>
          <w:b w:val="0"/>
          <w:i w:val="0"/>
          <w:color w:val="000000"/>
          <w:sz w:val="24"/>
        </w:rPr>
        <w:t xml:space="preserve">Поэтому мудрецы сказали: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 исключая то, что уже заготовлено заранее (Хулин 139а). Также они указали, что птенцы должны нуждаться в матери. И сказано о гнезде птицы (</w:t>
      </w:r>
      <w:r>
        <w:rPr>
          <w:rFonts w:ascii="Georgia" w:hAnsi="Georgia"/>
          <w:b w:val="0"/>
          <w:i/>
          <w:color w:val="000000"/>
          <w:sz w:val="24"/>
        </w:rPr>
        <w:t>кан ципор</w:t>
      </w:r>
      <w:r>
        <w:rPr>
          <w:rFonts w:ascii="Georgia" w:hAnsi="Georgia"/>
          <w:b w:val="0"/>
          <w:i w:val="0"/>
          <w:color w:val="000000"/>
          <w:sz w:val="24"/>
        </w:rPr>
        <w:t xml:space="preserve">, </w:t>
      </w:r>
      <w:r>
        <w:rPr>
          <w:rFonts w:ascii="Georgia" w:hAnsi="Georgia" w:cs="Times New Roman"/>
          <w:b/>
          <w:i w:val="0"/>
          <w:color w:val="000000"/>
          <w:sz w:val="24"/>
          <w:rtl/>
          <w:szCs w:val="32"/>
        </w:rPr>
        <w:t>קַן צִפּוֹר</w:t>
      </w:r>
      <w:r>
        <w:rPr>
          <w:rFonts w:ascii="Georgia" w:hAnsi="Georgia"/>
          <w:b w:val="0"/>
          <w:i w:val="0"/>
          <w:color w:val="000000"/>
          <w:sz w:val="24"/>
        </w:rPr>
        <w:t xml:space="preserve">): когда зивуг происходит наверху на равной высоте, они имеют 370 светов по числу слова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 xml:space="preserve"> = 376), как сказано выше. Когда же происходит этот временный нижний зивуг, Има получает лишь 150 светов (</w:t>
      </w:r>
      <w:r>
        <w:rPr>
          <w:rFonts w:ascii="Georgia" w:hAnsi="Georgia" w:cs="Times New Roman"/>
          <w:b/>
          <w:i w:val="0"/>
          <w:color w:val="000000"/>
          <w:sz w:val="24"/>
          <w:rtl/>
          <w:szCs w:val="32"/>
        </w:rPr>
        <w:t>ק״ן נהורין</w:t>
      </w:r>
      <w:r>
        <w:rPr>
          <w:rFonts w:ascii="Georgia" w:hAnsi="Georgia"/>
          <w:b w:val="0"/>
          <w:i w:val="0"/>
          <w:color w:val="000000"/>
          <w:sz w:val="24"/>
        </w:rPr>
        <w:t xml:space="preserve">) из всего числа светов </w:t>
      </w:r>
      <w:r>
        <w:rPr>
          <w:rFonts w:ascii="Georgia" w:hAnsi="Georgia"/>
          <w:b w:val="0"/>
          <w:i/>
          <w:color w:val="000000"/>
          <w:sz w:val="24"/>
        </w:rPr>
        <w:t>ципор</w:t>
      </w:r>
      <w:r>
        <w:rPr>
          <w:rFonts w:ascii="Georgia" w:hAnsi="Georgia"/>
          <w:b w:val="0"/>
          <w:i w:val="0"/>
          <w:color w:val="000000"/>
          <w:sz w:val="24"/>
        </w:rPr>
        <w:t xml:space="preserve"> (370 светов), как объяснялось выше.</w:t>
      </w:r>
    </w:p>
    <w:p>
      <w:pPr>
        <w:spacing w:before="40" w:after="120"/>
        <w:jc w:val="both"/>
      </w:pPr>
      <w:r>
        <w:rPr>
          <w:rFonts w:ascii="Georgia" w:hAnsi="Georgia"/>
          <w:b w:val="0"/>
          <w:i w:val="0"/>
          <w:color w:val="000000"/>
          <w:sz w:val="24"/>
        </w:rPr>
        <w:t xml:space="preserve">Кратко суть состоит в том, что 370 светов складываются из девяти сфирот, каждая из которых включает 41 врата. Когда высшие Аба ве-Има находятся в зивуге лицом к лицу, будучи равными по высоте, они взирают на лоб (мэцах) Арих Анпина, где Есод де-Атик облачен внутрь Даат де-Атик, а Даат — внутрь лба АА. Все это относится к уровню зивуга, и оттуда протягивается зивуг нёба и горла, представляющий собой буквы </w:t>
      </w:r>
      <w:r>
        <w:rPr>
          <w:rFonts w:ascii="Georgia" w:hAnsi="Georgia" w:cs="Times New Roman"/>
          <w:b/>
          <w:i w:val="0"/>
          <w:color w:val="000000"/>
          <w:sz w:val="24"/>
          <w:rtl/>
          <w:szCs w:val="32"/>
        </w:rPr>
        <w:t>אחע״ה</w:t>
      </w:r>
      <w:r>
        <w:rPr>
          <w:rFonts w:ascii="Georgia" w:hAnsi="Georgia"/>
          <w:b w:val="0"/>
          <w:i w:val="0"/>
          <w:color w:val="000000"/>
          <w:sz w:val="24"/>
        </w:rPr>
        <w:t xml:space="preserve"> — дважды по 42 для Аба ве-Има. Там их венцы облачают горло АА, и оттуда исходит высший зивуг Аба ве-Има. Тогда высота Имы составляет девять сфирот, каждая из которых включает 41, что образует 370 мириад светов. Когда же Има взирает на лик Арих Анпина, она умалена в росте, располагаясь лишь от груди (хазе) Абы и ниже, до конца его НЕХИ. Это три сфиры, каждая из которых включает 41, что дает 123 (</w:t>
      </w:r>
      <w:r>
        <w:rPr>
          <w:rFonts w:ascii="Georgia" w:hAnsi="Georgia" w:cs="Times New Roman"/>
          <w:b/>
          <w:i w:val="0"/>
          <w:color w:val="000000"/>
          <w:sz w:val="24"/>
          <w:rtl/>
          <w:szCs w:val="32"/>
        </w:rPr>
        <w:t>קכ״ג</w:t>
      </w:r>
      <w:r>
        <w:rPr>
          <w:rFonts w:ascii="Georgia" w:hAnsi="Georgia"/>
          <w:b w:val="0"/>
          <w:i w:val="0"/>
          <w:color w:val="000000"/>
          <w:sz w:val="24"/>
        </w:rPr>
        <w:t>); две нижние трети Тиферет составляют 27 (</w:t>
      </w:r>
      <w:r>
        <w:rPr>
          <w:rFonts w:ascii="Georgia" w:hAnsi="Georgia" w:cs="Times New Roman"/>
          <w:b/>
          <w:i w:val="0"/>
          <w:color w:val="000000"/>
          <w:sz w:val="24"/>
          <w:rtl/>
          <w:szCs w:val="32"/>
        </w:rPr>
        <w:t>כ״ז</w:t>
      </w:r>
      <w:r>
        <w:rPr>
          <w:rFonts w:ascii="Georgia" w:hAnsi="Georgia"/>
          <w:b w:val="0"/>
          <w:i w:val="0"/>
          <w:color w:val="000000"/>
          <w:sz w:val="24"/>
        </w:rPr>
        <w:t>), а вместе со 123 получается ровно 150 мириад (</w:t>
      </w:r>
      <w:r>
        <w:rPr>
          <w:rFonts w:ascii="Georgia" w:hAnsi="Georgia" w:cs="Times New Roman"/>
          <w:b/>
          <w:i w:val="0"/>
          <w:color w:val="000000"/>
          <w:sz w:val="24"/>
          <w:rtl/>
          <w:szCs w:val="32"/>
        </w:rPr>
        <w:t>ק״ן רבוא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тайна слов </w:t>
      </w:r>
      <w:r>
        <w:rPr>
          <w:rFonts w:ascii="Georgia" w:hAnsi="Georgia"/>
          <w:b w:val="0"/>
          <w:i/>
          <w:color w:val="000000"/>
          <w:sz w:val="24"/>
        </w:rPr>
        <w:t>кан ципор</w:t>
      </w:r>
      <w:r>
        <w:rPr>
          <w:rFonts w:ascii="Georgia" w:hAnsi="Georgia"/>
          <w:b w:val="0"/>
          <w:i w:val="0"/>
          <w:color w:val="000000"/>
          <w:sz w:val="24"/>
        </w:rPr>
        <w:t xml:space="preserve"> (</w:t>
      </w:r>
      <w:r>
        <w:rPr>
          <w:rFonts w:ascii="Georgia" w:hAnsi="Georgia" w:cs="Times New Roman"/>
          <w:b/>
          <w:i w:val="0"/>
          <w:color w:val="000000"/>
          <w:sz w:val="24"/>
          <w:rtl/>
          <w:szCs w:val="32"/>
        </w:rPr>
        <w:t>קַן צִפּוֹר</w:t>
      </w:r>
      <w:r>
        <w:rPr>
          <w:rFonts w:ascii="Georgia" w:hAnsi="Georgia"/>
          <w:b w:val="0"/>
          <w:i w:val="0"/>
          <w:color w:val="000000"/>
          <w:sz w:val="24"/>
        </w:rPr>
        <w:t>): в этом зивуге по обстоятельствам она имеет лишь 150 мириад светов (</w:t>
      </w:r>
      <w:r>
        <w:rPr>
          <w:rFonts w:ascii="Georgia" w:hAnsi="Georgia" w:cs="Times New Roman"/>
          <w:b/>
          <w:i w:val="0"/>
          <w:color w:val="000000"/>
          <w:sz w:val="24"/>
          <w:rtl/>
          <w:szCs w:val="32"/>
        </w:rPr>
        <w:t>ק״ן נהורין</w:t>
      </w:r>
      <w:r>
        <w:rPr>
          <w:rFonts w:ascii="Georgia" w:hAnsi="Georgia"/>
          <w:b w:val="0"/>
          <w:i w:val="0"/>
          <w:color w:val="000000"/>
          <w:sz w:val="24"/>
        </w:rPr>
        <w:t xml:space="preserve">) из 370, соответствующих гематрии слова </w:t>
      </w:r>
      <w:r>
        <w:rPr>
          <w:rFonts w:ascii="Georgia" w:hAnsi="Georgia"/>
          <w:b w:val="0"/>
          <w:i/>
          <w:color w:val="000000"/>
          <w:sz w:val="24"/>
        </w:rPr>
        <w:t>ципор</w:t>
      </w:r>
      <w:r>
        <w:rPr>
          <w:rFonts w:ascii="Georgia" w:hAnsi="Georgia"/>
          <w:b w:val="0"/>
          <w:i w:val="0"/>
          <w:color w:val="000000"/>
          <w:sz w:val="24"/>
        </w:rPr>
        <w:t xml:space="preserve"> вместе с шестью аспектами самого лика (буква вав в слове </w:t>
      </w:r>
      <w:r>
        <w:rPr>
          <w:rFonts w:ascii="Georgia" w:hAnsi="Georgia" w:cs="Times New Roman"/>
          <w:b/>
          <w:i w:val="0"/>
          <w:color w:val="000000"/>
          <w:sz w:val="24"/>
          <w:rtl/>
          <w:szCs w:val="32"/>
        </w:rPr>
        <w:t>צִפּוֹר</w:t>
      </w:r>
      <w:r>
        <w:rPr>
          <w:rFonts w:ascii="Georgia" w:hAnsi="Georgia"/>
          <w:b w:val="0"/>
          <w:i w:val="0"/>
          <w:color w:val="000000"/>
          <w:sz w:val="24"/>
        </w:rPr>
        <w:t>). Все это происходит с Имой оттого, что она опускается вниз, в отличие от Абы.</w:t>
      </w:r>
    </w:p>
    <w:p>
      <w:pPr>
        <w:spacing w:before="40" w:after="120"/>
        <w:jc w:val="both"/>
      </w:pPr>
      <w:r>
        <w:rPr>
          <w:rFonts w:ascii="Georgia" w:hAnsi="Georgia"/>
          <w:b w:val="0"/>
          <w:i w:val="0"/>
          <w:color w:val="000000"/>
          <w:sz w:val="24"/>
        </w:rPr>
        <w:t>Этот зивуг назван птичьим гнездом (</w:t>
      </w:r>
      <w:r>
        <w:rPr>
          <w:rFonts w:ascii="Georgia" w:hAnsi="Georgia"/>
          <w:b w:val="0"/>
          <w:i/>
          <w:color w:val="000000"/>
          <w:sz w:val="24"/>
        </w:rPr>
        <w:t>кан ципор</w:t>
      </w:r>
      <w:r>
        <w:rPr>
          <w:rFonts w:ascii="Georgia" w:hAnsi="Georgia"/>
          <w:b w:val="0"/>
          <w:i w:val="0"/>
          <w:color w:val="000000"/>
          <w:sz w:val="24"/>
        </w:rPr>
        <w:t>) еще и потому, что сейчас Има «гнездится над своими сыновьями» (</w:t>
      </w:r>
      <w:r>
        <w:rPr>
          <w:rFonts w:ascii="Georgia" w:hAnsi="Georgia"/>
          <w:b w:val="0"/>
          <w:i/>
          <w:color w:val="000000"/>
          <w:sz w:val="24"/>
        </w:rPr>
        <w:t>меканена аль бенин</w:t>
      </w:r>
      <w:r>
        <w:rPr>
          <w:rFonts w:ascii="Georgia" w:hAnsi="Georgia"/>
          <w:b w:val="0"/>
          <w:i w:val="0"/>
          <w:color w:val="000000"/>
          <w:sz w:val="24"/>
        </w:rPr>
        <w:t>): сын — это Зеир Анпин, именуемый «птицей», а она гнездится над ним, становясь птичьим гнездом (</w:t>
      </w:r>
      <w:r>
        <w:rPr>
          <w:rFonts w:ascii="Georgia" w:hAnsi="Georgia"/>
          <w:b w:val="0"/>
          <w:i/>
          <w:color w:val="000000"/>
          <w:sz w:val="24"/>
        </w:rPr>
        <w:t>кан ципор</w:t>
      </w:r>
      <w:r>
        <w:rPr>
          <w:rFonts w:ascii="Georgia" w:hAnsi="Georgia"/>
          <w:b w:val="0"/>
          <w:i w:val="0"/>
          <w:color w:val="000000"/>
          <w:sz w:val="24"/>
        </w:rPr>
        <w:t>). Поэтому в «Тиккуней Зоар» сказано не «сидит над сыновьями», а именно «гнездится над сыновьями» (</w:t>
      </w:r>
      <w:r>
        <w:rPr>
          <w:rFonts w:ascii="Georgia" w:hAnsi="Georgia"/>
          <w:b w:val="0"/>
          <w:i/>
          <w:color w:val="000000"/>
          <w:sz w:val="24"/>
        </w:rPr>
        <w:t>меканена</w:t>
      </w:r>
      <w:r>
        <w:rPr>
          <w:rFonts w:ascii="Georgia" w:hAnsi="Georgia"/>
          <w:b w:val="0"/>
          <w:i w:val="0"/>
          <w:color w:val="000000"/>
          <w:sz w:val="24"/>
        </w:rPr>
        <w:t xml:space="preserve">), ибо слово «гнездование» указывает на зивуг, в котором она соединяется с Абой, будучи матерью над сыновьями во втором, временном зивуге. Слова </w:t>
      </w:r>
      <w:r>
        <w:rPr>
          <w:rFonts w:ascii="Georgia" w:hAnsi="Georgia"/>
          <w:b w:val="0"/>
          <w:i/>
          <w:color w:val="000000"/>
          <w:sz w:val="24"/>
        </w:rPr>
        <w:t>«…пред тобою…»</w:t>
      </w:r>
      <w:r>
        <w:rPr>
          <w:rFonts w:ascii="Georgia" w:hAnsi="Georgia"/>
          <w:b w:val="0"/>
          <w:i w:val="0"/>
          <w:color w:val="000000"/>
          <w:sz w:val="24"/>
        </w:rPr>
        <w:t xml:space="preserve"> (</w:t>
      </w:r>
      <w:r>
        <w:rPr>
          <w:rFonts w:ascii="Georgia" w:hAnsi="Georgia"/>
          <w:b w:val="0"/>
          <w:i/>
          <w:color w:val="000000"/>
          <w:sz w:val="24"/>
        </w:rPr>
        <w:t>лефанеха</w:t>
      </w:r>
      <w:r>
        <w:rPr>
          <w:rFonts w:ascii="Georgia" w:hAnsi="Georgia"/>
          <w:b w:val="0"/>
          <w:i w:val="0"/>
          <w:color w:val="000000"/>
          <w:sz w:val="24"/>
        </w:rPr>
        <w:t>) объясняются различием между выражениями «из преддверия Его» (</w:t>
      </w:r>
      <w:r>
        <w:rPr>
          <w:rFonts w:ascii="Georgia" w:hAnsi="Georgia"/>
          <w:b w:val="0"/>
          <w:i/>
          <w:color w:val="000000"/>
          <w:sz w:val="24"/>
        </w:rPr>
        <w:t>ми-лифней</w:t>
      </w:r>
      <w:r>
        <w:rPr>
          <w:rFonts w:ascii="Georgia" w:hAnsi="Georgia"/>
          <w:b w:val="0"/>
          <w:i w:val="0"/>
          <w:color w:val="000000"/>
          <w:sz w:val="24"/>
        </w:rPr>
        <w:t>) и «пред Ним» (</w:t>
      </w:r>
      <w:r>
        <w:rPr>
          <w:rFonts w:ascii="Georgia" w:hAnsi="Georgia"/>
          <w:b w:val="0"/>
          <w:i/>
          <w:color w:val="000000"/>
          <w:sz w:val="24"/>
        </w:rPr>
        <w:t>лифней</w:t>
      </w:r>
      <w:r>
        <w:rPr>
          <w:rFonts w:ascii="Georgia" w:hAnsi="Georgia"/>
          <w:b w:val="0"/>
          <w:i w:val="0"/>
          <w:color w:val="000000"/>
          <w:sz w:val="24"/>
        </w:rPr>
        <w:t>). Бина называется «из преддверия Г-спода» (</w:t>
      </w:r>
      <w:r>
        <w:rPr>
          <w:rFonts w:ascii="Georgia" w:hAnsi="Georgia"/>
          <w:b w:val="0"/>
          <w:i/>
          <w:color w:val="000000"/>
          <w:sz w:val="24"/>
        </w:rPr>
        <w:t>ми-лифней АВАЯ</w:t>
      </w:r>
      <w:r>
        <w:rPr>
          <w:rFonts w:ascii="Georgia" w:hAnsi="Georgia"/>
          <w:b w:val="0"/>
          <w:i w:val="0"/>
          <w:color w:val="000000"/>
          <w:sz w:val="24"/>
        </w:rPr>
        <w:t>), будучи более внутренней, чем АВАЯ. Малхут же называется «пред Г-сподом» (</w:t>
      </w:r>
      <w:r>
        <w:rPr>
          <w:rFonts w:ascii="Georgia" w:hAnsi="Georgia"/>
          <w:b w:val="0"/>
          <w:i/>
          <w:color w:val="000000"/>
          <w:sz w:val="24"/>
        </w:rPr>
        <w:t>лифней АВАЯ</w:t>
      </w:r>
      <w:r>
        <w:rPr>
          <w:rFonts w:ascii="Georgia" w:hAnsi="Georgia"/>
          <w:b w:val="0"/>
          <w:i w:val="0"/>
          <w:color w:val="000000"/>
          <w:sz w:val="24"/>
        </w:rPr>
        <w:t xml:space="preserve">), находясь перед ликом Тиферет. Поэтому сказано </w:t>
      </w:r>
      <w:r>
        <w:rPr>
          <w:rFonts w:ascii="Georgia" w:hAnsi="Georgia"/>
          <w:b w:val="0"/>
          <w:i/>
          <w:color w:val="000000"/>
          <w:sz w:val="24"/>
        </w:rPr>
        <w:t>«…пред тобою…»</w:t>
      </w:r>
      <w:r>
        <w:rPr>
          <w:rFonts w:ascii="Georgia" w:hAnsi="Georgia"/>
          <w:b w:val="0"/>
          <w:i w:val="0"/>
          <w:color w:val="000000"/>
          <w:sz w:val="24"/>
        </w:rPr>
        <w:t xml:space="preserve"> (</w:t>
      </w:r>
      <w:r>
        <w:rPr>
          <w:rFonts w:ascii="Georgia" w:hAnsi="Georgia"/>
          <w:b w:val="0"/>
          <w:i/>
          <w:color w:val="000000"/>
          <w:sz w:val="24"/>
        </w:rPr>
        <w:t>лефанеха</w:t>
      </w:r>
      <w:r>
        <w:rPr>
          <w:rFonts w:ascii="Georgia" w:hAnsi="Georgia"/>
          <w:b w:val="0"/>
          <w:i w:val="0"/>
          <w:color w:val="000000"/>
          <w:sz w:val="24"/>
        </w:rPr>
        <w:t xml:space="preserve">): в этом зивуге Има спускается вниз и облачается в Зеир Анпина, получая наименование </w:t>
      </w:r>
      <w:r>
        <w:rPr>
          <w:rFonts w:ascii="Georgia" w:hAnsi="Georgia"/>
          <w:b w:val="0"/>
          <w:i/>
          <w:color w:val="000000"/>
          <w:sz w:val="24"/>
        </w:rPr>
        <w:t>лефанеха</w:t>
      </w:r>
      <w:r>
        <w:rPr>
          <w:rFonts w:ascii="Georgia" w:hAnsi="Georgia"/>
          <w:b w:val="0"/>
          <w:i w:val="0"/>
          <w:color w:val="000000"/>
          <w:sz w:val="24"/>
        </w:rPr>
        <w:t xml:space="preserve">, а не </w:t>
      </w:r>
      <w:r>
        <w:rPr>
          <w:rFonts w:ascii="Georgia" w:hAnsi="Georgia"/>
          <w:b w:val="0"/>
          <w:i/>
          <w:color w:val="000000"/>
          <w:sz w:val="24"/>
        </w:rPr>
        <w:t>ми-лефанеха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то, что сказано </w:t>
      </w:r>
      <w:r>
        <w:rPr>
          <w:rFonts w:ascii="Georgia" w:hAnsi="Georgia"/>
          <w:b w:val="0"/>
          <w:i/>
          <w:color w:val="000000"/>
          <w:sz w:val="24"/>
        </w:rPr>
        <w:t>«…в пути…»</w:t>
      </w:r>
      <w:r>
        <w:rPr>
          <w:rFonts w:ascii="Georgia" w:hAnsi="Georgia"/>
          <w:b w:val="0"/>
          <w:i w:val="0"/>
          <w:color w:val="000000"/>
          <w:sz w:val="24"/>
        </w:rPr>
        <w:t xml:space="preserve"> (</w:t>
      </w:r>
      <w:r>
        <w:rPr>
          <w:rFonts w:ascii="Georgia" w:hAnsi="Georgia"/>
          <w:b w:val="0"/>
          <w:i/>
          <w:color w:val="000000"/>
          <w:sz w:val="24"/>
        </w:rPr>
        <w:t>ба-дерех</w:t>
      </w:r>
      <w:r>
        <w:rPr>
          <w:rFonts w:ascii="Georgia" w:hAnsi="Georgia"/>
          <w:b w:val="0"/>
          <w:i w:val="0"/>
          <w:color w:val="000000"/>
          <w:sz w:val="24"/>
        </w:rPr>
        <w:t>), — это намек на вышесказанное, что есть два вида единений АВАЯ-ЭЛОКИМ:</w:t>
      </w:r>
    </w:p>
    <w:p>
      <w:pPr>
        <w:spacing w:before="40" w:after="120"/>
        <w:jc w:val="both"/>
      </w:pPr>
      <w:r>
        <w:rPr>
          <w:rFonts w:ascii="Georgia" w:hAnsi="Georgia"/>
          <w:b w:val="0"/>
          <w:i w:val="0"/>
          <w:color w:val="000000"/>
          <w:sz w:val="24"/>
        </w:rPr>
        <w:t>1) Зивуг Аба ве-Има всегда предназначен для наделения сыновей мохин, и при этом ЗОН именуются АВАЯ-ЭЛОКИМ. Однако при соединении ахор бе-ахор один Зеир Анпин называется АВАЯ-ЭЛОКИМ, так как мохин даются сначала ему, а затем переходят к ней. Когда же они соединены паним бе-паним, свет передается обоим вместе — и это тайна единения АВАЯ-ЭЛОКИМ, упоминаемого повсюду. 2) Второе единение АВАЯ-ЭЛОКИМ заключается в том, что в нижнем зивуге Аба ве-Има есть два состояния: либо когда Има спускается в Зеир Анпина, входя внутрь него своими НЕХИ, становящимися его мохин; либо когда она спускается к Малхут, не входя внутрь нее, но оставаясь вверху как окружающий свет (ор макиф). Как мы объясняли, при нисхождении Бины к Малхут подобно ручному тфилин она остается в качестве ор макиф, а НЕХИ сущности Зеир Анпина входят внутрь Малхут, образуя ее внутренний мохин.</w:t>
      </w:r>
    </w:p>
    <w:p>
      <w:pPr>
        <w:spacing w:before="40" w:after="120"/>
        <w:jc w:val="both"/>
      </w:pPr>
      <w:r>
        <w:rPr>
          <w:rFonts w:ascii="Georgia" w:hAnsi="Georgia"/>
          <w:b w:val="0"/>
          <w:i w:val="0"/>
          <w:color w:val="000000"/>
          <w:sz w:val="24"/>
        </w:rPr>
        <w:t xml:space="preserve">Когда Има входит в Зеир Анпина, один лишь Зеир Анпин зовется АВАЯ-ЭЛОКИМ, так как он принимает всё и затем передает ей ее мохин. Когда же она пребывает над Малхут, а не внутри нее, оба они вместе (ЗОН) называются АВАЯ-ЭЛОКИМ. И вот, есть два вида единений АВАЯ-ЭЛОКИМ, имеющихся во втором, случайном зивуге, и соответственно им сказано </w:t>
      </w:r>
      <w:r>
        <w:rPr>
          <w:rFonts w:ascii="Georgia" w:hAnsi="Georgia"/>
          <w:b w:val="0"/>
          <w:i/>
          <w:color w:val="000000"/>
          <w:sz w:val="24"/>
        </w:rPr>
        <w:t>«…в пути…»</w:t>
      </w:r>
      <w:r>
        <w:rPr>
          <w:rFonts w:ascii="Georgia" w:hAnsi="Georgia"/>
          <w:b w:val="0"/>
          <w:i w:val="0"/>
          <w:color w:val="000000"/>
          <w:sz w:val="24"/>
        </w:rPr>
        <w:t xml:space="preserve"> (</w:t>
      </w:r>
      <w:r>
        <w:rPr>
          <w:rFonts w:ascii="Georgia" w:hAnsi="Georgia"/>
          <w:b w:val="0"/>
          <w:i/>
          <w:color w:val="000000"/>
          <w:sz w:val="24"/>
        </w:rPr>
        <w:t>ба-дерех</w:t>
      </w:r>
      <w:r>
        <w:rPr>
          <w:rFonts w:ascii="Georgia" w:hAnsi="Georgia"/>
          <w:b w:val="0"/>
          <w:i w:val="0"/>
          <w:color w:val="000000"/>
          <w:sz w:val="24"/>
        </w:rPr>
        <w:t>), что соответствует гематрии двух упомянутых Имен АВАЯ-ЭЛОКИМ (</w:t>
      </w:r>
      <w:r>
        <w:rPr>
          <w:rFonts w:ascii="Georgia" w:hAnsi="Georgia" w:cs="Times New Roman"/>
          <w:b/>
          <w:i w:val="0"/>
          <w:color w:val="000000"/>
          <w:sz w:val="24"/>
          <w:rtl/>
          <w:szCs w:val="32"/>
        </w:rPr>
        <w:t>בַּדֶּרֶךְ</w:t>
      </w:r>
      <w:r>
        <w:rPr>
          <w:rFonts w:ascii="Georgia" w:hAnsi="Georgia"/>
          <w:b w:val="0"/>
          <w:i w:val="0"/>
          <w:color w:val="000000"/>
          <w:sz w:val="24"/>
        </w:rPr>
        <w:t xml:space="preserve"> = 226; дважды по 112 дают 224, а с двумя колелями — 226). Писание разъясняет эти два вида нисхождения Бины. О первом сказано: </w:t>
      </w:r>
      <w:r>
        <w:rPr>
          <w:rFonts w:ascii="Georgia" w:hAnsi="Georgia"/>
          <w:b w:val="0"/>
          <w:i/>
          <w:color w:val="000000"/>
          <w:sz w:val="24"/>
        </w:rPr>
        <w:t>«…на всяком дереве…»</w:t>
      </w:r>
      <w:r>
        <w:rPr>
          <w:rFonts w:ascii="Georgia" w:hAnsi="Georgia"/>
          <w:b w:val="0"/>
          <w:i w:val="0"/>
          <w:color w:val="000000"/>
          <w:sz w:val="24"/>
        </w:rPr>
        <w:t xml:space="preserve">, ибо Зеир Анпин называется «деревом», и сходящая Има входит внутрь него. О нисхождении же в Нукву, именуемую «землей», сказано: </w:t>
      </w:r>
      <w:r>
        <w:rPr>
          <w:rFonts w:ascii="Georgia" w:hAnsi="Georgia"/>
          <w:b w:val="0"/>
          <w:i/>
          <w:color w:val="000000"/>
          <w:sz w:val="24"/>
        </w:rPr>
        <w:t>«…или на земле…»</w:t>
      </w:r>
      <w:r>
        <w:rPr>
          <w:rFonts w:ascii="Georgia" w:hAnsi="Georgia"/>
          <w:b w:val="0"/>
          <w:i w:val="0"/>
          <w:color w:val="000000"/>
          <w:sz w:val="24"/>
        </w:rPr>
        <w:t>, а не «в земле», поскольку она пребывает над ней как ор макиф и не входит внутрь нее.</w:t>
      </w:r>
    </w:p>
    <w:p>
      <w:pPr>
        <w:spacing w:before="40" w:after="120"/>
        <w:jc w:val="both"/>
      </w:pPr>
      <w:r>
        <w:rPr>
          <w:rFonts w:ascii="Georgia" w:hAnsi="Georgia"/>
          <w:b w:val="0"/>
          <w:i w:val="0"/>
          <w:color w:val="000000"/>
          <w:sz w:val="24"/>
        </w:rPr>
        <w:t xml:space="preserve">Сказано именно </w:t>
      </w:r>
      <w:r>
        <w:rPr>
          <w:rFonts w:ascii="Georgia" w:hAnsi="Georgia"/>
          <w:b w:val="0"/>
          <w:i/>
          <w:color w:val="000000"/>
          <w:sz w:val="24"/>
        </w:rPr>
        <w:t>«на всяком дереве»</w:t>
      </w:r>
      <w:r>
        <w:rPr>
          <w:rFonts w:ascii="Georgia" w:hAnsi="Georgia"/>
          <w:b w:val="0"/>
          <w:i w:val="0"/>
          <w:color w:val="000000"/>
          <w:sz w:val="24"/>
        </w:rPr>
        <w:t xml:space="preserve"> (</w:t>
      </w:r>
      <w:r>
        <w:rPr>
          <w:rFonts w:ascii="Georgia" w:hAnsi="Georgia"/>
          <w:b w:val="0"/>
          <w:i/>
          <w:color w:val="000000"/>
          <w:sz w:val="24"/>
        </w:rPr>
        <w:t>бе-холь эц</w:t>
      </w:r>
      <w:r>
        <w:rPr>
          <w:rFonts w:ascii="Georgia" w:hAnsi="Georgia"/>
          <w:b w:val="0"/>
          <w:i w:val="0"/>
          <w:color w:val="000000"/>
          <w:sz w:val="24"/>
        </w:rPr>
        <w:t xml:space="preserve">), а не просто </w:t>
      </w:r>
      <w:r>
        <w:rPr>
          <w:rFonts w:ascii="Georgia" w:hAnsi="Georgia"/>
          <w:b w:val="0"/>
          <w:i/>
          <w:color w:val="000000"/>
          <w:sz w:val="24"/>
        </w:rPr>
        <w:t>«на дереве»</w:t>
      </w:r>
      <w:r>
        <w:rPr>
          <w:rFonts w:ascii="Georgia" w:hAnsi="Georgia"/>
          <w:b w:val="0"/>
          <w:i w:val="0"/>
          <w:color w:val="000000"/>
          <w:sz w:val="24"/>
        </w:rPr>
        <w:t xml:space="preserve">, потому что при нисхождении на Малхут у Малхут уже есть женские воды (МАН). При нисхождении же в Зеир Анпина для совершения второго зивуга с Абой необходимо, чтобы Есод де-ЗА, именуемый словом </w:t>
      </w:r>
      <w:r>
        <w:rPr>
          <w:rFonts w:ascii="Georgia" w:hAnsi="Georgia"/>
          <w:b w:val="0"/>
          <w:i/>
          <w:color w:val="000000"/>
          <w:sz w:val="24"/>
        </w:rPr>
        <w:t>коль</w:t>
      </w:r>
      <w:r>
        <w:rPr>
          <w:rFonts w:ascii="Georgia" w:hAnsi="Georgia"/>
          <w:b w:val="0"/>
          <w:i w:val="0"/>
          <w:color w:val="000000"/>
          <w:sz w:val="24"/>
        </w:rPr>
        <w:t xml:space="preserve"> — «все» (</w:t>
      </w:r>
      <w:r>
        <w:rPr>
          <w:rFonts w:ascii="Georgia" w:hAnsi="Georgia" w:cs="Times New Roman"/>
          <w:b/>
          <w:i w:val="0"/>
          <w:color w:val="000000"/>
          <w:sz w:val="24"/>
          <w:rtl/>
          <w:szCs w:val="32"/>
        </w:rPr>
        <w:t>כָּל</w:t>
      </w:r>
      <w:r>
        <w:rPr>
          <w:rFonts w:ascii="Georgia" w:hAnsi="Georgia"/>
          <w:b w:val="0"/>
          <w:i w:val="0"/>
          <w:color w:val="000000"/>
          <w:sz w:val="24"/>
        </w:rPr>
        <w:t xml:space="preserve"> = 50), поднялся в нее как МАН. Тогда то, что звалось </w:t>
      </w:r>
      <w:r>
        <w:rPr>
          <w:rFonts w:ascii="Georgia" w:hAnsi="Georgia"/>
          <w:b w:val="0"/>
          <w:i/>
          <w:color w:val="000000"/>
          <w:sz w:val="24"/>
        </w:rPr>
        <w:t>коль</w:t>
      </w:r>
      <w:r>
        <w:rPr>
          <w:rFonts w:ascii="Georgia" w:hAnsi="Georgia"/>
          <w:b w:val="0"/>
          <w:i w:val="0"/>
          <w:color w:val="000000"/>
          <w:sz w:val="24"/>
        </w:rPr>
        <w:t xml:space="preserve">, становится </w:t>
      </w:r>
      <w:r>
        <w:rPr>
          <w:rFonts w:ascii="Georgia" w:hAnsi="Georgia"/>
          <w:b w:val="0"/>
          <w:i/>
          <w:color w:val="000000"/>
          <w:sz w:val="24"/>
        </w:rPr>
        <w:t>бе-холь</w:t>
      </w:r>
      <w:r>
        <w:rPr>
          <w:rFonts w:ascii="Georgia" w:hAnsi="Georgia"/>
          <w:b w:val="0"/>
          <w:i w:val="0"/>
          <w:color w:val="000000"/>
          <w:sz w:val="24"/>
        </w:rPr>
        <w:t xml:space="preserve"> (</w:t>
      </w:r>
      <w:r>
        <w:rPr>
          <w:rFonts w:ascii="Georgia" w:hAnsi="Georgia" w:cs="Times New Roman"/>
          <w:b/>
          <w:i w:val="0"/>
          <w:color w:val="000000"/>
          <w:sz w:val="24"/>
          <w:rtl/>
          <w:szCs w:val="32"/>
        </w:rPr>
        <w:t>בְּכָל</w:t>
      </w:r>
      <w:r>
        <w:rPr>
          <w:rFonts w:ascii="Georgia" w:hAnsi="Georgia"/>
          <w:b w:val="0"/>
          <w:i w:val="0"/>
          <w:color w:val="000000"/>
          <w:sz w:val="24"/>
        </w:rPr>
        <w:t xml:space="preserve"> = 52), что соответствует гематрии Имени БОН с наполнением через букву хэй (БОН де-хэйин), выражающего подъем МАН, как известно. Слова </w:t>
      </w:r>
      <w:r>
        <w:rPr>
          <w:rFonts w:ascii="Georgia" w:hAnsi="Georgia"/>
          <w:b w:val="0"/>
          <w:i/>
          <w:color w:val="000000"/>
          <w:sz w:val="24"/>
        </w:rPr>
        <w:t>«…птенцы или яйца…»</w:t>
      </w:r>
      <w:r>
        <w:rPr>
          <w:rFonts w:ascii="Georgia" w:hAnsi="Georgia"/>
          <w:b w:val="0"/>
          <w:i w:val="0"/>
          <w:color w:val="000000"/>
          <w:sz w:val="24"/>
        </w:rPr>
        <w:t xml:space="preserve"> намекают на следующее: высший зивуг Аба ве-Има на равной высоте наделяет мохин де-гадлут парцуф ЗОН де-Ацилут. Благодаря этому свечению мохин де-гадлут дается и парцуфу Аба мира Брия, обладавшему ранее лишь шестью концами (ВАК).</w:t>
      </w:r>
    </w:p>
    <w:p>
      <w:pPr>
        <w:spacing w:before="40" w:after="120"/>
        <w:jc w:val="both"/>
      </w:pPr>
      <w:r>
        <w:rPr>
          <w:rFonts w:ascii="Georgia" w:hAnsi="Georgia"/>
          <w:b w:val="0"/>
          <w:i w:val="0"/>
          <w:color w:val="000000"/>
          <w:sz w:val="24"/>
        </w:rPr>
        <w:t xml:space="preserve">Когда же совершается нижний зивуг в виде сидения над гнездом без равенства высоты, он дает ЗОН де-Ацилут лишь мохин де-яника. Здесь возможны два пути: нисхождение в Зеир Анпина или в Нукву. О нисхождении в Зеир Анпина сказано «птенцы», ибо тогда Зеир Анпин пребывает на уровне шести концов без мохин де-гадлут, однако имеет крылья. При нисхождении же в Малхут это уровень «яиц» — ВАК вовсе без крыльев. В обоих этих случаях присутствует лишь уровень ВАК, и им соответствуют образы: «птенцы» — для </w:t>
      </w:r>
      <w:r>
        <w:rPr>
          <w:rFonts w:ascii="Georgia" w:hAnsi="Georgia"/>
          <w:b w:val="0"/>
          <w:i/>
          <w:color w:val="000000"/>
          <w:sz w:val="24"/>
        </w:rPr>
        <w:t>«на всяком дереве»</w:t>
      </w:r>
      <w:r>
        <w:rPr>
          <w:rFonts w:ascii="Georgia" w:hAnsi="Georgia"/>
          <w:b w:val="0"/>
          <w:i w:val="0"/>
          <w:color w:val="000000"/>
          <w:sz w:val="24"/>
        </w:rPr>
        <w:t xml:space="preserve">, а «яйца» — для </w:t>
      </w:r>
      <w:r>
        <w:rPr>
          <w:rFonts w:ascii="Georgia" w:hAnsi="Georgia"/>
          <w:b w:val="0"/>
          <w:i/>
          <w:color w:val="000000"/>
          <w:sz w:val="24"/>
        </w:rPr>
        <w:t>«на земле»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«…не бери мать с детьми»</w:t>
      </w:r>
      <w:r>
        <w:rPr>
          <w:rFonts w:ascii="Georgia" w:hAnsi="Georgia"/>
          <w:b w:val="0"/>
          <w:i w:val="0"/>
          <w:color w:val="000000"/>
          <w:sz w:val="24"/>
        </w:rPr>
        <w:t xml:space="preserve"> означают: не затягивай этот нижний зивуг, происходящий при малости ЗОН, когда они нуждаются во вскармливании малым светом. Человек должен действовать так, чтобы отослать Мать: об Аба ве-Има намекают два слова </w:t>
      </w:r>
      <w:r>
        <w:rPr>
          <w:rFonts w:ascii="Georgia" w:hAnsi="Georgia"/>
          <w:b w:val="0"/>
          <w:i/>
          <w:color w:val="000000"/>
          <w:sz w:val="24"/>
        </w:rPr>
        <w:t>«…непременно отпусти…»</w:t>
      </w:r>
      <w:r>
        <w:rPr>
          <w:rFonts w:ascii="Georgia" w:hAnsi="Georgia"/>
          <w:b w:val="0"/>
          <w:i w:val="0"/>
          <w:color w:val="000000"/>
          <w:sz w:val="24"/>
        </w:rPr>
        <w:t xml:space="preserve"> (</w:t>
      </w:r>
      <w:r>
        <w:rPr>
          <w:rFonts w:ascii="Georgia" w:hAnsi="Georgia"/>
          <w:b w:val="0"/>
          <w:i/>
          <w:color w:val="000000"/>
          <w:sz w:val="24"/>
        </w:rPr>
        <w:t>шалеах тешалах</w:t>
      </w:r>
      <w:r>
        <w:rPr>
          <w:rFonts w:ascii="Georgia" w:hAnsi="Georgia"/>
          <w:b w:val="0"/>
          <w:i w:val="0"/>
          <w:color w:val="000000"/>
          <w:sz w:val="24"/>
        </w:rPr>
        <w:t xml:space="preserve">, </w:t>
      </w:r>
      <w:r>
        <w:rPr>
          <w:rFonts w:ascii="Georgia" w:hAnsi="Georgia" w:cs="Times New Roman"/>
          <w:b/>
          <w:i w:val="0"/>
          <w:color w:val="000000"/>
          <w:sz w:val="24"/>
          <w:rtl/>
          <w:szCs w:val="32"/>
        </w:rPr>
        <w:t>שַׁלֵּחַ תְּשַׁלַּח</w:t>
      </w:r>
      <w:r>
        <w:rPr>
          <w:rFonts w:ascii="Georgia" w:hAnsi="Georgia"/>
          <w:b w:val="0"/>
          <w:i w:val="0"/>
          <w:color w:val="000000"/>
          <w:sz w:val="24"/>
        </w:rPr>
        <w:t xml:space="preserve">) и два слова </w:t>
      </w:r>
      <w:r>
        <w:rPr>
          <w:rFonts w:ascii="Georgia" w:hAnsi="Georgia"/>
          <w:b w:val="0"/>
          <w:i/>
          <w:color w:val="000000"/>
          <w:sz w:val="24"/>
        </w:rPr>
        <w:t>«…мать…»</w:t>
      </w:r>
      <w:r>
        <w:rPr>
          <w:rFonts w:ascii="Georgia" w:hAnsi="Georgia"/>
          <w:b w:val="0"/>
          <w:i w:val="0"/>
          <w:color w:val="000000"/>
          <w:sz w:val="24"/>
        </w:rPr>
        <w:t xml:space="preserve"> (</w:t>
      </w:r>
      <w:r>
        <w:rPr>
          <w:rFonts w:ascii="Georgia" w:hAnsi="Georgia"/>
          <w:b w:val="0"/>
          <w:i/>
          <w:color w:val="000000"/>
          <w:sz w:val="24"/>
        </w:rPr>
        <w:t>эт а-эм</w:t>
      </w:r>
      <w:r>
        <w:rPr>
          <w:rFonts w:ascii="Georgia" w:hAnsi="Georgia"/>
          <w:b w:val="0"/>
          <w:i w:val="0"/>
          <w:color w:val="000000"/>
          <w:sz w:val="24"/>
        </w:rPr>
        <w:t xml:space="preserve">, </w:t>
      </w:r>
      <w:r>
        <w:rPr>
          <w:rFonts w:ascii="Georgia" w:hAnsi="Georgia" w:cs="Times New Roman"/>
          <w:b/>
          <w:i w:val="0"/>
          <w:color w:val="000000"/>
          <w:sz w:val="24"/>
          <w:rtl/>
          <w:szCs w:val="32"/>
        </w:rPr>
        <w:t>אֶת הָאֵם</w:t>
      </w:r>
      <w:r>
        <w:rPr>
          <w:rFonts w:ascii="Georgia" w:hAnsi="Georgia"/>
          <w:b w:val="0"/>
          <w:i w:val="0"/>
          <w:color w:val="000000"/>
          <w:sz w:val="24"/>
        </w:rPr>
        <w:t>), о которых в предисловии к «Тиккуней Зоар» говорится как о двух посланцах. Поступай так, чтобы они поднялись над сыновьями, выросли, перестали нуждаться во вскармливании, поднялись наверх и соединились высшим зивугом в равенстве высоты.</w:t>
      </w:r>
    </w:p>
    <w:p>
      <w:pPr>
        <w:spacing w:before="40" w:after="120"/>
        <w:jc w:val="both"/>
      </w:pPr>
      <w:r>
        <w:rPr>
          <w:rFonts w:ascii="Georgia" w:hAnsi="Georgia"/>
          <w:b w:val="0"/>
          <w:i w:val="0"/>
          <w:color w:val="000000"/>
          <w:sz w:val="24"/>
        </w:rPr>
        <w:t>Этим достигаются два великих блага:</w:t>
      </w:r>
    </w:p>
    <w:p>
      <w:pPr>
        <w:spacing w:before="40" w:after="120"/>
        <w:jc w:val="both"/>
      </w:pPr>
      <w:r>
        <w:rPr>
          <w:rFonts w:ascii="Georgia" w:hAnsi="Georgia"/>
          <w:b w:val="0"/>
          <w:i w:val="0"/>
          <w:color w:val="000000"/>
          <w:sz w:val="24"/>
        </w:rPr>
        <w:t xml:space="preserve">1) Благодаря высшему зивугу привлекается мохин де-гадлут в ЗОН де-Ацилут; всякое упоминание блага означает мохин, как разъяснено в благословении отцов о «творящем благодеяния», и в этом смысл слов: </w:t>
      </w:r>
      <w:r>
        <w:rPr>
          <w:rFonts w:ascii="Georgia" w:hAnsi="Georgia"/>
          <w:b w:val="0"/>
          <w:i/>
          <w:color w:val="000000"/>
          <w:sz w:val="24"/>
        </w:rPr>
        <w:t>«…чтобы было хорошо тебе…»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2) </w:t>
      </w:r>
      <w:r>
        <w:rPr>
          <w:rFonts w:ascii="Georgia" w:hAnsi="Georgia"/>
          <w:b w:val="0"/>
          <w:i/>
          <w:color w:val="000000"/>
          <w:sz w:val="24"/>
        </w:rPr>
        <w:t>«…и продлились дни твои»</w:t>
      </w:r>
      <w:r>
        <w:rPr>
          <w:rFonts w:ascii="Georgia" w:hAnsi="Georgia"/>
          <w:b w:val="0"/>
          <w:i w:val="0"/>
          <w:color w:val="000000"/>
          <w:sz w:val="24"/>
        </w:rPr>
        <w:t xml:space="preserve"> — распространение мохин де-гадлут к Абе мира Брия, имевшему прежде лишь ВАК («шесть дней»), чтобы его дни продлились и обрели мохин; тогда как в случайном зивуге («если попадется») ни одного из этих двух благ не достигается.</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наверху, в высшей Име, есть три аспекта:</w:t>
      </w:r>
    </w:p>
    <w:p>
      <w:pPr>
        <w:spacing w:before="40" w:after="120"/>
        <w:jc w:val="both"/>
      </w:pPr>
      <w:r>
        <w:rPr>
          <w:rFonts w:ascii="Georgia" w:hAnsi="Georgia"/>
          <w:b w:val="0"/>
          <w:i w:val="0"/>
          <w:color w:val="000000"/>
          <w:sz w:val="24"/>
        </w:rPr>
        <w:t>1) называется буквой самэх (</w:t>
      </w:r>
      <w:r>
        <w:rPr>
          <w:rFonts w:ascii="Georgia" w:hAnsi="Georgia" w:cs="Times New Roman"/>
          <w:b/>
          <w:i w:val="0"/>
          <w:color w:val="000000"/>
          <w:sz w:val="24"/>
          <w:rtl/>
          <w:szCs w:val="32"/>
        </w:rPr>
        <w:t>ס</w:t>
      </w:r>
      <w:r>
        <w:rPr>
          <w:rFonts w:ascii="Georgia" w:hAnsi="Georgia"/>
          <w:b w:val="0"/>
          <w:i w:val="0"/>
          <w:color w:val="000000"/>
          <w:sz w:val="24"/>
        </w:rPr>
        <w:t>) и именуется Биной;</w:t>
      </w:r>
    </w:p>
    <w:p>
      <w:pPr>
        <w:spacing w:before="40" w:after="120"/>
        <w:jc w:val="both"/>
      </w:pPr>
      <w:r>
        <w:rPr>
          <w:rFonts w:ascii="Georgia" w:hAnsi="Georgia"/>
          <w:b w:val="0"/>
          <w:i w:val="0"/>
          <w:color w:val="000000"/>
          <w:sz w:val="24"/>
        </w:rPr>
        <w:t>2) называется замкнутой буквой мэм (</w:t>
      </w:r>
      <w:r>
        <w:rPr>
          <w:rFonts w:ascii="Georgia" w:hAnsi="Georgia" w:cs="Times New Roman"/>
          <w:b/>
          <w:i w:val="0"/>
          <w:color w:val="000000"/>
          <w:sz w:val="24"/>
          <w:rtl/>
          <w:szCs w:val="32"/>
        </w:rPr>
        <w:t>ם</w:t>
      </w:r>
      <w:r>
        <w:rPr>
          <w:rFonts w:ascii="Georgia" w:hAnsi="Georgia"/>
          <w:b w:val="0"/>
          <w:i w:val="0"/>
          <w:color w:val="000000"/>
          <w:sz w:val="24"/>
        </w:rPr>
        <w:t>) и именуется Твуной;</w:t>
      </w:r>
    </w:p>
    <w:p>
      <w:pPr>
        <w:spacing w:before="40" w:after="120"/>
        <w:jc w:val="both"/>
      </w:pPr>
      <w:r>
        <w:rPr>
          <w:rFonts w:ascii="Georgia" w:hAnsi="Georgia"/>
          <w:b w:val="0"/>
          <w:i w:val="0"/>
          <w:color w:val="000000"/>
          <w:sz w:val="24"/>
        </w:rPr>
        <w:t>3) называется буквой далет (</w:t>
      </w:r>
      <w:r>
        <w:rPr>
          <w:rFonts w:ascii="Georgia" w:hAnsi="Georgia" w:cs="Times New Roman"/>
          <w:b/>
          <w:i w:val="0"/>
          <w:color w:val="000000"/>
          <w:sz w:val="24"/>
          <w:rtl/>
          <w:szCs w:val="32"/>
        </w:rPr>
        <w:t>ד</w:t>
      </w:r>
      <w:r>
        <w:rPr>
          <w:rFonts w:ascii="Georgia" w:hAnsi="Georgia"/>
          <w:b w:val="0"/>
          <w:i w:val="0"/>
          <w:color w:val="000000"/>
          <w:sz w:val="24"/>
        </w:rPr>
        <w:t>) и также именуется Твуной.</w:t>
      </w:r>
    </w:p>
    <w:p>
      <w:pPr>
        <w:spacing w:before="40" w:after="120"/>
        <w:jc w:val="both"/>
      </w:pPr>
      <w:r>
        <w:rPr>
          <w:rFonts w:ascii="Georgia" w:hAnsi="Georgia"/>
          <w:b w:val="0"/>
          <w:i w:val="0"/>
          <w:color w:val="000000"/>
          <w:sz w:val="24"/>
        </w:rPr>
        <w:t>Эта третья Твуна облачается своими НЕХИ внутрь Зеир Анпина, становясь его мохин.</w:t>
      </w:r>
    </w:p>
    <w:p>
      <w:pPr>
        <w:spacing w:before="40" w:after="120"/>
        <w:jc w:val="both"/>
      </w:pPr>
      <w:r>
        <w:rPr>
          <w:rFonts w:ascii="Georgia" w:hAnsi="Georgia"/>
          <w:b w:val="0"/>
          <w:i w:val="0"/>
          <w:color w:val="000000"/>
          <w:sz w:val="24"/>
        </w:rPr>
        <w:t xml:space="preserve">Когда Зеир Анпин и эта третья Твуна, облаченная в него, поднимаются вместе ко второй ступени — замкнутой букве мэм, первой Твуне, стоящей второй после Бины (о ней сказано: </w:t>
      </w:r>
      <w:r>
        <w:rPr>
          <w:rFonts w:ascii="Georgia" w:hAnsi="Georgia"/>
          <w:b w:val="0"/>
          <w:i/>
          <w:color w:val="000000"/>
          <w:sz w:val="24"/>
        </w:rPr>
        <w:t>«Я сплю…»</w:t>
      </w:r>
      <w:r>
        <w:rPr>
          <w:rFonts w:ascii="Georgia" w:hAnsi="Georgia"/>
          <w:b w:val="0"/>
          <w:i w:val="0"/>
          <w:color w:val="000000"/>
          <w:sz w:val="24"/>
        </w:rPr>
        <w:t xml:space="preserve"> (Шир а-Ширим 5:2), где буквы слова </w:t>
      </w:r>
      <w:r>
        <w:rPr>
          <w:rFonts w:ascii="Georgia" w:hAnsi="Georgia"/>
          <w:b w:val="0"/>
          <w:i/>
          <w:color w:val="000000"/>
          <w:sz w:val="24"/>
        </w:rPr>
        <w:t>йешена</w:t>
      </w:r>
      <w:r>
        <w:rPr>
          <w:rFonts w:ascii="Georgia" w:hAnsi="Georgia"/>
          <w:b w:val="0"/>
          <w:i w:val="0"/>
          <w:color w:val="000000"/>
          <w:sz w:val="24"/>
        </w:rPr>
        <w:t xml:space="preserve"> (</w:t>
      </w:r>
      <w:r>
        <w:rPr>
          <w:rFonts w:ascii="Georgia" w:hAnsi="Georgia" w:cs="Times New Roman"/>
          <w:b/>
          <w:i w:val="0"/>
          <w:color w:val="000000"/>
          <w:sz w:val="24"/>
          <w:rtl/>
          <w:szCs w:val="32"/>
        </w:rPr>
        <w:t>יְשֵׁנָה</w:t>
      </w:r>
      <w:r>
        <w:rPr>
          <w:rFonts w:ascii="Georgia" w:hAnsi="Georgia"/>
          <w:b w:val="0"/>
          <w:i w:val="0"/>
          <w:color w:val="000000"/>
          <w:sz w:val="24"/>
        </w:rPr>
        <w:t xml:space="preserve">) образуют слово </w:t>
      </w:r>
      <w:r>
        <w:rPr>
          <w:rFonts w:ascii="Georgia" w:hAnsi="Georgia"/>
          <w:b w:val="0"/>
          <w:i/>
          <w:color w:val="000000"/>
          <w:sz w:val="24"/>
        </w:rPr>
        <w:t>шния</w:t>
      </w:r>
      <w:r>
        <w:rPr>
          <w:rFonts w:ascii="Georgia" w:hAnsi="Georgia"/>
          <w:b w:val="0"/>
          <w:i w:val="0"/>
          <w:color w:val="000000"/>
          <w:sz w:val="24"/>
        </w:rPr>
        <w:t xml:space="preserve"> (</w:t>
      </w:r>
      <w:r>
        <w:rPr>
          <w:rFonts w:ascii="Georgia" w:hAnsi="Georgia" w:cs="Times New Roman"/>
          <w:b/>
          <w:i w:val="0"/>
          <w:color w:val="000000"/>
          <w:sz w:val="24"/>
          <w:rtl/>
          <w:szCs w:val="32"/>
        </w:rPr>
        <w:t>שְׁנִיָּה</w:t>
      </w:r>
      <w:r>
        <w:rPr>
          <w:rFonts w:ascii="Georgia" w:hAnsi="Georgia"/>
          <w:b w:val="0"/>
          <w:i w:val="0"/>
          <w:color w:val="000000"/>
          <w:sz w:val="24"/>
        </w:rPr>
        <w:t xml:space="preserve">) — «вторая»), — тогда вторая Твуна включается в первую. Обе они называются во множественном числе </w:t>
      </w:r>
      <w:r>
        <w:rPr>
          <w:rFonts w:ascii="Georgia" w:hAnsi="Georgia"/>
          <w:b w:val="0"/>
          <w:i/>
          <w:color w:val="000000"/>
          <w:sz w:val="24"/>
        </w:rPr>
        <w:t>твунот</w:t>
      </w:r>
      <w:r>
        <w:rPr>
          <w:rFonts w:ascii="Georgia" w:hAnsi="Georgia"/>
          <w:b w:val="0"/>
          <w:i w:val="0"/>
          <w:color w:val="000000"/>
          <w:sz w:val="24"/>
        </w:rPr>
        <w:t xml:space="preserve"> («разумы»), и о Зеир Анпине говорится: </w:t>
      </w:r>
      <w:r>
        <w:rPr>
          <w:rFonts w:ascii="Georgia" w:hAnsi="Georgia"/>
          <w:b w:val="0"/>
          <w:i/>
          <w:color w:val="000000"/>
          <w:sz w:val="24"/>
        </w:rPr>
        <w:t>«…но разумный человек вычерпывает ее»</w:t>
      </w:r>
      <w:r>
        <w:rPr>
          <w:rFonts w:ascii="Georgia" w:hAnsi="Georgia"/>
          <w:b w:val="0"/>
          <w:i w:val="0"/>
          <w:color w:val="000000"/>
          <w:sz w:val="24"/>
        </w:rPr>
        <w:t xml:space="preserve"> (Мишлей 20:5): он поднимается вместе с ними наверх, включается в обе Твуны и теперь черпает и напояет даже из этой первой Твуны. Поэтому сказано </w:t>
      </w:r>
      <w:r>
        <w:rPr>
          <w:rFonts w:ascii="Georgia" w:hAnsi="Georgia"/>
          <w:b w:val="0"/>
          <w:i/>
          <w:color w:val="000000"/>
          <w:sz w:val="24"/>
        </w:rPr>
        <w:t>йидлена</w:t>
      </w:r>
      <w:r>
        <w:rPr>
          <w:rFonts w:ascii="Georgia" w:hAnsi="Georgia"/>
          <w:b w:val="0"/>
          <w:i w:val="0"/>
          <w:color w:val="000000"/>
          <w:sz w:val="24"/>
        </w:rPr>
        <w:t xml:space="preserve"> («вычерпывает ее») в единственном числе. Когда же он включается в обе Твуны, все трое восходят к Бине и получают общее имя </w:t>
      </w:r>
      <w:r>
        <w:rPr>
          <w:rFonts w:ascii="Georgia" w:hAnsi="Georgia"/>
          <w:b w:val="0"/>
          <w:i/>
          <w:color w:val="000000"/>
          <w:sz w:val="24"/>
        </w:rPr>
        <w:t>бинот</w:t>
      </w:r>
      <w:r>
        <w:rPr>
          <w:rFonts w:ascii="Georgia" w:hAnsi="Georgia"/>
          <w:b w:val="0"/>
          <w:i w:val="0"/>
          <w:color w:val="000000"/>
          <w:sz w:val="24"/>
        </w:rPr>
        <w:t xml:space="preserve"> в честь Бины. Тогда Зеир Анпин зовется «народом разумным» (</w:t>
      </w:r>
      <w:r>
        <w:rPr>
          <w:rFonts w:ascii="Georgia" w:hAnsi="Georgia"/>
          <w:b w:val="0"/>
          <w:i/>
          <w:color w:val="000000"/>
          <w:sz w:val="24"/>
        </w:rPr>
        <w:t>ам бинот</w:t>
      </w:r>
      <w:r>
        <w:rPr>
          <w:rFonts w:ascii="Georgia" w:hAnsi="Georgia"/>
          <w:b w:val="0"/>
          <w:i w:val="0"/>
          <w:color w:val="000000"/>
          <w:sz w:val="24"/>
        </w:rPr>
        <w:t xml:space="preserve">). Пока же он не поднялся туда, о нем сказано: </w:t>
      </w:r>
      <w:r>
        <w:rPr>
          <w:rFonts w:ascii="Georgia" w:hAnsi="Georgia"/>
          <w:b w:val="0"/>
          <w:i/>
          <w:color w:val="000000"/>
          <w:sz w:val="24"/>
        </w:rPr>
        <w:t>«…ибо это не народ разумный (ло ам бинот)…»</w:t>
      </w:r>
      <w:r>
        <w:rPr>
          <w:rFonts w:ascii="Georgia" w:hAnsi="Georgia"/>
          <w:b w:val="0"/>
          <w:i w:val="0"/>
          <w:color w:val="000000"/>
          <w:sz w:val="24"/>
        </w:rPr>
        <w:t xml:space="preserve"> (Йешаяу 27:11). Высшая Бина — это чистое милосердие, где нет никакой хватки для нечистых сил (клипот); пока же он не взошел туда, к нему могут прилепляться клипот, и потому сказано: </w:t>
      </w:r>
      <w:r>
        <w:rPr>
          <w:rFonts w:ascii="Georgia" w:hAnsi="Georgia"/>
          <w:b w:val="0"/>
          <w:i/>
          <w:color w:val="000000"/>
          <w:sz w:val="24"/>
        </w:rPr>
        <w:t>«…посему не помилует его Создатель его…»</w:t>
      </w:r>
      <w:r>
        <w:rPr>
          <w:rFonts w:ascii="Georgia" w:hAnsi="Georgia"/>
          <w:b w:val="0"/>
          <w:i w:val="0"/>
          <w:color w:val="000000"/>
          <w:sz w:val="24"/>
        </w:rPr>
        <w:t xml:space="preserve"> — то есть милосердие здесь не полно.</w:t>
      </w:r>
    </w:p>
    <w:p>
      <w:pPr>
        <w:spacing w:before="40" w:after="120"/>
        <w:jc w:val="both"/>
      </w:pPr>
      <w:r>
        <w:rPr>
          <w:rFonts w:ascii="Georgia" w:hAnsi="Georgia"/>
          <w:b w:val="0"/>
          <w:i w:val="0"/>
          <w:color w:val="000000"/>
          <w:sz w:val="24"/>
        </w:rPr>
        <w:t xml:space="preserve">Разъясним суть Бины и Твуны, в чем раскроется смысл слов книги «Сефер Йецира» (1:3): </w:t>
      </w:r>
      <w:r>
        <w:rPr>
          <w:rFonts w:ascii="Georgia" w:hAnsi="Georgia"/>
          <w:b w:val="0"/>
          <w:i/>
          <w:color w:val="000000"/>
          <w:sz w:val="24"/>
        </w:rPr>
        <w:t>«Пойми с мудростью и умудрись с пониманием»</w:t>
      </w:r>
      <w:r>
        <w:rPr>
          <w:rFonts w:ascii="Georgia" w:hAnsi="Georgia"/>
          <w:b w:val="0"/>
          <w:i w:val="0"/>
          <w:color w:val="000000"/>
          <w:sz w:val="24"/>
        </w:rPr>
        <w:t>. Первые две буквы Имени АВАЯ соответствуют Хохме и Бине. Однако в самой букве йод (</w:t>
      </w:r>
      <w:r>
        <w:rPr>
          <w:rFonts w:ascii="Georgia" w:hAnsi="Georgia" w:cs="Times New Roman"/>
          <w:b/>
          <w:i w:val="0"/>
          <w:color w:val="000000"/>
          <w:sz w:val="24"/>
          <w:rtl/>
          <w:szCs w:val="32"/>
        </w:rPr>
        <w:t>י</w:t>
      </w:r>
      <w:r>
        <w:rPr>
          <w:rFonts w:ascii="Georgia" w:hAnsi="Georgia"/>
          <w:b w:val="0"/>
          <w:i w:val="0"/>
          <w:color w:val="000000"/>
          <w:sz w:val="24"/>
        </w:rPr>
        <w:t xml:space="preserve">), относящейся к Хохме, уже заложен аспект Бины. В этом смысл выражения </w:t>
      </w:r>
      <w:r>
        <w:rPr>
          <w:rFonts w:ascii="Georgia" w:hAnsi="Georgia"/>
          <w:b w:val="0"/>
          <w:i/>
          <w:color w:val="000000"/>
          <w:sz w:val="24"/>
        </w:rPr>
        <w:t>«пойми с мудростью»</w:t>
      </w:r>
      <w:r>
        <w:rPr>
          <w:rFonts w:ascii="Georgia" w:hAnsi="Georgia"/>
          <w:b w:val="0"/>
          <w:i w:val="0"/>
          <w:color w:val="000000"/>
          <w:sz w:val="24"/>
        </w:rPr>
        <w:t>: в наполнении буквы йод (</w:t>
      </w:r>
      <w:r>
        <w:rPr>
          <w:rFonts w:ascii="Georgia" w:hAnsi="Georgia" w:cs="Times New Roman"/>
          <w:b/>
          <w:i w:val="0"/>
          <w:color w:val="000000"/>
          <w:sz w:val="24"/>
          <w:rtl/>
          <w:szCs w:val="32"/>
        </w:rPr>
        <w:t>יוד</w:t>
      </w:r>
      <w:r>
        <w:rPr>
          <w:rFonts w:ascii="Georgia" w:hAnsi="Georgia"/>
          <w:b w:val="0"/>
          <w:i w:val="0"/>
          <w:color w:val="000000"/>
          <w:sz w:val="24"/>
        </w:rPr>
        <w:t>) сама буква йод — это Хохма, а две буквы вав и далет (</w:t>
      </w:r>
      <w:r>
        <w:rPr>
          <w:rFonts w:ascii="Georgia" w:hAnsi="Georgia" w:cs="Times New Roman"/>
          <w:b/>
          <w:i w:val="0"/>
          <w:color w:val="000000"/>
          <w:sz w:val="24"/>
          <w:rtl/>
          <w:szCs w:val="32"/>
        </w:rPr>
        <w:t>ו״ד</w:t>
      </w:r>
      <w:r>
        <w:rPr>
          <w:rFonts w:ascii="Georgia" w:hAnsi="Georgia"/>
          <w:b w:val="0"/>
          <w:i w:val="0"/>
          <w:color w:val="000000"/>
          <w:sz w:val="24"/>
        </w:rPr>
        <w:t>) образуют форму буквы хэй (</w:t>
      </w:r>
      <w:r>
        <w:rPr>
          <w:rFonts w:ascii="Georgia" w:hAnsi="Georgia" w:cs="Times New Roman"/>
          <w:b/>
          <w:i w:val="0"/>
          <w:color w:val="000000"/>
          <w:sz w:val="24"/>
          <w:rtl/>
          <w:szCs w:val="32"/>
        </w:rPr>
        <w:t>ה</w:t>
      </w:r>
      <w:r>
        <w:rPr>
          <w:rFonts w:ascii="Georgia" w:hAnsi="Georgia"/>
          <w:b w:val="0"/>
          <w:i w:val="0"/>
          <w:color w:val="000000"/>
          <w:sz w:val="24"/>
        </w:rPr>
        <w:t>), представляя высшую Бину.</w:t>
      </w:r>
    </w:p>
    <w:p>
      <w:pPr>
        <w:spacing w:before="40" w:after="120"/>
        <w:jc w:val="both"/>
      </w:pPr>
      <w:r>
        <w:rPr>
          <w:rFonts w:ascii="Georgia" w:hAnsi="Georgia"/>
          <w:b w:val="0"/>
          <w:i w:val="0"/>
          <w:color w:val="000000"/>
          <w:sz w:val="24"/>
        </w:rPr>
        <w:t>Первая же буква хэй (</w:t>
      </w:r>
      <w:r>
        <w:rPr>
          <w:rFonts w:ascii="Georgia" w:hAnsi="Georgia" w:cs="Times New Roman"/>
          <w:b/>
          <w:i w:val="0"/>
          <w:color w:val="000000"/>
          <w:sz w:val="24"/>
          <w:rtl/>
          <w:szCs w:val="32"/>
        </w:rPr>
        <w:t>ה</w:t>
      </w:r>
      <w:r>
        <w:rPr>
          <w:rFonts w:ascii="Georgia" w:hAnsi="Georgia"/>
          <w:b w:val="0"/>
          <w:i w:val="0"/>
          <w:color w:val="000000"/>
          <w:sz w:val="24"/>
        </w:rPr>
        <w:t xml:space="preserve">) самого Имени АВАЯ — это упомянутая первая Твуна. В учении о тфилин мы уже говорили о написании Имени АВАЯ: сначала пишется йод в верхнем левом углу этой буквы хэй, вот так: </w:t>
      </w:r>
      <w:r>
        <w:rPr>
          <w:rFonts w:ascii="Georgia" w:hAnsi="Georgia" w:cs="Times New Roman"/>
          <w:b/>
          <w:i w:val="0"/>
          <w:color w:val="000000"/>
          <w:sz w:val="24"/>
          <w:rtl/>
          <w:szCs w:val="32"/>
        </w:rPr>
        <w:t>ה</w:t>
      </w:r>
      <w:r>
        <w:rPr>
          <w:rFonts w:ascii="Georgia" w:hAnsi="Georgia"/>
          <w:b w:val="0"/>
          <w:i w:val="0"/>
          <w:color w:val="000000"/>
          <w:sz w:val="24"/>
        </w:rPr>
        <w:t xml:space="preserve">. Эта буква йод есть аспект Хохмы первой Твуны, именуемый Исраэль Саба (ИС); в этом смысл слов: </w:t>
      </w:r>
      <w:r>
        <w:rPr>
          <w:rFonts w:ascii="Georgia" w:hAnsi="Georgia"/>
          <w:b w:val="0"/>
          <w:i/>
          <w:color w:val="000000"/>
          <w:sz w:val="24"/>
        </w:rPr>
        <w:t>«…и умудрись с пониманием»</w:t>
      </w:r>
      <w:r>
        <w:rPr>
          <w:rFonts w:ascii="Georgia" w:hAnsi="Georgia"/>
          <w:b w:val="0"/>
          <w:i w:val="0"/>
          <w:color w:val="000000"/>
          <w:sz w:val="24"/>
        </w:rPr>
        <w:t>. Итак, разъяснено: в букве йод Имени АВАЯ заключены высшие Аба ве-Има, а в первой букве хэй Имени АВАЯ заключены нижние — Исраэль Саба ве-Твуна. Теперь необходимо объяснить, почему первая Бина обозначена двумя буквами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в наполнении буквы йод, образующими хэй, где вав предшествует далет; а Твуна обозначена первой буквой хэй Имени АВАЯ, где далет предшествует вав (ведь форма буквы хэй состоит из далет и подвешенной вав, </w:t>
      </w:r>
      <w:r>
        <w:rPr>
          <w:rFonts w:ascii="Georgia" w:hAnsi="Georgia" w:cs="Times New Roman"/>
          <w:b/>
          <w:i w:val="0"/>
          <w:color w:val="000000"/>
          <w:sz w:val="24"/>
          <w:rtl/>
          <w:szCs w:val="32"/>
        </w:rPr>
        <w:t>ד״ו</w:t>
      </w:r>
      <w:r>
        <w:rPr>
          <w:rFonts w:ascii="Georgia" w:hAnsi="Georgia"/>
          <w:b w:val="0"/>
          <w:i w:val="0"/>
          <w:color w:val="000000"/>
          <w:sz w:val="24"/>
        </w:rPr>
        <w:t>). Кроме того, у буквы вав в наполнении йода есть головка, указывающая на включение десяти сфирот, тогда как у буквы вав внутри первой хэй головки нет, что указывает лишь на шесть концов (ВАК) без головы (рош).</w:t>
      </w:r>
    </w:p>
    <w:p>
      <w:pPr>
        <w:spacing w:before="40" w:after="120"/>
        <w:jc w:val="both"/>
      </w:pPr>
      <w:r>
        <w:rPr>
          <w:rFonts w:ascii="Georgia" w:hAnsi="Georgia"/>
          <w:b w:val="0"/>
          <w:i w:val="0"/>
          <w:color w:val="000000"/>
          <w:sz w:val="24"/>
        </w:rPr>
        <w:t>Смысл в том, что буква вав в наполнении буквы йод — это высшая Бина, обладающая десятью сфирот с мохин; поэтому эта вав имеет головку, указывающую на весь парцуф Бины. Буква же далет в наполнении буквы йод представляет собой не саму Бину, а четыре света мохин, исходящих из Бины: сначала они облачаются в обратную сторону нижней половины Тиферет и ее НЕХИ, а затем входят в рош де-Твуна — в первую букву хэй Имени АВАЯ.</w:t>
      </w:r>
    </w:p>
    <w:p>
      <w:pPr>
        <w:spacing w:before="40" w:after="120"/>
        <w:jc w:val="both"/>
      </w:pPr>
      <w:r>
        <w:rPr>
          <w:rFonts w:ascii="Georgia" w:hAnsi="Georgia"/>
          <w:b w:val="0"/>
          <w:i w:val="0"/>
          <w:color w:val="000000"/>
          <w:sz w:val="24"/>
        </w:rPr>
        <w:t xml:space="preserve">Сама первая буква хэй Имени АВАЯ, имеющая форму </w:t>
      </w:r>
      <w:r>
        <w:rPr>
          <w:rFonts w:ascii="Georgia" w:hAnsi="Georgia" w:cs="Times New Roman"/>
          <w:b/>
          <w:i w:val="0"/>
          <w:color w:val="000000"/>
          <w:sz w:val="24"/>
          <w:rtl/>
          <w:szCs w:val="32"/>
        </w:rPr>
        <w:t>ד״ו</w:t>
      </w:r>
      <w:r>
        <w:rPr>
          <w:rFonts w:ascii="Georgia" w:hAnsi="Georgia"/>
          <w:b w:val="0"/>
          <w:i w:val="0"/>
          <w:color w:val="000000"/>
          <w:sz w:val="24"/>
        </w:rPr>
        <w:t xml:space="preserve"> (с числовым значением 10), целиком относится к первой Твуне. В наполнении буквы йод буквы вав и далет разделены, тогда как эти две буквы в Твуне объединены в единую букву хэй. Поэтому у буквы вав внутри буквы хэй нет формы головы, ибо она представляет собой лишь ВАК без головы, а буква далет — это четыре мохин самой Твуны; по этой причине далет предшествует букве вав. Знай, что эта буква далет не является четырьмя внутренними мохин Твуны (ведь если бы у нее были внутренние мохин, буква вав внутри хэй обладала бы головой). Но подобно тому как в рош де-ЗА нет мохин до тех пор, пока в него не облачатся НЕХИ де-Твуна, и подобно тому как у Нуквы де-ЗА нет мохин до тех пор, пока в нее не облачатся Нецах, Ход и Есод де-ЗА, — точно так же и у этой Твуны нет мохин, пока она не поднимется к Бине и не получит мохин от НЕХИ высшей Бины.</w:t>
      </w:r>
    </w:p>
    <w:p>
      <w:pPr>
        <w:spacing w:before="40" w:after="120"/>
        <w:jc w:val="both"/>
      </w:pPr>
      <w:r>
        <w:rPr>
          <w:rFonts w:ascii="Georgia" w:hAnsi="Georgia"/>
          <w:b w:val="0"/>
          <w:i w:val="0"/>
          <w:color w:val="000000"/>
          <w:sz w:val="24"/>
        </w:rPr>
        <w:t>Сейчас же первая Твуна находится внизу и не включена в высшую Бину, обозначенную буквой йод. Поэтому буква вав внутри хэй не имеет головки — у нее еще нет внутренних мохин; а буква йод над вав служит окружающим светом (ор макиф) сверху, снаружи Гальгальты. Поэтому эта далет отстранена от вав и не прилегает к ней вплотную: она простирается и окружает букву вав как окружающий свет, не входя внутрь, и потому не соединена с буквой вав. Таким образом, первая Твуна имеет лишь шесть концов.</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«Если найден будет убитый на земле…»</w:t>
      </w:r>
      <w:r>
        <w:rPr>
          <w:rFonts w:ascii="Georgia" w:hAnsi="Georgia"/>
          <w:b w:val="0"/>
          <w:i w:val="0"/>
          <w:color w:val="000000"/>
          <w:sz w:val="24"/>
        </w:rPr>
        <w:t xml:space="preserve"> (</w:t>
      </w:r>
      <w:r>
        <w:rPr>
          <w:rFonts w:ascii="Georgia" w:hAnsi="Georgia"/>
          <w:b w:val="0"/>
          <w:i/>
          <w:color w:val="000000"/>
          <w:sz w:val="24"/>
        </w:rPr>
        <w:t>Халаль ба-адама</w:t>
      </w:r>
      <w:r>
        <w:rPr>
          <w:rFonts w:ascii="Georgia" w:hAnsi="Georgia"/>
          <w:b w:val="0"/>
          <w:i w:val="0"/>
          <w:color w:val="000000"/>
          <w:sz w:val="24"/>
        </w:rPr>
        <w:t>, Дварим 21:1), ведь ножка буквы хэй подвешена и не слита с далет, оставляя пустое пространство (</w:t>
      </w:r>
      <w:r>
        <w:rPr>
          <w:rFonts w:ascii="Georgia" w:hAnsi="Georgia"/>
          <w:b w:val="0"/>
          <w:i/>
          <w:color w:val="000000"/>
          <w:sz w:val="24"/>
        </w:rPr>
        <w:t>халаль</w:t>
      </w:r>
      <w:r>
        <w:rPr>
          <w:rFonts w:ascii="Georgia" w:hAnsi="Georgia"/>
          <w:b w:val="0"/>
          <w:i w:val="0"/>
          <w:color w:val="000000"/>
          <w:sz w:val="24"/>
        </w:rPr>
        <w:t xml:space="preserve">) без мохин. Эта Твуна называется словом </w:t>
      </w:r>
      <w:r>
        <w:rPr>
          <w:rFonts w:ascii="Georgia" w:hAnsi="Georgia"/>
          <w:b w:val="0"/>
          <w:i/>
          <w:color w:val="000000"/>
          <w:sz w:val="24"/>
        </w:rPr>
        <w:t>адама</w:t>
      </w:r>
      <w:r>
        <w:rPr>
          <w:rFonts w:ascii="Georgia" w:hAnsi="Georgia"/>
          <w:b w:val="0"/>
          <w:i w:val="0"/>
          <w:color w:val="000000"/>
          <w:sz w:val="24"/>
        </w:rPr>
        <w:t xml:space="preserve"> (</w:t>
      </w:r>
      <w:r>
        <w:rPr>
          <w:rFonts w:ascii="Georgia" w:hAnsi="Georgia" w:cs="Times New Roman"/>
          <w:b/>
          <w:i w:val="0"/>
          <w:color w:val="000000"/>
          <w:sz w:val="24"/>
          <w:rtl/>
          <w:szCs w:val="32"/>
        </w:rPr>
        <w:t>אֲדָמָה</w:t>
      </w:r>
      <w:r>
        <w:rPr>
          <w:rFonts w:ascii="Georgia" w:hAnsi="Georgia"/>
          <w:b w:val="0"/>
          <w:i w:val="0"/>
          <w:color w:val="000000"/>
          <w:sz w:val="24"/>
        </w:rPr>
        <w:t xml:space="preserve">), намекающим на слова </w:t>
      </w:r>
      <w:r>
        <w:rPr>
          <w:rFonts w:ascii="Georgia" w:hAnsi="Georgia"/>
          <w:b w:val="0"/>
          <w:i/>
          <w:color w:val="000000"/>
          <w:sz w:val="24"/>
        </w:rPr>
        <w:t>Адам хэй</w:t>
      </w:r>
      <w:r>
        <w:rPr>
          <w:rFonts w:ascii="Georgia" w:hAnsi="Georgia"/>
          <w:b w:val="0"/>
          <w:i w:val="0"/>
          <w:color w:val="000000"/>
          <w:sz w:val="24"/>
        </w:rPr>
        <w:t xml:space="preserve"> (</w:t>
      </w:r>
      <w:r>
        <w:rPr>
          <w:rFonts w:ascii="Georgia" w:hAnsi="Georgia" w:cs="Times New Roman"/>
          <w:b/>
          <w:i w:val="0"/>
          <w:color w:val="000000"/>
          <w:sz w:val="24"/>
          <w:rtl/>
          <w:szCs w:val="32"/>
        </w:rPr>
        <w:t>אָדָם 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«Идра Зута» (291а) сказано, что буквы слова </w:t>
      </w:r>
      <w:r>
        <w:rPr>
          <w:rFonts w:ascii="Georgia" w:hAnsi="Georgia"/>
          <w:b w:val="0"/>
          <w:i/>
          <w:color w:val="000000"/>
          <w:sz w:val="24"/>
        </w:rPr>
        <w:t>Твуна</w:t>
      </w:r>
      <w:r>
        <w:rPr>
          <w:rFonts w:ascii="Georgia" w:hAnsi="Georgia"/>
          <w:b w:val="0"/>
          <w:i w:val="0"/>
          <w:color w:val="000000"/>
          <w:sz w:val="24"/>
        </w:rPr>
        <w:t xml:space="preserve"> (</w:t>
      </w:r>
      <w:r>
        <w:rPr>
          <w:rFonts w:ascii="Georgia" w:hAnsi="Georgia" w:cs="Times New Roman"/>
          <w:b/>
          <w:i w:val="0"/>
          <w:color w:val="000000"/>
          <w:sz w:val="24"/>
          <w:rtl/>
          <w:szCs w:val="32"/>
        </w:rPr>
        <w:t>תְּבוּנָה</w:t>
      </w:r>
      <w:r>
        <w:rPr>
          <w:rFonts w:ascii="Georgia" w:hAnsi="Georgia"/>
          <w:b w:val="0"/>
          <w:i w:val="0"/>
          <w:color w:val="000000"/>
          <w:sz w:val="24"/>
        </w:rPr>
        <w:t xml:space="preserve">) образуют </w:t>
      </w:r>
      <w:r>
        <w:rPr>
          <w:rFonts w:ascii="Georgia" w:hAnsi="Georgia"/>
          <w:b w:val="0"/>
          <w:i/>
          <w:color w:val="000000"/>
          <w:sz w:val="24"/>
        </w:rPr>
        <w:t>бен ве-бат</w:t>
      </w:r>
      <w:r>
        <w:rPr>
          <w:rFonts w:ascii="Georgia" w:hAnsi="Georgia"/>
          <w:b w:val="0"/>
          <w:i w:val="0"/>
          <w:color w:val="000000"/>
          <w:sz w:val="24"/>
        </w:rPr>
        <w:t xml:space="preserve"> — «сын и дочь» (</w:t>
      </w:r>
      <w:r>
        <w:rPr>
          <w:rFonts w:ascii="Georgia" w:hAnsi="Georgia" w:cs="Times New Roman"/>
          <w:b/>
          <w:i w:val="0"/>
          <w:color w:val="000000"/>
          <w:sz w:val="24"/>
          <w:rtl/>
          <w:szCs w:val="32"/>
        </w:rPr>
        <w:t>בֵּן וּבַת</w:t>
      </w:r>
      <w:r>
        <w:rPr>
          <w:rFonts w:ascii="Georgia" w:hAnsi="Georgia"/>
          <w:b w:val="0"/>
          <w:i w:val="0"/>
          <w:color w:val="000000"/>
          <w:sz w:val="24"/>
        </w:rPr>
        <w:t>), то есть вав и хэй (</w:t>
      </w:r>
      <w:r>
        <w:rPr>
          <w:rFonts w:ascii="Georgia" w:hAnsi="Georgia" w:cs="Times New Roman"/>
          <w:b/>
          <w:i w:val="0"/>
          <w:color w:val="000000"/>
          <w:sz w:val="24"/>
          <w:rtl/>
          <w:szCs w:val="32"/>
        </w:rPr>
        <w:t>ו״ה</w:t>
      </w:r>
      <w:r>
        <w:rPr>
          <w:rFonts w:ascii="Georgia" w:hAnsi="Georgia"/>
          <w:b w:val="0"/>
          <w:i w:val="0"/>
          <w:color w:val="000000"/>
          <w:sz w:val="24"/>
        </w:rPr>
        <w:t>). Смысл в том, что буквы далет и вав в первой букве хэй Имени АВАЯ относятся к сущности Твуны (ее ВАК и четырем мохин). И поскольку впоследствии ЗОН, называемые сыном и дочерью (</w:t>
      </w:r>
      <w:r>
        <w:rPr>
          <w:rFonts w:ascii="Georgia" w:hAnsi="Georgia"/>
          <w:b w:val="0"/>
          <w:i/>
          <w:color w:val="000000"/>
          <w:sz w:val="24"/>
        </w:rPr>
        <w:t>бен ве-бат</w:t>
      </w:r>
      <w:r>
        <w:rPr>
          <w:rFonts w:ascii="Georgia" w:hAnsi="Georgia"/>
          <w:b w:val="0"/>
          <w:i w:val="0"/>
          <w:color w:val="000000"/>
          <w:sz w:val="24"/>
        </w:rPr>
        <w:t>, буквы вав и хэй), протягиваются от этих двух букв Твуны, она именуется этим именем; однако это не означает, что сами эти буквы и есть ЗОН.</w:t>
      </w:r>
    </w:p>
    <w:p>
      <w:pPr>
        <w:spacing w:before="40" w:after="120"/>
        <w:jc w:val="both"/>
      </w:pPr>
      <w:r>
        <w:rPr>
          <w:rFonts w:ascii="Georgia" w:hAnsi="Georgia"/>
          <w:b w:val="0"/>
          <w:i w:val="0"/>
          <w:color w:val="000000"/>
          <w:sz w:val="24"/>
        </w:rPr>
        <w:t>--- Эц Хаим 15:5 ---</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также, что относительно буквы далет (</w:t>
      </w:r>
      <w:r>
        <w:rPr>
          <w:rFonts w:ascii="Georgia" w:hAnsi="Georgia" w:cs="Times New Roman"/>
          <w:b/>
          <w:i w:val="0"/>
          <w:color w:val="000000"/>
          <w:sz w:val="24"/>
          <w:rtl/>
          <w:szCs w:val="32"/>
        </w:rPr>
        <w:t>ד</w:t>
      </w:r>
      <w:r>
        <w:rPr>
          <w:rFonts w:ascii="Georgia" w:hAnsi="Georgia"/>
          <w:b w:val="0"/>
          <w:i w:val="0"/>
          <w:color w:val="000000"/>
          <w:sz w:val="24"/>
        </w:rPr>
        <w:t>), расположенной над буквой вав (</w:t>
      </w:r>
      <w:r>
        <w:rPr>
          <w:rFonts w:ascii="Georgia" w:hAnsi="Georgia" w:cs="Times New Roman"/>
          <w:b/>
          <w:i w:val="0"/>
          <w:color w:val="000000"/>
          <w:sz w:val="24"/>
          <w:rtl/>
          <w:szCs w:val="32"/>
        </w:rPr>
        <w:t>ו</w:t>
      </w:r>
      <w:r>
        <w:rPr>
          <w:rFonts w:ascii="Georgia" w:hAnsi="Georgia"/>
          <w:b w:val="0"/>
          <w:i w:val="0"/>
          <w:color w:val="000000"/>
          <w:sz w:val="24"/>
        </w:rPr>
        <w:t>) в очертании первой буквы хэй (</w:t>
      </w:r>
      <w:r>
        <w:rPr>
          <w:rFonts w:ascii="Georgia" w:hAnsi="Georgia" w:cs="Times New Roman"/>
          <w:b/>
          <w:i w:val="0"/>
          <w:color w:val="000000"/>
          <w:sz w:val="24"/>
          <w:rtl/>
          <w:szCs w:val="32"/>
        </w:rPr>
        <w:t>ה</w:t>
      </w:r>
      <w:r>
        <w:rPr>
          <w:rFonts w:ascii="Georgia" w:hAnsi="Georgia"/>
          <w:b w:val="0"/>
          <w:i w:val="0"/>
          <w:color w:val="000000"/>
          <w:sz w:val="24"/>
        </w:rPr>
        <w:t>), мы уже объясняли: сзади у нее есть зубец в форме буквы йод (</w:t>
      </w:r>
      <w:r>
        <w:rPr>
          <w:rFonts w:ascii="Georgia" w:hAnsi="Georgia" w:cs="Times New Roman"/>
          <w:b/>
          <w:i w:val="0"/>
          <w:color w:val="000000"/>
          <w:sz w:val="24"/>
          <w:rtl/>
          <w:szCs w:val="32"/>
        </w:rPr>
        <w:t>י</w:t>
      </w:r>
      <w:r>
        <w:rPr>
          <w:rFonts w:ascii="Georgia" w:hAnsi="Georgia"/>
          <w:b w:val="0"/>
          <w:i w:val="0"/>
          <w:color w:val="000000"/>
          <w:sz w:val="24"/>
        </w:rPr>
        <w:t>), и это уровень Исраэль Саба.</w:t>
      </w:r>
    </w:p>
    <w:p>
      <w:pPr>
        <w:spacing w:before="40" w:after="120"/>
        <w:jc w:val="both"/>
      </w:pPr>
      <w:r>
        <w:rPr>
          <w:rFonts w:ascii="Georgia" w:hAnsi="Georgia"/>
          <w:b w:val="0"/>
          <w:i w:val="0"/>
          <w:color w:val="000000"/>
          <w:sz w:val="24"/>
        </w:rPr>
        <w:t>Знай также, что эта далет делится на три части: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посередине и две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отходящие от нее в обе стороны. Вместе они составляют по гематрии 22 буквы (</w:t>
      </w:r>
      <w:r>
        <w:rPr>
          <w:rFonts w:ascii="Georgia" w:hAnsi="Georgia" w:cs="Times New Roman"/>
          <w:b/>
          <w:i w:val="0"/>
          <w:color w:val="000000"/>
          <w:sz w:val="24"/>
          <w:rtl/>
          <w:szCs w:val="32"/>
        </w:rPr>
        <w:t>כ״ב</w:t>
      </w:r>
      <w:r>
        <w:rPr>
          <w:rFonts w:ascii="Georgia" w:hAnsi="Georgia"/>
          <w:b w:val="0"/>
          <w:i w:val="0"/>
          <w:color w:val="000000"/>
          <w:sz w:val="24"/>
        </w:rPr>
        <w:t xml:space="preserve"> = 22), передаваемые от Хохмы к Бине.</w:t>
      </w:r>
    </w:p>
    <w:p>
      <w:pPr>
        <w:spacing w:before="40" w:after="120"/>
        <w:jc w:val="both"/>
      </w:pPr>
      <w:r>
        <w:rPr>
          <w:rFonts w:ascii="Georgia" w:hAnsi="Georgia"/>
          <w:b w:val="0"/>
          <w:i w:val="0"/>
          <w:color w:val="000000"/>
          <w:sz w:val="24"/>
        </w:rPr>
        <w:t>Теперь необходимо объяснить причину: почему в букве йод скрыта Бина и раскрыта Хохма, а в букве хэй раскрыта Бина и скрыта Хохма?</w:t>
      </w:r>
    </w:p>
    <w:p>
      <w:pPr>
        <w:spacing w:before="40" w:after="120"/>
        <w:jc w:val="both"/>
      </w:pPr>
      <w:r>
        <w:rPr>
          <w:rFonts w:ascii="Georgia" w:hAnsi="Georgia"/>
          <w:b w:val="0"/>
          <w:i w:val="0"/>
          <w:color w:val="000000"/>
          <w:sz w:val="24"/>
        </w:rPr>
        <w:t xml:space="preserve">Суть здесь в том, как сказано в другом рассуждении: два венца Аба ве-Има находятся в горле АА, где пребывает свойство Бины де-АА. Мы также объясняли при разборе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что существуют два вида хеседа. Первый — это высший хесед, следующий за Биной, место которого находится в начале плеч де-АА, еще до распространения и разделения двух рук. Там расположено место высшего хеседа, называемого в книге Зоар «днем, [включающим] все [дни]» (</w:t>
      </w:r>
      <w:r>
        <w:rPr>
          <w:rFonts w:ascii="Georgia" w:hAnsi="Georgia"/>
          <w:b w:val="0"/>
          <w:i/>
          <w:color w:val="000000"/>
          <w:sz w:val="24"/>
        </w:rPr>
        <w:t>йома де-хулеху</w:t>
      </w:r>
      <w:r>
        <w:rPr>
          <w:rFonts w:ascii="Georgia" w:hAnsi="Georgia"/>
          <w:b w:val="0"/>
          <w:i w:val="0"/>
          <w:color w:val="000000"/>
          <w:sz w:val="24"/>
        </w:rPr>
        <w:t xml:space="preserve">, </w:t>
      </w:r>
      <w:r>
        <w:rPr>
          <w:rFonts w:ascii="Georgia" w:hAnsi="Georgia" w:cs="Times New Roman"/>
          <w:b/>
          <w:i w:val="0"/>
          <w:color w:val="000000"/>
          <w:sz w:val="24"/>
          <w:rtl/>
          <w:szCs w:val="32"/>
        </w:rPr>
        <w:t>יוֹמָא דְּכוּלְּהוּ</w:t>
      </w:r>
      <w:r>
        <w:rPr>
          <w:rFonts w:ascii="Georgia" w:hAnsi="Georgia"/>
          <w:b w:val="0"/>
          <w:i w:val="0"/>
          <w:color w:val="000000"/>
          <w:sz w:val="24"/>
        </w:rPr>
        <w:t>). Ты уже знаешь, что хесед всегда относится к мужской стороне. Свет же, исходящий из высшего горла де-АА, облачается (спускается и облачается) в этот хесед. И когда он вышел наружу, Аба образовался из этого хеседа, а Бина — из горла, поскольку горло — это Бина де-АА. Так как горло выше хеседа, свет горла облачается в этот хесед.</w:t>
      </w:r>
    </w:p>
    <w:p>
      <w:pPr>
        <w:spacing w:before="40" w:after="120"/>
        <w:jc w:val="both"/>
      </w:pPr>
      <w:r>
        <w:rPr>
          <w:rFonts w:ascii="Georgia" w:hAnsi="Georgia"/>
          <w:b w:val="0"/>
          <w:i w:val="0"/>
          <w:color w:val="000000"/>
          <w:sz w:val="24"/>
        </w:rPr>
        <w:t>Получается, что Има, происходящая из горла, более возвышенна, и она скрыта внутри Хохмы. В этом смысл буквы йод, в которой Хохма раскрыта, а Бина скрыта внутри нее и не видна.</w:t>
      </w:r>
    </w:p>
    <w:p>
      <w:pPr>
        <w:spacing w:before="40" w:after="120"/>
        <w:jc w:val="both"/>
      </w:pPr>
      <w:r>
        <w:rPr>
          <w:rFonts w:ascii="Georgia" w:hAnsi="Georgia"/>
          <w:b w:val="0"/>
          <w:i w:val="0"/>
          <w:color w:val="000000"/>
          <w:sz w:val="24"/>
        </w:rPr>
        <w:t xml:space="preserve">Но когда две руки де-АА начали раскрываться (разделяться) и распространяться, Хесед облачился в Гвуру, и оттуда вышли ИШСУТ. Тогда все произошло наоборот: Аба стал более скрыт и утаен, чем Бина. Поэтому они обозначены намеком в букве хэй, где Хохма находится в скрытии, а Бина — в раскрытии. Об этом и сказано в «Идра Зута» (лист 290) близко к следующим словам: </w:t>
      </w:r>
      <w:r>
        <w:rPr>
          <w:rFonts w:ascii="Georgia" w:hAnsi="Georgia"/>
          <w:b w:val="0"/>
          <w:i/>
          <w:color w:val="000000"/>
          <w:sz w:val="24"/>
        </w:rPr>
        <w:t>«Затем обнаружились: Хохма — Аба, Бина — Има»</w:t>
      </w:r>
      <w:r>
        <w:rPr>
          <w:rFonts w:ascii="Georgia" w:hAnsi="Georgia"/>
          <w:b w:val="0"/>
          <w:i w:val="0"/>
          <w:color w:val="000000"/>
          <w:sz w:val="24"/>
        </w:rPr>
        <w:t>. Это означает, что вначале они скрыты — Бина внутри Хохмы; но «затем», то есть после того, как распространились руки де-АА, раскрылись уровни Аба ве-Има.</w:t>
      </w:r>
    </w:p>
    <w:p>
      <w:pPr>
        <w:spacing w:before="40" w:after="120"/>
        <w:jc w:val="both"/>
      </w:pPr>
      <w:r>
        <w:rPr>
          <w:rFonts w:ascii="Georgia" w:hAnsi="Georgia"/>
          <w:b w:val="0"/>
          <w:i w:val="0"/>
          <w:color w:val="000000"/>
          <w:sz w:val="24"/>
        </w:rPr>
        <w:t>Итак, подробно разъяснена суть Бины и первой Твуны, а также Аба и Исраэль Саба, обозначенных первыми двумя буквами йод и хэй (</w:t>
      </w:r>
      <w:r>
        <w:rPr>
          <w:rFonts w:ascii="Georgia" w:hAnsi="Georgia" w:cs="Times New Roman"/>
          <w:b/>
          <w:i w:val="0"/>
          <w:color w:val="000000"/>
          <w:sz w:val="24"/>
          <w:rtl/>
          <w:szCs w:val="32"/>
        </w:rPr>
        <w:t>י״ה</w:t>
      </w:r>
      <w:r>
        <w:rPr>
          <w:rFonts w:ascii="Georgia" w:hAnsi="Georgia"/>
          <w:b w:val="0"/>
          <w:i w:val="0"/>
          <w:color w:val="000000"/>
          <w:sz w:val="24"/>
        </w:rPr>
        <w:t>) Имени АВАЯ.</w:t>
      </w:r>
    </w:p>
    <w:p>
      <w:pPr>
        <w:spacing w:before="40" w:after="120"/>
        <w:jc w:val="both"/>
      </w:pPr>
      <w:r>
        <w:rPr>
          <w:rFonts w:ascii="Georgia" w:hAnsi="Georgia"/>
          <w:b w:val="0"/>
          <w:i w:val="0"/>
          <w:color w:val="000000"/>
          <w:sz w:val="24"/>
        </w:rPr>
        <w:t>Знай, что три части Бины — Высшая Бина, первая Твуна и вторая Твуна — все вместе составляют один парцуф. Получается, что когда происходило первое зачатие (ибур) ЗА, при котором он находится в состоянии «три, включенные в три», как известно, оно происходило в этой первой Твуне, являющейся первой буквой хэй Имени [АВАЯ]. Ведь так как три упомянутые части стали одним парцуфом, эта первая Твуна расположена от хазе и ниже общего парцуфа, а там находится место ибура — область чрева, внутри которого формируется плод. Однако в Высшей Бине нет свойства беременности и ибура.</w:t>
      </w:r>
    </w:p>
    <w:p>
      <w:pPr>
        <w:spacing w:before="40" w:after="120"/>
        <w:jc w:val="both"/>
      </w:pPr>
      <w:r>
        <w:rPr>
          <w:rFonts w:ascii="Georgia" w:hAnsi="Georgia"/>
          <w:b w:val="0"/>
          <w:i w:val="0"/>
          <w:color w:val="000000"/>
          <w:sz w:val="24"/>
        </w:rPr>
        <w:t>Высшая Бина называется самэх (</w:t>
      </w:r>
      <w:r>
        <w:rPr>
          <w:rFonts w:ascii="Georgia" w:hAnsi="Georgia" w:cs="Times New Roman"/>
          <w:b/>
          <w:i w:val="0"/>
          <w:color w:val="000000"/>
          <w:sz w:val="24"/>
          <w:rtl/>
          <w:szCs w:val="32"/>
        </w:rPr>
        <w:t>ס</w:t>
      </w:r>
      <w:r>
        <w:rPr>
          <w:rFonts w:ascii="Georgia" w:hAnsi="Georgia"/>
          <w:b w:val="0"/>
          <w:i w:val="0"/>
          <w:color w:val="000000"/>
          <w:sz w:val="24"/>
        </w:rPr>
        <w:t>), а первая Твуна называется замкнутой мэм (</w:t>
      </w:r>
      <w:r>
        <w:rPr>
          <w:rFonts w:ascii="Georgia" w:hAnsi="Georgia" w:cs="Times New Roman"/>
          <w:b/>
          <w:i w:val="0"/>
          <w:color w:val="000000"/>
          <w:sz w:val="24"/>
          <w:rtl/>
          <w:szCs w:val="32"/>
        </w:rPr>
        <w:t>ם</w:t>
      </w:r>
      <w:r>
        <w:rPr>
          <w:rFonts w:ascii="Georgia" w:hAnsi="Georgia"/>
          <w:b w:val="0"/>
          <w:i w:val="0"/>
          <w:color w:val="000000"/>
          <w:sz w:val="24"/>
        </w:rPr>
        <w:t>), как упомянуто выше.</w:t>
      </w:r>
    </w:p>
    <w:p>
      <w:pPr>
        <w:spacing w:before="40" w:after="120"/>
        <w:jc w:val="both"/>
      </w:pPr>
      <w:r>
        <w:rPr>
          <w:rFonts w:ascii="Georgia" w:hAnsi="Georgia"/>
          <w:b w:val="0"/>
          <w:i w:val="0"/>
          <w:color w:val="000000"/>
          <w:sz w:val="24"/>
        </w:rPr>
        <w:t xml:space="preserve">Смысл в том, что мера Высшей Бины — это шесть высших сфирот: Кетер, Хохма, Бина, Даат, Хесед и Гвура. Поскольку они происходят из тайны Хохмы, числовое значение которой десять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Высшая Бина называется самэх (</w:t>
      </w:r>
      <w:r>
        <w:rPr>
          <w:rFonts w:ascii="Georgia" w:hAnsi="Georgia" w:cs="Times New Roman"/>
          <w:b/>
          <w:i w:val="0"/>
          <w:color w:val="000000"/>
          <w:sz w:val="24"/>
          <w:rtl/>
          <w:szCs w:val="32"/>
        </w:rPr>
        <w:t>ס</w:t>
      </w:r>
      <w:r>
        <w:rPr>
          <w:rFonts w:ascii="Georgia" w:hAnsi="Georgia"/>
          <w:b w:val="0"/>
          <w:i w:val="0"/>
          <w:color w:val="000000"/>
          <w:sz w:val="24"/>
        </w:rPr>
        <w:t xml:space="preserve"> = 60), ведь она расположена напротив шести его высших сфирот, каждая из которых включает десять: 6 × 10 = 60.</w:t>
      </w:r>
    </w:p>
    <w:p>
      <w:pPr>
        <w:spacing w:before="40" w:after="120"/>
        <w:jc w:val="both"/>
      </w:pPr>
      <w:r>
        <w:rPr>
          <w:rFonts w:ascii="Georgia" w:hAnsi="Georgia"/>
          <w:b w:val="0"/>
          <w:i w:val="0"/>
          <w:color w:val="000000"/>
          <w:sz w:val="24"/>
        </w:rPr>
        <w:t>Твуна же содержит лишь меру четырех нижних сфир, и каждая включает десять по той же причине; поэтому она — замкнутая мэм (</w:t>
      </w:r>
      <w:r>
        <w:rPr>
          <w:rFonts w:ascii="Georgia" w:hAnsi="Georgia" w:cs="Times New Roman"/>
          <w:b/>
          <w:i w:val="0"/>
          <w:color w:val="000000"/>
          <w:sz w:val="24"/>
          <w:rtl/>
          <w:szCs w:val="32"/>
        </w:rPr>
        <w:t>ם</w:t>
      </w:r>
      <w:r>
        <w:rPr>
          <w:rFonts w:ascii="Georgia" w:hAnsi="Georgia"/>
          <w:b w:val="0"/>
          <w:i w:val="0"/>
          <w:color w:val="000000"/>
          <w:sz w:val="24"/>
        </w:rPr>
        <w:t xml:space="preserve"> = 40, 4 × 10). Ее также называют замкнутой буквой мэм, которая «сидит наседкой над птенцами» (</w:t>
      </w:r>
      <w:r>
        <w:rPr>
          <w:rFonts w:ascii="Georgia" w:hAnsi="Georgia"/>
          <w:b w:val="0"/>
          <w:i/>
          <w:color w:val="000000"/>
          <w:sz w:val="24"/>
        </w:rPr>
        <w:t>дейатва ревиа аль банин</w:t>
      </w:r>
      <w:r>
        <w:rPr>
          <w:rFonts w:ascii="Georgia" w:hAnsi="Georgia"/>
          <w:b w:val="0"/>
          <w:i w:val="0"/>
          <w:color w:val="000000"/>
          <w:sz w:val="24"/>
        </w:rPr>
        <w:t xml:space="preserve">, </w:t>
      </w:r>
      <w:r>
        <w:rPr>
          <w:rFonts w:ascii="Georgia" w:hAnsi="Georgia" w:cs="Times New Roman"/>
          <w:b/>
          <w:i w:val="0"/>
          <w:color w:val="000000"/>
          <w:sz w:val="24"/>
          <w:rtl/>
          <w:szCs w:val="32"/>
        </w:rPr>
        <w:t>דְּיָתְבָא רְבִיעָא עַל בְּנִין</w:t>
      </w:r>
      <w:r>
        <w:rPr>
          <w:rFonts w:ascii="Georgia" w:hAnsi="Georgia"/>
          <w:b w:val="0"/>
          <w:i w:val="0"/>
          <w:color w:val="000000"/>
          <w:sz w:val="24"/>
        </w:rPr>
        <w:t>).</w:t>
      </w:r>
    </w:p>
    <w:p>
      <w:pPr>
        <w:spacing w:before="40" w:after="120"/>
        <w:jc w:val="both"/>
      </w:pPr>
      <w:r>
        <w:rPr>
          <w:rFonts w:ascii="Georgia" w:hAnsi="Georgia"/>
          <w:b w:val="0"/>
          <w:i w:val="0"/>
          <w:color w:val="000000"/>
          <w:sz w:val="24"/>
        </w:rPr>
        <w:t>По этой же причине первая Твуна называется Грядущим миром (</w:t>
      </w:r>
      <w:r>
        <w:rPr>
          <w:rFonts w:ascii="Georgia" w:hAnsi="Georgia"/>
          <w:b w:val="0"/>
          <w:i/>
          <w:color w:val="000000"/>
          <w:sz w:val="24"/>
        </w:rPr>
        <w:t>Олам а-Ба</w:t>
      </w:r>
      <w:r>
        <w:rPr>
          <w:rFonts w:ascii="Georgia" w:hAnsi="Georgia"/>
          <w:b w:val="0"/>
          <w:i w:val="0"/>
          <w:color w:val="000000"/>
          <w:sz w:val="24"/>
        </w:rPr>
        <w:t xml:space="preserve">). Причина в том, что женские [парцуфим] называются «миром», как сказано в «Зоаре» (раздел Вайехи) к стиху </w:t>
      </w:r>
      <w:r>
        <w:rPr>
          <w:rFonts w:ascii="Georgia" w:hAnsi="Georgia"/>
          <w:b w:val="0"/>
          <w:i/>
          <w:color w:val="000000"/>
          <w:sz w:val="24"/>
        </w:rPr>
        <w:t>«От века и до века…»</w:t>
      </w:r>
      <w:r>
        <w:rPr>
          <w:rFonts w:ascii="Georgia" w:hAnsi="Georgia"/>
          <w:b w:val="0"/>
          <w:i w:val="0"/>
          <w:color w:val="000000"/>
          <w:sz w:val="24"/>
        </w:rPr>
        <w:t xml:space="preserve"> (Теилим 106:48). Эта Твуна называется «Грядущим миром» (</w:t>
      </w:r>
      <w:r>
        <w:rPr>
          <w:rFonts w:ascii="Georgia" w:hAnsi="Georgia"/>
          <w:b w:val="0"/>
          <w:i/>
          <w:color w:val="000000"/>
          <w:sz w:val="24"/>
        </w:rPr>
        <w:t>Альма де-атей</w:t>
      </w:r>
      <w:r>
        <w:rPr>
          <w:rFonts w:ascii="Georgia" w:hAnsi="Georgia"/>
          <w:b w:val="0"/>
          <w:i w:val="0"/>
          <w:color w:val="000000"/>
          <w:sz w:val="24"/>
        </w:rPr>
        <w:t xml:space="preserve">, </w:t>
      </w:r>
      <w:r>
        <w:rPr>
          <w:rFonts w:ascii="Georgia" w:hAnsi="Georgia" w:cs="Times New Roman"/>
          <w:b/>
          <w:i w:val="0"/>
          <w:color w:val="000000"/>
          <w:sz w:val="24"/>
          <w:rtl/>
          <w:szCs w:val="32"/>
        </w:rPr>
        <w:t>עָלְמָא דְּאָתֵי</w:t>
      </w:r>
      <w:r>
        <w:rPr>
          <w:rFonts w:ascii="Georgia" w:hAnsi="Georgia"/>
          <w:b w:val="0"/>
          <w:i w:val="0"/>
          <w:color w:val="000000"/>
          <w:sz w:val="24"/>
        </w:rPr>
        <w:t xml:space="preserve"> — буквально «мир, который приходит»), так как она спускается вниз и раскрывается постоянно. Высшая же Бина остается наверху и не опускается, поэтому Бина называется «будущим временем» (</w:t>
      </w:r>
      <w:r>
        <w:rPr>
          <w:rFonts w:ascii="Georgia" w:hAnsi="Georgia"/>
          <w:b w:val="0"/>
          <w:i/>
          <w:color w:val="000000"/>
          <w:sz w:val="24"/>
        </w:rPr>
        <w:t>ле-атид ла-во</w:t>
      </w:r>
      <w:r>
        <w:rPr>
          <w:rFonts w:ascii="Georgia" w:hAnsi="Georgia"/>
          <w:b w:val="0"/>
          <w:i w:val="0"/>
          <w:color w:val="000000"/>
          <w:sz w:val="24"/>
        </w:rPr>
        <w:t>): ведь высшие мохин ЗА, облаченные в НЕХИ Высшей Бины, суждено получить лишь впоследствии, когда его ступень возрастет и он обретет высшие мохин от Бины, а не от Твуны, — и тогда это будет временем будущего.</w:t>
      </w:r>
    </w:p>
    <w:p>
      <w:pPr>
        <w:spacing w:before="40" w:after="120"/>
        <w:jc w:val="both"/>
      </w:pPr>
      <w:r>
        <w:rPr>
          <w:rFonts w:ascii="Georgia" w:hAnsi="Georgia"/>
          <w:b w:val="0"/>
          <w:i w:val="0"/>
          <w:color w:val="000000"/>
          <w:sz w:val="24"/>
        </w:rPr>
        <w:t>Мохин же из Нецах-Ход-Есод Твуны поступают к нему постоянно, непрерывно притекая и приходя. В этом и заключается значение названия «Грядущий мир» (</w:t>
      </w:r>
      <w:r>
        <w:rPr>
          <w:rFonts w:ascii="Georgia" w:hAnsi="Georgia"/>
          <w:b w:val="0"/>
          <w:i/>
          <w:color w:val="000000"/>
          <w:sz w:val="24"/>
        </w:rPr>
        <w:t>Альма де-атей</w:t>
      </w:r>
      <w:r>
        <w:rPr>
          <w:rFonts w:ascii="Georgia" w:hAnsi="Georgia"/>
          <w:b w:val="0"/>
          <w:i w:val="0"/>
          <w:color w:val="000000"/>
          <w:sz w:val="24"/>
        </w:rPr>
        <w:t>), ведь он постоянно притекает и приходит.</w:t>
      </w:r>
    </w:p>
    <w:p>
      <w:pPr>
        <w:spacing w:before="40" w:after="120"/>
        <w:jc w:val="both"/>
      </w:pPr>
      <w:r>
        <w:rPr>
          <w:rFonts w:ascii="Georgia" w:hAnsi="Georgia"/>
          <w:b w:val="0"/>
          <w:i w:val="0"/>
          <w:color w:val="000000"/>
          <w:sz w:val="24"/>
        </w:rPr>
        <w:t>Таково различие между Грядущим миром и будущим временем: первое относится к Твуне, а второе — к Бине, а именно к их Нецах-Ход-Есод, которые становятся мохин для ЗА.</w:t>
      </w:r>
    </w:p>
    <w:p>
      <w:pPr>
        <w:spacing w:before="40" w:after="120"/>
        <w:jc w:val="both"/>
      </w:pPr>
      <w:r>
        <w:rPr>
          <w:rFonts w:ascii="Georgia" w:hAnsi="Georgia"/>
          <w:b w:val="0"/>
          <w:i w:val="0"/>
          <w:color w:val="000000"/>
          <w:sz w:val="24"/>
        </w:rPr>
        <w:t>Об этом и сказано в «Сефер а-Бахир», где ученики спросили рабби Рехумая: «Что такое Грядущий мир?» — и он ответил им: «Мир, который уже пришел». Это понятно в свете того, что я написал выше.</w:t>
      </w:r>
    </w:p>
    <w:p>
      <w:pPr>
        <w:spacing w:before="40" w:after="120"/>
        <w:jc w:val="both"/>
      </w:pPr>
      <w:r>
        <w:rPr>
          <w:rFonts w:ascii="Georgia" w:hAnsi="Georgia"/>
          <w:b w:val="0"/>
          <w:i w:val="0"/>
          <w:color w:val="000000"/>
          <w:sz w:val="24"/>
        </w:rPr>
        <w:t>--- Эц Хаим 15:6 ---</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Мы уже объясняли выше, что когда ЗА и две Твуны поднимаются к Высшей Бине, о ЗА говорится: «он со ступенями Бины» (</w:t>
      </w:r>
      <w:r>
        <w:rPr>
          <w:rFonts w:ascii="Georgia" w:hAnsi="Georgia"/>
          <w:b w:val="0"/>
          <w:i/>
          <w:color w:val="000000"/>
          <w:sz w:val="24"/>
        </w:rPr>
        <w:t>им бинот ху</w:t>
      </w:r>
      <w:r>
        <w:rPr>
          <w:rFonts w:ascii="Georgia" w:hAnsi="Georgia"/>
          <w:b w:val="0"/>
          <w:i w:val="0"/>
          <w:color w:val="000000"/>
          <w:sz w:val="24"/>
        </w:rPr>
        <w:t>). Причина этого откроется через предварительное разъяснение относительно включения, упоминаемого повсеместно: во всяком месте, где нижний поднимается наверх, на место высшего, чтобы включиться в него, высший занимает положение лица (паним), а нижний становится там сзади него (ахораим).</w:t>
      </w:r>
    </w:p>
    <w:p>
      <w:pPr>
        <w:spacing w:before="40" w:after="120"/>
        <w:jc w:val="both"/>
      </w:pPr>
      <w:r>
        <w:rPr>
          <w:rFonts w:ascii="Georgia" w:hAnsi="Georgia"/>
          <w:b w:val="0"/>
          <w:i w:val="0"/>
          <w:color w:val="000000"/>
          <w:sz w:val="24"/>
        </w:rPr>
        <w:t>Исходя из этого ты поймешь суть дела: эта Твуна выходит из ахораим Высшей Бины, а эти ахораим Бины представляют собой Имена ЭЛОКИМ, как известно; ведь, с Б-жьей помощью, мы покажем, что всякие ахораим — это Имена ЭЛОКИМ.</w:t>
      </w:r>
    </w:p>
    <w:p>
      <w:pPr>
        <w:spacing w:before="40" w:after="120"/>
        <w:jc w:val="both"/>
      </w:pPr>
      <w:r>
        <w:rPr>
          <w:rFonts w:ascii="Georgia" w:hAnsi="Georgia"/>
          <w:b w:val="0"/>
          <w:i w:val="0"/>
          <w:color w:val="000000"/>
          <w:sz w:val="24"/>
        </w:rPr>
        <w:t>И об этом сказано в «Зоаре» (раздел Ахарей мот, лист 85), что сама по себе Бина называется милосердием (</w:t>
      </w:r>
      <w:r>
        <w:rPr>
          <w:rFonts w:ascii="Georgia" w:hAnsi="Georgia"/>
          <w:b w:val="0"/>
          <w:i/>
          <w:color w:val="000000"/>
          <w:sz w:val="24"/>
        </w:rPr>
        <w:t>рахамей билходохи</w:t>
      </w:r>
      <w:r>
        <w:rPr>
          <w:rFonts w:ascii="Georgia" w:hAnsi="Georgia"/>
          <w:b w:val="0"/>
          <w:i w:val="0"/>
          <w:color w:val="000000"/>
          <w:sz w:val="24"/>
        </w:rPr>
        <w:t>), однако с ее стороны пробуждаются суды (</w:t>
      </w:r>
      <w:r>
        <w:rPr>
          <w:rFonts w:ascii="Georgia" w:hAnsi="Georgia"/>
          <w:b w:val="0"/>
          <w:i/>
          <w:color w:val="000000"/>
          <w:sz w:val="24"/>
        </w:rPr>
        <w:t>ми-ситраа</w:t>
      </w:r>
      <w:r>
        <w:rPr>
          <w:rFonts w:ascii="Georgia" w:hAnsi="Georgia"/>
          <w:b w:val="0"/>
          <w:i w:val="0"/>
          <w:color w:val="000000"/>
          <w:sz w:val="24"/>
        </w:rPr>
        <w:t xml:space="preserve">, </w:t>
      </w:r>
      <w:r>
        <w:rPr>
          <w:rFonts w:ascii="Georgia" w:hAnsi="Georgia" w:cs="Times New Roman"/>
          <w:b/>
          <w:i w:val="0"/>
          <w:color w:val="000000"/>
          <w:sz w:val="24"/>
          <w:rtl/>
          <w:szCs w:val="32"/>
        </w:rPr>
        <w:t>מִסִּטְרָאָהּ</w:t>
      </w:r>
      <w:r>
        <w:rPr>
          <w:rFonts w:ascii="Georgia" w:hAnsi="Georgia"/>
          <w:b w:val="0"/>
          <w:i w:val="0"/>
          <w:color w:val="000000"/>
          <w:sz w:val="24"/>
        </w:rPr>
        <w:t xml:space="preserve">; </w:t>
      </w:r>
      <w:r>
        <w:rPr>
          <w:rFonts w:ascii="Georgia" w:hAnsi="Georgia"/>
          <w:b w:val="0"/>
          <w:i/>
          <w:color w:val="000000"/>
          <w:sz w:val="24"/>
        </w:rPr>
        <w:t>динин миторарин</w:t>
      </w:r>
      <w:r>
        <w:rPr>
          <w:rFonts w:ascii="Georgia" w:hAnsi="Georgia"/>
          <w:b w:val="0"/>
          <w:i w:val="0"/>
          <w:color w:val="000000"/>
          <w:sz w:val="24"/>
        </w:rPr>
        <w:t xml:space="preserve">, </w:t>
      </w:r>
      <w:r>
        <w:rPr>
          <w:rFonts w:ascii="Georgia" w:hAnsi="Georgia" w:cs="Times New Roman"/>
          <w:b/>
          <w:i w:val="0"/>
          <w:color w:val="000000"/>
          <w:sz w:val="24"/>
          <w:rtl/>
          <w:szCs w:val="32"/>
        </w:rPr>
        <w:t>דִּינִין מִתְעָרִין</w:t>
      </w:r>
      <w:r>
        <w:rPr>
          <w:rFonts w:ascii="Georgia" w:hAnsi="Georgia"/>
          <w:b w:val="0"/>
          <w:i w:val="0"/>
          <w:color w:val="000000"/>
          <w:sz w:val="24"/>
        </w:rPr>
        <w:t>). Смысл выражения «с ее стороны» (</w:t>
      </w:r>
      <w:r>
        <w:rPr>
          <w:rFonts w:ascii="Georgia" w:hAnsi="Georgia"/>
          <w:b w:val="0"/>
          <w:i/>
          <w:color w:val="000000"/>
          <w:sz w:val="24"/>
        </w:rPr>
        <w:t>ми-ситраа</w:t>
      </w:r>
      <w:r>
        <w:rPr>
          <w:rFonts w:ascii="Georgia" w:hAnsi="Georgia"/>
          <w:b w:val="0"/>
          <w:i w:val="0"/>
          <w:color w:val="000000"/>
          <w:sz w:val="24"/>
        </w:rPr>
        <w:t xml:space="preserve">, </w:t>
      </w:r>
      <w:r>
        <w:rPr>
          <w:rFonts w:ascii="Georgia" w:hAnsi="Georgia" w:cs="Times New Roman"/>
          <w:b/>
          <w:i w:val="0"/>
          <w:color w:val="000000"/>
          <w:sz w:val="24"/>
          <w:rtl/>
          <w:szCs w:val="32"/>
        </w:rPr>
        <w:t>מִסִּטְרָאָהּ</w:t>
      </w:r>
      <w:r>
        <w:rPr>
          <w:rFonts w:ascii="Georgia" w:hAnsi="Georgia"/>
          <w:b w:val="0"/>
          <w:i w:val="0"/>
          <w:color w:val="000000"/>
          <w:sz w:val="24"/>
        </w:rPr>
        <w:t>) означает: с ее боковых сторон, то есть из ее ахораим, которые и есть суды. Однако сама она со стороны своего лица — это милосердие. Знай же: везде, где в «Зоаре» сказано, что Бина называется ЭЛОКИМ, имеется в виду именно эта Твуна, выходящая из ахораим Бины, которые и есть ЭЛОКИМ.</w:t>
      </w:r>
    </w:p>
    <w:p>
      <w:pPr>
        <w:spacing w:before="40" w:after="120"/>
        <w:jc w:val="both"/>
      </w:pPr>
      <w:r>
        <w:rPr>
          <w:rFonts w:ascii="Georgia" w:hAnsi="Georgia"/>
          <w:b w:val="0"/>
          <w:i w:val="0"/>
          <w:color w:val="000000"/>
          <w:sz w:val="24"/>
        </w:rPr>
        <w:t>Следовательно, когда эта Твуна находится внизу, внешние силы имеют за нее зацепку. Однако когда она поднимается наверх и пребывает там в качестве ахораим Высшей Бины, у внешних сил нет к ней доступа.</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Ведь когда эта нижняя Твуна опускается ниже ахораим Бины, ЗА также опускается ниже своего места, и точно так же Нуква де-ЗА опускается со своего места. Тогда все они называются «падающими», поскольку даже в этой Твуне внешние силы получают зацепку, как сказано выше. И поднимаются они не иначе как благодаря Высшей Бине, называемой самэх (</w:t>
      </w:r>
      <w:r>
        <w:rPr>
          <w:rFonts w:ascii="Georgia" w:hAnsi="Georgia" w:cs="Times New Roman"/>
          <w:b/>
          <w:i w:val="0"/>
          <w:color w:val="000000"/>
          <w:sz w:val="24"/>
          <w:rtl/>
          <w:szCs w:val="32"/>
        </w:rPr>
        <w:t>ס</w:t>
      </w:r>
      <w:r>
        <w:rPr>
          <w:rFonts w:ascii="Georgia" w:hAnsi="Georgia"/>
          <w:b w:val="0"/>
          <w:i w:val="0"/>
          <w:color w:val="000000"/>
          <w:sz w:val="24"/>
        </w:rPr>
        <w:t>), как упомянуто выше. Так как она поддерживает (</w:t>
      </w:r>
      <w:r>
        <w:rPr>
          <w:rFonts w:ascii="Georgia" w:hAnsi="Georgia"/>
          <w:b w:val="0"/>
          <w:i/>
          <w:color w:val="000000"/>
          <w:sz w:val="24"/>
        </w:rPr>
        <w:t>сомех</w:t>
      </w:r>
      <w:r>
        <w:rPr>
          <w:rFonts w:ascii="Georgia" w:hAnsi="Georgia"/>
          <w:b w:val="0"/>
          <w:i w:val="0"/>
          <w:color w:val="000000"/>
          <w:sz w:val="24"/>
        </w:rPr>
        <w:t>) их, когда все они поднимаются наверх указанным путем, чтобы включиться друг в друга, и Твуна поднимается, становясь ахораим Высшей Бины, называемой самэх (</w:t>
      </w:r>
      <w:r>
        <w:rPr>
          <w:rFonts w:ascii="Georgia" w:hAnsi="Georgia" w:cs="Times New Roman"/>
          <w:b/>
          <w:i w:val="0"/>
          <w:color w:val="000000"/>
          <w:sz w:val="24"/>
          <w:rtl/>
          <w:szCs w:val="32"/>
        </w:rPr>
        <w:t>ס</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Разъясним теперь устройство Бины и Твуны через содержащиеся в них Имена. Знай, что из ахораим четырех высших [сфир] Бины образовались четыре высшие сфиры Твуны со стороны ее лица, а из ахораим шести концов (ВАК) Высшей Бины образовались ВАК со стороны лица Твуны.</w:t>
      </w:r>
    </w:p>
    <w:p>
      <w:pPr>
        <w:spacing w:before="40" w:after="120"/>
        <w:jc w:val="both"/>
      </w:pPr>
      <w:r>
        <w:rPr>
          <w:rFonts w:ascii="Georgia" w:hAnsi="Georgia"/>
          <w:b w:val="0"/>
          <w:i w:val="0"/>
          <w:color w:val="000000"/>
          <w:sz w:val="24"/>
        </w:rPr>
        <w:t>Высшая Бина и Высший Аба — это два Имени: Аба называется АВАЯ наполнения АБ (72) с буквами йод, а Има называется ЭЙЕ с наполнением буквами йод с гематрией 161 (</w:t>
      </w:r>
      <w:r>
        <w:rPr>
          <w:rFonts w:ascii="Georgia" w:hAnsi="Georgia" w:cs="Times New Roman"/>
          <w:b/>
          <w:i w:val="0"/>
          <w:color w:val="000000"/>
          <w:sz w:val="24"/>
          <w:rtl/>
          <w:szCs w:val="32"/>
        </w:rPr>
        <w:t>קס״א</w:t>
      </w:r>
      <w:r>
        <w:rPr>
          <w:rFonts w:ascii="Georgia" w:hAnsi="Georgia"/>
          <w:b w:val="0"/>
          <w:i w:val="0"/>
          <w:color w:val="000000"/>
          <w:sz w:val="24"/>
        </w:rPr>
        <w:t>).</w:t>
      </w:r>
    </w:p>
    <w:p>
      <w:pPr>
        <w:spacing w:before="40" w:after="120"/>
        <w:jc w:val="both"/>
      </w:pPr>
      <w:r>
        <w:rPr>
          <w:rFonts w:ascii="Georgia" w:hAnsi="Georgia"/>
          <w:b w:val="0"/>
          <w:i w:val="0"/>
          <w:color w:val="000000"/>
          <w:sz w:val="24"/>
        </w:rPr>
        <w:t>И хотя в ахораим Бины есть десять сфирот, тем не менее свойство ЭЛОКИМ, находящееся в ее ахораим, заметно и раскрывается в ней лишь в ахораим от ее половины и ниже, то есть от ее хазе — в четырех сфирах ТАНЕХИ. Суть в том, что в Имени ЭЛОКИМ, как известно, есть 120 перестановок, разделяющихся на четыре части: первое Имя ЭЛОКИМ включает 30 перестановок в первой сфире, второе Имя ЭЛОКИМ включает 30 перестановок во второй сфире, третье Имя ЭЛОКИМ включает 30 перестановок в третьей сфире, и четвертое Имя ЭЛОКИМ включает 30 перестановок в четвертой сфире.</w:t>
      </w:r>
    </w:p>
    <w:p>
      <w:pPr>
        <w:spacing w:before="40" w:after="120"/>
        <w:jc w:val="both"/>
      </w:pPr>
      <w:r>
        <w:rPr>
          <w:rFonts w:ascii="Georgia" w:hAnsi="Georgia"/>
          <w:b w:val="0"/>
          <w:i w:val="0"/>
          <w:color w:val="000000"/>
          <w:sz w:val="24"/>
        </w:rPr>
        <w:t>По имени этих 120 перестановок Высшая Бина и называется самэх, как сказано выше, ведь полное написание названия буквы самэх (</w:t>
      </w:r>
      <w:r>
        <w:rPr>
          <w:rFonts w:ascii="Georgia" w:hAnsi="Georgia" w:cs="Times New Roman"/>
          <w:b/>
          <w:i w:val="0"/>
          <w:color w:val="000000"/>
          <w:sz w:val="24"/>
          <w:rtl/>
          <w:szCs w:val="32"/>
        </w:rPr>
        <w:t>סמ״ך</w:t>
      </w:r>
      <w:r>
        <w:rPr>
          <w:rFonts w:ascii="Georgia" w:hAnsi="Georgia"/>
          <w:b w:val="0"/>
          <w:i w:val="0"/>
          <w:color w:val="000000"/>
          <w:sz w:val="24"/>
        </w:rPr>
        <w:t xml:space="preserve">: самэх </w:t>
      </w:r>
      <w:r>
        <w:rPr>
          <w:rFonts w:ascii="Georgia" w:hAnsi="Georgia" w:cs="Times New Roman"/>
          <w:b/>
          <w:i w:val="0"/>
          <w:color w:val="000000"/>
          <w:sz w:val="24"/>
          <w:rtl/>
          <w:szCs w:val="32"/>
        </w:rPr>
        <w:t>ס</w:t>
      </w:r>
      <w:r>
        <w:rPr>
          <w:rFonts w:ascii="Georgia" w:hAnsi="Georgia"/>
          <w:b w:val="0"/>
          <w:i w:val="0"/>
          <w:color w:val="000000"/>
          <w:sz w:val="24"/>
        </w:rPr>
        <w:t xml:space="preserve"> = 60, мэм </w:t>
      </w:r>
      <w:r>
        <w:rPr>
          <w:rFonts w:ascii="Georgia" w:hAnsi="Georgia" w:cs="Times New Roman"/>
          <w:b/>
          <w:i w:val="0"/>
          <w:color w:val="000000"/>
          <w:sz w:val="24"/>
          <w:rtl/>
          <w:szCs w:val="32"/>
        </w:rPr>
        <w:t>מ</w:t>
      </w:r>
      <w:r>
        <w:rPr>
          <w:rFonts w:ascii="Georgia" w:hAnsi="Georgia"/>
          <w:b w:val="0"/>
          <w:i w:val="0"/>
          <w:color w:val="000000"/>
          <w:sz w:val="24"/>
        </w:rPr>
        <w:t xml:space="preserve"> = 40, каф </w:t>
      </w:r>
      <w:r>
        <w:rPr>
          <w:rFonts w:ascii="Georgia" w:hAnsi="Georgia" w:cs="Times New Roman"/>
          <w:b/>
          <w:i w:val="0"/>
          <w:color w:val="000000"/>
          <w:sz w:val="24"/>
          <w:rtl/>
          <w:szCs w:val="32"/>
        </w:rPr>
        <w:t>ך</w:t>
      </w:r>
      <w:r>
        <w:rPr>
          <w:rFonts w:ascii="Georgia" w:hAnsi="Georgia"/>
          <w:b w:val="0"/>
          <w:i w:val="0"/>
          <w:color w:val="000000"/>
          <w:sz w:val="24"/>
        </w:rPr>
        <w:t xml:space="preserve"> = 20) по гематрии составляет 120. И когда ЗА и первая Твуна поднимаются к ее ахораим, сбываются слова: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w:t>
      </w:r>
    </w:p>
    <w:p>
      <w:pPr>
        <w:spacing w:before="40" w:after="120"/>
        <w:jc w:val="both"/>
      </w:pPr>
      <w:r>
        <w:rPr>
          <w:rFonts w:ascii="Georgia" w:hAnsi="Georgia"/>
          <w:b w:val="0"/>
          <w:i w:val="0"/>
          <w:color w:val="000000"/>
          <w:sz w:val="24"/>
        </w:rPr>
        <w:t xml:space="preserve">Они разделяются на четыре части, и в этом смысл стиха: </w:t>
      </w:r>
      <w:r>
        <w:rPr>
          <w:rFonts w:ascii="Georgia" w:hAnsi="Georgia"/>
          <w:b w:val="0"/>
          <w:i/>
          <w:color w:val="000000"/>
          <w:sz w:val="24"/>
        </w:rPr>
        <w:t>«Длина одного полотнища — тридцать локтей, а ширина — четыре локтя…»</w:t>
      </w:r>
      <w:r>
        <w:rPr>
          <w:rFonts w:ascii="Georgia" w:hAnsi="Georgia"/>
          <w:b w:val="0"/>
          <w:i w:val="0"/>
          <w:color w:val="000000"/>
          <w:sz w:val="24"/>
        </w:rPr>
        <w:t xml:space="preserve"> (Шмот 26:8) — это 120 перестановок ЭЛОКИМ, разделенные на четырежды тридцать.</w:t>
      </w:r>
    </w:p>
    <w:p>
      <w:pPr>
        <w:spacing w:before="40" w:after="120"/>
        <w:jc w:val="both"/>
      </w:pPr>
      <w:r>
        <w:rPr>
          <w:rFonts w:ascii="Georgia" w:hAnsi="Georgia"/>
          <w:b w:val="0"/>
          <w:i w:val="0"/>
          <w:color w:val="000000"/>
          <w:sz w:val="24"/>
        </w:rPr>
        <w:t>В этом же заключается суть Имени БОХУ (</w:t>
      </w:r>
      <w:r>
        <w:rPr>
          <w:rFonts w:ascii="Georgia" w:hAnsi="Georgia" w:cs="Times New Roman"/>
          <w:b/>
          <w:i w:val="0"/>
          <w:color w:val="000000"/>
          <w:sz w:val="24"/>
          <w:rtl/>
          <w:szCs w:val="32"/>
        </w:rPr>
        <w:t>בוכ״ו</w:t>
      </w:r>
      <w:r>
        <w:rPr>
          <w:rFonts w:ascii="Georgia" w:hAnsi="Georgia"/>
          <w:b w:val="0"/>
          <w:i w:val="0"/>
          <w:color w:val="000000"/>
          <w:sz w:val="24"/>
        </w:rPr>
        <w:t xml:space="preserve"> = 34), упоминаемого в разделе Пкудей (лист 261), которое образуется заменой букв Имени ЭЙЕ (</w:t>
      </w:r>
      <w:r>
        <w:rPr>
          <w:rFonts w:ascii="Georgia" w:hAnsi="Georgia" w:cs="Times New Roman"/>
          <w:b/>
          <w:i w:val="0"/>
          <w:color w:val="000000"/>
          <w:sz w:val="24"/>
          <w:rtl/>
          <w:szCs w:val="32"/>
        </w:rPr>
        <w:t>אהיה</w:t>
      </w:r>
      <w:r>
        <w:rPr>
          <w:rFonts w:ascii="Georgia" w:hAnsi="Georgia"/>
          <w:b w:val="0"/>
          <w:i w:val="0"/>
          <w:color w:val="000000"/>
          <w:sz w:val="24"/>
        </w:rPr>
        <w:t>) по порядку алфавита: буква бэт (</w:t>
      </w:r>
      <w:r>
        <w:rPr>
          <w:rFonts w:ascii="Georgia" w:hAnsi="Georgia" w:cs="Times New Roman"/>
          <w:b/>
          <w:i w:val="0"/>
          <w:color w:val="000000"/>
          <w:sz w:val="24"/>
          <w:rtl/>
          <w:szCs w:val="32"/>
        </w:rPr>
        <w:t>ב</w:t>
      </w:r>
      <w:r>
        <w:rPr>
          <w:rFonts w:ascii="Georgia" w:hAnsi="Georgia"/>
          <w:b w:val="0"/>
          <w:i w:val="0"/>
          <w:color w:val="000000"/>
          <w:sz w:val="24"/>
        </w:rPr>
        <w:t>) вместо алеф (</w:t>
      </w:r>
      <w:r>
        <w:rPr>
          <w:rFonts w:ascii="Georgia" w:hAnsi="Georgia" w:cs="Times New Roman"/>
          <w:b/>
          <w:i w:val="0"/>
          <w:color w:val="000000"/>
          <w:sz w:val="24"/>
          <w:rtl/>
          <w:szCs w:val="32"/>
        </w:rPr>
        <w:t>א</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вместо хэй (</w:t>
      </w:r>
      <w:r>
        <w:rPr>
          <w:rFonts w:ascii="Georgia" w:hAnsi="Georgia" w:cs="Times New Roman"/>
          <w:b/>
          <w:i w:val="0"/>
          <w:color w:val="000000"/>
          <w:sz w:val="24"/>
          <w:rtl/>
          <w:szCs w:val="32"/>
        </w:rPr>
        <w:t>ה</w:t>
      </w:r>
      <w:r>
        <w:rPr>
          <w:rFonts w:ascii="Georgia" w:hAnsi="Georgia"/>
          <w:b w:val="0"/>
          <w:i w:val="0"/>
          <w:color w:val="000000"/>
          <w:sz w:val="24"/>
        </w:rPr>
        <w:t>), буква каф (</w:t>
      </w:r>
      <w:r>
        <w:rPr>
          <w:rFonts w:ascii="Georgia" w:hAnsi="Georgia" w:cs="Times New Roman"/>
          <w:b/>
          <w:i w:val="0"/>
          <w:color w:val="000000"/>
          <w:sz w:val="24"/>
          <w:rtl/>
          <w:szCs w:val="32"/>
        </w:rPr>
        <w:t>כ</w:t>
      </w:r>
      <w:r>
        <w:rPr>
          <w:rFonts w:ascii="Georgia" w:hAnsi="Georgia"/>
          <w:b w:val="0"/>
          <w:i w:val="0"/>
          <w:color w:val="000000"/>
          <w:sz w:val="24"/>
        </w:rPr>
        <w:t>) вместо йод (</w:t>
      </w:r>
      <w:r>
        <w:rPr>
          <w:rFonts w:ascii="Georgia" w:hAnsi="Georgia" w:cs="Times New Roman"/>
          <w:b/>
          <w:i w:val="0"/>
          <w:color w:val="000000"/>
          <w:sz w:val="24"/>
          <w:rtl/>
          <w:szCs w:val="32"/>
        </w:rPr>
        <w:t>י</w:t>
      </w:r>
      <w:r>
        <w:rPr>
          <w:rFonts w:ascii="Georgia" w:hAnsi="Georgia"/>
          <w:b w:val="0"/>
          <w:i w:val="0"/>
          <w:color w:val="000000"/>
          <w:sz w:val="24"/>
        </w:rPr>
        <w:t>) и буква вав (</w:t>
      </w:r>
      <w:r>
        <w:rPr>
          <w:rFonts w:ascii="Georgia" w:hAnsi="Georgia" w:cs="Times New Roman"/>
          <w:b/>
          <w:i w:val="0"/>
          <w:color w:val="000000"/>
          <w:sz w:val="24"/>
          <w:rtl/>
          <w:szCs w:val="32"/>
        </w:rPr>
        <w:t>ו</w:t>
      </w:r>
      <w:r>
        <w:rPr>
          <w:rFonts w:ascii="Georgia" w:hAnsi="Georgia"/>
          <w:b w:val="0"/>
          <w:i w:val="0"/>
          <w:color w:val="000000"/>
          <w:sz w:val="24"/>
        </w:rPr>
        <w:t>) вместо хэй (</w:t>
      </w:r>
      <w:r>
        <w:rPr>
          <w:rFonts w:ascii="Georgia" w:hAnsi="Georgia" w:cs="Times New Roman"/>
          <w:b/>
          <w:i w:val="0"/>
          <w:color w:val="000000"/>
          <w:sz w:val="24"/>
          <w:rtl/>
          <w:szCs w:val="32"/>
        </w:rPr>
        <w:t>ה</w:t>
      </w:r>
      <w:r>
        <w:rPr>
          <w:rFonts w:ascii="Georgia" w:hAnsi="Georgia"/>
          <w:b w:val="0"/>
          <w:i w:val="0"/>
          <w:color w:val="000000"/>
          <w:sz w:val="24"/>
        </w:rPr>
        <w:t>). Ведь Имя ЭЙЕ находится в ее лицевой стороне, а Имя БОХУ — в ее ахораим. Гематрия этого Имени равна буквам далет-ламэд (</w:t>
      </w:r>
      <w:r>
        <w:rPr>
          <w:rFonts w:ascii="Georgia" w:hAnsi="Georgia" w:cs="Times New Roman"/>
          <w:b/>
          <w:i w:val="0"/>
          <w:color w:val="000000"/>
          <w:sz w:val="24"/>
          <w:rtl/>
          <w:szCs w:val="32"/>
        </w:rPr>
        <w:t>ד״ל</w:t>
      </w:r>
      <w:r>
        <w:rPr>
          <w:rFonts w:ascii="Georgia" w:hAnsi="Georgia"/>
          <w:b w:val="0"/>
          <w:i w:val="0"/>
          <w:color w:val="000000"/>
          <w:sz w:val="24"/>
        </w:rPr>
        <w:t xml:space="preserve">: далет </w:t>
      </w:r>
      <w:r>
        <w:rPr>
          <w:rFonts w:ascii="Georgia" w:hAnsi="Georgia" w:cs="Times New Roman"/>
          <w:b/>
          <w:i w:val="0"/>
          <w:color w:val="000000"/>
          <w:sz w:val="24"/>
          <w:rtl/>
          <w:szCs w:val="32"/>
        </w:rPr>
        <w:t>ד</w:t>
      </w:r>
      <w:r>
        <w:rPr>
          <w:rFonts w:ascii="Georgia" w:hAnsi="Georgia"/>
          <w:b w:val="0"/>
          <w:i w:val="0"/>
          <w:color w:val="000000"/>
          <w:sz w:val="24"/>
        </w:rPr>
        <w:t xml:space="preserve"> = 4, ламэд </w:t>
      </w:r>
      <w:r>
        <w:rPr>
          <w:rFonts w:ascii="Georgia" w:hAnsi="Georgia" w:cs="Times New Roman"/>
          <w:b/>
          <w:i w:val="0"/>
          <w:color w:val="000000"/>
          <w:sz w:val="24"/>
          <w:rtl/>
          <w:szCs w:val="32"/>
        </w:rPr>
        <w:t>ל</w:t>
      </w:r>
      <w:r>
        <w:rPr>
          <w:rFonts w:ascii="Georgia" w:hAnsi="Georgia"/>
          <w:b w:val="0"/>
          <w:i w:val="0"/>
          <w:color w:val="000000"/>
          <w:sz w:val="24"/>
        </w:rPr>
        <w:t xml:space="preserve"> = 30; 4 + 30 = 34), указывая на эти ахораим, представляющие собой четыре раза по тридцать перестановок ЭЛОКИМ. Моше, верный пастырь, мир ему, включал в себя эти 120 перестановок указанным образом. Ведь четыре Имени ЭЛОКИМ (4 × 86 = 344) вместе с единицей общности (колель) по гематрии равны имени Моше (</w:t>
      </w:r>
      <w:r>
        <w:rPr>
          <w:rFonts w:ascii="Georgia" w:hAnsi="Georgia" w:cs="Times New Roman"/>
          <w:b/>
          <w:i w:val="0"/>
          <w:color w:val="000000"/>
          <w:sz w:val="24"/>
          <w:rtl/>
          <w:szCs w:val="32"/>
        </w:rPr>
        <w:t>מש״ה</w:t>
      </w:r>
      <w:r>
        <w:rPr>
          <w:rFonts w:ascii="Georgia" w:hAnsi="Georgia"/>
          <w:b w:val="0"/>
          <w:i w:val="0"/>
          <w:color w:val="000000"/>
          <w:sz w:val="24"/>
        </w:rPr>
        <w:t xml:space="preserve"> = 345: мэм </w:t>
      </w:r>
      <w:r>
        <w:rPr>
          <w:rFonts w:ascii="Georgia" w:hAnsi="Georgia" w:cs="Times New Roman"/>
          <w:b/>
          <w:i w:val="0"/>
          <w:color w:val="000000"/>
          <w:sz w:val="24"/>
          <w:rtl/>
          <w:szCs w:val="32"/>
        </w:rPr>
        <w:t>מ</w:t>
      </w:r>
      <w:r>
        <w:rPr>
          <w:rFonts w:ascii="Georgia" w:hAnsi="Georgia"/>
          <w:b w:val="0"/>
          <w:i w:val="0"/>
          <w:color w:val="000000"/>
          <w:sz w:val="24"/>
        </w:rPr>
        <w:t xml:space="preserve"> = 40, шин </w:t>
      </w:r>
      <w:r>
        <w:rPr>
          <w:rFonts w:ascii="Georgia" w:hAnsi="Georgia" w:cs="Times New Roman"/>
          <w:b/>
          <w:i w:val="0"/>
          <w:color w:val="000000"/>
          <w:sz w:val="24"/>
          <w:rtl/>
          <w:szCs w:val="32"/>
        </w:rPr>
        <w:t>ש</w:t>
      </w:r>
      <w:r>
        <w:rPr>
          <w:rFonts w:ascii="Georgia" w:hAnsi="Georgia"/>
          <w:b w:val="0"/>
          <w:i w:val="0"/>
          <w:color w:val="000000"/>
          <w:sz w:val="24"/>
        </w:rPr>
        <w:t xml:space="preserve"> = 300, хэй </w:t>
      </w:r>
      <w:r>
        <w:rPr>
          <w:rFonts w:ascii="Georgia" w:hAnsi="Georgia" w:cs="Times New Roman"/>
          <w:b/>
          <w:i w:val="0"/>
          <w:color w:val="000000"/>
          <w:sz w:val="24"/>
          <w:rtl/>
          <w:szCs w:val="32"/>
        </w:rPr>
        <w:t>ה</w:t>
      </w:r>
      <w:r>
        <w:rPr>
          <w:rFonts w:ascii="Georgia" w:hAnsi="Georgia"/>
          <w:b w:val="0"/>
          <w:i w:val="0"/>
          <w:color w:val="000000"/>
          <w:sz w:val="24"/>
        </w:rPr>
        <w:t xml:space="preserve"> = 5). И каждое из этих четырех Имен ЭЛОКИМ включает тридцать перестановок, так что все четыре содержат 120 перестановок ЭЛОКИМ. Об этом и сказано: </w:t>
      </w:r>
      <w:r>
        <w:rPr>
          <w:rFonts w:ascii="Georgia" w:hAnsi="Georgia"/>
          <w:b w:val="0"/>
          <w:i/>
          <w:color w:val="000000"/>
          <w:sz w:val="24"/>
        </w:rPr>
        <w:t>«…потому что он есть плоть; пусть будут дни его сто двадцать лет»</w:t>
      </w:r>
      <w:r>
        <w:rPr>
          <w:rFonts w:ascii="Georgia" w:hAnsi="Georgia"/>
          <w:b w:val="0"/>
          <w:i w:val="0"/>
          <w:color w:val="000000"/>
          <w:sz w:val="24"/>
        </w:rPr>
        <w:t xml:space="preserve"> (Берешит 6:3), как приводится в «Тиккуней Зоар» к словам </w:t>
      </w:r>
      <w:r>
        <w:rPr>
          <w:rFonts w:ascii="Georgia" w:hAnsi="Georgia"/>
          <w:b w:val="0"/>
          <w:i/>
          <w:color w:val="000000"/>
          <w:sz w:val="24"/>
        </w:rPr>
        <w:t>«потому что он»</w:t>
      </w:r>
      <w:r>
        <w:rPr>
          <w:rFonts w:ascii="Georgia" w:hAnsi="Georgia"/>
          <w:b w:val="0"/>
          <w:i w:val="0"/>
          <w:color w:val="000000"/>
          <w:sz w:val="24"/>
        </w:rPr>
        <w:t xml:space="preserve"> (</w:t>
      </w:r>
      <w:r>
        <w:rPr>
          <w:rFonts w:ascii="Georgia" w:hAnsi="Georgia"/>
          <w:b w:val="0"/>
          <w:i/>
          <w:color w:val="000000"/>
          <w:sz w:val="24"/>
        </w:rPr>
        <w:t>бе-шагам</w:t>
      </w:r>
      <w:r>
        <w:rPr>
          <w:rFonts w:ascii="Georgia" w:hAnsi="Georgia"/>
          <w:b w:val="0"/>
          <w:i w:val="0"/>
          <w:color w:val="000000"/>
          <w:sz w:val="24"/>
        </w:rPr>
        <w:t xml:space="preserve">, </w:t>
      </w:r>
      <w:r>
        <w:rPr>
          <w:rFonts w:ascii="Georgia" w:hAnsi="Georgia" w:cs="Times New Roman"/>
          <w:b/>
          <w:i w:val="0"/>
          <w:color w:val="000000"/>
          <w:sz w:val="24"/>
          <w:rtl/>
          <w:szCs w:val="32"/>
        </w:rPr>
        <w:t>בְּשַׁגַּם</w:t>
      </w:r>
      <w:r>
        <w:rPr>
          <w:rFonts w:ascii="Georgia" w:hAnsi="Georgia"/>
          <w:b w:val="0"/>
          <w:i w:val="0"/>
          <w:color w:val="000000"/>
          <w:sz w:val="24"/>
        </w:rPr>
        <w:t xml:space="preserve">): «это Моше» (поскольку гематрия слова </w:t>
      </w:r>
      <w:r>
        <w:rPr>
          <w:rFonts w:ascii="Georgia" w:hAnsi="Georgia" w:cs="Times New Roman"/>
          <w:b/>
          <w:i w:val="0"/>
          <w:color w:val="000000"/>
          <w:sz w:val="24"/>
          <w:rtl/>
          <w:szCs w:val="32"/>
        </w:rPr>
        <w:t>בשגם</w:t>
      </w:r>
      <w:r>
        <w:rPr>
          <w:rFonts w:ascii="Georgia" w:hAnsi="Georgia"/>
          <w:b w:val="0"/>
          <w:i w:val="0"/>
          <w:color w:val="000000"/>
          <w:sz w:val="24"/>
        </w:rPr>
        <w:t xml:space="preserve"> равна 345, как и имя </w:t>
      </w:r>
      <w:r>
        <w:rPr>
          <w:rFonts w:ascii="Georgia" w:hAnsi="Georgia" w:cs="Times New Roman"/>
          <w:b/>
          <w:i w:val="0"/>
          <w:color w:val="000000"/>
          <w:sz w:val="24"/>
          <w:rtl/>
          <w:szCs w:val="32"/>
        </w:rPr>
        <w:t>משה</w:t>
      </w:r>
      <w:r>
        <w:rPr>
          <w:rFonts w:ascii="Georgia" w:hAnsi="Georgia"/>
          <w:b w:val="0"/>
          <w:i w:val="0"/>
          <w:color w:val="000000"/>
          <w:sz w:val="24"/>
        </w:rPr>
        <w:t>).</w:t>
      </w:r>
    </w:p>
    <w:p>
      <w:pPr>
        <w:spacing w:before="40" w:after="120"/>
        <w:jc w:val="both"/>
      </w:pPr>
      <w:r>
        <w:rPr>
          <w:rFonts w:ascii="Georgia" w:hAnsi="Georgia"/>
          <w:b w:val="0"/>
          <w:i w:val="0"/>
          <w:color w:val="000000"/>
          <w:sz w:val="24"/>
        </w:rPr>
        <w:t>Ты уже знаешь, что Моше удостоился ступени Бины и относится к этому уровню.</w:t>
      </w:r>
    </w:p>
    <w:p>
      <w:pPr>
        <w:spacing w:before="40" w:after="120"/>
        <w:jc w:val="both"/>
      </w:pPr>
      <w:r>
        <w:rPr>
          <w:rFonts w:ascii="Georgia" w:hAnsi="Georgia"/>
          <w:b w:val="0"/>
          <w:i w:val="0"/>
          <w:color w:val="000000"/>
          <w:sz w:val="24"/>
        </w:rPr>
        <w:t>Что же касается уровня Твуны и Исраэль Саба: когда ахораим высших Аба ве-Има распространяются в них, ИШСУТ формируются как ахораим Имен АВАЯ и ЭЙЕ с наполнением буквами йод в их квадратуре (рибуа). Ведь квадратура Имени АВАЯ по гематрии равна 184 (</w:t>
      </w:r>
      <w:r>
        <w:rPr>
          <w:rFonts w:ascii="Georgia" w:hAnsi="Georgia" w:cs="Times New Roman"/>
          <w:b/>
          <w:i w:val="0"/>
          <w:color w:val="000000"/>
          <w:sz w:val="24"/>
          <w:rtl/>
          <w:szCs w:val="32"/>
        </w:rPr>
        <w:t>קפ״ד</w:t>
      </w:r>
      <w:r>
        <w:rPr>
          <w:rFonts w:ascii="Georgia" w:hAnsi="Georgia"/>
          <w:b w:val="0"/>
          <w:i w:val="0"/>
          <w:color w:val="000000"/>
          <w:sz w:val="24"/>
        </w:rPr>
        <w:t>), а квадратура Имени ЭЙЕ равна 544 (</w:t>
      </w:r>
      <w:r>
        <w:rPr>
          <w:rFonts w:ascii="Georgia" w:hAnsi="Georgia" w:cs="Times New Roman"/>
          <w:b/>
          <w:i w:val="0"/>
          <w:color w:val="000000"/>
          <w:sz w:val="24"/>
          <w:rtl/>
          <w:szCs w:val="32"/>
        </w:rPr>
        <w:t>תקמ״ד</w:t>
      </w:r>
      <w:r>
        <w:rPr>
          <w:rFonts w:ascii="Georgia" w:hAnsi="Georgia"/>
          <w:b w:val="0"/>
          <w:i w:val="0"/>
          <w:color w:val="000000"/>
          <w:sz w:val="24"/>
        </w:rPr>
        <w:t>). Лицо всегда относится к свойству ешер, тогда как ахораим — это исчисление и квадратура.</w:t>
      </w:r>
    </w:p>
    <w:p>
      <w:pPr>
        <w:spacing w:before="40" w:after="120"/>
        <w:jc w:val="both"/>
      </w:pPr>
      <w:r>
        <w:rPr>
          <w:rFonts w:ascii="Georgia" w:hAnsi="Georgia"/>
          <w:b w:val="0"/>
          <w:i w:val="0"/>
          <w:color w:val="000000"/>
          <w:sz w:val="24"/>
        </w:rPr>
        <w:t xml:space="preserve">Таким образом, высшие Аба ве-Има со стороны своего лица, представляющие собой АВАЯ (72) и ЭЙЕ (161) с наполнением буквами йод, по гематрии равны слову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рэйш </w:t>
      </w:r>
      <w:r>
        <w:rPr>
          <w:rFonts w:ascii="Georgia" w:hAnsi="Georgia" w:cs="Times New Roman"/>
          <w:b/>
          <w:i w:val="0"/>
          <w:color w:val="000000"/>
          <w:sz w:val="24"/>
          <w:rtl/>
          <w:szCs w:val="32"/>
        </w:rPr>
        <w:t>ר</w:t>
      </w:r>
      <w:r>
        <w:rPr>
          <w:rFonts w:ascii="Georgia" w:hAnsi="Georgia"/>
          <w:b w:val="0"/>
          <w:i w:val="0"/>
          <w:color w:val="000000"/>
          <w:sz w:val="24"/>
        </w:rPr>
        <w:t xml:space="preserve"> = 200, гимель </w:t>
      </w:r>
      <w:r>
        <w:rPr>
          <w:rFonts w:ascii="Georgia" w:hAnsi="Georgia" w:cs="Times New Roman"/>
          <w:b/>
          <w:i w:val="0"/>
          <w:color w:val="000000"/>
          <w:sz w:val="24"/>
          <w:rtl/>
          <w:szCs w:val="32"/>
        </w:rPr>
        <w:t>ג</w:t>
      </w:r>
      <w:r>
        <w:rPr>
          <w:rFonts w:ascii="Georgia" w:hAnsi="Georgia"/>
          <w:b w:val="0"/>
          <w:i w:val="0"/>
          <w:color w:val="000000"/>
          <w:sz w:val="24"/>
        </w:rPr>
        <w:t xml:space="preserve"> = 3, ламэд </w:t>
      </w:r>
      <w:r>
        <w:rPr>
          <w:rFonts w:ascii="Georgia" w:hAnsi="Georgia" w:cs="Times New Roman"/>
          <w:b/>
          <w:i w:val="0"/>
          <w:color w:val="000000"/>
          <w:sz w:val="24"/>
          <w:rtl/>
          <w:szCs w:val="32"/>
        </w:rPr>
        <w:t>ל</w:t>
      </w:r>
      <w:r>
        <w:rPr>
          <w:rFonts w:ascii="Georgia" w:hAnsi="Georgia"/>
          <w:b w:val="0"/>
          <w:i w:val="0"/>
          <w:color w:val="000000"/>
          <w:sz w:val="24"/>
        </w:rPr>
        <w:t xml:space="preserve"> = 30; 72 + 161 = 233). Лицо же ИШСУТ — это два аспекта ахораим упомянутых двух Имен, ведь то, что наверху является ахораим, внизу становится лицом. Однако то, что мы называем эти квадратуры ахораим высших Аба ве-Има, верно для состояния, когда Аба и Има распространяются в виде Исраэль Саба и Твуны. До тех же пор, пока они не распространились, сами ахораим Имы — это 120 перестановок ЭЛОКИМ, с той лишь оговоркой, что эти 120 перестановок различимы только в ахораим четырех нижних сфирот Имы.</w:t>
      </w:r>
    </w:p>
    <w:p>
      <w:pPr>
        <w:spacing w:before="40" w:after="120"/>
        <w:jc w:val="both"/>
      </w:pPr>
      <w:r>
        <w:rPr>
          <w:rFonts w:ascii="Georgia" w:hAnsi="Georgia"/>
          <w:b w:val="0"/>
          <w:i w:val="0"/>
          <w:color w:val="000000"/>
          <w:sz w:val="24"/>
        </w:rPr>
        <w:t>И когда эти ахораим — то есть данные Имена ЭЛОКИМ — распространяются от них, формируя Исраэль Саба и Твуну, лицо Твуны и Исраэль Саба образуется из двух названных квадратур АВАЯ и ЭЙЕ. Сами же Имена ЭЛОКИМ раскрываются не во внутренней части их лица, а только в аспекте лица их ахораим (по другой версии: «не в ее лице, а лишь в ее ахораим, как сказано»).</w:t>
      </w:r>
    </w:p>
    <w:p>
      <w:pPr>
        <w:spacing w:before="40" w:after="120"/>
        <w:jc w:val="both"/>
      </w:pPr>
      <w:r>
        <w:rPr>
          <w:rFonts w:ascii="Georgia" w:hAnsi="Georgia"/>
          <w:b w:val="0"/>
          <w:i w:val="0"/>
          <w:color w:val="000000"/>
          <w:sz w:val="24"/>
        </w:rPr>
        <w:t>Вернемся к разъяснению лица и ахораим Исраэль Саба и Твуны: их лицо — это квадратура Имени АВАЯ с наполнением буквами йод, составляющая по гематрии 184. Это лицо Исраэль Саба. А квадратура ЭЙЕ составляет 544, и это — лицо Твуны.</w:t>
      </w:r>
    </w:p>
    <w:p>
      <w:pPr>
        <w:spacing w:before="40" w:after="120"/>
        <w:jc w:val="both"/>
      </w:pPr>
      <w:r>
        <w:rPr>
          <w:rFonts w:ascii="Georgia" w:hAnsi="Georgia"/>
          <w:b w:val="0"/>
          <w:i w:val="0"/>
          <w:color w:val="000000"/>
          <w:sz w:val="24"/>
        </w:rPr>
        <w:t>Поэтому лицо Исраэль Саба по гематрии равно 184 (</w:t>
      </w:r>
      <w:r>
        <w:rPr>
          <w:rFonts w:ascii="Georgia" w:hAnsi="Georgia" w:cs="Times New Roman"/>
          <w:b/>
          <w:i w:val="0"/>
          <w:color w:val="000000"/>
          <w:sz w:val="24"/>
          <w:rtl/>
          <w:szCs w:val="32"/>
        </w:rPr>
        <w:t>קפ״ד</w:t>
      </w:r>
      <w:r>
        <w:rPr>
          <w:rFonts w:ascii="Georgia" w:hAnsi="Georgia"/>
          <w:b w:val="0"/>
          <w:i w:val="0"/>
          <w:color w:val="000000"/>
          <w:sz w:val="24"/>
        </w:rPr>
        <w:t>), намекая на то, что этим своим лицом он соединяется соударением (совершает зивуг) с Твуной и посещает ее (</w:t>
      </w:r>
      <w:r>
        <w:rPr>
          <w:rFonts w:ascii="Georgia" w:hAnsi="Georgia"/>
          <w:b w:val="0"/>
          <w:i/>
          <w:color w:val="000000"/>
          <w:sz w:val="24"/>
        </w:rPr>
        <w:t>у-фокед</w:t>
      </w:r>
      <w:r>
        <w:rPr>
          <w:rFonts w:ascii="Georgia" w:hAnsi="Georgia"/>
          <w:b w:val="0"/>
          <w:i w:val="0"/>
          <w:color w:val="000000"/>
          <w:sz w:val="24"/>
        </w:rPr>
        <w:t xml:space="preserve">, </w:t>
      </w:r>
      <w:r>
        <w:rPr>
          <w:rFonts w:ascii="Georgia" w:hAnsi="Georgia" w:cs="Times New Roman"/>
          <w:b/>
          <w:i w:val="0"/>
          <w:color w:val="000000"/>
          <w:sz w:val="24"/>
          <w:rtl/>
          <w:szCs w:val="32"/>
        </w:rPr>
        <w:t>וּפוֹקֵ״ד</w:t>
      </w:r>
      <w:r>
        <w:rPr>
          <w:rFonts w:ascii="Georgia" w:hAnsi="Georgia"/>
          <w:b w:val="0"/>
          <w:i w:val="0"/>
          <w:color w:val="000000"/>
          <w:sz w:val="24"/>
        </w:rPr>
        <w:t xml:space="preserve"> — по гематрии трех букв корня: пэй </w:t>
      </w:r>
      <w:r>
        <w:rPr>
          <w:rFonts w:ascii="Georgia" w:hAnsi="Georgia" w:cs="Times New Roman"/>
          <w:b/>
          <w:i w:val="0"/>
          <w:color w:val="000000"/>
          <w:sz w:val="24"/>
          <w:rtl/>
          <w:szCs w:val="32"/>
        </w:rPr>
        <w:t>פ</w:t>
      </w:r>
      <w:r>
        <w:rPr>
          <w:rFonts w:ascii="Georgia" w:hAnsi="Georgia"/>
          <w:b w:val="0"/>
          <w:i w:val="0"/>
          <w:color w:val="000000"/>
          <w:sz w:val="24"/>
        </w:rPr>
        <w:t xml:space="preserve"> = 80, куф </w:t>
      </w:r>
      <w:r>
        <w:rPr>
          <w:rFonts w:ascii="Georgia" w:hAnsi="Georgia" w:cs="Times New Roman"/>
          <w:b/>
          <w:i w:val="0"/>
          <w:color w:val="000000"/>
          <w:sz w:val="24"/>
          <w:rtl/>
          <w:szCs w:val="32"/>
        </w:rPr>
        <w:t>ק</w:t>
      </w:r>
      <w:r>
        <w:rPr>
          <w:rFonts w:ascii="Georgia" w:hAnsi="Georgia"/>
          <w:b w:val="0"/>
          <w:i w:val="0"/>
          <w:color w:val="000000"/>
          <w:sz w:val="24"/>
        </w:rPr>
        <w:t xml:space="preserve"> = 100, далет </w:t>
      </w:r>
      <w:r>
        <w:rPr>
          <w:rFonts w:ascii="Georgia" w:hAnsi="Georgia" w:cs="Times New Roman"/>
          <w:b/>
          <w:i w:val="0"/>
          <w:color w:val="000000"/>
          <w:sz w:val="24"/>
          <w:rtl/>
          <w:szCs w:val="32"/>
        </w:rPr>
        <w:t>ד</w:t>
      </w:r>
      <w:r>
        <w:rPr>
          <w:rFonts w:ascii="Georgia" w:hAnsi="Georgia"/>
          <w:b w:val="0"/>
          <w:i w:val="0"/>
          <w:color w:val="000000"/>
          <w:sz w:val="24"/>
        </w:rPr>
        <w:t xml:space="preserve"> = 4; 80 + 100 + 4 = 184). Также 184 — это гематрия слова </w:t>
      </w:r>
      <w:r>
        <w:rPr>
          <w:rFonts w:ascii="Georgia" w:hAnsi="Georgia"/>
          <w:b w:val="0"/>
          <w:i/>
          <w:color w:val="000000"/>
          <w:sz w:val="24"/>
        </w:rPr>
        <w:t>ми-кедем</w:t>
      </w:r>
      <w:r>
        <w:rPr>
          <w:rFonts w:ascii="Georgia" w:hAnsi="Georgia"/>
          <w:b w:val="0"/>
          <w:i w:val="0"/>
          <w:color w:val="000000"/>
          <w:sz w:val="24"/>
        </w:rPr>
        <w:t xml:space="preserve"> (</w:t>
      </w:r>
      <w:r>
        <w:rPr>
          <w:rFonts w:ascii="Georgia" w:hAnsi="Georgia" w:cs="Times New Roman"/>
          <w:b/>
          <w:i w:val="0"/>
          <w:color w:val="000000"/>
          <w:sz w:val="24"/>
          <w:rtl/>
          <w:szCs w:val="32"/>
        </w:rPr>
        <w:t>מִקֶּדֶם</w:t>
      </w:r>
      <w:r>
        <w:rPr>
          <w:rFonts w:ascii="Georgia" w:hAnsi="Georgia"/>
          <w:b w:val="0"/>
          <w:i w:val="0"/>
          <w:color w:val="000000"/>
          <w:sz w:val="24"/>
        </w:rPr>
        <w:t xml:space="preserve"> = 184: мэм </w:t>
      </w:r>
      <w:r>
        <w:rPr>
          <w:rFonts w:ascii="Georgia" w:hAnsi="Georgia" w:cs="Times New Roman"/>
          <w:b/>
          <w:i w:val="0"/>
          <w:color w:val="000000"/>
          <w:sz w:val="24"/>
          <w:rtl/>
          <w:szCs w:val="32"/>
        </w:rPr>
        <w:t>מ</w:t>
      </w:r>
      <w:r>
        <w:rPr>
          <w:rFonts w:ascii="Georgia" w:hAnsi="Georgia"/>
          <w:b w:val="0"/>
          <w:i w:val="0"/>
          <w:color w:val="000000"/>
          <w:sz w:val="24"/>
        </w:rPr>
        <w:t xml:space="preserve"> = 40, куф </w:t>
      </w:r>
      <w:r>
        <w:rPr>
          <w:rFonts w:ascii="Georgia" w:hAnsi="Georgia" w:cs="Times New Roman"/>
          <w:b/>
          <w:i w:val="0"/>
          <w:color w:val="000000"/>
          <w:sz w:val="24"/>
          <w:rtl/>
          <w:szCs w:val="32"/>
        </w:rPr>
        <w:t>ק</w:t>
      </w:r>
      <w:r>
        <w:rPr>
          <w:rFonts w:ascii="Georgia" w:hAnsi="Georgia"/>
          <w:b w:val="0"/>
          <w:i w:val="0"/>
          <w:color w:val="000000"/>
          <w:sz w:val="24"/>
        </w:rPr>
        <w:t xml:space="preserve"> = 100,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w:t>
      </w:r>
      <w:r>
        <w:rPr>
          <w:rFonts w:ascii="Georgia" w:hAnsi="Georgia" w:cs="Times New Roman"/>
          <w:b/>
          <w:i w:val="0"/>
          <w:color w:val="000000"/>
          <w:sz w:val="24"/>
          <w:rtl/>
          <w:szCs w:val="32"/>
        </w:rPr>
        <w:t>ם</w:t>
      </w:r>
      <w:r>
        <w:rPr>
          <w:rFonts w:ascii="Georgia" w:hAnsi="Georgia"/>
          <w:b w:val="0"/>
          <w:i w:val="0"/>
          <w:color w:val="000000"/>
          <w:sz w:val="24"/>
        </w:rPr>
        <w:t xml:space="preserve"> = 40), указывая на то, что это Имя, бывшее наверху у Аба свойством ахораим, здесь, в Исраэль Саба, стало лицом, называемым </w:t>
      </w:r>
      <w:r>
        <w:rPr>
          <w:rFonts w:ascii="Georgia" w:hAnsi="Georgia"/>
          <w:b w:val="0"/>
          <w:i/>
          <w:color w:val="000000"/>
          <w:sz w:val="24"/>
        </w:rPr>
        <w:t>кедем</w:t>
      </w:r>
      <w:r>
        <w:rPr>
          <w:rFonts w:ascii="Georgia" w:hAnsi="Georgia"/>
          <w:b w:val="0"/>
          <w:i w:val="0"/>
          <w:color w:val="000000"/>
          <w:sz w:val="24"/>
        </w:rPr>
        <w:t xml:space="preserve"> («спереди / издревле»), по тайне стиха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В этом же тайна стиха: </w:t>
      </w:r>
      <w:r>
        <w:rPr>
          <w:rFonts w:ascii="Georgia" w:hAnsi="Georgia"/>
          <w:b w:val="0"/>
          <w:i/>
          <w:color w:val="000000"/>
          <w:sz w:val="24"/>
        </w:rPr>
        <w:t>«И поставил на востоке (ми-кедем) у сада Эденского…»</w:t>
      </w:r>
      <w:r>
        <w:rPr>
          <w:rFonts w:ascii="Georgia" w:hAnsi="Georgia"/>
          <w:b w:val="0"/>
          <w:i w:val="0"/>
          <w:color w:val="000000"/>
          <w:sz w:val="24"/>
        </w:rPr>
        <w:t xml:space="preserve"> (Берешит 3:24).</w:t>
      </w:r>
    </w:p>
    <w:p>
      <w:pPr>
        <w:spacing w:before="40" w:after="120"/>
        <w:jc w:val="both"/>
      </w:pPr>
      <w:r>
        <w:rPr>
          <w:rFonts w:ascii="Georgia" w:hAnsi="Georgia"/>
          <w:b w:val="0"/>
          <w:i w:val="0"/>
          <w:color w:val="000000"/>
          <w:sz w:val="24"/>
        </w:rPr>
        <w:t xml:space="preserve">Лицо же Твуны, гематрия которого 544, содержит тайну слова </w:t>
      </w:r>
      <w:r>
        <w:rPr>
          <w:rFonts w:ascii="Georgia" w:hAnsi="Georgia"/>
          <w:b w:val="0"/>
          <w:i/>
          <w:color w:val="000000"/>
          <w:sz w:val="24"/>
        </w:rPr>
        <w:t>кидмат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 544: куф </w:t>
      </w:r>
      <w:r>
        <w:rPr>
          <w:rFonts w:ascii="Georgia" w:hAnsi="Georgia" w:cs="Times New Roman"/>
          <w:b/>
          <w:i w:val="0"/>
          <w:color w:val="000000"/>
          <w:sz w:val="24"/>
          <w:rtl/>
          <w:szCs w:val="32"/>
        </w:rPr>
        <w:t>ק</w:t>
      </w:r>
      <w:r>
        <w:rPr>
          <w:rFonts w:ascii="Georgia" w:hAnsi="Georgia"/>
          <w:b w:val="0"/>
          <w:i w:val="0"/>
          <w:color w:val="000000"/>
          <w:sz w:val="24"/>
        </w:rPr>
        <w:t xml:space="preserve"> = 100,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w:t>
      </w:r>
      <w:r>
        <w:rPr>
          <w:rFonts w:ascii="Georgia" w:hAnsi="Georgia" w:cs="Times New Roman"/>
          <w:b/>
          <w:i w:val="0"/>
          <w:color w:val="000000"/>
          <w:sz w:val="24"/>
          <w:rtl/>
          <w:szCs w:val="32"/>
        </w:rPr>
        <w:t>מ</w:t>
      </w:r>
      <w:r>
        <w:rPr>
          <w:rFonts w:ascii="Georgia" w:hAnsi="Georgia"/>
          <w:b w:val="0"/>
          <w:i w:val="0"/>
          <w:color w:val="000000"/>
          <w:sz w:val="24"/>
        </w:rPr>
        <w:t xml:space="preserve"> = 40, тав </w:t>
      </w:r>
      <w:r>
        <w:rPr>
          <w:rFonts w:ascii="Georgia" w:hAnsi="Georgia" w:cs="Times New Roman"/>
          <w:b/>
          <w:i w:val="0"/>
          <w:color w:val="000000"/>
          <w:sz w:val="24"/>
          <w:rtl/>
          <w:szCs w:val="32"/>
        </w:rPr>
        <w:t>ת</w:t>
      </w:r>
      <w:r>
        <w:rPr>
          <w:rFonts w:ascii="Georgia" w:hAnsi="Georgia"/>
          <w:b w:val="0"/>
          <w:i w:val="0"/>
          <w:color w:val="000000"/>
          <w:sz w:val="24"/>
        </w:rPr>
        <w:t xml:space="preserve"> = 400) из выражения «к востоку от Эдена» (</w:t>
      </w:r>
      <w:r>
        <w:rPr>
          <w:rFonts w:ascii="Georgia" w:hAnsi="Georgia"/>
          <w:b w:val="0"/>
          <w:i/>
          <w:color w:val="000000"/>
          <w:sz w:val="24"/>
        </w:rPr>
        <w:t>кидмат Эден</w:t>
      </w:r>
      <w:r>
        <w:rPr>
          <w:rFonts w:ascii="Georgia" w:hAnsi="Georgia"/>
          <w:b w:val="0"/>
          <w:i w:val="0"/>
          <w:color w:val="000000"/>
          <w:sz w:val="24"/>
        </w:rPr>
        <w:t>), показывая, что то, что наверху в Высшей Бине было свойством ахораим, здесь стало лицом (</w:t>
      </w:r>
      <w:r>
        <w:rPr>
          <w:rFonts w:ascii="Georgia" w:hAnsi="Georgia"/>
          <w:b w:val="0"/>
          <w:i/>
          <w:color w:val="000000"/>
          <w:sz w:val="24"/>
        </w:rPr>
        <w:t>кидмат</w:t>
      </w:r>
      <w:r>
        <w:rPr>
          <w:rFonts w:ascii="Georgia" w:hAnsi="Georgia"/>
          <w:b w:val="0"/>
          <w:i w:val="0"/>
          <w:color w:val="000000"/>
          <w:sz w:val="24"/>
        </w:rPr>
        <w:t xml:space="preserve">, от слова </w:t>
      </w:r>
      <w:r>
        <w:rPr>
          <w:rFonts w:ascii="Georgia" w:hAnsi="Georgia"/>
          <w:b w:val="0"/>
          <w:i/>
          <w:color w:val="000000"/>
          <w:sz w:val="24"/>
        </w:rPr>
        <w:t>кедем</w:t>
      </w:r>
      <w:r>
        <w:rPr>
          <w:rFonts w:ascii="Georgia" w:hAnsi="Georgia"/>
          <w:b w:val="0"/>
          <w:i w:val="0"/>
          <w:color w:val="000000"/>
          <w:sz w:val="24"/>
        </w:rPr>
        <w:t xml:space="preserve">), как сказано: </w:t>
      </w:r>
      <w:r>
        <w:rPr>
          <w:rFonts w:ascii="Georgia" w:hAnsi="Georgia"/>
          <w:b w:val="0"/>
          <w:i/>
          <w:color w:val="000000"/>
          <w:sz w:val="24"/>
        </w:rPr>
        <w:t>«Сзади и спереди Ты объял меня…»</w:t>
      </w:r>
      <w:r>
        <w:rPr>
          <w:rFonts w:ascii="Georgia" w:hAnsi="Georgia"/>
          <w:b w:val="0"/>
          <w:i w:val="0"/>
          <w:color w:val="000000"/>
          <w:sz w:val="24"/>
        </w:rPr>
        <w:t>, о чем упоминается в «Зоаре».</w:t>
      </w:r>
    </w:p>
    <w:p>
      <w:pPr>
        <w:spacing w:before="40" w:after="120"/>
        <w:jc w:val="both"/>
      </w:pPr>
      <w:r>
        <w:rPr>
          <w:rFonts w:ascii="Georgia" w:hAnsi="Georgia"/>
          <w:b w:val="0"/>
          <w:i w:val="0"/>
          <w:color w:val="000000"/>
          <w:sz w:val="24"/>
        </w:rPr>
        <w:t>И когда мы сложим эти два Имени (184 + 544), их сумма составит 728 (</w:t>
      </w:r>
      <w:r>
        <w:rPr>
          <w:rFonts w:ascii="Georgia" w:hAnsi="Georgia" w:cs="Times New Roman"/>
          <w:b/>
          <w:i w:val="0"/>
          <w:color w:val="000000"/>
          <w:sz w:val="24"/>
          <w:rtl/>
          <w:szCs w:val="32"/>
        </w:rPr>
        <w:t>תשכ״ח</w:t>
      </w:r>
      <w:r>
        <w:rPr>
          <w:rFonts w:ascii="Georgia" w:hAnsi="Georgia"/>
          <w:b w:val="0"/>
          <w:i w:val="0"/>
          <w:color w:val="000000"/>
          <w:sz w:val="24"/>
        </w:rPr>
        <w:t xml:space="preserve">: тав </w:t>
      </w:r>
      <w:r>
        <w:rPr>
          <w:rFonts w:ascii="Georgia" w:hAnsi="Georgia" w:cs="Times New Roman"/>
          <w:b/>
          <w:i w:val="0"/>
          <w:color w:val="000000"/>
          <w:sz w:val="24"/>
          <w:rtl/>
          <w:szCs w:val="32"/>
        </w:rPr>
        <w:t>ת</w:t>
      </w:r>
      <w:r>
        <w:rPr>
          <w:rFonts w:ascii="Georgia" w:hAnsi="Georgia"/>
          <w:b w:val="0"/>
          <w:i w:val="0"/>
          <w:color w:val="000000"/>
          <w:sz w:val="24"/>
        </w:rPr>
        <w:t xml:space="preserve"> = 400, шин </w:t>
      </w:r>
      <w:r>
        <w:rPr>
          <w:rFonts w:ascii="Georgia" w:hAnsi="Georgia" w:cs="Times New Roman"/>
          <w:b/>
          <w:i w:val="0"/>
          <w:color w:val="000000"/>
          <w:sz w:val="24"/>
          <w:rtl/>
          <w:szCs w:val="32"/>
        </w:rPr>
        <w:t>ש</w:t>
      </w:r>
      <w:r>
        <w:rPr>
          <w:rFonts w:ascii="Georgia" w:hAnsi="Georgia"/>
          <w:b w:val="0"/>
          <w:i w:val="0"/>
          <w:color w:val="000000"/>
          <w:sz w:val="24"/>
        </w:rPr>
        <w:t xml:space="preserve"> = 300, каф </w:t>
      </w:r>
      <w:r>
        <w:rPr>
          <w:rFonts w:ascii="Georgia" w:hAnsi="Georgia" w:cs="Times New Roman"/>
          <w:b/>
          <w:i w:val="0"/>
          <w:color w:val="000000"/>
          <w:sz w:val="24"/>
          <w:rtl/>
          <w:szCs w:val="32"/>
        </w:rPr>
        <w:t>כ</w:t>
      </w:r>
      <w:r>
        <w:rPr>
          <w:rFonts w:ascii="Georgia" w:hAnsi="Georgia"/>
          <w:b w:val="0"/>
          <w:i w:val="0"/>
          <w:color w:val="000000"/>
          <w:sz w:val="24"/>
        </w:rPr>
        <w:t xml:space="preserve"> = 20, хэт </w:t>
      </w:r>
      <w:r>
        <w:rPr>
          <w:rFonts w:ascii="Georgia" w:hAnsi="Georgia" w:cs="Times New Roman"/>
          <w:b/>
          <w:i w:val="0"/>
          <w:color w:val="000000"/>
          <w:sz w:val="24"/>
          <w:rtl/>
          <w:szCs w:val="32"/>
        </w:rPr>
        <w:t>ח</w:t>
      </w:r>
      <w:r>
        <w:rPr>
          <w:rFonts w:ascii="Georgia" w:hAnsi="Georgia"/>
          <w:b w:val="0"/>
          <w:i w:val="0"/>
          <w:color w:val="000000"/>
          <w:sz w:val="24"/>
        </w:rPr>
        <w:t xml:space="preserve"> = 8), ведь это высшие ахораим, как сказано выше. Из них образуется лицо под ними. Получается, что в них есть уровень Бины, называемый самэх (</w:t>
      </w:r>
      <w:r>
        <w:rPr>
          <w:rFonts w:ascii="Georgia" w:hAnsi="Georgia" w:cs="Times New Roman"/>
          <w:b/>
          <w:i w:val="0"/>
          <w:color w:val="000000"/>
          <w:sz w:val="24"/>
          <w:rtl/>
          <w:szCs w:val="32"/>
        </w:rPr>
        <w:t>ס</w:t>
      </w:r>
      <w:r>
        <w:rPr>
          <w:rFonts w:ascii="Georgia" w:hAnsi="Georgia"/>
          <w:b w:val="0"/>
          <w:i w:val="0"/>
          <w:color w:val="000000"/>
          <w:sz w:val="24"/>
        </w:rPr>
        <w:t>), и уровень Твуны, называемый замкнутой мэм (</w:t>
      </w:r>
      <w:r>
        <w:rPr>
          <w:rFonts w:ascii="Georgia" w:hAnsi="Georgia" w:cs="Times New Roman"/>
          <w:b/>
          <w:i w:val="0"/>
          <w:color w:val="000000"/>
          <w:sz w:val="24"/>
          <w:rtl/>
          <w:szCs w:val="32"/>
        </w:rPr>
        <w:t>ם</w:t>
      </w:r>
      <w:r>
        <w:rPr>
          <w:rFonts w:ascii="Georgia" w:hAnsi="Georgia"/>
          <w:b w:val="0"/>
          <w:i w:val="0"/>
          <w:color w:val="000000"/>
          <w:sz w:val="24"/>
        </w:rPr>
        <w:t>). Клипа же, противостоящая Бине и Твуне, называется МАС (</w:t>
      </w:r>
      <w:r>
        <w:rPr>
          <w:rFonts w:ascii="Georgia" w:hAnsi="Georgia" w:cs="Times New Roman"/>
          <w:b/>
          <w:i w:val="0"/>
          <w:color w:val="000000"/>
          <w:sz w:val="24"/>
          <w:rtl/>
          <w:szCs w:val="32"/>
        </w:rPr>
        <w:t>מ״ס</w:t>
      </w:r>
      <w:r>
        <w:rPr>
          <w:rFonts w:ascii="Georgia" w:hAnsi="Georgia"/>
          <w:b w:val="0"/>
          <w:i w:val="0"/>
          <w:color w:val="000000"/>
          <w:sz w:val="24"/>
        </w:rPr>
        <w:t xml:space="preserve">: мэм </w:t>
      </w:r>
      <w:r>
        <w:rPr>
          <w:rFonts w:ascii="Georgia" w:hAnsi="Georgia" w:cs="Times New Roman"/>
          <w:b/>
          <w:i w:val="0"/>
          <w:color w:val="000000"/>
          <w:sz w:val="24"/>
          <w:rtl/>
          <w:szCs w:val="32"/>
        </w:rPr>
        <w:t>מ</w:t>
      </w:r>
      <w:r>
        <w:rPr>
          <w:rFonts w:ascii="Georgia" w:hAnsi="Georgia"/>
          <w:b w:val="0"/>
          <w:i w:val="0"/>
          <w:color w:val="000000"/>
          <w:sz w:val="24"/>
        </w:rPr>
        <w:t xml:space="preserve"> = 40, самэх </w:t>
      </w:r>
      <w:r>
        <w:rPr>
          <w:rFonts w:ascii="Georgia" w:hAnsi="Georgia" w:cs="Times New Roman"/>
          <w:b/>
          <w:i w:val="0"/>
          <w:color w:val="000000"/>
          <w:sz w:val="24"/>
          <w:rtl/>
          <w:szCs w:val="32"/>
        </w:rPr>
        <w:t>ס</w:t>
      </w:r>
      <w:r>
        <w:rPr>
          <w:rFonts w:ascii="Georgia" w:hAnsi="Georgia"/>
          <w:b w:val="0"/>
          <w:i w:val="0"/>
          <w:color w:val="000000"/>
          <w:sz w:val="24"/>
        </w:rPr>
        <w:t xml:space="preserve"> = 60; 40 + 60 = 100).</w:t>
      </w:r>
    </w:p>
    <w:p>
      <w:pPr>
        <w:spacing w:before="40" w:after="120"/>
        <w:jc w:val="both"/>
      </w:pPr>
      <w:r>
        <w:rPr>
          <w:rFonts w:ascii="Georgia" w:hAnsi="Georgia"/>
          <w:b w:val="0"/>
          <w:i w:val="0"/>
          <w:color w:val="000000"/>
          <w:sz w:val="24"/>
        </w:rPr>
        <w:t xml:space="preserve">По этой причине ангел забывчивости называется МАС, ведь эти Имена, составляющие по гематрии 728 — буквы слова </w:t>
      </w:r>
      <w:r>
        <w:rPr>
          <w:rFonts w:ascii="Georgia" w:hAnsi="Georgia"/>
          <w:b w:val="0"/>
          <w:i/>
          <w:color w:val="000000"/>
          <w:sz w:val="24"/>
        </w:rPr>
        <w:t>тишках</w:t>
      </w:r>
      <w:r>
        <w:rPr>
          <w:rFonts w:ascii="Georgia" w:hAnsi="Georgia"/>
          <w:b w:val="0"/>
          <w:i w:val="0"/>
          <w:color w:val="000000"/>
          <w:sz w:val="24"/>
        </w:rPr>
        <w:t xml:space="preserve"> (</w:t>
      </w:r>
      <w:r>
        <w:rPr>
          <w:rFonts w:ascii="Georgia" w:hAnsi="Georgia" w:cs="Times New Roman"/>
          <w:b/>
          <w:i w:val="0"/>
          <w:color w:val="000000"/>
          <w:sz w:val="24"/>
          <w:rtl/>
          <w:szCs w:val="32"/>
        </w:rPr>
        <w:t>תִּשְׁכַּח</w:t>
      </w:r>
      <w:r>
        <w:rPr>
          <w:rFonts w:ascii="Georgia" w:hAnsi="Georgia"/>
          <w:b w:val="0"/>
          <w:i w:val="0"/>
          <w:color w:val="000000"/>
          <w:sz w:val="24"/>
        </w:rPr>
        <w:t xml:space="preserve"> — «забудешь»), — находятся в Бине и Твуне, обозначаемых буквами МАС (</w:t>
      </w:r>
      <w:r>
        <w:rPr>
          <w:rFonts w:ascii="Georgia" w:hAnsi="Georgia" w:cs="Times New Roman"/>
          <w:b/>
          <w:i w:val="0"/>
          <w:color w:val="000000"/>
          <w:sz w:val="24"/>
          <w:rtl/>
          <w:szCs w:val="32"/>
        </w:rPr>
        <w:t>מ״ס</w:t>
      </w:r>
      <w:r>
        <w:rPr>
          <w:rFonts w:ascii="Georgia" w:hAnsi="Georgia"/>
          <w:b w:val="0"/>
          <w:i w:val="0"/>
          <w:color w:val="000000"/>
          <w:sz w:val="24"/>
        </w:rPr>
        <w:t>). Оттуда и возникает забывчивость, поскольку это ахораим, и клипот, именуемые МАС, держатся за них.</w:t>
      </w:r>
    </w:p>
    <w:p>
      <w:pPr>
        <w:spacing w:before="40" w:after="120"/>
        <w:jc w:val="both"/>
      </w:pPr>
      <w:r>
        <w:rPr>
          <w:rFonts w:ascii="Georgia" w:hAnsi="Georgia"/>
          <w:b w:val="0"/>
          <w:i w:val="0"/>
          <w:color w:val="000000"/>
          <w:sz w:val="24"/>
        </w:rPr>
        <w:t xml:space="preserve">В этом тайна сказанного нашими мудрецами, благословенной памяти: </w:t>
      </w:r>
      <w:r>
        <w:rPr>
          <w:rFonts w:ascii="Georgia" w:hAnsi="Georgia"/>
          <w:b w:val="0"/>
          <w:i/>
          <w:color w:val="000000"/>
          <w:sz w:val="24"/>
        </w:rPr>
        <w:t>«Не сравнится тот, кто повторяет свой раздел сто раз, с тем, кто повторяет свой раздел сто один раз»</w:t>
      </w:r>
      <w:r>
        <w:rPr>
          <w:rFonts w:ascii="Georgia" w:hAnsi="Georgia"/>
          <w:b w:val="0"/>
          <w:i w:val="0"/>
          <w:color w:val="000000"/>
          <w:sz w:val="24"/>
        </w:rPr>
        <w:t xml:space="preserve"> (Хагига 9б). Ведь до ста раз [ангел забывчивости] имеет власть — по числу МАС (100), — но не более того.</w:t>
      </w:r>
    </w:p>
    <w:p>
      <w:pPr>
        <w:spacing w:before="40" w:after="120"/>
        <w:jc w:val="both"/>
      </w:pPr>
      <w:r>
        <w:rPr>
          <w:rFonts w:ascii="Georgia" w:hAnsi="Georgia"/>
          <w:b w:val="0"/>
          <w:i w:val="0"/>
          <w:color w:val="000000"/>
          <w:sz w:val="24"/>
        </w:rPr>
        <w:t>Лицо же Аба ве-Има, как упоминалось, составляет по гематрии 233 (</w:t>
      </w:r>
      <w:r>
        <w:rPr>
          <w:rFonts w:ascii="Georgia" w:hAnsi="Georgia"/>
          <w:b w:val="0"/>
          <w:i/>
          <w:color w:val="000000"/>
          <w:sz w:val="24"/>
        </w:rPr>
        <w:t>регель</w:t>
      </w:r>
      <w:r>
        <w:rPr>
          <w:rFonts w:ascii="Georgia" w:hAnsi="Georgia"/>
          <w:b w:val="0"/>
          <w:i w:val="0"/>
          <w:color w:val="000000"/>
          <w:sz w:val="24"/>
        </w:rPr>
        <w:t xml:space="preserve">), что равно гематрии слова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«помни»: зайн </w:t>
      </w:r>
      <w:r>
        <w:rPr>
          <w:rFonts w:ascii="Georgia" w:hAnsi="Georgia" w:cs="Times New Roman"/>
          <w:b/>
          <w:i w:val="0"/>
          <w:color w:val="000000"/>
          <w:sz w:val="24"/>
          <w:rtl/>
          <w:szCs w:val="32"/>
        </w:rPr>
        <w:t>ז</w:t>
      </w:r>
      <w:r>
        <w:rPr>
          <w:rFonts w:ascii="Georgia" w:hAnsi="Georgia"/>
          <w:b w:val="0"/>
          <w:i w:val="0"/>
          <w:color w:val="000000"/>
          <w:sz w:val="24"/>
        </w:rPr>
        <w:t xml:space="preserve"> = 7, каф </w:t>
      </w:r>
      <w:r>
        <w:rPr>
          <w:rFonts w:ascii="Georgia" w:hAnsi="Georgia" w:cs="Times New Roman"/>
          <w:b/>
          <w:i w:val="0"/>
          <w:color w:val="000000"/>
          <w:sz w:val="24"/>
          <w:rtl/>
          <w:szCs w:val="32"/>
        </w:rPr>
        <w:t>כ</w:t>
      </w:r>
      <w:r>
        <w:rPr>
          <w:rFonts w:ascii="Georgia" w:hAnsi="Georgia"/>
          <w:b w:val="0"/>
          <w:i w:val="0"/>
          <w:color w:val="000000"/>
          <w:sz w:val="24"/>
        </w:rPr>
        <w:t xml:space="preserve"> = 20, вав </w:t>
      </w:r>
      <w:r>
        <w:rPr>
          <w:rFonts w:ascii="Georgia" w:hAnsi="Georgia" w:cs="Times New Roman"/>
          <w:b/>
          <w:i w:val="0"/>
          <w:color w:val="000000"/>
          <w:sz w:val="24"/>
          <w:rtl/>
          <w:szCs w:val="32"/>
        </w:rPr>
        <w:t>ו</w:t>
      </w:r>
      <w:r>
        <w:rPr>
          <w:rFonts w:ascii="Georgia" w:hAnsi="Georgia"/>
          <w:b w:val="0"/>
          <w:i w:val="0"/>
          <w:color w:val="000000"/>
          <w:sz w:val="24"/>
        </w:rPr>
        <w:t xml:space="preserve"> = 6, рэйш </w:t>
      </w:r>
      <w:r>
        <w:rPr>
          <w:rFonts w:ascii="Georgia" w:hAnsi="Georgia" w:cs="Times New Roman"/>
          <w:b/>
          <w:i w:val="0"/>
          <w:color w:val="000000"/>
          <w:sz w:val="24"/>
          <w:rtl/>
          <w:szCs w:val="32"/>
        </w:rPr>
        <w:t>ר</w:t>
      </w:r>
      <w:r>
        <w:rPr>
          <w:rFonts w:ascii="Georgia" w:hAnsi="Georgia"/>
          <w:b w:val="0"/>
          <w:i w:val="0"/>
          <w:color w:val="000000"/>
          <w:sz w:val="24"/>
        </w:rPr>
        <w:t xml:space="preserve"> = 200). Оттуда и исходит память, состоящая из букв слов </w:t>
      </w:r>
      <w:r>
        <w:rPr>
          <w:rFonts w:ascii="Georgia" w:hAnsi="Georgia"/>
          <w:b w:val="0"/>
          <w:i/>
          <w:color w:val="000000"/>
          <w:sz w:val="24"/>
        </w:rPr>
        <w:t>зехер ЙА</w:t>
      </w:r>
      <w:r>
        <w:rPr>
          <w:rFonts w:ascii="Georgia" w:hAnsi="Georgia"/>
          <w:b w:val="0"/>
          <w:i w:val="0"/>
          <w:color w:val="000000"/>
          <w:sz w:val="24"/>
        </w:rPr>
        <w:t xml:space="preserve"> (</w:t>
      </w:r>
      <w:r>
        <w:rPr>
          <w:rFonts w:ascii="Georgia" w:hAnsi="Georgia" w:cs="Times New Roman"/>
          <w:b/>
          <w:i w:val="0"/>
          <w:color w:val="000000"/>
          <w:sz w:val="24"/>
          <w:rtl/>
          <w:szCs w:val="32"/>
        </w:rPr>
        <w:t>זֵכֶר יָהּ</w:t>
      </w:r>
      <w:r>
        <w:rPr>
          <w:rFonts w:ascii="Georgia" w:hAnsi="Georgia"/>
          <w:b w:val="0"/>
          <w:i w:val="0"/>
          <w:color w:val="000000"/>
          <w:sz w:val="24"/>
        </w:rPr>
        <w:t xml:space="preserve"> — «память [Имени] ЙА»), то есть Аба ве-Има, называемых ЙА (</w:t>
      </w:r>
      <w:r>
        <w:rPr>
          <w:rFonts w:ascii="Georgia" w:hAnsi="Georgia" w:cs="Times New Roman"/>
          <w:b/>
          <w:i w:val="0"/>
          <w:color w:val="000000"/>
          <w:sz w:val="24"/>
          <w:rtl/>
          <w:szCs w:val="32"/>
        </w:rPr>
        <w:t>יָהּ</w:t>
      </w:r>
      <w:r>
        <w:rPr>
          <w:rFonts w:ascii="Georgia" w:hAnsi="Georgia"/>
          <w:b w:val="0"/>
          <w:i w:val="0"/>
          <w:color w:val="000000"/>
          <w:sz w:val="24"/>
        </w:rPr>
        <w:t>), поскольку там клипа не может уцепиться. Что касается ахораим Твуны, о которых мы объясняли выше, что они также представляют собой 120 перестановок ЭЛОКИМ, как и в ахораим Бины, здесь все же есть отличие. В Бине все 120 перестановок раскрывались только в ахораим четырех ее нижних сфир в виде четырех раз по тридцать перестановок. Но здесь, в ахораим Твуны, они начинают раскрываться во всех пяти ее нижних сфирот, от ее Гвуры и ниже, так как в Гвуре тоже присутствует Имя ЭЛОКИМ. В ее Хеседе, однако, Имя ЭЛОКИМ еще не может раскрыться.</w:t>
      </w:r>
    </w:p>
    <w:p>
      <w:pPr>
        <w:spacing w:before="40" w:after="120"/>
        <w:jc w:val="both"/>
      </w:pPr>
      <w:r>
        <w:rPr>
          <w:rFonts w:ascii="Georgia" w:hAnsi="Georgia"/>
          <w:b w:val="0"/>
          <w:i w:val="0"/>
          <w:color w:val="000000"/>
          <w:sz w:val="24"/>
        </w:rPr>
        <w:t>Следовательно, здесь они разделяются на пять частей, как известно: 24 перестановки начинаются с буквы алеф (</w:t>
      </w:r>
      <w:r>
        <w:rPr>
          <w:rFonts w:ascii="Georgia" w:hAnsi="Georgia" w:cs="Times New Roman"/>
          <w:b/>
          <w:i w:val="0"/>
          <w:color w:val="000000"/>
          <w:sz w:val="24"/>
          <w:rtl/>
          <w:szCs w:val="32"/>
        </w:rPr>
        <w:t>א</w:t>
      </w:r>
      <w:r>
        <w:rPr>
          <w:rFonts w:ascii="Georgia" w:hAnsi="Georgia"/>
          <w:b w:val="0"/>
          <w:i w:val="0"/>
          <w:color w:val="000000"/>
          <w:sz w:val="24"/>
        </w:rPr>
        <w:t>) Имени ЭЛОКИМ, 24 начинаются с буквы ламэд (</w:t>
      </w:r>
      <w:r>
        <w:rPr>
          <w:rFonts w:ascii="Georgia" w:hAnsi="Georgia" w:cs="Times New Roman"/>
          <w:b/>
          <w:i w:val="0"/>
          <w:color w:val="000000"/>
          <w:sz w:val="24"/>
          <w:rtl/>
          <w:szCs w:val="32"/>
        </w:rPr>
        <w:t>ל</w:t>
      </w:r>
      <w:r>
        <w:rPr>
          <w:rFonts w:ascii="Georgia" w:hAnsi="Georgia"/>
          <w:b w:val="0"/>
          <w:i w:val="0"/>
          <w:color w:val="000000"/>
          <w:sz w:val="24"/>
        </w:rPr>
        <w:t>), 24 начинаются с буквы хэй (</w:t>
      </w:r>
      <w:r>
        <w:rPr>
          <w:rFonts w:ascii="Georgia" w:hAnsi="Georgia" w:cs="Times New Roman"/>
          <w:b/>
          <w:i w:val="0"/>
          <w:color w:val="000000"/>
          <w:sz w:val="24"/>
          <w:rtl/>
          <w:szCs w:val="32"/>
        </w:rPr>
        <w:t>ה</w:t>
      </w:r>
      <w:r>
        <w:rPr>
          <w:rFonts w:ascii="Georgia" w:hAnsi="Georgia"/>
          <w:b w:val="0"/>
          <w:i w:val="0"/>
          <w:color w:val="000000"/>
          <w:sz w:val="24"/>
        </w:rPr>
        <w:t>), 24 — с буквы йод (</w:t>
      </w:r>
      <w:r>
        <w:rPr>
          <w:rFonts w:ascii="Georgia" w:hAnsi="Georgia" w:cs="Times New Roman"/>
          <w:b/>
          <w:i w:val="0"/>
          <w:color w:val="000000"/>
          <w:sz w:val="24"/>
          <w:rtl/>
          <w:szCs w:val="32"/>
        </w:rPr>
        <w:t>י</w:t>
      </w:r>
      <w:r>
        <w:rPr>
          <w:rFonts w:ascii="Georgia" w:hAnsi="Georgia"/>
          <w:b w:val="0"/>
          <w:i w:val="0"/>
          <w:color w:val="000000"/>
          <w:sz w:val="24"/>
        </w:rPr>
        <w:t>) и 24 — с буквы мэм (</w:t>
      </w:r>
      <w:r>
        <w:rPr>
          <w:rFonts w:ascii="Georgia" w:hAnsi="Georgia" w:cs="Times New Roman"/>
          <w:b/>
          <w:i w:val="0"/>
          <w:color w:val="000000"/>
          <w:sz w:val="24"/>
          <w:rtl/>
          <w:szCs w:val="32"/>
        </w:rPr>
        <w:t>ם</w:t>
      </w:r>
      <w:r>
        <w:rPr>
          <w:rFonts w:ascii="Georgia" w:hAnsi="Georgia"/>
          <w:b w:val="0"/>
          <w:i w:val="0"/>
          <w:color w:val="000000"/>
          <w:sz w:val="24"/>
        </w:rPr>
        <w:t>). Итого получается пять раз по 24 (5 × 24 = 120).</w:t>
      </w:r>
    </w:p>
    <w:p>
      <w:pPr>
        <w:spacing w:before="40" w:after="120"/>
        <w:jc w:val="both"/>
      </w:pPr>
      <w:r>
        <w:rPr>
          <w:rFonts w:ascii="Georgia" w:hAnsi="Georgia"/>
          <w:b w:val="0"/>
          <w:i w:val="0"/>
          <w:color w:val="000000"/>
          <w:sz w:val="24"/>
        </w:rPr>
        <w:t>Таким образом, это пять Имен ЭЛОКИМ в пяти ее нижних сфирот со стороны ахораим, и каждое Имя ЭЛОКИМ включает 24 перестановки, так что в пяти Именах ЭЛОКИМ заключаются все 120. Причина этого в том, что каждое отдельное Имя ЭЛОКИМ включает одну ступень из 24 перестановок, начинающихся с одной определенной буквы, и так со всеми пятью Именами ЭЛОКИМ.</w:t>
      </w:r>
    </w:p>
    <w:p>
      <w:pPr>
        <w:spacing w:before="40" w:after="120"/>
        <w:jc w:val="both"/>
      </w:pPr>
      <w:r>
        <w:rPr>
          <w:rFonts w:ascii="Georgia" w:hAnsi="Georgia"/>
          <w:b w:val="0"/>
          <w:i w:val="0"/>
          <w:color w:val="000000"/>
          <w:sz w:val="24"/>
        </w:rPr>
        <w:t>Вторая причина: эти 24 перестановки вместе с их общей совокупностью (колель) составляют 25. Имя же ЭЛОКИМ состоит из пяти букв, и каждая буква включает пять, что дает 25 (5 × 5 = 25); таким образом, все 24 перестановки включаются в одно Имя ЭЛОКИМ.</w:t>
      </w:r>
    </w:p>
    <w:p>
      <w:pPr>
        <w:spacing w:before="40" w:after="120"/>
        <w:jc w:val="both"/>
      </w:pPr>
      <w:r>
        <w:rPr>
          <w:rFonts w:ascii="Georgia" w:hAnsi="Georgia"/>
          <w:b w:val="0"/>
          <w:i w:val="0"/>
          <w:color w:val="000000"/>
          <w:sz w:val="24"/>
        </w:rPr>
        <w:t>Получается, что пять Имен ЭЛОКИМ по гематрии составляют 430 (</w:t>
      </w:r>
      <w:r>
        <w:rPr>
          <w:rFonts w:ascii="Georgia" w:hAnsi="Georgia" w:cs="Times New Roman"/>
          <w:b/>
          <w:i w:val="0"/>
          <w:color w:val="000000"/>
          <w:sz w:val="24"/>
          <w:rtl/>
          <w:szCs w:val="32"/>
        </w:rPr>
        <w:t>ת״ל</w:t>
      </w:r>
      <w:r>
        <w:rPr>
          <w:rFonts w:ascii="Georgia" w:hAnsi="Georgia"/>
          <w:b w:val="0"/>
          <w:i w:val="0"/>
          <w:color w:val="000000"/>
          <w:sz w:val="24"/>
        </w:rPr>
        <w:t>: 5 × 86 = 430). Прибавив к ним упомянутое Имя БОХУ (</w:t>
      </w:r>
      <w:r>
        <w:rPr>
          <w:rFonts w:ascii="Georgia" w:hAnsi="Georgia" w:cs="Times New Roman"/>
          <w:b/>
          <w:i w:val="0"/>
          <w:color w:val="000000"/>
          <w:sz w:val="24"/>
          <w:rtl/>
          <w:szCs w:val="32"/>
        </w:rPr>
        <w:t>בוכ״ו</w:t>
      </w:r>
      <w:r>
        <w:rPr>
          <w:rFonts w:ascii="Georgia" w:hAnsi="Georgia"/>
          <w:b w:val="0"/>
          <w:i w:val="0"/>
          <w:color w:val="000000"/>
          <w:sz w:val="24"/>
        </w:rPr>
        <w:t xml:space="preserve"> = 34) — замену Имени ЭЙЕ, являющуюся корнем судов и этих ахораим, называемых ЭЛОКИМ, — поскольку оно также распространяется вплоть до Твуны, мы находим, что эти шесть Имен по гематрии равны слову «Твуна» с единицей совокупности (</w:t>
      </w:r>
      <w:r>
        <w:rPr>
          <w:rFonts w:ascii="Georgia" w:hAnsi="Georgia"/>
          <w:b w:val="0"/>
          <w:i/>
          <w:color w:val="000000"/>
          <w:sz w:val="24"/>
        </w:rPr>
        <w:t>им а-колель</w:t>
      </w:r>
      <w:r>
        <w:rPr>
          <w:rFonts w:ascii="Georgia" w:hAnsi="Georgia"/>
          <w:b w:val="0"/>
          <w:i w:val="0"/>
          <w:color w:val="000000"/>
          <w:sz w:val="24"/>
        </w:rPr>
        <w:t xml:space="preserve">, </w:t>
      </w:r>
      <w:r>
        <w:rPr>
          <w:rFonts w:ascii="Georgia" w:hAnsi="Georgia" w:cs="Times New Roman"/>
          <w:b/>
          <w:i w:val="0"/>
          <w:color w:val="000000"/>
          <w:sz w:val="24"/>
          <w:rtl/>
          <w:szCs w:val="32"/>
        </w:rPr>
        <w:t>תְּבוּנָה</w:t>
      </w:r>
      <w:r>
        <w:rPr>
          <w:rFonts w:ascii="Georgia" w:hAnsi="Georgia"/>
          <w:b w:val="0"/>
          <w:i w:val="0"/>
          <w:color w:val="000000"/>
          <w:sz w:val="24"/>
        </w:rPr>
        <w:t xml:space="preserve"> = 463; 463 + 1 = 464). Это намекает на то, что в этой Твуне содержится Имя БОХУ, корень судов, и все 120 перестановок ЭЛОКИМ.</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«Если же он беден, и рука его не достает…»</w:t>
      </w:r>
      <w:r>
        <w:rPr>
          <w:rFonts w:ascii="Georgia" w:hAnsi="Georgia"/>
          <w:b w:val="0"/>
          <w:i w:val="0"/>
          <w:color w:val="000000"/>
          <w:sz w:val="24"/>
        </w:rPr>
        <w:t xml:space="preserve"> (Ваикра 14:21). Слово «если» (</w:t>
      </w:r>
      <w:r>
        <w:rPr>
          <w:rFonts w:ascii="Georgia" w:hAnsi="Georgia"/>
          <w:b w:val="0"/>
          <w:i/>
          <w:color w:val="000000"/>
          <w:sz w:val="24"/>
        </w:rPr>
        <w:t>ве-им</w:t>
      </w:r>
      <w:r>
        <w:rPr>
          <w:rFonts w:ascii="Georgia" w:hAnsi="Georgia"/>
          <w:b w:val="0"/>
          <w:i w:val="0"/>
          <w:color w:val="000000"/>
          <w:sz w:val="24"/>
        </w:rPr>
        <w:t xml:space="preserve">, </w:t>
      </w:r>
      <w:r>
        <w:rPr>
          <w:rFonts w:ascii="Georgia" w:hAnsi="Georgia" w:cs="Times New Roman"/>
          <w:b/>
          <w:i w:val="0"/>
          <w:color w:val="000000"/>
          <w:sz w:val="24"/>
          <w:rtl/>
          <w:szCs w:val="32"/>
        </w:rPr>
        <w:t>וְאִם</w:t>
      </w:r>
      <w:r>
        <w:rPr>
          <w:rFonts w:ascii="Georgia" w:hAnsi="Georgia"/>
          <w:b w:val="0"/>
          <w:i w:val="0"/>
          <w:color w:val="000000"/>
          <w:sz w:val="24"/>
        </w:rPr>
        <w:t>) указывает на мать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ведь Твуна называется «матерью сыновей» (</w:t>
      </w:r>
      <w:r>
        <w:rPr>
          <w:rFonts w:ascii="Georgia" w:hAnsi="Georgia"/>
          <w:b w:val="0"/>
          <w:i/>
          <w:color w:val="000000"/>
          <w:sz w:val="24"/>
        </w:rPr>
        <w:t>эм а-баним</w:t>
      </w:r>
      <w:r>
        <w:rPr>
          <w:rFonts w:ascii="Georgia" w:hAnsi="Georgia"/>
          <w:b w:val="0"/>
          <w:i w:val="0"/>
          <w:color w:val="000000"/>
          <w:sz w:val="24"/>
        </w:rPr>
        <w:t>); а слово «беден» (</w:t>
      </w:r>
      <w:r>
        <w:rPr>
          <w:rFonts w:ascii="Georgia" w:hAnsi="Georgia"/>
          <w:b w:val="0"/>
          <w:i/>
          <w:color w:val="000000"/>
          <w:sz w:val="24"/>
        </w:rPr>
        <w:t>дал</w:t>
      </w:r>
      <w:r>
        <w:rPr>
          <w:rFonts w:ascii="Georgia" w:hAnsi="Georgia"/>
          <w:b w:val="0"/>
          <w:i w:val="0"/>
          <w:color w:val="000000"/>
          <w:sz w:val="24"/>
        </w:rPr>
        <w:t xml:space="preserve">, </w:t>
      </w:r>
      <w:r>
        <w:rPr>
          <w:rFonts w:ascii="Georgia" w:hAnsi="Georgia" w:cs="Times New Roman"/>
          <w:b/>
          <w:i w:val="0"/>
          <w:color w:val="000000"/>
          <w:sz w:val="24"/>
          <w:rtl/>
          <w:szCs w:val="32"/>
        </w:rPr>
        <w:t>דַּל</w:t>
      </w:r>
      <w:r>
        <w:rPr>
          <w:rFonts w:ascii="Georgia" w:hAnsi="Georgia"/>
          <w:b w:val="0"/>
          <w:i w:val="0"/>
          <w:color w:val="000000"/>
          <w:sz w:val="24"/>
        </w:rPr>
        <w:t xml:space="preserve"> = 34) указывает на упомянутое Имя [БОХУ], которое наверху пребывало в ахораим четырех нижних сфир Бины в виде четырех раз по тридцать перестановок, а теперь распространилось также и в Твуну, именуемую «матерью сыновей».</w:t>
      </w:r>
    </w:p>
    <w:p>
      <w:r>
        <w:br w:type="page"/>
      </w:r>
    </w:p>
    <w:p>
      <w:pPr>
        <w:keepNext/>
        <w:spacing w:before="360" w:after="160"/>
        <w:jc w:val="center"/>
      </w:pPr>
      <w:r>
        <w:rPr>
          <w:rFonts w:ascii="Georgia" w:hAnsi="Georgia"/>
          <w:b w:val="0"/>
          <w:i w:val="0"/>
          <w:color w:val="000000"/>
          <w:sz w:val="40"/>
        </w:rPr>
        <w:t>Врата 16: Врата рождения Аба ве-Има и ЗОН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Третьи врата — Врата рождения Аба ве-Има и ЗОН; в них семь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Предисловие о рождении Аба ве-Има и ЗОН, основанное на 42 соударениях, упомянутых в книге Зоар (раздел Берешит, 15б).</w:t>
      </w:r>
    </w:p>
    <w:p>
      <w:pPr>
        <w:spacing w:before="40" w:after="120"/>
        <w:jc w:val="both"/>
      </w:pPr>
      <w:r>
        <w:rPr>
          <w:rFonts w:ascii="Georgia" w:hAnsi="Georgia"/>
          <w:b w:val="0"/>
          <w:i w:val="0"/>
          <w:color w:val="000000"/>
          <w:sz w:val="24"/>
        </w:rPr>
        <w:t>Знай: мы уже объясняли, что у Зеир Анпина (ЗА) было три состояния (бхины), и в первом зачатии (ибуре) он находился в виде «трех, включенных в три». Это зачатие произошло благодаря НЕХИ де-Арих Анпин (де-АА), которые поднялись внутрь его ХАГАТ; там, в самом Есоде де-АА, произошло соударение с находящейся в нем Атарой (венцом), и оттуда вышел ЗА. Выходит, что этот зивуг произошел внутри самого АА.</w:t>
      </w:r>
    </w:p>
    <w:p>
      <w:pPr>
        <w:spacing w:before="40" w:after="120"/>
        <w:jc w:val="both"/>
      </w:pPr>
      <w:r>
        <w:rPr>
          <w:rFonts w:ascii="Georgia" w:hAnsi="Georgia"/>
          <w:b w:val="0"/>
          <w:i w:val="0"/>
          <w:color w:val="000000"/>
          <w:sz w:val="24"/>
        </w:rPr>
        <w:t xml:space="preserve">Тебе уже известно сказанное нашими мудрецами (ХАЗАЛЬ): </w:t>
      </w:r>
      <w:r>
        <w:rPr>
          <w:rFonts w:ascii="Georgia" w:hAnsi="Georgia"/>
          <w:b w:val="0"/>
          <w:i/>
          <w:color w:val="000000"/>
          <w:sz w:val="24"/>
        </w:rPr>
        <w:t>«Что считается «тотчас»? Покуда слюна есть во рту»</w:t>
      </w:r>
      <w:r>
        <w:rPr>
          <w:rFonts w:ascii="Georgia" w:hAnsi="Georgia"/>
          <w:b w:val="0"/>
          <w:i w:val="0"/>
          <w:color w:val="000000"/>
          <w:sz w:val="24"/>
        </w:rPr>
        <w:t xml:space="preserve"> (Ктубот 61б). Это указывает на поцелуи, предшествующие зивугу, ведь они представляют собой высшее соударение в самом пэ (рту). Поэтому вначале произошел высший зивуг в пэ де-АА, чтобы низвести силу той капли, которая включает в себя 42 соударения (зивуга). Я уже сообщал тебе, что нёбо — это Хохма. Суть в том, что Хохма де-АА (Моха Стимаа, Сокрытый Мозг) содержит десять сфирот в одной только голове (рош), и ее Есод — это нёбо. Именно оно соударяется с горлом, которое служит Малхут (а по отношению ко всему остальному телу горло называется Биной, как известно). В этих десяти сфирот содержатся все четыре Имени: АБ, САГ, МА и БОН. В то время когда нёбо и горло соударились, чтобы произвести Аба ве-Има из горла и ХАГАТ де-АА, как известно, тогда изошла капля. А капля всегда исходит от Имени АБ, как известно. Затем она облачилась в Имя САГ, относящееся к Бине (ведь горло на любом своем уровне всегда соответствует Бине). Тогда и вышли Аба ве-Има, и их Кетер начался от горла де-АА.</w:t>
      </w:r>
    </w:p>
    <w:p>
      <w:pPr>
        <w:spacing w:before="40" w:after="120"/>
        <w:jc w:val="both"/>
      </w:pPr>
      <w:r>
        <w:rPr>
          <w:rFonts w:ascii="Georgia" w:hAnsi="Georgia"/>
          <w:b w:val="0"/>
          <w:i w:val="0"/>
          <w:color w:val="000000"/>
          <w:sz w:val="24"/>
        </w:rPr>
        <w:t>Поскольку же в Имени САГ есть два наполнения — буквами йод и буквой алеф, — Аба ве-Има вышли вместе и пребывают вместе: они оба намечены в одном Имени САГ, где Аба происходит от буквы йод, а Има — от буквы алеф. Однако теперь, для зарождения ЗОН, необходимо, чтобы это происходило иначе: они не должны быть равны, но один должен быть больше другого. Поэтому Имя САГ послужило теперь только для перехода [капли], главное же действие совершили здесь Имя АБ, от которого всегда исходит капля, а затем Имена МА и БОН, служащие корнем ЗОН. Аба ве-Има оба вышли из одного только Имени САГ, тогда как ЗОН происходят от двух разных Имен — МА и БОН, и потому они не равны между собой, в отличие от Аба ве-Има.</w:t>
      </w:r>
    </w:p>
    <w:p>
      <w:pPr>
        <w:spacing w:before="40" w:after="120"/>
        <w:jc w:val="both"/>
      </w:pPr>
      <w:r>
        <w:rPr>
          <w:rFonts w:ascii="Georgia" w:hAnsi="Georgia"/>
          <w:b w:val="0"/>
          <w:i w:val="0"/>
          <w:color w:val="000000"/>
          <w:sz w:val="24"/>
        </w:rPr>
        <w:t>Суть капли тебе уже известна: это Имя ЙЕХО (</w:t>
      </w:r>
      <w:r>
        <w:rPr>
          <w:rFonts w:ascii="Georgia" w:hAnsi="Georgia" w:cs="Times New Roman"/>
          <w:b/>
          <w:i w:val="0"/>
          <w:color w:val="000000"/>
          <w:sz w:val="24"/>
          <w:rtl/>
          <w:szCs w:val="32"/>
        </w:rPr>
        <w:t>יה״ו</w:t>
      </w:r>
      <w:r>
        <w:rPr>
          <w:rFonts w:ascii="Georgia" w:hAnsi="Georgia"/>
          <w:b w:val="0"/>
          <w:i w:val="0"/>
          <w:color w:val="000000"/>
          <w:sz w:val="24"/>
        </w:rPr>
        <w:t>), представляющее собой тайну ХАБАД. Эта капля включает в себя три ЙЕХО от [Имен] АБ, МА и БОН. А трижды ЙЕХО составляют по гематрии 63 (</w:t>
      </w:r>
      <w:r>
        <w:rPr>
          <w:rFonts w:ascii="Georgia" w:hAnsi="Georgia" w:cs="Times New Roman"/>
          <w:b/>
          <w:i w:val="0"/>
          <w:color w:val="000000"/>
          <w:sz w:val="24"/>
          <w:rtl/>
          <w:szCs w:val="32"/>
        </w:rPr>
        <w:t>ס״ג</w:t>
      </w:r>
      <w:r>
        <w:rPr>
          <w:rFonts w:ascii="Georgia" w:hAnsi="Georgia"/>
          <w:b w:val="0"/>
          <w:i w:val="0"/>
          <w:color w:val="000000"/>
          <w:sz w:val="24"/>
        </w:rPr>
        <w:t xml:space="preserve"> = 63, ведь каждое ЙЕХО в простом виде равно 21: 10 + 5 + 6 = 21, а 21 × 3 = 63); вот как здесь тоже намечено Имя САГ. При этом ЙЕХО де-АБ находится вверху, в ГАР, и его гематрия — 57 (</w:t>
      </w:r>
      <w:r>
        <w:rPr>
          <w:rFonts w:ascii="Georgia" w:hAnsi="Georgia" w:cs="Times New Roman"/>
          <w:b/>
          <w:i w:val="0"/>
          <w:color w:val="000000"/>
          <w:sz w:val="24"/>
          <w:rtl/>
          <w:szCs w:val="32"/>
        </w:rPr>
        <w:t>נ״ז</w:t>
      </w:r>
      <w:r>
        <w:rPr>
          <w:rFonts w:ascii="Georgia" w:hAnsi="Georgia"/>
          <w:b w:val="0"/>
          <w:i w:val="0"/>
          <w:color w:val="000000"/>
          <w:sz w:val="24"/>
        </w:rPr>
        <w:t xml:space="preserve"> = 57, где нун </w:t>
      </w:r>
      <w:r>
        <w:rPr>
          <w:rFonts w:ascii="Georgia" w:hAnsi="Georgia" w:cs="Times New Roman"/>
          <w:b/>
          <w:i w:val="0"/>
          <w:color w:val="000000"/>
          <w:sz w:val="24"/>
          <w:rtl/>
          <w:szCs w:val="32"/>
        </w:rPr>
        <w:t>נ</w:t>
      </w:r>
      <w:r>
        <w:rPr>
          <w:rFonts w:ascii="Georgia" w:hAnsi="Georgia"/>
          <w:b w:val="0"/>
          <w:i w:val="0"/>
          <w:color w:val="000000"/>
          <w:sz w:val="24"/>
        </w:rPr>
        <w:t xml:space="preserve"> = 50, зайн </w:t>
      </w:r>
      <w:r>
        <w:rPr>
          <w:rFonts w:ascii="Georgia" w:hAnsi="Georgia" w:cs="Times New Roman"/>
          <w:b/>
          <w:i w:val="0"/>
          <w:color w:val="000000"/>
          <w:sz w:val="24"/>
          <w:rtl/>
          <w:szCs w:val="32"/>
        </w:rPr>
        <w:t>ז</w:t>
      </w:r>
      <w:r>
        <w:rPr>
          <w:rFonts w:ascii="Georgia" w:hAnsi="Georgia"/>
          <w:b w:val="0"/>
          <w:i w:val="0"/>
          <w:color w:val="000000"/>
          <w:sz w:val="24"/>
        </w:rPr>
        <w:t xml:space="preserve"> = 7). В этом тайна второго мира из трех миров, упомянутых в начале Идра Раба (раздел Насо), где сказано, что второй мир насчитывает 57 миров. ЙЕХО де-МА составляет по гематрии 39 (</w:t>
      </w:r>
      <w:r>
        <w:rPr>
          <w:rFonts w:ascii="Georgia" w:hAnsi="Georgia" w:cs="Times New Roman"/>
          <w:b/>
          <w:i w:val="0"/>
          <w:color w:val="000000"/>
          <w:sz w:val="24"/>
          <w:rtl/>
          <w:szCs w:val="32"/>
        </w:rPr>
        <w:t>ט״ל</w:t>
      </w:r>
      <w:r>
        <w:rPr>
          <w:rFonts w:ascii="Georgia" w:hAnsi="Georgia"/>
          <w:b w:val="0"/>
          <w:i w:val="0"/>
          <w:color w:val="000000"/>
          <w:sz w:val="24"/>
        </w:rPr>
        <w:t xml:space="preserve"> = 39, где тэт </w:t>
      </w:r>
      <w:r>
        <w:rPr>
          <w:rFonts w:ascii="Georgia" w:hAnsi="Georgia" w:cs="Times New Roman"/>
          <w:b/>
          <w:i w:val="0"/>
          <w:color w:val="000000"/>
          <w:sz w:val="24"/>
          <w:rtl/>
          <w:szCs w:val="32"/>
        </w:rPr>
        <w:t>ט</w:t>
      </w:r>
      <w:r>
        <w:rPr>
          <w:rFonts w:ascii="Georgia" w:hAnsi="Georgia"/>
          <w:b w:val="0"/>
          <w:i w:val="0"/>
          <w:color w:val="000000"/>
          <w:sz w:val="24"/>
        </w:rPr>
        <w:t xml:space="preserve"> = 9, ламэд </w:t>
      </w:r>
      <w:r>
        <w:rPr>
          <w:rFonts w:ascii="Georgia" w:hAnsi="Georgia" w:cs="Times New Roman"/>
          <w:b/>
          <w:i w:val="0"/>
          <w:color w:val="000000"/>
          <w:sz w:val="24"/>
          <w:rtl/>
          <w:szCs w:val="32"/>
        </w:rPr>
        <w:t>ל</w:t>
      </w:r>
      <w:r>
        <w:rPr>
          <w:rFonts w:ascii="Georgia" w:hAnsi="Georgia"/>
          <w:b w:val="0"/>
          <w:i w:val="0"/>
          <w:color w:val="000000"/>
          <w:sz w:val="24"/>
        </w:rPr>
        <w:t xml:space="preserve"> = 30), а вместе с первым числом 57 получается 96 (</w:t>
      </w:r>
      <w:r>
        <w:rPr>
          <w:rFonts w:ascii="Georgia" w:hAnsi="Georgia" w:cs="Times New Roman"/>
          <w:b/>
          <w:i w:val="0"/>
          <w:color w:val="000000"/>
          <w:sz w:val="24"/>
          <w:rtl/>
          <w:szCs w:val="32"/>
        </w:rPr>
        <w:t>צ״ו</w:t>
      </w:r>
      <w:r>
        <w:rPr>
          <w:rFonts w:ascii="Georgia" w:hAnsi="Georgia"/>
          <w:b w:val="0"/>
          <w:i w:val="0"/>
          <w:color w:val="000000"/>
          <w:sz w:val="24"/>
        </w:rPr>
        <w:t xml:space="preserve"> = 96, где цади </w:t>
      </w:r>
      <w:r>
        <w:rPr>
          <w:rFonts w:ascii="Georgia" w:hAnsi="Georgia" w:cs="Times New Roman"/>
          <w:b/>
          <w:i w:val="0"/>
          <w:color w:val="000000"/>
          <w:sz w:val="24"/>
          <w:rtl/>
          <w:szCs w:val="32"/>
        </w:rPr>
        <w:t>צ</w:t>
      </w:r>
      <w:r>
        <w:rPr>
          <w:rFonts w:ascii="Georgia" w:hAnsi="Georgia"/>
          <w:b w:val="0"/>
          <w:i w:val="0"/>
          <w:color w:val="000000"/>
          <w:sz w:val="24"/>
        </w:rPr>
        <w:t xml:space="preserve"> = 90, вав </w:t>
      </w:r>
      <w:r>
        <w:rPr>
          <w:rFonts w:ascii="Georgia" w:hAnsi="Georgia" w:cs="Times New Roman"/>
          <w:b/>
          <w:i w:val="0"/>
          <w:color w:val="000000"/>
          <w:sz w:val="24"/>
          <w:rtl/>
          <w:szCs w:val="32"/>
        </w:rPr>
        <w:t>ו</w:t>
      </w:r>
      <w:r>
        <w:rPr>
          <w:rFonts w:ascii="Georgia" w:hAnsi="Georgia"/>
          <w:b w:val="0"/>
          <w:i w:val="0"/>
          <w:color w:val="000000"/>
          <w:sz w:val="24"/>
        </w:rPr>
        <w:t xml:space="preserve"> = 6), что соответствует числу третьего мира, содержащего 96 миров. Первое ЙЕХО скрыто во втором ЙЕХО де-МА, расположенном в трех средних сфирот (ХАГАТ). Затем они опускаются и облачаются в последнее ЙЕХО де-БОН, которое по гематрии равно 42 (</w:t>
      </w:r>
      <w:r>
        <w:rPr>
          <w:rFonts w:ascii="Georgia" w:hAnsi="Georgia" w:cs="Times New Roman"/>
          <w:b/>
          <w:i w:val="0"/>
          <w:color w:val="000000"/>
          <w:sz w:val="24"/>
          <w:rtl/>
          <w:szCs w:val="32"/>
        </w:rPr>
        <w:t>מ״ב</w:t>
      </w:r>
      <w:r>
        <w:rPr>
          <w:rFonts w:ascii="Georgia" w:hAnsi="Georgia"/>
          <w:b w:val="0"/>
          <w:i w:val="0"/>
          <w:color w:val="000000"/>
          <w:sz w:val="24"/>
        </w:rPr>
        <w:t xml:space="preserve"> = 42, где мэм </w:t>
      </w:r>
      <w:r>
        <w:rPr>
          <w:rFonts w:ascii="Georgia" w:hAnsi="Georgia" w:cs="Times New Roman"/>
          <w:b/>
          <w:i w:val="0"/>
          <w:color w:val="000000"/>
          <w:sz w:val="24"/>
          <w:rtl/>
          <w:szCs w:val="32"/>
        </w:rPr>
        <w:t>מ</w:t>
      </w:r>
      <w:r>
        <w:rPr>
          <w:rFonts w:ascii="Georgia" w:hAnsi="Georgia"/>
          <w:b w:val="0"/>
          <w:i w:val="0"/>
          <w:color w:val="000000"/>
          <w:sz w:val="24"/>
        </w:rPr>
        <w:t xml:space="preserve"> = 40, бэт </w:t>
      </w:r>
      <w:r>
        <w:rPr>
          <w:rFonts w:ascii="Georgia" w:hAnsi="Georgia" w:cs="Times New Roman"/>
          <w:b/>
          <w:i w:val="0"/>
          <w:color w:val="000000"/>
          <w:sz w:val="24"/>
          <w:rtl/>
          <w:szCs w:val="32"/>
        </w:rPr>
        <w:t>ב</w:t>
      </w:r>
      <w:r>
        <w:rPr>
          <w:rFonts w:ascii="Georgia" w:hAnsi="Georgia"/>
          <w:b w:val="0"/>
          <w:i w:val="0"/>
          <w:color w:val="000000"/>
          <w:sz w:val="24"/>
        </w:rPr>
        <w:t xml:space="preserve"> = 2), находясь в трех нижних сфирот (НЕХИ). Затем они опускаются в нёбо — Есод Хохмы, как сказано выше, — и оно передает их в горло. А поскольку все они облачаются в последнее ЙЕХО, равное 42, капля называется «сорока двумя соударениями» (зивугами): ведь все они облачены в него, в самое нижнее.</w:t>
      </w:r>
    </w:p>
    <w:p>
      <w:pPr>
        <w:spacing w:before="40" w:after="120"/>
        <w:jc w:val="both"/>
      </w:pPr>
      <w:r>
        <w:rPr>
          <w:rFonts w:ascii="Georgia" w:hAnsi="Georgia"/>
          <w:b w:val="0"/>
          <w:i w:val="0"/>
          <w:color w:val="000000"/>
          <w:sz w:val="24"/>
        </w:rPr>
        <w:t xml:space="preserve">В этом и заключается смысл слова </w:t>
      </w:r>
      <w:r>
        <w:rPr>
          <w:rFonts w:ascii="Georgia" w:hAnsi="Georgia"/>
          <w:b w:val="0"/>
          <w:i/>
          <w:color w:val="000000"/>
          <w:sz w:val="24"/>
        </w:rPr>
        <w:t>хейх</w:t>
      </w:r>
      <w:r>
        <w:rPr>
          <w:rFonts w:ascii="Georgia" w:hAnsi="Georgia"/>
          <w:b w:val="0"/>
          <w:i w:val="0"/>
          <w:color w:val="000000"/>
          <w:sz w:val="24"/>
        </w:rPr>
        <w:t xml:space="preserve"> — «нёбо» (</w:t>
      </w:r>
      <w:r>
        <w:rPr>
          <w:rFonts w:ascii="Georgia" w:hAnsi="Georgia" w:cs="Times New Roman"/>
          <w:b/>
          <w:i w:val="0"/>
          <w:color w:val="000000"/>
          <w:sz w:val="24"/>
          <w:rtl/>
          <w:szCs w:val="32"/>
        </w:rPr>
        <w:t>חֵךְ</w:t>
      </w:r>
      <w:r>
        <w:rPr>
          <w:rFonts w:ascii="Georgia" w:hAnsi="Georgia"/>
          <w:b w:val="0"/>
          <w:i w:val="0"/>
          <w:color w:val="000000"/>
          <w:sz w:val="24"/>
        </w:rPr>
        <w:t>), намекающего на тайну Хохмы: буквы хэт и каф (</w:t>
      </w:r>
      <w:r>
        <w:rPr>
          <w:rFonts w:ascii="Georgia" w:hAnsi="Georgia" w:cs="Times New Roman"/>
          <w:b/>
          <w:i w:val="0"/>
          <w:color w:val="000000"/>
          <w:sz w:val="24"/>
          <w:rtl/>
          <w:szCs w:val="32"/>
        </w:rPr>
        <w:t>ח״ך</w:t>
      </w:r>
      <w:r>
        <w:rPr>
          <w:rFonts w:ascii="Georgia" w:hAnsi="Georgia"/>
          <w:b w:val="0"/>
          <w:i w:val="0"/>
          <w:color w:val="000000"/>
          <w:sz w:val="24"/>
        </w:rPr>
        <w:t xml:space="preserve">) при перестановке образуют слово </w:t>
      </w:r>
      <w:r>
        <w:rPr>
          <w:rFonts w:ascii="Georgia" w:hAnsi="Georgia"/>
          <w:b w:val="0"/>
          <w:i/>
          <w:color w:val="000000"/>
          <w:sz w:val="24"/>
        </w:rPr>
        <w:t>коах</w:t>
      </w:r>
      <w:r>
        <w:rPr>
          <w:rFonts w:ascii="Georgia" w:hAnsi="Georgia"/>
          <w:b w:val="0"/>
          <w:i w:val="0"/>
          <w:color w:val="000000"/>
          <w:sz w:val="24"/>
        </w:rPr>
        <w:t xml:space="preserve"> — «сила» (</w:t>
      </w:r>
      <w:r>
        <w:rPr>
          <w:rFonts w:ascii="Georgia" w:hAnsi="Georgia" w:cs="Times New Roman"/>
          <w:b/>
          <w:i w:val="0"/>
          <w:color w:val="000000"/>
          <w:sz w:val="24"/>
          <w:rtl/>
          <w:szCs w:val="32"/>
        </w:rPr>
        <w:t>כֹּחַ</w:t>
      </w:r>
      <w:r>
        <w:rPr>
          <w:rFonts w:ascii="Georgia" w:hAnsi="Georgia"/>
          <w:b w:val="0"/>
          <w:i w:val="0"/>
          <w:color w:val="000000"/>
          <w:sz w:val="24"/>
        </w:rPr>
        <w:t xml:space="preserve"> = 28, где каф </w:t>
      </w:r>
      <w:r>
        <w:rPr>
          <w:rFonts w:ascii="Georgia" w:hAnsi="Georgia" w:cs="Times New Roman"/>
          <w:b/>
          <w:i w:val="0"/>
          <w:color w:val="000000"/>
          <w:sz w:val="24"/>
          <w:rtl/>
          <w:szCs w:val="32"/>
        </w:rPr>
        <w:t>כ</w:t>
      </w:r>
      <w:r>
        <w:rPr>
          <w:rFonts w:ascii="Georgia" w:hAnsi="Georgia"/>
          <w:b w:val="0"/>
          <w:i w:val="0"/>
          <w:color w:val="000000"/>
          <w:sz w:val="24"/>
        </w:rPr>
        <w:t xml:space="preserve"> = 20, хэт </w:t>
      </w:r>
      <w:r>
        <w:rPr>
          <w:rFonts w:ascii="Georgia" w:hAnsi="Georgia" w:cs="Times New Roman"/>
          <w:b/>
          <w:i w:val="0"/>
          <w:color w:val="000000"/>
          <w:sz w:val="24"/>
          <w:rtl/>
          <w:szCs w:val="32"/>
        </w:rPr>
        <w:t>ח</w:t>
      </w:r>
      <w:r>
        <w:rPr>
          <w:rFonts w:ascii="Georgia" w:hAnsi="Georgia"/>
          <w:b w:val="0"/>
          <w:i w:val="0"/>
          <w:color w:val="000000"/>
          <w:sz w:val="24"/>
        </w:rPr>
        <w:t xml:space="preserve"> = 8). Число 28 — это тайна 42, как известно, ведь слово </w:t>
      </w:r>
      <w:r>
        <w:rPr>
          <w:rFonts w:ascii="Georgia" w:hAnsi="Georgia"/>
          <w:b w:val="0"/>
          <w:i/>
          <w:color w:val="000000"/>
          <w:sz w:val="24"/>
        </w:rPr>
        <w:t>хейх</w:t>
      </w:r>
      <w:r>
        <w:rPr>
          <w:rFonts w:ascii="Georgia" w:hAnsi="Georgia"/>
          <w:b w:val="0"/>
          <w:i w:val="0"/>
          <w:color w:val="000000"/>
          <w:sz w:val="24"/>
        </w:rPr>
        <w:t xml:space="preserve"> (28) вместе с 14 буквами (</w:t>
      </w:r>
      <w:r>
        <w:rPr>
          <w:rFonts w:ascii="Georgia" w:hAnsi="Georgia" w:cs="Times New Roman"/>
          <w:b/>
          <w:i w:val="0"/>
          <w:color w:val="000000"/>
          <w:sz w:val="24"/>
          <w:rtl/>
          <w:szCs w:val="32"/>
        </w:rPr>
        <w:t>י״ד</w:t>
      </w:r>
      <w:r>
        <w:rPr>
          <w:rFonts w:ascii="Georgia" w:hAnsi="Georgia"/>
          <w:b w:val="0"/>
          <w:i w:val="0"/>
          <w:color w:val="000000"/>
          <w:sz w:val="24"/>
        </w:rPr>
        <w:t xml:space="preserve"> = 14, где йод </w:t>
      </w:r>
      <w:r>
        <w:rPr>
          <w:rFonts w:ascii="Georgia" w:hAnsi="Georgia" w:cs="Times New Roman"/>
          <w:b/>
          <w:i w:val="0"/>
          <w:color w:val="000000"/>
          <w:sz w:val="24"/>
          <w:rtl/>
          <w:szCs w:val="32"/>
        </w:rPr>
        <w:t>י</w:t>
      </w:r>
      <w:r>
        <w:rPr>
          <w:rFonts w:ascii="Georgia" w:hAnsi="Georgia"/>
          <w:b w:val="0"/>
          <w:i w:val="0"/>
          <w:color w:val="000000"/>
          <w:sz w:val="24"/>
        </w:rPr>
        <w:t xml:space="preserve"> = 10, далет </w:t>
      </w:r>
      <w:r>
        <w:rPr>
          <w:rFonts w:ascii="Georgia" w:hAnsi="Georgia" w:cs="Times New Roman"/>
          <w:b/>
          <w:i w:val="0"/>
          <w:color w:val="000000"/>
          <w:sz w:val="24"/>
          <w:rtl/>
          <w:szCs w:val="32"/>
        </w:rPr>
        <w:t>ד</w:t>
      </w:r>
      <w:r>
        <w:rPr>
          <w:rFonts w:ascii="Georgia" w:hAnsi="Georgia"/>
          <w:b w:val="0"/>
          <w:i w:val="0"/>
          <w:color w:val="000000"/>
          <w:sz w:val="24"/>
        </w:rPr>
        <w:t xml:space="preserve"> = 4) дает по гематрии 42 (28 + 14 = 42). Это и служит намеком на последнее ЙЕХО, числовое значение которого — 42.</w:t>
      </w:r>
    </w:p>
    <w:p>
      <w:pPr>
        <w:spacing w:before="40" w:after="120"/>
        <w:jc w:val="both"/>
      </w:pPr>
      <w:r>
        <w:rPr>
          <w:rFonts w:ascii="Georgia" w:hAnsi="Georgia"/>
          <w:b w:val="0"/>
          <w:i w:val="0"/>
          <w:color w:val="000000"/>
          <w:sz w:val="24"/>
        </w:rPr>
        <w:t>Когда ты соединишь 96 и 42, получится 138 (</w:t>
      </w:r>
      <w:r>
        <w:rPr>
          <w:rFonts w:ascii="Georgia" w:hAnsi="Georgia" w:cs="Times New Roman"/>
          <w:b/>
          <w:i w:val="0"/>
          <w:color w:val="000000"/>
          <w:sz w:val="24"/>
          <w:rtl/>
          <w:szCs w:val="32"/>
        </w:rPr>
        <w:t>קל״ח</w:t>
      </w:r>
      <w:r>
        <w:rPr>
          <w:rFonts w:ascii="Georgia" w:hAnsi="Georgia"/>
          <w:b w:val="0"/>
          <w:i w:val="0"/>
          <w:color w:val="000000"/>
          <w:sz w:val="24"/>
        </w:rPr>
        <w:t xml:space="preserve"> = 138, где куф </w:t>
      </w:r>
      <w:r>
        <w:rPr>
          <w:rFonts w:ascii="Georgia" w:hAnsi="Georgia" w:cs="Times New Roman"/>
          <w:b/>
          <w:i w:val="0"/>
          <w:color w:val="000000"/>
          <w:sz w:val="24"/>
          <w:rtl/>
          <w:szCs w:val="32"/>
        </w:rPr>
        <w:t>ק</w:t>
      </w:r>
      <w:r>
        <w:rPr>
          <w:rFonts w:ascii="Georgia" w:hAnsi="Georgia"/>
          <w:b w:val="0"/>
          <w:i w:val="0"/>
          <w:color w:val="000000"/>
          <w:sz w:val="24"/>
        </w:rPr>
        <w:t xml:space="preserve"> = 100, ламэд </w:t>
      </w:r>
      <w:r>
        <w:rPr>
          <w:rFonts w:ascii="Georgia" w:hAnsi="Georgia" w:cs="Times New Roman"/>
          <w:b/>
          <w:i w:val="0"/>
          <w:color w:val="000000"/>
          <w:sz w:val="24"/>
          <w:rtl/>
          <w:szCs w:val="32"/>
        </w:rPr>
        <w:t>ל</w:t>
      </w:r>
      <w:r>
        <w:rPr>
          <w:rFonts w:ascii="Georgia" w:hAnsi="Georgia"/>
          <w:b w:val="0"/>
          <w:i w:val="0"/>
          <w:color w:val="000000"/>
          <w:sz w:val="24"/>
        </w:rPr>
        <w:t xml:space="preserve"> = 30, хэт </w:t>
      </w:r>
      <w:r>
        <w:rPr>
          <w:rFonts w:ascii="Georgia" w:hAnsi="Georgia" w:cs="Times New Roman"/>
          <w:b/>
          <w:i w:val="0"/>
          <w:color w:val="000000"/>
          <w:sz w:val="24"/>
          <w:rtl/>
          <w:szCs w:val="32"/>
        </w:rPr>
        <w:t>ח</w:t>
      </w:r>
      <w:r>
        <w:rPr>
          <w:rFonts w:ascii="Georgia" w:hAnsi="Georgia"/>
          <w:b w:val="0"/>
          <w:i w:val="0"/>
          <w:color w:val="000000"/>
          <w:sz w:val="24"/>
        </w:rPr>
        <w:t xml:space="preserve"> = 8). В этом тайна стиха: </w:t>
      </w:r>
      <w:r>
        <w:rPr>
          <w:rFonts w:ascii="Georgia" w:hAnsi="Georgia"/>
          <w:b w:val="0"/>
          <w:i/>
          <w:color w:val="000000"/>
          <w:sz w:val="24"/>
        </w:rPr>
        <w:t>«Ибо часть Г-спода — народ Его»</w:t>
      </w:r>
      <w:r>
        <w:rPr>
          <w:rFonts w:ascii="Georgia" w:hAnsi="Georgia"/>
          <w:b w:val="0"/>
          <w:i w:val="0"/>
          <w:color w:val="000000"/>
          <w:sz w:val="24"/>
        </w:rPr>
        <w:t xml:space="preserve"> (Дварим 32:9), где слово </w:t>
      </w:r>
      <w:r>
        <w:rPr>
          <w:rFonts w:ascii="Georgia" w:hAnsi="Georgia"/>
          <w:b w:val="0"/>
          <w:i/>
          <w:color w:val="000000"/>
          <w:sz w:val="24"/>
        </w:rPr>
        <w:t>хелек</w:t>
      </w:r>
      <w:r>
        <w:rPr>
          <w:rFonts w:ascii="Georgia" w:hAnsi="Georgia"/>
          <w:b w:val="0"/>
          <w:i w:val="0"/>
          <w:color w:val="000000"/>
          <w:sz w:val="24"/>
        </w:rPr>
        <w:t xml:space="preserve"> — «часть» (</w:t>
      </w:r>
      <w:r>
        <w:rPr>
          <w:rFonts w:ascii="Georgia" w:hAnsi="Georgia" w:cs="Times New Roman"/>
          <w:b/>
          <w:i w:val="0"/>
          <w:color w:val="000000"/>
          <w:sz w:val="24"/>
          <w:rtl/>
          <w:szCs w:val="32"/>
        </w:rPr>
        <w:t>חֵלֶק</w:t>
      </w:r>
      <w:r>
        <w:rPr>
          <w:rFonts w:ascii="Georgia" w:hAnsi="Georgia"/>
          <w:b w:val="0"/>
          <w:i w:val="0"/>
          <w:color w:val="000000"/>
          <w:sz w:val="24"/>
        </w:rPr>
        <w:t xml:space="preserve"> = 138) равно 138; и в этом же тайна выражения </w:t>
      </w:r>
      <w:r>
        <w:rPr>
          <w:rFonts w:ascii="Georgia" w:hAnsi="Georgia"/>
          <w:b w:val="0"/>
          <w:i/>
          <w:color w:val="000000"/>
          <w:sz w:val="24"/>
        </w:rPr>
        <w:t>хакаль тапухин</w:t>
      </w:r>
      <w:r>
        <w:rPr>
          <w:rFonts w:ascii="Georgia" w:hAnsi="Georgia"/>
          <w:b w:val="0"/>
          <w:i w:val="0"/>
          <w:color w:val="000000"/>
          <w:sz w:val="24"/>
        </w:rPr>
        <w:t xml:space="preserve"> — «поле яблонь» (</w:t>
      </w:r>
      <w:r>
        <w:rPr>
          <w:rFonts w:ascii="Georgia" w:hAnsi="Georgia" w:cs="Times New Roman"/>
          <w:b/>
          <w:i w:val="0"/>
          <w:color w:val="000000"/>
          <w:sz w:val="24"/>
          <w:rtl/>
          <w:szCs w:val="32"/>
        </w:rPr>
        <w:t>חֲקַל תַּפּוּחִין</w:t>
      </w:r>
      <w:r>
        <w:rPr>
          <w:rFonts w:ascii="Georgia" w:hAnsi="Georgia"/>
          <w:b w:val="0"/>
          <w:i w:val="0"/>
          <w:color w:val="000000"/>
          <w:sz w:val="24"/>
        </w:rPr>
        <w:t xml:space="preserve">, где слово </w:t>
      </w:r>
      <w:r>
        <w:rPr>
          <w:rFonts w:ascii="Georgia" w:hAnsi="Georgia"/>
          <w:b w:val="0"/>
          <w:i/>
          <w:color w:val="000000"/>
          <w:sz w:val="24"/>
        </w:rPr>
        <w:t>хакаль</w:t>
      </w:r>
      <w:r>
        <w:rPr>
          <w:rFonts w:ascii="Georgia" w:hAnsi="Georgia"/>
          <w:b w:val="0"/>
          <w:i w:val="0"/>
          <w:color w:val="000000"/>
          <w:sz w:val="24"/>
        </w:rPr>
        <w:t xml:space="preserve"> </w:t>
      </w:r>
      <w:r>
        <w:rPr>
          <w:rFonts w:ascii="Georgia" w:hAnsi="Georgia" w:cs="Times New Roman"/>
          <w:b/>
          <w:i w:val="0"/>
          <w:color w:val="000000"/>
          <w:sz w:val="24"/>
          <w:rtl/>
          <w:szCs w:val="32"/>
        </w:rPr>
        <w:t>חֲקַל</w:t>
      </w:r>
      <w:r>
        <w:rPr>
          <w:rFonts w:ascii="Georgia" w:hAnsi="Georgia"/>
          <w:b w:val="0"/>
          <w:i w:val="0"/>
          <w:color w:val="000000"/>
          <w:sz w:val="24"/>
        </w:rPr>
        <w:t xml:space="preserve"> = 138). Ведь теперь все три ЙЕХО опускаются в три нижние сфирот, и тогда завершается тайна святого «поля яблонь». Если же ты присоединишь к ним ЙЕХО де-САГ, равное 48 (</w:t>
      </w:r>
      <w:r>
        <w:rPr>
          <w:rFonts w:ascii="Georgia" w:hAnsi="Georgia" w:cs="Times New Roman"/>
          <w:b/>
          <w:i w:val="0"/>
          <w:color w:val="000000"/>
          <w:sz w:val="24"/>
          <w:rtl/>
          <w:szCs w:val="32"/>
        </w:rPr>
        <w:t>מ״ח</w:t>
      </w:r>
      <w:r>
        <w:rPr>
          <w:rFonts w:ascii="Georgia" w:hAnsi="Georgia"/>
          <w:b w:val="0"/>
          <w:i w:val="0"/>
          <w:color w:val="000000"/>
          <w:sz w:val="24"/>
        </w:rPr>
        <w:t xml:space="preserve"> = 48, где мэм </w:t>
      </w:r>
      <w:r>
        <w:rPr>
          <w:rFonts w:ascii="Georgia" w:hAnsi="Georgia" w:cs="Times New Roman"/>
          <w:b/>
          <w:i w:val="0"/>
          <w:color w:val="000000"/>
          <w:sz w:val="24"/>
          <w:rtl/>
          <w:szCs w:val="32"/>
        </w:rPr>
        <w:t>מ</w:t>
      </w:r>
      <w:r>
        <w:rPr>
          <w:rFonts w:ascii="Georgia" w:hAnsi="Georgia"/>
          <w:b w:val="0"/>
          <w:i w:val="0"/>
          <w:color w:val="000000"/>
          <w:sz w:val="24"/>
        </w:rPr>
        <w:t xml:space="preserve"> = 40, хэт </w:t>
      </w:r>
      <w:r>
        <w:rPr>
          <w:rFonts w:ascii="Georgia" w:hAnsi="Georgia" w:cs="Times New Roman"/>
          <w:b/>
          <w:i w:val="0"/>
          <w:color w:val="000000"/>
          <w:sz w:val="24"/>
          <w:rtl/>
          <w:szCs w:val="32"/>
        </w:rPr>
        <w:t>ח</w:t>
      </w:r>
      <w:r>
        <w:rPr>
          <w:rFonts w:ascii="Georgia" w:hAnsi="Georgia"/>
          <w:b w:val="0"/>
          <w:i w:val="0"/>
          <w:color w:val="000000"/>
          <w:sz w:val="24"/>
        </w:rPr>
        <w:t xml:space="preserve"> = 8), то все они составят 186 (138 + 48 = 186). Это равно квадрату букв Имени АВАЯ (10² + 5² + 6² + 5² = 100 + 25 + 36 + 25 = 186), составляющему число слова </w:t>
      </w:r>
      <w:r>
        <w:rPr>
          <w:rFonts w:ascii="Georgia" w:hAnsi="Georgia"/>
          <w:b w:val="0"/>
          <w:i/>
          <w:color w:val="000000"/>
          <w:sz w:val="24"/>
        </w:rPr>
        <w:t>маком</w:t>
      </w:r>
      <w:r>
        <w:rPr>
          <w:rFonts w:ascii="Georgia" w:hAnsi="Georgia"/>
          <w:b w:val="0"/>
          <w:i w:val="0"/>
          <w:color w:val="000000"/>
          <w:sz w:val="24"/>
        </w:rPr>
        <w:t xml:space="preserve"> —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В этом тайна стиха: </w:t>
      </w:r>
      <w:r>
        <w:rPr>
          <w:rFonts w:ascii="Georgia" w:hAnsi="Georgia"/>
          <w:b w:val="0"/>
          <w:i/>
          <w:color w:val="000000"/>
          <w:sz w:val="24"/>
        </w:rPr>
        <w:t>«Вот место у Меня»</w:t>
      </w:r>
      <w:r>
        <w:rPr>
          <w:rFonts w:ascii="Georgia" w:hAnsi="Georgia"/>
          <w:b w:val="0"/>
          <w:i w:val="0"/>
          <w:color w:val="000000"/>
          <w:sz w:val="24"/>
        </w:rPr>
        <w:t xml:space="preserve"> (Шмот 33:21).</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теме: мы уже объяснили, как число 42 спускается от нёба к горлу при высшем соударении в пэ де-АА, чтобы произвести ЗОН. Буквы нёба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намекают на три ЙЕХО, составляющие 138 (</w:t>
      </w:r>
      <w:r>
        <w:rPr>
          <w:rFonts w:ascii="Georgia" w:hAnsi="Georgia"/>
          <w:b w:val="0"/>
          <w:i/>
          <w:color w:val="000000"/>
          <w:sz w:val="24"/>
        </w:rPr>
        <w:t>хакаль</w:t>
      </w:r>
      <w:r>
        <w:rPr>
          <w:rFonts w:ascii="Georgia" w:hAnsi="Georgia"/>
          <w:b w:val="0"/>
          <w:i w:val="0"/>
          <w:color w:val="000000"/>
          <w:sz w:val="24"/>
        </w:rPr>
        <w:t xml:space="preserve">, </w:t>
      </w:r>
      <w:r>
        <w:rPr>
          <w:rFonts w:ascii="Georgia" w:hAnsi="Georgia" w:cs="Times New Roman"/>
          <w:b/>
          <w:i w:val="0"/>
          <w:color w:val="000000"/>
          <w:sz w:val="24"/>
          <w:rtl/>
          <w:szCs w:val="32"/>
        </w:rPr>
        <w:t>חק״ל</w:t>
      </w:r>
      <w:r>
        <w:rPr>
          <w:rFonts w:ascii="Georgia" w:hAnsi="Georgia"/>
          <w:b w:val="0"/>
          <w:i w:val="0"/>
          <w:color w:val="000000"/>
          <w:sz w:val="24"/>
        </w:rPr>
        <w:t xml:space="preserve">): ведь буквы </w:t>
      </w:r>
      <w:r>
        <w:rPr>
          <w:rFonts w:ascii="Georgia" w:hAnsi="Georgia" w:cs="Times New Roman"/>
          <w:b/>
          <w:i w:val="0"/>
          <w:color w:val="000000"/>
          <w:sz w:val="24"/>
          <w:rtl/>
          <w:szCs w:val="32"/>
        </w:rPr>
        <w:t>גיכ״ק</w:t>
      </w:r>
      <w:r>
        <w:rPr>
          <w:rFonts w:ascii="Georgia" w:hAnsi="Georgia"/>
          <w:b w:val="0"/>
          <w:i w:val="0"/>
          <w:color w:val="000000"/>
          <w:sz w:val="24"/>
        </w:rPr>
        <w:t xml:space="preserve"> (где гимель </w:t>
      </w:r>
      <w:r>
        <w:rPr>
          <w:rFonts w:ascii="Georgia" w:hAnsi="Georgia" w:cs="Times New Roman"/>
          <w:b/>
          <w:i w:val="0"/>
          <w:color w:val="000000"/>
          <w:sz w:val="24"/>
          <w:rtl/>
          <w:szCs w:val="32"/>
        </w:rPr>
        <w:t>ג</w:t>
      </w:r>
      <w:r>
        <w:rPr>
          <w:rFonts w:ascii="Georgia" w:hAnsi="Georgia"/>
          <w:b w:val="0"/>
          <w:i w:val="0"/>
          <w:color w:val="000000"/>
          <w:sz w:val="24"/>
        </w:rPr>
        <w:t xml:space="preserve"> = 3, йод </w:t>
      </w:r>
      <w:r>
        <w:rPr>
          <w:rFonts w:ascii="Georgia" w:hAnsi="Georgia" w:cs="Times New Roman"/>
          <w:b/>
          <w:i w:val="0"/>
          <w:color w:val="000000"/>
          <w:sz w:val="24"/>
          <w:rtl/>
          <w:szCs w:val="32"/>
        </w:rPr>
        <w:t>י</w:t>
      </w:r>
      <w:r>
        <w:rPr>
          <w:rFonts w:ascii="Georgia" w:hAnsi="Georgia"/>
          <w:b w:val="0"/>
          <w:i w:val="0"/>
          <w:color w:val="000000"/>
          <w:sz w:val="24"/>
        </w:rPr>
        <w:t xml:space="preserve"> = 10, каф </w:t>
      </w:r>
      <w:r>
        <w:rPr>
          <w:rFonts w:ascii="Georgia" w:hAnsi="Georgia" w:cs="Times New Roman"/>
          <w:b/>
          <w:i w:val="0"/>
          <w:color w:val="000000"/>
          <w:sz w:val="24"/>
          <w:rtl/>
          <w:szCs w:val="32"/>
        </w:rPr>
        <w:t>כ</w:t>
      </w:r>
      <w:r>
        <w:rPr>
          <w:rFonts w:ascii="Georgia" w:hAnsi="Georgia"/>
          <w:b w:val="0"/>
          <w:i w:val="0"/>
          <w:color w:val="000000"/>
          <w:sz w:val="24"/>
        </w:rPr>
        <w:t xml:space="preserve"> = 20, куф </w:t>
      </w:r>
      <w:r>
        <w:rPr>
          <w:rFonts w:ascii="Georgia" w:hAnsi="Georgia" w:cs="Times New Roman"/>
          <w:b/>
          <w:i w:val="0"/>
          <w:color w:val="000000"/>
          <w:sz w:val="24"/>
          <w:rtl/>
          <w:szCs w:val="32"/>
        </w:rPr>
        <w:t>ק</w:t>
      </w:r>
      <w:r>
        <w:rPr>
          <w:rFonts w:ascii="Georgia" w:hAnsi="Georgia"/>
          <w:b w:val="0"/>
          <w:i w:val="0"/>
          <w:color w:val="000000"/>
          <w:sz w:val="24"/>
        </w:rPr>
        <w:t xml:space="preserve"> = 100, что в сумме дает 133) вместе с четырьмя самими буквами и словом как целым составляют 138 (133 + 4 + 1 = 138).</w:t>
      </w:r>
    </w:p>
    <w:p>
      <w:pPr>
        <w:spacing w:before="40" w:after="120"/>
        <w:jc w:val="both"/>
      </w:pPr>
      <w:r>
        <w:rPr>
          <w:rFonts w:ascii="Georgia" w:hAnsi="Georgia"/>
          <w:b w:val="0"/>
          <w:i w:val="0"/>
          <w:color w:val="000000"/>
          <w:sz w:val="24"/>
        </w:rPr>
        <w:t xml:space="preserve">И вот капля мужских вод (МАД), численно равная 42. А тебе уже известно [правило мудрецов]: </w:t>
      </w:r>
      <w:r>
        <w:rPr>
          <w:rFonts w:ascii="Georgia" w:hAnsi="Georgia"/>
          <w:b w:val="0"/>
          <w:i/>
          <w:color w:val="000000"/>
          <w:sz w:val="24"/>
        </w:rPr>
        <w:t>«Ни одна капля не падает сверху без того, чтобы навстречу ей не поднялись снизу две капли»</w:t>
      </w:r>
      <w:r>
        <w:rPr>
          <w:rFonts w:ascii="Georgia" w:hAnsi="Georgia"/>
          <w:b w:val="0"/>
          <w:i w:val="0"/>
          <w:color w:val="000000"/>
          <w:sz w:val="24"/>
        </w:rPr>
        <w:t xml:space="preserve"> (Таанит 25б). Они составляют тайну женских вод (МАН) горла. Суть в том, что из горла де-АА образуется Кетер для рош де-Аба ве-Има, а само горло, как ты знаешь, — это Бина де-АА. И необходимо, чтобы в нем было два свойства: одно для Абы, другое для Имы. Оба они — два Имени ЭЙЕ, указывающие на их происхождение от Бины де-АА. В этом тайна стиха: </w:t>
      </w:r>
      <w:r>
        <w:rPr>
          <w:rFonts w:ascii="Georgia" w:hAnsi="Georgia"/>
          <w:b w:val="0"/>
          <w:i/>
          <w:color w:val="000000"/>
          <w:sz w:val="24"/>
        </w:rPr>
        <w:t>«ЭЙЕ Ашер ЭЙЕ»</w:t>
      </w:r>
      <w:r>
        <w:rPr>
          <w:rFonts w:ascii="Georgia" w:hAnsi="Georgia"/>
          <w:b w:val="0"/>
          <w:i w:val="0"/>
          <w:color w:val="000000"/>
          <w:sz w:val="24"/>
        </w:rPr>
        <w:t xml:space="preserve"> (Шмот 3:14), ведь все, что Святой, благословен Он, сказал Моше, открывало ему устройство ЗА от начала и до конца, как разъяснено в книге Зоар (раздел Ваикра, 11б). И смысл таков: первое ЭЙЕ относится к тайне Абы, второе ЭЙЕ — к тайне Имы, а слово </w:t>
      </w:r>
      <w:r>
        <w:rPr>
          <w:rFonts w:ascii="Georgia" w:hAnsi="Georgia"/>
          <w:b w:val="0"/>
          <w:i/>
          <w:color w:val="000000"/>
          <w:sz w:val="24"/>
        </w:rPr>
        <w:t>ашер</w:t>
      </w:r>
      <w:r>
        <w:rPr>
          <w:rFonts w:ascii="Georgia" w:hAnsi="Georgia"/>
          <w:b w:val="0"/>
          <w:i w:val="0"/>
          <w:color w:val="000000"/>
          <w:sz w:val="24"/>
        </w:rPr>
        <w:t xml:space="preserve"> состоит из тех же букв, что и </w:t>
      </w:r>
      <w:r>
        <w:rPr>
          <w:rFonts w:ascii="Georgia" w:hAnsi="Georgia"/>
          <w:b w:val="0"/>
          <w:i/>
          <w:color w:val="000000"/>
          <w:sz w:val="24"/>
        </w:rPr>
        <w:t>рош</w:t>
      </w:r>
      <w:r>
        <w:rPr>
          <w:rFonts w:ascii="Georgia" w:hAnsi="Georgia"/>
          <w:b w:val="0"/>
          <w:i w:val="0"/>
          <w:color w:val="000000"/>
          <w:sz w:val="24"/>
        </w:rPr>
        <w:t xml:space="preserve"> — «голова» (буквы алеф, шин, рэйш: </w:t>
      </w:r>
      <w:r>
        <w:rPr>
          <w:rFonts w:ascii="Georgia" w:hAnsi="Georgia" w:cs="Times New Roman"/>
          <w:b/>
          <w:i w:val="0"/>
          <w:color w:val="000000"/>
          <w:sz w:val="24"/>
          <w:rtl/>
          <w:szCs w:val="32"/>
        </w:rPr>
        <w:t>אֲשֶׁר</w:t>
      </w:r>
      <w:r>
        <w:rPr>
          <w:rFonts w:ascii="Georgia" w:hAnsi="Georgia"/>
          <w:b w:val="0"/>
          <w:i w:val="0"/>
          <w:color w:val="000000"/>
          <w:sz w:val="24"/>
        </w:rPr>
        <w:t xml:space="preserve"> и </w:t>
      </w:r>
      <w:r>
        <w:rPr>
          <w:rFonts w:ascii="Georgia" w:hAnsi="Georgia" w:cs="Times New Roman"/>
          <w:b/>
          <w:i w:val="0"/>
          <w:color w:val="000000"/>
          <w:sz w:val="24"/>
          <w:rtl/>
          <w:szCs w:val="32"/>
        </w:rPr>
        <w:t>רֹאשׁ</w:t>
      </w:r>
      <w:r>
        <w:rPr>
          <w:rFonts w:ascii="Georgia" w:hAnsi="Georgia"/>
          <w:b w:val="0"/>
          <w:i w:val="0"/>
          <w:color w:val="000000"/>
          <w:sz w:val="24"/>
        </w:rPr>
        <w:t xml:space="preserve">). Слово </w:t>
      </w:r>
      <w:r>
        <w:rPr>
          <w:rFonts w:ascii="Georgia" w:hAnsi="Georgia"/>
          <w:b w:val="0"/>
          <w:i/>
          <w:color w:val="000000"/>
          <w:sz w:val="24"/>
        </w:rPr>
        <w:t>ашер</w:t>
      </w:r>
      <w:r>
        <w:rPr>
          <w:rFonts w:ascii="Georgia" w:hAnsi="Georgia"/>
          <w:b w:val="0"/>
          <w:i w:val="0"/>
          <w:color w:val="000000"/>
          <w:sz w:val="24"/>
        </w:rPr>
        <w:t xml:space="preserve"> помещено между двумя Именами ЭЙЕ, чтобы указать: это горло становится головой для двух упомянутых ЭЙЕ, то есть для Аба ве-Има. Тебе уже известно, что слово </w:t>
      </w:r>
      <w:r>
        <w:rPr>
          <w:rFonts w:ascii="Georgia" w:hAnsi="Georgia"/>
          <w:b w:val="0"/>
          <w:i/>
          <w:color w:val="000000"/>
          <w:sz w:val="24"/>
        </w:rPr>
        <w:t>рош</w:t>
      </w:r>
      <w:r>
        <w:rPr>
          <w:rFonts w:ascii="Georgia" w:hAnsi="Georgia"/>
          <w:b w:val="0"/>
          <w:i w:val="0"/>
          <w:color w:val="000000"/>
          <w:sz w:val="24"/>
        </w:rPr>
        <w:t xml:space="preserve"> относится к мужскому началу, а </w:t>
      </w:r>
      <w:r>
        <w:rPr>
          <w:rFonts w:ascii="Georgia" w:hAnsi="Georgia"/>
          <w:b w:val="0"/>
          <w:i/>
          <w:color w:val="000000"/>
          <w:sz w:val="24"/>
        </w:rPr>
        <w:t>ашер</w:t>
      </w:r>
      <w:r>
        <w:rPr>
          <w:rFonts w:ascii="Georgia" w:hAnsi="Georgia"/>
          <w:b w:val="0"/>
          <w:i w:val="0"/>
          <w:color w:val="000000"/>
          <w:sz w:val="24"/>
        </w:rPr>
        <w:t xml:space="preserve"> — к женскому. Но поскольку Аба ве-Има оба происходят из горла, то есть из Бины, оба они называются </w:t>
      </w:r>
      <w:r>
        <w:rPr>
          <w:rFonts w:ascii="Georgia" w:hAnsi="Georgia"/>
          <w:b w:val="0"/>
          <w:i/>
          <w:color w:val="000000"/>
          <w:sz w:val="24"/>
        </w:rPr>
        <w:t>ашер</w:t>
      </w:r>
      <w:r>
        <w:rPr>
          <w:rFonts w:ascii="Georgia" w:hAnsi="Georgia"/>
          <w:b w:val="0"/>
          <w:i w:val="0"/>
          <w:color w:val="000000"/>
          <w:sz w:val="24"/>
        </w:rPr>
        <w:t xml:space="preserve"> и оба называются ЭЙЕ.</w:t>
      </w:r>
    </w:p>
    <w:p>
      <w:pPr>
        <w:spacing w:before="40" w:after="120"/>
        <w:jc w:val="both"/>
      </w:pPr>
      <w:r>
        <w:rPr>
          <w:rFonts w:ascii="Georgia" w:hAnsi="Georgia"/>
          <w:b w:val="0"/>
          <w:i w:val="0"/>
          <w:color w:val="000000"/>
          <w:sz w:val="24"/>
        </w:rPr>
        <w:t>Однако поскольку теперь на уровне горла есть два свойства — Аба ве-Има, оттуда обязаны были подняться две капли. Ведь от нёба опустилась одна капля — одно ЙЕХО, а снизу поднимаются две капли — два Имени ЭЙЕ (ведь простое ЭЙЕ по гематрии равно 21: 1 + 5 + 10 + 5 = 21, как и простое ЙЕХО: 10 + 5 + 6 = 21). Выходит, что два Имени ЭЙЕ численно соответствуют двум ЙЕХО и представляют собой две капли. Теперь нужно знать: подобно тому как из десяти сфирот нёба опустились два ЙЕХО, облаченные в последнее ЙЕХО, точно так же теперь от горла поднимается вдвое больше — шесть Имен ЭЙЕ, которые включаются всего лишь в два ЭЙЕ. Устройство этих шести Имен ЭЙЕ подобно тому, что мы разъясняли о трех Именах ЙЕХО: два ЭЙЕ находятся в ГАР де-Аба и ГАР де-Има, и оба они — с наполнением буквами йод; затем в трех средних сфирот де-Аба и трех средних де-Има находятся два ЭЙЕ с наполнением буквой алеф; а затем в трех нижних сфирот де-Аба и трех нижних де-Има — два ЭЙЕ с наполнением буквой хэй. Вот шесть Имен ЭЙЕ.</w:t>
      </w:r>
    </w:p>
    <w:p>
      <w:pPr>
        <w:spacing w:before="40" w:after="120"/>
        <w:jc w:val="both"/>
      </w:pPr>
      <w:r>
        <w:rPr>
          <w:rFonts w:ascii="Georgia" w:hAnsi="Georgia"/>
          <w:b w:val="0"/>
          <w:i w:val="0"/>
          <w:color w:val="000000"/>
          <w:sz w:val="24"/>
        </w:rPr>
        <w:t xml:space="preserve">И как наверху все они включились в последнее ЙЕХО, так и здесь все включились в два ЭЙЕ. Поэтому в Писании упомянуты только два ЭЙЕ, но в действительности формула «ЭЙЕ Ашер ЭЙЕ» повторяется трижды: с наполнением буквами йод, буквами алеф и буквами хэй. Ведь в ГАР слово </w:t>
      </w:r>
      <w:r>
        <w:rPr>
          <w:rFonts w:ascii="Georgia" w:hAnsi="Georgia"/>
          <w:b w:val="0"/>
          <w:i/>
          <w:color w:val="000000"/>
          <w:sz w:val="24"/>
        </w:rPr>
        <w:t>ашер</w:t>
      </w:r>
      <w:r>
        <w:rPr>
          <w:rFonts w:ascii="Georgia" w:hAnsi="Georgia"/>
          <w:b w:val="0"/>
          <w:i w:val="0"/>
          <w:color w:val="000000"/>
          <w:sz w:val="24"/>
        </w:rPr>
        <w:t xml:space="preserve"> служит Кетером, а два ЭЙЕ — это Хохма и Бина; в трех средних сфирот два ЭЙЕ — это Хесед и Гвура, а </w:t>
      </w:r>
      <w:r>
        <w:rPr>
          <w:rFonts w:ascii="Georgia" w:hAnsi="Georgia"/>
          <w:b w:val="0"/>
          <w:i/>
          <w:color w:val="000000"/>
          <w:sz w:val="24"/>
        </w:rPr>
        <w:t>ашер</w:t>
      </w:r>
      <w:r>
        <w:rPr>
          <w:rFonts w:ascii="Georgia" w:hAnsi="Georgia"/>
          <w:b w:val="0"/>
          <w:i w:val="0"/>
          <w:color w:val="000000"/>
          <w:sz w:val="24"/>
        </w:rPr>
        <w:t xml:space="preserve"> — в Тиферет; в трех нижних сфирот два ЭЙЕ — в Нецах и Ход, а </w:t>
      </w:r>
      <w:r>
        <w:rPr>
          <w:rFonts w:ascii="Georgia" w:hAnsi="Georgia"/>
          <w:b w:val="0"/>
          <w:i/>
          <w:color w:val="000000"/>
          <w:sz w:val="24"/>
        </w:rPr>
        <w:t>ашер</w:t>
      </w:r>
      <w:r>
        <w:rPr>
          <w:rFonts w:ascii="Georgia" w:hAnsi="Georgia"/>
          <w:b w:val="0"/>
          <w:i w:val="0"/>
          <w:color w:val="000000"/>
          <w:sz w:val="24"/>
        </w:rPr>
        <w:t xml:space="preserve"> — в Есоде (ведь Тиферет и Есод оба называются </w:t>
      </w:r>
      <w:r>
        <w:rPr>
          <w:rFonts w:ascii="Georgia" w:hAnsi="Georgia"/>
          <w:b w:val="0"/>
          <w:i/>
          <w:color w:val="000000"/>
          <w:sz w:val="24"/>
        </w:rPr>
        <w:t>ашер</w:t>
      </w:r>
      <w:r>
        <w:rPr>
          <w:rFonts w:ascii="Georgia" w:hAnsi="Georgia"/>
          <w:b w:val="0"/>
          <w:i w:val="0"/>
          <w:color w:val="000000"/>
          <w:sz w:val="24"/>
        </w:rPr>
        <w:t>, как известно). Но все они включились в высшее «ЭЙЕ Ашер ЭЙЕ» с наполнением буквами йод, поскольку эти женские воды поднимаются снизу вверх. С ЙЕХО же все происходит наоборот: они включились в последнее ЙЕХО с наполнением буквами хэй, так как опускаются сверху вниз. И не ошибись, решив из моих слов, будто все эти Имена ЭЙЕ находятся в самих Аба ве-Има: все они пребывают в горле самого АА. Смысл же сказанного в том, что поскольку в этом горле была сила произвести Аба ве-Има, в нем непременно должны были быть два свойства соответственно Аба ве-Има. Оказывается, Писание упомянуло лишь два ЭЙЕ, потому что все остальные включены в них.</w:t>
      </w:r>
    </w:p>
    <w:p>
      <w:pPr>
        <w:spacing w:before="40" w:after="120"/>
        <w:jc w:val="both"/>
      </w:pPr>
      <w:r>
        <w:rPr>
          <w:rFonts w:ascii="Georgia" w:hAnsi="Georgia"/>
          <w:b w:val="0"/>
          <w:i w:val="0"/>
          <w:color w:val="000000"/>
          <w:sz w:val="24"/>
        </w:rPr>
        <w:t>Теперь получается, что от мужского начала опускается одна капля ЙЕХО, а навстречу ей поднимаются две — два ЭЙЕ из стиха «ЭЙЕ Ашер ЭЙЕ». И подобно тому как в упомянутом ЙЕХО содержится число 42 (ведь с наполнением буквами хэй оно по гематрии равно 42), благодаря его силе из горла, являющегося женским началом (нуквой), выходят два названных ЭЙЕ, которые по гематрии равны 42 (21 + 21 = 42): одно для Абы, другое для Имы. И теперь также из этого... ...ты поймешь, как в нукве вышли два ЭЙЕ от одного ЙЕХО мужского начала: ведь ЙЕХО мужского начала, равное 42, сформировалось в нукве как два ЭЙЕ, составляющие [в сумме] те же 42. Пойми это. Причина в том, что это требовалось для Аба ве-Има, которые должны были выйти оттуда. Выходит, что одна капля ЙЕХО так же велика, как две капли ЭЙЕ.</w:t>
      </w:r>
    </w:p>
    <w:p>
      <w:pPr>
        <w:spacing w:before="40" w:after="120"/>
        <w:jc w:val="both"/>
      </w:pPr>
      <w:r>
        <w:rPr>
          <w:rFonts w:ascii="Georgia" w:hAnsi="Georgia"/>
          <w:b w:val="0"/>
          <w:i w:val="0"/>
          <w:color w:val="000000"/>
          <w:sz w:val="24"/>
        </w:rPr>
        <w:t>Обрати также внимание: подобно тому как капля ЙЕХО содержит три ЙЕХО, составляющие по гематрии 63 (САГ), так и в ЭЙЕ их вдвое больше, соответственно двум каплям, ведь там шесть Имен ЭЙЕ, что составляет дважды число 63 (два Имени САГ, ведь 6 × 21 = 126, а 63 × 2 = 126).</w:t>
      </w:r>
    </w:p>
    <w:p>
      <w:pPr>
        <w:spacing w:before="40" w:after="120"/>
        <w:jc w:val="both"/>
      </w:pPr>
      <w:r>
        <w:rPr>
          <w:rFonts w:ascii="Georgia" w:hAnsi="Georgia"/>
          <w:b w:val="0"/>
          <w:i w:val="0"/>
          <w:color w:val="000000"/>
          <w:sz w:val="24"/>
        </w:rPr>
        <w:t>В Писании намечено рождение ЗОН, и лишь после его рождения упоминается его зачатие (ибур) — пребывание плода во чреве матери в течение девяти месяцев. В это время весь плод, хотя он и образован из мужского и женского начал, целиком именуется именем женского начала (нуквы). В этом тайна третьего слова «ЭЙЕ», написанного в стихе [</w:t>
      </w:r>
      <w:r>
        <w:rPr>
          <w:rFonts w:ascii="Georgia" w:hAnsi="Georgia"/>
          <w:b w:val="0"/>
          <w:i/>
          <w:color w:val="000000"/>
          <w:sz w:val="24"/>
        </w:rPr>
        <w:t>«Так скажи сынам Исраэля: ЭЙЕ послал меня к вам»</w:t>
      </w:r>
      <w:r>
        <w:rPr>
          <w:rFonts w:ascii="Georgia" w:hAnsi="Georgia"/>
          <w:b w:val="0"/>
          <w:i w:val="0"/>
          <w:color w:val="000000"/>
          <w:sz w:val="24"/>
        </w:rPr>
        <w:t xml:space="preserve"> (Шмот 3:14)], ведь все бытие упомянутого ЗА называется теперь именем ЭЙЕ из-за его пребывания во чреве Бины. А когда он родился и вышел наружу, его бытие раскрылось, и он стал называться АВАЯ (</w:t>
      </w:r>
      <w:r>
        <w:rPr>
          <w:rFonts w:ascii="Georgia" w:hAnsi="Georgia" w:cs="Times New Roman"/>
          <w:b/>
          <w:i w:val="0"/>
          <w:color w:val="000000"/>
          <w:sz w:val="24"/>
          <w:rtl/>
          <w:szCs w:val="32"/>
        </w:rPr>
        <w:t>יהוה</w:t>
      </w:r>
      <w:r>
        <w:rPr>
          <w:rFonts w:ascii="Georgia" w:hAnsi="Georgia"/>
          <w:b w:val="0"/>
          <w:i w:val="0"/>
          <w:color w:val="000000"/>
          <w:sz w:val="24"/>
        </w:rPr>
        <w:t>), как сказано в следующем стихе [</w:t>
      </w:r>
      <w:r>
        <w:rPr>
          <w:rFonts w:ascii="Georgia" w:hAnsi="Georgia"/>
          <w:b w:val="0"/>
          <w:i/>
          <w:color w:val="000000"/>
          <w:sz w:val="24"/>
        </w:rPr>
        <w:t>«Г-сподь (АВАЯ), Б-г отцов ваших… послал меня к вам»</w:t>
      </w:r>
      <w:r>
        <w:rPr>
          <w:rFonts w:ascii="Georgia" w:hAnsi="Georgia"/>
          <w:b w:val="0"/>
          <w:i w:val="0"/>
          <w:color w:val="000000"/>
          <w:sz w:val="24"/>
        </w:rPr>
        <w:t xml:space="preserve"> (Шмот 3:15)]. Вернемся к теме: подобно тому как в первом ЙЕХО было число 42, точно так же требуется, чтобы в этих двух Именах ЭЙЕ содержалось дважды по 42. А именно: четыре буквы корня ЭЙЕ, десять букв наполнения и двадцать восемь букв двойного наполнения (милуй де-милуй) составляют вместе 42 буквы. Таким образом, в двух Именах ЭЙЕ содержатся дважды по 42.</w:t>
      </w:r>
    </w:p>
    <w:p>
      <w:pPr>
        <w:spacing w:before="40" w:after="120"/>
        <w:jc w:val="both"/>
      </w:pPr>
      <w:r>
        <w:rPr>
          <w:rFonts w:ascii="Georgia" w:hAnsi="Georgia"/>
          <w:b w:val="0"/>
          <w:i w:val="0"/>
          <w:color w:val="000000"/>
          <w:sz w:val="24"/>
        </w:rPr>
        <w:t>Это и есть тайна 42 соударений (зивугов), упомянутых в разделе Берешит: ведь 42 зивуга удваиваются (дважды по 42), происходя от двух Имен ЭЙЕ. Все они затем опускаются вниз, в Есод де-АА, и там этот святой завет (</w:t>
      </w:r>
      <w:r>
        <w:rPr>
          <w:rFonts w:ascii="Georgia" w:hAnsi="Georgia"/>
          <w:b w:val="0"/>
          <w:i/>
          <w:color w:val="000000"/>
          <w:sz w:val="24"/>
        </w:rPr>
        <w:t>брит кадиша</w:t>
      </w:r>
      <w:r>
        <w:rPr>
          <w:rFonts w:ascii="Georgia" w:hAnsi="Georgia"/>
          <w:b w:val="0"/>
          <w:i w:val="0"/>
          <w:color w:val="000000"/>
          <w:sz w:val="24"/>
        </w:rPr>
        <w:t>) изливает семя в 42 зивугах, сошедших от высшего зивуга нёба и горла.</w:t>
      </w:r>
    </w:p>
    <w:p>
      <w:pPr>
        <w:spacing w:before="40" w:after="120"/>
        <w:jc w:val="both"/>
      </w:pPr>
      <w:r>
        <w:rPr>
          <w:rFonts w:ascii="Georgia" w:hAnsi="Georgia"/>
          <w:b w:val="0"/>
          <w:i w:val="0"/>
          <w:color w:val="000000"/>
          <w:sz w:val="24"/>
        </w:rPr>
        <w:t>Дважды по 42 в двух Именах ЭЙЕ горла составляют тайну четырех гортанных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числовое значение которых — 84 (</w:t>
      </w:r>
      <w:r>
        <w:rPr>
          <w:rFonts w:ascii="Georgia" w:hAnsi="Georgia" w:cs="Times New Roman"/>
          <w:b/>
          <w:i w:val="0"/>
          <w:color w:val="000000"/>
          <w:sz w:val="24"/>
          <w:rtl/>
          <w:szCs w:val="32"/>
        </w:rPr>
        <w:t>פ״ד</w:t>
      </w:r>
      <w:r>
        <w:rPr>
          <w:rFonts w:ascii="Georgia" w:hAnsi="Georgia"/>
          <w:b w:val="0"/>
          <w:i w:val="0"/>
          <w:color w:val="000000"/>
          <w:sz w:val="24"/>
        </w:rPr>
        <w:t xml:space="preserve"> = 84: алеф </w:t>
      </w:r>
      <w:r>
        <w:rPr>
          <w:rFonts w:ascii="Georgia" w:hAnsi="Georgia" w:cs="Times New Roman"/>
          <w:b/>
          <w:i w:val="0"/>
          <w:color w:val="000000"/>
          <w:sz w:val="24"/>
          <w:rtl/>
          <w:szCs w:val="32"/>
        </w:rPr>
        <w:t>א</w:t>
      </w:r>
      <w:r>
        <w:rPr>
          <w:rFonts w:ascii="Georgia" w:hAnsi="Georgia"/>
          <w:b w:val="0"/>
          <w:i w:val="0"/>
          <w:color w:val="000000"/>
          <w:sz w:val="24"/>
        </w:rPr>
        <w:t xml:space="preserve"> = 1, хэт </w:t>
      </w:r>
      <w:r>
        <w:rPr>
          <w:rFonts w:ascii="Georgia" w:hAnsi="Georgia" w:cs="Times New Roman"/>
          <w:b/>
          <w:i w:val="0"/>
          <w:color w:val="000000"/>
          <w:sz w:val="24"/>
          <w:rtl/>
          <w:szCs w:val="32"/>
        </w:rPr>
        <w:t>ח</w:t>
      </w:r>
      <w:r>
        <w:rPr>
          <w:rFonts w:ascii="Georgia" w:hAnsi="Georgia"/>
          <w:b w:val="0"/>
          <w:i w:val="0"/>
          <w:color w:val="000000"/>
          <w:sz w:val="24"/>
        </w:rPr>
        <w:t xml:space="preserve"> = 8, айн </w:t>
      </w:r>
      <w:r>
        <w:rPr>
          <w:rFonts w:ascii="Georgia" w:hAnsi="Georgia" w:cs="Times New Roman"/>
          <w:b/>
          <w:i w:val="0"/>
          <w:color w:val="000000"/>
          <w:sz w:val="24"/>
          <w:rtl/>
          <w:szCs w:val="32"/>
        </w:rPr>
        <w:t>ע</w:t>
      </w:r>
      <w:r>
        <w:rPr>
          <w:rFonts w:ascii="Georgia" w:hAnsi="Georgia"/>
          <w:b w:val="0"/>
          <w:i w:val="0"/>
          <w:color w:val="000000"/>
          <w:sz w:val="24"/>
        </w:rPr>
        <w:t xml:space="preserve"> = 70, хэй </w:t>
      </w:r>
      <w:r>
        <w:rPr>
          <w:rFonts w:ascii="Georgia" w:hAnsi="Georgia" w:cs="Times New Roman"/>
          <w:b/>
          <w:i w:val="0"/>
          <w:color w:val="000000"/>
          <w:sz w:val="24"/>
          <w:rtl/>
          <w:szCs w:val="32"/>
        </w:rPr>
        <w:t>ה</w:t>
      </w:r>
      <w:r>
        <w:rPr>
          <w:rFonts w:ascii="Georgia" w:hAnsi="Georgia"/>
          <w:b w:val="0"/>
          <w:i w:val="0"/>
          <w:color w:val="000000"/>
          <w:sz w:val="24"/>
        </w:rPr>
        <w:t xml:space="preserve"> = 5), ведь дважды по 42 — это как раз 84.</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теме: мы уже разъяснили, что в Аба ве-Има есть три Имени ЭЙЕ: одно вверху, в ГАР, с наполнением буквами йод; второе — в трех средних сфирот, с наполнением буквой алеф; и третье — в трех нижних сфирот, с наполнением буквой хэй. Мы также объяснили, что есть три числа 42: одно происходит от ЙЕХО мужского начала, которое затем разделяется на два ЭЙЕ (составляющие также 42), а два других числа 42 находятся в двух Именах ЭЙЕ с наполнением буквами йод и буквой алеф, поскольку в третьем ЭЙЕ, с наполнением буквой хэй, нет 42 букв в наполнении, как известно.</w:t>
      </w:r>
    </w:p>
    <w:p>
      <w:pPr>
        <w:spacing w:before="40" w:after="120"/>
        <w:jc w:val="both"/>
      </w:pPr>
      <w:r>
        <w:rPr>
          <w:rFonts w:ascii="Georgia" w:hAnsi="Georgia"/>
          <w:b w:val="0"/>
          <w:i w:val="0"/>
          <w:color w:val="000000"/>
          <w:sz w:val="24"/>
        </w:rPr>
        <w:t>Из первого числа 42, принадлежащего мужскому началу, образуется молоко (</w:t>
      </w:r>
      <w:r>
        <w:rPr>
          <w:rFonts w:ascii="Georgia" w:hAnsi="Georgia"/>
          <w:b w:val="0"/>
          <w:i/>
          <w:color w:val="000000"/>
          <w:sz w:val="24"/>
        </w:rPr>
        <w:t>халав</w:t>
      </w:r>
      <w:r>
        <w:rPr>
          <w:rFonts w:ascii="Georgia" w:hAnsi="Georgia"/>
          <w:b w:val="0"/>
          <w:i w:val="0"/>
          <w:color w:val="000000"/>
          <w:sz w:val="24"/>
        </w:rPr>
        <w:t xml:space="preserve">, </w:t>
      </w:r>
      <w:r>
        <w:rPr>
          <w:rFonts w:ascii="Georgia" w:hAnsi="Georgia" w:cs="Times New Roman"/>
          <w:b/>
          <w:i w:val="0"/>
          <w:color w:val="000000"/>
          <w:sz w:val="24"/>
          <w:rtl/>
          <w:szCs w:val="32"/>
        </w:rPr>
        <w:t>חָלָב</w:t>
      </w:r>
      <w:r>
        <w:rPr>
          <w:rFonts w:ascii="Georgia" w:hAnsi="Georgia"/>
          <w:b w:val="0"/>
          <w:i w:val="0"/>
          <w:color w:val="000000"/>
          <w:sz w:val="24"/>
        </w:rPr>
        <w:t xml:space="preserve"> = 40, или тук </w:t>
      </w:r>
      <w:r>
        <w:rPr>
          <w:rFonts w:ascii="Georgia" w:hAnsi="Georgia"/>
          <w:b w:val="0"/>
          <w:i/>
          <w:color w:val="000000"/>
          <w:sz w:val="24"/>
        </w:rPr>
        <w:t>хелев</w:t>
      </w:r>
      <w:r>
        <w:rPr>
          <w:rFonts w:ascii="Georgia" w:hAnsi="Georgia"/>
          <w:b w:val="0"/>
          <w:i w:val="0"/>
          <w:color w:val="000000"/>
          <w:sz w:val="24"/>
        </w:rPr>
        <w:t xml:space="preserve">, </w:t>
      </w:r>
      <w:r>
        <w:rPr>
          <w:rFonts w:ascii="Georgia" w:hAnsi="Georgia" w:cs="Times New Roman"/>
          <w:b/>
          <w:i w:val="0"/>
          <w:color w:val="000000"/>
          <w:sz w:val="24"/>
          <w:rtl/>
          <w:szCs w:val="32"/>
        </w:rPr>
        <w:t>חֵלֶב</w:t>
      </w:r>
      <w:r>
        <w:rPr>
          <w:rFonts w:ascii="Georgia" w:hAnsi="Georgia"/>
          <w:b w:val="0"/>
          <w:i w:val="0"/>
          <w:color w:val="000000"/>
          <w:sz w:val="24"/>
        </w:rPr>
        <w:t xml:space="preserve"> = 40) — белизна ЗА; а из ЭЙЕ Имы образуется кровь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44) — краснота. Кровь и тук (молоко) по числу равны дважды 42 (44 + 40 = 84). Поэтому </w:t>
      </w:r>
      <w:r>
        <w:rPr>
          <w:rFonts w:ascii="Georgia" w:hAnsi="Georgia"/>
          <w:b w:val="0"/>
          <w:i/>
          <w:color w:val="000000"/>
          <w:sz w:val="24"/>
        </w:rPr>
        <w:t>«тук и кровь всегда возносятся к Высшему»</w:t>
      </w:r>
      <w:r>
        <w:rPr>
          <w:rFonts w:ascii="Georgia" w:hAnsi="Georgia"/>
          <w:b w:val="0"/>
          <w:i w:val="0"/>
          <w:color w:val="000000"/>
          <w:sz w:val="24"/>
        </w:rPr>
        <w:t xml:space="preserve"> на жертвеннике. Второе же ЭЙЕ — это второе число 42, находящееся в трех средних сфирот, на месте женских грудей; там после рождения младенца высшая кровь превращается в молоко. Дважды тук (молоко) и кровь (40 + 40 + 44 = 124) близки по гематрии к трем числам 41 (3 × 41 = 123, или трижды 42 без двух единиц: 126 − 2 = 124). Они составляют тайну трех чисел 41 в ЭЙЕ с наполнением буквой хэй, где насчитывается лишь 41 буква полного наполнения; поэтому Бина зовется «матерью»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 41: алеф </w:t>
      </w:r>
      <w:r>
        <w:rPr>
          <w:rFonts w:ascii="Georgia" w:hAnsi="Georgia" w:cs="Times New Roman"/>
          <w:b/>
          <w:i w:val="0"/>
          <w:color w:val="000000"/>
          <w:sz w:val="24"/>
          <w:rtl/>
          <w:szCs w:val="32"/>
        </w:rPr>
        <w:t>א</w:t>
      </w:r>
      <w:r>
        <w:rPr>
          <w:rFonts w:ascii="Georgia" w:hAnsi="Georgia"/>
          <w:b w:val="0"/>
          <w:i w:val="0"/>
          <w:color w:val="000000"/>
          <w:sz w:val="24"/>
        </w:rPr>
        <w:t xml:space="preserve"> = 1, мэм </w:t>
      </w:r>
      <w:r>
        <w:rPr>
          <w:rFonts w:ascii="Georgia" w:hAnsi="Georgia" w:cs="Times New Roman"/>
          <w:b/>
          <w:i w:val="0"/>
          <w:color w:val="000000"/>
          <w:sz w:val="24"/>
          <w:rtl/>
          <w:szCs w:val="32"/>
        </w:rPr>
        <w:t>ם</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 xml:space="preserve">Подлинная тайна крови такова: она опускается вниз, в ЭЙЕ с наполнением буквой хэй трех нижних сфирот, и там образуется кровь. Ведь она образуется на обратной стороне (ахораим) трех нижних сфирот, представляющих собой квадратичное развертывание (рибуа) Имени ЭЙЕ: </w:t>
      </w:r>
      <w:r>
        <w:rPr>
          <w:rFonts w:ascii="Georgia" w:hAnsi="Georgia" w:cs="Times New Roman"/>
          <w:b/>
          <w:i w:val="0"/>
          <w:color w:val="000000"/>
          <w:sz w:val="24"/>
          <w:rtl/>
          <w:szCs w:val="32"/>
        </w:rPr>
        <w:t>א</w:t>
      </w:r>
      <w:r>
        <w:rPr>
          <w:rFonts w:ascii="Georgia" w:hAnsi="Georgia"/>
          <w:b w:val="0"/>
          <w:i w:val="0"/>
          <w:color w:val="000000"/>
          <w:sz w:val="24"/>
        </w:rPr>
        <w:t xml:space="preserve"> (1) + </w:t>
      </w:r>
      <w:r>
        <w:rPr>
          <w:rFonts w:ascii="Georgia" w:hAnsi="Georgia" w:cs="Times New Roman"/>
          <w:b/>
          <w:i w:val="0"/>
          <w:color w:val="000000"/>
          <w:sz w:val="24"/>
          <w:rtl/>
          <w:szCs w:val="32"/>
        </w:rPr>
        <w:t>אה</w:t>
      </w:r>
      <w:r>
        <w:rPr>
          <w:rFonts w:ascii="Georgia" w:hAnsi="Georgia"/>
          <w:b w:val="0"/>
          <w:i w:val="0"/>
          <w:color w:val="000000"/>
          <w:sz w:val="24"/>
        </w:rPr>
        <w:t xml:space="preserve"> (6) + </w:t>
      </w:r>
      <w:r>
        <w:rPr>
          <w:rFonts w:ascii="Georgia" w:hAnsi="Georgia" w:cs="Times New Roman"/>
          <w:b/>
          <w:i w:val="0"/>
          <w:color w:val="000000"/>
          <w:sz w:val="24"/>
          <w:rtl/>
          <w:szCs w:val="32"/>
        </w:rPr>
        <w:t>אהי</w:t>
      </w:r>
      <w:r>
        <w:rPr>
          <w:rFonts w:ascii="Georgia" w:hAnsi="Georgia"/>
          <w:b w:val="0"/>
          <w:i w:val="0"/>
          <w:color w:val="000000"/>
          <w:sz w:val="24"/>
        </w:rPr>
        <w:t xml:space="preserve"> (16) + </w:t>
      </w:r>
      <w:r>
        <w:rPr>
          <w:rFonts w:ascii="Georgia" w:hAnsi="Georgia" w:cs="Times New Roman"/>
          <w:b/>
          <w:i w:val="0"/>
          <w:color w:val="000000"/>
          <w:sz w:val="24"/>
          <w:rtl/>
          <w:szCs w:val="32"/>
        </w:rPr>
        <w:t>אהיה</w:t>
      </w:r>
      <w:r>
        <w:rPr>
          <w:rFonts w:ascii="Georgia" w:hAnsi="Georgia"/>
          <w:b w:val="0"/>
          <w:i w:val="0"/>
          <w:color w:val="000000"/>
          <w:sz w:val="24"/>
        </w:rPr>
        <w:t xml:space="preserve"> (21) = 44 (</w:t>
      </w:r>
      <w:r>
        <w:rPr>
          <w:rFonts w:ascii="Georgia" w:hAnsi="Georgia" w:cs="Times New Roman"/>
          <w:b/>
          <w:i w:val="0"/>
          <w:color w:val="000000"/>
          <w:sz w:val="24"/>
          <w:rtl/>
          <w:szCs w:val="32"/>
        </w:rPr>
        <w:t>מ״ד</w:t>
      </w:r>
      <w:r>
        <w:rPr>
          <w:rFonts w:ascii="Georgia" w:hAnsi="Georgia"/>
          <w:b w:val="0"/>
          <w:i w:val="0"/>
          <w:color w:val="000000"/>
          <w:sz w:val="24"/>
        </w:rPr>
        <w:t xml:space="preserve"> = 44), что в точности составляет число слова </w:t>
      </w:r>
      <w:r>
        <w:rPr>
          <w:rFonts w:ascii="Georgia" w:hAnsi="Georgia"/>
          <w:b w:val="0"/>
          <w:i/>
          <w:color w:val="000000"/>
          <w:sz w:val="24"/>
        </w:rPr>
        <w:t>дам</w:t>
      </w:r>
      <w:r>
        <w:rPr>
          <w:rFonts w:ascii="Georgia" w:hAnsi="Georgia"/>
          <w:b w:val="0"/>
          <w:i w:val="0"/>
          <w:color w:val="000000"/>
          <w:sz w:val="24"/>
        </w:rPr>
        <w:t xml:space="preserve"> — «кровь» (</w:t>
      </w:r>
      <w:r>
        <w:rPr>
          <w:rFonts w:ascii="Georgia" w:hAnsi="Georgia" w:cs="Times New Roman"/>
          <w:b/>
          <w:i w:val="0"/>
          <w:color w:val="000000"/>
          <w:sz w:val="24"/>
          <w:rtl/>
          <w:szCs w:val="32"/>
        </w:rPr>
        <w:t>דָּם</w:t>
      </w:r>
      <w:r>
        <w:rPr>
          <w:rFonts w:ascii="Georgia" w:hAnsi="Georgia"/>
          <w:b w:val="0"/>
          <w:i w:val="0"/>
          <w:color w:val="000000"/>
          <w:sz w:val="24"/>
        </w:rPr>
        <w:t xml:space="preserve"> = 44: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w:t>
      </w:r>
      <w:r>
        <w:rPr>
          <w:rFonts w:ascii="Georgia" w:hAnsi="Georgia" w:cs="Times New Roman"/>
          <w:b/>
          <w:i w:val="0"/>
          <w:color w:val="000000"/>
          <w:sz w:val="24"/>
          <w:rtl/>
          <w:szCs w:val="32"/>
        </w:rPr>
        <w:t>ם</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Два первых Имени ЭЙЕ — с наполнением буквами йод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и буквой алеф (</w:t>
      </w:r>
      <w:r>
        <w:rPr>
          <w:rFonts w:ascii="Georgia" w:hAnsi="Georgia" w:cs="Times New Roman"/>
          <w:b/>
          <w:i w:val="0"/>
          <w:color w:val="000000"/>
          <w:sz w:val="24"/>
          <w:rtl/>
          <w:szCs w:val="32"/>
        </w:rPr>
        <w:t>אלף הא יוד הא</w:t>
      </w:r>
      <w:r>
        <w:rPr>
          <w:rFonts w:ascii="Georgia" w:hAnsi="Georgia"/>
          <w:b w:val="0"/>
          <w:i w:val="0"/>
          <w:color w:val="000000"/>
          <w:sz w:val="24"/>
        </w:rPr>
        <w:t xml:space="preserve"> = 143) — составляют вместе 304 (</w:t>
      </w:r>
      <w:r>
        <w:rPr>
          <w:rFonts w:ascii="Georgia" w:hAnsi="Georgia" w:cs="Times New Roman"/>
          <w:b/>
          <w:i w:val="0"/>
          <w:color w:val="000000"/>
          <w:sz w:val="24"/>
          <w:rtl/>
          <w:szCs w:val="32"/>
        </w:rPr>
        <w:t>ש״ד</w:t>
      </w:r>
      <w:r>
        <w:rPr>
          <w:rFonts w:ascii="Georgia" w:hAnsi="Georgia"/>
          <w:b w:val="0"/>
          <w:i w:val="0"/>
          <w:color w:val="000000"/>
          <w:sz w:val="24"/>
        </w:rPr>
        <w:t xml:space="preserve"> = 304: шин </w:t>
      </w:r>
      <w:r>
        <w:rPr>
          <w:rFonts w:ascii="Georgia" w:hAnsi="Georgia" w:cs="Times New Roman"/>
          <w:b/>
          <w:i w:val="0"/>
          <w:color w:val="000000"/>
          <w:sz w:val="24"/>
          <w:rtl/>
          <w:szCs w:val="32"/>
        </w:rPr>
        <w:t>ש</w:t>
      </w:r>
      <w:r>
        <w:rPr>
          <w:rFonts w:ascii="Georgia" w:hAnsi="Georgia"/>
          <w:b w:val="0"/>
          <w:i w:val="0"/>
          <w:color w:val="000000"/>
          <w:sz w:val="24"/>
        </w:rPr>
        <w:t xml:space="preserve"> = 300, далет </w:t>
      </w:r>
      <w:r>
        <w:rPr>
          <w:rFonts w:ascii="Georgia" w:hAnsi="Georgia" w:cs="Times New Roman"/>
          <w:b/>
          <w:i w:val="0"/>
          <w:color w:val="000000"/>
          <w:sz w:val="24"/>
          <w:rtl/>
          <w:szCs w:val="32"/>
        </w:rPr>
        <w:t>ד</w:t>
      </w:r>
      <w:r>
        <w:rPr>
          <w:rFonts w:ascii="Georgia" w:hAnsi="Georgia"/>
          <w:b w:val="0"/>
          <w:i w:val="0"/>
          <w:color w:val="000000"/>
          <w:sz w:val="24"/>
        </w:rPr>
        <w:t xml:space="preserve"> = 4, образуя слово </w:t>
      </w:r>
      <w:r>
        <w:rPr>
          <w:rFonts w:ascii="Georgia" w:hAnsi="Georgia"/>
          <w:b w:val="0"/>
          <w:i/>
          <w:color w:val="000000"/>
          <w:sz w:val="24"/>
        </w:rPr>
        <w:t>шад</w:t>
      </w:r>
      <w:r>
        <w:rPr>
          <w:rFonts w:ascii="Georgia" w:hAnsi="Georgia"/>
          <w:b w:val="0"/>
          <w:i w:val="0"/>
          <w:color w:val="000000"/>
          <w:sz w:val="24"/>
        </w:rPr>
        <w:t xml:space="preserve"> — «грудь», </w:t>
      </w:r>
      <w:r>
        <w:rPr>
          <w:rFonts w:ascii="Georgia" w:hAnsi="Georgia" w:cs="Times New Roman"/>
          <w:b/>
          <w:i w:val="0"/>
          <w:color w:val="000000"/>
          <w:sz w:val="24"/>
          <w:rtl/>
          <w:szCs w:val="32"/>
        </w:rPr>
        <w:t>שַׁד</w:t>
      </w:r>
      <w:r>
        <w:rPr>
          <w:rFonts w:ascii="Georgia" w:hAnsi="Georgia"/>
          <w:b w:val="0"/>
          <w:i w:val="0"/>
          <w:color w:val="000000"/>
          <w:sz w:val="24"/>
        </w:rPr>
        <w:t>). Из них возникают и образуются женские груди и сосцы: ЭЙЕ с наполнением буквами йод опускается к месту ЭЙЕ с наполнением буквой алеф, расположенному в Тиферет напротив груди (хазе); там они соединяются и образуют груди и сосцы. Тогда и последнее ЭЙЕ, численно равное крови (</w:t>
      </w:r>
      <w:r>
        <w:rPr>
          <w:rFonts w:ascii="Georgia" w:hAnsi="Georgia"/>
          <w:b w:val="0"/>
          <w:i/>
          <w:color w:val="000000"/>
          <w:sz w:val="24"/>
        </w:rPr>
        <w:t>дам</w:t>
      </w:r>
      <w:r>
        <w:rPr>
          <w:rFonts w:ascii="Georgia" w:hAnsi="Georgia"/>
          <w:b w:val="0"/>
          <w:i w:val="0"/>
          <w:color w:val="000000"/>
          <w:sz w:val="24"/>
        </w:rPr>
        <w:t xml:space="preserve">, 44), поднимается к ЭЙЕ с наполнением буквой алеф и там преобразуется в молоко, чтобы вскармливать младенца после рождения. Образование плода ЗА произошло благодаря последнему ЭЙЕ — ЭЙЕ с наполнением буквой хэй, на которое намекает стих: </w:t>
      </w:r>
      <w:r>
        <w:rPr>
          <w:rFonts w:ascii="Georgia" w:hAnsi="Georgia"/>
          <w:b w:val="0"/>
          <w:i/>
          <w:color w:val="000000"/>
          <w:sz w:val="24"/>
        </w:rPr>
        <w:t xml:space="preserve">«Так (ко, </w:t>
      </w:r>
      <w:r>
        <w:rPr>
          <w:rFonts w:ascii="Georgia" w:hAnsi="Georgia" w:cs="Times New Roman"/>
          <w:b/>
          <w:i/>
          <w:color w:val="000000"/>
          <w:sz w:val="24"/>
          <w:rtl/>
          <w:szCs w:val="32"/>
        </w:rPr>
        <w:t>כֹּה</w:t>
      </w:r>
      <w:r>
        <w:rPr>
          <w:rFonts w:ascii="Georgia" w:hAnsi="Georgia"/>
          <w:b w:val="0"/>
          <w:i/>
          <w:color w:val="000000"/>
          <w:sz w:val="24"/>
        </w:rPr>
        <w:t>) скажи: ЭЙЕ послал меня к вам»</w:t>
      </w:r>
      <w:r>
        <w:rPr>
          <w:rFonts w:ascii="Georgia" w:hAnsi="Georgia"/>
          <w:b w:val="0"/>
          <w:i w:val="0"/>
          <w:color w:val="000000"/>
          <w:sz w:val="24"/>
        </w:rPr>
        <w:t xml:space="preserve"> (Шмот 3:14). В ЭЙЕ с наполнением буквой хэй двойное наполнение (милуй де-милуй) содержит лишь 25 букв (</w:t>
      </w:r>
      <w:r>
        <w:rPr>
          <w:rFonts w:ascii="Georgia" w:hAnsi="Georgia" w:cs="Times New Roman"/>
          <w:b/>
          <w:i w:val="0"/>
          <w:color w:val="000000"/>
          <w:sz w:val="24"/>
          <w:rtl/>
          <w:szCs w:val="32"/>
        </w:rPr>
        <w:t>כ״ה</w:t>
      </w:r>
      <w:r>
        <w:rPr>
          <w:rFonts w:ascii="Georgia" w:hAnsi="Georgia"/>
          <w:b w:val="0"/>
          <w:i w:val="0"/>
          <w:color w:val="000000"/>
          <w:sz w:val="24"/>
        </w:rPr>
        <w:t xml:space="preserve"> = 25: каф </w:t>
      </w:r>
      <w:r>
        <w:rPr>
          <w:rFonts w:ascii="Georgia" w:hAnsi="Georgia" w:cs="Times New Roman"/>
          <w:b/>
          <w:i w:val="0"/>
          <w:color w:val="000000"/>
          <w:sz w:val="24"/>
          <w:rtl/>
          <w:szCs w:val="32"/>
        </w:rPr>
        <w:t>כ</w:t>
      </w:r>
      <w:r>
        <w:rPr>
          <w:rFonts w:ascii="Georgia" w:hAnsi="Georgia"/>
          <w:b w:val="0"/>
          <w:i w:val="0"/>
          <w:color w:val="000000"/>
          <w:sz w:val="24"/>
        </w:rPr>
        <w:t xml:space="preserve"> = 20, хэй </w:t>
      </w:r>
      <w:r>
        <w:rPr>
          <w:rFonts w:ascii="Georgia" w:hAnsi="Georgia" w:cs="Times New Roman"/>
          <w:b/>
          <w:i w:val="0"/>
          <w:color w:val="000000"/>
          <w:sz w:val="24"/>
          <w:rtl/>
          <w:szCs w:val="32"/>
        </w:rPr>
        <w:t>ה</w:t>
      </w:r>
      <w:r>
        <w:rPr>
          <w:rFonts w:ascii="Georgia" w:hAnsi="Georgia"/>
          <w:b w:val="0"/>
          <w:i w:val="0"/>
          <w:color w:val="000000"/>
          <w:sz w:val="24"/>
        </w:rPr>
        <w:t xml:space="preserve"> = 5), тогда как в двух Именах ЭЙЕ с наполнением буквами йод и буквой алеф их по 27 (</w:t>
      </w:r>
      <w:r>
        <w:rPr>
          <w:rFonts w:ascii="Georgia" w:hAnsi="Georgia" w:cs="Times New Roman"/>
          <w:b/>
          <w:i w:val="0"/>
          <w:color w:val="000000"/>
          <w:sz w:val="24"/>
          <w:rtl/>
          <w:szCs w:val="32"/>
        </w:rPr>
        <w:t>כ״ז</w:t>
      </w:r>
      <w:r>
        <w:rPr>
          <w:rFonts w:ascii="Georgia" w:hAnsi="Georgia"/>
          <w:b w:val="0"/>
          <w:i w:val="0"/>
          <w:color w:val="000000"/>
          <w:sz w:val="24"/>
        </w:rPr>
        <w:t xml:space="preserve"> = 27). В этом тайна стиха: </w:t>
      </w:r>
      <w:r>
        <w:rPr>
          <w:rFonts w:ascii="Georgia" w:hAnsi="Georgia"/>
          <w:b w:val="0"/>
          <w:i/>
          <w:color w:val="000000"/>
          <w:sz w:val="24"/>
        </w:rPr>
        <w:t>«Так скажи: ЭЙЕ послал меня к вам»</w:t>
      </w:r>
      <w:r>
        <w:rPr>
          <w:rFonts w:ascii="Georgia" w:hAnsi="Georgia"/>
          <w:b w:val="0"/>
          <w:i w:val="0"/>
          <w:color w:val="000000"/>
          <w:sz w:val="24"/>
        </w:rPr>
        <w:t>, ведь в этом Имени есть лишь 25 букв в его двойном наполнении, а если вычесть из них четыре буквы самого корня, останется 21 буква (</w:t>
      </w:r>
      <w:r>
        <w:rPr>
          <w:rFonts w:ascii="Georgia" w:hAnsi="Georgia" w:cs="Times New Roman"/>
          <w:b/>
          <w:i w:val="0"/>
          <w:color w:val="000000"/>
          <w:sz w:val="24"/>
          <w:rtl/>
          <w:szCs w:val="32"/>
        </w:rPr>
        <w:t>כ״א</w:t>
      </w:r>
      <w:r>
        <w:rPr>
          <w:rFonts w:ascii="Georgia" w:hAnsi="Georgia"/>
          <w:b w:val="0"/>
          <w:i w:val="0"/>
          <w:color w:val="000000"/>
          <w:sz w:val="24"/>
        </w:rPr>
        <w:t xml:space="preserve"> = 21) — гематрия Имени ЭЙЕ. Два же других Имени ЭЙЕ, содержащие по 27 букв каждое, представляют собой тайну двадцати двух букв алфавита (</w:t>
      </w:r>
      <w:r>
        <w:rPr>
          <w:rFonts w:ascii="Georgia" w:hAnsi="Georgia" w:cs="Times New Roman"/>
          <w:b/>
          <w:i w:val="0"/>
          <w:color w:val="000000"/>
          <w:sz w:val="24"/>
          <w:rtl/>
          <w:szCs w:val="32"/>
        </w:rPr>
        <w:t>כ״ב</w:t>
      </w:r>
      <w:r>
        <w:rPr>
          <w:rFonts w:ascii="Georgia" w:hAnsi="Georgia"/>
          <w:b w:val="0"/>
          <w:i w:val="0"/>
          <w:color w:val="000000"/>
          <w:sz w:val="24"/>
        </w:rPr>
        <w:t xml:space="preserve"> = 22) вместе с пятью конечными буквами </w:t>
      </w:r>
      <w:r>
        <w:rPr>
          <w:rFonts w:ascii="Georgia" w:hAnsi="Georgia" w:cs="Times New Roman"/>
          <w:b/>
          <w:i w:val="0"/>
          <w:color w:val="000000"/>
          <w:sz w:val="24"/>
          <w:rtl/>
          <w:szCs w:val="32"/>
        </w:rPr>
        <w:t>מנצפ״ך</w:t>
      </w:r>
      <w:r>
        <w:rPr>
          <w:rFonts w:ascii="Georgia" w:hAnsi="Georgia"/>
          <w:b w:val="0"/>
          <w:i w:val="0"/>
          <w:color w:val="000000"/>
          <w:sz w:val="24"/>
        </w:rPr>
        <w:t xml:space="preserve"> (мэм софит, нун софит, цади софит, пэй софит, каф софит), ведь все буквы коренятся в Бине, как известно.</w:t>
      </w:r>
    </w:p>
    <w:p>
      <w:pPr>
        <w:spacing w:before="40" w:after="120"/>
        <w:jc w:val="both"/>
      </w:pPr>
      <w:r>
        <w:rPr>
          <w:rFonts w:ascii="Georgia" w:hAnsi="Georgia"/>
          <w:b w:val="0"/>
          <w:i w:val="0"/>
          <w:color w:val="000000"/>
          <w:sz w:val="24"/>
        </w:rPr>
        <w:t>Так разъяснен высший зивуг в пэ де-АА для выведения капли ЗОН, содержащей в себе 42 соударения: они представляют собой два названных Имени ЭЙЕ, заключающих в себе дважды по 42 буквы. От них [света] протянулись затем к Есоду де-АА, чтобы передать каплю в Малхут — в Атару (венец), составляющую треть Есода, где и находится Малхут де-АА. Однако этот зивуг происходил не в одном лишь АА: НЕХИ де-АА поднялись и включились в его ХАГАТ, которые облачают Аба ве-Има. Тогда они включились друг в друга — НЕХИ в ХАГАТ, — образовав «три, включенные в три». Тогда ЗА вышел в виде облачения на НЕХИ де-АА. Получается, что основа этого зивуга принадлежит АА, но свершился он через посредство Аба ве-Има.</w:t>
      </w:r>
    </w:p>
    <w:p>
      <w:pPr>
        <w:spacing w:before="40" w:after="120"/>
        <w:jc w:val="both"/>
      </w:pPr>
      <w:r>
        <w:rPr>
          <w:rFonts w:ascii="Georgia" w:hAnsi="Georgia"/>
          <w:b w:val="0"/>
          <w:i w:val="0"/>
          <w:color w:val="000000"/>
          <w:sz w:val="24"/>
        </w:rPr>
        <w:t>Итак, разъяснено, что и сами НЕХИ де-АА были «тремя, включенными в три» внутри высших ХАГАТ, и тогда ЗА также вышел подобным образом — «три, включенные в три». Пояснение: ведь НЕХИ де-АА служат душой (нешама) для всех девяти сфирот де-ЗА. Нецах де-АА состоит из трех суставов для трех сфир ЗА, составляющих правую линию: Хохма, Хесед, Нецах; подобно этому Ход де-АА — в левой линии: Бина, Гвура, Ход; и точно так же Есод де-АА — в средней линии: Даат, Тиферет, Есод. По сути, всем девяти сфирот де-ЗА следовало бы протянуться от этих трех сфир НЕХИ де-АА. Однако поскольку и НЕХИ де-АА были включены в три другие сфиры — ХАГАТ де-АА, образуя шесть сфирот, свернутых как «три внутри трех» де-АА, то и ЗА вышел по подобию АА: «три внутри трех», в виде одних только шести концов (ВАК).</w:t>
      </w:r>
    </w:p>
    <w:p>
      <w:pPr>
        <w:spacing w:before="40" w:after="120"/>
        <w:jc w:val="both"/>
      </w:pPr>
      <w:r>
        <w:rPr>
          <w:rFonts w:ascii="Georgia" w:hAnsi="Georgia"/>
          <w:b w:val="0"/>
          <w:i w:val="0"/>
          <w:color w:val="000000"/>
          <w:sz w:val="24"/>
        </w:rPr>
        <w:t xml:space="preserve">Все это произошло во чреве Твуны, ибо там пребывает тайна этого зивуга. Суть в том, что высшие Хохма и Бина (ХУБ) облачились в Исраэль Саба и Твуну (ИШСУТ), и внутри них включились ХАГАТ и НЕХИ де-АА. Там и произошло зачатие (ибур) ЗА. Причина же в том, что распространение Бины доходит [только] до груди (хазе), тогда как Твуна простирается от хазе и ниже. Место же утробы женщины и ее лоно находятся ниже груди, где расположена Твуна. Так разъяснено, почему эта беременность происходит в Твуне, и поэтому она зовется </w:t>
      </w:r>
      <w:r>
        <w:rPr>
          <w:rFonts w:ascii="Georgia" w:hAnsi="Georgia"/>
          <w:b w:val="0"/>
          <w:i/>
          <w:color w:val="000000"/>
          <w:sz w:val="24"/>
        </w:rPr>
        <w:t>«матерью детей»</w:t>
      </w:r>
      <w:r>
        <w:rPr>
          <w:rFonts w:ascii="Georgia" w:hAnsi="Georgia"/>
          <w:b w:val="0"/>
          <w:i w:val="0"/>
          <w:color w:val="000000"/>
          <w:sz w:val="24"/>
        </w:rPr>
        <w:t xml:space="preserve"> (Теилим 113:9). Зачатие и вынашивание ЗА было неполным («обрубленным»), то есть длилось семь месяцев без нескольких дней — подобно тому, как родились Моше, Шмуэль, Перец, Зерах и многие другие праведники.</w:t>
      </w:r>
    </w:p>
    <w:p>
      <w:pPr>
        <w:spacing w:before="40" w:after="120"/>
        <w:jc w:val="both"/>
      </w:pPr>
      <w:r>
        <w:rPr>
          <w:rFonts w:ascii="Georgia" w:hAnsi="Georgia"/>
          <w:b w:val="0"/>
          <w:i w:val="0"/>
          <w:color w:val="000000"/>
          <w:sz w:val="24"/>
        </w:rPr>
        <w:t>Мы ведь уже объясняли, что каждая часть выросла и удвоилась, так что из трех образовалось шесть. Сопоставим же теперь эти меры. Тайна Атары де-Есод (венца Есода) составляет треть протяженности Есода, и она представляет собой Малхут. Протяженность же ЗА — от табура (пупа) де-АА и ниже. Ведь если бы Аба ве-Има отмерялись от рош де-АА, их окончание было бы у хазе (груди) — подобно тому как Лея расположена относительно ЗА и как сам ЗА относительно Твуны выходит от хазе. Но Аба ве-Има начинаются от горла де-АА, и потому завершаются ниже, у окончания двух третей Тиферет, то есть у табура. Выходит, что от Тиферет де-АА Зеир Анпину достается лишь одна треть. И против этой трети, которую он берет от Тиферет де-АА, Малхут берет одну треть от Есода де-АА, составляющую тайну Атары. Когда мы сопоставим все это в ЗА, окажется, что у ЗА есть одна треть от Тиферет и две трети от Есода де-АА — всего три трети, что составляет меру одной целой сфиры. Эта сфира выросла вдвое и стала двумя сфирами — Тиферет и Есодом де-ЗА, содержащими шесть третей; вот две сфиры.</w:t>
      </w:r>
    </w:p>
    <w:p>
      <w:pPr>
        <w:spacing w:before="40" w:after="120"/>
        <w:jc w:val="both"/>
      </w:pPr>
      <w:r>
        <w:rPr>
          <w:rFonts w:ascii="Georgia" w:hAnsi="Georgia"/>
          <w:b w:val="0"/>
          <w:i w:val="0"/>
          <w:color w:val="000000"/>
          <w:sz w:val="24"/>
        </w:rPr>
        <w:t xml:space="preserve">Также Нецах и Ход каждый увеличился вдвое: из Нецаха образовались две сфиры — Хесед и Нецах, а из Хода — две другие: Гвура и Ход. Вот четыре сфиры, а вместе с первыми двумя (Тиферет и Есод) — шесть сфирот. А треть Есода, то есть Атара, принадлежащая Малхут, тоже выросла и стала двумя третями. Это составляет одну меру без трети. Всего получается семь сфирот без одной трети. В этом тайна изречения: </w:t>
      </w:r>
      <w:r>
        <w:rPr>
          <w:rFonts w:ascii="Georgia" w:hAnsi="Georgia"/>
          <w:b w:val="0"/>
          <w:i/>
          <w:color w:val="000000"/>
          <w:sz w:val="24"/>
        </w:rPr>
        <w:t>«Всякая рожающая на седьмом [месяце] рожает в неполный срок»</w:t>
      </w:r>
      <w:r>
        <w:rPr>
          <w:rFonts w:ascii="Georgia" w:hAnsi="Georgia"/>
          <w:b w:val="0"/>
          <w:i w:val="0"/>
          <w:color w:val="000000"/>
          <w:sz w:val="24"/>
        </w:rPr>
        <w:t xml:space="preserve"> (Рош а-Шана 11а), ведь здесь нет полных семи. Если ты спросишь: ведь было лишь «три, включенные в три», почему же теперь их семь, тогда как должно было быть шесть? Это не вопрос. Ведь ты уже знаешь, что эта треть Есода соединилась с остальным высшим Есодом и тоже увеличилась, но поскольку она не является самостоятельной мерой, она не считается отдельно по имени, и потому упоминаются только «три, включенные в три».</w:t>
      </w:r>
    </w:p>
    <w:p>
      <w:pPr>
        <w:spacing w:before="40" w:after="120"/>
        <w:jc w:val="both"/>
      </w:pPr>
      <w:r>
        <w:rPr>
          <w:rFonts w:ascii="Georgia" w:hAnsi="Georgia"/>
          <w:b w:val="0"/>
          <w:i w:val="0"/>
          <w:color w:val="000000"/>
          <w:sz w:val="24"/>
        </w:rPr>
        <w:t>Однако этот же самый расчет семи месяцев представляет собой также и полные девять месяцев. А именно: если мы рассмотрим Нецах и Ход, которые увеличились вдвое и стали четырьмя сфирами; Тиферет также вырос вдвое и стал двумя сфирами — итого шесть сфирот. Ведь хотя от Тиферет есть лишь одна треть, она тем не менее считается самостоятельной сфирой, поскольку ее корень — Тиферет — самостоятельная сфира, не входящая в число остальных. Поэтому мы считаем ее самостоятельной сфирой. Выросла она вдвое — вот две сфиры; вместе с четырьмя от Нецах и Ход получается шесть. Точно так же и Есод: хотя ЗА принадлежат лишь две трети Есода, мы тем не менее считаем его самостоятельной сфирой по той же причине, что и Тиферет. Вырос он вдвое — вот две сфиры; вместе с шестью получается восемь. Прибавим Атару Малхут — вот и девять месяцев!</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Мы уже объясняли, что сфирот НЕХИ всегда относятся к тайне добавления и не являются основой; поэтому они находятся «вне тела» (</w:t>
      </w:r>
      <w:r>
        <w:rPr>
          <w:rFonts w:ascii="Georgia" w:hAnsi="Georgia"/>
          <w:b w:val="0"/>
          <w:i/>
          <w:color w:val="000000"/>
          <w:sz w:val="24"/>
        </w:rPr>
        <w:t>ле-вар ми-гуфа</w:t>
      </w:r>
      <w:r>
        <w:rPr>
          <w:rFonts w:ascii="Georgia" w:hAnsi="Georgia"/>
          <w:b w:val="0"/>
          <w:i w:val="0"/>
          <w:color w:val="000000"/>
          <w:sz w:val="24"/>
        </w:rPr>
        <w:t>). Причина в том, что от высшей головы Атика (рейша илаа де-Атик) в АА облачены лишь семь нижних сфирот (ЗАТ). Выходит, что у АА есть сущностная основа лишь для семи первых его сфирот, а три нижние сфиры — НЕХИ — могут прийти только в виде добавления, поскольку у них нет корня и сущностной основы в высшем над ним [в Атике]. И подобно этому устроен весь мир Ацилут.</w:t>
      </w:r>
    </w:p>
    <w:p>
      <w:pPr>
        <w:spacing w:before="40" w:after="120"/>
        <w:jc w:val="both"/>
      </w:pPr>
      <w:r>
        <w:rPr>
          <w:rFonts w:ascii="Georgia" w:hAnsi="Georgia"/>
          <w:b w:val="0"/>
          <w:i w:val="0"/>
          <w:color w:val="000000"/>
          <w:sz w:val="24"/>
        </w:rPr>
        <w:t>Знай также: когда мы хотим протянуть НЕХИ для ЗА, мы производим соударение между Хохмой и Биной (ХУБ), чтобы они дали свет разума (мохин) для ЗА, и тогда благодаря этой силе ему добавляются НЕХИ, как известно. Точно так же и Аба ве-Има: чтобы обрести свои НЕХИ, они сначала нуждаются в зивуге де-АА. Подобно тому как ЗОН выделены [из Источника] посредством зивуга Аба ве-Има и должны были пройти через зачатие (ибур), так же произошло и с Аба ве-Има: они нуждались в высшем зивуге в пэ де-АА.</w:t>
      </w:r>
    </w:p>
    <w:p>
      <w:pPr>
        <w:spacing w:before="40" w:after="120"/>
        <w:jc w:val="both"/>
      </w:pPr>
      <w:r>
        <w:rPr>
          <w:rFonts w:ascii="Georgia" w:hAnsi="Georgia"/>
          <w:b w:val="0"/>
          <w:i w:val="0"/>
          <w:color w:val="000000"/>
          <w:sz w:val="24"/>
        </w:rPr>
        <w:t>Как происходит этот зивуг? Бина, находящаяся в горле, поднимает женские воды (МАН) от пяти своих гвурот — гортанных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Ведь во «Вратах АА» уже разъяснялось, что Бина стоит в горле, а эти буквы — буквы горла, представляющие собой пять ее гвурот. Нёбо же, являющееся Хохмой, опускает мужские воды (МАД) — пять хасадим: нёбные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Они соударяются вместе посредством Даат, который склоняет чаши весов — языка, находящегося между ними, что составляет тайну завета языка (</w:t>
      </w:r>
      <w:r>
        <w:rPr>
          <w:rFonts w:ascii="Georgia" w:hAnsi="Georgia"/>
          <w:b w:val="0"/>
          <w:i/>
          <w:color w:val="000000"/>
          <w:sz w:val="24"/>
        </w:rPr>
        <w:t>брит а-лашон</w:t>
      </w:r>
      <w:r>
        <w:rPr>
          <w:rFonts w:ascii="Georgia" w:hAnsi="Georgia"/>
          <w:b w:val="0"/>
          <w:i w:val="0"/>
          <w:color w:val="000000"/>
          <w:sz w:val="24"/>
        </w:rPr>
        <w:t xml:space="preserve">). Эта тайна намечена в Идра Зута (Зоар 295б): </w:t>
      </w:r>
      <w:r>
        <w:rPr>
          <w:rFonts w:ascii="Georgia" w:hAnsi="Georgia"/>
          <w:b w:val="0"/>
          <w:i/>
          <w:color w:val="000000"/>
          <w:sz w:val="24"/>
        </w:rPr>
        <w:t>«Огонь и вода устрояются и кипят посредством языка, говорящего великое»</w:t>
      </w:r>
      <w:r>
        <w:rPr>
          <w:rFonts w:ascii="Georgia" w:hAnsi="Georgia"/>
          <w:b w:val="0"/>
          <w:i w:val="0"/>
          <w:color w:val="000000"/>
          <w:sz w:val="24"/>
        </w:rPr>
        <w:t xml:space="preserve">. Ты уже знаешь, что огонь и вода — это тайна Хеседа и Гвуры (или Хохмы и Бины). Выходит, что буквы </w:t>
      </w:r>
      <w:r>
        <w:rPr>
          <w:rFonts w:ascii="Georgia" w:hAnsi="Georgia" w:cs="Times New Roman"/>
          <w:b/>
          <w:i w:val="0"/>
          <w:color w:val="000000"/>
          <w:sz w:val="24"/>
          <w:rtl/>
          <w:szCs w:val="32"/>
        </w:rPr>
        <w:t>אחע״ה</w:t>
      </w:r>
      <w:r>
        <w:rPr>
          <w:rFonts w:ascii="Georgia" w:hAnsi="Georgia"/>
          <w:b w:val="0"/>
          <w:i w:val="0"/>
          <w:color w:val="000000"/>
          <w:sz w:val="24"/>
        </w:rPr>
        <w:t xml:space="preserve"> исходят со стороны пяти гвурот Бины; по гематрии они составляют 84, что соответствует удвоенному 42. Это и есть 42 зивуга, упомянутые в разделе Берешит (лист 9 / 15), ведь 42 зивуга составляют 84, и они — буквы </w:t>
      </w:r>
      <w:r>
        <w:rPr>
          <w:rFonts w:ascii="Georgia" w:hAnsi="Georgia" w:cs="Times New Roman"/>
          <w:b/>
          <w:i w:val="0"/>
          <w:color w:val="000000"/>
          <w:sz w:val="24"/>
          <w:rtl/>
          <w:szCs w:val="32"/>
        </w:rPr>
        <w:t>אחע״ה</w:t>
      </w:r>
      <w:r>
        <w:rPr>
          <w:rFonts w:ascii="Georgia" w:hAnsi="Georgia"/>
          <w:b w:val="0"/>
          <w:i w:val="0"/>
          <w:color w:val="000000"/>
          <w:sz w:val="24"/>
        </w:rPr>
        <w:t xml:space="preserve">. В этом тайна </w:t>
      </w:r>
      <w:r>
        <w:rPr>
          <w:rFonts w:ascii="Georgia" w:hAnsi="Georgia"/>
          <w:b w:val="0"/>
          <w:i/>
          <w:color w:val="000000"/>
          <w:sz w:val="24"/>
        </w:rPr>
        <w:t>«семени, засеваемого в сорока двух соударениях»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Тайна этого зивуга во рту присутствует на всех ступенях Ацилута: и в АА, и в Аба ве-Има, и в ЗОН. Они происходят в виде поцелуев, предшествующих [нижнему] соударению (зивугу). Пойми: вначале пробуждение исходит от нуквы (женского начала). Это и намечено в трактате Ктубот (61б): </w:t>
      </w:r>
      <w:r>
        <w:rPr>
          <w:rFonts w:ascii="Georgia" w:hAnsi="Georgia"/>
          <w:b w:val="0"/>
          <w:i/>
          <w:color w:val="000000"/>
          <w:sz w:val="24"/>
        </w:rPr>
        <w:t>«Что считается «тотчас»? Покуда слюна есть во рту»</w:t>
      </w:r>
      <w:r>
        <w:rPr>
          <w:rFonts w:ascii="Georgia" w:hAnsi="Georgia"/>
          <w:b w:val="0"/>
          <w:i w:val="0"/>
          <w:color w:val="000000"/>
          <w:sz w:val="24"/>
        </w:rPr>
        <w:t xml:space="preserve">. Ибо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 Когда человек соединяется с женой, слюна обязательно выступает у них во рту; таков признак соития, упомянутый в Гемаре. Выходит, что поцелуи — это в высшей степени духовный зивуг. Однако есть различие [между АА, Аба ве-Има и ЗОН]: в АА этот зивуг происходит в одном рту... ...и потому там присутствуют лишь два свечения — буквы </w:t>
      </w:r>
      <w:r>
        <w:rPr>
          <w:rFonts w:ascii="Georgia" w:hAnsi="Georgia" w:cs="Times New Roman"/>
          <w:b/>
          <w:i w:val="0"/>
          <w:color w:val="000000"/>
          <w:sz w:val="24"/>
          <w:rtl/>
          <w:szCs w:val="32"/>
        </w:rPr>
        <w:t>אחע״ה</w:t>
      </w:r>
      <w:r>
        <w:rPr>
          <w:rFonts w:ascii="Georgia" w:hAnsi="Georgia"/>
          <w:b w:val="0"/>
          <w:i w:val="0"/>
          <w:color w:val="000000"/>
          <w:sz w:val="24"/>
        </w:rPr>
        <w:t xml:space="preserve"> и </w:t>
      </w:r>
      <w:r>
        <w:rPr>
          <w:rFonts w:ascii="Georgia" w:hAnsi="Georgia" w:cs="Times New Roman"/>
          <w:b/>
          <w:i w:val="0"/>
          <w:color w:val="000000"/>
          <w:sz w:val="24"/>
          <w:rtl/>
          <w:szCs w:val="32"/>
        </w:rPr>
        <w:t>גיכ״ק</w:t>
      </w:r>
      <w:r>
        <w:rPr>
          <w:rFonts w:ascii="Georgia" w:hAnsi="Georgia"/>
          <w:b w:val="0"/>
          <w:i w:val="0"/>
          <w:color w:val="000000"/>
          <w:sz w:val="24"/>
        </w:rPr>
        <w:t xml:space="preserve">. Но в Аба ве-Има и в ЗОН есть два рта: по тайне МАН и МАД у мужских парцуфим и МАД и МАН у женских. Ведь поцелуи у них удваиваются по тайне четырех духов, о которых говорится в книге Зоар (раздел Трума, 146б); они соответствуют четырем буквам слова </w:t>
      </w:r>
      <w:r>
        <w:rPr>
          <w:rFonts w:ascii="Georgia" w:hAnsi="Georgia"/>
          <w:b w:val="0"/>
          <w:i/>
          <w:color w:val="000000"/>
          <w:sz w:val="24"/>
        </w:rPr>
        <w:t>ахава</w:t>
      </w:r>
      <w:r>
        <w:rPr>
          <w:rFonts w:ascii="Georgia" w:hAnsi="Georgia"/>
          <w:b w:val="0"/>
          <w:i w:val="0"/>
          <w:color w:val="000000"/>
          <w:sz w:val="24"/>
        </w:rPr>
        <w:t xml:space="preserve"> — «любовь» (</w:t>
      </w:r>
      <w:r>
        <w:rPr>
          <w:rFonts w:ascii="Georgia" w:hAnsi="Georgia" w:cs="Times New Roman"/>
          <w:b/>
          <w:i w:val="0"/>
          <w:color w:val="000000"/>
          <w:sz w:val="24"/>
          <w:rtl/>
          <w:szCs w:val="32"/>
        </w:rPr>
        <w:t>אַהֲבָה</w:t>
      </w:r>
      <w:r>
        <w:rPr>
          <w:rFonts w:ascii="Georgia" w:hAnsi="Georgia"/>
          <w:b w:val="0"/>
          <w:i w:val="0"/>
          <w:color w:val="000000"/>
          <w:sz w:val="24"/>
        </w:rPr>
        <w:t xml:space="preserve">). Пойми эту великую скрытую тайну, и </w:t>
      </w:r>
      <w:r>
        <w:rPr>
          <w:rFonts w:ascii="Georgia" w:hAnsi="Georgia"/>
          <w:b w:val="0"/>
          <w:i/>
          <w:color w:val="000000"/>
          <w:sz w:val="24"/>
        </w:rPr>
        <w:t>«пусть будут они сокрыты для одеяния твоего»</w:t>
      </w:r>
      <w:r>
        <w:rPr>
          <w:rFonts w:ascii="Georgia" w:hAnsi="Georgia"/>
          <w:b w:val="0"/>
          <w:i w:val="0"/>
          <w:color w:val="000000"/>
          <w:sz w:val="24"/>
        </w:rPr>
        <w:t xml:space="preserve"> (Мишлей 27:26; Хагига 13а).</w:t>
      </w:r>
    </w:p>
    <w:p>
      <w:pPr>
        <w:spacing w:before="40" w:after="120"/>
        <w:jc w:val="both"/>
      </w:pPr>
      <w:r>
        <w:rPr>
          <w:rFonts w:ascii="Georgia" w:hAnsi="Georgia"/>
          <w:b w:val="0"/>
          <w:i w:val="0"/>
          <w:color w:val="000000"/>
          <w:sz w:val="24"/>
        </w:rPr>
        <w:t>Ты ведь уже знаешь, что Непостижимая Голова (</w:t>
      </w:r>
      <w:r>
        <w:rPr>
          <w:rFonts w:ascii="Georgia" w:hAnsi="Georgia"/>
          <w:b w:val="0"/>
          <w:i/>
          <w:color w:val="000000"/>
          <w:sz w:val="24"/>
        </w:rPr>
        <w:t>рейша де-ла итъяда</w:t>
      </w:r>
      <w:r>
        <w:rPr>
          <w:rFonts w:ascii="Georgia" w:hAnsi="Georgia"/>
          <w:b w:val="0"/>
          <w:i w:val="0"/>
          <w:color w:val="000000"/>
          <w:sz w:val="24"/>
        </w:rPr>
        <w:t>) находится выше всего Ацилута, а под ней — тайна девяти сфирот, которые «не суть света и не суть духи» (</w:t>
      </w:r>
      <w:r>
        <w:rPr>
          <w:rFonts w:ascii="Georgia" w:hAnsi="Georgia"/>
          <w:b w:val="0"/>
          <w:i/>
          <w:color w:val="000000"/>
          <w:sz w:val="24"/>
        </w:rPr>
        <w:t>ла инун неорин ве-ла инун рухин</w:t>
      </w:r>
      <w:r>
        <w:rPr>
          <w:rFonts w:ascii="Georgia" w:hAnsi="Georgia"/>
          <w:b w:val="0"/>
          <w:i w:val="0"/>
          <w:color w:val="000000"/>
          <w:sz w:val="24"/>
        </w:rPr>
        <w:t>); они составляют тайну девяти коренных сфирот де-АА, распространяющихся по всему Ацилуту, как сказано в другом месте.</w:t>
      </w:r>
    </w:p>
    <w:p>
      <w:pPr>
        <w:spacing w:before="40" w:after="120"/>
        <w:jc w:val="both"/>
      </w:pPr>
      <w:r>
        <w:rPr>
          <w:rFonts w:ascii="Georgia" w:hAnsi="Georgia"/>
          <w:b w:val="0"/>
          <w:i w:val="0"/>
          <w:color w:val="000000"/>
          <w:sz w:val="24"/>
        </w:rPr>
        <w:t xml:space="preserve">И вот, мы не находим в АА сфиры Малхут; как же тогда выделились все остальные — Аба ве-Има и ЗОН? Тайна в том, что нам уже известно: из Хеседа де-АА образовался свет разума (мохин) для Абы, а из Гвуры де-АА — мохин для Имы. Суть такова: мужская сторона АА — то есть [Имя] МА в нем — находится справа (в мужской линии), а сторона БОН в нем — женская — находится слева. И в нем есть два зивуга: один — в его рту (буквы </w:t>
      </w:r>
      <w:r>
        <w:rPr>
          <w:rFonts w:ascii="Georgia" w:hAnsi="Georgia" w:cs="Times New Roman"/>
          <w:b/>
          <w:i w:val="0"/>
          <w:color w:val="000000"/>
          <w:sz w:val="24"/>
          <w:rtl/>
          <w:szCs w:val="32"/>
        </w:rPr>
        <w:t>אחע״ה</w:t>
      </w:r>
      <w:r>
        <w:rPr>
          <w:rFonts w:ascii="Georgia" w:hAnsi="Georgia"/>
          <w:b w:val="0"/>
          <w:i w:val="0"/>
          <w:color w:val="000000"/>
          <w:sz w:val="24"/>
        </w:rPr>
        <w:t xml:space="preserve"> и </w:t>
      </w:r>
      <w:r>
        <w:rPr>
          <w:rFonts w:ascii="Georgia" w:hAnsi="Georgia" w:cs="Times New Roman"/>
          <w:b/>
          <w:i w:val="0"/>
          <w:color w:val="000000"/>
          <w:sz w:val="24"/>
          <w:rtl/>
          <w:szCs w:val="32"/>
        </w:rPr>
        <w:t>גיכ״ק</w:t>
      </w:r>
      <w:r>
        <w:rPr>
          <w:rFonts w:ascii="Georgia" w:hAnsi="Georgia"/>
          <w:b w:val="0"/>
          <w:i w:val="0"/>
          <w:color w:val="000000"/>
          <w:sz w:val="24"/>
        </w:rPr>
        <w:t>), а второй — в его Есоде. Ведь Есод тоже включает в себя мужское и женское начала, и мужская сторона в нем соударяется с женской стороной. Но для того чтобы породить Аба ве-Има, достаточно было зивуга поцелуев — то есть зивуга во рту, как сказано выше.</w:t>
      </w:r>
    </w:p>
    <w:p>
      <w:pPr>
        <w:spacing w:before="40" w:after="120"/>
        <w:jc w:val="both"/>
      </w:pPr>
      <w:r>
        <w:rPr>
          <w:rFonts w:ascii="Georgia" w:hAnsi="Georgia"/>
          <w:b w:val="0"/>
          <w:i w:val="0"/>
          <w:color w:val="000000"/>
          <w:sz w:val="24"/>
        </w:rPr>
        <w:t>Как же Аба ве-Има вышли от этого зивуга? Выше уже разъяснялось, что этот зивуг требовался им только для обретения мохин и собственных НЕХИ; поэтому им было достаточно зивуга во рту. Ведь Аба ве-Има всегда включены в Мазла — восьмое и тринадцатое исправления из тринадцати исправлений бороды (дикна де-АА), которые свисают в равновесии до табура.</w:t>
      </w:r>
    </w:p>
    <w:p>
      <w:pPr>
        <w:spacing w:before="40" w:after="120"/>
        <w:jc w:val="both"/>
      </w:pPr>
      <w:r>
        <w:rPr>
          <w:rFonts w:ascii="Georgia" w:hAnsi="Georgia"/>
          <w:b w:val="0"/>
          <w:i w:val="0"/>
          <w:color w:val="000000"/>
          <w:sz w:val="24"/>
        </w:rPr>
        <w:t xml:space="preserve">Однако есть одно отличие: иногда Аба ве-Има неполны и лишены НЕХИ, хотя и включены в Мазла. Когда же происходит этот зивуг в пэ де-АА, приводятся в действие все четыре исправления, расположенные между восьмым и тринадцатым исправлениями [бороды де-АА]; все они соединяются вместе, и в них включаются Аба ве-Има (ведь ты уже знаешь, что горло служит тайной их черепа, </w:t>
      </w:r>
      <w:r>
        <w:rPr>
          <w:rFonts w:ascii="Georgia" w:hAnsi="Georgia"/>
          <w:b w:val="0"/>
          <w:i/>
          <w:color w:val="000000"/>
          <w:sz w:val="24"/>
        </w:rPr>
        <w:t>гальгальта дильхон</w:t>
      </w:r>
      <w:r>
        <w:rPr>
          <w:rFonts w:ascii="Georgia" w:hAnsi="Georgia"/>
          <w:b w:val="0"/>
          <w:i w:val="0"/>
          <w:color w:val="000000"/>
          <w:sz w:val="24"/>
        </w:rPr>
        <w:t>). Взгляни на человека: когда он склоняет голову, горло скрывается и соединяется с краем щек головы; когда же он выпрямляет голову, горло открывается. И когда высший зивуг в пэ де-АА совершается в виде поцелуев, свет опускается вниз от окончания рта, подобно склонению головы. Тогда горло соединяется с ними воедино, представляя собой голову (рош) де-Аба ве-Има, и опускается вплоть до НЕХИ де-Аба ве-Има, которые включены в рош де-ЗА.</w:t>
      </w:r>
    </w:p>
    <w:p>
      <w:pPr>
        <w:spacing w:before="40" w:after="120"/>
        <w:jc w:val="both"/>
      </w:pPr>
      <w:r>
        <w:rPr>
          <w:rFonts w:ascii="Georgia" w:hAnsi="Georgia"/>
          <w:b w:val="0"/>
          <w:i w:val="0"/>
          <w:color w:val="000000"/>
          <w:sz w:val="24"/>
        </w:rPr>
        <w:t>Также четыре исправления между двумя Мазлот (восьмым и тринадцатым исправлениями) соединяются и включаются в рош де-Аба ве-Има — то есть в горло — и становятся там светом разума (мохин). Благодаря этому умножающемуся изобилию (шефа) под их действием удлиняется тело (гуф) Аба ве-Има и их НЕХИ. Ведь та третья часть Тиферет де-АА, которая осталась после отделения двух частей Тиферет, ставших двумя сфирами Даат для Аба ве-Има, образовала гуф де-Аба, включающий ХАГАТ, и гуф де-Има, включающий ХАГАТ. В этом тайна тела; а от умножения изобилия образуются три другие сфиры: НЕХИ де-Аба и НЕХИ де-Има.</w:t>
      </w:r>
    </w:p>
    <w:p>
      <w:pPr>
        <w:spacing w:before="40" w:after="120"/>
        <w:jc w:val="both"/>
      </w:pPr>
      <w:r>
        <w:rPr>
          <w:rFonts w:ascii="Georgia" w:hAnsi="Georgia"/>
          <w:b w:val="0"/>
          <w:i w:val="0"/>
          <w:color w:val="000000"/>
          <w:sz w:val="24"/>
        </w:rPr>
        <w:t>Выходит, что этот зивуг во рту предназначался для Аба ве-Има, причем не для них самих, а лишь для их мохин и НЕХИ. Причина в том, что оба Мазла бороды спускаются в равновесии спереди до самого табура, а сзади протянуты волосы головы, спускающиеся со стороны спины до рош де-ЗА. Из этих светов волос и образованы Аба ве-Има: ведь между ними неизбежно должно возникнуть единое свечение от двух этих видов волос — бороды и головы — благодаря их великому свету, окружающему спереди и сзади.</w:t>
      </w:r>
    </w:p>
    <w:p>
      <w:pPr>
        <w:spacing w:before="40" w:after="120"/>
        <w:jc w:val="both"/>
      </w:pPr>
      <w:r>
        <w:rPr>
          <w:rFonts w:ascii="Georgia" w:hAnsi="Georgia"/>
          <w:b w:val="0"/>
          <w:i w:val="0"/>
          <w:color w:val="000000"/>
          <w:sz w:val="24"/>
        </w:rPr>
        <w:t>Поэтому для Аба ве-Има было достаточно одного лишь зивуга во рту. ЗОН же вовсе не имели никакого бытия, и потому потребовалось выделить их бытие в первом зачатии (ибуре), а чтобы дать им мохин и НЕХИ, понадобился второй зивуг — чего не требовалось для Аба ве-Има.</w:t>
      </w:r>
    </w:p>
    <w:p>
      <w:pPr>
        <w:spacing w:before="40" w:after="120"/>
        <w:jc w:val="both"/>
      </w:pPr>
      <w:r>
        <w:rPr>
          <w:rFonts w:ascii="Georgia" w:hAnsi="Georgia"/>
          <w:b w:val="0"/>
          <w:i w:val="0"/>
          <w:color w:val="000000"/>
          <w:sz w:val="24"/>
        </w:rPr>
        <w:t xml:space="preserve">И здесь ты поймешь высказывание наших мудрецов: </w:t>
      </w:r>
      <w:r>
        <w:rPr>
          <w:rFonts w:ascii="Georgia" w:hAnsi="Georgia"/>
          <w:b w:val="0"/>
          <w:i/>
          <w:color w:val="000000"/>
          <w:sz w:val="24"/>
        </w:rPr>
        <w:t>«С каждым речением, исходившим из уст Святого, благословен Он, создавался один ангел»</w:t>
      </w:r>
      <w:r>
        <w:rPr>
          <w:rFonts w:ascii="Georgia" w:hAnsi="Georgia"/>
          <w:b w:val="0"/>
          <w:i w:val="0"/>
          <w:color w:val="000000"/>
          <w:sz w:val="24"/>
        </w:rPr>
        <w:t xml:space="preserve"> (Хагига 14а). Ведь речь — это в точности тайна соударения (зивуга). Поэтому мы находим, что мудрецы обозначали зивуг словом «речь» (</w:t>
      </w:r>
      <w:r>
        <w:rPr>
          <w:rFonts w:ascii="Georgia" w:hAnsi="Georgia"/>
          <w:b w:val="0"/>
          <w:i/>
          <w:color w:val="000000"/>
          <w:sz w:val="24"/>
        </w:rPr>
        <w:t>дибур</w:t>
      </w:r>
      <w:r>
        <w:rPr>
          <w:rFonts w:ascii="Georgia" w:hAnsi="Georgia"/>
          <w:b w:val="0"/>
          <w:i w:val="0"/>
          <w:color w:val="000000"/>
          <w:sz w:val="24"/>
        </w:rPr>
        <w:t xml:space="preserve">), как в выражении </w:t>
      </w:r>
      <w:r>
        <w:rPr>
          <w:rFonts w:ascii="Georgia" w:hAnsi="Georgia"/>
          <w:b w:val="0"/>
          <w:i/>
          <w:color w:val="000000"/>
          <w:sz w:val="24"/>
        </w:rPr>
        <w:t>«видели, что она разговаривает [с неким мужчиной] на рынке»</w:t>
      </w:r>
      <w:r>
        <w:rPr>
          <w:rFonts w:ascii="Georgia" w:hAnsi="Georgia"/>
          <w:b w:val="0"/>
          <w:i w:val="0"/>
          <w:color w:val="000000"/>
          <w:sz w:val="24"/>
        </w:rPr>
        <w:t xml:space="preserve"> (Ктубот 13а). И по той же причине зивуг иносказательно называется «едой» (</w:t>
      </w:r>
      <w:r>
        <w:rPr>
          <w:rFonts w:ascii="Georgia" w:hAnsi="Georgia"/>
          <w:b w:val="0"/>
          <w:i/>
          <w:color w:val="000000"/>
          <w:sz w:val="24"/>
        </w:rPr>
        <w:t>ахила</w:t>
      </w:r>
      <w:r>
        <w:rPr>
          <w:rFonts w:ascii="Georgia" w:hAnsi="Georgia"/>
          <w:b w:val="0"/>
          <w:i w:val="0"/>
          <w:color w:val="000000"/>
          <w:sz w:val="24"/>
        </w:rPr>
        <w:t xml:space="preserve">): </w:t>
      </w:r>
      <w:r>
        <w:rPr>
          <w:rFonts w:ascii="Georgia" w:hAnsi="Georgia"/>
          <w:b w:val="0"/>
          <w:i/>
          <w:color w:val="000000"/>
          <w:sz w:val="24"/>
        </w:rPr>
        <w:t>«поела, отерла рот свой»</w:t>
      </w:r>
      <w:r>
        <w:rPr>
          <w:rFonts w:ascii="Georgia" w:hAnsi="Georgia"/>
          <w:b w:val="0"/>
          <w:i w:val="0"/>
          <w:color w:val="000000"/>
          <w:sz w:val="24"/>
        </w:rPr>
        <w:t xml:space="preserve"> (Мишлей 30:20).</w:t>
      </w:r>
    </w:p>
    <w:p>
      <w:pPr>
        <w:spacing w:before="40" w:after="120"/>
        <w:jc w:val="both"/>
      </w:pPr>
      <w:r>
        <w:rPr>
          <w:rFonts w:ascii="Georgia" w:hAnsi="Georgia"/>
          <w:b w:val="0"/>
          <w:i w:val="0"/>
          <w:color w:val="000000"/>
          <w:sz w:val="24"/>
        </w:rPr>
        <w:t>Вернемся к теме: поскольку из двух Мазлот восьмое представляет собой АВАЯ с наполнением буквами йод, а тринадцатое — ЭЙЕ с наполнением буквами хэй, как сказано в своем месте, постольку от них происходят Аба ве-Има: первый — от АВАЯ, а вторая — от ЭЙЕ. Даат же, соединяющий их, — это сплетение Имен АВАЯ и ЭЙЕ (</w:t>
      </w:r>
      <w:r>
        <w:rPr>
          <w:rFonts w:ascii="Georgia" w:hAnsi="Georgia" w:cs="Times New Roman"/>
          <w:b/>
          <w:i w:val="0"/>
          <w:color w:val="000000"/>
          <w:sz w:val="24"/>
          <w:rtl/>
          <w:szCs w:val="32"/>
        </w:rPr>
        <w:t>יאההויה״ה</w:t>
      </w:r>
      <w:r>
        <w:rPr>
          <w:rFonts w:ascii="Georgia" w:hAnsi="Georgia"/>
          <w:b w:val="0"/>
          <w:i w:val="0"/>
          <w:color w:val="000000"/>
          <w:sz w:val="24"/>
        </w:rPr>
        <w:t>). И пойми это.</w:t>
      </w:r>
    </w:p>
    <w:p>
      <w:pPr>
        <w:spacing w:before="40" w:after="120"/>
        <w:jc w:val="both"/>
      </w:pPr>
      <w:r>
        <w:rPr>
          <w:rFonts w:ascii="Georgia" w:hAnsi="Georgia"/>
          <w:b w:val="0"/>
          <w:i w:val="0"/>
          <w:color w:val="000000"/>
          <w:sz w:val="24"/>
        </w:rPr>
        <w:t>Глава 5</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При порождении Зеир Анпина происходило два вида зивугов, и между ними есть существенная разница. Первый зивуг, призванный вызвать к существованию само бытие ЗА, совершается исключительно через АА, силой которого держится весь Ацилут; второй же зивуг происходит в Аба ве-Има, чтобы сформировать им мохин.</w:t>
      </w:r>
    </w:p>
    <w:p>
      <w:pPr>
        <w:spacing w:before="40" w:after="120"/>
        <w:jc w:val="both"/>
      </w:pPr>
      <w:r>
        <w:rPr>
          <w:rFonts w:ascii="Georgia" w:hAnsi="Georgia"/>
          <w:b w:val="0"/>
          <w:i w:val="0"/>
          <w:color w:val="000000"/>
          <w:sz w:val="24"/>
        </w:rPr>
        <w:t>Суть дела в том, что ЗА облачает АА от пупа сердца (табура де-либа), представляющего собой половину Тиферет [де-АА], и внутри него АА облачается вплоть до окончания своего Есода. Из этой половины Тиферет образуется Гальгальта Зеир Анпина, а три его [света] мохин формируются из НЕХИ де-АА.</w:t>
      </w:r>
    </w:p>
    <w:p>
      <w:pPr>
        <w:spacing w:before="40" w:after="120"/>
        <w:jc w:val="both"/>
      </w:pPr>
      <w:r>
        <w:rPr>
          <w:rFonts w:ascii="Georgia" w:hAnsi="Georgia"/>
          <w:b w:val="0"/>
          <w:i w:val="0"/>
          <w:color w:val="000000"/>
          <w:sz w:val="24"/>
        </w:rPr>
        <w:t xml:space="preserve">На это намекается в Тосефте к недельному разделу Бешалах (лист 50): </w:t>
      </w:r>
      <w:r>
        <w:rPr>
          <w:rFonts w:ascii="Georgia" w:hAnsi="Georgia"/>
          <w:b w:val="0"/>
          <w:i/>
          <w:color w:val="000000"/>
          <w:sz w:val="24"/>
        </w:rPr>
        <w:t>«До того, как проявился чистый воздух...»</w:t>
      </w:r>
      <w:r>
        <w:rPr>
          <w:rFonts w:ascii="Georgia" w:hAnsi="Georgia"/>
          <w:b w:val="0"/>
          <w:i w:val="0"/>
          <w:color w:val="000000"/>
          <w:sz w:val="24"/>
        </w:rPr>
        <w:t>. Ведь я уже сообщал тебе, что у ЗА было три состояния. Первое — во чреве Имы, когда он представлял собой малую букву вав — лишь три [сфирот], и это были НЕХИ де-ЗА; ведь эти три поднялись наверх, во чрево Имы, и там было лишь состояние «трех, включенных в три».</w:t>
      </w:r>
    </w:p>
    <w:p>
      <w:pPr>
        <w:spacing w:before="40" w:after="120"/>
        <w:jc w:val="both"/>
      </w:pPr>
      <w:r>
        <w:rPr>
          <w:rFonts w:ascii="Georgia" w:hAnsi="Georgia"/>
          <w:b w:val="0"/>
          <w:i w:val="0"/>
          <w:color w:val="000000"/>
          <w:sz w:val="24"/>
        </w:rPr>
        <w:t>Смысл в том, как я уже сообщал тебе: протяженность Аба ве-Има достигает пупа сердца, и они охватывают ХАГАТ де-АА. И тогда, когда эти три [сфирот] НЕХИ поднялись наверх в Аба ве-Има, они включились в три [сфирот] ХАГАТ де-АА — и в этом тайна «трех, включенных в три». Поэтому эти три [сфирот] именуются малой буквой вав, как известно, ведь большая буква вав — это ХАГАТ. И там, в тайне зачатия, эти капли удлинились, и у ЗА, пока он находился во чреве Имы, от свойства Бины образовались другие три [сфирот]. Тогда он вышел наружу, вмещая шесть концов (ВАК) — от Хеседа до Есода.</w:t>
      </w:r>
    </w:p>
    <w:p>
      <w:pPr>
        <w:spacing w:before="40" w:after="120"/>
        <w:jc w:val="both"/>
      </w:pPr>
      <w:r>
        <w:rPr>
          <w:rFonts w:ascii="Georgia" w:hAnsi="Georgia"/>
          <w:b w:val="0"/>
          <w:i w:val="0"/>
          <w:color w:val="000000"/>
          <w:sz w:val="24"/>
        </w:rPr>
        <w:t>Благодаря этому ты поймешь сказанное в «Идра» о двух венцах АА, представляющих собой Хесед и Гвуру; пойми же это, ведь их место — в Аба ве-Има.</w:t>
      </w:r>
    </w:p>
    <w:p>
      <w:pPr>
        <w:spacing w:before="40" w:after="120"/>
        <w:jc w:val="both"/>
      </w:pPr>
      <w:r>
        <w:rPr>
          <w:rFonts w:ascii="Georgia" w:hAnsi="Georgia"/>
          <w:b w:val="0"/>
          <w:i w:val="0"/>
          <w:color w:val="000000"/>
          <w:sz w:val="24"/>
        </w:rPr>
        <w:t>Вернемся к теме: второй зивуг де-АА совершается в его Есоде, включающем правое и левое, мужское и женское. Однако поскольку бытие ЗОН находится внизу, под Аба ве-Има, потребовалось, чтобы этот зивуг также произошел через Аба ве-Има.</w:t>
      </w:r>
    </w:p>
    <w:p>
      <w:pPr>
        <w:spacing w:before="40" w:after="120"/>
        <w:jc w:val="both"/>
      </w:pPr>
      <w:r>
        <w:rPr>
          <w:rFonts w:ascii="Georgia" w:hAnsi="Georgia"/>
          <w:b w:val="0"/>
          <w:i w:val="0"/>
          <w:color w:val="000000"/>
          <w:sz w:val="24"/>
        </w:rPr>
        <w:t>Что же произошло? Те НЕХИ де-АА, которые находились ниже Аба ве-Има, поднялись наверх, в Аба ве-Има — внутрь их ХАГАТ, а не в ХАГАТ самого АА, так как они поднялись не в качестве мохин для Аба ве-Има, а вошли именно в ХАГАТ де-Аба ве-Има. И тогда они оказались там как «три, включенные в три», как упомянуто в Тосефте к недельному разделу Бешалах.</w:t>
      </w:r>
    </w:p>
    <w:p>
      <w:pPr>
        <w:spacing w:before="40" w:after="120"/>
        <w:jc w:val="both"/>
      </w:pPr>
      <w:r>
        <w:rPr>
          <w:rFonts w:ascii="Georgia" w:hAnsi="Georgia"/>
          <w:b w:val="0"/>
          <w:i w:val="0"/>
          <w:color w:val="000000"/>
          <w:sz w:val="24"/>
        </w:rPr>
        <w:t>Выходит, что НЕХИ де-АА — это тайна трех капель огласовки сеголь, упомянутых в «Тиккуней Зоар», из которых образуется нижний человек (</w:t>
      </w:r>
      <w:r>
        <w:rPr>
          <w:rFonts w:ascii="Georgia" w:hAnsi="Georgia"/>
          <w:b w:val="0"/>
          <w:i/>
          <w:color w:val="000000"/>
          <w:sz w:val="24"/>
        </w:rPr>
        <w:t>Адам татаа</w:t>
      </w:r>
      <w:r>
        <w:rPr>
          <w:rFonts w:ascii="Georgia" w:hAnsi="Georgia"/>
          <w:b w:val="0"/>
          <w:i w:val="0"/>
          <w:color w:val="000000"/>
          <w:sz w:val="24"/>
        </w:rPr>
        <w:t>), то есть Зеир Анпин. И тогда благодаря этим трем каплям НЕХИ де-АА, сокрытым в ХАГАТ де-Аба ве-Има, возникли ЗОН. Получается, что бытие ЗОН сформировалось от самого АА в зивуге его Есода. Однако это происходило через Аба ве-Има, из свойства их ХАГАТ. Тогда Есод де-Аба выделил одну каплю и ввел ее в Иму, и там, во чреве Имы, сформировался ЗА — малая буква вав, лишь как «три, включенные в три», поскольку он происходит из тайны трех [сфирот] НЕХИ де-АА. А в нижней части буквы вав есть шаг наружу (</w:t>
      </w:r>
      <w:r>
        <w:rPr>
          <w:rFonts w:ascii="Georgia" w:hAnsi="Georgia"/>
          <w:b w:val="0"/>
          <w:i/>
          <w:color w:val="000000"/>
          <w:sz w:val="24"/>
        </w:rPr>
        <w:t>псииа ле-вар</w:t>
      </w:r>
      <w:r>
        <w:rPr>
          <w:rFonts w:ascii="Georgia" w:hAnsi="Georgia"/>
          <w:b w:val="0"/>
          <w:i w:val="0"/>
          <w:color w:val="000000"/>
          <w:sz w:val="24"/>
        </w:rPr>
        <w:t xml:space="preserve">, </w:t>
      </w:r>
      <w:r>
        <w:rPr>
          <w:rFonts w:ascii="Georgia" w:hAnsi="Georgia" w:cs="Times New Roman"/>
          <w:b/>
          <w:i w:val="0"/>
          <w:color w:val="000000"/>
          <w:sz w:val="24"/>
          <w:rtl/>
          <w:szCs w:val="32"/>
        </w:rPr>
        <w:t>פְּסִיעָה לְבַר</w:t>
      </w:r>
      <w:r>
        <w:rPr>
          <w:rFonts w:ascii="Georgia" w:hAnsi="Georgia"/>
          <w:b w:val="0"/>
          <w:i w:val="0"/>
          <w:color w:val="000000"/>
          <w:sz w:val="24"/>
        </w:rPr>
        <w:t>) — тайна Нуквы, пребывающей вместе с ним, как сказано.</w:t>
      </w:r>
    </w:p>
    <w:p>
      <w:pPr>
        <w:spacing w:before="40" w:after="120"/>
        <w:jc w:val="both"/>
      </w:pPr>
      <w:r>
        <w:rPr>
          <w:rFonts w:ascii="Georgia" w:hAnsi="Georgia"/>
          <w:b w:val="0"/>
          <w:i w:val="0"/>
          <w:color w:val="000000"/>
          <w:sz w:val="24"/>
        </w:rPr>
        <w:t>И благодаря этому ты поймешь сокровенную тайну женской груди: какова ее природа, откуда она возникла, почему находится на уровне хазе (груди) и почему в мужской груди нет молока, в отличие от женской.</w:t>
      </w:r>
    </w:p>
    <w:p>
      <w:pPr>
        <w:spacing w:before="40" w:after="120"/>
        <w:jc w:val="both"/>
      </w:pPr>
      <w:r>
        <w:rPr>
          <w:rFonts w:ascii="Georgia" w:hAnsi="Georgia"/>
          <w:b w:val="0"/>
          <w:i w:val="0"/>
          <w:color w:val="000000"/>
          <w:sz w:val="24"/>
        </w:rPr>
        <w:t>Суть в том, как мы уже объясняли, что НЕХИ де-АА включились в ХАГАТ де-Аба ве-Има и скрылись внутри них. Там они произвели эту каплю, и она вышла через Есод де-Аба к Име. Поэтому тот великий свет, который добавился теперь к НЕХИ де-АА, чтобы совершить зивуг и выделить из Себя ЗА, сначала сформировался в ХАГАТ де-Аба, а затем в ХАГАТ де-Има, так как внутри них включены НЕХИ де-АА, как сказано выше. Поэтому в силу того колоссального свечения, которое пробилось наружу и светило через хазе де-Аба ве-Има, груди имеются и у мужчины, и у женщины; только у мужчины они малы и лишены молока, а у женщины велики и содержат молоко.</w:t>
      </w:r>
    </w:p>
    <w:p>
      <w:pPr>
        <w:spacing w:before="40" w:after="120"/>
        <w:jc w:val="both"/>
      </w:pPr>
      <w:r>
        <w:rPr>
          <w:rFonts w:ascii="Georgia" w:hAnsi="Georgia"/>
          <w:b w:val="0"/>
          <w:i w:val="0"/>
          <w:color w:val="000000"/>
          <w:sz w:val="24"/>
        </w:rPr>
        <w:t>Причина в том, что когда ЗА находился в хазе де-Аба, он представлял собой лишь малую каплю; но когда он оказался в хазе де-Има, он стал расти там в тайне зачатия, пока не превратился в букву вав, включенную в три [сфирот]. Поэтому и груди Имы увеличились от обилия света, и в них образовалось молоко.</w:t>
      </w:r>
    </w:p>
    <w:p>
      <w:pPr>
        <w:spacing w:before="40" w:after="120"/>
        <w:jc w:val="both"/>
      </w:pPr>
      <w:r>
        <w:rPr>
          <w:rFonts w:ascii="Georgia" w:hAnsi="Georgia"/>
          <w:b w:val="0"/>
          <w:i w:val="0"/>
          <w:color w:val="000000"/>
          <w:sz w:val="24"/>
        </w:rPr>
        <w:t>Теперь ты поймешь, что тайна молока — это подъем крови вверх, где она обращается в молоко и смягчается. Точно так же и НЕХИ: внизу они всегда суть кровь, тайна судов, и потому повсюду находятся вне тела (</w:t>
      </w:r>
      <w:r>
        <w:rPr>
          <w:rFonts w:ascii="Georgia" w:hAnsi="Georgia"/>
          <w:b w:val="0"/>
          <w:i/>
          <w:color w:val="000000"/>
          <w:sz w:val="24"/>
        </w:rPr>
        <w:t>ле-вар ми-гуфа</w:t>
      </w:r>
      <w:r>
        <w:rPr>
          <w:rFonts w:ascii="Georgia" w:hAnsi="Georgia"/>
          <w:b w:val="0"/>
          <w:i w:val="0"/>
          <w:color w:val="000000"/>
          <w:sz w:val="24"/>
        </w:rPr>
        <w:t>), как сказано выше; при подъеме же наверх, при их включении в ХАГАТ, они превращаются в молоко.</w:t>
      </w:r>
    </w:p>
    <w:p>
      <w:pPr>
        <w:spacing w:before="40" w:after="120"/>
        <w:jc w:val="both"/>
      </w:pPr>
      <w:r>
        <w:rPr>
          <w:rFonts w:ascii="Georgia" w:hAnsi="Georgia"/>
          <w:b w:val="0"/>
          <w:i w:val="0"/>
          <w:color w:val="000000"/>
          <w:sz w:val="24"/>
        </w:rPr>
        <w:t>Затем ЗА выходит наружу подобно сосущему младенцу, и от обилия этого молока он растет и становится большой буквой вав — лишь с шестью концами (ВАК), представляющей собой букву вав Святого Имени. Однако внутри Бины он представлял собой малую букву вав, состоящую из трех [сфирот] внутри буквы хэй (</w:t>
      </w:r>
      <w:r>
        <w:rPr>
          <w:rFonts w:ascii="Georgia" w:hAnsi="Georgia" w:cs="Times New Roman"/>
          <w:b/>
          <w:i w:val="0"/>
          <w:color w:val="000000"/>
          <w:sz w:val="24"/>
          <w:rtl/>
          <w:szCs w:val="32"/>
        </w:rPr>
        <w:t>ה</w:t>
      </w:r>
      <w:r>
        <w:rPr>
          <w:rFonts w:ascii="Georgia" w:hAnsi="Georgia"/>
          <w:b w:val="0"/>
          <w:i w:val="0"/>
          <w:color w:val="000000"/>
          <w:sz w:val="24"/>
        </w:rPr>
        <w:t>) Бины — Высшей Матери (Имы Илаа). Поэтому у этой буквы вав нет никакого подобия головы (рош).</w:t>
      </w:r>
    </w:p>
    <w:p>
      <w:pPr>
        <w:spacing w:before="40" w:after="120"/>
        <w:jc w:val="both"/>
      </w:pPr>
      <w:r>
        <w:rPr>
          <w:rFonts w:ascii="Georgia" w:hAnsi="Georgia"/>
          <w:b w:val="0"/>
          <w:i w:val="0"/>
          <w:color w:val="000000"/>
          <w:sz w:val="24"/>
        </w:rPr>
        <w:t>То различие между порождением Аба ве-Има и созданием ЗОН, которое мы разъяснили, намечено в Зоаре (раздел Трума, лист 167) в тайне [слов]: «Первый человек запечатлел свой образ в елее...» и т.д. Смысл здесь в том, что «первый человек» — это Аба ве-Има [согласно исправленному чтению вместо «АА»], и [АА] запечатлел излиянием капли образ Аба ве-Има в елее (</w:t>
      </w:r>
      <w:r>
        <w:rPr>
          <w:rFonts w:ascii="Georgia" w:hAnsi="Georgia"/>
          <w:b w:val="0"/>
          <w:i/>
          <w:color w:val="000000"/>
          <w:sz w:val="24"/>
        </w:rPr>
        <w:t>мишхата</w:t>
      </w:r>
      <w:r>
        <w:rPr>
          <w:rFonts w:ascii="Georgia" w:hAnsi="Georgia"/>
          <w:b w:val="0"/>
          <w:i w:val="0"/>
          <w:color w:val="000000"/>
          <w:sz w:val="24"/>
        </w:rPr>
        <w:t>), то есть внутри волос головы де-АА и его драгоценной бороды (</w:t>
      </w:r>
      <w:r>
        <w:rPr>
          <w:rFonts w:ascii="Georgia" w:hAnsi="Georgia"/>
          <w:b w:val="0"/>
          <w:i/>
          <w:color w:val="000000"/>
          <w:sz w:val="24"/>
        </w:rPr>
        <w:t>дикна якира</w:t>
      </w:r>
      <w:r>
        <w:rPr>
          <w:rFonts w:ascii="Georgia" w:hAnsi="Georgia"/>
          <w:b w:val="0"/>
          <w:i w:val="0"/>
          <w:color w:val="000000"/>
          <w:sz w:val="24"/>
        </w:rPr>
        <w:t>), именуемой елеем. Второй же человек — Зеир Анпин — возник благодаря зивугу НЕХИ де-АА внутри Бины, как сказано выше.</w:t>
      </w:r>
    </w:p>
    <w:p>
      <w:pPr>
        <w:spacing w:before="40" w:after="120"/>
        <w:jc w:val="both"/>
      </w:pPr>
      <w:r>
        <w:rPr>
          <w:rFonts w:ascii="Georgia" w:hAnsi="Georgia"/>
          <w:b w:val="0"/>
          <w:i w:val="0"/>
          <w:color w:val="000000"/>
          <w:sz w:val="24"/>
        </w:rPr>
        <w:t>Если же ты спросишь меня: «Ведь главное пребывание плода — в утробе, а не в груди; не следовало ли тогда грудям находиться на животе, а не на груди?» — то знай: мужчина или женщина указывают не на одни лишь Тиферет и Малхут и тому подобное; в каждом человеке воплощены все десять сфирот от АА до Нуквы. Поэтому, представляя форму грудей, мы должны рассматривать ее не в пределах одной лишь Бины или одной лишь Нуквы, но в совокупной структуре по всей длине десяти сфирот, составляющих высоту от АА до Нуквы. И если сопоставить это в таком масштабе, то окажется, что когда НЕХИ де-АА поднялись в ХАГАТ де-Аба ве-Има, как сказано выше... ...чтобы зачать и произвести на свет ЗА, тайна ЗА пребывала в ХАГАТ де-Аба ве-Има, представляющих собой НЕХИ де-АА. А ХАГАТ де-Аба ве-Има находятся в буквальном смысле посередине: ведь КАХАБ расположены сверху, НЕХИ — снизу, а ХАГАТ — посередине. При этом протяженность Аба ве-Има занимает верхнюю половину тела АА — от горла до середины сердца. И если ты взглянешь на женскую грудь, то увидишь, что она находится как раз на этом месте — посередине верхней половины тела, от шеи до пупа сердца (табура де-либа). И причина этому — как сказано выше. Ибо человеческий род охватывает структуру всех десяти сфирот. У скота же и зверей, относящихся лишь к одному виду и не обладающих полнотой человека, сосцы расположены прямо на брюхе.</w:t>
      </w:r>
    </w:p>
    <w:p>
      <w:pPr>
        <w:spacing w:before="40" w:after="120"/>
        <w:jc w:val="both"/>
      </w:pPr>
      <w:r>
        <w:rPr>
          <w:rFonts w:ascii="Georgia" w:hAnsi="Georgia"/>
          <w:b w:val="0"/>
          <w:i w:val="0"/>
          <w:color w:val="000000"/>
          <w:sz w:val="24"/>
        </w:rPr>
        <w:t>Обратись также к объяснению заповеди о шаатнезе при разборе греха Каина и Эвеля, когда они принесли шерсть и лен: там ты поймешь [тайну] бороды (дикна) ЗА, которая выделилась из шерсти высшего агнца — Даат высшей бороды, представляющей собой нижнюю бороду де-АА вокруг знака святого завета де-АА, по тайне изречения: «Велика заповедь обрезания, о которой заключено тринадцать союзов».</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«Из тесноты воззвал я к Г-споду...»</w:t>
      </w:r>
      <w:r>
        <w:rPr>
          <w:rFonts w:ascii="Georgia" w:hAnsi="Georgia"/>
          <w:b w:val="0"/>
          <w:i w:val="0"/>
          <w:color w:val="000000"/>
          <w:sz w:val="24"/>
        </w:rPr>
        <w:t xml:space="preserve"> (Теилим 118:5), сказанного о бороде ЗА: ведь теснота (</w:t>
      </w:r>
      <w:r>
        <w:rPr>
          <w:rFonts w:ascii="Georgia" w:hAnsi="Georgia"/>
          <w:b w:val="0"/>
          <w:i/>
          <w:color w:val="000000"/>
          <w:sz w:val="24"/>
        </w:rPr>
        <w:t>мецар</w:t>
      </w:r>
      <w:r>
        <w:rPr>
          <w:rFonts w:ascii="Georgia" w:hAnsi="Georgia"/>
          <w:b w:val="0"/>
          <w:i w:val="0"/>
          <w:color w:val="000000"/>
          <w:sz w:val="24"/>
        </w:rPr>
        <w:t xml:space="preserve">, </w:t>
      </w:r>
      <w:r>
        <w:rPr>
          <w:rFonts w:ascii="Georgia" w:hAnsi="Georgia" w:cs="Times New Roman"/>
          <w:b/>
          <w:i w:val="0"/>
          <w:color w:val="000000"/>
          <w:sz w:val="24"/>
          <w:rtl/>
          <w:szCs w:val="32"/>
        </w:rPr>
        <w:t>מֵצַר</w:t>
      </w:r>
      <w:r>
        <w:rPr>
          <w:rFonts w:ascii="Georgia" w:hAnsi="Georgia"/>
          <w:b w:val="0"/>
          <w:i w:val="0"/>
          <w:color w:val="000000"/>
          <w:sz w:val="24"/>
        </w:rPr>
        <w:t>) происходит из высшей шерсти (</w:t>
      </w:r>
      <w:r>
        <w:rPr>
          <w:rFonts w:ascii="Georgia" w:hAnsi="Georgia"/>
          <w:b w:val="0"/>
          <w:i/>
          <w:color w:val="000000"/>
          <w:sz w:val="24"/>
        </w:rPr>
        <w:t>цемер</w:t>
      </w:r>
      <w:r>
        <w:rPr>
          <w:rFonts w:ascii="Georgia" w:hAnsi="Georgia"/>
          <w:b w:val="0"/>
          <w:i w:val="0"/>
          <w:color w:val="000000"/>
          <w:sz w:val="24"/>
        </w:rPr>
        <w:t xml:space="preserve">, </w:t>
      </w:r>
      <w:r>
        <w:rPr>
          <w:rFonts w:ascii="Georgia" w:hAnsi="Georgia" w:cs="Times New Roman"/>
          <w:b/>
          <w:i w:val="0"/>
          <w:color w:val="000000"/>
          <w:sz w:val="24"/>
          <w:rtl/>
          <w:szCs w:val="32"/>
        </w:rPr>
        <w:t>צֶמֶר</w:t>
      </w:r>
      <w:r>
        <w:rPr>
          <w:rFonts w:ascii="Georgia" w:hAnsi="Georgia"/>
          <w:b w:val="0"/>
          <w:i w:val="0"/>
          <w:color w:val="000000"/>
          <w:sz w:val="24"/>
        </w:rPr>
        <w:t xml:space="preserve">) — тайны тех белых волос вокруг святого завета де-АА. Ты ведь уже знаешь, что все волосы бороды де-АА белы, как написано: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(Даниэль 7:9), и это та самая шерсть.</w:t>
      </w:r>
    </w:p>
    <w:p>
      <w:pPr>
        <w:spacing w:before="40" w:after="120"/>
        <w:jc w:val="both"/>
      </w:pPr>
      <w:r>
        <w:rPr>
          <w:rFonts w:ascii="Georgia" w:hAnsi="Georgia"/>
          <w:b w:val="0"/>
          <w:i w:val="0"/>
          <w:color w:val="000000"/>
          <w:sz w:val="24"/>
        </w:rPr>
        <w:t>Ты также поймешь, что Есод де-АА — это тайна шофара, который узок (</w:t>
      </w:r>
      <w:r>
        <w:rPr>
          <w:rFonts w:ascii="Georgia" w:hAnsi="Georgia"/>
          <w:b w:val="0"/>
          <w:i/>
          <w:color w:val="000000"/>
          <w:sz w:val="24"/>
        </w:rPr>
        <w:t>цар</w:t>
      </w:r>
      <w:r>
        <w:rPr>
          <w:rFonts w:ascii="Georgia" w:hAnsi="Georgia"/>
          <w:b w:val="0"/>
          <w:i w:val="0"/>
          <w:color w:val="000000"/>
          <w:sz w:val="24"/>
        </w:rPr>
        <w:t xml:space="preserve">, </w:t>
      </w:r>
      <w:r>
        <w:rPr>
          <w:rFonts w:ascii="Georgia" w:hAnsi="Georgia" w:cs="Times New Roman"/>
          <w:b/>
          <w:i w:val="0"/>
          <w:color w:val="000000"/>
          <w:sz w:val="24"/>
          <w:rtl/>
          <w:szCs w:val="32"/>
        </w:rPr>
        <w:t>צַר</w:t>
      </w:r>
      <w:r>
        <w:rPr>
          <w:rFonts w:ascii="Georgia" w:hAnsi="Georgia"/>
          <w:b w:val="0"/>
          <w:i w:val="0"/>
          <w:color w:val="000000"/>
          <w:sz w:val="24"/>
        </w:rPr>
        <w:t xml:space="preserve">), и о нем также сказали: </w:t>
      </w:r>
      <w:r>
        <w:rPr>
          <w:rFonts w:ascii="Georgia" w:hAnsi="Georgia"/>
          <w:b w:val="0"/>
          <w:i/>
          <w:color w:val="000000"/>
          <w:sz w:val="24"/>
        </w:rPr>
        <w:t>«Из тесноты...»</w:t>
      </w:r>
      <w:r>
        <w:rPr>
          <w:rFonts w:ascii="Georgia" w:hAnsi="Georgia"/>
          <w:b w:val="0"/>
          <w:i w:val="0"/>
          <w:color w:val="000000"/>
          <w:sz w:val="24"/>
        </w:rPr>
        <w:t xml:space="preserve">. А в Зоаре (раздел Эмор) сказано, что этот шофар издает голос, состоящий из огня, воды и ветра (духа). И это суть зивуга АА ради порождения ЗА — «три, включенные в три»: Хесед, Дин, Рахамим, составляющие сочетание букв </w:t>
      </w:r>
      <w:r>
        <w:rPr>
          <w:rFonts w:ascii="Georgia" w:hAnsi="Georgia"/>
          <w:b w:val="0"/>
          <w:i/>
          <w:color w:val="000000"/>
          <w:sz w:val="24"/>
        </w:rPr>
        <w:t>эмер</w:t>
      </w:r>
      <w:r>
        <w:rPr>
          <w:rFonts w:ascii="Georgia" w:hAnsi="Georgia"/>
          <w:b w:val="0"/>
          <w:i w:val="0"/>
          <w:color w:val="000000"/>
          <w:sz w:val="24"/>
        </w:rPr>
        <w:t xml:space="preserve"> (</w:t>
      </w:r>
      <w:r>
        <w:rPr>
          <w:rFonts w:ascii="Georgia" w:hAnsi="Georgia" w:cs="Times New Roman"/>
          <w:b/>
          <w:i w:val="0"/>
          <w:color w:val="000000"/>
          <w:sz w:val="24"/>
          <w:rtl/>
          <w:szCs w:val="32"/>
        </w:rPr>
        <w:t>אמ״ר</w:t>
      </w:r>
      <w:r>
        <w:rPr>
          <w:rFonts w:ascii="Georgia" w:hAnsi="Georgia"/>
          <w:b w:val="0"/>
          <w:i w:val="0"/>
          <w:color w:val="000000"/>
          <w:sz w:val="24"/>
        </w:rPr>
        <w:t>); и это тайна малой буквы вав — голоса, выходящего из шофара. Порядок включения НЕХИ в ХАГАТ де-Аба ве-Има таков: внизу, где находились НЕХИ самого АА, оставалась также половина его Тиферет. И эта [половина] Тиферет поднялась ко второй своей половине, пребывавшей в Аба ве-Има; поднялись также Нецах и Ход в Хесед и Гвуру де-Аба ве-Има, и там Нецах включился в Хесед де-Аба, а Ход — в Гвуру де-Има.</w:t>
      </w:r>
    </w:p>
    <w:p>
      <w:pPr>
        <w:spacing w:before="40" w:after="120"/>
        <w:jc w:val="both"/>
      </w:pPr>
      <w:r>
        <w:rPr>
          <w:rFonts w:ascii="Georgia" w:hAnsi="Georgia"/>
          <w:b w:val="0"/>
          <w:i w:val="0"/>
          <w:color w:val="000000"/>
          <w:sz w:val="24"/>
        </w:rPr>
        <w:t>Хотя мы говорим, что Нецах [поднялся] к Абе, он все же был включен и от Хода, так что Нецах, включающий Ход, поднялся к Абе, а Ход, включающий Нецах, поднялся к Име.</w:t>
      </w:r>
    </w:p>
    <w:p>
      <w:pPr>
        <w:spacing w:before="40" w:after="120"/>
        <w:jc w:val="both"/>
      </w:pPr>
      <w:r>
        <w:rPr>
          <w:rFonts w:ascii="Georgia" w:hAnsi="Georgia"/>
          <w:b w:val="0"/>
          <w:i w:val="0"/>
          <w:color w:val="000000"/>
          <w:sz w:val="24"/>
        </w:rPr>
        <w:t>И тогда силой этих двух свойств в каждом из них образовались груди от обилия света, который пробился и вышел наружу. Но у мужчины, то есть у Абы, они остались без молока — поскольку там это существует лишь временно, в виде семенной капли. В свойстве же Бины, где формируются все органы тела ЗА, раскрылось великое свечение при его распространении, и от него возникло молоко. Поэтому у каждого оказалось по две груди — соответственно двум свойствам в каждом из них. Есод же поднялся и разделился надвое: половина его — в Есоде де-Аба, а половина — в Есоде де-Има.</w:t>
      </w:r>
    </w:p>
    <w:p>
      <w:pPr>
        <w:spacing w:before="40" w:after="120"/>
        <w:jc w:val="both"/>
      </w:pPr>
      <w:r>
        <w:rPr>
          <w:rFonts w:ascii="Georgia" w:hAnsi="Georgia"/>
          <w:b w:val="0"/>
          <w:i w:val="0"/>
          <w:color w:val="000000"/>
          <w:sz w:val="24"/>
        </w:rPr>
        <w:t>Смотри и пойми: мы уже объясняли, что женщина не беременеет от первого соития, но сначала требуется внедрить в нее некий дух (</w:t>
      </w:r>
      <w:r>
        <w:rPr>
          <w:rFonts w:ascii="Georgia" w:hAnsi="Georgia"/>
          <w:b w:val="0"/>
          <w:i/>
          <w:color w:val="000000"/>
          <w:sz w:val="24"/>
        </w:rPr>
        <w:t>хад руха</w:t>
      </w:r>
      <w:r>
        <w:rPr>
          <w:rFonts w:ascii="Georgia" w:hAnsi="Georgia"/>
          <w:b w:val="0"/>
          <w:i w:val="0"/>
          <w:color w:val="000000"/>
          <w:sz w:val="24"/>
        </w:rPr>
        <w:t xml:space="preserve">), как сказано выше. Правда, здесь возникает сомнение в связи с Яаковом, сказавшим: </w:t>
      </w:r>
      <w:r>
        <w:rPr>
          <w:rFonts w:ascii="Georgia" w:hAnsi="Georgia"/>
          <w:b w:val="0"/>
          <w:i/>
          <w:color w:val="000000"/>
          <w:sz w:val="24"/>
        </w:rPr>
        <w:t>«...крепость моя и начаток силы моей»</w:t>
      </w:r>
      <w:r>
        <w:rPr>
          <w:rFonts w:ascii="Georgia" w:hAnsi="Georgia"/>
          <w:b w:val="0"/>
          <w:i w:val="0"/>
          <w:color w:val="000000"/>
          <w:sz w:val="24"/>
        </w:rPr>
        <w:t xml:space="preserve"> (Берешит 49:3), из чего следует, что Лея зачала от первого соития; и подобно тому, как сказали наши мудрецы, благословенной памяти (Трактат Йевамот 34б), что всех женщин из дома рабби, у которых девственная плева была устранена пальцем, звали Тамар — поскольку они устраняли ее пальцем и потому нуждались лишь в первом соитии [для зачатия].</w:t>
      </w:r>
    </w:p>
    <w:p>
      <w:pPr>
        <w:spacing w:before="40" w:after="120"/>
        <w:jc w:val="both"/>
      </w:pPr>
      <w:r>
        <w:rPr>
          <w:rFonts w:ascii="Georgia" w:hAnsi="Georgia"/>
          <w:b w:val="0"/>
          <w:i w:val="0"/>
          <w:color w:val="000000"/>
          <w:sz w:val="24"/>
        </w:rPr>
        <w:t>Суть в том, что поскольку АА — мужское начало без Нуквы, и зивуг происходит от одной его части к другой без Нуквы, здесь не потребовалось формировать кли [предварительным соитием]. И от этой силы такое же свойство перешло к Яакову и ко всем тем женщинам из дома рабби, устранявшим девственность пальцем. И все же потребовалось, чтобы половина Есода де-АА оказалась в Абе в качестве МАД, а половина — в Име в качестве МАН в ее Есоде; однако второго соития не потребовалось по указанной причине. Из этих НЕХИ де-АА сформировался ЗА в виде «трех, включенных в три», лишь как малая буква вав. Из половины же Тиферет де-АА, поднявшейся выше, образовались мохин для этого младенца, пока он пребывал во чреве своей матери; а душой (нешама) для этих мохин послужила та половина Есода высшей головы (</w:t>
      </w:r>
      <w:r>
        <w:rPr>
          <w:rFonts w:ascii="Georgia" w:hAnsi="Georgia"/>
          <w:b w:val="0"/>
          <w:i/>
          <w:color w:val="000000"/>
          <w:sz w:val="24"/>
        </w:rPr>
        <w:t>рейша илаа</w:t>
      </w:r>
      <w:r>
        <w:rPr>
          <w:rFonts w:ascii="Georgia" w:hAnsi="Georgia"/>
          <w:b w:val="0"/>
          <w:i w:val="0"/>
          <w:color w:val="000000"/>
          <w:sz w:val="24"/>
        </w:rPr>
        <w:t>), которая осталась здесь для ЗА.</w:t>
      </w:r>
    </w:p>
    <w:p>
      <w:pPr>
        <w:spacing w:before="40" w:after="120"/>
        <w:jc w:val="both"/>
      </w:pPr>
      <w:r>
        <w:rPr>
          <w:rFonts w:ascii="Georgia" w:hAnsi="Georgia"/>
          <w:b w:val="0"/>
          <w:i w:val="0"/>
          <w:color w:val="000000"/>
          <w:sz w:val="24"/>
        </w:rPr>
        <w:t>Когда же ЗА распространился и вышел наружу, он вышел, вмещая лишь шесть концов (ВАК) — как большая буква вав. Причина в том, как ты уже знаешь, что в Нецах и Ходе есть шесть суставов. Если сосчитать то, что осталось от АА для Зеир Анпина, то это шесть составляющих:</w:t>
      </w:r>
    </w:p>
    <w:p>
      <w:pPr>
        <w:spacing w:before="40" w:after="120"/>
        <w:jc w:val="both"/>
      </w:pPr>
      <w:r>
        <w:rPr>
          <w:rFonts w:ascii="Georgia" w:hAnsi="Georgia"/>
          <w:b w:val="0"/>
          <w:i w:val="0"/>
          <w:color w:val="000000"/>
          <w:sz w:val="24"/>
        </w:rPr>
        <w:t>1) половина Тиферет;</w:t>
      </w:r>
    </w:p>
    <w:p>
      <w:pPr>
        <w:spacing w:before="40" w:after="120"/>
        <w:jc w:val="both"/>
      </w:pPr>
      <w:r>
        <w:rPr>
          <w:rFonts w:ascii="Georgia" w:hAnsi="Georgia"/>
          <w:b w:val="0"/>
          <w:i w:val="0"/>
          <w:color w:val="000000"/>
          <w:sz w:val="24"/>
        </w:rPr>
        <w:t>2) Есод;</w:t>
      </w:r>
    </w:p>
    <w:p>
      <w:pPr>
        <w:spacing w:before="40" w:after="120"/>
        <w:jc w:val="both"/>
      </w:pPr>
      <w:r>
        <w:rPr>
          <w:rFonts w:ascii="Georgia" w:hAnsi="Georgia"/>
          <w:b w:val="0"/>
          <w:i w:val="0"/>
          <w:color w:val="000000"/>
          <w:sz w:val="24"/>
        </w:rPr>
        <w:t>и четыре сустава Нецах и Ход — итого шесть, из которых сформировались шесть концов (ВАК) для Зеир Анпина. Ведь два верхних сустава Нецах и Ход остались наверху: один сустав Нецах — в Абе, а один сустав Ход — в Име; и они пребывают там постоянно, вовеки. Силой этого молоко поступает младенцу и после его исхода оттуда.</w:t>
      </w:r>
    </w:p>
    <w:p>
      <w:pPr>
        <w:spacing w:before="40" w:after="120"/>
        <w:jc w:val="both"/>
      </w:pPr>
      <w:r>
        <w:rPr>
          <w:rFonts w:ascii="Georgia" w:hAnsi="Georgia"/>
          <w:b w:val="0"/>
          <w:i w:val="0"/>
          <w:color w:val="000000"/>
          <w:sz w:val="24"/>
        </w:rPr>
        <w:t>Благодаря этому ты поймешь, почему питание младенца происходит от молока: ведь душа ЗА — это НЕХИ де-АА, а благодаря тем двум суставам, которые остались в Аба ве-Има, они более возвышенны. И оказывается, что когда оттуда поступает молоко, оно происходит из отборнейшей части его души, и ею он питается. Мы уже разъясняли, что Нецах и Ход — это суть судов и они представляют собой кровь; но когда они поднимаются, то обращаются в молоко — ибо именно так это происходит по природе у беременной женщины.</w:t>
      </w:r>
    </w:p>
    <w:p>
      <w:pPr>
        <w:spacing w:before="40" w:after="120"/>
        <w:jc w:val="both"/>
      </w:pPr>
      <w:r>
        <w:rPr>
          <w:rFonts w:ascii="Georgia" w:hAnsi="Georgia"/>
          <w:b w:val="0"/>
          <w:i w:val="0"/>
          <w:color w:val="000000"/>
          <w:sz w:val="24"/>
        </w:rPr>
        <w:t>Глава 6</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мы разъяснили тайну порождения Аба ве-Има и ЗОН, объясним теперь тайну их облачения на АА. Ты ведь уже знаешь, что АА облачается внутрь Аба ве-Има. Знай же, что жизненность (</w:t>
      </w:r>
      <w:r>
        <w:rPr>
          <w:rFonts w:ascii="Georgia" w:hAnsi="Georgia"/>
          <w:b w:val="0"/>
          <w:i/>
          <w:color w:val="000000"/>
          <w:sz w:val="24"/>
        </w:rPr>
        <w:t>хиют</w:t>
      </w:r>
      <w:r>
        <w:rPr>
          <w:rFonts w:ascii="Georgia" w:hAnsi="Georgia"/>
          <w:b w:val="0"/>
          <w:i w:val="0"/>
          <w:color w:val="000000"/>
          <w:sz w:val="24"/>
        </w:rPr>
        <w:t>) и душа Аба ве-Има исходят из двух голов — Кетера и Моха Стимаа, то есть Гальгальты и Мохи: ведь они изливают [свет] в Бину, а из Бины образовались черепа (Гальгальты) Аба ве-Има: от Кетера — к Абе, а от Хохмы — к Име.</w:t>
      </w:r>
    </w:p>
    <w:p>
      <w:pPr>
        <w:spacing w:before="40" w:after="120"/>
        <w:jc w:val="both"/>
      </w:pPr>
      <w:r>
        <w:rPr>
          <w:rFonts w:ascii="Georgia" w:hAnsi="Georgia"/>
          <w:b w:val="0"/>
          <w:i w:val="0"/>
          <w:color w:val="000000"/>
          <w:sz w:val="24"/>
        </w:rPr>
        <w:t xml:space="preserve">Что же касается тайны этого излияния, ты уже знаешь, что борода (дикна) АА вовсе не облачается [в другие парцуфим], поскольку ее длина простирается от горла до пупа сердца (табура де-либа), а там начинается рош де-ЗА. Оказывается, эти волосы достигают волос ЗА, и через них передается влияние в рош де-ЗА, как упоминается в «Идра». Если так, то поскольку мера роста Аба ве-Има — от горла до пупа сердца де-АА, а борода де-АА тянется до его пупа, выходит, что эта борода покрывает Аба ве-Има сверху, ведь она не облачается в них, как сказано выше. Получается, что она осеняет их, и они включаются в нее. В этом тайна намека в «Идра Зута» (лист 289): </w:t>
      </w:r>
      <w:r>
        <w:rPr>
          <w:rFonts w:ascii="Georgia" w:hAnsi="Georgia"/>
          <w:b w:val="0"/>
          <w:i/>
          <w:color w:val="000000"/>
          <w:sz w:val="24"/>
        </w:rPr>
        <w:t>«Осветились три высшие головы... и от мазаля зависят и включаются в него»</w:t>
      </w:r>
      <w:r>
        <w:rPr>
          <w:rFonts w:ascii="Georgia" w:hAnsi="Georgia"/>
          <w:b w:val="0"/>
          <w:i w:val="0"/>
          <w:color w:val="000000"/>
          <w:sz w:val="24"/>
        </w:rPr>
        <w:t>, ведь Аба ве-Има — это две головы, включенные в мазаль, и пойми это.</w:t>
      </w:r>
    </w:p>
    <w:p>
      <w:pPr>
        <w:spacing w:before="40" w:after="120"/>
        <w:jc w:val="both"/>
      </w:pPr>
      <w:r>
        <w:rPr>
          <w:rFonts w:ascii="Georgia" w:hAnsi="Georgia"/>
          <w:b w:val="0"/>
          <w:i w:val="0"/>
          <w:color w:val="000000"/>
          <w:sz w:val="24"/>
        </w:rPr>
        <w:t>Поэтому Аба ве-Има могут вступать в зивуг лишь посредством Высшего Даат (</w:t>
      </w:r>
      <w:r>
        <w:rPr>
          <w:rFonts w:ascii="Georgia" w:hAnsi="Georgia"/>
          <w:b w:val="0"/>
          <w:i/>
          <w:color w:val="000000"/>
          <w:sz w:val="24"/>
        </w:rPr>
        <w:t>Даат илаа</w:t>
      </w:r>
      <w:r>
        <w:rPr>
          <w:rFonts w:ascii="Georgia" w:hAnsi="Georgia"/>
          <w:b w:val="0"/>
          <w:i w:val="0"/>
          <w:color w:val="000000"/>
          <w:sz w:val="24"/>
        </w:rPr>
        <w:t>), являющегося тринадцатым исправлением бороды.</w:t>
      </w:r>
    </w:p>
    <w:p>
      <w:pPr>
        <w:spacing w:before="40" w:after="120"/>
        <w:jc w:val="both"/>
      </w:pPr>
      <w:r>
        <w:rPr>
          <w:rFonts w:ascii="Georgia" w:hAnsi="Georgia"/>
          <w:b w:val="0"/>
          <w:i w:val="0"/>
          <w:color w:val="000000"/>
          <w:sz w:val="24"/>
        </w:rPr>
        <w:t>Разъяснение же понятия «мазаль» таково: мы уже объясняли тебе в недельном разделе Насо в «Раайа Мехемна», что тринадцать исправлений бороды (тиккуней дикна) — это три Имени АВАЯ с наполнением буквами йод. Три этих Имени АВАЯ содержат двенадцать букв, составляющих тайну двенадцати исправлений бороды. Тринадцатое же исправление включает их все, поскольку в нем присутствуют все три упомянутых Имени АВАЯ, насчитывающие двенадцать букв, вместе с тринадцатым исправлением, объединяющим их. А три Имени АВАЯ составляют 78 (</w:t>
      </w:r>
      <w:r>
        <w:rPr>
          <w:rFonts w:ascii="Georgia" w:hAnsi="Georgia" w:cs="Times New Roman"/>
          <w:b/>
          <w:i w:val="0"/>
          <w:color w:val="000000"/>
          <w:sz w:val="24"/>
          <w:rtl/>
          <w:szCs w:val="32"/>
        </w:rPr>
        <w:t>ע״ח</w:t>
      </w:r>
      <w:r>
        <w:rPr>
          <w:rFonts w:ascii="Georgia" w:hAnsi="Georgia"/>
          <w:b w:val="0"/>
          <w:i w:val="0"/>
          <w:color w:val="000000"/>
          <w:sz w:val="24"/>
        </w:rPr>
        <w:t xml:space="preserve">), что равно гематрии слова </w:t>
      </w:r>
      <w:r>
        <w:rPr>
          <w:rFonts w:ascii="Georgia" w:hAnsi="Georgia"/>
          <w:b w:val="0"/>
          <w:i/>
          <w:color w:val="000000"/>
          <w:sz w:val="24"/>
        </w:rPr>
        <w:t>мазаля</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78), либо слова </w:t>
      </w:r>
      <w:r>
        <w:rPr>
          <w:rFonts w:ascii="Georgia" w:hAnsi="Georgia"/>
          <w:b w:val="0"/>
          <w:i/>
          <w:color w:val="000000"/>
          <w:sz w:val="24"/>
        </w:rPr>
        <w:t>мазаль</w:t>
      </w:r>
      <w:r>
        <w:rPr>
          <w:rFonts w:ascii="Georgia" w:hAnsi="Georgia"/>
          <w:b w:val="0"/>
          <w:i w:val="0"/>
          <w:color w:val="000000"/>
          <w:sz w:val="24"/>
        </w:rPr>
        <w:t xml:space="preserve"> (</w:t>
      </w:r>
      <w:r>
        <w:rPr>
          <w:rFonts w:ascii="Georgia" w:hAnsi="Georgia" w:cs="Times New Roman"/>
          <w:b/>
          <w:i w:val="0"/>
          <w:color w:val="000000"/>
          <w:sz w:val="24"/>
          <w:rtl/>
          <w:szCs w:val="32"/>
        </w:rPr>
        <w:t>מַזָּל</w:t>
      </w:r>
      <w:r>
        <w:rPr>
          <w:rFonts w:ascii="Georgia" w:hAnsi="Georgia"/>
          <w:b w:val="0"/>
          <w:i w:val="0"/>
          <w:color w:val="000000"/>
          <w:sz w:val="24"/>
        </w:rPr>
        <w:t xml:space="preserve"> = 77) с учетом самого слова (колеля). И пойми... ...это. В Зоаре сказано, что два исправления бороды — восьмое и тринадцатое — оба именуются мазалем. Дело в том, что оба они одного порядка: они оба спускаются в равновесии до пупа (табура), как упомянуто в «Идра Раба» (лист 131). И от этих двух мазалей Аба ве-Има черпают упомянутое изобилие (шефа) от Кетера и Моха Стимаа, так как Аба ве-Има включены в мазаль. А поскольку рост Аба ве-Има простирается до пупа де-АА, оказывается, что эти два мазаля покрывают их. Главное питание Абы исходит от восьмого мазаля, а Имы — от тринадцатого.</w:t>
      </w:r>
    </w:p>
    <w:p>
      <w:pPr>
        <w:spacing w:before="40" w:after="120"/>
        <w:jc w:val="both"/>
      </w:pPr>
      <w:r>
        <w:rPr>
          <w:rFonts w:ascii="Georgia" w:hAnsi="Georgia"/>
          <w:b w:val="0"/>
          <w:i w:val="0"/>
          <w:color w:val="000000"/>
          <w:sz w:val="24"/>
        </w:rPr>
        <w:t>И поскольку восьмой мазаль выше тринадцатого, то и питающийся от него Аба выше Имы. Однако в том отношении, что оба они выходят вместе и опускаются в равновесии до пупа, Аба ве-Има также «вместе выходят и вместе пребывают». Благодаря этому ты знаешь, почему Аба ве-Има пребывают вместе и в чем достоинство Абы превосходит достоинство Имы.</w:t>
      </w:r>
    </w:p>
    <w:p>
      <w:pPr>
        <w:spacing w:before="40" w:after="120"/>
        <w:jc w:val="both"/>
      </w:pPr>
      <w:r>
        <w:rPr>
          <w:rFonts w:ascii="Georgia" w:hAnsi="Georgia"/>
          <w:b w:val="0"/>
          <w:i w:val="0"/>
          <w:color w:val="000000"/>
          <w:sz w:val="24"/>
        </w:rPr>
        <w:t>Тебе следует знать, что восьмой мазаль — это тайна буквы алеф (</w:t>
      </w:r>
      <w:r>
        <w:rPr>
          <w:rFonts w:ascii="Georgia" w:hAnsi="Georgia" w:cs="Times New Roman"/>
          <w:b/>
          <w:i w:val="0"/>
          <w:color w:val="000000"/>
          <w:sz w:val="24"/>
          <w:rtl/>
          <w:szCs w:val="32"/>
        </w:rPr>
        <w:t>א</w:t>
      </w:r>
      <w:r>
        <w:rPr>
          <w:rFonts w:ascii="Georgia" w:hAnsi="Georgia"/>
          <w:b w:val="0"/>
          <w:i w:val="0"/>
          <w:color w:val="000000"/>
          <w:sz w:val="24"/>
        </w:rPr>
        <w:t>), начертание которой представляет собой йод-вав-йод, а тринадцатый мазаль имеет форму буквы алеф, состоящей из йод-вав-далет, как упомянуто в «Тиккуней Зоар», что существуют два вида буквы алеф. Поскольку от этих двух мазалей питаются Аба ве-Има, буква алеф в начертании йод-вав-йод (</w:t>
      </w:r>
      <w:r>
        <w:rPr>
          <w:rFonts w:ascii="Georgia" w:hAnsi="Georgia" w:cs="Times New Roman"/>
          <w:b/>
          <w:i w:val="0"/>
          <w:color w:val="000000"/>
          <w:sz w:val="24"/>
          <w:rtl/>
          <w:szCs w:val="32"/>
        </w:rPr>
        <w:t>יו״י</w:t>
      </w:r>
      <w:r>
        <w:rPr>
          <w:rFonts w:ascii="Georgia" w:hAnsi="Georgia"/>
          <w:b w:val="0"/>
          <w:i w:val="0"/>
          <w:color w:val="000000"/>
          <w:sz w:val="24"/>
        </w:rPr>
        <w:t>) пребывает в Абе, а буква алеф в начертании йод-вав-далет (</w:t>
      </w:r>
      <w:r>
        <w:rPr>
          <w:rFonts w:ascii="Georgia" w:hAnsi="Georgia" w:cs="Times New Roman"/>
          <w:b/>
          <w:i w:val="0"/>
          <w:color w:val="000000"/>
          <w:sz w:val="24"/>
          <w:rtl/>
          <w:szCs w:val="32"/>
        </w:rPr>
        <w:t>יו״ד</w:t>
      </w:r>
      <w:r>
        <w:rPr>
          <w:rFonts w:ascii="Georgia" w:hAnsi="Georgia"/>
          <w:b w:val="0"/>
          <w:i w:val="0"/>
          <w:color w:val="000000"/>
          <w:sz w:val="24"/>
        </w:rPr>
        <w:t>) — в Име, так как буква далет (</w:t>
      </w:r>
      <w:r>
        <w:rPr>
          <w:rFonts w:ascii="Georgia" w:hAnsi="Georgia" w:cs="Times New Roman"/>
          <w:b/>
          <w:i w:val="0"/>
          <w:color w:val="000000"/>
          <w:sz w:val="24"/>
          <w:rtl/>
          <w:szCs w:val="32"/>
        </w:rPr>
        <w:t>ד</w:t>
      </w:r>
      <w:r>
        <w:rPr>
          <w:rFonts w:ascii="Georgia" w:hAnsi="Georgia"/>
          <w:b w:val="0"/>
          <w:i w:val="0"/>
          <w:color w:val="000000"/>
          <w:sz w:val="24"/>
        </w:rPr>
        <w:t>) указывает на женское начало.</w:t>
      </w:r>
    </w:p>
    <w:p>
      <w:pPr>
        <w:spacing w:before="40" w:after="120"/>
        <w:jc w:val="both"/>
      </w:pPr>
      <w:r>
        <w:rPr>
          <w:rFonts w:ascii="Georgia" w:hAnsi="Georgia"/>
          <w:b w:val="0"/>
          <w:i w:val="0"/>
          <w:color w:val="000000"/>
          <w:sz w:val="24"/>
        </w:rPr>
        <w:t>Причина же того, что восьмой мазаль имеет начертание йод-вав-йод (</w:t>
      </w:r>
      <w:r>
        <w:rPr>
          <w:rFonts w:ascii="Georgia" w:hAnsi="Georgia" w:cs="Times New Roman"/>
          <w:b/>
          <w:i w:val="0"/>
          <w:color w:val="000000"/>
          <w:sz w:val="24"/>
          <w:rtl/>
          <w:szCs w:val="32"/>
        </w:rPr>
        <w:t>יו״י</w:t>
      </w:r>
      <w:r>
        <w:rPr>
          <w:rFonts w:ascii="Georgia" w:hAnsi="Georgia"/>
          <w:b w:val="0"/>
          <w:i w:val="0"/>
          <w:color w:val="000000"/>
          <w:sz w:val="24"/>
        </w:rPr>
        <w:t>), состоит в том, что он спускается в равновесии до пупа, и потому в нем объединяются все тринадцать исправлений бороды: двенадцать [исправлений], а вместе с ним — тринадцать. Двенадцать исправлений, раскрывающихся в нем, имеют форму буквы вав посредине буквы алеф. А мы уже объясняли, что всякая удвоенная буква вав (</w:t>
      </w:r>
      <w:r>
        <w:rPr>
          <w:rFonts w:ascii="Georgia" w:hAnsi="Georgia" w:cs="Times New Roman"/>
          <w:b/>
          <w:i w:val="0"/>
          <w:color w:val="000000"/>
          <w:sz w:val="24"/>
          <w:rtl/>
          <w:szCs w:val="32"/>
        </w:rPr>
        <w:t>ו״ו</w:t>
      </w:r>
      <w:r>
        <w:rPr>
          <w:rFonts w:ascii="Georgia" w:hAnsi="Georgia"/>
          <w:b w:val="0"/>
          <w:i w:val="0"/>
          <w:color w:val="000000"/>
          <w:sz w:val="24"/>
        </w:rPr>
        <w:t>) образует двенадцать.</w:t>
      </w:r>
    </w:p>
    <w:p>
      <w:pPr>
        <w:spacing w:before="40" w:after="120"/>
        <w:jc w:val="both"/>
      </w:pPr>
      <w:r>
        <w:rPr>
          <w:rFonts w:ascii="Georgia" w:hAnsi="Georgia"/>
          <w:b w:val="0"/>
          <w:i w:val="0"/>
          <w:color w:val="000000"/>
          <w:sz w:val="24"/>
        </w:rPr>
        <w:t>Я также сообщал тебе по поводу «крюков столбов» (</w:t>
      </w:r>
      <w:r>
        <w:rPr>
          <w:rFonts w:ascii="Georgia" w:hAnsi="Georgia"/>
          <w:b w:val="0"/>
          <w:i/>
          <w:color w:val="000000"/>
          <w:sz w:val="24"/>
        </w:rPr>
        <w:t>вавей а-амудим</w:t>
      </w:r>
      <w:r>
        <w:rPr>
          <w:rFonts w:ascii="Georgia" w:hAnsi="Georgia"/>
          <w:b w:val="0"/>
          <w:i w:val="0"/>
          <w:color w:val="000000"/>
          <w:sz w:val="24"/>
        </w:rPr>
        <w:t>), что это тайна буквы вав посредине буквы алеф в Имени ЦВАОТ, которая делится надвое подобным образом; и здесь все обстоит совершенно так же. Этот мазаль включает упомянутые двенадцать [исправлений] в двух аспектах: во-первых, в силу того, что он находится выше них... ...и это происходит в качестве верхней буквы йод буквы алеф, когда они получают от него влияние; во-вторых — в силу того, что они включены в него и он получает от них, что соответствует нижней букве йод буквы алеф.</w:t>
      </w:r>
    </w:p>
    <w:p>
      <w:pPr>
        <w:spacing w:before="40" w:after="120"/>
        <w:jc w:val="both"/>
      </w:pPr>
      <w:r>
        <w:rPr>
          <w:rFonts w:ascii="Georgia" w:hAnsi="Georgia"/>
          <w:b w:val="0"/>
          <w:i w:val="0"/>
          <w:color w:val="000000"/>
          <w:sz w:val="24"/>
        </w:rPr>
        <w:t>Однако оба эти свойства поистине едины, и теперь их тринадцать. Эти двенадцать [букв], находящихся в нем, разделяются на три Имени АВАЯ — двенадцать букв, а наполнение этих трех Имен буквами йод [АБ (72)] дает число 216 (</w:t>
      </w:r>
      <w:r>
        <w:rPr>
          <w:rFonts w:ascii="Georgia" w:hAnsi="Georgia" w:cs="Times New Roman"/>
          <w:b/>
          <w:i w:val="0"/>
          <w:color w:val="000000"/>
          <w:sz w:val="24"/>
          <w:rtl/>
          <w:szCs w:val="32"/>
        </w:rPr>
        <w:t>רי״ו</w:t>
      </w:r>
      <w:r>
        <w:rPr>
          <w:rFonts w:ascii="Georgia" w:hAnsi="Georgia"/>
          <w:b w:val="0"/>
          <w:i w:val="0"/>
          <w:color w:val="000000"/>
          <w:sz w:val="24"/>
        </w:rPr>
        <w:t xml:space="preserve"> = 216).</w:t>
      </w:r>
    </w:p>
    <w:p>
      <w:pPr>
        <w:spacing w:before="40" w:after="120"/>
        <w:jc w:val="both"/>
      </w:pPr>
      <w:r>
        <w:rPr>
          <w:rFonts w:ascii="Georgia" w:hAnsi="Georgia"/>
          <w:b w:val="0"/>
          <w:i w:val="0"/>
          <w:color w:val="000000"/>
          <w:sz w:val="24"/>
        </w:rPr>
        <w:t>Тринадцатый же мазаль — это буква алеф в начертании йод-вав-далет (</w:t>
      </w:r>
      <w:r>
        <w:rPr>
          <w:rFonts w:ascii="Georgia" w:hAnsi="Georgia" w:cs="Times New Roman"/>
          <w:b/>
          <w:i w:val="0"/>
          <w:color w:val="000000"/>
          <w:sz w:val="24"/>
          <w:rtl/>
          <w:szCs w:val="32"/>
        </w:rPr>
        <w:t>יו״ד</w:t>
      </w:r>
      <w:r>
        <w:rPr>
          <w:rFonts w:ascii="Georgia" w:hAnsi="Georgia"/>
          <w:b w:val="0"/>
          <w:i w:val="0"/>
          <w:color w:val="000000"/>
          <w:sz w:val="24"/>
        </w:rPr>
        <w:t>), и он устроен по тому же принципу; однако поскольку его природа относится к свойству буквы далет (</w:t>
      </w:r>
      <w:r>
        <w:rPr>
          <w:rFonts w:ascii="Georgia" w:hAnsi="Georgia" w:cs="Times New Roman"/>
          <w:b/>
          <w:i w:val="0"/>
          <w:color w:val="000000"/>
          <w:sz w:val="24"/>
          <w:rtl/>
          <w:szCs w:val="32"/>
        </w:rPr>
        <w:t>ד</w:t>
      </w:r>
      <w:r>
        <w:rPr>
          <w:rFonts w:ascii="Georgia" w:hAnsi="Georgia"/>
          <w:b w:val="0"/>
          <w:i w:val="0"/>
          <w:color w:val="000000"/>
          <w:sz w:val="24"/>
        </w:rPr>
        <w:t>), его Имена — это три Имени ЭЙЕ, насчитывающие двенадцать букв, и их наполнение также осуществляется буквами йод подобно вышесказанному. Отсюда видно, как восьмой мазаль облачается в тринадцатый мазаль в тайне [сочетания] АВАЯ и ЭЙЕ. И точно так же это происходит в Аба ве-Има, черпающих от них: АВАЯ — в Абе, а ЭЙЕ — в Име. И пойми... ...все это. Поэтому благодаря этим двум мазалям Аба ве-Има объединяются и вступают через них в зивуг.</w:t>
      </w:r>
    </w:p>
    <w:p>
      <w:pPr>
        <w:spacing w:before="40" w:after="120"/>
        <w:jc w:val="both"/>
      </w:pPr>
      <w:r>
        <w:rPr>
          <w:rFonts w:ascii="Georgia" w:hAnsi="Georgia"/>
          <w:b w:val="0"/>
          <w:i w:val="0"/>
          <w:color w:val="000000"/>
          <w:sz w:val="24"/>
        </w:rPr>
        <w:t>Что же касается того, как Аба ве-Има облачают тело (гуф) АА, то они облачают Бину и ХАГАТ де-АА: Бина становится Кетером для них обоих (и в этом отношении мы называем Бину Кетером), а ХАГАТ становятся телом для них обоих: правая сторона — Абе, а левая сторона — Име.</w:t>
      </w:r>
    </w:p>
    <w:p>
      <w:pPr>
        <w:spacing w:before="40" w:after="120"/>
        <w:jc w:val="both"/>
      </w:pPr>
      <w:r>
        <w:rPr>
          <w:rFonts w:ascii="Georgia" w:hAnsi="Georgia"/>
          <w:b w:val="0"/>
          <w:i w:val="0"/>
          <w:color w:val="000000"/>
          <w:sz w:val="24"/>
        </w:rPr>
        <w:t>Ты ведь уже знаешь, что Хесед и Гвура — это две руки, содержащие шесть суставов, как сказано в недельном разделе Вайехи (лист 262): Хесед всегда [порождает] хасадим, а Гвура — гвурот. Из этих двух рук и образовались Аба ве-Има. Порядок же этих суставов таков: два верхних сустава — это Хохма де-Аба и Хохма де-Има (от правой руки — Абе, а от левой руки — Име); два средних сустава — это Бина де-Аба и Бина де-Има (от Хеседа — Абе, а от Гвуры — Име, подобно вышесказанному). Таким образом, два [света] мохин — Хохма и Бина (ХУБ) — даются Абе от правой руки (Хеседа), а два [света] мохин — Хохма и Бина — даются Име от левой руки (Гвуры). Остаются два сустава: один от правой руки (Хеседа), а один от левой руки (Гвуры); и они суть два венца — Хесед и Гвура, которые Аба ве-Има передают по наследству своему сыну — Тиферет, как упомянуто в «Идра Зута» (лист 292). Порядок этих шести суставов противоположен тому, как кажется на первый взгляд: первыми [высшими] являются суставы кистей рук, затем — средние суставы, и затем — последние, которые прилегают к плечу и соединены там.</w:t>
      </w:r>
    </w:p>
    <w:p>
      <w:pPr>
        <w:spacing w:before="40" w:after="120"/>
        <w:jc w:val="both"/>
      </w:pPr>
      <w:r>
        <w:rPr>
          <w:rFonts w:ascii="Georgia" w:hAnsi="Georgia"/>
          <w:b w:val="0"/>
          <w:i w:val="0"/>
          <w:color w:val="000000"/>
          <w:sz w:val="24"/>
        </w:rPr>
        <w:t xml:space="preserve">Причина в следующем. Знай: напротив, тайна кистей рук и средних суставов более возвышенна по тайне стиха: </w:t>
      </w:r>
      <w:r>
        <w:rPr>
          <w:rFonts w:ascii="Georgia" w:hAnsi="Georgia"/>
          <w:b w:val="0"/>
          <w:i/>
          <w:color w:val="000000"/>
          <w:sz w:val="24"/>
        </w:rPr>
        <w:t>«...и вся задняя часть их обращена была внутрь»</w:t>
      </w:r>
      <w:r>
        <w:rPr>
          <w:rFonts w:ascii="Georgia" w:hAnsi="Georgia"/>
          <w:b w:val="0"/>
          <w:i w:val="0"/>
          <w:color w:val="000000"/>
          <w:sz w:val="24"/>
        </w:rPr>
        <w:t xml:space="preserve"> (Мелахим I 7:25), тогда как о вершинах плеч этого сказать нельзя, ибо у них есть передняя и задняя стороны; и в этом первое достоинство.</w:t>
      </w:r>
    </w:p>
    <w:p>
      <w:pPr>
        <w:spacing w:before="40" w:after="120"/>
        <w:jc w:val="both"/>
      </w:pPr>
      <w:r>
        <w:rPr>
          <w:rFonts w:ascii="Georgia" w:hAnsi="Georgia"/>
          <w:b w:val="0"/>
          <w:i w:val="0"/>
          <w:color w:val="000000"/>
          <w:sz w:val="24"/>
        </w:rPr>
        <w:t>Второе достоинство состоит в том, что кисти рук человек может поднять до уровня головы (мохин), чего нельзя сделать с суставами возле плеча, ибо у плеч нет способности подниматься вверх.</w:t>
      </w:r>
    </w:p>
    <w:p>
      <w:pPr>
        <w:spacing w:before="40" w:after="120"/>
        <w:jc w:val="both"/>
      </w:pPr>
      <w:r>
        <w:rPr>
          <w:rFonts w:ascii="Georgia" w:hAnsi="Georgia"/>
          <w:b w:val="0"/>
          <w:i w:val="0"/>
          <w:color w:val="000000"/>
          <w:sz w:val="24"/>
        </w:rPr>
        <w:t>Есть и еще одно достоинство: суставы, прилегающие к плечу, буквально прикреплены к телу, представляя собой два венца, прикрепленные к Зеир Анпину; остальные же суставы не прикреплены к телу [по всей длине], и их можно поднять к мохин. Благодаря этому ты поймешь тайну воздевания рук при омовении: ведь это тайна Хеседа и Гвуры — двух суставов кистей рук, становящихся мохин; и пойми это.</w:t>
      </w:r>
    </w:p>
    <w:p>
      <w:pPr>
        <w:spacing w:before="40" w:after="120"/>
        <w:jc w:val="both"/>
      </w:pPr>
      <w:r>
        <w:rPr>
          <w:rFonts w:ascii="Georgia" w:hAnsi="Georgia"/>
          <w:b w:val="0"/>
          <w:i w:val="0"/>
          <w:color w:val="000000"/>
          <w:sz w:val="24"/>
        </w:rPr>
        <w:t>Внутри же коренных ХАГАТ, которые служат как КАХАБ и Даат де-Аба ве-Има, находятся НЕХИ де-Атик. Ты ведь уже знаешь, что в голенях также есть шесть суставов, и они делятся точно так же, как сказано выше. В результате оказывается, что два нижних сустава, представляющие собой стопы, достигают двух венцов ЗА, и благодаря этому он связывается с высшей головой (</w:t>
      </w:r>
      <w:r>
        <w:rPr>
          <w:rFonts w:ascii="Georgia" w:hAnsi="Georgia"/>
          <w:b w:val="0"/>
          <w:i/>
          <w:color w:val="000000"/>
          <w:sz w:val="24"/>
        </w:rPr>
        <w:t>рейша илаа</w:t>
      </w:r>
      <w:r>
        <w:rPr>
          <w:rFonts w:ascii="Georgia" w:hAnsi="Georgia"/>
          <w:b w:val="0"/>
          <w:i w:val="0"/>
          <w:color w:val="000000"/>
          <w:sz w:val="24"/>
        </w:rPr>
        <w:t>) Атика. Точно так же и тайна двух нижних суставов ХАГАТ де-АА пребывает в ЗА.</w:t>
      </w:r>
    </w:p>
    <w:p>
      <w:pPr>
        <w:spacing w:before="40" w:after="120"/>
        <w:jc w:val="both"/>
      </w:pPr>
      <w:r>
        <w:rPr>
          <w:rFonts w:ascii="Georgia" w:hAnsi="Georgia"/>
          <w:b w:val="0"/>
          <w:i w:val="0"/>
          <w:color w:val="000000"/>
          <w:sz w:val="24"/>
        </w:rPr>
        <w:t xml:space="preserve">Из половины же Тиферет де-АА, находящейся в Аба ве-Има, образуются два Даат для Аба ве-Има. Как именно? Ты ведь знаешь тайну стиха: </w:t>
      </w:r>
      <w:r>
        <w:rPr>
          <w:rFonts w:ascii="Georgia" w:hAnsi="Georgia"/>
          <w:b w:val="0"/>
          <w:i/>
          <w:color w:val="000000"/>
          <w:sz w:val="24"/>
        </w:rPr>
        <w:t>«И взывал этот к этому...»</w:t>
      </w:r>
      <w:r>
        <w:rPr>
          <w:rFonts w:ascii="Georgia" w:hAnsi="Georgia"/>
          <w:b w:val="0"/>
          <w:i w:val="0"/>
          <w:color w:val="000000"/>
          <w:sz w:val="24"/>
        </w:rPr>
        <w:t xml:space="preserve"> (Йешаяу 6:3): Тиферет называется «этот»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xml:space="preserve"> = 12) соответственно двенадцати суставам в нем, по гематрии слова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где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12. И они делятся надвое: на малую букву вав и большую букву вав. Тиферет — это большая буква вав, и шесть его концов соответствуют шести суставам двух рук; а Есод — малая буква вав, и шесть его концов соответствуют шести суставам ног.</w:t>
      </w:r>
    </w:p>
    <w:p>
      <w:pPr>
        <w:spacing w:before="40" w:after="120"/>
        <w:jc w:val="both"/>
      </w:pPr>
      <w:r>
        <w:rPr>
          <w:rFonts w:ascii="Georgia" w:hAnsi="Georgia"/>
          <w:b w:val="0"/>
          <w:i w:val="0"/>
          <w:color w:val="000000"/>
          <w:sz w:val="24"/>
        </w:rPr>
        <w:t>Благодаря этому ты поймешь сказанное в недельном разделе Берешит, что во дворце Желания (</w:t>
      </w:r>
      <w:r>
        <w:rPr>
          <w:rFonts w:ascii="Georgia" w:hAnsi="Georgia"/>
          <w:b w:val="0"/>
          <w:i/>
          <w:color w:val="000000"/>
          <w:sz w:val="24"/>
        </w:rPr>
        <w:t>Чертог а-Рацон</w:t>
      </w:r>
      <w:r>
        <w:rPr>
          <w:rFonts w:ascii="Georgia" w:hAnsi="Georgia"/>
          <w:b w:val="0"/>
          <w:i w:val="0"/>
          <w:color w:val="000000"/>
          <w:sz w:val="24"/>
        </w:rPr>
        <w:t>) заключены шесть дворцов: ведь это свойство неизменно присутствует в Тиферет и в Есоде — по шесть в каждом. Если разделить Тиферет пополам, останется три и три: три — для Аба ве-Има, а три — для ЗА, от пупа и ниже, как сказано.</w:t>
      </w:r>
    </w:p>
    <w:p>
      <w:pPr>
        <w:spacing w:before="40" w:after="120"/>
        <w:jc w:val="both"/>
      </w:pPr>
      <w:r>
        <w:rPr>
          <w:rFonts w:ascii="Georgia" w:hAnsi="Georgia"/>
          <w:b w:val="0"/>
          <w:i w:val="0"/>
          <w:color w:val="000000"/>
          <w:sz w:val="24"/>
        </w:rPr>
        <w:t>Из трех частей этого Тиферет две образуют два Даат для Аба ве-Има, а третья часть делится между двумя телами Аба ве-Има. Остальная же часть их высоты завершается посредством упомянутого зивуга де-пэ: от великого изобилия [света] образуются другие НЕХИ для Аба ве-Има. Итак, суть дела: из половины Тиферет образуются два Даат для Аба ве-Има вплоть до окончания их ног.</w:t>
      </w:r>
    </w:p>
    <w:p>
      <w:pPr>
        <w:spacing w:before="40" w:after="120"/>
        <w:jc w:val="both"/>
      </w:pPr>
      <w:r>
        <w:rPr>
          <w:rFonts w:ascii="Georgia" w:hAnsi="Georgia"/>
          <w:b w:val="0"/>
          <w:i w:val="0"/>
          <w:color w:val="000000"/>
          <w:sz w:val="24"/>
        </w:rPr>
        <w:t>Подобно этому и Есод де-Атик, сокрытый в Тиферет де-АА, также разделяется по примеру Тиферет на шесть концов (ВАК): три из них — для Аба ве-Има, а три — для Зеир Анпина, подобно вышесказанному о Тиферет де-АА. Ведь уже разъяснено, что и Есод представляет собой шесть концов, как упомянуто в «Идра»: «Праведник — основа мира, вмещающий шесть в единой связке».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Цемах: Аба представляет собой Имена АВАЯ, числовое значение которых дает слово </w:t>
      </w:r>
      <w:r>
        <w:rPr>
          <w:rFonts w:ascii="Georgia" w:hAnsi="Georgia"/>
          <w:b w:val="0"/>
          <w:i/>
          <w:color w:val="000000"/>
          <w:sz w:val="24"/>
        </w:rPr>
        <w:t>мазаля</w:t>
      </w:r>
      <w:r>
        <w:rPr>
          <w:rFonts w:ascii="Georgia" w:hAnsi="Georgia"/>
          <w:b w:val="0"/>
          <w:i w:val="0"/>
          <w:color w:val="000000"/>
          <w:sz w:val="24"/>
        </w:rPr>
        <w:t>; поэтому [начертание] йод-вав-йод (</w:t>
      </w:r>
      <w:r>
        <w:rPr>
          <w:rFonts w:ascii="Georgia" w:hAnsi="Georgia" w:cs="Times New Roman"/>
          <w:b/>
          <w:i w:val="0"/>
          <w:color w:val="000000"/>
          <w:sz w:val="24"/>
          <w:rtl/>
          <w:szCs w:val="32"/>
        </w:rPr>
        <w:t>יו״י</w:t>
      </w:r>
      <w:r>
        <w:rPr>
          <w:rFonts w:ascii="Georgia" w:hAnsi="Georgia"/>
          <w:b w:val="0"/>
          <w:i w:val="0"/>
          <w:color w:val="000000"/>
          <w:sz w:val="24"/>
        </w:rPr>
        <w:t>) по гематрии равно АВАЯ: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 сумме составляют 26 — числовое значение Имени АВАЯ (</w:t>
      </w:r>
      <w:r>
        <w:rPr>
          <w:rFonts w:ascii="Georgia" w:hAnsi="Georgia" w:cs="Times New Roman"/>
          <w:b/>
          <w:i w:val="0"/>
          <w:color w:val="000000"/>
          <w:sz w:val="24"/>
          <w:rtl/>
          <w:szCs w:val="32"/>
        </w:rPr>
        <w:t>יהוה</w:t>
      </w:r>
      <w:r>
        <w:rPr>
          <w:rFonts w:ascii="Georgia" w:hAnsi="Georgia"/>
          <w:b w:val="0"/>
          <w:i w:val="0"/>
          <w:color w:val="000000"/>
          <w:sz w:val="24"/>
        </w:rPr>
        <w:t>). Има же пребывает в тайне Имени ЭЙЕ; поэтому начертание йод-вав-далет (</w:t>
      </w:r>
      <w:r>
        <w:rPr>
          <w:rFonts w:ascii="Georgia" w:hAnsi="Georgia" w:cs="Times New Roman"/>
          <w:b/>
          <w:i w:val="0"/>
          <w:color w:val="000000"/>
          <w:sz w:val="24"/>
          <w:rtl/>
          <w:szCs w:val="32"/>
        </w:rPr>
        <w:t>יו״ד</w:t>
      </w:r>
      <w:r>
        <w:rPr>
          <w:rFonts w:ascii="Georgia" w:hAnsi="Georgia"/>
          <w:b w:val="0"/>
          <w:i w:val="0"/>
          <w:color w:val="000000"/>
          <w:sz w:val="24"/>
        </w:rPr>
        <w:t>), где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дают 20, вместе с самим словом (колелем) составляет гематрию ЭЙЕ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spacing w:before="40" w:after="120"/>
        <w:jc w:val="both"/>
      </w:pPr>
      <w:r>
        <w:rPr>
          <w:rFonts w:ascii="Georgia" w:hAnsi="Georgia"/>
          <w:b w:val="0"/>
          <w:i w:val="0"/>
          <w:color w:val="000000"/>
          <w:sz w:val="24"/>
        </w:rPr>
        <w:t>Глава 7</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Порядок облачения Зеир Анпина на НЕХИ де-АА таков: коренная половина Тиферет стала Гальгальтой для ЗА, как сказано в «Идра»: «Соединились воздух и светильник и произвели этот крепкий череп (Гальгальту)». Поскольку в Моха Стимаа заключена тайна Гвуры де-Атик, в нем запечатлелась тайна светильника тьмы (</w:t>
      </w:r>
      <w:r>
        <w:rPr>
          <w:rFonts w:ascii="Georgia" w:hAnsi="Georgia"/>
          <w:b w:val="0"/>
          <w:i/>
          <w:color w:val="000000"/>
          <w:sz w:val="24"/>
        </w:rPr>
        <w:t>буцина де-кардинута</w:t>
      </w:r>
      <w:r>
        <w:rPr>
          <w:rFonts w:ascii="Georgia" w:hAnsi="Georgia"/>
          <w:b w:val="0"/>
          <w:i w:val="0"/>
          <w:color w:val="000000"/>
          <w:sz w:val="24"/>
        </w:rPr>
        <w:t>), и там находится ее корень — ведь светильник тьмы служит корнем для всех судов в мире, с той лишь разницей, что там они подчинены. И из Моха Стимаа [это свойство] распространилось к Име (по другой версии — к Аба ве-Има), как сказано выше.</w:t>
      </w:r>
    </w:p>
    <w:p>
      <w:pPr>
        <w:spacing w:before="40" w:after="120"/>
        <w:jc w:val="both"/>
      </w:pPr>
      <w:r>
        <w:rPr>
          <w:rFonts w:ascii="Georgia" w:hAnsi="Georgia"/>
          <w:b w:val="0"/>
          <w:i w:val="0"/>
          <w:color w:val="000000"/>
          <w:sz w:val="24"/>
        </w:rPr>
        <w:t>Ведь Гальгальта и Моха де-АА — это корень Аба ве-Има: Хесед де-Атик находится в Гальгальте, а Гвура — в Мохе. И по их подобию внизу в Аба ве-Има: Хесед — в Абе, а Гвура — в Име. Эти двое называются: Гвура — светильником тьмы (</w:t>
      </w:r>
      <w:r>
        <w:rPr>
          <w:rFonts w:ascii="Georgia" w:hAnsi="Georgia"/>
          <w:b w:val="0"/>
          <w:i/>
          <w:color w:val="000000"/>
          <w:sz w:val="24"/>
        </w:rPr>
        <w:t>буцина де-кардинута</w:t>
      </w:r>
      <w:r>
        <w:rPr>
          <w:rFonts w:ascii="Georgia" w:hAnsi="Georgia"/>
          <w:b w:val="0"/>
          <w:i w:val="0"/>
          <w:color w:val="000000"/>
          <w:sz w:val="24"/>
        </w:rPr>
        <w:t>), а Хесед — чистым воздухом (</w:t>
      </w:r>
      <w:r>
        <w:rPr>
          <w:rFonts w:ascii="Georgia" w:hAnsi="Georgia"/>
          <w:b w:val="0"/>
          <w:i/>
          <w:color w:val="000000"/>
          <w:sz w:val="24"/>
        </w:rPr>
        <w:t>авира дахья</w:t>
      </w:r>
      <w:r>
        <w:rPr>
          <w:rFonts w:ascii="Georgia" w:hAnsi="Georgia"/>
          <w:b w:val="0"/>
          <w:i w:val="0"/>
          <w:color w:val="000000"/>
          <w:sz w:val="24"/>
        </w:rPr>
        <w:t>). Поэтому пойми, что из Тиферет де-АА (по другой версии — де-Аба ве-Има) образовалась Гальгальта де-ЗА: Хесед и Гвура, пребывающие над Тиферет, соединились и произвели эту Гальгальту из свойства Тиферет, находящейся позади них, — и в этом тайна соединения светильника и чистого воздуха.</w:t>
      </w:r>
    </w:p>
    <w:p>
      <w:pPr>
        <w:spacing w:before="40" w:after="120"/>
        <w:jc w:val="both"/>
      </w:pPr>
      <w:r>
        <w:rPr>
          <w:rFonts w:ascii="Georgia" w:hAnsi="Georgia"/>
          <w:b w:val="0"/>
          <w:i w:val="0"/>
          <w:color w:val="000000"/>
          <w:sz w:val="24"/>
        </w:rPr>
        <w:t>Получается, что тайна Бины де-АА — это Кетер над Аба ве-Има, ХАГАТ де-АА становятся окружающими мохин для ЗА, а из НЕХИ де-АА образуются внутренние мохин для него, распространяясь в нем подобно порядку НЕХИ де-Аба ве-Има, как сказано в своем месте.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Слова нашего учителя рабби Хаима Виталя, благословенной памяти, в книге «Мево Шеарим» (лист 112б):</w:t>
      </w:r>
    </w:p>
    <w:p>
      <w:pPr>
        <w:spacing w:before="40" w:after="120"/>
        <w:jc w:val="both"/>
      </w:pPr>
      <w:r>
        <w:rPr>
          <w:rFonts w:ascii="Georgia" w:hAnsi="Georgia"/>
          <w:b w:val="0"/>
          <w:i w:val="0"/>
          <w:color w:val="000000"/>
          <w:sz w:val="24"/>
        </w:rPr>
        <w:t>«Я видел также иное расхождение относительно Тиферет де-АА: однажды я слышал, что вся нижняя половина отдана Зеир Анпину, но чаще всего слышал с особой точностью, что только нижняя треть. И я не знаю этому разрешения, если только не объяснить это по примеру Тиферет де-Има, облачающейся в Кетер де-ЗА: когда у него есть лишь мохин де-Има, он берет лишь ее треть, а когда у него есть также мохин де-Аба, он берет ее половину, как упомянуто там (смотри там). Подобным же образом должно быть и здесь, как мне представляется».</w:t>
      </w:r>
    </w:p>
    <w:p>
      <w:r>
        <w:br w:type="page"/>
      </w:r>
    </w:p>
    <w:p>
      <w:pPr>
        <w:keepNext/>
        <w:spacing w:before="360" w:after="160"/>
        <w:jc w:val="center"/>
      </w:pPr>
      <w:r>
        <w:rPr>
          <w:rFonts w:ascii="Georgia" w:hAnsi="Georgia"/>
          <w:b w:val="0"/>
          <w:i w:val="0"/>
          <w:color w:val="000000"/>
          <w:sz w:val="40"/>
        </w:rPr>
        <w:t>Врата 17: Врата Зеир Анпина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Пятый чертог: этот чертог называется чертогом Зеир Анпина, и в нем семнадцать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Первые врата — врата Зеир Анпина (ЗА), и они разделены на четыре главы.</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Разъясним теперь устройство ЗОН (Зеир Анпина и Нуквы), исправление которых последовало за исправлением Аба ве-Има. Как уже говорилось выше, ЗОН образовались из семи нижних сфирот (ЗАТ) Имени МА и ЗАТ Имени БОН — за исключением семи кетеров внутри ЗАТ де-БОН, которые поднялись в гуф (тело) де-Атик. Место же пребывания ЗОН — ниже пленки и той упомянутой Парсы, которая разделяет середину гуф де-Арих Анпин (АА). До этой Парсы доходит окончание Исраэль Саба ве-Твуна (ИШСУТ), а от Парсы и ниже начинаются ЗОН, служащие нижним одеянием для АА: от табур (пуп) де-АА и ниже до окончания его ног (сиюм раглин), как с Б-жьей помощью будет сказано далее.</w:t>
      </w:r>
    </w:p>
    <w:p>
      <w:pPr>
        <w:spacing w:before="40" w:after="120"/>
        <w:jc w:val="both"/>
      </w:pPr>
      <w:r>
        <w:rPr>
          <w:rFonts w:ascii="Georgia" w:hAnsi="Georgia"/>
          <w:b w:val="0"/>
          <w:i w:val="0"/>
          <w:color w:val="000000"/>
          <w:sz w:val="24"/>
        </w:rPr>
        <w:t>Теперь мы разберем то, что обещали объяснить выше, в исследовании об АА: каким образом все уровни Ацилута при своем исправлении сначала вскармливались наподобие сосцов животного, а затем питались от сосцов человека. Начнем с исправления АА и скажем следующее. Как объяснялось выше, исправление всего мира Ацилут происходило в зачатии (ибур) продолжительностью двенадцать месяцев. Я не знаю, как истолковать, где именно находилось место этого зачатия, и разумный читатель поймет это сам. Когда АА находился в состоянии зачатия, он родился, вышел наружу и спустился вниз, в мир Брия — то есть в то пространство, которому предстояло в будущем стать миром Брия, поскольку тогда мир Брия еще не был сотворен. Он спустился ниже тех двух нижних суставов Нецах и Ход де-Атик, которые, как мы объясняли выше, пребывают внизу, в мире Брия. Там АА питался от этих двух суставов, находящихся у окончания ног, подобно двум сосцам животного, чьи сосцы расположены возле ног. Разумный человек поймет сам, каким образом внизу действительно образовалось подобие сосцов, и нет нужды распространяться об этом.</w:t>
      </w:r>
    </w:p>
    <w:p>
      <w:pPr>
        <w:spacing w:before="40" w:after="120"/>
        <w:jc w:val="both"/>
      </w:pPr>
      <w:r>
        <w:rPr>
          <w:rFonts w:ascii="Georgia" w:hAnsi="Georgia"/>
          <w:b w:val="0"/>
          <w:i w:val="0"/>
          <w:color w:val="000000"/>
          <w:sz w:val="24"/>
        </w:rPr>
        <w:t>После этого вскармливания АА вырос еще больше, поднялся в Ацилут, и десять его сфирот облачили ЗАТ де-Атик, как сказано выше. На этом завершилось исправление АА. Затем исправились и Аба ве-Има, и их исправление также произошло через зачатие. После этого зачатия они родились, вышли наружу и также спустились вниз в Брию, под те два нижних сустава де-Атик, и питались оттуда. Затем они подросли, поднялись и облачили эти два нижних сустава Нецах и Ход де-Атик. После этого они выросли еще больше, поднялись в Ацилуте на свое место и облачили АА от горла до табура, как говорилось выше. Причина того, что у них было два подъема, заключается в следующем: им предстояло взойти на две ступени — уровень Атика и уровень АА, то есть облачить те два нижних сустава де-Атик, а затем облачить АА. Поэтому им потребовалось два подъема. Но для АА, над которым находится лишь одна ступень [Атик], достаточно было одного раза, чтобы за один подъем облачить все ЗАТ де-Атик, поскольку все они составляли для него одну ступень.</w:t>
      </w:r>
    </w:p>
    <w:p>
      <w:pPr>
        <w:spacing w:before="40" w:after="120"/>
        <w:jc w:val="both"/>
      </w:pPr>
      <w:r>
        <w:rPr>
          <w:rFonts w:ascii="Georgia" w:hAnsi="Georgia"/>
          <w:b w:val="0"/>
          <w:i w:val="0"/>
          <w:color w:val="000000"/>
          <w:sz w:val="24"/>
        </w:rPr>
        <w:t>Затем последовало исправление ЗОН. Вначале они находились в зачатии во чреве Бины, а затем настал срок их рождения, и они спустились вниз в мир Брия, под те два нижних сустава Нецах и Ход де-Атик, и питались оттуда в течение периода грудного вскармливания (иники). Затем они подросли и облачили эти два нижних сустава де-Атик. После этого они выросли еще больше, поднялись на свое место — от табура де-АА и ниже — и облачили его там. Затем они выросли еще больше и поднялись на место НЕХИ де-Твуна состояния малости (катнут), получая питание из трех ее средних сфирот — на уровне груди (хазе). Это был подъем лишь с внешней стороны, подобно тому как мать поднимает ребенка от своих бедер, и он сосет [грудь], находясь у нее на руках. Это состояние у нас всегда называется периодом вскармливания (иника), как разъяснено в другом месте, ведь у ЗОН есть три периода: зачатие (ибур), вскармливание (иника) и свет разума взрослого состояния (мохин де-гадлут).</w:t>
      </w:r>
    </w:p>
    <w:p>
      <w:pPr>
        <w:spacing w:before="40" w:after="120"/>
        <w:jc w:val="both"/>
      </w:pPr>
      <w:r>
        <w:rPr>
          <w:rFonts w:ascii="Georgia" w:hAnsi="Georgia"/>
          <w:b w:val="0"/>
          <w:i w:val="0"/>
          <w:color w:val="000000"/>
          <w:sz w:val="24"/>
        </w:rPr>
        <w:t>Знай, что именно это вскармливание представляет собой подлинную инику, постоянно упоминаемую в наших трудах. Все остальные состояния, которые проходили ЗОН после своего рождения, включаются в нее и также называются стадией вскармливания, однако суть ее заключается именно в описанном выше. Затем наступает время истинного взрослого состояния (гадлут) ЗОН, когда в его голову (рош) входит свет разума (мохин де-гадлут). В этот момент НЕХИ де-Твуна действительно входят внутрь его головы, становясь для него мохин. Это уже не похоже на пору грудного вскармливания, когда он лишь поднимался к ее ступеням НЕХИ де-Твуна, чтобы получать питание от сосцов в области хазе, совершая лишь внешний подъем. Теперь же они входят непосредственно внутрь Зеир Анпина в качестве подлинных мохин.</w:t>
      </w:r>
    </w:p>
    <w:p>
      <w:pPr>
        <w:spacing w:before="40" w:after="120"/>
        <w:jc w:val="both"/>
      </w:pPr>
      <w:r>
        <w:rPr>
          <w:rFonts w:ascii="Georgia" w:hAnsi="Georgia"/>
          <w:b w:val="0"/>
          <w:i w:val="0"/>
          <w:color w:val="000000"/>
          <w:sz w:val="24"/>
        </w:rPr>
        <w:t>Итак, мы изложили весь порядок исправления ЗОН. Теперь сначала объясним, каким образом ЗА облачает АА от табура и ниже.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Кетер де-ЗА располагается от табура и ниже — до окончания тела, именуемого Тиферет, то есть до начала бедер. Три сустава Нецах де-АА облачаются в правую линию ЗА — в Хохму, Хесед и Нецах; три сустава Ход де-АА облачаются в левую линию ЗА — в Бину, Гвуру и Ход; а Есод де-Арих Анпин облачается в среднюю линию ЗА — в Даат и Тиферет. Нуква де-ЗА выходит от хазе де-ЗА и ниже, совершенно подобно тому, как сам ЗА выходит из АА.</w:t>
      </w:r>
    </w:p>
    <w:p>
      <w:pPr>
        <w:spacing w:before="40" w:after="120"/>
        <w:jc w:val="both"/>
      </w:pPr>
      <w:r>
        <w:rPr>
          <w:rFonts w:ascii="Georgia" w:hAnsi="Georgia"/>
          <w:b w:val="0"/>
          <w:i w:val="0"/>
          <w:color w:val="000000"/>
          <w:sz w:val="24"/>
        </w:rPr>
        <w:t>Получается, что ЗА облачает АА со всех сторон до окончания его ног. Там же заканчиваются ноги ЗОН, и там пролегает предел мира Ацилут. Однако ноги Атика — два нижних его сустава, то есть нижний сустав Нецах и нижний сустав Ход де-Атик, — спускаются еще ниже и стоят на границе мира Брия, расположенного ниже мира Ацилут, пребывая там в виде сосцов животного, как подробно описано выше.</w:t>
      </w:r>
    </w:p>
    <w:p>
      <w:pPr>
        <w:spacing w:before="40" w:after="120"/>
        <w:jc w:val="both"/>
      </w:pPr>
      <w:r>
        <w:rPr>
          <w:rFonts w:ascii="Georgia" w:hAnsi="Georgia"/>
          <w:b w:val="0"/>
          <w:i w:val="0"/>
          <w:color w:val="000000"/>
          <w:sz w:val="24"/>
        </w:rPr>
        <w:t>(Можно также сказать, что так было лишь до исправления Ацилута, как упомянуто здесь, а после исправления в этом уже не было необходимости, и Атик вновь подобрал свои ноги кверху, вровень с ногами АА).</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 xml:space="preserve">Примечание. В этом смысл сказанного нашими мудрецами: </w:t>
      </w:r>
      <w:r>
        <w:rPr>
          <w:rFonts w:ascii="Georgia" w:hAnsi="Georgia"/>
          <w:b w:val="0"/>
          <w:i/>
          <w:color w:val="000000"/>
          <w:sz w:val="24"/>
        </w:rPr>
        <w:t>«В будущем Святой, благословен Он, наделит каждого праведника тремястами десятью мирами»</w:t>
      </w:r>
      <w:r>
        <w:rPr>
          <w:rFonts w:ascii="Georgia" w:hAnsi="Georgia"/>
          <w:b w:val="0"/>
          <w:i w:val="0"/>
          <w:color w:val="000000"/>
          <w:sz w:val="24"/>
        </w:rPr>
        <w:t xml:space="preserve"> (Мишна, Укцин 3:12). Суть в том, что АА представляет собой Кетер всего мира Ацилут, как известно. В этом АА содержится 620 светов — по гематрии слова </w:t>
      </w:r>
      <w:r>
        <w:rPr>
          <w:rFonts w:ascii="Georgia" w:hAnsi="Georgia"/>
          <w:b w:val="0"/>
          <w:i/>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 620), как сказано в книге «Сефер а-Бахир». Высший праведник — это ЗА, и он берет половину Кетера, поскольку облачает АА от середины и ниже. Половина Кетера составляет 310 (</w:t>
      </w:r>
      <w:r>
        <w:rPr>
          <w:rFonts w:ascii="Georgia" w:hAnsi="Georgia" w:cs="Times New Roman"/>
          <w:b/>
          <w:i w:val="0"/>
          <w:color w:val="000000"/>
          <w:sz w:val="24"/>
          <w:rtl/>
          <w:szCs w:val="32"/>
        </w:rPr>
        <w:t>שַׁ״י</w:t>
      </w:r>
      <w:r>
        <w:rPr>
          <w:rFonts w:ascii="Georgia" w:hAnsi="Georgia"/>
          <w:b w:val="0"/>
          <w:i w:val="0"/>
          <w:color w:val="000000"/>
          <w:sz w:val="24"/>
        </w:rPr>
        <w:t xml:space="preserve"> = 310), и это те самые триста десять миров, которые получает праведник — то есть ЗА. См. недельную главу Трума, лист 166, где приведено подробное разъяснение этого вопроса.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Разберем теперь, как протекал период зачатия (ибур) ЗОН. Выше уже говорилось, что они образовались из двух составляющих: ЗАТ Имени МА и ЗАТ Имени БОН, за исключением семи кетеров. Разъясним смысл зачатия и скажем следующее. После того как исправились Аба ве-Има, остались еще неисправленными семь умерших мелахим, представляющие собой, как известно, ЗАТ де-БОН. В то же время АА все еще оставался без облачения от табура и ниже до окончания своих ног, пребывая открытым, без одеяния. Чтобы исправить семь умерших мелахим, из которых формируются названные ЗОН, потребовалось их пребывание во чреве Имы в состоянии зачатия — в этом и заключается суть зачатия.</w:t>
      </w:r>
    </w:p>
    <w:p>
      <w:pPr>
        <w:spacing w:before="40" w:after="120"/>
        <w:jc w:val="both"/>
      </w:pPr>
      <w:r>
        <w:rPr>
          <w:rFonts w:ascii="Georgia" w:hAnsi="Georgia"/>
          <w:b w:val="0"/>
          <w:i w:val="0"/>
          <w:color w:val="000000"/>
          <w:sz w:val="24"/>
        </w:rPr>
        <w:t>Сначала АА подобрал свои ноги — то есть его сфирот НЕХИ, до тех пор остававшиеся открытыми, поднялись вверх к трем средним сфирот, ХАГАТ самого АА, которые еще прежде облачились внутрь Аба ве-Има, как сказано выше. Атик также стал подбирать два средних сустава своих сфирот Нецах и Ход, помещая их поверх двух первых суставов, так что два верхних сустава оказались внутри двух средних. Однако Есод де-Атик не должен был подниматься, поскольку он оканчивается выше — на уровне хазе де-АА. Затем Хесед, Гвура и верхняя половина Тиферет де-Арих Анпин облачили эти два средних сустава Нецах и Ход и Есод де-Атик. После этого Нецах и Ход де-АА облачили его собственные Хесед и Гвуру, нижняя половина его Тиферет облачила верхнюю половину, а Есод де-АА облачил эту нижнюю половину Тиферет; Атара же поднялась к его Есоду и облачила сам этот Есод.</w:t>
      </w:r>
    </w:p>
    <w:p>
      <w:pPr>
        <w:spacing w:before="40" w:after="120"/>
        <w:jc w:val="both"/>
      </w:pPr>
      <w:r>
        <w:rPr>
          <w:rFonts w:ascii="Georgia" w:hAnsi="Georgia"/>
          <w:b w:val="0"/>
          <w:i w:val="0"/>
          <w:color w:val="000000"/>
          <w:sz w:val="24"/>
        </w:rPr>
        <w:t xml:space="preserve">Затем поднялись ХАГАТ де-ЗА и облачили Нецах, Ход и Атару де-Есод де-АА; следом поднялись НЕХИ де-ЗА и облачили ХАГАТ самого ЗА. Наконец, поднялась Нуква — Малхут — в виде Атары и облачила Есод де-ЗА. Вышло так, что уровни ЗОН поднялись вверх, и ЗА оказался включен по принципу «три внутри трех»: шесть его концов (ВАК) соединились — три в трех. На это намекает Зоар в недельной главе Бешалах (лист 50, страница 1, в Тосефте): </w:t>
      </w:r>
      <w:r>
        <w:rPr>
          <w:rFonts w:ascii="Georgia" w:hAnsi="Georgia"/>
          <w:b w:val="0"/>
          <w:i/>
          <w:color w:val="000000"/>
          <w:sz w:val="24"/>
        </w:rPr>
        <w:t>«Три духа, включенные в три, были погружены…»</w:t>
      </w:r>
      <w:r>
        <w:rPr>
          <w:rFonts w:ascii="Georgia" w:hAnsi="Georgia"/>
          <w:b w:val="0"/>
          <w:i w:val="0"/>
          <w:color w:val="000000"/>
          <w:sz w:val="24"/>
        </w:rPr>
        <w:t xml:space="preserve"> Известно, что ЗА — это свойство духа (руах), а Малхут именуется камнем. В этом смысл слов о том, что погрузились камни (</w:t>
      </w:r>
      <w:r>
        <w:rPr>
          <w:rFonts w:ascii="Georgia" w:hAnsi="Georgia"/>
          <w:b w:val="0"/>
          <w:i/>
          <w:color w:val="000000"/>
          <w:sz w:val="24"/>
        </w:rPr>
        <w:t>эвнин шкиан</w:t>
      </w:r>
      <w:r>
        <w:rPr>
          <w:rFonts w:ascii="Georgia" w:hAnsi="Georgia"/>
          <w:b w:val="0"/>
          <w:i w:val="0"/>
          <w:color w:val="000000"/>
          <w:sz w:val="24"/>
        </w:rPr>
        <w:t xml:space="preserve">, </w:t>
      </w:r>
      <w:r>
        <w:rPr>
          <w:rFonts w:ascii="Georgia" w:hAnsi="Georgia" w:cs="Times New Roman"/>
          <w:b/>
          <w:i w:val="0"/>
          <w:color w:val="000000"/>
          <w:sz w:val="24"/>
          <w:rtl/>
          <w:szCs w:val="32"/>
        </w:rPr>
        <w:t>אַבְנִין שְׁקִיעַן</w:t>
      </w:r>
      <w:r>
        <w:rPr>
          <w:rFonts w:ascii="Georgia" w:hAnsi="Georgia"/>
          <w:b w:val="0"/>
          <w:i w:val="0"/>
          <w:color w:val="000000"/>
          <w:sz w:val="24"/>
        </w:rPr>
        <w:t>), и сказанного достаточно.</w:t>
      </w:r>
    </w:p>
    <w:p>
      <w:pPr>
        <w:spacing w:before="40" w:after="120"/>
        <w:jc w:val="both"/>
      </w:pPr>
      <w:r>
        <w:rPr>
          <w:rFonts w:ascii="Georgia" w:hAnsi="Georgia"/>
          <w:b w:val="0"/>
          <w:i w:val="0"/>
          <w:color w:val="000000"/>
          <w:sz w:val="24"/>
        </w:rPr>
        <w:t>Теперь разъясним, каким образом они также облачились внутрь Аба ве-Има. После всех этих изменений Аба ве-Има и Исраэль Саба ве-Твуна (ИШСУТ) облачили все упомянутые уровни, ведь протяженность этих четырех парцуфим, как говорилось выше, равна длине ХАГАТ де-АА. Отсюда следует, что Аба ве-Има всегда оставались такими же, как и вначале, поскольку они обладают малой высотой. Однако Атик и АА, будучи высокими, должны были поднять свои нижние сфирот и включить их в свои верхние сфирот.</w:t>
      </w:r>
    </w:p>
    <w:p>
      <w:pPr>
        <w:spacing w:before="40" w:after="120"/>
        <w:jc w:val="both"/>
      </w:pPr>
      <w:r>
        <w:rPr>
          <w:rFonts w:ascii="Georgia" w:hAnsi="Georgia"/>
          <w:b w:val="0"/>
          <w:i w:val="0"/>
          <w:color w:val="000000"/>
          <w:sz w:val="24"/>
        </w:rPr>
        <w:t>ЗОН тоже могли бы остаться на своем месте как есть, не облачая свои нижние сфирот в верхние, ведь длина их шести сфирот (ВАК) не столь велика. Почему же им потребовалось соединиться и войти в состояние «трех, включенных в три»? Ответ на этот вопрос был подробно разъяснен: цель состояла в том, чтобы собрать их и связать воедино, дабы они стали «частным владением» (</w:t>
      </w:r>
      <w:r>
        <w:rPr>
          <w:rFonts w:ascii="Georgia" w:hAnsi="Georgia"/>
          <w:b w:val="0"/>
          <w:i/>
          <w:color w:val="000000"/>
          <w:sz w:val="24"/>
        </w:rPr>
        <w:t>ршут а-яхид</w:t>
      </w:r>
      <w:r>
        <w:rPr>
          <w:rFonts w:ascii="Georgia" w:hAnsi="Georgia"/>
          <w:b w:val="0"/>
          <w:i w:val="0"/>
          <w:color w:val="000000"/>
          <w:sz w:val="24"/>
        </w:rPr>
        <w:t>) в полном единстве, а не «общественным владением» (</w:t>
      </w:r>
      <w:r>
        <w:rPr>
          <w:rFonts w:ascii="Georgia" w:hAnsi="Georgia"/>
          <w:b w:val="0"/>
          <w:i/>
          <w:color w:val="000000"/>
          <w:sz w:val="24"/>
        </w:rPr>
        <w:t>ршут а-рабим</w:t>
      </w:r>
      <w:r>
        <w:rPr>
          <w:rFonts w:ascii="Georgia" w:hAnsi="Georgia"/>
          <w:b w:val="0"/>
          <w:i w:val="0"/>
          <w:color w:val="000000"/>
          <w:sz w:val="24"/>
        </w:rPr>
        <w:t>) на пути разделения, ведь именно разобщенность послужила вначале причиной смерти мелахим. Таким образом, ЗОН оказались посередине — между НЕХИ де-АА и внутренней частью Аба ве-Има. Тогда они пребывали внутри Аба ве-Има в состоянии зачатия (ибур), подобно плоду во чреве матери. Пусть не вызывает удивления то, что Аба ве-Има, будучи несравненно более высокими и духовными, облачают ЗОН внутри своего чрева, ведь для зачатия это совершенно необходимо.</w:t>
      </w:r>
    </w:p>
    <w:p>
      <w:pPr>
        <w:spacing w:before="40" w:after="120"/>
        <w:jc w:val="both"/>
      </w:pPr>
      <w:r>
        <w:rPr>
          <w:rFonts w:ascii="Georgia" w:hAnsi="Georgia"/>
          <w:b w:val="0"/>
          <w:i w:val="0"/>
          <w:color w:val="000000"/>
          <w:sz w:val="24"/>
        </w:rPr>
        <w:t>К тому же на самом деле это вовсе не образует разделяющей преграды между АА и Аба ве-Има, поскольку ЗОН неизмеримо меньше их, в особенности сейчас, когда у него нет десяти сфирот, а есть только шесть концов (ВАК); да и эти шесть концов не распространяются в длину, а соединены по принципу «три в трех», как сказано выше. Выходит, что место и положение ЗА ограничены лишь нижней половиной Тиферет де-Има, где находится место вынашивания плода. Во всем же остальном парцуфе нет никакого разделения между Аба ве-Има и АА, и это присутствие не считается преградой или разрывом. Вследствие всего этого объединения и взаимного облачения внутри Аба ве-Има возникло великое множество удвоенных светов. Поэтому, даже когда ЗА находился внутри них, разделяя их с АА, это не имело никакого значения. Получается, что Нецах, Хесед, половина Тиферет, половина Есода и половина Малхут де-ЗА находятся с правой стороны, внутри Абы, а другая их половина — с левой стороны, внутри Имы. Впоследствии все они собираются во чреве Имы: Аба передает свою половину во чрево Имы, поскольку именно там находится истинное место зачатия, как будет сказано с Б-жьей помощью.</w:t>
      </w:r>
    </w:p>
    <w:p>
      <w:pPr>
        <w:spacing w:before="40" w:after="120"/>
        <w:jc w:val="both"/>
      </w:pPr>
      <w:r>
        <w:rPr>
          <w:rFonts w:ascii="Georgia" w:hAnsi="Georgia"/>
          <w:b w:val="0"/>
          <w:i w:val="0"/>
          <w:color w:val="000000"/>
          <w:sz w:val="24"/>
        </w:rPr>
        <w:t>Вернемся к нашей теме: благодаря подъему всех этих светов и их включению наверху, а также благодаря подъему двух средних суставов Нецах и Ход де-Атик в два верхних сустава, там прибавился великий и мощный свет. У Есода де-Атик не было сил выдержать его, так как он очень узок. Тогда он раскололся и треснул сверху донизу по всей своей длине, и свет вышел наружу. В этот момент Хохма и Исраэль Саба, стоящие справа, соединяются в один единый парцуф; точно так же Има и Твуна на левой стороне становятся одним единым парцуфом, поскольку теперь света Есода раскрыты одинаково равномерно, и больше нет чередования сокрытия и раскрытия, разделяющего ступени на отдельные парцуфим. Теперь там остаются только два парцуфа: один со стороны Абы и один со стороны Имы, и протяженность их — сверху от горла донизу до табура де-АА.</w:t>
      </w:r>
    </w:p>
    <w:p>
      <w:pPr>
        <w:spacing w:before="40" w:after="120"/>
        <w:jc w:val="both"/>
      </w:pPr>
      <w:r>
        <w:rPr>
          <w:rFonts w:ascii="Georgia" w:hAnsi="Georgia"/>
          <w:b w:val="0"/>
          <w:i w:val="0"/>
          <w:color w:val="000000"/>
          <w:sz w:val="24"/>
        </w:rPr>
        <w:t>Запомни это фундаментальное правило: всякий раз, когда Аба ве-Има хотят совершить соударение (зивуг) ради мохин для ЗА, Аба и Исраэль Саба соединяются в один единый парцуф, а Бина и Твуна — в другой единый парцуф. Помни об этом во всех местах, где тебе потребуется это правило.</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 отобрал шесть концов (ВАК) Имени МА, и они стали мужским началом, а также отобрал от Имени БОН шесть концов, кроме кетеров, и это составило Малхут в нем. Нуква же отобрала седьмую сфиру Имени МА и седьмую сфиру Имени БОН, кроме Кетера. Их мохин — это два аспекта НЕХИ де-Аба ве-Има: Аба наделил четырьмя мохин от себя, из Имени МА, а Има наделила четырьмя мохин от себя, из Имени БОН.</w:t>
      </w:r>
    </w:p>
    <w:p>
      <w:pPr>
        <w:spacing w:before="40" w:after="120"/>
        <w:jc w:val="both"/>
      </w:pPr>
      <w:r>
        <w:rPr>
          <w:rFonts w:ascii="Georgia" w:hAnsi="Georgia"/>
          <w:b w:val="0"/>
          <w:i w:val="0"/>
          <w:color w:val="000000"/>
          <w:sz w:val="24"/>
        </w:rPr>
        <w:t>Затем они взаимно распределились следующим образом:</w:t>
      </w:r>
    </w:p>
    <w:p>
      <w:pPr>
        <w:spacing w:before="40" w:after="120"/>
        <w:jc w:val="both"/>
      </w:pPr>
      <w:r>
        <w:rPr>
          <w:rFonts w:ascii="Georgia" w:hAnsi="Georgia"/>
          <w:b w:val="0"/>
          <w:i w:val="0"/>
          <w:color w:val="000000"/>
          <w:sz w:val="24"/>
        </w:rPr>
        <w:t>1) Хохма де-МА и Хохма де-БОН образовали Хохму и Бину (ХУБ) де-Целем де-Аба;</w:t>
      </w:r>
    </w:p>
    <w:p>
      <w:pPr>
        <w:spacing w:before="40" w:after="120"/>
        <w:jc w:val="both"/>
      </w:pPr>
      <w:r>
        <w:rPr>
          <w:rFonts w:ascii="Georgia" w:hAnsi="Georgia"/>
          <w:b w:val="0"/>
          <w:i w:val="0"/>
          <w:color w:val="000000"/>
          <w:sz w:val="24"/>
        </w:rPr>
        <w:t>2) Бина де-МА и Бина де-БОН образовали ХУБ де-Целем де-Има;</w:t>
      </w:r>
    </w:p>
    <w:p>
      <w:pPr>
        <w:spacing w:before="40" w:after="120"/>
        <w:jc w:val="both"/>
      </w:pPr>
      <w:r>
        <w:rPr>
          <w:rFonts w:ascii="Georgia" w:hAnsi="Georgia"/>
          <w:b w:val="0"/>
          <w:i w:val="0"/>
          <w:color w:val="000000"/>
          <w:sz w:val="24"/>
        </w:rPr>
        <w:t>3) хасадим де-МА и хасадим де-БОН образовали сфиру Даат, включающую Хесед и Гвуру де-Целем де-Аба;</w:t>
      </w:r>
    </w:p>
    <w:p>
      <w:pPr>
        <w:spacing w:before="40" w:after="120"/>
        <w:jc w:val="both"/>
      </w:pPr>
      <w:r>
        <w:rPr>
          <w:rFonts w:ascii="Georgia" w:hAnsi="Georgia"/>
          <w:b w:val="0"/>
          <w:i w:val="0"/>
          <w:color w:val="000000"/>
          <w:sz w:val="24"/>
        </w:rPr>
        <w:t>4) Гвура де-МА и Гвура де-БОН образовали Даат, включающий Хесед и Гвуру де-Целем де-Има.</w:t>
      </w:r>
    </w:p>
    <w:p>
      <w:pPr>
        <w:spacing w:before="40" w:after="120"/>
        <w:jc w:val="both"/>
      </w:pPr>
      <w:r>
        <w:rPr>
          <w:rFonts w:ascii="Georgia" w:hAnsi="Georgia"/>
          <w:b w:val="0"/>
          <w:i w:val="0"/>
          <w:color w:val="000000"/>
          <w:sz w:val="24"/>
        </w:rPr>
        <w:t>Причина такого распределения в том, чтобы в Целеме де-Аба сфирот ХУБ представляли собой мужское и женское начала — МА и БОН; и точно так же в Целеме де-Има сфирот ХУБ представляли собой мужское и женское начала — МА и БОН; и так же Хесед и Гвура де-Целем де-Аба были мужским и женским началами — МА и БОН; и так же Хесед и Гвура де-Целем де-Има были мужским и женским началами — МА и БОН. Ведь иначе как совершили бы соударение (зивуг) мужское начало с мужским, а женское — с женским? Пойми это. Выходит, что поскольку один лишь ЗА облачает все НЕХИ де-АА, где пребывают хасадим и гвурот правой и левой сторон, именно ЗА взял хасадим, гвурот, Хохму и Бину де-МА и де-БОН в мужском начале; и то же самое произошло в женском начале, поскольку Нуква облачает ЗА, облачающего обе стороны АА. Таким образом, во всех десяти сфирот нет никого, в ком сочетались бы МА и БОН в мужском начале и МА и БОН в женском начале, кроме ЗОН — по указанной причине.</w:t>
      </w:r>
    </w:p>
    <w:p>
      <w:pPr>
        <w:spacing w:before="40" w:after="120"/>
        <w:jc w:val="both"/>
      </w:pPr>
      <w:r>
        <w:rPr>
          <w:rFonts w:ascii="Georgia" w:hAnsi="Georgia"/>
          <w:b w:val="0"/>
          <w:i w:val="0"/>
          <w:color w:val="000000"/>
          <w:sz w:val="24"/>
        </w:rPr>
        <w:t>В дополнение к сказанному есть и вторая причина: на каждой из ступеней — в Атике, АА и Аба ве-Има — прибавлялось по одному изменению относительно мужского и женского начал, и поэтому изменение, добавившееся в ЗОН, состоит именно в том, что каждый из них включает в себя и МА, и БОН.</w:t>
      </w:r>
    </w:p>
    <w:p>
      <w:pPr>
        <w:spacing w:before="40" w:after="120"/>
        <w:jc w:val="both"/>
      </w:pPr>
      <w:r>
        <w:rPr>
          <w:rFonts w:ascii="Georgia" w:hAnsi="Georgia"/>
          <w:b w:val="0"/>
          <w:i w:val="0"/>
          <w:color w:val="000000"/>
          <w:sz w:val="24"/>
        </w:rPr>
        <w:t xml:space="preserve">Есть и третья причина: на высших ступенях различимо лишь мужское начало, а женское начало включено в него, поэтому мозг мужского начала состоит исключительно из МА, а женского — исключительно из БОН. Но Аба ве-Има представляют собой законченные, раздельные парцуфим мужского и женского начал, и каждый из них должен наделить своей долей каждого из своих детей — сына и дочь. Поэтому сын — то есть ЗА — наследует Аба ве-Има и принимает [и] МА, и БОН; а дочь наследует Аба ве-Има по смыслу стиха: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и также принимает [и] МА, и БОН. Посмотри в Зоаре (недельная глава Пкудей, лист 221, и глава Насо, лист 128), и ты поймешь, каким образом семь мелахим являются ЗОН де-БОН. Затем вышли семь других мелахим Имени МА, являющиеся ЗОН де-МА. Они называются Адар (то есть ЗА де-МА, состоящий из шести мелахим) и Мехейтавель (Нуква де-МА); благодаря им исправились ЗАТ. Вся совокупность этих семи мелахим де-МА называется Адар и Мехейтавель.</w:t>
      </w:r>
    </w:p>
    <w:p>
      <w:pPr>
        <w:spacing w:before="40" w:after="120"/>
        <w:jc w:val="both"/>
      </w:pPr>
      <w:r>
        <w:rPr>
          <w:rFonts w:ascii="Georgia" w:hAnsi="Georgia"/>
          <w:b w:val="0"/>
          <w:i w:val="0"/>
          <w:color w:val="000000"/>
          <w:sz w:val="24"/>
        </w:rPr>
        <w:t>Мне представляется несомненным, что [от Имени МА] вышли все десять сфирот, однако поскольку главное исправление предназначалось семи мелахим де-БОН, они упомянуты под числом «семь». Но они заведомо включали в себя десять сфирот, ведь и ГАР — Атик, АА и Аба ве-Има — также исправились посредством Имени МА, как сказано выше.</w:t>
      </w:r>
    </w:p>
    <w:p>
      <w:pPr>
        <w:spacing w:before="40" w:after="120"/>
        <w:jc w:val="both"/>
      </w:pPr>
      <w:r>
        <w:rPr>
          <w:rFonts w:ascii="Georgia" w:hAnsi="Georgia"/>
          <w:b w:val="0"/>
          <w:i w:val="0"/>
          <w:color w:val="000000"/>
          <w:sz w:val="24"/>
        </w:rPr>
        <w:t>Есть и другое объяснение, прямо приведенное в комментарии на главу Насо (лист 122): семь мелахим были в АА, семь мелахим — в ЗА, и семь мелахим — в Нукве. Следовательно, названные выше семь означают семь сфирот в каждой из этих трех ступеней. Значит, и в АА в семи нижних его сфирот пребывали первые семь мелахим, и пришли другие семь мелахим де-МА, чтобы исправить их; то же самое произошло и в ЗОН. Это служит еще одним доказательством сказанному: в одном лишь ЗА присутствуют МА и БОН, и точно так же в одной лишь Нукве присутствуют МА и БОН.</w:t>
      </w:r>
    </w:p>
    <w:p>
      <w:pPr>
        <w:spacing w:before="40" w:after="120"/>
        <w:jc w:val="both"/>
      </w:pPr>
      <w:r>
        <w:rPr>
          <w:rFonts w:ascii="Georgia" w:hAnsi="Georgia"/>
          <w:b w:val="0"/>
          <w:i w:val="0"/>
          <w:color w:val="000000"/>
          <w:sz w:val="24"/>
        </w:rPr>
        <w:t>Из другого места ты также поймешь, что сам ЗА после исправления взял шесть концов умерших мелахим, относящихся к БОН, а Нуква взяла седьмую сфиру. Отсюда совершенно очевидно, что в ЗА присутствуют МА и БОН, и в Нукве присутствуют МА и БОН. Знай, что в Имени МА присутствуют Хасадим и Гвурот, являющиеся МА и БОН; точно так же в Имени БОН присутствуют МА и БОН, являющиеся Хасадим и Гвурот. Ведь тебе уже известно, что общее Имя МА, именуемое Адар, включает в себя АБ, САГ, МА и БОН; и так же общее Имя БОН включает в себя АБ, САГ, МА и БОН — они и представляют собой умерших мелахим, как говорилось выше.</w:t>
      </w:r>
    </w:p>
    <w:p>
      <w:pPr>
        <w:spacing w:before="40" w:after="120"/>
        <w:jc w:val="both"/>
      </w:pPr>
      <w:r>
        <w:rPr>
          <w:rFonts w:ascii="Georgia" w:hAnsi="Georgia"/>
          <w:b w:val="0"/>
          <w:i w:val="0"/>
          <w:color w:val="000000"/>
          <w:sz w:val="24"/>
        </w:rPr>
        <w:t>В комментарии на главу Насо (лист 131) мы писали, что существовало четыре рода мелахим: в АА, в Аба ве-Има и в ЗОН, и в каждом роде насчитывалось по семь мелахим. Ты видишь, что есть пять парцуфим, и в каждом из них присутствуют МА и БОН. Однако первый парцуф — единственный, кто пребывает без женского соответствия (Нуквы), тогда как остальные четыре парцуфа — каждый становится женским началом по отношению к своему товарищу, хотя в каждом из них есть МА и БОН.</w:t>
      </w:r>
    </w:p>
    <w:p>
      <w:pPr>
        <w:spacing w:before="40" w:after="120"/>
        <w:jc w:val="both"/>
      </w:pPr>
      <w:r>
        <w:rPr>
          <w:rFonts w:ascii="Georgia" w:hAnsi="Georgia"/>
          <w:b w:val="0"/>
          <w:i w:val="0"/>
          <w:color w:val="000000"/>
          <w:sz w:val="24"/>
        </w:rPr>
        <w:t>Как это происходит? В АА есть МА и БОН, и он представляет собой единый парцуф, напротив которого нет никакой пары в качестве отдельного парцуфа. То же самое было и в Атике, который находится выше пяти парцуфим и не входит в их счет, как известно, ибо он — корень всего и представляет собой Малхут (по другой версии: облачает Малхут) высшего мира, облачающуюся в них. Затем парцуф Абы — это Хохма, включающая МА и БОН, то есть Аба и Има [вместе], и все это единый парцуф, по смыслу сказанного: «Вникни…» «…в мудрость» (</w:t>
      </w:r>
      <w:r>
        <w:rPr>
          <w:rFonts w:ascii="Georgia" w:hAnsi="Georgia"/>
          <w:b w:val="0"/>
          <w:i/>
          <w:color w:val="000000"/>
          <w:sz w:val="24"/>
        </w:rPr>
        <w:t>авен бе-хохма</w:t>
      </w:r>
      <w:r>
        <w:rPr>
          <w:rFonts w:ascii="Georgia" w:hAnsi="Georgia"/>
          <w:b w:val="0"/>
          <w:i w:val="0"/>
          <w:color w:val="000000"/>
          <w:sz w:val="24"/>
        </w:rPr>
        <w:t>). У него есть один парцуф — его пара, именуемая Биной и включающая МА и БОН, то есть ИШСУТ; оба они — единый парцуф, и весь этот парцуф служит парой высшему парцуфу Хохмы.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Затем парцуф ЗА включает МА и БОН, и у него есть другой парцуф — его пара, именуемая Малхут и включающая МА и БОН; весь этот парцуф служит парой высшему парцуфу — ЗА. Поэтому не удивляйся тому, что ЗА включает МА и БОН, и так же Нуква, ведь именно так Хохма и Бина каждого парцуфа включают в себя названные МА и БОН. И пойми это очень глубоко.</w:t>
      </w:r>
    </w:p>
    <w:p>
      <w:pPr>
        <w:spacing w:before="40" w:after="120"/>
        <w:jc w:val="both"/>
      </w:pPr>
      <w:r>
        <w:rPr>
          <w:rFonts w:ascii="Georgia" w:hAnsi="Georgia"/>
          <w:b w:val="0"/>
          <w:i w:val="0"/>
          <w:color w:val="000000"/>
          <w:sz w:val="24"/>
        </w:rPr>
        <w:t>Цемах: отсюда следует, что в каждом из упомянутых парцуфим вышел новый Адар, чтобы исправить все высшие семь сфирот каждого отдельного парцуфа.</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Основные правила о ЗОН:</w:t>
      </w:r>
    </w:p>
    <w:p>
      <w:pPr>
        <w:spacing w:before="40" w:after="120"/>
        <w:jc w:val="both"/>
      </w:pPr>
      <w:r>
        <w:rPr>
          <w:rFonts w:ascii="Georgia" w:hAnsi="Georgia"/>
          <w:b w:val="0"/>
          <w:i w:val="0"/>
          <w:color w:val="000000"/>
          <w:sz w:val="24"/>
        </w:rPr>
        <w:t xml:space="preserve">1) В ЗА пребывает Имя АВАЯ де-МА (45), а в Нукве — Имя ЭЛОКИМ с наполнением буквой хэй, по гематрии с колелем равное слову </w:t>
      </w:r>
      <w:r>
        <w:rPr>
          <w:rFonts w:ascii="Georgia" w:hAnsi="Georgia"/>
          <w:b w:val="0"/>
          <w:i/>
          <w:color w:val="000000"/>
          <w:sz w:val="24"/>
        </w:rPr>
        <w:t>цур</w:t>
      </w:r>
      <w:r>
        <w:rPr>
          <w:rFonts w:ascii="Georgia" w:hAnsi="Georgia"/>
          <w:b w:val="0"/>
          <w:i w:val="0"/>
          <w:color w:val="000000"/>
          <w:sz w:val="24"/>
        </w:rPr>
        <w:t xml:space="preserve"> («скала», </w:t>
      </w:r>
      <w:r>
        <w:rPr>
          <w:rFonts w:ascii="Georgia" w:hAnsi="Georgia" w:cs="Times New Roman"/>
          <w:b/>
          <w:i w:val="0"/>
          <w:color w:val="000000"/>
          <w:sz w:val="24"/>
          <w:rtl/>
          <w:szCs w:val="32"/>
        </w:rPr>
        <w:t>צוּר</w:t>
      </w:r>
      <w:r>
        <w:rPr>
          <w:rFonts w:ascii="Georgia" w:hAnsi="Georgia"/>
          <w:b w:val="0"/>
          <w:i w:val="0"/>
          <w:color w:val="000000"/>
          <w:sz w:val="24"/>
        </w:rPr>
        <w:t xml:space="preserve"> = 296 [295 + 1]); они представляют собой суды. Чтобы провести к ней свет от ЗА, необходимо ударить в скалу — то есть произвести соударение в АВАЯ де-ЗА, дабы из тайны АВАЯ де-ЗА высекся свет. Это происходит посредством перемножения букв:</w:t>
      </w:r>
    </w:p>
    <w:p>
      <w:pPr>
        <w:pStyle w:val="ListBullet"/>
        <w:spacing w:before="20" w:after="40"/>
      </w:pPr>
      <w:r>
        <w:rPr>
          <w:rFonts w:ascii="Georgia" w:hAnsi="Georgia"/>
          <w:b w:val="0"/>
          <w:i w:val="0"/>
          <w:color w:val="000000"/>
          <w:sz w:val="24"/>
        </w:rPr>
        <w:t>йод, умноженное на йод (</w:t>
      </w:r>
      <w:r>
        <w:rPr>
          <w:rFonts w:ascii="Georgia" w:hAnsi="Georgia" w:cs="Times New Roman"/>
          <w:b/>
          <w:i w:val="0"/>
          <w:color w:val="000000"/>
          <w:sz w:val="24"/>
          <w:rtl/>
          <w:szCs w:val="32"/>
        </w:rPr>
        <w:t>יפ״י</w:t>
      </w:r>
      <w:r>
        <w:rPr>
          <w:rFonts w:ascii="Georgia" w:hAnsi="Georgia"/>
          <w:b w:val="0"/>
          <w:i w:val="0"/>
          <w:color w:val="000000"/>
          <w:sz w:val="24"/>
        </w:rPr>
        <w:t xml:space="preserve"> = 100);</w:t>
      </w:r>
    </w:p>
    <w:p>
      <w:pPr>
        <w:pStyle w:val="ListBullet"/>
        <w:spacing w:before="20" w:after="40"/>
      </w:pPr>
      <w:r>
        <w:rPr>
          <w:rFonts w:ascii="Georgia" w:hAnsi="Georgia"/>
          <w:b w:val="0"/>
          <w:i w:val="0"/>
          <w:color w:val="000000"/>
          <w:sz w:val="24"/>
        </w:rPr>
        <w:t>йод, умноженное на хэй (</w:t>
      </w:r>
      <w:r>
        <w:rPr>
          <w:rFonts w:ascii="Georgia" w:hAnsi="Georgia" w:cs="Times New Roman"/>
          <w:b/>
          <w:i w:val="0"/>
          <w:color w:val="000000"/>
          <w:sz w:val="24"/>
          <w:rtl/>
          <w:szCs w:val="32"/>
        </w:rPr>
        <w:t>יפ״ה</w:t>
      </w:r>
      <w:r>
        <w:rPr>
          <w:rFonts w:ascii="Georgia" w:hAnsi="Georgia"/>
          <w:b w:val="0"/>
          <w:i w:val="0"/>
          <w:color w:val="000000"/>
          <w:sz w:val="24"/>
        </w:rPr>
        <w:t xml:space="preserve"> = 50), что дает 150 (</w:t>
      </w:r>
      <w:r>
        <w:rPr>
          <w:rFonts w:ascii="Georgia" w:hAnsi="Georgia" w:cs="Times New Roman"/>
          <w:b/>
          <w:i w:val="0"/>
          <w:color w:val="000000"/>
          <w:sz w:val="24"/>
          <w:rtl/>
          <w:szCs w:val="32"/>
        </w:rPr>
        <w:t>ק״ן</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умноженное на хэй (</w:t>
      </w:r>
      <w:r>
        <w:rPr>
          <w:rFonts w:ascii="Georgia" w:hAnsi="Georgia" w:cs="Times New Roman"/>
          <w:b/>
          <w:i w:val="0"/>
          <w:color w:val="000000"/>
          <w:sz w:val="24"/>
          <w:rtl/>
          <w:szCs w:val="32"/>
        </w:rPr>
        <w:t>הפ״ה</w:t>
      </w:r>
      <w:r>
        <w:rPr>
          <w:rFonts w:ascii="Georgia" w:hAnsi="Georgia"/>
          <w:b w:val="0"/>
          <w:i w:val="0"/>
          <w:color w:val="000000"/>
          <w:sz w:val="24"/>
        </w:rPr>
        <w:t xml:space="preserve"> = 25);</w:t>
      </w:r>
    </w:p>
    <w:p>
      <w:pPr>
        <w:pStyle w:val="ListBullet"/>
        <w:spacing w:before="20" w:after="40"/>
      </w:pPr>
      <w:r>
        <w:rPr>
          <w:rFonts w:ascii="Georgia" w:hAnsi="Georgia"/>
          <w:b w:val="0"/>
          <w:i w:val="0"/>
          <w:color w:val="000000"/>
          <w:sz w:val="24"/>
        </w:rPr>
        <w:t>хэй, умноженное на вав (</w:t>
      </w:r>
      <w:r>
        <w:rPr>
          <w:rFonts w:ascii="Georgia" w:hAnsi="Georgia" w:cs="Times New Roman"/>
          <w:b/>
          <w:i w:val="0"/>
          <w:color w:val="000000"/>
          <w:sz w:val="24"/>
          <w:rtl/>
          <w:szCs w:val="32"/>
        </w:rPr>
        <w:t>הפ״ו</w:t>
      </w:r>
      <w:r>
        <w:rPr>
          <w:rFonts w:ascii="Georgia" w:hAnsi="Georgia"/>
          <w:b w:val="0"/>
          <w:i w:val="0"/>
          <w:color w:val="000000"/>
          <w:sz w:val="24"/>
        </w:rPr>
        <w:t xml:space="preserve"> = 30), что дает 55 (</w:t>
      </w:r>
      <w:r>
        <w:rPr>
          <w:rFonts w:ascii="Georgia" w:hAnsi="Georgia" w:cs="Times New Roman"/>
          <w:b/>
          <w:i w:val="0"/>
          <w:color w:val="000000"/>
          <w:sz w:val="24"/>
          <w:rtl/>
          <w:szCs w:val="32"/>
        </w:rPr>
        <w:t>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умноженное на вав (</w:t>
      </w:r>
      <w:r>
        <w:rPr>
          <w:rFonts w:ascii="Georgia" w:hAnsi="Georgia" w:cs="Times New Roman"/>
          <w:b/>
          <w:i w:val="0"/>
          <w:color w:val="000000"/>
          <w:sz w:val="24"/>
          <w:rtl/>
          <w:szCs w:val="32"/>
        </w:rPr>
        <w:t>ופ״ו</w:t>
      </w:r>
      <w:r>
        <w:rPr>
          <w:rFonts w:ascii="Georgia" w:hAnsi="Georgia"/>
          <w:b w:val="0"/>
          <w:i w:val="0"/>
          <w:color w:val="000000"/>
          <w:sz w:val="24"/>
        </w:rPr>
        <w:t xml:space="preserve"> = 36);</w:t>
      </w:r>
    </w:p>
    <w:p>
      <w:pPr>
        <w:pStyle w:val="ListBullet"/>
        <w:spacing w:before="20" w:after="40"/>
      </w:pPr>
      <w:r>
        <w:rPr>
          <w:rFonts w:ascii="Georgia" w:hAnsi="Georgia"/>
          <w:b w:val="0"/>
          <w:i w:val="0"/>
          <w:color w:val="000000"/>
          <w:sz w:val="24"/>
        </w:rPr>
        <w:t>вав, умноженное на хэй (</w:t>
      </w:r>
      <w:r>
        <w:rPr>
          <w:rFonts w:ascii="Georgia" w:hAnsi="Georgia" w:cs="Times New Roman"/>
          <w:b/>
          <w:i w:val="0"/>
          <w:color w:val="000000"/>
          <w:sz w:val="24"/>
          <w:rtl/>
          <w:szCs w:val="32"/>
        </w:rPr>
        <w:t>ופ״ה</w:t>
      </w:r>
      <w:r>
        <w:rPr>
          <w:rFonts w:ascii="Georgia" w:hAnsi="Georgia"/>
          <w:b w:val="0"/>
          <w:i w:val="0"/>
          <w:color w:val="000000"/>
          <w:sz w:val="24"/>
        </w:rPr>
        <w:t xml:space="preserve"> = 30);</w:t>
      </w:r>
    </w:p>
    <w:p>
      <w:pPr>
        <w:pStyle w:val="ListBullet"/>
        <w:spacing w:before="20" w:after="40"/>
      </w:pPr>
      <w:r>
        <w:rPr>
          <w:rFonts w:ascii="Georgia" w:hAnsi="Georgia"/>
          <w:b w:val="0"/>
          <w:i w:val="0"/>
          <w:color w:val="000000"/>
          <w:sz w:val="24"/>
        </w:rPr>
        <w:t>хэй, умноженное на хэй (</w:t>
      </w:r>
      <w:r>
        <w:rPr>
          <w:rFonts w:ascii="Georgia" w:hAnsi="Georgia" w:cs="Times New Roman"/>
          <w:b/>
          <w:i w:val="0"/>
          <w:color w:val="000000"/>
          <w:sz w:val="24"/>
          <w:rtl/>
          <w:szCs w:val="32"/>
        </w:rPr>
        <w:t>הפ״ה</w:t>
      </w:r>
      <w:r>
        <w:rPr>
          <w:rFonts w:ascii="Georgia" w:hAnsi="Georgia"/>
          <w:b w:val="0"/>
          <w:i w:val="0"/>
          <w:color w:val="000000"/>
          <w:sz w:val="24"/>
        </w:rPr>
        <w:t xml:space="preserve"> = 25), что в сумме дает 91 (</w:t>
      </w:r>
      <w:r>
        <w:rPr>
          <w:rFonts w:ascii="Georgia" w:hAnsi="Georgia" w:cs="Times New Roman"/>
          <w:b/>
          <w:i w:val="0"/>
          <w:color w:val="000000"/>
          <w:sz w:val="24"/>
          <w:rtl/>
          <w:szCs w:val="32"/>
        </w:rPr>
        <w:t>צ״א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Все вместе [150 + 55 + 91] составляет в сумме 296 — по гематрии слова </w:t>
      </w:r>
      <w:r>
        <w:rPr>
          <w:rFonts w:ascii="Georgia" w:hAnsi="Georgia"/>
          <w:b w:val="0"/>
          <w:i/>
          <w:color w:val="000000"/>
          <w:sz w:val="24"/>
        </w:rPr>
        <w:t>цур</w:t>
      </w:r>
      <w:r>
        <w:rPr>
          <w:rFonts w:ascii="Georgia" w:hAnsi="Georgia"/>
          <w:b w:val="0"/>
          <w:i w:val="0"/>
          <w:color w:val="000000"/>
          <w:sz w:val="24"/>
        </w:rPr>
        <w:t xml:space="preserve"> (</w:t>
      </w:r>
      <w:r>
        <w:rPr>
          <w:rFonts w:ascii="Georgia" w:hAnsi="Georgia" w:cs="Times New Roman"/>
          <w:b/>
          <w:i w:val="0"/>
          <w:color w:val="000000"/>
          <w:sz w:val="24"/>
          <w:rtl/>
          <w:szCs w:val="32"/>
        </w:rPr>
        <w:t>צוּר</w:t>
      </w:r>
      <w:r>
        <w:rPr>
          <w:rFonts w:ascii="Georgia" w:hAnsi="Georgia"/>
          <w:b w:val="0"/>
          <w:i w:val="0"/>
          <w:color w:val="000000"/>
          <w:sz w:val="24"/>
        </w:rPr>
        <w:t xml:space="preserve">). Тогда свечение изливается к «скале» — Имени ЭЛОКИМ с буквой хэй в Малхут. В этом смысл стиха: </w:t>
      </w:r>
      <w:r>
        <w:rPr>
          <w:rFonts w:ascii="Georgia" w:hAnsi="Georgia"/>
          <w:b w:val="0"/>
          <w:i/>
          <w:color w:val="000000"/>
          <w:sz w:val="24"/>
        </w:rPr>
        <w:t>«И ударишь в скалу…»</w:t>
      </w:r>
      <w:r>
        <w:rPr>
          <w:rFonts w:ascii="Georgia" w:hAnsi="Georgia"/>
          <w:b w:val="0"/>
          <w:i w:val="0"/>
          <w:color w:val="000000"/>
          <w:sz w:val="24"/>
        </w:rPr>
        <w:t xml:space="preserve"> (Шмот 17:6).</w:t>
      </w:r>
    </w:p>
    <w:p>
      <w:pPr>
        <w:spacing w:before="40" w:after="120"/>
        <w:jc w:val="both"/>
      </w:pPr>
      <w:r>
        <w:rPr>
          <w:rFonts w:ascii="Georgia" w:hAnsi="Georgia"/>
          <w:b w:val="0"/>
          <w:i w:val="0"/>
          <w:color w:val="000000"/>
          <w:sz w:val="24"/>
        </w:rPr>
        <w:t>2) Из пэ де-ЗА исходят семь дыханий книги Коэлет, и они служат окружающими светами (ор макиф) для ЗАТ де-Нуква де-ЗА — наподобие дыхания уст АА, освещающего ЗА, как сказано выше. Каждое из этих дыханий включает в себя огонь, ветер, воду и прах. Все это ЗА передает Нукве, когда они стоят паним бе-паним — от его груди (хазе) и ниже. Эти окружающие света соответствуют Имени ЭЙЕ, поскольку всякий окружающий свет — это Имя ЭЙЕ.</w:t>
      </w:r>
    </w:p>
    <w:p>
      <w:pPr>
        <w:spacing w:before="40" w:after="120"/>
        <w:jc w:val="both"/>
      </w:pPr>
      <w:r>
        <w:rPr>
          <w:rFonts w:ascii="Georgia" w:hAnsi="Georgia"/>
          <w:b w:val="0"/>
          <w:i w:val="0"/>
          <w:color w:val="000000"/>
          <w:sz w:val="24"/>
        </w:rPr>
        <w:t xml:space="preserve">Иногда из-за грехов нижних существ, когда произносятся ложные клятвы, эти окружающие света святого дыхания отнимаются от нее, и она, упаси Б-г, как бы облачается в семь дыханий нечистоты (клипы), о которых сказано: </w:t>
      </w:r>
      <w:r>
        <w:rPr>
          <w:rFonts w:ascii="Georgia" w:hAnsi="Georgia"/>
          <w:b w:val="0"/>
          <w:i/>
          <w:color w:val="000000"/>
          <w:sz w:val="24"/>
        </w:rPr>
        <w:t>«суета и крушение духа»</w:t>
      </w:r>
      <w:r>
        <w:rPr>
          <w:rFonts w:ascii="Georgia" w:hAnsi="Georgia"/>
          <w:b w:val="0"/>
          <w:i w:val="0"/>
          <w:color w:val="000000"/>
          <w:sz w:val="24"/>
        </w:rPr>
        <w:t xml:space="preserve"> (Коэлет 1:14).</w:t>
      </w:r>
    </w:p>
    <w:p>
      <w:pPr>
        <w:spacing w:before="40" w:after="120"/>
        <w:jc w:val="both"/>
      </w:pPr>
      <w:r>
        <w:rPr>
          <w:rFonts w:ascii="Georgia" w:hAnsi="Georgia"/>
          <w:b w:val="0"/>
          <w:i w:val="0"/>
          <w:color w:val="000000"/>
          <w:sz w:val="24"/>
        </w:rPr>
        <w:t>Сами же ЗАТ де-Нуква представляют собой семь Имен АВАЯ, насчитывающих двадцать восемь букв (</w:t>
      </w:r>
      <w:r>
        <w:rPr>
          <w:rFonts w:ascii="Georgia" w:hAnsi="Georgia" w:cs="Times New Roman"/>
          <w:b/>
          <w:i w:val="0"/>
          <w:color w:val="000000"/>
          <w:sz w:val="24"/>
          <w:rtl/>
          <w:szCs w:val="32"/>
        </w:rPr>
        <w:t>כ״ח</w:t>
      </w:r>
      <w:r>
        <w:rPr>
          <w:rFonts w:ascii="Georgia" w:hAnsi="Georgia"/>
          <w:b w:val="0"/>
          <w:i w:val="0"/>
          <w:color w:val="000000"/>
          <w:sz w:val="24"/>
        </w:rPr>
        <w:t xml:space="preserve"> = 28).</w:t>
      </w:r>
    </w:p>
    <w:p>
      <w:pPr>
        <w:spacing w:before="40" w:after="120"/>
        <w:jc w:val="both"/>
      </w:pPr>
      <w:r>
        <w:rPr>
          <w:rFonts w:ascii="Georgia" w:hAnsi="Georgia"/>
          <w:b w:val="0"/>
          <w:i w:val="0"/>
          <w:color w:val="000000"/>
          <w:sz w:val="24"/>
        </w:rPr>
        <w:t>Затем она вырастает выше его хазе благодаря тому, что в нее привлекаются три его собственных мохин — ГАР. Тогда она становится равной ему паним бе-паним, вплоть до его Кетера. В этот момент ЗА смотрит своим лбом (мэцах) на ее лоб, где расположены мохин, и освещает ее мохин одним лишь созерцанием (истаклют) своего лба, а не дыханием уст, как было прежде. Свет исходит из его мохин, пробивает его лоб и выходит наружу, а затем пробивает ее лоб, входит в ее мохин и светит там паним бе-паним с ней.</w:t>
      </w:r>
    </w:p>
    <w:p>
      <w:pPr>
        <w:spacing w:before="40" w:after="120"/>
        <w:jc w:val="both"/>
      </w:pPr>
      <w:r>
        <w:rPr>
          <w:rFonts w:ascii="Georgia" w:hAnsi="Georgia"/>
          <w:b w:val="0"/>
          <w:i w:val="0"/>
          <w:color w:val="000000"/>
          <w:sz w:val="24"/>
        </w:rPr>
        <w:t>Однако в то время в ней присутствуют лишь два с половиной моха, поскольку ее Даат неполон («женский разум легковесен»), что представляет собой половину сфиры Даат — венец Гвуры (Атара де-Гвура) женского начала. Затем он вступает с ней в соударение (зивуг), и при первом соединении передает ей дух, представляющий собой, как известно, Имя БОН с наполнением буквой хэй. Это Имя БОН добавляется в Даат де-Нуква, и в ней восполняются три совершенных мохин.</w:t>
      </w:r>
    </w:p>
    <w:p>
      <w:pPr>
        <w:spacing w:before="40" w:after="120"/>
        <w:jc w:val="both"/>
      </w:pPr>
      <w:r>
        <w:rPr>
          <w:rFonts w:ascii="Georgia" w:hAnsi="Georgia"/>
          <w:b w:val="0"/>
          <w:i w:val="0"/>
          <w:color w:val="000000"/>
          <w:sz w:val="24"/>
        </w:rPr>
        <w:t>Силой этого Имени БОН она поднимает женские воды (МАН). Когда же внизу совершаются грехи, нечистые силы (клипот) не властвуют над тремя ее мохин так, как они властвовали над окружающими светами ее ЗАТ: свечение трех ее мохин лишь удерживается и уходит, и мохин де-ЗА перестают светить в нее через лоб.</w:t>
      </w:r>
    </w:p>
    <w:p>
      <w:pPr>
        <w:spacing w:before="40" w:after="120"/>
        <w:jc w:val="both"/>
      </w:pPr>
      <w:r>
        <w:rPr>
          <w:rFonts w:ascii="Georgia" w:hAnsi="Georgia"/>
          <w:b w:val="0"/>
          <w:i w:val="0"/>
          <w:color w:val="000000"/>
          <w:sz w:val="24"/>
        </w:rPr>
        <w:t>Итак, сфирот ЗАТ — это семь Имен АВАЯ, насчитывающих двадцать восемь букв, как сказано выше. А мохин — это шесть светов: три собственных ее моха, которые получают свечение от трех его мохин через лоб, как разъяснялось выше. Числа 6 и 28 в сумме составляют 34 (</w:t>
      </w:r>
      <w:r>
        <w:rPr>
          <w:rFonts w:ascii="Georgia" w:hAnsi="Georgia" w:cs="Times New Roman"/>
          <w:b/>
          <w:i w:val="0"/>
          <w:color w:val="000000"/>
          <w:sz w:val="24"/>
          <w:rtl/>
          <w:szCs w:val="32"/>
        </w:rPr>
        <w:t>דַּ״ל</w:t>
      </w:r>
      <w:r>
        <w:rPr>
          <w:rFonts w:ascii="Georgia" w:hAnsi="Georgia"/>
          <w:b w:val="0"/>
          <w:i w:val="0"/>
          <w:color w:val="000000"/>
          <w:sz w:val="24"/>
        </w:rPr>
        <w:t xml:space="preserve"> = 34: далет = 4, ламэд = 30), что по числу букв относится к Малхут, как известно.</w:t>
      </w:r>
    </w:p>
    <w:p>
      <w:pPr>
        <w:spacing w:before="40" w:after="120"/>
        <w:jc w:val="both"/>
      </w:pPr>
      <w:r>
        <w:rPr>
          <w:rFonts w:ascii="Georgia" w:hAnsi="Georgia"/>
          <w:b w:val="0"/>
          <w:i w:val="0"/>
          <w:color w:val="000000"/>
          <w:sz w:val="24"/>
        </w:rPr>
        <w:t>Есть и другое объяснение: весь ее рост вместе с ее мохин состоит из сфирот КАХАБ и ХАГАТ — то есть шести сфирот, а вместе с 28 буквами это дает число 34 (</w:t>
      </w:r>
      <w:r>
        <w:rPr>
          <w:rFonts w:ascii="Georgia" w:hAnsi="Georgia"/>
          <w:b w:val="0"/>
          <w:i/>
          <w:color w:val="000000"/>
          <w:sz w:val="24"/>
        </w:rPr>
        <w:t>дал</w:t>
      </w:r>
      <w:r>
        <w:rPr>
          <w:rFonts w:ascii="Georgia" w:hAnsi="Georgia"/>
          <w:b w:val="0"/>
          <w:i w:val="0"/>
          <w:color w:val="000000"/>
          <w:sz w:val="24"/>
        </w:rPr>
        <w:t>).</w:t>
      </w:r>
    </w:p>
    <w:p>
      <w:pPr>
        <w:spacing w:before="40" w:after="120"/>
        <w:jc w:val="both"/>
      </w:pPr>
      <w:r>
        <w:rPr>
          <w:rFonts w:ascii="Georgia" w:hAnsi="Georgia"/>
          <w:b w:val="0"/>
          <w:i w:val="0"/>
          <w:color w:val="000000"/>
          <w:sz w:val="24"/>
        </w:rPr>
        <w:t>Все это выражает наполнение Имени АДОНАЙ, ибо двойное наполнение этого Имени содержит тридцать четыре буквы. Это число также соответствует замене букв Имени ЭЙЕ — [Имени] Бохво (</w:t>
      </w:r>
      <w:r>
        <w:rPr>
          <w:rFonts w:ascii="Georgia" w:hAnsi="Georgia" w:cs="Times New Roman"/>
          <w:b/>
          <w:i w:val="0"/>
          <w:color w:val="000000"/>
          <w:sz w:val="24"/>
          <w:rtl/>
          <w:szCs w:val="32"/>
        </w:rPr>
        <w:t>בוכ״ו</w:t>
      </w:r>
      <w:r>
        <w:rPr>
          <w:rFonts w:ascii="Georgia" w:hAnsi="Georgia"/>
          <w:b w:val="0"/>
          <w:i w:val="0"/>
          <w:color w:val="000000"/>
          <w:sz w:val="24"/>
        </w:rPr>
        <w:t xml:space="preserve"> = 34) в Малхут, как известно, и составляет в сумме 34. Это число дает и Имя АГЛА (</w:t>
      </w:r>
      <w:r>
        <w:rPr>
          <w:rFonts w:ascii="Georgia" w:hAnsi="Georgia" w:cs="Times New Roman"/>
          <w:b/>
          <w:i w:val="0"/>
          <w:color w:val="000000"/>
          <w:sz w:val="24"/>
          <w:rtl/>
          <w:szCs w:val="32"/>
        </w:rPr>
        <w:t>אגל״א</w:t>
      </w:r>
      <w:r>
        <w:rPr>
          <w:rFonts w:ascii="Georgia" w:hAnsi="Georgia"/>
          <w:b w:val="0"/>
          <w:i w:val="0"/>
          <w:color w:val="000000"/>
          <w:sz w:val="24"/>
        </w:rPr>
        <w:t>) в Малхут. Эти три Имени указывают на состояние Малхут, когда она находится лицом к лицу с ЗА, как разъяснено в молитве в благословениях «Авот» и «Ата Гибор».</w:t>
      </w:r>
    </w:p>
    <w:p>
      <w:r>
        <w:br w:type="page"/>
      </w:r>
    </w:p>
    <w:p>
      <w:pPr>
        <w:keepNext/>
        <w:spacing w:before="360" w:after="160"/>
        <w:jc w:val="center"/>
      </w:pPr>
      <w:r>
        <w:rPr>
          <w:rFonts w:ascii="Georgia" w:hAnsi="Georgia"/>
          <w:b w:val="0"/>
          <w:i w:val="0"/>
          <w:color w:val="000000"/>
          <w:sz w:val="40"/>
        </w:rPr>
        <w:t>Врата 18: Врата 288 искр (РАПАХ)</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Вторые врата — врата РАПАХ Ницоцин, и в них шесть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нам необходимо объяснить, каким образом происходило зачатие (ибур) Зеир Анпина (ЗА) внутри этого парцуфа, включающего Бину и Твуну, как сказано выше.</w:t>
      </w:r>
    </w:p>
    <w:p>
      <w:pPr>
        <w:spacing w:before="40" w:after="120"/>
        <w:jc w:val="both"/>
      </w:pPr>
      <w:r>
        <w:rPr>
          <w:rFonts w:ascii="Georgia" w:hAnsi="Georgia"/>
          <w:b w:val="0"/>
          <w:i w:val="0"/>
          <w:color w:val="000000"/>
          <w:sz w:val="24"/>
        </w:rPr>
        <w:t>И прежде всего нужно разобрать суть трех этих аспектов (бхинот), имеющихся у ЗА, и все они требуют исправления посредством этого зачатия:</w:t>
      </w:r>
    </w:p>
    <w:p>
      <w:pPr>
        <w:spacing w:before="40" w:after="120"/>
        <w:jc w:val="both"/>
      </w:pPr>
      <w:r>
        <w:rPr>
          <w:rFonts w:ascii="Georgia" w:hAnsi="Georgia"/>
          <w:b w:val="0"/>
          <w:i w:val="0"/>
          <w:color w:val="000000"/>
          <w:sz w:val="24"/>
        </w:rPr>
        <w:t>1) Первый — это аспект светов мелахим, которые ушли из келим и поднялись наверх, тогда как келим умерли и опустились в мир Брия.</w:t>
      </w:r>
    </w:p>
    <w:p>
      <w:pPr>
        <w:spacing w:before="40" w:after="120"/>
        <w:jc w:val="both"/>
      </w:pPr>
      <w:r>
        <w:rPr>
          <w:rFonts w:ascii="Georgia" w:hAnsi="Georgia"/>
          <w:b w:val="0"/>
          <w:i w:val="0"/>
          <w:color w:val="000000"/>
          <w:sz w:val="24"/>
        </w:rPr>
        <w:t>2) Второй — это аспект 288 искр света, оставшихся внутри келим, когда те разбились, чтобы оживлять их минимальной мерой жизни, дабы благодаря этому у них была возможность вновь исправиться и ожить посредством зачатия. И не удивляйся этому, ведь точно так же и у земного человека в этом мире после смерти, когда нефеш (низшая часть души) выходит из него, часть его нефеш остается внутри тела, чтобы благодаря этому он смог восстать при воскрешении мертвых. И как сказано в Зоаре (раздел «Шлах леха», лист 170): «Однако сейчас залогом является нефеш, которая успокаивается и остается в покое внутри костей; и потому в начале каждой ночи дух (руах) вверяется душе (нефеш), а не плоти».</w:t>
      </w:r>
    </w:p>
    <w:p>
      <w:pPr>
        <w:spacing w:before="40" w:after="120"/>
        <w:jc w:val="both"/>
      </w:pPr>
      <w:r>
        <w:rPr>
          <w:rFonts w:ascii="Georgia" w:hAnsi="Georgia"/>
          <w:b w:val="0"/>
          <w:i w:val="0"/>
          <w:color w:val="000000"/>
          <w:sz w:val="24"/>
        </w:rPr>
        <w:t xml:space="preserve">Также на листе 169 разобран вопрос об эвель де-гармей (пар костей), оставшемся в могиле, в истории с вызывательницей мертвых и Шмуэлем (Шмуэль I, 28). И в этом тайна стиха: </w:t>
      </w:r>
      <w:r>
        <w:rPr>
          <w:rFonts w:ascii="Georgia" w:hAnsi="Georgia"/>
          <w:b w:val="0"/>
          <w:i/>
          <w:color w:val="000000"/>
          <w:sz w:val="24"/>
        </w:rPr>
        <w:t>«И насытит в засуху душу твою, и кости твои укрепит»</w:t>
      </w:r>
      <w:r>
        <w:rPr>
          <w:rFonts w:ascii="Georgia" w:hAnsi="Georgia"/>
          <w:b w:val="0"/>
          <w:i w:val="0"/>
          <w:color w:val="000000"/>
          <w:sz w:val="24"/>
        </w:rPr>
        <w:t xml:space="preserve"> (Йешаяу 58:11).</w:t>
      </w:r>
    </w:p>
    <w:p>
      <w:pPr>
        <w:spacing w:before="40" w:after="120"/>
        <w:jc w:val="both"/>
      </w:pPr>
      <w:r>
        <w:rPr>
          <w:rFonts w:ascii="Georgia" w:hAnsi="Georgia"/>
          <w:b w:val="0"/>
          <w:i w:val="0"/>
          <w:color w:val="000000"/>
          <w:sz w:val="24"/>
        </w:rPr>
        <w:t>3) Третий — это аспект самих келим, которые разбились и опустились в мир Брия.</w:t>
      </w:r>
    </w:p>
    <w:p>
      <w:pPr>
        <w:spacing w:before="40" w:after="120"/>
        <w:jc w:val="both"/>
      </w:pPr>
      <w:r>
        <w:rPr>
          <w:rFonts w:ascii="Georgia" w:hAnsi="Georgia"/>
          <w:b w:val="0"/>
          <w:i w:val="0"/>
          <w:color w:val="000000"/>
          <w:sz w:val="24"/>
        </w:rPr>
        <w:t>И все эти три аспекта должны исправиться посредством зачатия, как уже сказано.</w:t>
      </w:r>
    </w:p>
    <w:p>
      <w:pPr>
        <w:spacing w:before="40" w:after="120"/>
        <w:jc w:val="both"/>
      </w:pPr>
      <w:r>
        <w:rPr>
          <w:rFonts w:ascii="Georgia" w:hAnsi="Georgia"/>
          <w:b w:val="0"/>
          <w:i w:val="0"/>
          <w:color w:val="000000"/>
          <w:sz w:val="24"/>
        </w:rPr>
        <w:t>И сначала разберем суть упомянутых 288 искр: что они собой представляют, а затем вернемся к нашему рассуждению. И везде, где мы упоминаем в этом нашем труде тему 288 искр, имеются в виду именно те, которые мы с Б-жьей помощью сейчас объясним.</w:t>
      </w:r>
    </w:p>
    <w:p>
      <w:pPr>
        <w:spacing w:before="40" w:after="120"/>
        <w:jc w:val="both"/>
      </w:pPr>
      <w:r>
        <w:rPr>
          <w:rFonts w:ascii="Georgia" w:hAnsi="Georgia"/>
          <w:b w:val="0"/>
          <w:i w:val="0"/>
          <w:color w:val="000000"/>
          <w:sz w:val="24"/>
        </w:rPr>
        <w:t>Итак, было разъяснено, что семь нижних точек, называемых семью мелахим, которые представляют собой аспект ЗОН имени БОН, вышедших из никвей эйнаим (отверстий глаз) АК... Когда сначала вышли келим, а затем вышли света, чтобы войти в эти свои келим, те келим не смогли их выдержать, разбились и опустились вниз — на то место, где впоследствии предстоит быть миру Брия. Света же удалились и остались наверху, в Ацилуте, как подробно объяснено у нас выше. И это падение называется смертью, поскольку всякий, кто покидает свой мир, падает и переходит в иной мир, [чуждый ему], — считается умершим. И эти семь мелахим — это семь нижних сфирот (ЗАТ), называемые ЗОН мира Ацилут. И поскольку они опустились в мир Брия, для них это называется смертью — в отличие от ахораим (обратной стороны) Аба ве-Има, которые упали, но не умерли, как мы писали.</w:t>
      </w:r>
    </w:p>
    <w:p>
      <w:pPr>
        <w:spacing w:before="40" w:after="120"/>
        <w:jc w:val="both"/>
      </w:pPr>
      <w:r>
        <w:rPr>
          <w:rFonts w:ascii="Georgia" w:hAnsi="Georgia"/>
          <w:b w:val="0"/>
          <w:i w:val="0"/>
          <w:color w:val="000000"/>
          <w:sz w:val="24"/>
        </w:rPr>
        <w:t xml:space="preserve">И это подобно земному человеку в этом мире при смерти: тогда нефеш отделяется от его тела, нефеш уходит и возвращается на свое истинное место — </w:t>
      </w:r>
      <w:r>
        <w:rPr>
          <w:rFonts w:ascii="Georgia" w:hAnsi="Georgia"/>
          <w:b w:val="0"/>
          <w:i/>
          <w:color w:val="000000"/>
          <w:sz w:val="24"/>
        </w:rPr>
        <w:t>«к Б-гу, Который дал ее»</w:t>
      </w:r>
      <w:r>
        <w:rPr>
          <w:rFonts w:ascii="Georgia" w:hAnsi="Georgia"/>
          <w:b w:val="0"/>
          <w:i w:val="0"/>
          <w:color w:val="000000"/>
          <w:sz w:val="24"/>
        </w:rPr>
        <w:t xml:space="preserve"> (Коэлет 12:7), а тело, будучи прахом, возвращается в землю и падает со своей ступени человека; и это называется смертью.</w:t>
      </w:r>
    </w:p>
    <w:p>
      <w:pPr>
        <w:spacing w:before="40" w:after="120"/>
        <w:jc w:val="both"/>
      </w:pPr>
      <w:r>
        <w:rPr>
          <w:rFonts w:ascii="Georgia" w:hAnsi="Georgia"/>
          <w:b w:val="0"/>
          <w:i w:val="0"/>
          <w:color w:val="000000"/>
          <w:sz w:val="24"/>
        </w:rPr>
        <w:t>Так же произошло и с этими мелахим: их душа — то есть их света — поднялась на свое первоначальное место, в Ацилут, тогда как тело — то есть их келим — опустилось в мир Брия, и там было место их погребения.</w:t>
      </w:r>
    </w:p>
    <w:p>
      <w:pPr>
        <w:spacing w:before="40" w:after="120"/>
        <w:jc w:val="both"/>
      </w:pPr>
      <w:r>
        <w:rPr>
          <w:rFonts w:ascii="Georgia" w:hAnsi="Georgia"/>
          <w:b w:val="0"/>
          <w:i w:val="0"/>
          <w:color w:val="000000"/>
          <w:sz w:val="24"/>
        </w:rPr>
        <w:t xml:space="preserve">И подобно тому как о теле земного человека в этом мире, когда оно погребено в могиле, сказано: </w:t>
      </w:r>
      <w:r>
        <w:rPr>
          <w:rFonts w:ascii="Georgia" w:hAnsi="Georgia"/>
          <w:b w:val="0"/>
          <w:i/>
          <w:color w:val="000000"/>
          <w:sz w:val="24"/>
        </w:rPr>
        <w:t>«И душа его о нем скорбит»</w:t>
      </w:r>
      <w:r>
        <w:rPr>
          <w:rFonts w:ascii="Georgia" w:hAnsi="Georgia"/>
          <w:b w:val="0"/>
          <w:i w:val="0"/>
          <w:color w:val="000000"/>
          <w:sz w:val="24"/>
        </w:rPr>
        <w:t xml:space="preserve"> (Иов 14:22), и в нем остается тот аспект духовности его костей, который в Зоаре называется эвель де-гармей, как сказано выше, чтобы у него оставалось некое оживление, позволяющее ему сохраняться до времени воскрешения. Ведь если бы в них не оставалось никакой живительной влаги, они не смогли бы восстать при воскрешении мертвых.</w:t>
      </w:r>
    </w:p>
    <w:p>
      <w:pPr>
        <w:spacing w:before="40" w:after="120"/>
        <w:jc w:val="both"/>
      </w:pPr>
      <w:r>
        <w:rPr>
          <w:rFonts w:ascii="Georgia" w:hAnsi="Georgia"/>
          <w:b w:val="0"/>
          <w:i w:val="0"/>
          <w:color w:val="000000"/>
          <w:sz w:val="24"/>
        </w:rPr>
        <w:t>И в этом смысл сказанного нашими мудрецами (ХАЗАЛЬ), благословенной памяти: есть те, кто не восстанет при воскрешении мертвых из-за греха — например, за грех ростовщичества, или если отрицал воскрешение мертвых, и тому подобное. Ведь этот грех приводит к уходу той духовности, которая увлажняет те кости в могиле, и они остаются сухими и больше не способны ожить.</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насытит в засуху душу твою, и кости твои укрепит, и ты будешь как напоенный водою сад и как источник вод, чьи воды не иссякают»</w:t>
      </w:r>
      <w:r>
        <w:rPr>
          <w:rFonts w:ascii="Georgia" w:hAnsi="Georgia"/>
          <w:b w:val="0"/>
          <w:i w:val="0"/>
          <w:color w:val="000000"/>
          <w:sz w:val="24"/>
        </w:rPr>
        <w:t xml:space="preserve"> (Йешаяу 58:11). Ведь благодаря влаге из вод света, входящей в кости, «не иссякнут его воды», и он восстанет при воскрешении мертвых.</w:t>
      </w:r>
    </w:p>
    <w:p>
      <w:pPr>
        <w:spacing w:before="40" w:after="120"/>
        <w:jc w:val="both"/>
      </w:pPr>
      <w:r>
        <w:rPr>
          <w:rFonts w:ascii="Georgia" w:hAnsi="Georgia"/>
          <w:b w:val="0"/>
          <w:i w:val="0"/>
          <w:color w:val="000000"/>
          <w:sz w:val="24"/>
        </w:rPr>
        <w:t>И об этом же говорил Йехезкель о тех сухих костях, о которых сказали наши мудрецы: был один человек, который давал в рост и брал с процентами, и из-за этого иссохли его кости без единой живительной влаги заповеди, и он не восстал при воскрешении мертвых.</w:t>
      </w:r>
    </w:p>
    <w:p>
      <w:pPr>
        <w:spacing w:before="40" w:after="120"/>
        <w:jc w:val="both"/>
      </w:pPr>
      <w:r>
        <w:rPr>
          <w:rFonts w:ascii="Georgia" w:hAnsi="Georgia"/>
          <w:b w:val="0"/>
          <w:i w:val="0"/>
          <w:color w:val="000000"/>
          <w:sz w:val="24"/>
        </w:rPr>
        <w:t>И точно так же у семи мелахим: в них осталась малая часть духовности, чтобы оживить эти келим во время их воскрешения, то есть во время исправления Ацилута.</w:t>
      </w:r>
    </w:p>
    <w:p>
      <w:pPr>
        <w:spacing w:before="40" w:after="120"/>
        <w:jc w:val="both"/>
      </w:pPr>
      <w:r>
        <w:rPr>
          <w:rFonts w:ascii="Georgia" w:hAnsi="Georgia"/>
          <w:b w:val="0"/>
          <w:i w:val="0"/>
          <w:color w:val="000000"/>
          <w:sz w:val="24"/>
        </w:rPr>
        <w:t xml:space="preserve">И знай это общее правило: все, что есть в этом мире, устроено по образу того, что происходило с этими семью мелахим, и </w:t>
      </w:r>
      <w:r>
        <w:rPr>
          <w:rFonts w:ascii="Georgia" w:hAnsi="Georgia"/>
          <w:b w:val="0"/>
          <w:i/>
          <w:color w:val="000000"/>
          <w:sz w:val="24"/>
        </w:rPr>
        <w:t>«нет ничего нового под солнцем»</w:t>
      </w:r>
      <w:r>
        <w:rPr>
          <w:rFonts w:ascii="Georgia" w:hAnsi="Georgia"/>
          <w:b w:val="0"/>
          <w:i w:val="0"/>
          <w:color w:val="000000"/>
          <w:sz w:val="24"/>
        </w:rPr>
        <w:t xml:space="preserve"> (Коэлет 1:9). Смерть мелахим и их исправление — это их воскрешение из мертвых; и так же будет с низменными телами в этом мире в будущем.</w:t>
      </w:r>
    </w:p>
    <w:p>
      <w:pPr>
        <w:spacing w:before="40" w:after="120"/>
        <w:jc w:val="both"/>
      </w:pPr>
      <w:r>
        <w:rPr>
          <w:rFonts w:ascii="Georgia" w:hAnsi="Georgia"/>
          <w:b w:val="0"/>
          <w:i w:val="0"/>
          <w:color w:val="000000"/>
          <w:sz w:val="24"/>
        </w:rPr>
        <w:t>И та духовность, которая осталась в них и называется эвель де-гармей, — это искры высших светов, оставшиеся в тех мертвых келим. Сами же основы светов ушли наверх, а малая часть искр от них осталась в келим, чтобы оживить их во время исправления Ацилута.</w:t>
      </w:r>
    </w:p>
    <w:p>
      <w:pPr>
        <w:spacing w:before="40" w:after="120"/>
        <w:jc w:val="both"/>
      </w:pPr>
      <w:r>
        <w:rPr>
          <w:rFonts w:ascii="Georgia" w:hAnsi="Georgia"/>
          <w:b w:val="0"/>
          <w:i w:val="0"/>
          <w:color w:val="000000"/>
          <w:sz w:val="24"/>
        </w:rPr>
        <w:t xml:space="preserve">И число тех искр составило 288 искр. И в этом тайна стиха: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 это аспект мелахим, названных по имени Малхут де-АК, именуемой «землей Эдома», которые умерли, разбились и превратились в хаос и пустоту. И осталась малая часть искр, названная [в стихе]: </w:t>
      </w:r>
      <w:r>
        <w:rPr>
          <w:rFonts w:ascii="Georgia" w:hAnsi="Georgia"/>
          <w:b w:val="0"/>
          <w:i/>
          <w:color w:val="000000"/>
          <w:sz w:val="24"/>
        </w:rPr>
        <w:t>«И дух Б-жий витал над водою»</w:t>
      </w:r>
      <w:r>
        <w:rPr>
          <w:rFonts w:ascii="Georgia" w:hAnsi="Georgia"/>
          <w:b w:val="0"/>
          <w:i w:val="0"/>
          <w:color w:val="000000"/>
          <w:sz w:val="24"/>
        </w:rPr>
        <w:t xml:space="preserve"> (Берешит 1:2); и слово «витал» (</w:t>
      </w:r>
      <w:r>
        <w:rPr>
          <w:rFonts w:ascii="Georgia" w:hAnsi="Georgia"/>
          <w:b w:val="0"/>
          <w:i/>
          <w:color w:val="000000"/>
          <w:sz w:val="24"/>
        </w:rPr>
        <w:t>мерахефет</w:t>
      </w:r>
      <w:r>
        <w:rPr>
          <w:rFonts w:ascii="Georgia" w:hAnsi="Georgia"/>
          <w:b w:val="0"/>
          <w:i w:val="0"/>
          <w:color w:val="000000"/>
          <w:sz w:val="24"/>
        </w:rPr>
        <w:t xml:space="preserve">, </w:t>
      </w:r>
      <w:r>
        <w:rPr>
          <w:rFonts w:ascii="Georgia" w:hAnsi="Georgia" w:cs="Times New Roman"/>
          <w:b/>
          <w:i w:val="0"/>
          <w:color w:val="000000"/>
          <w:sz w:val="24"/>
          <w:rtl/>
          <w:szCs w:val="32"/>
        </w:rPr>
        <w:t>מְרַחֶפֶת</w:t>
      </w:r>
      <w:r>
        <w:rPr>
          <w:rFonts w:ascii="Georgia" w:hAnsi="Georgia"/>
          <w:b w:val="0"/>
          <w:i w:val="0"/>
          <w:color w:val="000000"/>
          <w:sz w:val="24"/>
        </w:rPr>
        <w:t xml:space="preserve">) состоит из букв </w:t>
      </w:r>
      <w:r>
        <w:rPr>
          <w:rFonts w:ascii="Georgia" w:hAnsi="Georgia"/>
          <w:b w:val="0"/>
          <w:i/>
          <w:color w:val="000000"/>
          <w:sz w:val="24"/>
        </w:rPr>
        <w:t>мет</w:t>
      </w:r>
      <w:r>
        <w:rPr>
          <w:rFonts w:ascii="Georgia" w:hAnsi="Georgia"/>
          <w:b w:val="0"/>
          <w:i w:val="0"/>
          <w:color w:val="000000"/>
          <w:sz w:val="24"/>
        </w:rPr>
        <w:t xml:space="preserve"> (</w:t>
      </w:r>
      <w:r>
        <w:rPr>
          <w:rFonts w:ascii="Georgia" w:hAnsi="Georgia" w:cs="Times New Roman"/>
          <w:b/>
          <w:i w:val="0"/>
          <w:color w:val="000000"/>
          <w:sz w:val="24"/>
          <w:rtl/>
          <w:szCs w:val="32"/>
        </w:rPr>
        <w:t>מֵת</w:t>
      </w:r>
      <w:r>
        <w:rPr>
          <w:rFonts w:ascii="Georgia" w:hAnsi="Georgia"/>
          <w:b w:val="0"/>
          <w:i w:val="0"/>
          <w:color w:val="000000"/>
          <w:sz w:val="24"/>
        </w:rPr>
        <w:t xml:space="preserve"> — «мертвый») и числа 288 (</w:t>
      </w:r>
      <w:r>
        <w:rPr>
          <w:rFonts w:ascii="Georgia" w:hAnsi="Georgia" w:cs="Times New Roman"/>
          <w:b/>
          <w:i w:val="0"/>
          <w:color w:val="000000"/>
          <w:sz w:val="24"/>
          <w:rtl/>
          <w:szCs w:val="32"/>
        </w:rPr>
        <w:t>רפ״ח</w:t>
      </w:r>
      <w:r>
        <w:rPr>
          <w:rFonts w:ascii="Georgia" w:hAnsi="Georgia"/>
          <w:b w:val="0"/>
          <w:i w:val="0"/>
          <w:color w:val="000000"/>
          <w:sz w:val="24"/>
        </w:rPr>
        <w:t>), поскольку эти 288 искр находились внутри упомянутых мертвых [келим].</w:t>
      </w:r>
    </w:p>
    <w:p>
      <w:pPr>
        <w:spacing w:before="40" w:after="120"/>
        <w:jc w:val="both"/>
      </w:pPr>
      <w:r>
        <w:rPr>
          <w:rFonts w:ascii="Georgia" w:hAnsi="Georgia"/>
          <w:b w:val="0"/>
          <w:i w:val="0"/>
          <w:color w:val="000000"/>
          <w:sz w:val="24"/>
        </w:rPr>
        <w:t>И понятно, что отборный свет поднялся наверх, а худшая часть из них — это те самые искры, которые остались внутри келим, как сказано выше, которые представляют собой абсолютные суды, как будет сказано.</w:t>
      </w:r>
    </w:p>
    <w:p>
      <w:pPr>
        <w:spacing w:before="40" w:after="120"/>
        <w:jc w:val="both"/>
      </w:pPr>
      <w:r>
        <w:rPr>
          <w:rFonts w:ascii="Georgia" w:hAnsi="Georgia"/>
          <w:b w:val="0"/>
          <w:i w:val="0"/>
          <w:color w:val="000000"/>
          <w:sz w:val="24"/>
        </w:rPr>
        <w:t>Поэтому сначала разберем порядок светов, ступеней и их достоинство — одна выше другой.</w:t>
      </w:r>
    </w:p>
    <w:p>
      <w:pPr>
        <w:spacing w:before="40" w:after="120"/>
        <w:jc w:val="both"/>
      </w:pPr>
      <w:r>
        <w:rPr>
          <w:rFonts w:ascii="Georgia" w:hAnsi="Georgia"/>
          <w:b w:val="0"/>
          <w:i w:val="0"/>
          <w:color w:val="000000"/>
          <w:sz w:val="24"/>
        </w:rPr>
        <w:t>Известно, что все света Ацилута представляют собой имена АВАЯ. И известно, что существуют четыре вида имени АВАЯ:</w:t>
      </w:r>
    </w:p>
    <w:p>
      <w:pPr>
        <w:pStyle w:val="ListBullet"/>
        <w:spacing w:before="20" w:after="40"/>
      </w:pPr>
      <w:r>
        <w:rPr>
          <w:rFonts w:ascii="Georgia" w:hAnsi="Georgia"/>
          <w:b w:val="0"/>
          <w:i w:val="0"/>
          <w:color w:val="000000"/>
          <w:sz w:val="24"/>
        </w:rPr>
        <w:t xml:space="preserve">либо АВАЯ с буквенным наполнением (милуй) через букву йод, то есть АБ (72):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либо АВАЯ имени САГ (63): </w:t>
      </w:r>
      <w:r>
        <w:rPr>
          <w:rFonts w:ascii="Georgia" w:hAnsi="Georgia" w:cs="Times New Roman"/>
          <w:b/>
          <w:i w:val="0"/>
          <w:color w:val="000000"/>
          <w:sz w:val="24"/>
          <w:rtl/>
          <w:szCs w:val="32"/>
        </w:rPr>
        <w:t>יו״ד ה״י וא״ו ה״י</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либо АВАЯ имени МА (45):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либо АВАЯ имени БОН (52): </w:t>
      </w:r>
      <w:r>
        <w:rPr>
          <w:rFonts w:ascii="Georgia" w:hAnsi="Georgia" w:cs="Times New Roman"/>
          <w:b/>
          <w:i w:val="0"/>
          <w:color w:val="000000"/>
          <w:sz w:val="24"/>
          <w:rtl/>
          <w:szCs w:val="32"/>
        </w:rPr>
        <w:t>יו״ד ה״ה ו״ו ה״ה</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разберем имя АВАЯ де-АБ, а из него станут понятны и остальные имена АВАЯ.</w:t>
      </w:r>
    </w:p>
    <w:p>
      <w:pPr>
        <w:spacing w:before="40" w:after="120"/>
        <w:jc w:val="both"/>
      </w:pPr>
      <w:r>
        <w:rPr>
          <w:rFonts w:ascii="Georgia" w:hAnsi="Georgia"/>
          <w:b w:val="0"/>
          <w:i w:val="0"/>
          <w:color w:val="000000"/>
          <w:sz w:val="24"/>
        </w:rPr>
        <w:t>Очевидно, что корень и основа светов — это четыре простые буквы АВАЯ, без наполнителей, представляющие собой суть света. И это [справедливо], когда буквы пребывают именно в своей [собственной] форме. Однако есть и другой аспект — когда они рассматриваются со стороны числа и счета. Например, если мы говорим, что числовое значение четырех букв АВАЯ равно 26 (</w:t>
      </w:r>
      <w:r>
        <w:rPr>
          <w:rFonts w:ascii="Georgia" w:hAnsi="Georgia" w:cs="Times New Roman"/>
          <w:b/>
          <w:i w:val="0"/>
          <w:color w:val="000000"/>
          <w:sz w:val="24"/>
          <w:rtl/>
          <w:szCs w:val="32"/>
        </w:rPr>
        <w:t>כ״ו</w:t>
      </w:r>
      <w:r>
        <w:rPr>
          <w:rFonts w:ascii="Georgia" w:hAnsi="Georgia"/>
          <w:b w:val="0"/>
          <w:i w:val="0"/>
          <w:color w:val="000000"/>
          <w:sz w:val="24"/>
        </w:rPr>
        <w:t>). И нет сомнения, что сама форма букв — более глубокий корень и основа света, чем их число и счет.</w:t>
      </w:r>
    </w:p>
    <w:p>
      <w:pPr>
        <w:spacing w:before="40" w:after="120"/>
        <w:jc w:val="both"/>
      </w:pPr>
      <w:r>
        <w:rPr>
          <w:rFonts w:ascii="Georgia" w:hAnsi="Georgia"/>
          <w:b w:val="0"/>
          <w:i w:val="0"/>
          <w:color w:val="000000"/>
          <w:sz w:val="24"/>
        </w:rPr>
        <w:t>И все это относится к лицевой стороне (паним), но в них есть также аспект обратной стороны (ахораим) светов. И в них также имеются два упомянутых аспекта: либо форма букв как таковых, либо их число.</w:t>
      </w:r>
    </w:p>
    <w:p>
      <w:pPr>
        <w:spacing w:before="40" w:after="120"/>
        <w:jc w:val="both"/>
      </w:pPr>
      <w:r>
        <w:rPr>
          <w:rFonts w:ascii="Georgia" w:hAnsi="Georgia"/>
          <w:b w:val="0"/>
          <w:i w:val="0"/>
          <w:color w:val="000000"/>
          <w:sz w:val="24"/>
        </w:rPr>
        <w:t>Есть и еще один аспект: четыре буквы Имени в их наполнении (милуй). В этом состоянии они относятся к судам, ведь слово «наполнение» (</w:t>
      </w:r>
      <w:r>
        <w:rPr>
          <w:rFonts w:ascii="Georgia" w:hAnsi="Georgia"/>
          <w:b w:val="0"/>
          <w:i/>
          <w:color w:val="000000"/>
          <w:sz w:val="24"/>
        </w:rPr>
        <w:t>милуй</w:t>
      </w:r>
      <w:r>
        <w:rPr>
          <w:rFonts w:ascii="Georgia" w:hAnsi="Georgia"/>
          <w:b w:val="0"/>
          <w:i w:val="0"/>
          <w:color w:val="000000"/>
          <w:sz w:val="24"/>
        </w:rPr>
        <w:t xml:space="preserve">, </w:t>
      </w:r>
      <w:r>
        <w:rPr>
          <w:rFonts w:ascii="Georgia" w:hAnsi="Georgia" w:cs="Times New Roman"/>
          <w:b/>
          <w:i w:val="0"/>
          <w:color w:val="000000"/>
          <w:sz w:val="24"/>
          <w:rtl/>
          <w:szCs w:val="32"/>
        </w:rPr>
        <w:t>מִלּוּי</w:t>
      </w:r>
      <w:r>
        <w:rPr>
          <w:rFonts w:ascii="Georgia" w:hAnsi="Georgia"/>
          <w:b w:val="0"/>
          <w:i w:val="0"/>
          <w:color w:val="000000"/>
          <w:sz w:val="24"/>
        </w:rPr>
        <w:t>) по гематрии равно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Кроме того, корень АВАЯ — это сами четыре буквы, тогда как их наполнение — это раскрытие АВАЯ и выход ее светов наружу.</w:t>
      </w:r>
    </w:p>
    <w:p>
      <w:pPr>
        <w:spacing w:before="40" w:after="120"/>
        <w:jc w:val="both"/>
      </w:pPr>
      <w:r>
        <w:rPr>
          <w:rFonts w:ascii="Georgia" w:hAnsi="Georgia"/>
          <w:b w:val="0"/>
          <w:i w:val="0"/>
          <w:color w:val="000000"/>
          <w:sz w:val="24"/>
        </w:rPr>
        <w:t>И на уровне наполнения также различаются сами буквы и их число. И подобным же образом существует бесчисленное множество уровней: в наполнении, в наполнении наполнения (милуй де-милуй) и так далее до бесконечности.</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Кратко разберем порядок их ступеней по их достоинству — одна выше другой:</w:t>
      </w:r>
    </w:p>
    <w:p>
      <w:pPr>
        <w:spacing w:before="40" w:after="120"/>
        <w:jc w:val="both"/>
      </w:pPr>
      <w:r>
        <w:rPr>
          <w:rFonts w:ascii="Georgia" w:hAnsi="Georgia"/>
          <w:b w:val="0"/>
          <w:i w:val="0"/>
          <w:color w:val="000000"/>
          <w:sz w:val="24"/>
        </w:rPr>
        <w:t>1) Ступень 1: основа и корень всего — это сами буквы АВАЯ в своей форме.</w:t>
      </w:r>
    </w:p>
    <w:p>
      <w:pPr>
        <w:spacing w:before="40" w:after="120"/>
        <w:jc w:val="both"/>
      </w:pPr>
      <w:r>
        <w:rPr>
          <w:rFonts w:ascii="Georgia" w:hAnsi="Georgia"/>
          <w:b w:val="0"/>
          <w:i w:val="0"/>
          <w:color w:val="000000"/>
          <w:sz w:val="24"/>
        </w:rPr>
        <w:t xml:space="preserve">2) Ступень 2: их обратная сторона (ахораим) в аспекте их сути и формы, в таком виде: </w:t>
      </w:r>
      <w:r>
        <w:rPr>
          <w:rFonts w:ascii="Georgia" w:hAnsi="Georgia" w:cs="Times New Roman"/>
          <w:b/>
          <w:i w:val="0"/>
          <w:color w:val="000000"/>
          <w:sz w:val="24"/>
          <w:rtl/>
          <w:szCs w:val="32"/>
        </w:rPr>
        <w:t>י׳ י״ה יה״ו יהו״ה</w:t>
      </w:r>
      <w:r>
        <w:rPr>
          <w:rFonts w:ascii="Georgia" w:hAnsi="Georgia"/>
          <w:b w:val="0"/>
          <w:i w:val="0"/>
          <w:color w:val="000000"/>
          <w:sz w:val="24"/>
        </w:rPr>
        <w:t>, и это 10 букв.</w:t>
      </w:r>
    </w:p>
    <w:p>
      <w:pPr>
        <w:spacing w:before="40" w:after="120"/>
        <w:jc w:val="both"/>
      </w:pPr>
      <w:r>
        <w:rPr>
          <w:rFonts w:ascii="Georgia" w:hAnsi="Georgia"/>
          <w:b w:val="0"/>
          <w:i w:val="0"/>
          <w:color w:val="000000"/>
          <w:sz w:val="24"/>
        </w:rPr>
        <w:t>3) Ступень 3: число и счет четырех букв лицевой стороны (паним), то есть АВАЯ, числовое значение которых — 26 (</w:t>
      </w:r>
      <w:r>
        <w:rPr>
          <w:rFonts w:ascii="Georgia" w:hAnsi="Georgia" w:cs="Times New Roman"/>
          <w:b/>
          <w:i w:val="0"/>
          <w:color w:val="000000"/>
          <w:sz w:val="24"/>
          <w:rtl/>
          <w:szCs w:val="32"/>
        </w:rPr>
        <w:t>כ״ו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4) Ступень 4: число и счет десяти букв обратной стороны (ахораим), числовое значение которых — 72 (АБ,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5) Ступень 5: наполнение (милуй) Имени, называемое лицевой стороной (паним); это 10 букв: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в самой их форме.</w:t>
      </w:r>
    </w:p>
    <w:p>
      <w:pPr>
        <w:spacing w:before="40" w:after="120"/>
        <w:jc w:val="both"/>
      </w:pPr>
      <w:r>
        <w:rPr>
          <w:rFonts w:ascii="Georgia" w:hAnsi="Georgia"/>
          <w:b w:val="0"/>
          <w:i w:val="0"/>
          <w:color w:val="000000"/>
          <w:sz w:val="24"/>
        </w:rPr>
        <w:t xml:space="preserve">6) Ступень 6: обратная сторона (ахор) этого наполнения в аспекте букв в их форме, а не по их счету; это 26 букв: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יו״ד ה״י</w:t>
      </w:r>
      <w:r>
        <w:rPr>
          <w:rFonts w:ascii="Georgia" w:hAnsi="Georgia"/>
          <w:b w:val="0"/>
          <w:i w:val="0"/>
          <w:color w:val="000000"/>
          <w:sz w:val="24"/>
        </w:rPr>
        <w:t xml:space="preserve">. </w:t>
      </w:r>
      <w:r>
        <w:rPr>
          <w:rFonts w:ascii="Georgia" w:hAnsi="Georgia" w:cs="Times New Roman"/>
          <w:b/>
          <w:i w:val="0"/>
          <w:color w:val="000000"/>
          <w:sz w:val="24"/>
          <w:rtl/>
          <w:szCs w:val="32"/>
        </w:rPr>
        <w:t>יו״ד ה״י וי״ו</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7) Ступень 7: число и счет десяти букв наполнения, числовое значение которых — 72 (АБ,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8) Ступень 8: число и счет 26 букв обратной стороны наполнения, что составляет 184 (</w:t>
      </w:r>
      <w:r>
        <w:rPr>
          <w:rFonts w:ascii="Georgia" w:hAnsi="Georgia" w:cs="Times New Roman"/>
          <w:b/>
          <w:i w:val="0"/>
          <w:color w:val="000000"/>
          <w:sz w:val="24"/>
          <w:rtl/>
          <w:szCs w:val="32"/>
        </w:rPr>
        <w:t>קפ״ד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9) Ступень 9: 28 букв наполнения наполнения (милуй де-милуй), называемого лицевой стороной (паним), в таком виде: </w:t>
      </w:r>
      <w:r>
        <w:rPr>
          <w:rFonts w:ascii="Georgia" w:hAnsi="Georgia" w:cs="Times New Roman"/>
          <w:b/>
          <w:i w:val="0"/>
          <w:color w:val="000000"/>
          <w:sz w:val="24"/>
          <w:rtl/>
          <w:szCs w:val="32"/>
        </w:rPr>
        <w:t>יו״ד וי״ו דל״ת</w:t>
      </w:r>
      <w:r>
        <w:rPr>
          <w:rFonts w:ascii="Georgia" w:hAnsi="Georgia"/>
          <w:b w:val="0"/>
          <w:i w:val="0"/>
          <w:color w:val="000000"/>
          <w:sz w:val="24"/>
        </w:rPr>
        <w:t xml:space="preserve">. </w:t>
      </w:r>
      <w:r>
        <w:rPr>
          <w:rFonts w:ascii="Georgia" w:hAnsi="Georgia" w:cs="Times New Roman"/>
          <w:b/>
          <w:i w:val="0"/>
          <w:color w:val="000000"/>
          <w:sz w:val="24"/>
          <w:rtl/>
          <w:szCs w:val="32"/>
        </w:rPr>
        <w:t>ה״י יו״ד</w:t>
      </w:r>
      <w:r>
        <w:rPr>
          <w:rFonts w:ascii="Georgia" w:hAnsi="Georgia"/>
          <w:b w:val="0"/>
          <w:i w:val="0"/>
          <w:color w:val="000000"/>
          <w:sz w:val="24"/>
        </w:rPr>
        <w:t xml:space="preserve">. </w:t>
      </w:r>
      <w:r>
        <w:rPr>
          <w:rFonts w:ascii="Georgia" w:hAnsi="Georgia" w:cs="Times New Roman"/>
          <w:b/>
          <w:i w:val="0"/>
          <w:color w:val="000000"/>
          <w:sz w:val="24"/>
          <w:rtl/>
          <w:szCs w:val="32"/>
        </w:rPr>
        <w:t>וי״ו יו״ד וי״ו</w:t>
      </w:r>
      <w:r>
        <w:rPr>
          <w:rFonts w:ascii="Georgia" w:hAnsi="Georgia"/>
          <w:b w:val="0"/>
          <w:i w:val="0"/>
          <w:color w:val="000000"/>
          <w:sz w:val="24"/>
        </w:rPr>
        <w:t xml:space="preserve">. </w:t>
      </w:r>
      <w:r>
        <w:rPr>
          <w:rFonts w:ascii="Georgia" w:hAnsi="Georgia" w:cs="Times New Roman"/>
          <w:b/>
          <w:i w:val="0"/>
          <w:color w:val="000000"/>
          <w:sz w:val="24"/>
          <w:rtl/>
          <w:szCs w:val="32"/>
        </w:rPr>
        <w:t>ה״י יו״ד</w:t>
      </w:r>
      <w:r>
        <w:rPr>
          <w:rFonts w:ascii="Georgia" w:hAnsi="Georgia"/>
          <w:b w:val="0"/>
          <w:i w:val="0"/>
          <w:color w:val="000000"/>
          <w:sz w:val="24"/>
        </w:rPr>
        <w:t>.</w:t>
      </w:r>
    </w:p>
    <w:p>
      <w:pPr>
        <w:spacing w:before="40" w:after="120"/>
        <w:jc w:val="both"/>
      </w:pPr>
      <w:r>
        <w:rPr>
          <w:rFonts w:ascii="Georgia" w:hAnsi="Georgia"/>
          <w:b w:val="0"/>
          <w:i w:val="0"/>
          <w:color w:val="000000"/>
          <w:sz w:val="24"/>
        </w:rPr>
        <w:t>10) Ступень 10: обратная сторона наполнения наполнения; это 156 (</w:t>
      </w:r>
      <w:r>
        <w:rPr>
          <w:rFonts w:ascii="Georgia" w:hAnsi="Georgia" w:cs="Times New Roman"/>
          <w:b/>
          <w:i w:val="0"/>
          <w:color w:val="000000"/>
          <w:sz w:val="24"/>
          <w:rtl/>
          <w:szCs w:val="32"/>
        </w:rPr>
        <w:t>קנ״ו</w:t>
      </w:r>
      <w:r>
        <w:rPr>
          <w:rFonts w:ascii="Georgia" w:hAnsi="Georgia"/>
          <w:b w:val="0"/>
          <w:i w:val="0"/>
          <w:color w:val="000000"/>
          <w:sz w:val="24"/>
        </w:rPr>
        <w:t xml:space="preserve">) букв, в таком виде: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יו״ד וי״ו</w:t>
      </w:r>
      <w:r>
        <w:rPr>
          <w:rFonts w:ascii="Georgia" w:hAnsi="Georgia"/>
          <w:b w:val="0"/>
          <w:i w:val="0"/>
          <w:color w:val="000000"/>
          <w:sz w:val="24"/>
        </w:rPr>
        <w:t xml:space="preserve">. </w:t>
      </w:r>
      <w:r>
        <w:rPr>
          <w:rFonts w:ascii="Georgia" w:hAnsi="Georgia" w:cs="Times New Roman"/>
          <w:b/>
          <w:i w:val="0"/>
          <w:color w:val="000000"/>
          <w:sz w:val="24"/>
          <w:rtl/>
          <w:szCs w:val="32"/>
        </w:rPr>
        <w:t>יו״ד וי״ו דל״ת</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 וי״ו</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 וי״ו יו״ד</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 וי״ו יו״ד וי״ו</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 וי״ו יו״ד וי״ו ה״י</w:t>
      </w:r>
      <w:r>
        <w:rPr>
          <w:rFonts w:ascii="Georgia" w:hAnsi="Georgia"/>
          <w:b w:val="0"/>
          <w:i w:val="0"/>
          <w:color w:val="000000"/>
          <w:sz w:val="24"/>
        </w:rPr>
        <w:t xml:space="preserve">. </w:t>
      </w:r>
      <w:r>
        <w:rPr>
          <w:rFonts w:ascii="Georgia" w:hAnsi="Georgia" w:cs="Times New Roman"/>
          <w:b/>
          <w:i w:val="0"/>
          <w:color w:val="000000"/>
          <w:sz w:val="24"/>
          <w:rtl/>
          <w:szCs w:val="32"/>
        </w:rPr>
        <w:t>יו״ד וי״ו דל״ת ה״י יו״ד וי״ו יו״ד וי״ו ה״י יו״ד</w:t>
      </w:r>
      <w:r>
        <w:rPr>
          <w:rFonts w:ascii="Georgia" w:hAnsi="Georgia"/>
          <w:b w:val="0"/>
          <w:i w:val="0"/>
          <w:color w:val="000000"/>
          <w:sz w:val="24"/>
        </w:rPr>
        <w:t>.</w:t>
      </w:r>
    </w:p>
    <w:p>
      <w:pPr>
        <w:spacing w:before="40" w:after="120"/>
        <w:jc w:val="both"/>
      </w:pPr>
      <w:r>
        <w:rPr>
          <w:rFonts w:ascii="Georgia" w:hAnsi="Georgia"/>
          <w:b w:val="0"/>
          <w:i w:val="0"/>
          <w:color w:val="000000"/>
          <w:sz w:val="24"/>
        </w:rPr>
        <w:t>11) Ступень 11: число и счет 28 букв наполнения наполнения лицевой стороны.</w:t>
      </w:r>
    </w:p>
    <w:p>
      <w:pPr>
        <w:spacing w:before="40" w:after="120"/>
        <w:jc w:val="both"/>
      </w:pPr>
      <w:r>
        <w:rPr>
          <w:rFonts w:ascii="Georgia" w:hAnsi="Georgia"/>
          <w:b w:val="0"/>
          <w:i w:val="0"/>
          <w:color w:val="000000"/>
          <w:sz w:val="24"/>
        </w:rPr>
        <w:t>12) Ступень 12: число и счет 156 букв обратной стороны наполнения наполнения.</w:t>
      </w:r>
    </w:p>
    <w:p>
      <w:pPr>
        <w:spacing w:before="40" w:after="120"/>
        <w:jc w:val="both"/>
      </w:pPr>
      <w:r>
        <w:rPr>
          <w:rFonts w:ascii="Georgia" w:hAnsi="Georgia"/>
          <w:b w:val="0"/>
          <w:i w:val="0"/>
          <w:color w:val="000000"/>
          <w:sz w:val="24"/>
        </w:rPr>
        <w:t>И так можно продолжать до тысяч тысяч бесчисленных ступеней подобным же образом.</w:t>
      </w:r>
    </w:p>
    <w:p>
      <w:pPr>
        <w:spacing w:before="40" w:after="120"/>
        <w:jc w:val="both"/>
      </w:pPr>
      <w:r>
        <w:rPr>
          <w:rFonts w:ascii="Georgia" w:hAnsi="Georgia"/>
          <w:b w:val="0"/>
          <w:i w:val="0"/>
          <w:color w:val="000000"/>
          <w:sz w:val="24"/>
        </w:rPr>
        <w:t>И все это мы объяснили для имени АВАЯ де-АБ; и точно так же — для имен АВАЯ де-САГ, АВАЯ де-МА и АВАЯ де-БОН, а также для всех [священных] Имен и их эпитетов в мире.</w:t>
      </w:r>
    </w:p>
    <w:p>
      <w:pPr>
        <w:spacing w:before="40" w:after="120"/>
        <w:jc w:val="both"/>
      </w:pPr>
      <w:r>
        <w:rPr>
          <w:rFonts w:ascii="Georgia" w:hAnsi="Georgia"/>
          <w:b w:val="0"/>
          <w:i w:val="0"/>
          <w:color w:val="000000"/>
          <w:sz w:val="24"/>
        </w:rPr>
        <w:t>И каждая ступень, предшествующая другой, выше ее по достоинству, и свет ее больше, чем свет ступени, находящейся под ней. И раз так, когда искры опускались, то в келим, несомненно, остались самые нижние из них, как сказано выше.</w:t>
      </w:r>
    </w:p>
    <w:p>
      <w:pPr>
        <w:spacing w:before="40" w:after="120"/>
        <w:jc w:val="both"/>
      </w:pPr>
      <w:r>
        <w:rPr>
          <w:rFonts w:ascii="Georgia" w:hAnsi="Georgia"/>
          <w:b w:val="0"/>
          <w:i w:val="0"/>
          <w:color w:val="000000"/>
          <w:sz w:val="24"/>
        </w:rPr>
        <w:t>И знай, что не все эти аспекты равны: имя АБ выше всех по достоинству, ступенью ниже его — имя САГ, ступенью ниже — имя МА, и под ним по ступени — имя БОН. И ясно, что от каждого из этих четырех имен АВАЯ опускаются искры, чтобы оживлять келим: искры имен АВАЯ де-АБ опустились в келим де-АБ, искры де-САГ опустились в келим де-САГ и так далее. Ведь нет силы у искр одного имени АВАЯ оживлять келим другого имени АВАЯ. Поэтому не все искры опустились из имени БОН, низшего из всех, чтобы оживлять келим, но от каждого имени АВАЯ опустились искры, чтобы оживлять именно свои келим. Однако то, что опустилось от АВАЯ де-АБ, было наименее возвышенными искрами из всех, что есть в имени АБ; и точно так же искры, опустившиеся от имени САГ, были наименее возвышенными из всех в имени САГ, дабы оживлять свои келим; и подобным же образом — в остальных келим.</w:t>
      </w:r>
    </w:p>
    <w:p>
      <w:pPr>
        <w:spacing w:before="40" w:after="120"/>
        <w:jc w:val="both"/>
      </w:pPr>
      <w:r>
        <w:rPr>
          <w:rFonts w:ascii="Georgia" w:hAnsi="Georgia"/>
          <w:b w:val="0"/>
          <w:i w:val="0"/>
          <w:color w:val="000000"/>
          <w:sz w:val="24"/>
        </w:rPr>
        <w:t>Тебе также нужно знать: число искр, опустившихся от каждого из этих четырех имен АВАЯ, неодинаково. Поскольку имя АБ — высшее из всех, в нем не было столь большого разбиения, как в САГ; и подобным образом — в остальных. И несомненно, что от имени БОН опустилось больше искр, чем от всех прочих; от МА — меньше, чем от БОН; от САГ — меньше, чем от МА; а от АБ — меньше, чем от САГ.</w:t>
      </w:r>
    </w:p>
    <w:p>
      <w:pPr>
        <w:spacing w:before="40" w:after="120"/>
        <w:jc w:val="both"/>
      </w:pPr>
      <w:r>
        <w:rPr>
          <w:rFonts w:ascii="Georgia" w:hAnsi="Georgia"/>
          <w:b w:val="0"/>
          <w:i w:val="0"/>
          <w:color w:val="000000"/>
          <w:sz w:val="24"/>
        </w:rPr>
        <w:t>И прежде чем мы объясним число искр каждого из них, нам нужно сначала привести одно предварительное замечание:</w:t>
      </w:r>
    </w:p>
    <w:p>
      <w:pPr>
        <w:spacing w:before="40" w:after="120"/>
        <w:jc w:val="both"/>
      </w:pPr>
      <w:r>
        <w:rPr>
          <w:rFonts w:ascii="Georgia" w:hAnsi="Georgia"/>
          <w:b w:val="0"/>
          <w:i w:val="0"/>
          <w:color w:val="000000"/>
          <w:sz w:val="24"/>
        </w:rPr>
        <w:t>Знай: когда десять точек вышли из никвей эйнаим АК, как известно, они при своем выходе оставили след в мире Ацилут. А именно: из их точки Кетера впоследствии, при исправлении мира Ацилут, образовался парцуф Арих Анпин (АА); из точек Хохмы и Бины (ХУБ) образовались два парцуфа Аба ве-Има; из [точек] от Хеседа до Есода, составляющих шесть сфирот, образовался парцуф ЗА; а из десятой точки образовался парцуф Нуквы де-ЗА. Однако затем, во время исправления, когда они облачились друг в друга, как подробно описано выше, они расположились не на своих первоначальных местах, но иначе.</w:t>
      </w:r>
    </w:p>
    <w:p>
      <w:pPr>
        <w:spacing w:before="40" w:after="120"/>
        <w:jc w:val="both"/>
      </w:pPr>
      <w:r>
        <w:rPr>
          <w:rFonts w:ascii="Georgia" w:hAnsi="Georgia"/>
          <w:b w:val="0"/>
          <w:i w:val="0"/>
          <w:color w:val="000000"/>
          <w:sz w:val="24"/>
        </w:rPr>
        <w:t>А именно: известно, что АА распространяется до самого завершения Ацилута. Казалось бы, Аба ве-Има должны были находиться наверху, на месте ХУБ де-АА, ведь они и есть ХУБ! Но вышло не так: они облачили Хесед и Гвуру де-АА.</w:t>
      </w:r>
    </w:p>
    <w:p>
      <w:pPr>
        <w:spacing w:before="40" w:after="120"/>
        <w:jc w:val="both"/>
      </w:pPr>
      <w:r>
        <w:rPr>
          <w:rFonts w:ascii="Georgia" w:hAnsi="Georgia"/>
          <w:b w:val="0"/>
          <w:i w:val="0"/>
          <w:color w:val="000000"/>
          <w:sz w:val="24"/>
        </w:rPr>
        <w:t>И точно так же следовало бы ожидать, что ЗА, чья суть — шесть концов (ВАК), от Хеседа до Есода, облачит ВАК де-АА; однако вышло не так: он облачает [АА] лишь от половины Тиферет де-АА и ниже, как сказано выше.</w:t>
      </w:r>
    </w:p>
    <w:p>
      <w:pPr>
        <w:spacing w:before="40" w:after="120"/>
        <w:jc w:val="both"/>
      </w:pPr>
      <w:r>
        <w:rPr>
          <w:rFonts w:ascii="Georgia" w:hAnsi="Georgia"/>
          <w:b w:val="0"/>
          <w:i w:val="0"/>
          <w:color w:val="000000"/>
          <w:sz w:val="24"/>
        </w:rPr>
        <w:t>Нуква же де-ЗА осталась на своем исходном месте: она облачает Малхут де-АА.</w:t>
      </w:r>
    </w:p>
    <w:p>
      <w:pPr>
        <w:spacing w:before="40" w:after="120"/>
        <w:jc w:val="both"/>
      </w:pPr>
      <w:r>
        <w:rPr>
          <w:rFonts w:ascii="Georgia" w:hAnsi="Georgia"/>
          <w:b w:val="0"/>
          <w:i w:val="0"/>
          <w:color w:val="000000"/>
          <w:sz w:val="24"/>
        </w:rPr>
        <w:t>Общий вывод из всего этого таков: имя АБ, чье место в Хохме, и имя САГ, чье место в Бине, опустились вниз и облачили лишь Хесед и Гвуру де-АА. И оказывается, что имя АБ находится в Хеседе, — и потому слово Хесед (</w:t>
      </w:r>
      <w:r>
        <w:rPr>
          <w:rFonts w:ascii="Georgia" w:hAnsi="Georgia" w:cs="Times New Roman"/>
          <w:b/>
          <w:i w:val="0"/>
          <w:color w:val="000000"/>
          <w:sz w:val="24"/>
          <w:rtl/>
          <w:szCs w:val="32"/>
        </w:rPr>
        <w:t>חֶסֶד</w:t>
      </w:r>
      <w:r>
        <w:rPr>
          <w:rFonts w:ascii="Georgia" w:hAnsi="Georgia"/>
          <w:b w:val="0"/>
          <w:i w:val="0"/>
          <w:color w:val="000000"/>
          <w:sz w:val="24"/>
        </w:rPr>
        <w:t xml:space="preserve"> = 72) по гематрии равно АБ (72); имя САГ — в Гвуре; а имя МА — лишь в половине Тиферет и НЕХИ, хотя оно и включает в себя полные шесть концов (ВАК). Вот каким образом ЗА, будучи шестью концами (ВАК) Ацилута, представляющими собой имя МА, расположен там, в половине Тиферет де-АА (и тем не менее по причине величия Ацилута для него достаточно того, что весь аспект имени МА был помещен лишь в половине Тиферет де-АА и в НЕХИ, тогда как имя БОН находится в одной только Малхут).</w:t>
      </w:r>
    </w:p>
    <w:p>
      <w:pPr>
        <w:spacing w:before="40" w:after="120"/>
        <w:jc w:val="both"/>
      </w:pPr>
      <w:r>
        <w:rPr>
          <w:rFonts w:ascii="Georgia" w:hAnsi="Georgia"/>
          <w:b w:val="0"/>
          <w:i w:val="0"/>
          <w:color w:val="000000"/>
          <w:sz w:val="24"/>
        </w:rPr>
        <w:t>Итак, мы объяснили, как все четыре имени АВАЯ: АБ, САГ, МА и БОН — находятся исключительно в семи нижних сфирот (ЗАТ) де-АА.</w:t>
      </w:r>
    </w:p>
    <w:p>
      <w:pPr>
        <w:spacing w:before="40" w:after="120"/>
        <w:jc w:val="both"/>
      </w:pPr>
      <w:r>
        <w:rPr>
          <w:rFonts w:ascii="Georgia" w:hAnsi="Georgia"/>
          <w:b w:val="0"/>
          <w:i w:val="0"/>
          <w:color w:val="000000"/>
          <w:sz w:val="24"/>
        </w:rPr>
        <w:t>Это первое предисловие разъяснено. Теперь разберем их порядок:</w:t>
      </w:r>
    </w:p>
    <w:p>
      <w:pPr>
        <w:spacing w:before="40" w:after="120"/>
        <w:jc w:val="both"/>
      </w:pPr>
      <w:r>
        <w:rPr>
          <w:rFonts w:ascii="Georgia" w:hAnsi="Georgia"/>
          <w:b w:val="0"/>
          <w:i w:val="0"/>
          <w:color w:val="000000"/>
          <w:sz w:val="24"/>
        </w:rPr>
        <w:t xml:space="preserve">Из светов имени АВАЯ де-АБ, находящегося в Хеседе, при разбиении келим наверх, в Ацилут, поднялись первые шесть ступеней. Остальные же ступени, начиная с седьмой и далее, — включая ее саму, то есть число и счет десяти букв наполнения, составляющих по гематрии 72 (АБ, </w:t>
      </w:r>
      <w:r>
        <w:rPr>
          <w:rFonts w:ascii="Georgia" w:hAnsi="Georgia" w:cs="Times New Roman"/>
          <w:b/>
          <w:i w:val="0"/>
          <w:color w:val="000000"/>
          <w:sz w:val="24"/>
          <w:rtl/>
          <w:szCs w:val="32"/>
        </w:rPr>
        <w:t>ע״ב</w:t>
      </w:r>
      <w:r>
        <w:rPr>
          <w:rFonts w:ascii="Georgia" w:hAnsi="Georgia"/>
          <w:b w:val="0"/>
          <w:i w:val="0"/>
          <w:color w:val="000000"/>
          <w:sz w:val="24"/>
        </w:rPr>
        <w:t>), — и все, что после нее, опустились в Брию вместе с келим в виде искр.</w:t>
      </w:r>
    </w:p>
    <w:p>
      <w:pPr>
        <w:spacing w:before="40" w:after="120"/>
        <w:jc w:val="both"/>
      </w:pPr>
      <w:r>
        <w:rPr>
          <w:rFonts w:ascii="Georgia" w:hAnsi="Georgia"/>
          <w:b w:val="0"/>
          <w:i w:val="0"/>
          <w:color w:val="000000"/>
          <w:sz w:val="24"/>
        </w:rPr>
        <w:t>И очевидно, что все ступени, находящиеся ниже нее, включены в нее и не считаются отдельной сущностью, и потому [ни одна из них] не идет в отдельный счет. Учитывается лишь эта ступень — число десяти букв наполнения, равное по гематрии 72 (</w:t>
      </w:r>
      <w:r>
        <w:rPr>
          <w:rFonts w:ascii="Georgia" w:hAnsi="Georgia" w:cs="Times New Roman"/>
          <w:b/>
          <w:i w:val="0"/>
          <w:color w:val="000000"/>
          <w:sz w:val="24"/>
          <w:rtl/>
          <w:szCs w:val="32"/>
        </w:rPr>
        <w:t>ע״ב</w:t>
      </w:r>
      <w:r>
        <w:rPr>
          <w:rFonts w:ascii="Georgia" w:hAnsi="Georgia"/>
          <w:b w:val="0"/>
          <w:i w:val="0"/>
          <w:color w:val="000000"/>
          <w:sz w:val="24"/>
        </w:rPr>
        <w:t>), а все остальные искры, что ниже них, включены в эти 72.</w:t>
      </w:r>
    </w:p>
    <w:p>
      <w:pPr>
        <w:spacing w:before="40" w:after="120"/>
        <w:jc w:val="both"/>
      </w:pPr>
      <w:r>
        <w:rPr>
          <w:rFonts w:ascii="Georgia" w:hAnsi="Georgia"/>
          <w:b w:val="0"/>
          <w:i w:val="0"/>
          <w:color w:val="000000"/>
          <w:sz w:val="24"/>
        </w:rPr>
        <w:t>И мы уже объясняли во многих местах, что число 288 (РАПАХ) искр складывается из четырех мер по 72, опустившихся от этих четырех имен АВАЯ, и вместе они составляют 288 искр.</w:t>
      </w:r>
    </w:p>
    <w:p>
      <w:pPr>
        <w:spacing w:before="40" w:after="120"/>
        <w:jc w:val="both"/>
      </w:pPr>
      <w:r>
        <w:rPr>
          <w:rFonts w:ascii="Georgia" w:hAnsi="Georgia"/>
          <w:b w:val="0"/>
          <w:i w:val="0"/>
          <w:color w:val="000000"/>
          <w:sz w:val="24"/>
        </w:rPr>
        <w:t>Итак, мы объяснили 72 искры из общего числа 288 искр: они произошли от первого имени АВАЯ — де-АБ.</w:t>
      </w:r>
    </w:p>
    <w:p>
      <w:pPr>
        <w:spacing w:before="40" w:after="120"/>
        <w:jc w:val="both"/>
      </w:pPr>
      <w:r>
        <w:rPr>
          <w:rFonts w:ascii="Georgia" w:hAnsi="Georgia"/>
          <w:b w:val="0"/>
          <w:i w:val="0"/>
          <w:color w:val="000000"/>
          <w:sz w:val="24"/>
        </w:rPr>
        <w:t>А от имени САГ, которое расположено ниже АБ, в Ацилут поднялись лишь первые четыре ступени. Оказывается, что в Брию опустились две другие ступени, более высокие: 10 букв наполнения САГ и их обратная сторона (ахор) — то есть ступени 5 и 7.</w:t>
      </w:r>
    </w:p>
    <w:p>
      <w:pPr>
        <w:spacing w:before="40" w:after="120"/>
        <w:jc w:val="both"/>
      </w:pPr>
      <w:r>
        <w:rPr>
          <w:rFonts w:ascii="Georgia" w:hAnsi="Georgia"/>
          <w:b w:val="0"/>
          <w:i w:val="0"/>
          <w:color w:val="000000"/>
          <w:sz w:val="24"/>
        </w:rPr>
        <w:t>И если мы сосчитаем ступень 5 — 10 букв наполнения САГ в аспекте самих букв (10), и прибавим к ним их числовое значение, равное 63 (САГ), то получим 73 (</w:t>
      </w:r>
      <w:r>
        <w:rPr>
          <w:rFonts w:ascii="Georgia" w:hAnsi="Georgia" w:cs="Times New Roman"/>
          <w:b/>
          <w:i w:val="0"/>
          <w:color w:val="000000"/>
          <w:sz w:val="24"/>
          <w:rtl/>
          <w:szCs w:val="32"/>
        </w:rPr>
        <w:t>ע״ג</w:t>
      </w:r>
      <w:r>
        <w:rPr>
          <w:rFonts w:ascii="Georgia" w:hAnsi="Georgia"/>
          <w:b w:val="0"/>
          <w:i w:val="0"/>
          <w:color w:val="000000"/>
          <w:sz w:val="24"/>
        </w:rPr>
        <w:t>) искры, опустившиеся от имени САГ.</w:t>
      </w:r>
    </w:p>
    <w:p>
      <w:pPr>
        <w:spacing w:before="40" w:after="120"/>
        <w:jc w:val="both"/>
      </w:pPr>
      <w:r>
        <w:rPr>
          <w:rFonts w:ascii="Georgia" w:hAnsi="Georgia"/>
          <w:b w:val="0"/>
          <w:i w:val="0"/>
          <w:color w:val="000000"/>
          <w:sz w:val="24"/>
        </w:rPr>
        <w:t>От имени же МА, представляющего собой Тиферет, опустились две еще более высокие ступени, поскольку оно ниже по достоинству, чем САГ. В Ацилут поднялись лишь первые две ступени, а все остальные опустились в Брию.</w:t>
      </w:r>
    </w:p>
    <w:p>
      <w:pPr>
        <w:spacing w:before="40" w:after="120"/>
        <w:jc w:val="both"/>
      </w:pPr>
      <w:r>
        <w:rPr>
          <w:rFonts w:ascii="Georgia" w:hAnsi="Georgia"/>
          <w:b w:val="0"/>
          <w:i w:val="0"/>
          <w:color w:val="000000"/>
          <w:sz w:val="24"/>
        </w:rPr>
        <w:t>Получается, что искры имени МА составляют 71 (</w:t>
      </w:r>
      <w:r>
        <w:rPr>
          <w:rFonts w:ascii="Georgia" w:hAnsi="Georgia" w:cs="Times New Roman"/>
          <w:b/>
          <w:i w:val="0"/>
          <w:color w:val="000000"/>
          <w:sz w:val="24"/>
          <w:rtl/>
          <w:szCs w:val="32"/>
        </w:rPr>
        <w:t>ע״א</w:t>
      </w:r>
      <w:r>
        <w:rPr>
          <w:rFonts w:ascii="Georgia" w:hAnsi="Georgia"/>
          <w:b w:val="0"/>
          <w:i w:val="0"/>
          <w:color w:val="000000"/>
          <w:sz w:val="24"/>
        </w:rPr>
        <w:t>) искру: 26 и 45. То есть числовое значение четырех простых букв равно 26 (</w:t>
      </w:r>
      <w:r>
        <w:rPr>
          <w:rFonts w:ascii="Georgia" w:hAnsi="Georgia" w:cs="Times New Roman"/>
          <w:b/>
          <w:i w:val="0"/>
          <w:color w:val="000000"/>
          <w:sz w:val="24"/>
          <w:rtl/>
          <w:szCs w:val="32"/>
        </w:rPr>
        <w:t>כ״ו</w:t>
      </w:r>
      <w:r>
        <w:rPr>
          <w:rFonts w:ascii="Georgia" w:hAnsi="Georgia"/>
          <w:b w:val="0"/>
          <w:i w:val="0"/>
          <w:color w:val="000000"/>
          <w:sz w:val="24"/>
        </w:rPr>
        <w:t xml:space="preserve">), а числовое значение десяти букв наполнения равно 45 (МА, </w:t>
      </w:r>
      <w:r>
        <w:rPr>
          <w:rFonts w:ascii="Georgia" w:hAnsi="Georgia" w:cs="Times New Roman"/>
          <w:b/>
          <w:i w:val="0"/>
          <w:color w:val="000000"/>
          <w:sz w:val="24"/>
          <w:rtl/>
          <w:szCs w:val="32"/>
        </w:rPr>
        <w:t>מ״ה</w:t>
      </w:r>
      <w:r>
        <w:rPr>
          <w:rFonts w:ascii="Georgia" w:hAnsi="Georgia"/>
          <w:b w:val="0"/>
          <w:i w:val="0"/>
          <w:color w:val="000000"/>
          <w:sz w:val="24"/>
        </w:rPr>
        <w:t>), а 26 и 45 вместе дают 71 искру. И вот [в сумме с предыдущими] — уже три раза по 72.</w:t>
      </w:r>
    </w:p>
    <w:p>
      <w:pPr>
        <w:spacing w:before="40" w:after="120"/>
        <w:jc w:val="both"/>
      </w:pPr>
      <w:r>
        <w:rPr>
          <w:rFonts w:ascii="Georgia" w:hAnsi="Georgia"/>
          <w:b w:val="0"/>
          <w:i w:val="0"/>
          <w:color w:val="000000"/>
          <w:sz w:val="24"/>
        </w:rPr>
        <w:t>От имени же БОН опустились все ступени, кроме самой высшей, первой. Ведь поскольку имя БОН — это Малхут, самая нижняя из всех, в ней разбиение было сильнее, чем во всех тех, что выше нее. И от нее поднялись лишь четыре простые буквы в аспекте самих букв, а все остальные опустились в Брию.</w:t>
      </w:r>
    </w:p>
    <w:p>
      <w:pPr>
        <w:spacing w:before="40" w:after="120"/>
        <w:jc w:val="both"/>
      </w:pPr>
      <w:r>
        <w:rPr>
          <w:rFonts w:ascii="Georgia" w:hAnsi="Georgia"/>
          <w:b w:val="0"/>
          <w:i w:val="0"/>
          <w:color w:val="000000"/>
          <w:sz w:val="24"/>
        </w:rPr>
        <w:t xml:space="preserve">И в этом тайна того, о чем мы говорим везде: от Малхут в Ацилуте осталась лишь одна точка, а все остальное у нее убавилось и опустилось в Брию. Пойми это: та точка — это исключительно первая, наивысшая из всех ступеней. Число же 72 искр, опустившихся от нее, — это число и счет десяти букв ахораим де-БОН (а не лицевая сторона самого Имени, которая относится к первой ступени, но именно ахораим, чья гематрия равна 72, то есть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И вот — четыре раза по 72, опустившиеся от четырех имен АВАЯ, и общее их число составляет 288 (РАПАХ) искр.</w:t>
      </w:r>
    </w:p>
    <w:p>
      <w:pPr>
        <w:spacing w:before="40" w:after="120"/>
        <w:jc w:val="both"/>
      </w:pPr>
      <w:r>
        <w:rPr>
          <w:rFonts w:ascii="Georgia" w:hAnsi="Georgia"/>
          <w:b w:val="0"/>
          <w:i w:val="0"/>
          <w:color w:val="000000"/>
          <w:sz w:val="24"/>
        </w:rPr>
        <w:t>Однако между ними есть различие, поскольку они неодинаковы по своему качеству:</w:t>
      </w:r>
    </w:p>
    <w:p>
      <w:pPr>
        <w:pStyle w:val="ListBullet"/>
        <w:spacing w:before="20" w:after="40"/>
      </w:pPr>
      <w:r>
        <w:rPr>
          <w:rFonts w:ascii="Georgia" w:hAnsi="Georgia"/>
          <w:b w:val="0"/>
          <w:i w:val="0"/>
          <w:color w:val="000000"/>
          <w:sz w:val="24"/>
        </w:rPr>
        <w:t>72 искры, опустившиеся от имени АБ, наполненного буквами йод, — это 72 от счета и числа десяти букв этого наполнения (ступень 7);</w:t>
      </w:r>
    </w:p>
    <w:p>
      <w:pPr>
        <w:pStyle w:val="ListBullet"/>
        <w:spacing w:before="20" w:after="40"/>
      </w:pPr>
      <w:r>
        <w:rPr>
          <w:rFonts w:ascii="Georgia" w:hAnsi="Georgia"/>
          <w:b w:val="0"/>
          <w:i w:val="0"/>
          <w:color w:val="000000"/>
          <w:sz w:val="24"/>
        </w:rPr>
        <w:t>от имени САГ мера 72 складывается из 10 букв и 63, что дает 73 (ступени 5 и 7);</w:t>
      </w:r>
    </w:p>
    <w:p>
      <w:pPr>
        <w:pStyle w:val="ListBullet"/>
        <w:spacing w:before="20" w:after="40"/>
      </w:pPr>
      <w:r>
        <w:rPr>
          <w:rFonts w:ascii="Georgia" w:hAnsi="Georgia"/>
          <w:b w:val="0"/>
          <w:i w:val="0"/>
          <w:color w:val="000000"/>
          <w:sz w:val="24"/>
        </w:rPr>
        <w:t>от имени МА мера 72 складывается из 45 и 26, что дает 71 (ступени 3 и 7);</w:t>
      </w:r>
    </w:p>
    <w:p>
      <w:pPr>
        <w:pStyle w:val="ListBullet"/>
        <w:spacing w:before="20" w:after="40"/>
      </w:pPr>
      <w:r>
        <w:rPr>
          <w:rFonts w:ascii="Georgia" w:hAnsi="Georgia"/>
          <w:b w:val="0"/>
          <w:i w:val="0"/>
          <w:color w:val="000000"/>
          <w:sz w:val="24"/>
        </w:rPr>
        <w:t>а от самого имени БОН его мера 72 — это ступень 4.</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мне, Хаиму [Виталю], представляется, что все эти имена: АБ, САГ, МА и БОН — содержатся внутри упомянутого имени БОН, включающего в себя десять точек и разделяющегося на эти четыре имени АВАЯ, как разъяснено у нас (ведь каждое из четырех имен АВАЯ включает в себя все четыре, как мне представляется).</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разобрать несколько вопросов, возникающих по поводу всего сказанного выше. А именно: нужно понять, почему возникли эти различия — почему в имени АБ мы берем в расчет седьмую ступень, в САГ — две ступени (пятую и седьмую), в МА — две ступени (третью и седьмую), а в БОН — только одну ступень (четвертую)?</w:t>
      </w:r>
    </w:p>
    <w:p>
      <w:pPr>
        <w:spacing w:before="40" w:after="120"/>
        <w:jc w:val="both"/>
      </w:pPr>
      <w:r>
        <w:rPr>
          <w:rFonts w:ascii="Georgia" w:hAnsi="Georgia"/>
          <w:b w:val="0"/>
          <w:i w:val="0"/>
          <w:color w:val="000000"/>
          <w:sz w:val="24"/>
        </w:rPr>
        <w:t>Ответ заключается в следующем: как разъяснено выше, общее свойство четырех упомянутых имен АВАЯ (АБ, САГ, МА, БОН) состоит в том, что ступени от седьмой и ниже все без исключения упали в Брию. Поэтому ни в каком расчете мы вовсе не считаем то, что расположено ниже седьмой ступени, но ведем счет лишь от седьмой ступени и выше, а не ниже ее. Ведь все, что ниже седьмой ступени, включено в нее, поскольку уступает ей по достоинству, и вообще не идет в отдельный счет.</w:t>
      </w:r>
    </w:p>
    <w:p>
      <w:pPr>
        <w:spacing w:before="40" w:after="120"/>
        <w:jc w:val="both"/>
      </w:pPr>
      <w:r>
        <w:rPr>
          <w:rFonts w:ascii="Georgia" w:hAnsi="Georgia"/>
          <w:b w:val="0"/>
          <w:i w:val="0"/>
          <w:color w:val="000000"/>
          <w:sz w:val="24"/>
        </w:rPr>
        <w:t>И потому применительно к этим 288 искрам мы упоминаем и рассчитываем только четыре этих числа, имеющихся в четырех наполнениях этих четырех Имен: АБ, САГ, МА и БОН. И поскольку они различаются по своим наполнениям, упоминаются все четыре наполнения: ведь одно по гематрии равно 72 (АБ), другое — 63 (САГ), третье — 45 (МА), а четвертое — 52 (БОН), и их числа в наполнениях не равны между собой.</w:t>
      </w:r>
    </w:p>
    <w:p>
      <w:pPr>
        <w:spacing w:before="40" w:after="120"/>
        <w:jc w:val="both"/>
      </w:pPr>
      <w:r>
        <w:rPr>
          <w:rFonts w:ascii="Georgia" w:hAnsi="Georgia"/>
          <w:b w:val="0"/>
          <w:i w:val="0"/>
          <w:color w:val="000000"/>
          <w:sz w:val="24"/>
        </w:rPr>
        <w:t>Тебе также нужно знать: везде, где мы учитываем аспект лицевой стороны (паним), обратная сторона (ахораим) вообще не идет в расчет, будучи второстепенной по отношению к предшествующей ей лицевой стороне, которая выше ее по достоинству. Поэтому в этих 288 искрах мы вовсе не учитываем аспект ахораим ни для одного имени, кроме последнего — имени БОН, причину чего мы объясним ниже относительно Малхут.</w:t>
      </w:r>
    </w:p>
    <w:p>
      <w:pPr>
        <w:spacing w:before="40" w:after="120"/>
        <w:jc w:val="both"/>
      </w:pPr>
      <w:r>
        <w:rPr>
          <w:rFonts w:ascii="Georgia" w:hAnsi="Georgia"/>
          <w:b w:val="0"/>
          <w:i w:val="0"/>
          <w:color w:val="000000"/>
          <w:sz w:val="24"/>
        </w:rPr>
        <w:t>Тебе также нужно знать: везде, где встречаются одинаковые числа и равный счет, мы не считаем оба, но берем лишь один из них. А именно: хотя 10 букв де-САГ и 10 букв де-МА опустились в Брию, мы тем не менее не стали считать 10 букв де-МА, так как уже были сосчитаны 10 букв де-САГ, предшествующие им. Ведь мы уже объяснили, что даже четыре упомянутых наполнения мы не стали бы считать четырежды, если бы они не отличались друг от друга тем, что одно равно 72, другое — 63, третье — 45, а четвертое — 52, различаясь в своих наполнениях.</w:t>
      </w:r>
    </w:p>
    <w:p>
      <w:pPr>
        <w:spacing w:before="40" w:after="120"/>
        <w:jc w:val="both"/>
      </w:pPr>
      <w:r>
        <w:rPr>
          <w:rFonts w:ascii="Georgia" w:hAnsi="Georgia"/>
          <w:b w:val="0"/>
          <w:i w:val="0"/>
          <w:color w:val="000000"/>
          <w:sz w:val="24"/>
        </w:rPr>
        <w:t>Причина же этого кроется в следующем предисловии:</w:t>
      </w:r>
    </w:p>
    <w:p>
      <w:pPr>
        <w:spacing w:before="40" w:after="120"/>
        <w:jc w:val="both"/>
      </w:pPr>
      <w:r>
        <w:rPr>
          <w:rFonts w:ascii="Georgia" w:hAnsi="Georgia"/>
          <w:b w:val="0"/>
          <w:i w:val="0"/>
          <w:color w:val="000000"/>
          <w:sz w:val="24"/>
        </w:rPr>
        <w:t>Когда искры одинаковы по своей сути и числу, они обе остаются там, где разбились и упали высшие, и низшие остаются там вместе с ними.</w:t>
      </w:r>
    </w:p>
    <w:p>
      <w:pPr>
        <w:spacing w:before="40" w:after="120"/>
        <w:jc w:val="both"/>
      </w:pPr>
      <w:r>
        <w:rPr>
          <w:rFonts w:ascii="Georgia" w:hAnsi="Georgia"/>
          <w:b w:val="0"/>
          <w:i w:val="0"/>
          <w:color w:val="000000"/>
          <w:sz w:val="24"/>
        </w:rPr>
        <w:t>Как это происходит? Вот упали 10 букв де-САГ, а затем упали 10 букв де-МА. И хотя 10 букв де-МА ниже по достоинству, чем 10 букв де-САГ, при своем падении вниз они опустились лишь до того места, куда упали 10 букв де-САГ. И там 10 букв де-МА смешались и соединились с ними. Ведь САГ разбился раньше МА, как известно: сначала царствовали высшие [мелахим] и разбились, а затем — нижние. Поэтому, когда опускались 10 букв де-МА, они встретили и застали 10 букв де-САГ, которые сошли туда, в Брию, первыми, смешались с ними и не упали еще ниже их, но прилепились к ним по причине равенства их числа.</w:t>
      </w:r>
    </w:p>
    <w:p>
      <w:pPr>
        <w:spacing w:before="40" w:after="120"/>
        <w:jc w:val="both"/>
      </w:pPr>
      <w:r>
        <w:rPr>
          <w:rFonts w:ascii="Georgia" w:hAnsi="Georgia"/>
          <w:b w:val="0"/>
          <w:i w:val="0"/>
          <w:color w:val="000000"/>
          <w:sz w:val="24"/>
        </w:rPr>
        <w:t>Если же два аспекта не равны по числу, каждый опускается на то место, куда ему надлежит опуститься.</w:t>
      </w:r>
    </w:p>
    <w:p>
      <w:pPr>
        <w:spacing w:before="40" w:after="120"/>
        <w:jc w:val="both"/>
      </w:pPr>
      <w:r>
        <w:rPr>
          <w:rFonts w:ascii="Georgia" w:hAnsi="Georgia"/>
          <w:b w:val="0"/>
          <w:i w:val="0"/>
          <w:color w:val="000000"/>
          <w:sz w:val="24"/>
        </w:rPr>
        <w:t>И потому все равные аспекты мы не удваивали при подсчете. Соответственно, 10 букв де-МА, связавшиеся на месте падения 10 букв де-САГ, не считаются отдельно.</w:t>
      </w:r>
    </w:p>
    <w:p>
      <w:pPr>
        <w:spacing w:before="40" w:after="120"/>
        <w:jc w:val="both"/>
      </w:pPr>
      <w:r>
        <w:rPr>
          <w:rFonts w:ascii="Georgia" w:hAnsi="Georgia"/>
          <w:b w:val="0"/>
          <w:i w:val="0"/>
          <w:color w:val="000000"/>
          <w:sz w:val="24"/>
        </w:rPr>
        <w:t>Однако эта [седьмая] ступень имени МА, чье число не схоже со счетом седьмой ступени САГ, считается отдельно: ведь у той число 63, а у этой — 45.</w:t>
      </w:r>
    </w:p>
    <w:p>
      <w:pPr>
        <w:spacing w:before="40" w:after="120"/>
        <w:jc w:val="both"/>
      </w:pPr>
      <w:r>
        <w:rPr>
          <w:rFonts w:ascii="Georgia" w:hAnsi="Georgia"/>
          <w:b w:val="0"/>
          <w:i w:val="0"/>
          <w:color w:val="000000"/>
          <w:sz w:val="24"/>
        </w:rPr>
        <w:t>И точно так же третья ступень имени МА, число которой равно 26, входит в общий расчет, поскольку от имени АБ и от имени САГ третья ступень не падала; поэтому мы включаем и ее в расчет 71 искры имени МА.</w:t>
      </w:r>
    </w:p>
    <w:p>
      <w:pPr>
        <w:spacing w:before="40" w:after="120"/>
        <w:jc w:val="both"/>
      </w:pPr>
      <w:r>
        <w:rPr>
          <w:rFonts w:ascii="Georgia" w:hAnsi="Georgia"/>
          <w:b w:val="0"/>
          <w:i w:val="0"/>
          <w:color w:val="000000"/>
          <w:sz w:val="24"/>
        </w:rPr>
        <w:t>И так же в САГ: пятая ступень в нем не падала подобно тому, как [она осталась наверху] в имени АБ, и потому [ее 10 букв] идут в счет 73 искр де-САГ; а также седьмая ступень, чей счет отличается от седьмой ступени АБ и МА, тоже учитывается. Теперь нам остается объяснить четвертую меру 72 — от имени БОН, относящегося к Малхут: это четвертая ступень, представляющая собой обратную сторону (ахораим).</w:t>
      </w:r>
    </w:p>
    <w:p>
      <w:pPr>
        <w:spacing w:before="40" w:after="120"/>
        <w:jc w:val="both"/>
      </w:pPr>
      <w:r>
        <w:rPr>
          <w:rFonts w:ascii="Georgia" w:hAnsi="Georgia"/>
          <w:b w:val="0"/>
          <w:i w:val="0"/>
          <w:color w:val="000000"/>
          <w:sz w:val="24"/>
        </w:rPr>
        <w:t>Выше мы говорили, что когда опускается лицевая сторона (паним), ахораим вовсе не входят в расчет. Здесь же произошло обратное: в расчет входят именно ахораим, а не паним!</w:t>
      </w:r>
    </w:p>
    <w:p>
      <w:pPr>
        <w:spacing w:before="40" w:after="120"/>
        <w:jc w:val="both"/>
      </w:pPr>
      <w:r>
        <w:rPr>
          <w:rFonts w:ascii="Georgia" w:hAnsi="Georgia"/>
          <w:b w:val="0"/>
          <w:i w:val="0"/>
          <w:color w:val="000000"/>
          <w:sz w:val="24"/>
        </w:rPr>
        <w:t>Ответ таков: в трех именах, где мы считали паним, мы не учитывали ахораим; но здесь, в Малхут, поскольку паним не идет в счет, были учтены ахораим.</w:t>
      </w:r>
    </w:p>
    <w:p>
      <w:pPr>
        <w:spacing w:before="40" w:after="120"/>
        <w:jc w:val="both"/>
      </w:pPr>
      <w:r>
        <w:rPr>
          <w:rFonts w:ascii="Georgia" w:hAnsi="Georgia"/>
          <w:b w:val="0"/>
          <w:i w:val="0"/>
          <w:color w:val="000000"/>
          <w:sz w:val="24"/>
        </w:rPr>
        <w:t>Однако остается возражение в самом корне вопроса: почему в Малхут не учитывается лицевая сторона, чтобы ахораим не входили в счет, подобно прочим ахораим?</w:t>
      </w:r>
    </w:p>
    <w:p>
      <w:pPr>
        <w:spacing w:before="40" w:after="120"/>
        <w:jc w:val="both"/>
      </w:pPr>
      <w:r>
        <w:rPr>
          <w:rFonts w:ascii="Georgia" w:hAnsi="Georgia"/>
          <w:b w:val="0"/>
          <w:i w:val="0"/>
          <w:color w:val="000000"/>
          <w:sz w:val="24"/>
        </w:rPr>
        <w:t>Поэтому нам необходимо дать последовательное объяснение для всех ступеней сверху вниз:</w:t>
      </w:r>
    </w:p>
    <w:p>
      <w:pPr>
        <w:spacing w:before="40" w:after="120"/>
        <w:jc w:val="both"/>
      </w:pPr>
      <w:r>
        <w:rPr>
          <w:rFonts w:ascii="Georgia" w:hAnsi="Georgia"/>
          <w:b w:val="0"/>
          <w:i w:val="0"/>
          <w:color w:val="000000"/>
          <w:sz w:val="24"/>
        </w:rPr>
        <w:t>Причина того, почему мы не считаем третью ступень лицевой стороны — число четырех простых букв (26), — заключается в том, о чем мы говорили выше: когда есть два равных числа, они считаются лишь один раз; а эта ступень уже вошла в расчет 71 искры имени МА, и эти 26 [из имени БОН] остались связанными там, наверху, как сказано выше. И точно так же седьмая ступень — число девяти букв наполнения, равное по гематрии 52 (БОН), — не идет в счет, хотя она и относится к лицевой стороне и к тому же не схожа с остальными наполнениями (ведь именно по этой причине седьмая ступень всегда учитывалась в АБ, САГ и МА).</w:t>
      </w:r>
    </w:p>
    <w:p>
      <w:pPr>
        <w:spacing w:before="40" w:after="120"/>
        <w:jc w:val="both"/>
      </w:pPr>
      <w:r>
        <w:rPr>
          <w:rFonts w:ascii="Georgia" w:hAnsi="Georgia"/>
          <w:b w:val="0"/>
          <w:i w:val="0"/>
          <w:color w:val="000000"/>
          <w:sz w:val="24"/>
        </w:rPr>
        <w:t>Но суть имени АВАЯ де-БОН такова:</w:t>
      </w:r>
    </w:p>
    <w:p>
      <w:pPr>
        <w:spacing w:before="40" w:after="120"/>
        <w:jc w:val="both"/>
      </w:pPr>
      <w:r>
        <w:rPr>
          <w:rFonts w:ascii="Georgia" w:hAnsi="Georgia"/>
          <w:b w:val="0"/>
          <w:i w:val="0"/>
          <w:color w:val="000000"/>
          <w:sz w:val="24"/>
        </w:rPr>
        <w:t>Знай, что имя БОН с наполнением буквами хэй, находящееся в Малхут, — это буквально два имени АВАЯ вместе; это удвоенное имя АВАЯ, и потому оно называется Меарат а-Махпела (Двойная пещера), как известно. Ведь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далет (</w:t>
      </w:r>
      <w:r>
        <w:rPr>
          <w:rFonts w:ascii="Georgia" w:hAnsi="Georgia" w:cs="Times New Roman"/>
          <w:b/>
          <w:i w:val="0"/>
          <w:color w:val="000000"/>
          <w:sz w:val="24"/>
          <w:rtl/>
          <w:szCs w:val="32"/>
        </w:rPr>
        <w:t>ד</w:t>
      </w:r>
      <w:r>
        <w:rPr>
          <w:rFonts w:ascii="Georgia" w:hAnsi="Georgia"/>
          <w:b w:val="0"/>
          <w:i w:val="0"/>
          <w:color w:val="000000"/>
          <w:sz w:val="24"/>
        </w:rPr>
        <w:t xml:space="preserve"> = 4) в наполнении буквы йод (</w:t>
      </w:r>
      <w:r>
        <w:rPr>
          <w:rFonts w:ascii="Georgia" w:hAnsi="Georgia" w:cs="Times New Roman"/>
          <w:b/>
          <w:i w:val="0"/>
          <w:color w:val="000000"/>
          <w:sz w:val="24"/>
          <w:rtl/>
          <w:szCs w:val="32"/>
        </w:rPr>
        <w:t>יו״ד</w:t>
      </w:r>
      <w:r>
        <w:rPr>
          <w:rFonts w:ascii="Georgia" w:hAnsi="Georgia"/>
          <w:b w:val="0"/>
          <w:i w:val="0"/>
          <w:color w:val="000000"/>
          <w:sz w:val="24"/>
        </w:rPr>
        <w:t>) по гематрии равны 10 (</w:t>
      </w:r>
      <w:r>
        <w:rPr>
          <w:rFonts w:ascii="Georgia" w:hAnsi="Georgia" w:cs="Times New Roman"/>
          <w:b/>
          <w:i w:val="0"/>
          <w:color w:val="000000"/>
          <w:sz w:val="24"/>
          <w:rtl/>
          <w:szCs w:val="32"/>
        </w:rPr>
        <w:t>י</w:t>
      </w:r>
      <w:r>
        <w:rPr>
          <w:rFonts w:ascii="Georgia" w:hAnsi="Georgia"/>
          <w:b w:val="0"/>
          <w:i w:val="0"/>
          <w:color w:val="000000"/>
          <w:sz w:val="24"/>
        </w:rPr>
        <w:t xml:space="preserve"> = 10) — как счет простой буквы [йод], а все остальные буквы представляют собой буквально удвоенные буквы имени АВАЯ.</w:t>
      </w:r>
    </w:p>
    <w:p>
      <w:pPr>
        <w:spacing w:before="40" w:after="120"/>
        <w:jc w:val="both"/>
      </w:pPr>
      <w:r>
        <w:rPr>
          <w:rFonts w:ascii="Georgia" w:hAnsi="Georgia"/>
          <w:b w:val="0"/>
          <w:i w:val="0"/>
          <w:color w:val="000000"/>
          <w:sz w:val="24"/>
        </w:rPr>
        <w:t>Суть же этих двух имен АВАЯ такова: одно имя АВАЯ относится к ЗА, а второе — к самой Нукве. И когда ЗА соединяется с Нуквой и светит в нее, он передает ей свечение своего имени АВАЯ. Тогда в Нукве возникают два имени АВАЯ и образуется имя БОН, представляющее собой два имени АВАЯ (26 + 26 = 52). И помни это предисловие. И благодаря этому предисловию разрешается упомянутый вопрос. Поскольку основа букв имени БОН исходит от ЗА, как сказано выше, не подобает считать их отдельно в аспекте Малхут. Поэтому седьмая ступень — число 52 (БОН) — не входит в расчет ее 72 искр.</w:t>
      </w:r>
    </w:p>
    <w:p>
      <w:pPr>
        <w:spacing w:before="40" w:after="120"/>
        <w:jc w:val="both"/>
      </w:pPr>
      <w:r>
        <w:rPr>
          <w:rFonts w:ascii="Georgia" w:hAnsi="Georgia"/>
          <w:b w:val="0"/>
          <w:i w:val="0"/>
          <w:color w:val="000000"/>
          <w:sz w:val="24"/>
        </w:rPr>
        <w:t>И точно так же третья ступень — число 26 — не входит в расчет, так как она осталась прилепленной наверху к третьей ступени в ЗА, которая уже вошла в расчет.</w:t>
      </w:r>
    </w:p>
    <w:p>
      <w:pPr>
        <w:spacing w:before="40" w:after="120"/>
        <w:jc w:val="both"/>
      </w:pPr>
      <w:r>
        <w:rPr>
          <w:rFonts w:ascii="Georgia" w:hAnsi="Georgia"/>
          <w:b w:val="0"/>
          <w:i w:val="0"/>
          <w:color w:val="000000"/>
          <w:sz w:val="24"/>
        </w:rPr>
        <w:t xml:space="preserve">Однако можно спросить: почему мы не считаем вторую ступень — простые ахораим в таком виде: </w:t>
      </w:r>
      <w:r>
        <w:rPr>
          <w:rFonts w:ascii="Georgia" w:hAnsi="Georgia" w:cs="Times New Roman"/>
          <w:b/>
          <w:i w:val="0"/>
          <w:color w:val="000000"/>
          <w:sz w:val="24"/>
          <w:rtl/>
          <w:szCs w:val="32"/>
        </w:rPr>
        <w:t>י׳ י״ה יה״ו יהו״ה</w:t>
      </w:r>
      <w:r>
        <w:rPr>
          <w:rFonts w:ascii="Georgia" w:hAnsi="Georgia"/>
          <w:b w:val="0"/>
          <w:i w:val="0"/>
          <w:color w:val="000000"/>
          <w:sz w:val="24"/>
        </w:rPr>
        <w:t>? Ведь здесь нельзя дать такое же объяснение, как тут. И если бы я не опасался, то сказал бы, что они вошли вместо букв имени МА, которые вошли в него, как будет сказано ниже в главе 4; однако из главы 4 этого не следует, и этот вопрос требует изучения.</w:t>
      </w:r>
    </w:p>
    <w:p>
      <w:pPr>
        <w:spacing w:before="40" w:after="120"/>
        <w:jc w:val="both"/>
      </w:pPr>
      <w:r>
        <w:rPr>
          <w:rFonts w:ascii="Georgia" w:hAnsi="Georgia"/>
          <w:b w:val="0"/>
          <w:i w:val="0"/>
          <w:color w:val="000000"/>
          <w:sz w:val="24"/>
        </w:rPr>
        <w:t>И так же пятая ступень — лицевая сторона (паним), девять букв наполнения в их форме: хотя они и отличаются от прочих [наполнений], где в каждом по 10 букв, они тем не менее не вошли в расчет. Причина же та же, что и выше: раз корень этого имени с наполнением БОН исходит от ЗА, оно не считается в Нукве.</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нам остается объяснить один вопрос. Выше было сказано, что от Хеседа и Гвуры, от Тиферет и от Малхут опустились 288 искр — то есть четыре раза по 72. Теперь же нужно объяснить следующее: ведь искры неизбежно должны были опуститься и от НЕХИ (Нецаха, Хода и Есода); какова же их суть? И если они опустились вниз, почему они не вошли и не были включены в число искр?</w:t>
      </w:r>
    </w:p>
    <w:p>
      <w:pPr>
        <w:spacing w:before="40" w:after="120"/>
        <w:jc w:val="both"/>
      </w:pPr>
      <w:r>
        <w:rPr>
          <w:rFonts w:ascii="Georgia" w:hAnsi="Georgia"/>
          <w:b w:val="0"/>
          <w:i w:val="0"/>
          <w:color w:val="000000"/>
          <w:sz w:val="24"/>
        </w:rPr>
        <w:t>Сначала объясним, что представляют собой искры, опустившиеся от них.</w:t>
      </w:r>
    </w:p>
    <w:p>
      <w:pPr>
        <w:spacing w:before="40" w:after="120"/>
        <w:jc w:val="both"/>
      </w:pPr>
      <w:r>
        <w:rPr>
          <w:rFonts w:ascii="Georgia" w:hAnsi="Georgia"/>
          <w:b w:val="0"/>
          <w:i w:val="0"/>
          <w:color w:val="000000"/>
          <w:sz w:val="24"/>
        </w:rPr>
        <w:t>Известно, что Нецах и Ход — это две половины тела, как сказано выше. Поэтому ни в одном из них нет целого имени АВАЯ, но лишь одно имя АВАЯ на двоих. Получается, что половина имени АВАЯ — это свет Нецаха, а половина имени АВАЯ — свет Хода.</w:t>
      </w:r>
    </w:p>
    <w:p>
      <w:pPr>
        <w:spacing w:before="40" w:after="120"/>
        <w:jc w:val="both"/>
      </w:pPr>
      <w:r>
        <w:rPr>
          <w:rFonts w:ascii="Georgia" w:hAnsi="Georgia"/>
          <w:b w:val="0"/>
          <w:i w:val="0"/>
          <w:color w:val="000000"/>
          <w:sz w:val="24"/>
        </w:rPr>
        <w:t>И ясно, что когда имя АВАЯ делится на два, отдельным Именем считается лишь верхняя половина — две буквы ЙА (</w:t>
      </w:r>
      <w:r>
        <w:rPr>
          <w:rFonts w:ascii="Georgia" w:hAnsi="Georgia" w:cs="Times New Roman"/>
          <w:b/>
          <w:i w:val="0"/>
          <w:color w:val="000000"/>
          <w:sz w:val="24"/>
          <w:rtl/>
          <w:szCs w:val="32"/>
        </w:rPr>
        <w:t>י״ה</w:t>
      </w:r>
      <w:r>
        <w:rPr>
          <w:rFonts w:ascii="Georgia" w:hAnsi="Georgia"/>
          <w:b w:val="0"/>
          <w:i w:val="0"/>
          <w:color w:val="000000"/>
          <w:sz w:val="24"/>
        </w:rPr>
        <w:t xml:space="preserve">), как сказано: </w:t>
      </w:r>
      <w:r>
        <w:rPr>
          <w:rFonts w:ascii="Georgia" w:hAnsi="Georgia"/>
          <w:b w:val="0"/>
          <w:i/>
          <w:color w:val="000000"/>
          <w:sz w:val="24"/>
        </w:rPr>
        <w:t>«Ибо рука на престоле ЙА»</w:t>
      </w:r>
      <w:r>
        <w:rPr>
          <w:rFonts w:ascii="Georgia" w:hAnsi="Georgia"/>
          <w:b w:val="0"/>
          <w:i w:val="0"/>
          <w:color w:val="000000"/>
          <w:sz w:val="24"/>
        </w:rPr>
        <w:t xml:space="preserve"> (Шмот 17:16); ведь две буквы вав и хэй (</w:t>
      </w:r>
      <w:r>
        <w:rPr>
          <w:rFonts w:ascii="Georgia" w:hAnsi="Georgia" w:cs="Times New Roman"/>
          <w:b/>
          <w:i w:val="0"/>
          <w:color w:val="000000"/>
          <w:sz w:val="24"/>
          <w:rtl/>
          <w:szCs w:val="32"/>
        </w:rPr>
        <w:t>ו״ה</w:t>
      </w:r>
      <w:r>
        <w:rPr>
          <w:rFonts w:ascii="Georgia" w:hAnsi="Georgia"/>
          <w:b w:val="0"/>
          <w:i w:val="0"/>
          <w:color w:val="000000"/>
          <w:sz w:val="24"/>
        </w:rPr>
        <w:t>) не образуют отдельного Имени.</w:t>
      </w:r>
    </w:p>
    <w:p>
      <w:pPr>
        <w:spacing w:before="40" w:after="120"/>
        <w:jc w:val="both"/>
      </w:pPr>
      <w:r>
        <w:rPr>
          <w:rFonts w:ascii="Georgia" w:hAnsi="Georgia"/>
          <w:b w:val="0"/>
          <w:i w:val="0"/>
          <w:color w:val="000000"/>
          <w:sz w:val="24"/>
        </w:rPr>
        <w:t>Оказывается, что Нецах именуется ЙА (</w:t>
      </w:r>
      <w:r>
        <w:rPr>
          <w:rFonts w:ascii="Georgia" w:hAnsi="Georgia" w:cs="Times New Roman"/>
          <w:b/>
          <w:i w:val="0"/>
          <w:color w:val="000000"/>
          <w:sz w:val="24"/>
          <w:rtl/>
          <w:szCs w:val="32"/>
        </w:rPr>
        <w:t>י״ה</w:t>
      </w:r>
      <w:r>
        <w:rPr>
          <w:rFonts w:ascii="Georgia" w:hAnsi="Georgia"/>
          <w:b w:val="0"/>
          <w:i w:val="0"/>
          <w:color w:val="000000"/>
          <w:sz w:val="24"/>
        </w:rPr>
        <w:t>), и так же Ход, и так же Есод — ЙА; ведь Есод не является самостоятельной ступенью, но представляет собой свечение, вобравшее в себя высшие света, как известно. И есть еще одна причина, состоящая в следующем:</w:t>
      </w:r>
    </w:p>
    <w:p>
      <w:pPr>
        <w:spacing w:before="40" w:after="120"/>
        <w:jc w:val="both"/>
      </w:pPr>
      <w:r>
        <w:rPr>
          <w:rFonts w:ascii="Georgia" w:hAnsi="Georgia"/>
          <w:b w:val="0"/>
          <w:i w:val="0"/>
          <w:color w:val="000000"/>
          <w:sz w:val="24"/>
        </w:rPr>
        <w:t>Два Есода Аба ве-Има облачаются внутрь ЗА, и в каждом из них есть пять хасадим и пять гвурот.</w:t>
      </w:r>
    </w:p>
    <w:p>
      <w:pPr>
        <w:spacing w:before="40" w:after="120"/>
        <w:jc w:val="both"/>
      </w:pPr>
      <w:r>
        <w:rPr>
          <w:rFonts w:ascii="Georgia" w:hAnsi="Georgia"/>
          <w:b w:val="0"/>
          <w:i w:val="0"/>
          <w:color w:val="000000"/>
          <w:sz w:val="24"/>
        </w:rPr>
        <w:t>И пять хасадим Есода Имы распространяются в ЗА — в его Хесед, Гвуру, Тиферет, Нецах и Ход; а пять гвурот Есода Имы, как и пять хасадим и пять гвурот Есода Абы, которые не раскрылись и не вышли наружу, — все они опускаются в Есод де-ЗА.</w:t>
      </w:r>
    </w:p>
    <w:p>
      <w:pPr>
        <w:spacing w:before="40" w:after="120"/>
        <w:jc w:val="both"/>
      </w:pPr>
      <w:r>
        <w:rPr>
          <w:rFonts w:ascii="Georgia" w:hAnsi="Georgia"/>
          <w:b w:val="0"/>
          <w:i w:val="0"/>
          <w:color w:val="000000"/>
          <w:sz w:val="24"/>
        </w:rPr>
        <w:t>И ты уже знаешь, что завершение Есода Абы приходится на сам Есод де-ЗА.</w:t>
      </w:r>
    </w:p>
    <w:p>
      <w:pPr>
        <w:spacing w:before="40" w:after="120"/>
        <w:jc w:val="both"/>
      </w:pPr>
      <w:r>
        <w:rPr>
          <w:rFonts w:ascii="Georgia" w:hAnsi="Georgia"/>
          <w:b w:val="0"/>
          <w:i w:val="0"/>
          <w:color w:val="000000"/>
          <w:sz w:val="24"/>
        </w:rPr>
        <w:t xml:space="preserve">Таким образом, в Есоде де-ЗА оказывается 15 хасадим и гвурот, число которых равно 15 (ЙА, </w:t>
      </w:r>
      <w:r>
        <w:rPr>
          <w:rFonts w:ascii="Georgia" w:hAnsi="Georgia" w:cs="Times New Roman"/>
          <w:b/>
          <w:i w:val="0"/>
          <w:color w:val="000000"/>
          <w:sz w:val="24"/>
          <w:rtl/>
          <w:szCs w:val="32"/>
        </w:rPr>
        <w:t>י״ה</w:t>
      </w:r>
      <w:r>
        <w:rPr>
          <w:rFonts w:ascii="Georgia" w:hAnsi="Georgia"/>
          <w:b w:val="0"/>
          <w:i w:val="0"/>
          <w:color w:val="000000"/>
          <w:sz w:val="24"/>
        </w:rPr>
        <w:t xml:space="preserve"> = 15).</w:t>
      </w:r>
    </w:p>
    <w:p>
      <w:pPr>
        <w:spacing w:before="40" w:after="120"/>
        <w:jc w:val="both"/>
      </w:pPr>
      <w:r>
        <w:rPr>
          <w:rFonts w:ascii="Georgia" w:hAnsi="Georgia"/>
          <w:b w:val="0"/>
          <w:i w:val="0"/>
          <w:color w:val="000000"/>
          <w:sz w:val="24"/>
        </w:rPr>
        <w:t>Есть и еще одна причина — относительно самих пяти хасадим, распространяющихся в ЗА со стороны Есода Имы:</w:t>
      </w:r>
    </w:p>
    <w:p>
      <w:pPr>
        <w:spacing w:before="40" w:after="120"/>
        <w:jc w:val="both"/>
      </w:pPr>
      <w:r>
        <w:rPr>
          <w:rFonts w:ascii="Georgia" w:hAnsi="Georgia"/>
          <w:b w:val="0"/>
          <w:i w:val="0"/>
          <w:color w:val="000000"/>
          <w:sz w:val="24"/>
        </w:rPr>
        <w:t>Ведь у нас уже разъяснено, что у хасадим де-ЗА есть три аспекта:</w:t>
      </w:r>
    </w:p>
    <w:p>
      <w:pPr>
        <w:spacing w:before="40" w:after="120"/>
        <w:jc w:val="both"/>
      </w:pPr>
      <w:r>
        <w:rPr>
          <w:rFonts w:ascii="Georgia" w:hAnsi="Georgia"/>
          <w:b w:val="0"/>
          <w:i w:val="0"/>
          <w:color w:val="000000"/>
          <w:sz w:val="24"/>
        </w:rPr>
        <w:t>1) первый — наверху, на месте Даат де-ЗА, ведь там корень хасадим;</w:t>
      </w:r>
    </w:p>
    <w:p>
      <w:pPr>
        <w:spacing w:before="40" w:after="120"/>
        <w:jc w:val="both"/>
      </w:pPr>
      <w:r>
        <w:rPr>
          <w:rFonts w:ascii="Georgia" w:hAnsi="Georgia"/>
          <w:b w:val="0"/>
          <w:i w:val="0"/>
          <w:color w:val="000000"/>
          <w:sz w:val="24"/>
        </w:rPr>
        <w:t>2) затем от их свечения распространяются пять хасадим от Хеседа до Хода в нем;</w:t>
      </w:r>
    </w:p>
    <w:p>
      <w:pPr>
        <w:spacing w:before="40" w:after="120"/>
        <w:jc w:val="both"/>
      </w:pPr>
      <w:r>
        <w:rPr>
          <w:rFonts w:ascii="Georgia" w:hAnsi="Georgia"/>
          <w:b w:val="0"/>
          <w:i w:val="0"/>
          <w:color w:val="000000"/>
          <w:sz w:val="24"/>
        </w:rPr>
        <w:t>3) затем от свечения распространившихся хасадим в Есоде де-ЗА собирается свечение пяти других хасадим — и по этой причине Есод называется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как известно.</w:t>
      </w:r>
    </w:p>
    <w:p>
      <w:pPr>
        <w:spacing w:before="40" w:after="120"/>
        <w:jc w:val="both"/>
      </w:pPr>
      <w:r>
        <w:rPr>
          <w:rFonts w:ascii="Georgia" w:hAnsi="Georgia"/>
          <w:b w:val="0"/>
          <w:i w:val="0"/>
          <w:color w:val="000000"/>
          <w:sz w:val="24"/>
        </w:rPr>
        <w:t>И вот — 15 хасадим, по числу букв ЙА (</w:t>
      </w:r>
      <w:r>
        <w:rPr>
          <w:rFonts w:ascii="Georgia" w:hAnsi="Georgia" w:cs="Times New Roman"/>
          <w:b/>
          <w:i w:val="0"/>
          <w:color w:val="000000"/>
          <w:sz w:val="24"/>
          <w:rtl/>
          <w:szCs w:val="32"/>
        </w:rPr>
        <w:t>י״ה</w:t>
      </w:r>
      <w:r>
        <w:rPr>
          <w:rFonts w:ascii="Georgia" w:hAnsi="Georgia"/>
          <w:b w:val="0"/>
          <w:i w:val="0"/>
          <w:color w:val="000000"/>
          <w:sz w:val="24"/>
        </w:rPr>
        <w:t xml:space="preserve"> = 15).</w:t>
      </w:r>
    </w:p>
    <w:p>
      <w:pPr>
        <w:spacing w:before="40" w:after="120"/>
        <w:jc w:val="both"/>
      </w:pPr>
      <w:r>
        <w:rPr>
          <w:rFonts w:ascii="Georgia" w:hAnsi="Georgia"/>
          <w:b w:val="0"/>
          <w:i w:val="0"/>
          <w:color w:val="000000"/>
          <w:sz w:val="24"/>
        </w:rPr>
        <w:t>Получается, что НЕХИ — это не полные имена АВАЯ, но три имени ЙА, как сказано выше. И все те ступени, которые мы объяснили выше для имени АВАЯ, есть также и в имени ЙА.</w:t>
      </w:r>
    </w:p>
    <w:p>
      <w:pPr>
        <w:spacing w:before="40" w:after="120"/>
        <w:jc w:val="both"/>
      </w:pPr>
      <w:r>
        <w:rPr>
          <w:rFonts w:ascii="Georgia" w:hAnsi="Georgia"/>
          <w:b w:val="0"/>
          <w:i w:val="0"/>
          <w:color w:val="000000"/>
          <w:sz w:val="24"/>
        </w:rPr>
        <w:t>И подобно тому, что опустилось от имени МА, так же опустилось и от упомянутых трех имен ЙА: ведь в Ацилуте остались только первые две ступени — две буквы ЙА (</w:t>
      </w:r>
      <w:r>
        <w:rPr>
          <w:rFonts w:ascii="Georgia" w:hAnsi="Georgia" w:cs="Times New Roman"/>
          <w:b/>
          <w:i w:val="0"/>
          <w:color w:val="000000"/>
          <w:sz w:val="24"/>
          <w:rtl/>
          <w:szCs w:val="32"/>
        </w:rPr>
        <w:t>י״ה</w:t>
      </w:r>
      <w:r>
        <w:rPr>
          <w:rFonts w:ascii="Georgia" w:hAnsi="Georgia"/>
          <w:b w:val="0"/>
          <w:i w:val="0"/>
          <w:color w:val="000000"/>
          <w:sz w:val="24"/>
        </w:rPr>
        <w:t xml:space="preserve">) и их обратная сторона (ахораим) в аспекте одних лишь букв: </w:t>
      </w:r>
      <w:r>
        <w:rPr>
          <w:rFonts w:ascii="Georgia" w:hAnsi="Georgia" w:cs="Times New Roman"/>
          <w:b/>
          <w:i w:val="0"/>
          <w:color w:val="000000"/>
          <w:sz w:val="24"/>
          <w:rtl/>
          <w:szCs w:val="32"/>
        </w:rPr>
        <w:t>י׳ י״ה</w:t>
      </w:r>
      <w:r>
        <w:rPr>
          <w:rFonts w:ascii="Georgia" w:hAnsi="Georgia"/>
          <w:b w:val="0"/>
          <w:i w:val="0"/>
          <w:color w:val="000000"/>
          <w:sz w:val="24"/>
        </w:rPr>
        <w:t>.</w:t>
      </w:r>
    </w:p>
    <w:p>
      <w:pPr>
        <w:spacing w:before="40" w:after="120"/>
        <w:jc w:val="both"/>
      </w:pPr>
      <w:r>
        <w:rPr>
          <w:rFonts w:ascii="Georgia" w:hAnsi="Georgia"/>
          <w:b w:val="0"/>
          <w:i w:val="0"/>
          <w:color w:val="000000"/>
          <w:sz w:val="24"/>
        </w:rPr>
        <w:t>А начиная с третьей ступени и ниже — включая ее саму — все они опустились в мир Брия подобно тому, как это произошло в Тиферет, то есть в имени МА.</w:t>
      </w:r>
    </w:p>
    <w:p>
      <w:pPr>
        <w:spacing w:before="40" w:after="120"/>
        <w:jc w:val="both"/>
      </w:pPr>
      <w:r>
        <w:rPr>
          <w:rFonts w:ascii="Georgia" w:hAnsi="Georgia"/>
          <w:b w:val="0"/>
          <w:i w:val="0"/>
          <w:color w:val="000000"/>
          <w:sz w:val="24"/>
        </w:rPr>
        <w:t>Причина же, почему все эти искры не упоминаются отдельно так, как были упомянуты остальные искры, заключается в том, что все искры, опустившиеся от НЕХИ, соединяются с искрами Тиферет. А выше мы уже разъяснили: все, что соединяется с тем, что выше него, не идет под отдельным именем. Что касается искр их ахораим, нет необходимости объяснять, почему они не вошли в подсчет: ведь уже разъяснено, что там, где учитывается лицевая сторона (паним), ахораим не считаются.</w:t>
      </w:r>
    </w:p>
    <w:p>
      <w:pPr>
        <w:spacing w:before="40" w:after="120"/>
        <w:jc w:val="both"/>
      </w:pPr>
      <w:r>
        <w:rPr>
          <w:rFonts w:ascii="Georgia" w:hAnsi="Georgia"/>
          <w:b w:val="0"/>
          <w:i w:val="0"/>
          <w:color w:val="000000"/>
          <w:sz w:val="24"/>
        </w:rPr>
        <w:t>Однако относительно лицевой стороны необходимо объяснить, каким образом они соединяются со ступенью, находящейся выше них, по причине чего они и не вошли в счет, как сказано выше.</w:t>
      </w:r>
    </w:p>
    <w:p>
      <w:pPr>
        <w:spacing w:before="40" w:after="120"/>
        <w:jc w:val="both"/>
      </w:pPr>
      <w:r>
        <w:rPr>
          <w:rFonts w:ascii="Georgia" w:hAnsi="Georgia"/>
          <w:b w:val="0"/>
          <w:i w:val="0"/>
          <w:color w:val="000000"/>
          <w:sz w:val="24"/>
        </w:rPr>
        <w:t>Три имени ЙА дают 45: 15 × 3 = 45. Поэтому его искры соединяются с искрами имени МА, как сказано выше.</w:t>
      </w:r>
    </w:p>
    <w:p>
      <w:pPr>
        <w:spacing w:before="40" w:after="120"/>
        <w:jc w:val="both"/>
      </w:pPr>
      <w:r>
        <w:rPr>
          <w:rFonts w:ascii="Georgia" w:hAnsi="Georgia"/>
          <w:b w:val="0"/>
          <w:i w:val="0"/>
          <w:color w:val="000000"/>
          <w:sz w:val="24"/>
        </w:rPr>
        <w:t>И хотя их числа происходят по-разному — ведь у одного счет идет от наполнения (милуй имени МА = 45), а у другого счет идет от простых букв (три имени ЙА: 15 × 3 = 45), — в этом нет затруднения, как мы с Б-жьей помощью объясним. Сейчас наша цель — лишь показать саму возможность их соединения вместе, даже если их расчеты различаются по происхождению.</w:t>
      </w:r>
    </w:p>
    <w:p>
      <w:pPr>
        <w:spacing w:before="40" w:after="120"/>
        <w:jc w:val="both"/>
      </w:pPr>
      <w:r>
        <w:rPr>
          <w:rFonts w:ascii="Georgia" w:hAnsi="Georgia"/>
          <w:b w:val="0"/>
          <w:i w:val="0"/>
          <w:color w:val="000000"/>
          <w:sz w:val="24"/>
        </w:rPr>
        <w:t>Кроме того, наполнение трех упомянутых имен ЙА делается через букву алеф (</w:t>
      </w:r>
      <w:r>
        <w:rPr>
          <w:rFonts w:ascii="Georgia" w:hAnsi="Georgia" w:cs="Times New Roman"/>
          <w:b/>
          <w:i w:val="0"/>
          <w:color w:val="000000"/>
          <w:sz w:val="24"/>
          <w:rtl/>
          <w:szCs w:val="32"/>
        </w:rPr>
        <w:t>א</w:t>
      </w:r>
      <w:r>
        <w:rPr>
          <w:rFonts w:ascii="Georgia" w:hAnsi="Georgia"/>
          <w:b w:val="0"/>
          <w:i w:val="0"/>
          <w:color w:val="000000"/>
          <w:sz w:val="24"/>
        </w:rPr>
        <w:t>), поскольку эти НЕХИ — это НЕХИ Зеир Анпина, чье наполнение идет через алеф (МА). Ведь ЙА в наполнении через алеф (</w:t>
      </w:r>
      <w:r>
        <w:rPr>
          <w:rFonts w:ascii="Georgia" w:hAnsi="Georgia" w:cs="Times New Roman"/>
          <w:b/>
          <w:i w:val="0"/>
          <w:color w:val="000000"/>
          <w:sz w:val="24"/>
          <w:rtl/>
          <w:szCs w:val="32"/>
        </w:rPr>
        <w:t>יו״ד ה״א</w:t>
      </w:r>
      <w:r>
        <w:rPr>
          <w:rFonts w:ascii="Georgia" w:hAnsi="Georgia"/>
          <w:b w:val="0"/>
          <w:i w:val="0"/>
          <w:color w:val="000000"/>
          <w:sz w:val="24"/>
        </w:rPr>
        <w:t>) по гематрии равно 26 (</w:t>
      </w:r>
      <w:r>
        <w:rPr>
          <w:rFonts w:ascii="Georgia" w:hAnsi="Georgia" w:cs="Times New Roman"/>
          <w:b/>
          <w:i w:val="0"/>
          <w:color w:val="000000"/>
          <w:sz w:val="24"/>
          <w:rtl/>
          <w:szCs w:val="32"/>
        </w:rPr>
        <w:t>כ״ו</w:t>
      </w:r>
      <w:r>
        <w:rPr>
          <w:rFonts w:ascii="Georgia" w:hAnsi="Georgia"/>
          <w:b w:val="0"/>
          <w:i w:val="0"/>
          <w:color w:val="000000"/>
          <w:sz w:val="24"/>
        </w:rPr>
        <w:t>); и потому оно соединяется с третьей ступенью имени МА, чье число также равно 26, пусть даже они и не одинаковы по своей сути.</w:t>
      </w:r>
    </w:p>
    <w:p>
      <w:pPr>
        <w:spacing w:before="40" w:after="120"/>
        <w:jc w:val="both"/>
      </w:pPr>
      <w:r>
        <w:rPr>
          <w:rFonts w:ascii="Georgia" w:hAnsi="Georgia"/>
          <w:b w:val="0"/>
          <w:i w:val="0"/>
          <w:color w:val="000000"/>
          <w:sz w:val="24"/>
        </w:rPr>
        <w:t>Суть же в следующем: мы уже объясняли, что 10 букв наполнения имени МА в Тиферет поднялись вместе с 10 буквами де-САГ наверх и соединились с ними. И вот, мы опасаемся: раз эти 10 букв поднялись наверх, как бы не поднялось вместе с ними и их числовое значение, равное 45 (МА), представляющее собой седьмую ступень! Ведь число тянется за буквами, которые служат ему корнем. И если оно также поднимется, кли Тиферет окажется в крайне бедственном положении — совершенно пустым, без искр, и впоследствии не сможет исправиться во время исправления остальных келим.</w:t>
      </w:r>
    </w:p>
    <w:p>
      <w:pPr>
        <w:spacing w:before="40" w:after="120"/>
        <w:jc w:val="both"/>
      </w:pPr>
      <w:r>
        <w:rPr>
          <w:rFonts w:ascii="Georgia" w:hAnsi="Georgia"/>
          <w:b w:val="0"/>
          <w:i w:val="0"/>
          <w:color w:val="000000"/>
          <w:sz w:val="24"/>
        </w:rPr>
        <w:t>Поэтому искры НЕХИ поднимаются вверх, в Тиферет, чтобы связаться с числом 45 — седьмой ступенью Тиферет; и тогда это число не поднимется наверх, в имя САГ. И потому, коль скоро подъем этих искр происходит исключительно по этой причине, нет опасения и строгости относительно того, чтобы их расчеты [по происхождению] были строго одинаковы: ведь они и так поднимаются по упомянутой причине.</w:t>
      </w:r>
    </w:p>
    <w:p>
      <w:pPr>
        <w:spacing w:before="40" w:after="120"/>
        <w:jc w:val="both"/>
      </w:pPr>
      <w:r>
        <w:rPr>
          <w:rFonts w:ascii="Georgia" w:hAnsi="Georgia"/>
          <w:b w:val="0"/>
          <w:i w:val="0"/>
          <w:color w:val="000000"/>
          <w:sz w:val="24"/>
        </w:rPr>
        <w:t>И если ты спросишь: почему в имени АБ мы не опасаемся, что число имени АБ (седьмая ступень) поднимется вслед за своим корнем — пятой ступенью АБ, то есть 10 буквами [наполнения АБ], и из-за этого опасения следовало бы также поднять 10 букв наполнения САГ наверх вместе с ними, чтобы привязать их и не дать им подняться?</w:t>
      </w:r>
    </w:p>
    <w:p>
      <w:pPr>
        <w:spacing w:before="40" w:after="120"/>
        <w:jc w:val="both"/>
      </w:pPr>
      <w:r>
        <w:rPr>
          <w:rFonts w:ascii="Georgia" w:hAnsi="Georgia"/>
          <w:b w:val="0"/>
          <w:i w:val="0"/>
          <w:color w:val="000000"/>
          <w:sz w:val="24"/>
        </w:rPr>
        <w:t>Ответ таков: в имени АБ 10 букв наполнения вообще не опускались в Брию, но остались в Ацилуте, а в Брию сошло лишь одно их числовое значение. И потому нет опасения, что они поднимутся, ведь [искры] не могут подняться сами по себе из одного мира в другой мир, это им не под силу. Тем более что они поневоле опустились из Ацилута в Брию, так как у них не было сил устоять там, и они разбились; как же теперь они поднимутся в Ацилут после того, как разбились и упали?! Однако число имени МА может подняться к своему корню — десяти буквам де-МА, которые поднялись и связались с десятью буквами де-САГ, поскольку все они находятся внутри мира Брия и способны подниматься [внутри него].</w:t>
      </w:r>
    </w:p>
    <w:p>
      <w:pPr>
        <w:spacing w:before="40" w:after="120"/>
        <w:jc w:val="both"/>
      </w:pPr>
      <w:r>
        <w:rPr>
          <w:rFonts w:ascii="Georgia" w:hAnsi="Georgia"/>
          <w:b w:val="0"/>
          <w:i w:val="0"/>
          <w:color w:val="000000"/>
          <w:sz w:val="24"/>
        </w:rPr>
        <w:t>И нужно пояснить: коль скоро причина подъема искр НЕХИ к имени МА состоит лишь в том, чтобы его число не поднялось вслед за своим корнем, поднявшимся к десяти буквам де-САГ, — в таком случае в этих НЕХИ из-за наполнения должно было бы найтись 10 букв, взамен тех 10 букв имени МА, которые поднялись.</w:t>
      </w:r>
    </w:p>
    <w:p>
      <w:pPr>
        <w:spacing w:before="40" w:after="120"/>
        <w:jc w:val="both"/>
      </w:pPr>
      <w:r>
        <w:rPr>
          <w:rFonts w:ascii="Georgia" w:hAnsi="Georgia"/>
          <w:b w:val="0"/>
          <w:i w:val="0"/>
          <w:color w:val="000000"/>
          <w:sz w:val="24"/>
        </w:rPr>
        <w:t xml:space="preserve">Но дело в том, что в двух именах ЙА при их наполнении насчитывается 10 букв [ведь каждое имя ЙА в наполнении состоит из 5 букв: </w:t>
      </w:r>
      <w:r>
        <w:rPr>
          <w:rFonts w:ascii="Georgia" w:hAnsi="Georgia" w:cs="Times New Roman"/>
          <w:b/>
          <w:i w:val="0"/>
          <w:color w:val="000000"/>
          <w:sz w:val="24"/>
          <w:rtl/>
          <w:szCs w:val="32"/>
        </w:rPr>
        <w:t>יו״ד ה״א</w:t>
      </w:r>
      <w:r>
        <w:rPr>
          <w:rFonts w:ascii="Georgia" w:hAnsi="Georgia"/>
          <w:b w:val="0"/>
          <w:i w:val="0"/>
          <w:color w:val="000000"/>
          <w:sz w:val="24"/>
        </w:rPr>
        <w:t>], и они встают на место тех 10 букв наполнения МА, которые поднялись к имени САГ, как сказано выше.</w:t>
      </w:r>
    </w:p>
    <w:p>
      <w:pPr>
        <w:spacing w:before="40" w:after="120"/>
        <w:jc w:val="both"/>
      </w:pPr>
      <w:r>
        <w:rPr>
          <w:rFonts w:ascii="Georgia" w:hAnsi="Georgia"/>
          <w:b w:val="0"/>
          <w:i w:val="0"/>
          <w:color w:val="000000"/>
          <w:sz w:val="24"/>
        </w:rPr>
        <w:t>И хотя здесь три имени ЙА, и, следовательно, в их наполнении насчитывается 15 букв, строгость соблюдается лишь в том, чтобы число букв не было меньше десяти; если же их больше десяти, в этом нет никакого препятствия.</w:t>
      </w:r>
    </w:p>
    <w:p>
      <w:pPr>
        <w:spacing w:before="40" w:after="120"/>
        <w:jc w:val="both"/>
      </w:pPr>
      <w:r>
        <w:rPr>
          <w:rFonts w:ascii="Georgia" w:hAnsi="Georgia"/>
          <w:b w:val="0"/>
          <w:i w:val="0"/>
          <w:color w:val="000000"/>
          <w:sz w:val="24"/>
        </w:rPr>
        <w:t>Получается, что все искры НЕХИ поднялись и соединились с искрами имени МА в Тиферет. Поэтому в счет идут лишь искры четырех имен: АБ, САГ, МА и БОН, составляющие 288 (РАПАХ), как сказано выше. С той лишь разницей, что первые три меры по 72 относятся к лицевой стороне (паним), а четвертая мера 72 относится к обратной стороне (ахораим); и все вместе они составляют 288 искр, которые мы упоминаем во всех местах этого нашего сочинения.</w:t>
      </w:r>
    </w:p>
    <w:p>
      <w:pPr>
        <w:spacing w:before="40" w:after="120"/>
        <w:jc w:val="both"/>
      </w:pPr>
      <w:r>
        <w:rPr>
          <w:rFonts w:ascii="Georgia" w:hAnsi="Georgia"/>
          <w:b w:val="0"/>
          <w:i w:val="0"/>
          <w:color w:val="000000"/>
          <w:sz w:val="24"/>
        </w:rPr>
        <w:t>И теперь ты поймешь и увидишь, почему келим НЕХИ остались без собственных искр — и потому именно от них происходит вскармливание клипот (нечистых оболочек).</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Можно задать вопрос: почему выше мы рассчитывали трижды 15 (</w:t>
      </w:r>
      <w:r>
        <w:rPr>
          <w:rFonts w:ascii="Georgia" w:hAnsi="Georgia" w:cs="Times New Roman"/>
          <w:b/>
          <w:i w:val="0"/>
          <w:color w:val="000000"/>
          <w:sz w:val="24"/>
          <w:rtl/>
          <w:szCs w:val="32"/>
        </w:rPr>
        <w:t>י״ה</w:t>
      </w:r>
      <w:r>
        <w:rPr>
          <w:rFonts w:ascii="Georgia" w:hAnsi="Georgia"/>
          <w:b w:val="0"/>
          <w:i w:val="0"/>
          <w:color w:val="000000"/>
          <w:sz w:val="24"/>
        </w:rPr>
        <w:t>), а здесь рассчитываем лишь один раз 26 (</w:t>
      </w:r>
      <w:r>
        <w:rPr>
          <w:rFonts w:ascii="Georgia" w:hAnsi="Georgia" w:cs="Times New Roman"/>
          <w:b/>
          <w:i w:val="0"/>
          <w:color w:val="000000"/>
          <w:sz w:val="24"/>
          <w:rtl/>
          <w:szCs w:val="32"/>
        </w:rPr>
        <w:t>כ״ו</w:t>
      </w:r>
      <w:r>
        <w:rPr>
          <w:rFonts w:ascii="Georgia" w:hAnsi="Georgia"/>
          <w:b w:val="0"/>
          <w:i w:val="0"/>
          <w:color w:val="000000"/>
          <w:sz w:val="24"/>
        </w:rPr>
        <w:t>), а не трижды?</w:t>
      </w:r>
    </w:p>
    <w:p>
      <w:pPr>
        <w:spacing w:before="40" w:after="120"/>
        <w:jc w:val="both"/>
      </w:pPr>
      <w:r>
        <w:rPr>
          <w:rFonts w:ascii="Georgia" w:hAnsi="Georgia"/>
          <w:b w:val="0"/>
          <w:i w:val="0"/>
          <w:color w:val="000000"/>
          <w:sz w:val="24"/>
        </w:rPr>
        <w:t>Ответ заключается в том, что всякий раз, когда у какого-либо свойства есть возможность соединиться с тем, что находится выше него, оно соединяется с ним. Поэтому в имени 15 у них нет никакой связи с тем, что выше них, пока все три не объединятся вместе, и лишь тогда они соединяются с именем МА. Однако в имени 26 каждое свойство обладает способностью соединиться с высшим, и потому каждое из них по отдельности соединяется наверху с числовым значением 26 имени МА.</w:t>
      </w:r>
    </w:p>
    <w:p>
      <w:pPr>
        <w:spacing w:before="40" w:after="120"/>
        <w:jc w:val="both"/>
      </w:pPr>
      <w:r>
        <w:rPr>
          <w:rFonts w:ascii="Georgia" w:hAnsi="Georgia"/>
          <w:b w:val="0"/>
          <w:i w:val="0"/>
          <w:color w:val="000000"/>
          <w:sz w:val="24"/>
        </w:rPr>
        <w:t>И можно спросить: разве числовое значение САГ (</w:t>
      </w:r>
      <w:r>
        <w:rPr>
          <w:rFonts w:ascii="Georgia" w:hAnsi="Georgia" w:cs="Times New Roman"/>
          <w:b/>
          <w:i w:val="0"/>
          <w:color w:val="000000"/>
          <w:sz w:val="24"/>
          <w:rtl/>
          <w:szCs w:val="32"/>
        </w:rPr>
        <w:t>ס״ג</w:t>
      </w:r>
      <w:r>
        <w:rPr>
          <w:rFonts w:ascii="Georgia" w:hAnsi="Georgia"/>
          <w:b w:val="0"/>
          <w:i w:val="0"/>
          <w:color w:val="000000"/>
          <w:sz w:val="24"/>
        </w:rPr>
        <w:t>) не может также подняться к своему корню — десяти буквам де-САГ? Почему же мы не опасаемся, что оно поднимется?</w:t>
      </w:r>
    </w:p>
    <w:p>
      <w:pPr>
        <w:spacing w:before="40" w:after="120"/>
        <w:jc w:val="both"/>
      </w:pPr>
      <w:r>
        <w:rPr>
          <w:rFonts w:ascii="Georgia" w:hAnsi="Georgia"/>
          <w:b w:val="0"/>
          <w:i w:val="0"/>
          <w:color w:val="000000"/>
          <w:sz w:val="24"/>
        </w:rPr>
        <w:t>На это можно ответить: ладно еще имя МА — коль скоро десять его букв поднялись и связались с именем САГ, если теперь туда же поднимется и числовое значение МА, кли имени МА останется вовсе без света, и этого следует опасаться. Но относительно имени САГ опасаться нечего, даже если его числовое значение поднимется к своему корню, поскольку все это находится в его собственном кли.</w:t>
      </w:r>
    </w:p>
    <w:p>
      <w:pPr>
        <w:spacing w:before="40" w:after="120"/>
        <w:jc w:val="both"/>
      </w:pPr>
      <w:r>
        <w:rPr>
          <w:rFonts w:ascii="Georgia" w:hAnsi="Georgia"/>
          <w:b w:val="0"/>
          <w:i w:val="0"/>
          <w:color w:val="000000"/>
          <w:sz w:val="24"/>
        </w:rPr>
        <w:t>Глава 5</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все эти упомянутые 288 искр (РАПАХ) относятся к категории гвурот и абсолютных судов. На них во многих местах намекает книга Зоар, как сказано в недельном разделе Пкудей: «Пойди и посмотри: Глава веры ударил [в] буцина де-кардунита, и [тот] поднялся в мысль, испустил искры, метнул их в 320 (</w:t>
      </w:r>
      <w:r>
        <w:rPr>
          <w:rFonts w:ascii="Georgia" w:hAnsi="Georgia" w:cs="Times New Roman"/>
          <w:b/>
          <w:i w:val="0"/>
          <w:color w:val="000000"/>
          <w:sz w:val="24"/>
          <w:rtl/>
          <w:szCs w:val="32"/>
        </w:rPr>
        <w:t>ש״ך</w:t>
      </w:r>
      <w:r>
        <w:rPr>
          <w:rFonts w:ascii="Georgia" w:hAnsi="Georgia"/>
          <w:b w:val="0"/>
          <w:i w:val="0"/>
          <w:color w:val="000000"/>
          <w:sz w:val="24"/>
        </w:rPr>
        <w:t>) сторон и отделил отходы из мысли…» А в недельном разделе Тазриа (лист 48б): «Учили: из буцина де-кардунита выходят 325 (</w:t>
      </w:r>
      <w:r>
        <w:rPr>
          <w:rFonts w:ascii="Georgia" w:hAnsi="Georgia" w:cs="Times New Roman"/>
          <w:b/>
          <w:i w:val="0"/>
          <w:color w:val="000000"/>
          <w:sz w:val="24"/>
          <w:rtl/>
          <w:szCs w:val="32"/>
        </w:rPr>
        <w:t>שכ״ה</w:t>
      </w:r>
      <w:r>
        <w:rPr>
          <w:rFonts w:ascii="Georgia" w:hAnsi="Georgia"/>
          <w:b w:val="0"/>
          <w:i w:val="0"/>
          <w:color w:val="000000"/>
          <w:sz w:val="24"/>
        </w:rPr>
        <w:t>) искр… со стороны гвуры, которые называются гвурой…» И в Идра [Раба] (лист 132б): «Я смотрел и вот, увидел: драгоценный свет высшего светильника светит и поднимается к 325 сторонам…»</w:t>
      </w:r>
    </w:p>
    <w:p>
      <w:pPr>
        <w:spacing w:before="40" w:after="120"/>
        <w:jc w:val="both"/>
      </w:pPr>
      <w:r>
        <w:rPr>
          <w:rFonts w:ascii="Georgia" w:hAnsi="Georgia"/>
          <w:b w:val="0"/>
          <w:i w:val="0"/>
          <w:color w:val="000000"/>
          <w:sz w:val="24"/>
        </w:rPr>
        <w:t xml:space="preserve">И хотя там представляется, будто это 320 искр, а здесь мы называем их 288 (по другой версии — 325) искрами, все это одно и то же и с Б-жьей помощью будет объяснено ниже. То же, что их число составляет 320 искр, объясняется тем, что эти искры происходят от семи умерших мелахим. Они относятся к категории Зеир Анпина (ЗА). ЗА называется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поскольку он представляет собой Имя АВАЯ с буквенным наполнением алеф (в гематрии 45). И каждый из этих мелахим — это один </w:t>
      </w:r>
      <w:r>
        <w:rPr>
          <w:rFonts w:ascii="Georgia" w:hAnsi="Georgia"/>
          <w:b w:val="0"/>
          <w:i/>
          <w:color w:val="000000"/>
          <w:sz w:val="24"/>
        </w:rPr>
        <w:t>адам</w:t>
      </w:r>
      <w:r>
        <w:rPr>
          <w:rFonts w:ascii="Georgia" w:hAnsi="Georgia"/>
          <w:b w:val="0"/>
          <w:i w:val="0"/>
          <w:color w:val="000000"/>
          <w:sz w:val="24"/>
        </w:rPr>
        <w:t xml:space="preserve">. Получается, что семь раз по </w:t>
      </w:r>
      <w:r>
        <w:rPr>
          <w:rFonts w:ascii="Georgia" w:hAnsi="Georgia"/>
          <w:b w:val="0"/>
          <w:i/>
          <w:color w:val="000000"/>
          <w:sz w:val="24"/>
        </w:rPr>
        <w:t>адам</w:t>
      </w:r>
      <w:r>
        <w:rPr>
          <w:rFonts w:ascii="Georgia" w:hAnsi="Georgia"/>
          <w:b w:val="0"/>
          <w:i w:val="0"/>
          <w:color w:val="000000"/>
          <w:sz w:val="24"/>
        </w:rPr>
        <w:t xml:space="preserve"> (7 × 45) дает в гематрии 315 (</w:t>
      </w:r>
      <w:r>
        <w:rPr>
          <w:rFonts w:ascii="Georgia" w:hAnsi="Georgia" w:cs="Times New Roman"/>
          <w:b/>
          <w:i w:val="0"/>
          <w:color w:val="000000"/>
          <w:sz w:val="24"/>
          <w:rtl/>
          <w:szCs w:val="32"/>
        </w:rPr>
        <w:t>שט״ו</w:t>
      </w:r>
      <w:r>
        <w:rPr>
          <w:rFonts w:ascii="Georgia" w:hAnsi="Georgia"/>
          <w:b w:val="0"/>
          <w:i w:val="0"/>
          <w:color w:val="000000"/>
          <w:sz w:val="24"/>
        </w:rPr>
        <w:t>), и все они — искры гвуры и абсолютные суды умерших мелахим.</w:t>
      </w:r>
    </w:p>
    <w:p>
      <w:pPr>
        <w:spacing w:before="40" w:after="120"/>
        <w:jc w:val="both"/>
      </w:pPr>
      <w:r>
        <w:rPr>
          <w:rFonts w:ascii="Georgia" w:hAnsi="Georgia"/>
          <w:b w:val="0"/>
          <w:i w:val="0"/>
          <w:color w:val="000000"/>
          <w:sz w:val="24"/>
        </w:rPr>
        <w:t xml:space="preserve">Когда же они исправлялись во чреве своей матери Бины, это происходило, как уже разъяснялось, благодаря новой капле Аба, которую тот дал ей и которая включает пять хасадим. Има также дала в них каплю МАН, включающую пять гвурот, и благодаря этому исправились упомянутые 315 искр, а в совокупности они составили 320 искр де-ЗА. Ведь пять хасадим де-Аба — это не искры, а именно хасадим, поскольку искрами являются исключительно гвурот. Таким образом, 315 искр — прежние, [оставшиеся] от мелахим, а пять других искр — новые, и общий итог в ЗА составляет 320. Ты уже знаешь, что и Нуква де-ЗА, будучи седьмым свойством среди мелахим, содержит в себе совокупность всех семи мелахим, как известно: нет ни одной сфиры, в которую не были бы включены свойства мелахим. Получается, что в Нукве де-ЗА есть другие 320 искр. Известно также, что гвурот и суды удваиваются, и потому в ЗА присутствуют дважды по 320 искр (2 × 320 = 640), по каковой причине ЗА называется </w:t>
      </w:r>
      <w:r>
        <w:rPr>
          <w:rFonts w:ascii="Georgia" w:hAnsi="Georgia"/>
          <w:b w:val="0"/>
          <w:i/>
          <w:color w:val="000000"/>
          <w:sz w:val="24"/>
        </w:rPr>
        <w:t>шемеш</w:t>
      </w:r>
      <w:r>
        <w:rPr>
          <w:rFonts w:ascii="Georgia" w:hAnsi="Georgia"/>
          <w:b w:val="0"/>
          <w:i w:val="0"/>
          <w:color w:val="000000"/>
          <w:sz w:val="24"/>
        </w:rPr>
        <w:t xml:space="preserve"> — «солнце» (</w:t>
      </w:r>
      <w:r>
        <w:rPr>
          <w:rFonts w:ascii="Georgia" w:hAnsi="Georgia" w:cs="Times New Roman"/>
          <w:b/>
          <w:i w:val="0"/>
          <w:color w:val="000000"/>
          <w:sz w:val="24"/>
          <w:rtl/>
          <w:szCs w:val="32"/>
        </w:rPr>
        <w:t>שֶׁמֶשׁ</w:t>
      </w:r>
      <w:r>
        <w:rPr>
          <w:rFonts w:ascii="Georgia" w:hAnsi="Georgia"/>
          <w:b w:val="0"/>
          <w:i w:val="0"/>
          <w:color w:val="000000"/>
          <w:sz w:val="24"/>
        </w:rPr>
        <w:t xml:space="preserve"> = 640), что указывает на эти искры; и дважды по 320 — в Нукве, из-за чего она называется </w:t>
      </w:r>
      <w:r>
        <w:rPr>
          <w:rFonts w:ascii="Georgia" w:hAnsi="Georgia"/>
          <w:b w:val="0"/>
          <w:i/>
          <w:color w:val="000000"/>
          <w:sz w:val="24"/>
        </w:rPr>
        <w:t>тамар</w:t>
      </w:r>
      <w:r>
        <w:rPr>
          <w:rFonts w:ascii="Georgia" w:hAnsi="Georgia"/>
          <w:b w:val="0"/>
          <w:i w:val="0"/>
          <w:color w:val="000000"/>
          <w:sz w:val="24"/>
        </w:rPr>
        <w:t xml:space="preserve"> — «пальма» (</w:t>
      </w:r>
      <w:r>
        <w:rPr>
          <w:rFonts w:ascii="Georgia" w:hAnsi="Georgia" w:cs="Times New Roman"/>
          <w:b/>
          <w:i w:val="0"/>
          <w:color w:val="000000"/>
          <w:sz w:val="24"/>
          <w:rtl/>
          <w:szCs w:val="32"/>
        </w:rPr>
        <w:t>תָּמָר</w:t>
      </w:r>
      <w:r>
        <w:rPr>
          <w:rFonts w:ascii="Georgia" w:hAnsi="Georgia"/>
          <w:b w:val="0"/>
          <w:i w:val="0"/>
          <w:color w:val="000000"/>
          <w:sz w:val="24"/>
        </w:rPr>
        <w:t xml:space="preserve"> = 640), что указывает на содержащиеся в ней искры. Все эти его и ее искры перемешиваются во чреве Имы, обретают форму и исправляются там.</w:t>
      </w:r>
    </w:p>
    <w:p>
      <w:pPr>
        <w:spacing w:before="40" w:after="120"/>
        <w:jc w:val="both"/>
      </w:pPr>
      <w:r>
        <w:rPr>
          <w:rFonts w:ascii="Georgia" w:hAnsi="Georgia"/>
          <w:b w:val="0"/>
          <w:i w:val="0"/>
          <w:color w:val="000000"/>
          <w:sz w:val="24"/>
        </w:rPr>
        <w:t xml:space="preserve">Чтобы понять смысл чисел 325 и 288 (РАПАХ), необходимо объяснить приведенные выше фрагменты, а также фрагмент в недельном разделе Бо (лист 31б), где сказано: </w:t>
      </w:r>
      <w:r>
        <w:rPr>
          <w:rFonts w:ascii="Georgia" w:hAnsi="Georgia"/>
          <w:b w:val="0"/>
          <w:i/>
          <w:color w:val="000000"/>
          <w:sz w:val="24"/>
        </w:rPr>
        <w:t>«Если будет отроковица, девственница…»</w:t>
      </w:r>
      <w:r>
        <w:rPr>
          <w:rFonts w:ascii="Georgia" w:hAnsi="Georgia"/>
          <w:b w:val="0"/>
          <w:i w:val="0"/>
          <w:color w:val="000000"/>
          <w:sz w:val="24"/>
        </w:rPr>
        <w:t xml:space="preserve"> (Дварим 22:23) — написано </w:t>
      </w:r>
      <w:r>
        <w:rPr>
          <w:rFonts w:ascii="Georgia" w:hAnsi="Georgia"/>
          <w:b w:val="0"/>
          <w:i/>
          <w:color w:val="000000"/>
          <w:sz w:val="24"/>
        </w:rPr>
        <w:t>наар</w:t>
      </w:r>
      <w:r>
        <w:rPr>
          <w:rFonts w:ascii="Georgia" w:hAnsi="Georgia"/>
          <w:b w:val="0"/>
          <w:i w:val="0"/>
          <w:color w:val="000000"/>
          <w:sz w:val="24"/>
        </w:rPr>
        <w:t xml:space="preserve"> («отрок», </w:t>
      </w:r>
      <w:r>
        <w:rPr>
          <w:rFonts w:ascii="Georgia" w:hAnsi="Georgia" w:cs="Times New Roman"/>
          <w:b/>
          <w:i w:val="0"/>
          <w:color w:val="000000"/>
          <w:sz w:val="24"/>
          <w:rtl/>
          <w:szCs w:val="32"/>
        </w:rPr>
        <w:t>נַעַר</w:t>
      </w:r>
      <w:r>
        <w:rPr>
          <w:rFonts w:ascii="Georgia" w:hAnsi="Georgia"/>
          <w:b w:val="0"/>
          <w:i w:val="0"/>
          <w:color w:val="000000"/>
          <w:sz w:val="24"/>
        </w:rPr>
        <w:t xml:space="preserve">); почему? Потому что пока она не соединилась с мужским началом, она называется </w:t>
      </w:r>
      <w:r>
        <w:rPr>
          <w:rFonts w:ascii="Georgia" w:hAnsi="Georgia"/>
          <w:b w:val="0"/>
          <w:i/>
          <w:color w:val="000000"/>
          <w:sz w:val="24"/>
        </w:rPr>
        <w:t>наар</w:t>
      </w:r>
      <w:r>
        <w:rPr>
          <w:rFonts w:ascii="Georgia" w:hAnsi="Georgia"/>
          <w:b w:val="0"/>
          <w:i w:val="0"/>
          <w:color w:val="000000"/>
          <w:sz w:val="24"/>
        </w:rPr>
        <w:t xml:space="preserve">… Дело в том, что Имя АДОНАЙ указывает на суд, как известно, и три его последние буквы образуют слово </w:t>
      </w:r>
      <w:r>
        <w:rPr>
          <w:rFonts w:ascii="Georgia" w:hAnsi="Georgia"/>
          <w:b w:val="0"/>
          <w:i/>
          <w:color w:val="000000"/>
          <w:sz w:val="24"/>
        </w:rPr>
        <w:t>дин</w:t>
      </w:r>
      <w:r>
        <w:rPr>
          <w:rFonts w:ascii="Georgia" w:hAnsi="Georgia"/>
          <w:b w:val="0"/>
          <w:i w:val="0"/>
          <w:color w:val="000000"/>
          <w:sz w:val="24"/>
        </w:rPr>
        <w:t xml:space="preserve"> — «суд» (</w:t>
      </w:r>
      <w:r>
        <w:rPr>
          <w:rFonts w:ascii="Georgia" w:hAnsi="Georgia" w:cs="Times New Roman"/>
          <w:b/>
          <w:i w:val="0"/>
          <w:color w:val="000000"/>
          <w:sz w:val="24"/>
          <w:rtl/>
          <w:szCs w:val="32"/>
        </w:rPr>
        <w:t>דִּין</w:t>
      </w:r>
      <w:r>
        <w:rPr>
          <w:rFonts w:ascii="Georgia" w:hAnsi="Georgia"/>
          <w:b w:val="0"/>
          <w:i w:val="0"/>
          <w:color w:val="000000"/>
          <w:sz w:val="24"/>
        </w:rPr>
        <w:t xml:space="preserve"> = 64). Остается первая буква — алеф (</w:t>
      </w:r>
      <w:r>
        <w:rPr>
          <w:rFonts w:ascii="Georgia" w:hAnsi="Georgia" w:cs="Times New Roman"/>
          <w:b/>
          <w:i w:val="0"/>
          <w:color w:val="000000"/>
          <w:sz w:val="24"/>
          <w:rtl/>
          <w:szCs w:val="32"/>
        </w:rPr>
        <w:t>א</w:t>
      </w:r>
      <w:r>
        <w:rPr>
          <w:rFonts w:ascii="Georgia" w:hAnsi="Georgia"/>
          <w:b w:val="0"/>
          <w:i w:val="0"/>
          <w:color w:val="000000"/>
          <w:sz w:val="24"/>
        </w:rPr>
        <w:t xml:space="preserve"> = 1), которая представляет собой свойство милосердия, соединенного с пребывающим в ней судом. И эта буква алеф указывает на Имя ЭЙЕ, являющееся милосердием. По этой причине Малхут называется в книге Зоар «мягким судом» (</w:t>
      </w:r>
      <w:r>
        <w:rPr>
          <w:rFonts w:ascii="Georgia" w:hAnsi="Georgia"/>
          <w:b w:val="0"/>
          <w:i/>
          <w:color w:val="000000"/>
          <w:sz w:val="24"/>
        </w:rPr>
        <w:t>дина рафья</w:t>
      </w:r>
      <w:r>
        <w:rPr>
          <w:rFonts w:ascii="Georgia" w:hAnsi="Georgia"/>
          <w:b w:val="0"/>
          <w:i w:val="0"/>
          <w:color w:val="000000"/>
          <w:sz w:val="24"/>
        </w:rPr>
        <w:t xml:space="preserve">, </w:t>
      </w:r>
      <w:r>
        <w:rPr>
          <w:rFonts w:ascii="Georgia" w:hAnsi="Georgia" w:cs="Times New Roman"/>
          <w:b/>
          <w:i w:val="0"/>
          <w:color w:val="000000"/>
          <w:sz w:val="24"/>
          <w:rtl/>
          <w:szCs w:val="32"/>
        </w:rPr>
        <w:t>דִּינָא רַפְיָא</w:t>
      </w:r>
      <w:r>
        <w:rPr>
          <w:rFonts w:ascii="Georgia" w:hAnsi="Georgia"/>
          <w:b w:val="0"/>
          <w:i w:val="0"/>
          <w:color w:val="000000"/>
          <w:sz w:val="24"/>
        </w:rPr>
        <w:t xml:space="preserve">), ведь [суд] соединяется с буквой алеф, являющейся милосердием, как сказано выше, и тогда он становится мягким судом. Ты уже знаешь, что корень всех судов — это пять гвурот, и каждая из этих гвурот называется </w:t>
      </w:r>
      <w:r>
        <w:rPr>
          <w:rFonts w:ascii="Georgia" w:hAnsi="Georgia"/>
          <w:b w:val="0"/>
          <w:i/>
          <w:color w:val="000000"/>
          <w:sz w:val="24"/>
        </w:rPr>
        <w:t>дин</w:t>
      </w:r>
      <w:r>
        <w:rPr>
          <w:rFonts w:ascii="Georgia" w:hAnsi="Georgia"/>
          <w:b w:val="0"/>
          <w:i w:val="0"/>
          <w:color w:val="000000"/>
          <w:sz w:val="24"/>
        </w:rPr>
        <w:t xml:space="preserve">, что соответствует трем последним буквам Имени АДОНАЙ. Пять раз по </w:t>
      </w:r>
      <w:r>
        <w:rPr>
          <w:rFonts w:ascii="Georgia" w:hAnsi="Georgia"/>
          <w:b w:val="0"/>
          <w:i/>
          <w:color w:val="000000"/>
          <w:sz w:val="24"/>
        </w:rPr>
        <w:t>дин</w:t>
      </w:r>
      <w:r>
        <w:rPr>
          <w:rFonts w:ascii="Georgia" w:hAnsi="Georgia"/>
          <w:b w:val="0"/>
          <w:i w:val="0"/>
          <w:color w:val="000000"/>
          <w:sz w:val="24"/>
        </w:rPr>
        <w:t xml:space="preserve"> (5 × 64) дает в гематрии 320. Выходит, что пять гвурот — это пять судов, распространяющихся до 320 искр, включенных в эти пять гвурот.</w:t>
      </w:r>
    </w:p>
    <w:p>
      <w:pPr>
        <w:spacing w:before="40" w:after="120"/>
        <w:jc w:val="both"/>
      </w:pPr>
      <w:r>
        <w:rPr>
          <w:rFonts w:ascii="Georgia" w:hAnsi="Georgia"/>
          <w:b w:val="0"/>
          <w:i w:val="0"/>
          <w:color w:val="000000"/>
          <w:sz w:val="24"/>
        </w:rPr>
        <w:t>И об этом сказано в недельном разделе Пкудей, как приведено выше: «ударил буцина де-кардунита и метнул в 320 сторон». Смысл в том, что буцина де-кардунита — это тайна изначального корня всех гвурот и судов, пребывающего внутри Имы; по этой причине в Зоаре сказано, что «суды пробуждаются от нее». И об этом говорится в Идра Зута (лист 292а): этот буцина де-кардунита скрыт во чреве Имы. Поэтому этот светильник (буцина) задает предел и меру, отмеряя размер для каждой сфиры, как упомянуто в трактате «Кав а-Мида» в рукописи, в начале пятого исправления в Тиккуней Зоар и во многих других местах. Причина в том, что всякое измерение и ограничение происходят исключительно со стороны гвуры. Ведь со стороны хеседа проявляется безмерное распространение во всем, тогда как гвура не дает высшему свету распространяться без ограничений, а устанавливает для него предел и меру до того места, куда свет должен распространиться, и не дальше. Это и есть светильник, который отмеряет и производит измерения в каждой сфире.</w:t>
      </w:r>
    </w:p>
    <w:p>
      <w:pPr>
        <w:spacing w:before="40" w:after="120"/>
        <w:jc w:val="both"/>
      </w:pPr>
      <w:r>
        <w:rPr>
          <w:rFonts w:ascii="Georgia" w:hAnsi="Georgia"/>
          <w:b w:val="0"/>
          <w:i w:val="0"/>
          <w:color w:val="000000"/>
          <w:sz w:val="24"/>
        </w:rPr>
        <w:t>Уже объяснялось, что он скрыт во чреве Бины. Все эти умершие мелахим вышли из этого буцина де-кардунита, как сказано в Идра Зута (лист 292а): «испустил искры, метнул вспышки в 320 сторон». И все эти искры, которые метнул этот буцина де-кардунита, — это мелахим и древние миры, которые разбились и умерли, поскольку в них содержалось 320 искр, как сказано выше. Благодаря тем другим пяти святым гвурот, представляющим собой каплю Аба (по другой версии — Имы), как сказано выше и как упомянуто в Идра [Раба] (листы 137 и 142), усластились и исправились те прежние мелахим, являющиеся 320 искрами, о которых говорится в недельном разделе Насо (лист 131). Тогда они очистились и выяснились, из них отделились отходы, а выясненное поднялось наверх в тайне ибура во чрево Имы, как сказано выше в этом рассуждении. И в недельном разделе Пкудей (лист 277а): буцина де-кардунита метнул искры в 320 сторон, которые суть упомянутые семь мелахим, а затем отделил отходы из мысли с помощью пяти других святых гвурот.</w:t>
      </w:r>
    </w:p>
    <w:p>
      <w:pPr>
        <w:spacing w:before="40" w:after="120"/>
        <w:jc w:val="both"/>
      </w:pPr>
      <w:r>
        <w:rPr>
          <w:rFonts w:ascii="Georgia" w:hAnsi="Georgia"/>
          <w:b w:val="0"/>
          <w:i w:val="0"/>
          <w:color w:val="000000"/>
          <w:sz w:val="24"/>
        </w:rPr>
        <w:t>Когда же с ними соединились эти пять других святых гвурот, их число составило 325, как сказано в недельном разделе Тазриа (лист 45б): «Учили: из буцина де-кардунита выходят 325 искр». Об этом же сказано в недельном разделе Балак: «325 колокольчиков в одну сторону…» — и это тайна золотых колокольчиков гвуры, распространяющихся по всем семи краям Бины, высшей Имы. И об этом сказано в Идра: «Сказал рабби Хизкия: я смотрел… спускается и поднимается к 325 сторонам…»</w:t>
      </w:r>
    </w:p>
    <w:p>
      <w:pPr>
        <w:spacing w:before="40" w:after="120"/>
        <w:jc w:val="both"/>
      </w:pPr>
      <w:r>
        <w:rPr>
          <w:rFonts w:ascii="Georgia" w:hAnsi="Georgia"/>
          <w:b w:val="0"/>
          <w:i w:val="0"/>
          <w:color w:val="000000"/>
          <w:sz w:val="24"/>
        </w:rPr>
        <w:t xml:space="preserve">Ведь вначале было лишь 320 — пять раз по </w:t>
      </w:r>
      <w:r>
        <w:rPr>
          <w:rFonts w:ascii="Georgia" w:hAnsi="Georgia"/>
          <w:b w:val="0"/>
          <w:i/>
          <w:color w:val="000000"/>
          <w:sz w:val="24"/>
        </w:rPr>
        <w:t>дин</w:t>
      </w:r>
      <w:r>
        <w:rPr>
          <w:rFonts w:ascii="Georgia" w:hAnsi="Georgia"/>
          <w:b w:val="0"/>
          <w:i w:val="0"/>
          <w:color w:val="000000"/>
          <w:sz w:val="24"/>
        </w:rPr>
        <w:t xml:space="preserve"> из Имени АДОНАЙ, составляющие 320 искр. А когда с этими пятью судами соединились пять букв алеф, относящиеся к пяти Именам ЭЙЕ, которые представляют собой гораздо более полное милосердие, пять судов (</w:t>
      </w:r>
      <w:r>
        <w:rPr>
          <w:rFonts w:ascii="Georgia" w:hAnsi="Georgia"/>
          <w:b w:val="0"/>
          <w:i/>
          <w:color w:val="000000"/>
          <w:sz w:val="24"/>
        </w:rPr>
        <w:t>дин</w:t>
      </w:r>
      <w:r>
        <w:rPr>
          <w:rFonts w:ascii="Georgia" w:hAnsi="Georgia"/>
          <w:b w:val="0"/>
          <w:i w:val="0"/>
          <w:color w:val="000000"/>
          <w:sz w:val="24"/>
        </w:rPr>
        <w:t xml:space="preserve">) подсластились и умягчились, образовав пять раз по АДОНАЙ (5 × 65), что в гематрии составляет 325 искр. И тогда Малхут называется «мягким судом», как сказано выше. Ведь в Имени АДОНАЙ буква алеф указывает на милосердие, а остальные буквы образуют слово </w:t>
      </w:r>
      <w:r>
        <w:rPr>
          <w:rFonts w:ascii="Georgia" w:hAnsi="Georgia"/>
          <w:b w:val="0"/>
          <w:i/>
          <w:color w:val="000000"/>
          <w:sz w:val="24"/>
        </w:rPr>
        <w:t>дин</w:t>
      </w:r>
      <w:r>
        <w:rPr>
          <w:rFonts w:ascii="Georgia" w:hAnsi="Georgia"/>
          <w:b w:val="0"/>
          <w:i w:val="0"/>
          <w:color w:val="000000"/>
          <w:sz w:val="24"/>
        </w:rPr>
        <w:t xml:space="preserve"> («суд»). Поэтому это смешанный и мягкий суд, так что само Имя АДОНАЙ называется «мягким судом». Тогда это 325 гвурот, и, будучи в числе 325, они услащены. Оказывается, что тогда 320 [гвурот] светят благодаря соединяющейся с ними букве алеф. В этом тайна слов: «светит и поднимается к 325 сторонам…», ведь тогда они светят, а не пребывают во тьме.</w:t>
      </w:r>
    </w:p>
    <w:p>
      <w:pPr>
        <w:spacing w:before="40" w:after="120"/>
        <w:jc w:val="both"/>
      </w:pPr>
      <w:r>
        <w:rPr>
          <w:rFonts w:ascii="Georgia" w:hAnsi="Georgia"/>
          <w:b w:val="0"/>
          <w:i w:val="0"/>
          <w:color w:val="000000"/>
          <w:sz w:val="24"/>
        </w:rPr>
        <w:t xml:space="preserve">Исходя из этого ты поймешь сказанное в недельном разделе Тазриа о словах </w:t>
      </w:r>
      <w:r>
        <w:rPr>
          <w:rFonts w:ascii="Georgia" w:hAnsi="Georgia"/>
          <w:b w:val="0"/>
          <w:i/>
          <w:color w:val="000000"/>
          <w:sz w:val="24"/>
        </w:rPr>
        <w:t>наар</w:t>
      </w:r>
      <w:r>
        <w:rPr>
          <w:rFonts w:ascii="Georgia" w:hAnsi="Georgia"/>
          <w:b w:val="0"/>
          <w:i w:val="0"/>
          <w:color w:val="000000"/>
          <w:sz w:val="24"/>
        </w:rPr>
        <w:t xml:space="preserve"> («отрок») и </w:t>
      </w:r>
      <w:r>
        <w:rPr>
          <w:rFonts w:ascii="Georgia" w:hAnsi="Georgia"/>
          <w:b w:val="0"/>
          <w:i/>
          <w:color w:val="000000"/>
          <w:sz w:val="24"/>
        </w:rPr>
        <w:t>наара</w:t>
      </w:r>
      <w:r>
        <w:rPr>
          <w:rFonts w:ascii="Georgia" w:hAnsi="Georgia"/>
          <w:b w:val="0"/>
          <w:i w:val="0"/>
          <w:color w:val="000000"/>
          <w:sz w:val="24"/>
        </w:rPr>
        <w:t xml:space="preserve"> («отроковица»). Слово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xml:space="preserve"> = 320) в гематрии равно 320 искрам: пока они не подсластились, она называется </w:t>
      </w:r>
      <w:r>
        <w:rPr>
          <w:rFonts w:ascii="Georgia" w:hAnsi="Georgia"/>
          <w:b w:val="0"/>
          <w:i/>
          <w:color w:val="000000"/>
          <w:sz w:val="24"/>
        </w:rPr>
        <w:t>наар</w:t>
      </w:r>
      <w:r>
        <w:rPr>
          <w:rFonts w:ascii="Georgia" w:hAnsi="Georgia"/>
          <w:b w:val="0"/>
          <w:i w:val="0"/>
          <w:color w:val="000000"/>
          <w:sz w:val="24"/>
        </w:rPr>
        <w:t xml:space="preserve">. А слово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 325) в гематрии равно 325 — когда она усластилась посредством Имени ЭЙЕ, пребывающего в высшей букве хэй — Бине, указывающей на букву алеф в Имени АДОНАЙ. И они усластились пятью буквами алеф, соединившимися с пятью судами (</w:t>
      </w:r>
      <w:r>
        <w:rPr>
          <w:rFonts w:ascii="Georgia" w:hAnsi="Georgia"/>
          <w:b w:val="0"/>
          <w:i/>
          <w:color w:val="000000"/>
          <w:sz w:val="24"/>
        </w:rPr>
        <w:t>дин</w:t>
      </w:r>
      <w:r>
        <w:rPr>
          <w:rFonts w:ascii="Georgia" w:hAnsi="Georgia"/>
          <w:b w:val="0"/>
          <w:i w:val="0"/>
          <w:color w:val="000000"/>
          <w:sz w:val="24"/>
        </w:rPr>
        <w:t>), как сказано выше, соответственно первой букве хэй — Бине, включающей пять букв алеф, пять упоминаний света, о которых говорится в пятом исправлении Тиккуней Зоар.</w:t>
      </w:r>
    </w:p>
    <w:p>
      <w:pPr>
        <w:spacing w:before="40" w:after="120"/>
        <w:jc w:val="both"/>
      </w:pPr>
      <w:r>
        <w:rPr>
          <w:rFonts w:ascii="Georgia" w:hAnsi="Georgia"/>
          <w:b w:val="0"/>
          <w:i w:val="0"/>
          <w:color w:val="000000"/>
          <w:sz w:val="24"/>
        </w:rPr>
        <w:t xml:space="preserve">И тогда она называется </w:t>
      </w:r>
      <w:r>
        <w:rPr>
          <w:rFonts w:ascii="Georgia" w:hAnsi="Georgia"/>
          <w:b w:val="0"/>
          <w:i/>
          <w:color w:val="000000"/>
          <w:sz w:val="24"/>
        </w:rPr>
        <w:t>наара</w:t>
      </w:r>
      <w:r>
        <w:rPr>
          <w:rFonts w:ascii="Georgia" w:hAnsi="Georgia"/>
          <w:b w:val="0"/>
          <w:i w:val="0"/>
          <w:color w:val="000000"/>
          <w:sz w:val="24"/>
        </w:rPr>
        <w:t xml:space="preserve"> с добавлением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ведь тогда она находится в состоянии 325 услащенных и смягченных судов, и тогда способна принять соединение от мужского начала, соединяющегося с ней, в отличие от прежнего состояния, пока они не усластились. Суть же добавочной буквы хэй, смягчающей и услащающей 320 искр, — это пять гвурот, называемые пятью буквами МАНЦЕПАХ (</w:t>
      </w:r>
      <w:r>
        <w:rPr>
          <w:rFonts w:ascii="Georgia" w:hAnsi="Georgia" w:cs="Times New Roman"/>
          <w:b/>
          <w:i w:val="0"/>
          <w:color w:val="000000"/>
          <w:sz w:val="24"/>
          <w:rtl/>
          <w:szCs w:val="32"/>
        </w:rPr>
        <w:t>מנצפ״ך</w:t>
      </w:r>
      <w:r>
        <w:rPr>
          <w:rFonts w:ascii="Georgia" w:hAnsi="Georgia"/>
          <w:b w:val="0"/>
          <w:i w:val="0"/>
          <w:color w:val="000000"/>
          <w:sz w:val="24"/>
        </w:rPr>
        <w:t>), упоминаемыми у нас в «Тиккуним» и во многих других местах. Числовое значение МАНЦЕПАХ составляет 280 (</w:t>
      </w:r>
      <w:r>
        <w:rPr>
          <w:rFonts w:ascii="Georgia" w:hAnsi="Georgia" w:cs="Times New Roman"/>
          <w:b/>
          <w:i w:val="0"/>
          <w:color w:val="000000"/>
          <w:sz w:val="24"/>
          <w:rtl/>
          <w:szCs w:val="32"/>
        </w:rPr>
        <w:t>פ״ר</w:t>
      </w:r>
      <w:r>
        <w:rPr>
          <w:rFonts w:ascii="Georgia" w:hAnsi="Georgia"/>
          <w:b w:val="0"/>
          <w:i w:val="0"/>
          <w:color w:val="000000"/>
          <w:sz w:val="24"/>
        </w:rPr>
        <w:t>).</w:t>
      </w:r>
    </w:p>
    <w:p>
      <w:pPr>
        <w:spacing w:before="40" w:after="120"/>
        <w:jc w:val="both"/>
      </w:pPr>
      <w:r>
        <w:rPr>
          <w:rFonts w:ascii="Georgia" w:hAnsi="Georgia"/>
          <w:b w:val="0"/>
          <w:i w:val="0"/>
          <w:color w:val="000000"/>
          <w:sz w:val="24"/>
        </w:rPr>
        <w:t>Различие же между 325 и пятью гвурот МАНЦЕПАХ заключается в том, что эти 325 искр — собственные гвурот женского начала, относящиеся к ее сфире Малхут, как разъяснялось нами выше: все три вида келим этой сфиры представляют собой три Имени АДОНАЙ, а 325 — это пять Имен АДОНАЙ. Тогда как пять гвурот МАНЦЕПАХ — это гвурот самого мужского начала, которые затем передаются ей и собираются в ее сфире Есод, именуемой «точкой Сиона», как сказано выше.</w:t>
      </w:r>
    </w:p>
    <w:p>
      <w:pPr>
        <w:spacing w:before="40" w:after="120"/>
        <w:jc w:val="both"/>
      </w:pPr>
      <w:r>
        <w:rPr>
          <w:rFonts w:ascii="Georgia" w:hAnsi="Georgia"/>
          <w:b w:val="0"/>
          <w:i w:val="0"/>
          <w:color w:val="000000"/>
          <w:sz w:val="24"/>
        </w:rPr>
        <w:t>Вот мы и объяснили смысл 325 искр и 280 искр, упоминаемых повсюду в Зоаре. Они представляют собой искры, находившиеся в семи мелахим, в которых есть три аспекта: келим, искры и света. Они исправились с помощью 280 искр МАНЦЕПАХ, которые также являются искрами; и все они суть суд и гвурот, однако искры МАНЦЕПАХ услащены сильнее, чем 325 искр. Запомни это вводное положение о 325 искрах и о 280 искрах МАНЦЕПАХ — в чем их суть повсюду. Посмотри выше объяснение четырех светов: таамим (вкусы), некудот (точки), коронки (тагин) и отиет (буквы), являющиеся искрами, и ты поймешь оттуда, что те искры подобны здешним 288 искрам (РАПАХ), относящимся к четвертой стадии (бхина далет).</w:t>
      </w:r>
    </w:p>
    <w:p>
      <w:pPr>
        <w:spacing w:before="40" w:after="120"/>
        <w:jc w:val="both"/>
      </w:pPr>
      <w:r>
        <w:rPr>
          <w:rFonts w:ascii="Georgia" w:hAnsi="Georgia"/>
          <w:b w:val="0"/>
          <w:i w:val="0"/>
          <w:color w:val="000000"/>
          <w:sz w:val="24"/>
        </w:rPr>
        <w:t>Либо, возможно, это вторая стадия (бхина бэт) — свойство точек в [мире] Некудот, исходящих из глаза, которые суть суды, отраженный свет и свет обратной стороны, светящие в келим после их разбиения, когда из них поднялись и ушли света, называемые прямым светом. И это требует углубленного изучения.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 Относительно выяснения ЗОН во время ибура и вскармливания: срок ибура составляет девять месяцев. Ты уже знаешь, что в Зеир Анпине (ЗА) есть полные девять сфирот, но они пребывают в сокрытии, и проявлены лишь шесть концов (ВАК), хотя в нем непременно должны быть полные десять сфирот. Известно также, что действительные дни ибура длятся лишь восемь месяцев, поскольку достаточно даже одного дня, взятого от девятого месяца, как известно; да и этот один день берется главным образом из-за сомнения относительно дня зачатия. Выходит, что необходимые основные месяцы ибура составляют всего восемь месяцев.</w:t>
      </w:r>
    </w:p>
    <w:p>
      <w:pPr>
        <w:spacing w:before="40" w:after="120"/>
        <w:jc w:val="both"/>
      </w:pPr>
      <w:r>
        <w:rPr>
          <w:rFonts w:ascii="Georgia" w:hAnsi="Georgia"/>
          <w:b w:val="0"/>
          <w:i w:val="0"/>
          <w:color w:val="000000"/>
          <w:sz w:val="24"/>
        </w:rPr>
        <w:t>Дело в том, как мы уже объясняли, что выяснение ЗОН берет начало из тайны семи прежних мелахим, которые умерли и аннулировались, и в них были шлаки. Эти шлаки перемешаны со всей святостью, содержащейся в них, и потому необходимо очистить их и выяснить святость, удалив из нее шлаки. А ведь известно, что когда шлак отделяется от чистого серебра, невозможно, чтобы к нему не примешалась малая доля чистого серебра; и тогда требуется очистить шлак вторично, чтобы извлечь ту малую долю серебряных искр, что осталась примешана к нему. И это выяснение зависит от высшей мысли, то есть Аба. Как сказано в недельном разделе Пкудей: «в мысли выяснились все они». Ведь Есод де-Аба изводит каплю света разума (мохин), чтобы сформировать из нее зародыш. Отец производит выяснение в своем разуме, называемом мыслью, отбирает добро, изливает его в пэ де-ама и передает Име, и она зачинает от него.</w:t>
      </w:r>
    </w:p>
    <w:p>
      <w:pPr>
        <w:spacing w:before="40" w:after="120"/>
        <w:jc w:val="both"/>
      </w:pPr>
      <w:r>
        <w:rPr>
          <w:rFonts w:ascii="Georgia" w:hAnsi="Georgia"/>
          <w:b w:val="0"/>
          <w:i w:val="0"/>
          <w:color w:val="000000"/>
          <w:sz w:val="24"/>
        </w:rPr>
        <w:t>Затем, когда в течение всех этих месяцев они находятся во чреве высшей Имы, зародыш выясняется еще глубже. Из этого ты поймешь суть тайны ибура — почему ЗА должен войти во чрево Имы. Причина в том, что к Име внешние силы вовсе не прикасаются и не имеют за нее никакой зацепки. Поэтому, пока ЗА находится там, он мало-помалу выясняется, и клипот отделяются от него.</w:t>
      </w:r>
    </w:p>
    <w:p>
      <w:pPr>
        <w:spacing w:before="40" w:after="120"/>
        <w:jc w:val="both"/>
      </w:pPr>
      <w:r>
        <w:rPr>
          <w:rFonts w:ascii="Georgia" w:hAnsi="Georgia"/>
          <w:b w:val="0"/>
          <w:i w:val="0"/>
          <w:color w:val="000000"/>
          <w:sz w:val="24"/>
        </w:rPr>
        <w:t>Кроме того, когда света ЗА находятся внутри светов Имы, они получают очень сильное свечение. Соединяясь вместе, оба света усиливаются, производят выяснение и отделяют находящиеся внутри него клипот. Таким образом, благодаря нахождению ЗА во чреве Имы он очищается и выясняется. Однако Высший Источник увидел, что во время ибура невозможно выяснить ЗА глубже сфиры Нецах. Ведь в каждый месяц выясняется одна его сфира, а от Кетера до Нецаха насчитывается восемь сфирот, если считать Даат вместе с ними. И вот, в восьмой месяц завершается выяснение Нецаха де-ЗА, тогда как Ход, Есод и Малхут не могут выясниться из-за обилия клипот и шлака в них, поскольку они — три нижние сфиры, прилегающие к клипот.</w:t>
      </w:r>
    </w:p>
    <w:p>
      <w:pPr>
        <w:spacing w:before="40" w:after="120"/>
        <w:jc w:val="both"/>
      </w:pPr>
      <w:r>
        <w:rPr>
          <w:rFonts w:ascii="Georgia" w:hAnsi="Georgia"/>
          <w:b w:val="0"/>
          <w:i w:val="0"/>
          <w:color w:val="000000"/>
          <w:sz w:val="24"/>
        </w:rPr>
        <w:t>Это согласуется и с тем, о чем я уже сообщал тебе: «у лжи нет ног». В этом тайна внешних сил, именуемых ложью (</w:t>
      </w:r>
      <w:r>
        <w:rPr>
          <w:rFonts w:ascii="Georgia" w:hAnsi="Georgia"/>
          <w:b w:val="0"/>
          <w:i/>
          <w:color w:val="000000"/>
          <w:sz w:val="24"/>
        </w:rPr>
        <w:t>шекер</w:t>
      </w:r>
      <w:r>
        <w:rPr>
          <w:rFonts w:ascii="Georgia" w:hAnsi="Georgia"/>
          <w:b w:val="0"/>
          <w:i w:val="0"/>
          <w:color w:val="000000"/>
          <w:sz w:val="24"/>
        </w:rPr>
        <w:t xml:space="preserve">, </w:t>
      </w:r>
      <w:r>
        <w:rPr>
          <w:rFonts w:ascii="Georgia" w:hAnsi="Georgia" w:cs="Times New Roman"/>
          <w:b/>
          <w:i w:val="0"/>
          <w:color w:val="000000"/>
          <w:sz w:val="24"/>
          <w:rtl/>
          <w:szCs w:val="32"/>
        </w:rPr>
        <w:t>שֶׁקֶר</w:t>
      </w:r>
      <w:r>
        <w:rPr>
          <w:rFonts w:ascii="Georgia" w:hAnsi="Georgia"/>
          <w:b w:val="0"/>
          <w:i w:val="0"/>
          <w:color w:val="000000"/>
          <w:sz w:val="24"/>
        </w:rPr>
        <w:t xml:space="preserve">), и у нее нет двух ног — Нецаха и Хода, а есть лишь одна нога — Ход. Там внешние силы имеют зацепку по тайне изнеможения сфиры Ход, как сказано: </w:t>
      </w:r>
      <w:r>
        <w:rPr>
          <w:rFonts w:ascii="Georgia" w:hAnsi="Georgia"/>
          <w:b w:val="0"/>
          <w:i/>
          <w:color w:val="000000"/>
          <w:sz w:val="24"/>
        </w:rPr>
        <w:t>«весь день томящейся»</w:t>
      </w:r>
      <w:r>
        <w:rPr>
          <w:rFonts w:ascii="Georgia" w:hAnsi="Georgia"/>
          <w:b w:val="0"/>
          <w:i w:val="0"/>
          <w:color w:val="000000"/>
          <w:sz w:val="24"/>
        </w:rPr>
        <w:t xml:space="preserve"> (Эйха 1:13); и в ней был разрушен Храм в пятом тысячелетии, на которое намекает Ход. Это также тайна опущенной ноги буквы куф (</w:t>
      </w:r>
      <w:r>
        <w:rPr>
          <w:rFonts w:ascii="Georgia" w:hAnsi="Georgia" w:cs="Times New Roman"/>
          <w:b/>
          <w:i w:val="0"/>
          <w:color w:val="000000"/>
          <w:sz w:val="24"/>
          <w:rtl/>
          <w:szCs w:val="32"/>
        </w:rPr>
        <w:t>ק</w:t>
      </w:r>
      <w:r>
        <w:rPr>
          <w:rFonts w:ascii="Georgia" w:hAnsi="Georgia"/>
          <w:b w:val="0"/>
          <w:i w:val="0"/>
          <w:color w:val="000000"/>
          <w:sz w:val="24"/>
        </w:rPr>
        <w:t xml:space="preserve">) в слове </w:t>
      </w:r>
      <w:r>
        <w:rPr>
          <w:rFonts w:ascii="Georgia" w:hAnsi="Georgia"/>
          <w:b w:val="0"/>
          <w:i/>
          <w:color w:val="000000"/>
          <w:sz w:val="24"/>
        </w:rPr>
        <w:t>шекер</w:t>
      </w:r>
      <w:r>
        <w:rPr>
          <w:rFonts w:ascii="Georgia" w:hAnsi="Georgia"/>
          <w:b w:val="0"/>
          <w:i w:val="0"/>
          <w:color w:val="000000"/>
          <w:sz w:val="24"/>
        </w:rPr>
        <w:t>. Получается, что от Хода и ниже внешние силы имеют очень сильную зацепку, и потому во время ибура нет сил завершить их выяснение. Тогда ЗА рождается и выходит наружу.</w:t>
      </w:r>
    </w:p>
    <w:p>
      <w:pPr>
        <w:spacing w:before="40" w:after="120"/>
        <w:jc w:val="both"/>
      </w:pPr>
      <w:r>
        <w:rPr>
          <w:rFonts w:ascii="Georgia" w:hAnsi="Georgia"/>
          <w:b w:val="0"/>
          <w:i w:val="0"/>
          <w:color w:val="000000"/>
          <w:sz w:val="24"/>
        </w:rPr>
        <w:t>Так, как мне помнится, я слышал. Однако я помню также, что мой учитель благословенной памяти говорил мне: хотя Нецах и выяснился, он не идет в счет ибура. Причина в том, что «из-за терновника терпит урон и капуста»: поскольку Нецах и Ход — две половины одного тела, то раз Ход не выяснился, Нецах также не вошел в счет выяснения, хотя [сам по себе] и выяснился. И я не знаю, как это согласуется между собой.</w:t>
      </w:r>
    </w:p>
    <w:p>
      <w:pPr>
        <w:spacing w:before="40" w:after="120"/>
        <w:jc w:val="both"/>
      </w:pPr>
      <w:r>
        <w:rPr>
          <w:rFonts w:ascii="Georgia" w:hAnsi="Georgia"/>
          <w:b w:val="0"/>
          <w:i w:val="0"/>
          <w:color w:val="000000"/>
          <w:sz w:val="24"/>
        </w:rPr>
        <w:t>Глава 6</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Однако начиная с тайны вскармливания и далее я хорошо помню, что говорил мне мой учитель благословенной памяти. Суть в том, что период вскармливания длится 24 месяца, поскольку осталось выяснить три сфиры: Ход, Есод и Малхут.</w:t>
      </w:r>
    </w:p>
    <w:p>
      <w:pPr>
        <w:spacing w:before="40" w:after="120"/>
        <w:jc w:val="both"/>
      </w:pPr>
      <w:r>
        <w:rPr>
          <w:rFonts w:ascii="Georgia" w:hAnsi="Georgia"/>
          <w:b w:val="0"/>
          <w:i w:val="0"/>
          <w:color w:val="000000"/>
          <w:sz w:val="24"/>
        </w:rPr>
        <w:t>Ты уже знаешь, что женщина после родов истекает кровью. Причина в том, как мы уже объясняли, что во чреве женщины происходит выяснение зародыша, и на протяжении срока ибура [искры] выясняются мало-помалу, пока к завершению срока ибура выяснение не завершится: все, что могло выясниться, выяснилось, и из этого сформировалось тело зародыша. Поэтому зародыш растет во чреве матери постепенно, так как выяснение идет мало-помалу, и его тело увеличивается благодаря этому выяснению, пока процесс не завершится. То же, что представляет собой абсолютные шлаки, в которых нет никакой пользы, становится нечистой кровью. И тогда при родах ее чрево разверзается, и из нее выходит нечистая кровь — шлаки, а зародыш выходит выясненным и исправленным. Все эти шлаки происходят от тех восьми сфирот, которые выяснились, как сказано выше. Остались же три сфиры, которые не выяснились вовсе, и их шлаки остались во чреве Имы, тогда как сами эти три сфиры вышли наружу вместе с ЗА, ведь он, безусловно, не мог выйти ущербным. Их шлаки, перемешанные с малой долей святости, не могли выясниться по указанной выше причине — из-за того, что они самые нижние из всех.</w:t>
      </w:r>
    </w:p>
    <w:p>
      <w:pPr>
        <w:spacing w:before="40" w:after="120"/>
        <w:jc w:val="both"/>
      </w:pPr>
      <w:r>
        <w:rPr>
          <w:rFonts w:ascii="Georgia" w:hAnsi="Georgia"/>
          <w:b w:val="0"/>
          <w:i w:val="0"/>
          <w:color w:val="000000"/>
          <w:sz w:val="24"/>
        </w:rPr>
        <w:t>В этом тайна крови, о которой сказали наши мудрецы (ХАЗАЛЬ), что она остается внутри женщины и не выходит наружу вместе с остальной кровью. Ведь остальная кровь уже выяснилась, в ней нет никакой пользы, и потому она вышла наружу в виде нечистой крови. Но эта кровь, которая еще не выяснилась, осталась во чреве Имы, и благодаря длительности времени вскармливания она выясняется внутри нее и превращается в молоко. Это происходит путем ее подъема к груди, как с Б-жьей помощью будет разъяснено в исследовании о том, как кровь выясняется и превращается в молоко. И если разделить 24 месяца вскармливания на три сфиры, получится по восемь месяцев на каждую сфиру. Причина того, что на выяснение каждой из этих трех сфир требуется восемь месяцев, заключается в том, что младенец высасывает молоко не все в один день, а сосет понемногу. И благодаря тому, что он сосет, он растет, как известно: подобно тому как во время ибура он рос мало-помалу, так и теперь, благодаря этому выяснению через сосание, он растет.</w:t>
      </w:r>
    </w:p>
    <w:p>
      <w:pPr>
        <w:spacing w:before="40" w:after="120"/>
        <w:jc w:val="both"/>
      </w:pPr>
      <w:r>
        <w:rPr>
          <w:rFonts w:ascii="Georgia" w:hAnsi="Georgia"/>
          <w:b w:val="0"/>
          <w:i w:val="0"/>
          <w:color w:val="000000"/>
          <w:sz w:val="24"/>
        </w:rPr>
        <w:t>Исходя из этого ты поймешь, почему первые два года младенец не принимает пищу самостоятельно, а нуждается в сосании молока: причина в том, что его мать должна выяснить для него те оставшиеся три сфиры, поскольку у него самого нет сил выяснить их. Что же касается молока, которое сосет младенец, то сердце в нем, безусловно, направляет все сначала к его Кетеру, затем — к мохин, а затем — к телу, ибо таков порядок его ступеней, как известно из тайны питания человека: ведь правитель — то есть мохин — вкушает первым. От Кетера до Нецаха насчитывается восемь сфирот, которые уже выяснены. Поэтому требуется восемь месяцев, пока не выяснится Ход, и его свет не разделится и не пройдет через упомянутые восемь сфирот. Подобным же образом восемь месяцев требуются для сфиры Есод и восемь месяцев — для сфиры Малхут; вот и получаются 24 месяца времени вскармливания.</w:t>
      </w:r>
    </w:p>
    <w:p>
      <w:pPr>
        <w:spacing w:before="40" w:after="120"/>
        <w:jc w:val="both"/>
      </w:pPr>
      <w:r>
        <w:rPr>
          <w:rFonts w:ascii="Georgia" w:hAnsi="Georgia"/>
          <w:b w:val="0"/>
          <w:i w:val="0"/>
          <w:color w:val="000000"/>
          <w:sz w:val="24"/>
        </w:rPr>
        <w:t>Если же ты скажешь: ладно еще сфира Ход, которая проходит лишь через восемь сфирот, но для Есода ведь требуется девять сфирот, поскольку он должен пройти еще и через сфиру Ход, а для сфиры Малхут требуется десять! — ответ таков: первые восемь сфирот оказались исправленными вместе еще до времени вскармливания, тогда как эти три сфиры приходят к выяснению все вместе и выясняются одновременно. Мы не назначаем время для одной раньше другой, а говорим лишь, что в совокупности для всех трех требуется 24 месяца; однако все они выясняются одновременно, и между ними нет временного опережения, из-за которого пришлось бы рассчитывать каждую отдельно. И это понятно. Однако, как мне кажется, чтобы подтвердить сказанное выше о Нецахе — о котором говорится: «из-за терновника терпит урон и капуста», и поскольку они с Ходом представляют собой две половины одного тела, и он соприкасается с неисправленным Ходом, то и Нецах повреждается вместе с ним, по-прежнему нуждаясь в исправлении, и причисляется к сфирот времени вскармливания, — в таком случае мы должны сказать, что те три сфиры, которые выясняются в период вскармливания, — это НЕХИ, три нижние сфиры де-ЗА.</w:t>
      </w:r>
    </w:p>
    <w:p>
      <w:pPr>
        <w:spacing w:before="40" w:after="120"/>
        <w:jc w:val="both"/>
      </w:pPr>
      <w:r>
        <w:rPr>
          <w:rFonts w:ascii="Georgia" w:hAnsi="Georgia"/>
          <w:b w:val="0"/>
          <w:i w:val="0"/>
          <w:color w:val="000000"/>
          <w:sz w:val="24"/>
        </w:rPr>
        <w:t>Ведь Малхут — Нуква де-ЗА — не входит во время этого вскармливания, поскольку этот период вскармливания необходим исключительно самому ЗА, тогда как дочь также вскармливается отдельно в течение 24 месяцев. И мы исключаем сфиру Малхут, а на ее место ставим сфиру Нецах — так, как мне представляется верным согласовать эти положения, как сказано выше. И хотя мы говорим, что кровь, выходящая из источника женщины во время родов, нечиста, тем не менее знай: существует первое выяснение и повторное выяснение (выяснение из выясненного). Все определяется тем миром, о котором идет речь — идет ли речь о Нукве де-Ацилут или о высшей Име.</w:t>
      </w:r>
    </w:p>
    <w:p>
      <w:pPr>
        <w:spacing w:before="40" w:after="120"/>
        <w:jc w:val="both"/>
      </w:pPr>
      <w:r>
        <w:rPr>
          <w:rFonts w:ascii="Georgia" w:hAnsi="Georgia"/>
          <w:b w:val="0"/>
          <w:i w:val="0"/>
          <w:color w:val="000000"/>
          <w:sz w:val="24"/>
        </w:rPr>
        <w:t>Если речь идет о высшей Име, то та кровь, что выходит из нее, хоть и считается шлаком относительно нее, все же должна еще выясниться в нижней Нукве — Малхут. Подобно этому, кровь, выходящая из Нуквы де-ЗА мира Ацилут и непригодная стать частью Ацилута, является шлаком относительно Ацилута, однако опускается в мир Брия, где выясняется то, что относится к Брие, а остаток спускается в мир Ецира в виде крови. Так продолжается до тех пор, пока она не выяснится в каждом из миров, пока не опустится в нижнюю Нукву мира Асия. И там то, что еще способно выясниться, составляет завершение выяснения; то же, что выходит оттуда в виде крови, — это абсолютные шлаки и клипот, не пригодные ни к чему. Они и составляют тайну клипот, находящихся ниже мира Асия, где и есть их место. Вернемся к теме: отсюда ты поймешь причину, почему младенец во время вскармливания не ходит на своих ногах, но по мере того, как долго он сосет молоко, в его ногах появляется сила ходить, пока к завершению срока вскармливания он уже не начинает ходить на ногах.</w:t>
      </w:r>
    </w:p>
    <w:p>
      <w:pPr>
        <w:spacing w:before="40" w:after="120"/>
        <w:jc w:val="both"/>
      </w:pPr>
      <w:r>
        <w:rPr>
          <w:rFonts w:ascii="Georgia" w:hAnsi="Georgia"/>
          <w:b w:val="0"/>
          <w:i w:val="0"/>
          <w:color w:val="000000"/>
          <w:sz w:val="24"/>
        </w:rPr>
        <w:t>Дело в том, что ЗА — это шесть концов (ВАК), от Хеседа до Есода. Когда он пребывает в тайне ибура, он находится в состоянии «три включены в три», то есть НЕХИ включены и сокрыты внутри ХАГАТ. Поэтому, когда он выходит из чрева матери и сосет молоко, образующееся в результате выяснения НЕХИ, как сказано выше, тогда его НЕХИ, являющиеся ногами, распрямляются и распространяются. Тогда они начинают мало-помалу раскрываться, а когда по прошествии 24 месяцев вскармливания их выяснение завершается, он начинает ходить на ногах, так как его ноги уже раскрылись и исправились.</w:t>
      </w:r>
    </w:p>
    <w:p>
      <w:pPr>
        <w:spacing w:before="40" w:after="120"/>
        <w:jc w:val="both"/>
      </w:pPr>
      <w:r>
        <w:rPr>
          <w:rFonts w:ascii="Georgia" w:hAnsi="Georgia"/>
          <w:b w:val="0"/>
          <w:i w:val="0"/>
          <w:color w:val="000000"/>
          <w:sz w:val="24"/>
        </w:rPr>
        <w:t>Ты видишь также, что иногда младенец может ходить уже в полтора года. Причина в том, что после того как исправились свойства Нецах и Ход, являющиеся ногами, он уже способен ходить, хотя Есод еще не выяснился, ведь ходьба зависит главным образом именно от ног.</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