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ספר עץ חיים</w:t>
      </w:r>
    </w:p>
    <w:p>
      <w:pPr>
        <w:spacing w:before="240" w:after="160"/>
        <w:jc w:val="center"/>
      </w:pPr>
      <w:r>
        <w:rPr>
          <w:rFonts w:ascii="Georgia" w:hAnsi="Georgia"/>
          <w:b/>
          <w:i w:val="0"/>
          <w:color w:val="000000"/>
          <w:sz w:val="40"/>
        </w:rPr>
        <w:t>Сефер Эц Хаим</w:t>
      </w:r>
    </w:p>
    <w:p>
      <w:pPr>
        <w:spacing w:before="80" w:after="320"/>
        <w:jc w:val="center"/>
      </w:pPr>
      <w:r>
        <w:rPr>
          <w:rFonts w:ascii="Georgia" w:hAnsi="Georgia"/>
          <w:b w:val="0"/>
          <w:i/>
          <w:color w:val="000000"/>
          <w:sz w:val="27"/>
        </w:rPr>
        <w:t>Древо Жизни · Том VI. Нуква, Лея и Рахель</w:t>
      </w:r>
    </w:p>
    <w:p>
      <w:pPr>
        <w:spacing w:before="160" w:after="360"/>
        <w:jc w:val="center"/>
      </w:pPr>
      <w:r>
        <w:rPr>
          <w:rFonts w:ascii="Georgia" w:hAnsi="Georgia"/>
          <w:b/>
          <w:i w:val="0"/>
          <w:color w:val="000000"/>
          <w:sz w:val="26"/>
        </w:rPr>
        <w:t>Святой Аризаль и Рабейну Хаим Виталь</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b w:val="0"/>
          <w:i w:val="0"/>
          <w:color w:val="000000"/>
          <w:sz w:val="40"/>
        </w:rPr>
        <w:t>Врата 34: Врата исправления Нуквы</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Шестой чертог; этот чертог называется чертогом Нуквы Зеир Анпина, и в нем восемь врат:</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Первые врата — врата исправления Нуквы, и в них семь глав:</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 xml:space="preserve">(Вопрос о 370 светах, имеющихся в лике Нуквы де-ЗА. Знай, что к Малхут протягиваются четыре свойства. Первое (по другой версии: первое — это имя БОН) — от ее нефеш, которую дает в нее Есод мужского начала, чтобы она могла пробуждать МАН во время соударения (зивуга), ведь благодаря этой нефеш она становится кли. Второе — руах. Третье — нешама, которую он дает в нее, и это имя МА и имя САГ. Четвертое — то, о чем сказано в недельном разделе Трума со слов сына рава Сафры на стих: </w:t>
      </w:r>
      <w:r>
        <w:rPr>
          <w:rFonts w:ascii="Georgia" w:hAnsi="Georgia"/>
          <w:b w:val="0"/>
          <w:i/>
          <w:color w:val="000000"/>
          <w:sz w:val="24"/>
        </w:rPr>
        <w:t>«Свет посеян для праведника и для прямодушных — радость»</w:t>
      </w:r>
      <w:r>
        <w:rPr>
          <w:rFonts w:ascii="Georgia" w:hAnsi="Georgia"/>
          <w:b w:val="0"/>
          <w:i w:val="0"/>
          <w:color w:val="000000"/>
          <w:sz w:val="24"/>
        </w:rPr>
        <w:t xml:space="preserve"> (Теилим 97:11): ведь души праведников сами соединяются в соударении с Малхут и производят души, как сказано: </w:t>
      </w:r>
      <w:r>
        <w:rPr>
          <w:rFonts w:ascii="Georgia" w:hAnsi="Georgia"/>
          <w:b w:val="0"/>
          <w:i/>
          <w:color w:val="000000"/>
          <w:sz w:val="24"/>
        </w:rPr>
        <w:t>«…и души, которые они приобрели в Харане…»</w:t>
      </w:r>
      <w:r>
        <w:rPr>
          <w:rFonts w:ascii="Georgia" w:hAnsi="Georgia"/>
          <w:b w:val="0"/>
          <w:i w:val="0"/>
          <w:color w:val="000000"/>
          <w:sz w:val="24"/>
        </w:rPr>
        <w:t xml:space="preserve"> (Берешит 12:5). И большинство соударений, совершаемых во время изгнания, происходят именно таким образом. Эти упомянутые четыре свойства — это те самые четыре наполнения (милуй), и все четыре включены в первое свойство, представляющее собой совокупность наполнения, называемую нефеш. Выходит, что все это наполнение в целом — свойство нефеш, однако в нем намеком содержатся все четыре свойства в частностях. В тридцать первых вратах, в пятой главе уже было в общем разъяснено устройство трех парцуфим, которыми являются Рахель, Яаков и Лея).</w:t>
      </w:r>
    </w:p>
    <w:p>
      <w:pPr>
        <w:spacing w:before="40" w:after="120"/>
        <w:jc w:val="both"/>
      </w:pPr>
      <w:r>
        <w:rPr>
          <w:rFonts w:ascii="Georgia" w:hAnsi="Georgia"/>
          <w:b w:val="0"/>
          <w:i w:val="0"/>
          <w:color w:val="000000"/>
          <w:sz w:val="24"/>
        </w:rPr>
        <w:t>Теперь разберем их в частностях и начнем с Рахели, которая называется истинной Нуквой де-ЗА, как упомянуто выше, ведь она — десятая точка из десяти точек, включающих весь мир Ацилут, и она — Малхут среди них. И она — жена Исраэля, который везде называется ЗА. И уже разъяснено, что она выходит из Тиферет от свечения мохин де-НЕХИ де-Има, и в начале своего сотворения и исправления стоит сзади ЗА ахор бе-ахор от хазе де-ЗА и ниже, вплоть до окончания его ног (сиюм раглин), и это место определяет меру ее высоты во всех десяти сфирот. А причина того, что Рахель находится ахор бе-ахор с ЗА, заключается в следующем, как мы говорили: внешние силы совершенно не способны прилепиться к святости с ее лицевой стороны (паним), даже к лицевой стороне Нуквы, а лишь с обратной стороны (ахораим). Ведь внешние силы называются «другими богами», и все их питание и удержание происходит от святого Имени ЭЛОКИМ, а известно, что все проявления Имени ЭЛОКИМ находятся на обратной стороне святости.</w:t>
      </w:r>
    </w:p>
    <w:p>
      <w:pPr>
        <w:spacing w:before="40" w:after="120"/>
        <w:jc w:val="both"/>
      </w:pPr>
      <w:r>
        <w:rPr>
          <w:rFonts w:ascii="Georgia" w:hAnsi="Georgia"/>
          <w:b w:val="0"/>
          <w:i w:val="0"/>
          <w:color w:val="000000"/>
          <w:sz w:val="24"/>
        </w:rPr>
        <w:t xml:space="preserve">И вот если бы Рахель, являющаяся истинной Нуквой де-ЗА, как сказано выше, стояла подобно Лее, лицо которой обращено к обратной стороне ЗА, то ее обратная сторона оставалась бы открытой. И тогда внешние силы чрезвычайно крепко прилепились бы к ней, поскольку она — женское начало, о котором известно: </w:t>
      </w:r>
      <w:r>
        <w:rPr>
          <w:rFonts w:ascii="Georgia" w:hAnsi="Georgia"/>
          <w:b w:val="0"/>
          <w:i/>
          <w:color w:val="000000"/>
          <w:sz w:val="24"/>
        </w:rPr>
        <w:t>«Ноги ее нисходят к смерти…»</w:t>
      </w:r>
      <w:r>
        <w:rPr>
          <w:rFonts w:ascii="Georgia" w:hAnsi="Georgia"/>
          <w:b w:val="0"/>
          <w:i w:val="0"/>
          <w:color w:val="000000"/>
          <w:sz w:val="24"/>
        </w:rPr>
        <w:t xml:space="preserve"> (Мишлей 5:5). Причина этого в том, что она представляет собой абсолютные суды, а именно там удерживаются внешние силы. Вдобавок к этому она — последняя среди всех десяти сфирот Ацилута, и потому клипот чрезвычайно крепко прилеплялись бы к ней. Поэтому, чтобы клипот не прилепились к ней по упомянутой причине — и в особенности потому, что она основная и истинная Нуква де-ЗА, и мы не желаем, чтобы к ней прилеплялись клипот (в отличие от Леи, как будет сказано в своем месте), — ЗОН были поставлены ахор бе-ахор, слитыми вместе: </w:t>
      </w:r>
      <w:r>
        <w:rPr>
          <w:rFonts w:ascii="Georgia" w:hAnsi="Georgia"/>
          <w:b w:val="0"/>
          <w:i/>
          <w:color w:val="000000"/>
          <w:sz w:val="24"/>
        </w:rPr>
        <w:t>«…один к другому прикасаются близко, и дух не может пройти между ними…»</w:t>
      </w:r>
      <w:r>
        <w:rPr>
          <w:rFonts w:ascii="Georgia" w:hAnsi="Georgia"/>
          <w:b w:val="0"/>
          <w:i w:val="0"/>
          <w:color w:val="000000"/>
          <w:sz w:val="24"/>
        </w:rPr>
        <w:t xml:space="preserve"> (Иов 41:8), и ничто чужое не может пройти между ними вовсе, поскольку они буквально спаяны и соединены вместе, настолько, что впоследствии требуется настоящее распиливание (несира), как сказали мудрецы (ХАЗАЛЬ) на стих: </w:t>
      </w:r>
      <w:r>
        <w:rPr>
          <w:rFonts w:ascii="Georgia" w:hAnsi="Georgia"/>
          <w:b w:val="0"/>
          <w:i/>
          <w:color w:val="000000"/>
          <w:sz w:val="24"/>
        </w:rPr>
        <w:t>«И перестроил Г-сподь Б-г сторону…»</w:t>
      </w:r>
      <w:r>
        <w:rPr>
          <w:rFonts w:ascii="Georgia" w:hAnsi="Georgia"/>
          <w:b w:val="0"/>
          <w:i w:val="0"/>
          <w:color w:val="000000"/>
          <w:sz w:val="24"/>
        </w:rPr>
        <w:t xml:space="preserve"> (Берешит 2:22). При этом лицо ЗА и лицо Рахели остались открытыми, ведь там у внешних сил нет никакой хватки. А после того как благодаря распиливанию их обратная сторона ублаготворилась и подсластилась, тогда ЗОН после распиливания возвращаются паним бе-паним, поскольку у внешних сил уже нет силы прилепиться даже к обратной стороне. И в этом смысл стиха: </w:t>
      </w:r>
      <w:r>
        <w:rPr>
          <w:rFonts w:ascii="Georgia" w:hAnsi="Georgia"/>
          <w:b w:val="0"/>
          <w:i/>
          <w:color w:val="000000"/>
          <w:sz w:val="24"/>
        </w:rPr>
        <w:t>«…отвернулись назад»</w:t>
      </w:r>
      <w:r>
        <w:rPr>
          <w:rFonts w:ascii="Georgia" w:hAnsi="Georgia"/>
          <w:b w:val="0"/>
          <w:i w:val="0"/>
          <w:color w:val="000000"/>
          <w:sz w:val="24"/>
        </w:rPr>
        <w:t xml:space="preserve"> (Йешаяу 1:4). Ведь всякий раз, когда Исраэль согрешает внизу, ЗОН вновь возвращаются в положение ахор бе-ахор.</w:t>
      </w:r>
    </w:p>
    <w:p>
      <w:pPr>
        <w:spacing w:before="40" w:after="120"/>
        <w:jc w:val="both"/>
      </w:pPr>
      <w:r>
        <w:rPr>
          <w:rFonts w:ascii="Georgia" w:hAnsi="Georgia"/>
          <w:b w:val="0"/>
          <w:i w:val="0"/>
          <w:color w:val="000000"/>
          <w:sz w:val="24"/>
        </w:rPr>
        <w:t xml:space="preserve">Причина этого в том, что из-за дурных поступков нижних клипот могли бы прилепиться к обнаженной обратной стороне, если бы они оставались паним бе-паним. Поэтому они вынуждены возвращаться в положение ахор бе-ахор, чтобы обратная сторона закрылась и внешние силы к ней не прилепились. Причина же того, что исправление Рахели начинается от хазе, заключается в следующем: до этого места света НЕХИ де-Твуна скрыты, а там завершается Есод де-Твуна, и света раскрываются. В особенности же потому, что там начинает раскрываться Есод де-Аба. И в этом тайна стиха: </w:t>
      </w:r>
      <w:r>
        <w:rPr>
          <w:rFonts w:ascii="Georgia" w:hAnsi="Georgia"/>
          <w:b w:val="0"/>
          <w:i/>
          <w:color w:val="000000"/>
          <w:sz w:val="24"/>
        </w:rPr>
        <w:t>«Г-сподь мудростью основал землю…»</w:t>
      </w:r>
      <w:r>
        <w:rPr>
          <w:rFonts w:ascii="Georgia" w:hAnsi="Georgia"/>
          <w:b w:val="0"/>
          <w:i w:val="0"/>
          <w:color w:val="000000"/>
          <w:sz w:val="24"/>
        </w:rPr>
        <w:t xml:space="preserve"> (Мишлей 3:19), о котором в «Тиккуней Зоар» сказано: «Аба основал дочь». Суть в том, что на месте раскрытия Есод де-Аба начинается построение Малхут Рахели, называемой «землей». В отличие от Леи, основа которой происходит из того места Твуны, где Аба еще не раскрылся, ведь [раскрытие происходит] лишь от хазе и ниже.</w:t>
      </w:r>
    </w:p>
    <w:p>
      <w:pPr>
        <w:spacing w:before="40" w:after="120"/>
        <w:jc w:val="both"/>
      </w:pPr>
      <w:r>
        <w:rPr>
          <w:rFonts w:ascii="Georgia" w:hAnsi="Georgia"/>
          <w:b w:val="0"/>
          <w:i w:val="0"/>
          <w:color w:val="000000"/>
          <w:sz w:val="24"/>
        </w:rPr>
        <w:t>Причина того, что Рахель соединена с ЗА ахор бе-ахор одной общей для них стеной, чего нет у Яакова и ЗА, будет разъяснена ниже. Теперь же объясним распространение меры высоты Рахели, Нуквы де-ЗА, сзади него, от уровня напротив хазе и вниз до его ног, а также ее выход из свечения мохин и келим де-НЕХИ де-Има. Уже разъяснено, что пять хасадим Даат де-ЗА со стороны Имы распределились от Хеседа до Хода в ЗА. И тот Хесед, который распространяется внутри Тиферет де-ЗА, делится на три трети, как было объяснено. Две его нижние трети, находящиеся от хазе до окончания тела, то есть [окончания] Тиферет, раскрыты — в отличие от верхней трети, которая все еще скрыта внутри кли Есод де-Има. Поэтому две нижние раскрытые трети Хеседа светят вдвое сильнее, чем если бы были скрыты. Вследствие этого одной только трети ЗА хватило для нужд самого Тиферет — на две нижние трети, полтрети поднялись в его Кетер, а еще полтрети были отданы Рахели для ее Кетера. И из этого ты поймешь, почему женщины освобождены от заповеди тфилин: ведь у Рахели нет окружающих светов, составляющих тайну тфилин, какие есть у Яакова, как сказано ниже о Яакове.</w:t>
      </w:r>
    </w:p>
    <w:p>
      <w:pPr>
        <w:spacing w:before="40" w:after="120"/>
        <w:jc w:val="both"/>
      </w:pPr>
      <w:r>
        <w:rPr>
          <w:rFonts w:ascii="Georgia" w:hAnsi="Georgia"/>
          <w:b w:val="0"/>
          <w:i w:val="0"/>
          <w:color w:val="000000"/>
          <w:sz w:val="24"/>
        </w:rPr>
        <w:t>И вот, Рахель взяла кли и свет для своего Кетера; выше это устройство Кетера было подробно разъяснено, смотри там. И затем от свечения нижнего сустава кли Нецах де-Има, внутри которого находится последняя треть света моха, называемого Хохма де-ЗА, облаченного в три сустава Нецах де-ЗА: свечение этих трех суставов облачается в правую линию Рахели для нужд трех сфирот — Хохмы, Хеседа и Нецах в ней, как со стороны кли, так и со стороны света моха внутри него. Точно так же и со стороны Хеседа из распространяющихся пяти хасадим, один из которых распространяется в Нецах де-ЗА, как сказано выше: поскольку он раскрыт, половины его оказалось достаточно, чтобы светить в Нецах де-ЗА, а половины — чтобы светить во всей правой линии Рахели. Подобным же образом в последнем суставе Ход де-Има, в который облачена последняя треть моха Бина де-ЗА, и оба они распространяются внутри Ход де-ЗА, — из них образуются три сфиры левой линии Рахели: Бина, Гвура и Ход. А также от того Хеседа из пяти хасадим, который достается части Ход де-ЗА: поскольку он раскрыт, половины его хватило для Ход де-ЗА, а половины — для всей левой линии Рахели. В своей же средней линии, помимо своего Кетера, который она взяла от Хеседа Тиферет де-ЗА, она также взяла свечение пяти гвурот, находившихся в Есод де-ЗА, как сказано выше, со стороны Даат де-Има. И эти пять гвурот соединились в ее Даат и собрались там.</w:t>
      </w:r>
    </w:p>
    <w:p>
      <w:pPr>
        <w:spacing w:before="40" w:after="120"/>
        <w:jc w:val="both"/>
      </w:pPr>
      <w:r>
        <w:rPr>
          <w:rFonts w:ascii="Georgia" w:hAnsi="Georgia"/>
          <w:b w:val="0"/>
          <w:i w:val="0"/>
          <w:color w:val="000000"/>
          <w:sz w:val="24"/>
        </w:rPr>
        <w:t>Однако в остальной части ее линии — в Даат, Тиферет и Есод в ней — нет хасадим. И здесь следует спросить: подобно тому как пять хасадим вышли из Есод де-Бина, раскрылись от хазе и ниже, разделились и распределились по пяти сфирот ЗА — в ХАГАТ и Нецах-Ход, — точно так же должны были бы разделиться и пять гвурот! И если понятно, почему в ЗА не могли разделиться пять гвурот, раз уж там распределились пять хасадим, и потому они опустились в Есод де-ЗА, — то почему оттуда и далее вниз не разделились и гвурот? Ведь у них уже нет кли, которое собрало бы их вместе и соединило! И если так, что же заставило их собраться и соединиться в ее Даат — всем пяти вместе?</w:t>
      </w:r>
    </w:p>
    <w:p>
      <w:pPr>
        <w:spacing w:before="40" w:after="120"/>
        <w:jc w:val="both"/>
      </w:pPr>
      <w:r>
        <w:rPr>
          <w:rFonts w:ascii="Georgia" w:hAnsi="Georgia"/>
          <w:b w:val="0"/>
          <w:i w:val="0"/>
          <w:color w:val="000000"/>
          <w:sz w:val="24"/>
        </w:rPr>
        <w:t>Однако суть в том, что Есод де-Аба, который теперь открыто раскрылся от хазе де-ЗА и ниже, как сказано выше, направил свечение к пяти гвурот, находящимся в Есод де-ЗА. И там они соединяются вместе и как следует собираются, а он благодаря этому соединению подслащивает содержащиеся в них жесткие суды. А поскольку они соединились там, то при выходе в Даат Рахели они так и остались там соединенными вместе, без всякого разделения. И вот после того как эти пять гвурот собрались в его Есоде, что соответствует ее Даат, тогда света пяти гвурот вновь распространяются вниз — от ее Хеседа до Нецах и Хода, подобно тому как пять хасадим распределились в мужском начале. А затем все пять вновь возвращаются вместе и собираются в ее Есоде во время ее соударения с ЗА. И известно, что также и у Яакова при соударении с Рахелью все его пять хасадим собираются в его Есоде.</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в ней 22 правила относительно Нуквы:</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(1) Требует осмысления: поскольку у точки Малхут вышел только Кетер, то подобно тому как у ЗА во время ущерба уходят его мохин, чтобы ими не завладели внешние силы (ведь они — отборное начало), так же и девять нижних [сфирот] Малхут должны были бы уйти! Но напротив, в молитве «Амида» написано, что девять нижних сфирот Малхут опускаются в Брия, а ее Кетер остается в Ацилуте, тогда как должно было бы быть наоборот! И мы можем разрешить половину трудности: ведь и от ЗА [ступени] падают согласно стиху: </w:t>
      </w:r>
      <w:r>
        <w:rPr>
          <w:rFonts w:ascii="Georgia" w:hAnsi="Georgia"/>
          <w:b w:val="0"/>
          <w:i/>
          <w:color w:val="000000"/>
          <w:sz w:val="24"/>
        </w:rPr>
        <w:t>«Втайне будет плакать душа моя из-за гордости…»</w:t>
      </w:r>
      <w:r>
        <w:rPr>
          <w:rFonts w:ascii="Georgia" w:hAnsi="Georgia"/>
          <w:b w:val="0"/>
          <w:i w:val="0"/>
          <w:color w:val="000000"/>
          <w:sz w:val="24"/>
        </w:rPr>
        <w:t xml:space="preserve"> (Ирмеяу 13:17). Но тем не менее вопрос остается: ведь если так, обе точки должны были выйти одинаковым образом, а не противоположным, раз уж обе равны в падении.</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(2) Требует осмысления, как согласовать сказанное о десяти точках: три первые вышли в совершенстве, четвертая вышла как шесть концов (ВАК), а пятая вышла как одна точка. Необходимо распределить эти свойства в соответствии с числом 288 (РАПАХ) искр, о которых написано у нас по поводу АБ, САГ, МА, БОН, являющихся четырьмя подразделениями БОН мелахим, включающими пять парцуфим: как соразмерить и взвесить число падения их искр со свойством того, что вышло из каждого из них.</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(3) Также требует осмысления: ведь если вышел только Кетер де-Малхут, а в Кетере не произошло разбиения (поскольку за него нет опасения, ведь он высок), то что же разбилось и что опустилось в клипот? И кроме того, как АА и Аба ве-Има производят выяснение (бирур) своих упавших искр, которые не будут исправлены до прихода Мошиаха? А если ты скажешь, что [упали] только искры Кетера, то это невозможно, ведь они соотносятся с АБ, САГ, МА, БОН, составляющими РАПАХ, как известно, а значит, все свойства вышли и опустились. И кроме того, в чем различие между Леей и Рахелью? Ведь Рахель — это полный парцуф из всех своих десяти сфирот.</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(4) Первая редакция: почему для Кетера Рахели достаточно полтрети, а для мохин требуется полторы трети? Ответ таков: потому что в Нецахе [свечение передается] через масах, тогда как в Кетере оно открыто исходит от ЗА, и благодаря этому Хесед ударяет в Хохму и в Нецах де-Бина, находящийся внутри него, и он закрыт от самого Нецах де-ЗА.</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(5) Тебе следует понять относительно того, что мы говорим: Малхут иногда питается от Тиферет, иногда от Кетера, а иногда от Бины, — как мы можем приписывать ее получение какой-либо из ступеней, зная, что всякого рода изобилие (шефа) исходит из Кетера? Суть в том, что когда эта сфира служит лишь переходом, изобилие относится к Кетеру. Когда же оно смешивается там, в Бине или в Тиферет и тому подобном, ее получение называется по имени того места, где оно смешалось. И мы уже подробно разъяснили это в недельном разделе Хукат к [фрагменту] Зоара, начинающемуся словами: «Пойди и смотри: во время высшей мудрости…», посмотри в моих разъяснениях.</w:t>
      </w:r>
    </w:p>
    <w:p>
      <w:pPr>
        <w:keepNext/>
        <w:spacing w:before="240" w:after="80"/>
      </w:pPr>
      <w:r>
        <w:rPr>
          <w:rFonts w:ascii="Georgia" w:hAnsi="Georgia"/>
          <w:b w:val="0"/>
          <w:i w:val="0"/>
          <w:color w:val="000000"/>
          <w:sz w:val="27"/>
        </w:rPr>
        <w:t>Пункт 7</w:t>
      </w:r>
    </w:p>
    <w:p>
      <w:pPr>
        <w:spacing w:before="40" w:after="120"/>
        <w:jc w:val="both"/>
      </w:pPr>
      <w:r>
        <w:rPr>
          <w:rFonts w:ascii="Georgia" w:hAnsi="Georgia"/>
          <w:b w:val="0"/>
          <w:i w:val="0"/>
          <w:color w:val="000000"/>
          <w:sz w:val="24"/>
        </w:rPr>
        <w:t>(6) Первая редакция: почему мохин Нуквы образовались не из ХАГАТ де-ЗА, а только из его НЕХИ? Ответ таков: потому что НЕХИ раскрыты, как известно, тогда как ХАГАТ — это скрытые света, и у них нет силы стать мохин.</w:t>
      </w:r>
    </w:p>
    <w:p>
      <w:pPr>
        <w:keepNext/>
        <w:spacing w:before="240" w:after="80"/>
      </w:pPr>
      <w:r>
        <w:rPr>
          <w:rFonts w:ascii="Georgia" w:hAnsi="Georgia"/>
          <w:b w:val="0"/>
          <w:i w:val="0"/>
          <w:color w:val="000000"/>
          <w:sz w:val="27"/>
        </w:rPr>
        <w:t>Пункт 8</w:t>
      </w:r>
    </w:p>
    <w:p>
      <w:pPr>
        <w:spacing w:before="40" w:after="120"/>
        <w:jc w:val="both"/>
      </w:pPr>
      <w:r>
        <w:rPr>
          <w:rFonts w:ascii="Georgia" w:hAnsi="Georgia"/>
          <w:b w:val="0"/>
          <w:i w:val="0"/>
          <w:color w:val="000000"/>
          <w:sz w:val="24"/>
        </w:rPr>
        <w:t>(7) Вопрос взросления Нуквы де-ЗА за двенадцать лет и один день: правая линия — три года, левая линия — три года, средняя линия — три года, итого девять лет. А суть трех лет и одного дня, когда близость с ней считается близостью, — это Кетер, Даат и Тиферет, а один день относится к вхождению Есода. Затем три средние [сфирот] светят в двух линиях, правой и левой, — это еще три года, итого двенадцать [лет] и один день.</w:t>
      </w:r>
    </w:p>
    <w:p>
      <w:pPr>
        <w:keepNext/>
        <w:spacing w:before="240" w:after="80"/>
      </w:pPr>
      <w:r>
        <w:rPr>
          <w:rFonts w:ascii="Georgia" w:hAnsi="Georgia"/>
          <w:b w:val="0"/>
          <w:i w:val="0"/>
          <w:color w:val="000000"/>
          <w:sz w:val="27"/>
        </w:rPr>
        <w:t>Пункт 9</w:t>
      </w:r>
    </w:p>
    <w:p>
      <w:pPr>
        <w:spacing w:before="40" w:after="120"/>
        <w:jc w:val="both"/>
      </w:pPr>
      <w:r>
        <w:rPr>
          <w:rFonts w:ascii="Georgia" w:hAnsi="Georgia"/>
          <w:b w:val="0"/>
          <w:i w:val="0"/>
          <w:color w:val="000000"/>
          <w:sz w:val="24"/>
        </w:rPr>
        <w:t xml:space="preserve">(8) Вторая редакция: </w:t>
      </w:r>
      <w:r>
        <w:rPr>
          <w:rFonts w:ascii="Georgia" w:hAnsi="Georgia"/>
          <w:b w:val="0"/>
          <w:i/>
          <w:color w:val="000000"/>
          <w:sz w:val="24"/>
        </w:rPr>
        <w:t>«И навел Г-сподь Б-г крепкий сон…»</w:t>
      </w:r>
      <w:r>
        <w:rPr>
          <w:rFonts w:ascii="Georgia" w:hAnsi="Georgia"/>
          <w:b w:val="0"/>
          <w:i w:val="0"/>
          <w:color w:val="000000"/>
          <w:sz w:val="24"/>
        </w:rPr>
        <w:t xml:space="preserve"> (Берешит 2:21). Слово </w:t>
      </w:r>
      <w:r>
        <w:rPr>
          <w:rFonts w:ascii="Georgia" w:hAnsi="Georgia"/>
          <w:b w:val="0"/>
          <w:i/>
          <w:color w:val="000000"/>
          <w:sz w:val="24"/>
        </w:rPr>
        <w:t>тардема</w:t>
      </w:r>
      <w:r>
        <w:rPr>
          <w:rFonts w:ascii="Georgia" w:hAnsi="Georgia"/>
          <w:b w:val="0"/>
          <w:i w:val="0"/>
          <w:color w:val="000000"/>
          <w:sz w:val="24"/>
        </w:rPr>
        <w:t xml:space="preserve"> — «крепкий сон» (</w:t>
      </w:r>
      <w:r>
        <w:rPr>
          <w:rFonts w:ascii="Georgia" w:hAnsi="Georgia" w:cs="Times New Roman"/>
          <w:b/>
          <w:i w:val="0"/>
          <w:color w:val="000000"/>
          <w:sz w:val="24"/>
          <w:rtl/>
          <w:szCs w:val="32"/>
        </w:rPr>
        <w:t>תַּרְדֵּמָה</w:t>
      </w:r>
      <w:r>
        <w:rPr>
          <w:rFonts w:ascii="Georgia" w:hAnsi="Georgia"/>
          <w:b w:val="0"/>
          <w:i w:val="0"/>
          <w:color w:val="000000"/>
          <w:sz w:val="24"/>
        </w:rPr>
        <w:t xml:space="preserve">) по гематрии равно слову </w:t>
      </w:r>
      <w:r>
        <w:rPr>
          <w:rFonts w:ascii="Georgia" w:hAnsi="Georgia"/>
          <w:b w:val="0"/>
          <w:i/>
          <w:color w:val="000000"/>
          <w:sz w:val="24"/>
        </w:rPr>
        <w:t>таргум</w:t>
      </w:r>
      <w:r>
        <w:rPr>
          <w:rFonts w:ascii="Georgia" w:hAnsi="Georgia"/>
          <w:b w:val="0"/>
          <w:i w:val="0"/>
          <w:color w:val="000000"/>
          <w:sz w:val="24"/>
        </w:rPr>
        <w:t xml:space="preserve"> — «перевод» (</w:t>
      </w:r>
      <w:r>
        <w:rPr>
          <w:rFonts w:ascii="Georgia" w:hAnsi="Georgia" w:cs="Times New Roman"/>
          <w:b/>
          <w:i w:val="0"/>
          <w:color w:val="000000"/>
          <w:sz w:val="24"/>
          <w:rtl/>
          <w:szCs w:val="32"/>
        </w:rPr>
        <w:t>תַּרְגּוּם</w:t>
      </w:r>
      <w:r>
        <w:rPr>
          <w:rFonts w:ascii="Georgia" w:hAnsi="Georgia"/>
          <w:b w:val="0"/>
          <w:i w:val="0"/>
          <w:color w:val="000000"/>
          <w:sz w:val="24"/>
        </w:rPr>
        <w:t>), ведь всякая обратная сторона устроена в виде квадрата, как известно. Распиливание же происходило тогда, когда в нем была эта обратная сторона, называемая крепким сном (</w:t>
      </w:r>
      <w:r>
        <w:rPr>
          <w:rFonts w:ascii="Georgia" w:hAnsi="Georgia"/>
          <w:b w:val="0"/>
          <w:i/>
          <w:color w:val="000000"/>
          <w:sz w:val="24"/>
        </w:rPr>
        <w:t>тардема</w:t>
      </w:r>
      <w:r>
        <w:rPr>
          <w:rFonts w:ascii="Georgia" w:hAnsi="Georgia"/>
          <w:b w:val="0"/>
          <w:i w:val="0"/>
          <w:color w:val="000000"/>
          <w:sz w:val="24"/>
        </w:rPr>
        <w:t xml:space="preserve">), как сказано выше, а затем Он привел ее лицом к лицу. Суть же в том, что в каждой из девяти сфирот ЗА есть одно Имя АВАЯ, а в его обратной стороне [в виде квадрата] гематрия равна 72 (АБ), как известно. И вот 9 раз по 72 составляет гематрию слова </w:t>
      </w:r>
      <w:r>
        <w:rPr>
          <w:rFonts w:ascii="Georgia" w:hAnsi="Georgia"/>
          <w:b w:val="0"/>
          <w:i/>
          <w:color w:val="000000"/>
          <w:sz w:val="24"/>
        </w:rPr>
        <w:t>тардема</w:t>
      </w:r>
      <w:r>
        <w:rPr>
          <w:rFonts w:ascii="Georgia" w:hAnsi="Georgia"/>
          <w:b w:val="0"/>
          <w:i w:val="0"/>
          <w:color w:val="000000"/>
          <w:sz w:val="24"/>
        </w:rPr>
        <w:t xml:space="preserve">, и они же равны гематрии слова </w:t>
      </w:r>
      <w:r>
        <w:rPr>
          <w:rFonts w:ascii="Georgia" w:hAnsi="Georgia"/>
          <w:b w:val="0"/>
          <w:i/>
          <w:color w:val="000000"/>
          <w:sz w:val="24"/>
        </w:rPr>
        <w:t>таргум</w:t>
      </w:r>
      <w:r>
        <w:rPr>
          <w:rFonts w:ascii="Georgia" w:hAnsi="Georgia"/>
          <w:b w:val="0"/>
          <w:i w:val="0"/>
          <w:color w:val="000000"/>
          <w:sz w:val="24"/>
        </w:rPr>
        <w:t>. [Примечание. Требует осмысления то, что обратная сторона — это исключительно ЭЛОКИМ. Конец примечания.] И все они отдаются Малхут во время распиливания, и пойми это очень глубоко.</w:t>
      </w:r>
    </w:p>
    <w:p>
      <w:pPr>
        <w:keepNext/>
        <w:spacing w:before="240" w:after="80"/>
      </w:pPr>
      <w:r>
        <w:rPr>
          <w:rFonts w:ascii="Georgia" w:hAnsi="Georgia"/>
          <w:b w:val="0"/>
          <w:i w:val="0"/>
          <w:color w:val="000000"/>
          <w:sz w:val="27"/>
        </w:rPr>
        <w:t>Пункт 10</w:t>
      </w:r>
    </w:p>
    <w:p>
      <w:pPr>
        <w:spacing w:before="40" w:after="120"/>
        <w:jc w:val="both"/>
      </w:pPr>
      <w:r>
        <w:rPr>
          <w:rFonts w:ascii="Georgia" w:hAnsi="Georgia"/>
          <w:b w:val="0"/>
          <w:i w:val="0"/>
          <w:color w:val="000000"/>
          <w:sz w:val="24"/>
        </w:rPr>
        <w:t>[Примечание. И мне, Хаиму, представляется, что девять сил Малхут держатся за ЗА, и благодаря этим девяти силам, представляющим собой всего лишь одну силу, он восполняется до десяти сфирот, как упоминается там. Во время же распиливания он остается только в девяти сфирот, и тогда эти девять сил соединяются с силой одной лишь точки Малхут, и она вырастает и становится полноценными десятью сфирот, а он [остается] лишь в девяти, как известно. Ведь та ее точка всегда отделена от него и представляет собой отдельное свойство, тогда как те остальные девять частей прилеплены к нему и порой отпиливаются; и пойми это очень глубоко. Конец примечания.]</w:t>
      </w:r>
    </w:p>
    <w:p>
      <w:pPr>
        <w:keepNext/>
        <w:spacing w:before="240" w:after="80"/>
      </w:pPr>
      <w:r>
        <w:rPr>
          <w:rFonts w:ascii="Georgia" w:hAnsi="Georgia"/>
          <w:b w:val="0"/>
          <w:i w:val="0"/>
          <w:color w:val="000000"/>
          <w:sz w:val="27"/>
        </w:rPr>
        <w:t>Пункт 11</w:t>
      </w:r>
    </w:p>
    <w:p>
      <w:pPr>
        <w:spacing w:before="40" w:after="120"/>
        <w:jc w:val="both"/>
      </w:pPr>
      <w:r>
        <w:rPr>
          <w:rFonts w:ascii="Georgia" w:hAnsi="Georgia"/>
          <w:b w:val="0"/>
          <w:i w:val="0"/>
          <w:color w:val="000000"/>
          <w:sz w:val="24"/>
        </w:rPr>
        <w:t>В ней же есть два аспекта — лицевая сторона и обратная сторона. Во время состояния ахор все девять ее [сфирот] обратной стороны находятся в нем, а десятая часть обратной стороны остается исключительно в ней, и всегда, вовеки стоит у его хазе сзади него. Затем при распиливании все девять (по другой версии: все десять) [сфирот] обратной стороны соединяются в ней вместе, и она вырастает равной ему. Затем спереди есть другая единственная точка от лицевой стороны, и она пребывает в тайне ручного тфилин (</w:t>
      </w:r>
      <w:r>
        <w:rPr>
          <w:rFonts w:ascii="Georgia" w:hAnsi="Georgia"/>
          <w:b w:val="0"/>
          <w:i/>
          <w:color w:val="000000"/>
          <w:sz w:val="24"/>
        </w:rPr>
        <w:t>тфилин де-яд</w:t>
      </w:r>
      <w:r>
        <w:rPr>
          <w:rFonts w:ascii="Georgia" w:hAnsi="Georgia"/>
          <w:b w:val="0"/>
          <w:i w:val="0"/>
          <w:color w:val="000000"/>
          <w:sz w:val="24"/>
        </w:rPr>
        <w:t>) всегда вместе с ним и никогда оттуда не сдвигается. И тогда все девять свойств ее лицевой стороны передаются ей одно за другим, пока она не вырастает лицом к лицу, равной ему. Таким образом, когда мы говорим, что после того как она выросла ахор бе-ахор, она вновь становится маленькой точкой спереди, это объясняется относительно той точки лицевой стороны, ведь со стороны своего лица у нее пока есть лишь одна точка.</w:t>
      </w:r>
    </w:p>
    <w:p>
      <w:pPr>
        <w:spacing w:before="40" w:after="120"/>
        <w:jc w:val="both"/>
      </w:pPr>
      <w:r>
        <w:rPr>
          <w:rFonts w:ascii="Georgia" w:hAnsi="Georgia"/>
          <w:b w:val="0"/>
          <w:i w:val="0"/>
          <w:color w:val="000000"/>
          <w:sz w:val="24"/>
        </w:rPr>
        <w:t>Однако вся обратная сторона совершенно полна, и пойми это очень глубоко. И вот ты знаешь, что в каждой сфире есть паним и ахор в аспекте букв, а не числа, и напротив них — ахор и паним в аспекте числа. И оказывается, таким образом, что все аспекты обратной стороны числа принадлежат женскому началу, прилепленному к мужскому началу, представляющему собой обратную сторону букв, и они находятся ахор бе-ахор. А лицевой стороны числа с одной стороны и лицевой стороны букв с другой стороны у них пока нет вовсе — есть лишь две обратные стороны. Во время же распиливания обратная сторона числа отпиливается от обратной стороны букв (его). А затем приходят мохин аспекта лица его и ее, и тогда ее лицо передается ей через него, а его лицо остается в нем. И подобно тому как обратную сторону она сначала принимает через него, а затем через Иму, так же и в аспекте лица: сначала через него, а затем через Иму, как известно.</w:t>
      </w:r>
    </w:p>
    <w:p>
      <w:pPr>
        <w:spacing w:before="40" w:after="120"/>
        <w:jc w:val="both"/>
      </w:pPr>
      <w:r>
        <w:rPr>
          <w:rFonts w:ascii="Georgia" w:hAnsi="Georgia"/>
          <w:b w:val="0"/>
          <w:i w:val="0"/>
          <w:color w:val="000000"/>
          <w:sz w:val="24"/>
        </w:rPr>
        <w:t>И знай, что все это — с точки зрения их самих. Однако возможно, что и обратная сторона Малхут де-Аба ве-Има в аспекте своего числа станет аспектом лица для самого ЗА, и это понятно. Пример же всему этому таков: мохин де-ЗА со стороны обратной стороны находились в его Кетере, представляя собой наполнение квадрата: йод, йод-хэй, йод-хэй-вав, йод-хэй-вав-хэй (</w:t>
      </w:r>
      <w:r>
        <w:rPr>
          <w:rFonts w:ascii="Georgia" w:hAnsi="Georgia" w:cs="Times New Roman"/>
          <w:b/>
          <w:i w:val="0"/>
          <w:color w:val="000000"/>
          <w:sz w:val="24"/>
          <w:rtl/>
          <w:szCs w:val="32"/>
        </w:rPr>
        <w:t>י י״ה יה״ו יהו״ה</w:t>
      </w:r>
      <w:r>
        <w:rPr>
          <w:rFonts w:ascii="Georgia" w:hAnsi="Georgia"/>
          <w:b w:val="0"/>
          <w:i w:val="0"/>
          <w:color w:val="000000"/>
          <w:sz w:val="24"/>
        </w:rPr>
        <w:t>), и с ним соединено число этой обратной стороны — ровно те же десять букв, но в аспекте числа 72 (АБ). Затем во время распиливания йод, йод-хэй, йод-хэй-вав, йод-хэй-вав-хэй в аспекте одних только букв остаются в Кетере де-ЗА, а йод, йод-хэй, йод-хэй-вав, йод-хэй-вав-хэй в аспекте числа, то есть 72, переходят в Кетер Нуквы. Затем к ЗОН пришли лицевые мохин, и тогда в Кетер де-ЗА со стороны лица пришло Имя АВАЯ в виде лишь четырех букв, и это же самое Имя АВАЯ пришло в лицевую сторону Кетера Нуквы, но в виде числа, то есть по гематрии равного 26 (</w:t>
      </w:r>
      <w:r>
        <w:rPr>
          <w:rFonts w:ascii="Georgia" w:hAnsi="Georgia" w:cs="Times New Roman"/>
          <w:b/>
          <w:i w:val="0"/>
          <w:color w:val="000000"/>
          <w:sz w:val="24"/>
          <w:rtl/>
          <w:szCs w:val="32"/>
        </w:rPr>
        <w:t>כ״ו</w:t>
      </w:r>
      <w:r>
        <w:rPr>
          <w:rFonts w:ascii="Georgia" w:hAnsi="Georgia"/>
          <w:b w:val="0"/>
          <w:i w:val="0"/>
          <w:color w:val="000000"/>
          <w:sz w:val="24"/>
        </w:rPr>
        <w:t xml:space="preserve"> = 26). И так же обстоит дело во всех остальных девяти сфирот, как следует из другого места: после того как они [находились] ахор бе-ахор, он передал ей аспект гвурот.</w:t>
      </w:r>
    </w:p>
    <w:p>
      <w:pPr>
        <w:spacing w:before="40" w:after="120"/>
        <w:jc w:val="both"/>
      </w:pPr>
      <w:r>
        <w:rPr>
          <w:rFonts w:ascii="Georgia" w:hAnsi="Georgia"/>
          <w:b w:val="0"/>
          <w:i w:val="0"/>
          <w:color w:val="000000"/>
          <w:sz w:val="24"/>
        </w:rPr>
        <w:t>Затем мохин ушли от него, и одни лишь Бина и Гвура были переданы Нукве через Иму, а они представляют собой жесткие суды. И тогда ушедшие мохин — Хохма и Хесед, оставшиеся окружающими светами, как известно, — превратились в МАН, и Аба ве-Има совершили соударение и вывели другие буквы —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И теперь гвурот обновились и подсластились, ведь они — более подслащенные суды. И все мохин с новыми буквами мэм, нун, цади, пэй, каф вновь входят внутрь ЗА и протягиваются к Нукве через него на протяжении всех девяти дней покаяния.</w:t>
      </w:r>
    </w:p>
    <w:p>
      <w:pPr>
        <w:keepNext/>
        <w:spacing w:before="240" w:after="80"/>
      </w:pPr>
      <w:r>
        <w:rPr>
          <w:rFonts w:ascii="Georgia" w:hAnsi="Georgia"/>
          <w:b w:val="0"/>
          <w:i w:val="0"/>
          <w:color w:val="000000"/>
          <w:sz w:val="27"/>
        </w:rPr>
        <w:t>Пункт 12</w:t>
      </w:r>
    </w:p>
    <w:p>
      <w:pPr>
        <w:spacing w:before="40" w:after="120"/>
        <w:jc w:val="both"/>
      </w:pPr>
      <w:r>
        <w:rPr>
          <w:rFonts w:ascii="Georgia" w:hAnsi="Georgia"/>
          <w:b w:val="0"/>
          <w:i w:val="0"/>
          <w:color w:val="000000"/>
          <w:sz w:val="24"/>
        </w:rPr>
        <w:t>[Примечание. И как мне представляется оттуда: Лея принимает суды через Иму, поскольку находится в скрытом месте от хазе и выше. А после того как вся Лея была отпилена вместе со своими пятками, входящими внутрь Кетера Рахели, оказывается, что в первый день Рош а-Шана были отпилены Лея и Кетер Рахели. Затем мохин вернулись внутрь ЗА, чтобы отпилить Рахель от хазе и ниже, поскольку она уже находится в раскрытом месте и способна принять их через самого ЗА, в отличие от Леи. И если так, оказывается, что Лея отпиливается до трубления в шофар в первый день Рош а-Шана, и распиливание заключается в том, что она принимает новые гвурот через Иму и тогда отпиливается. А после трубления в первый день благодаря самому этому шофару новые буквы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пришли к Рахели, однако через самого ЗА, и Кетер Рахели был отпилен в сам первый день благодаря шофару. Общий итог таков: и Лее, и Рахели, называемым Йерушалаимом и Сионом, как упомянуто в другом месте, требуются два вида гвурот — жесткие и подслащенные, где прежние — жесткие, а новые — подслащенные. Однако жесткие [гвурот] Лея принимает через Зеир Анпина, а подслащенные — через Иму, и обе они называются жесткими по сравнению с подслащенными судами Рахели. У Рахели же и жесткие, и подслащенные [суды] протягиваются к ней через самого ЗА, но только одни из них — до сна, а другие — после сна, представляющего собой тайну шофара. И оказывается, таким образом, что МАН образуется прежде всего остального, а затем НЕХИ де-Има вошли внутрь Леи, чтобы отпилить ее, и вышли оттуда в ЗА, чтобы отпилить Рахель; и пойми это очень глубоко. Так мне представляется. Конец примечания.]</w:t>
      </w:r>
    </w:p>
    <w:p>
      <w:pPr>
        <w:keepNext/>
        <w:spacing w:before="240" w:after="80"/>
      </w:pPr>
      <w:r>
        <w:rPr>
          <w:rFonts w:ascii="Georgia" w:hAnsi="Georgia"/>
          <w:b w:val="0"/>
          <w:i w:val="0"/>
          <w:color w:val="000000"/>
          <w:sz w:val="27"/>
        </w:rPr>
        <w:t>Пункт 13</w:t>
      </w:r>
    </w:p>
    <w:p>
      <w:pPr>
        <w:spacing w:before="40" w:after="120"/>
        <w:jc w:val="both"/>
      </w:pPr>
      <w:r>
        <w:rPr>
          <w:rFonts w:ascii="Georgia" w:hAnsi="Georgia"/>
          <w:b w:val="0"/>
          <w:i w:val="0"/>
          <w:color w:val="000000"/>
          <w:sz w:val="24"/>
        </w:rPr>
        <w:t xml:space="preserve">(9) Мы находим, что Малхут называется </w:t>
      </w:r>
      <w:r>
        <w:rPr>
          <w:rFonts w:ascii="Georgia" w:hAnsi="Georgia"/>
          <w:b w:val="0"/>
          <w:i/>
          <w:color w:val="000000"/>
          <w:sz w:val="24"/>
        </w:rPr>
        <w:t>некева</w:t>
      </w:r>
      <w:r>
        <w:rPr>
          <w:rFonts w:ascii="Georgia" w:hAnsi="Georgia"/>
          <w:b w:val="0"/>
          <w:i w:val="0"/>
          <w:color w:val="000000"/>
          <w:sz w:val="24"/>
        </w:rPr>
        <w:t xml:space="preserve"> — «женское начало». Причина этого заключается в том, как сказано в Идра Раба: «Учили: распространяется этот Тиферет от средоточия сердца, пробивает отверстие, переходит на другую сторону и устраивает парцуф Нуквы до пупа: от пупа начинает и в пупе завершает». Ведь света Малхут Рахели дал ей ее муж ЗА — первенец, получающий двойную долю: свою долю и ее долю. Затем он пробивает отверстие в своей груди (хазе), и оттуда через это отверстие ее света выходят назад от ЗА, ведь там она стоит, как сказано: </w:t>
      </w:r>
      <w:r>
        <w:rPr>
          <w:rFonts w:ascii="Georgia" w:hAnsi="Georgia"/>
          <w:b w:val="0"/>
          <w:i/>
          <w:color w:val="000000"/>
          <w:sz w:val="24"/>
        </w:rPr>
        <w:t>«Сзади и спереди Ты объял меня…»</w:t>
      </w:r>
      <w:r>
        <w:rPr>
          <w:rFonts w:ascii="Georgia" w:hAnsi="Georgia"/>
          <w:b w:val="0"/>
          <w:i w:val="0"/>
          <w:color w:val="000000"/>
          <w:sz w:val="24"/>
        </w:rPr>
        <w:t xml:space="preserve"> (Теилим 139:5). И тогда она вырастает там, и выстраивается весь ее парцуф. Известно же, что Малхут — это последняя буква хэй в Имени АВАЯ, и вследствие этого она называется </w:t>
      </w:r>
      <w:r>
        <w:rPr>
          <w:rFonts w:ascii="Georgia" w:hAnsi="Georgia"/>
          <w:b w:val="0"/>
          <w:i/>
          <w:color w:val="000000"/>
          <w:sz w:val="24"/>
        </w:rPr>
        <w:t>некева</w:t>
      </w:r>
      <w:r>
        <w:rPr>
          <w:rFonts w:ascii="Georgia" w:hAnsi="Georgia"/>
          <w:b w:val="0"/>
          <w:i w:val="0"/>
          <w:color w:val="000000"/>
          <w:sz w:val="24"/>
        </w:rPr>
        <w:t xml:space="preserve"> (</w:t>
      </w:r>
      <w:r>
        <w:rPr>
          <w:rFonts w:ascii="Georgia" w:hAnsi="Georgia" w:cs="Times New Roman"/>
          <w:b/>
          <w:i w:val="0"/>
          <w:color w:val="000000"/>
          <w:sz w:val="24"/>
          <w:rtl/>
          <w:szCs w:val="32"/>
        </w:rPr>
        <w:t>נְקֵבָה</w:t>
      </w:r>
      <w:r>
        <w:rPr>
          <w:rFonts w:ascii="Georgia" w:hAnsi="Georgia"/>
          <w:b w:val="0"/>
          <w:i w:val="0"/>
          <w:color w:val="000000"/>
          <w:sz w:val="24"/>
        </w:rPr>
        <w:t>), то есть «отверстие буквы хэй» (</w:t>
      </w:r>
      <w:r>
        <w:rPr>
          <w:rFonts w:ascii="Georgia" w:hAnsi="Georgia"/>
          <w:b w:val="0"/>
          <w:i/>
          <w:color w:val="000000"/>
          <w:sz w:val="24"/>
        </w:rPr>
        <w:t>некев хэй</w:t>
      </w:r>
      <w:r>
        <w:rPr>
          <w:rFonts w:ascii="Georgia" w:hAnsi="Georgia"/>
          <w:b w:val="0"/>
          <w:i w:val="0"/>
          <w:color w:val="000000"/>
          <w:sz w:val="24"/>
        </w:rPr>
        <w:t xml:space="preserve">, </w:t>
      </w:r>
      <w:r>
        <w:rPr>
          <w:rFonts w:ascii="Georgia" w:hAnsi="Georgia" w:cs="Times New Roman"/>
          <w:b/>
          <w:i w:val="0"/>
          <w:color w:val="000000"/>
          <w:sz w:val="24"/>
          <w:rtl/>
          <w:szCs w:val="32"/>
        </w:rPr>
        <w:t>נֶקֶב ה</w:t>
      </w:r>
      <w:r>
        <w:rPr>
          <w:rFonts w:ascii="Georgia" w:hAnsi="Georgia"/>
          <w:b w:val="0"/>
          <w:i w:val="0"/>
          <w:color w:val="000000"/>
          <w:sz w:val="24"/>
        </w:rPr>
        <w:t>), ведь благодаря упомянутому отверстию строится Малхут, являющаяся нижней буквой хэй, и благодаря ему становится женским началом (</w:t>
      </w:r>
      <w:r>
        <w:rPr>
          <w:rFonts w:ascii="Georgia" w:hAnsi="Georgia"/>
          <w:b w:val="0"/>
          <w:i/>
          <w:color w:val="000000"/>
          <w:sz w:val="24"/>
        </w:rPr>
        <w:t>некева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есть другая причина: периоды ее взросления — это четыре периода, намек на которые содержится в начальных буквах слова </w:t>
      </w:r>
      <w:r>
        <w:rPr>
          <w:rFonts w:ascii="Georgia" w:hAnsi="Georgia"/>
          <w:b w:val="0"/>
          <w:i/>
          <w:color w:val="000000"/>
          <w:sz w:val="24"/>
        </w:rPr>
        <w:t>некева</w:t>
      </w:r>
      <w:r>
        <w:rPr>
          <w:rFonts w:ascii="Georgia" w:hAnsi="Georgia"/>
          <w:b w:val="0"/>
          <w:i w:val="0"/>
          <w:color w:val="000000"/>
          <w:sz w:val="24"/>
        </w:rPr>
        <w:t xml:space="preserve"> (</w:t>
      </w:r>
      <w:r>
        <w:rPr>
          <w:rFonts w:ascii="Georgia" w:hAnsi="Georgia" w:cs="Times New Roman"/>
          <w:b/>
          <w:i w:val="0"/>
          <w:color w:val="000000"/>
          <w:sz w:val="24"/>
          <w:rtl/>
          <w:szCs w:val="32"/>
        </w:rPr>
        <w:t>נְקֵבָה</w:t>
      </w:r>
      <w:r>
        <w:rPr>
          <w:rFonts w:ascii="Georgia" w:hAnsi="Georgia"/>
          <w:b w:val="0"/>
          <w:i w:val="0"/>
          <w:color w:val="000000"/>
          <w:sz w:val="24"/>
        </w:rPr>
        <w:t xml:space="preserve">): </w:t>
      </w:r>
      <w:r>
        <w:rPr>
          <w:rFonts w:ascii="Georgia" w:hAnsi="Georgia"/>
          <w:b w:val="0"/>
          <w:i/>
          <w:color w:val="000000"/>
          <w:sz w:val="24"/>
        </w:rPr>
        <w:t>наара</w:t>
      </w:r>
      <w:r>
        <w:rPr>
          <w:rFonts w:ascii="Georgia" w:hAnsi="Georgia"/>
          <w:b w:val="0"/>
          <w:i w:val="0"/>
          <w:color w:val="000000"/>
          <w:sz w:val="24"/>
        </w:rPr>
        <w:t xml:space="preserve"> — «отроковица» (</w:t>
      </w:r>
      <w:r>
        <w:rPr>
          <w:rFonts w:ascii="Georgia" w:hAnsi="Georgia" w:cs="Times New Roman"/>
          <w:b/>
          <w:i w:val="0"/>
          <w:color w:val="000000"/>
          <w:sz w:val="24"/>
          <w:rtl/>
          <w:szCs w:val="32"/>
        </w:rPr>
        <w:t>נַעֲרָה</w:t>
      </w:r>
      <w:r>
        <w:rPr>
          <w:rFonts w:ascii="Georgia" w:hAnsi="Georgia"/>
          <w:b w:val="0"/>
          <w:i w:val="0"/>
          <w:color w:val="000000"/>
          <w:sz w:val="24"/>
        </w:rPr>
        <w:t xml:space="preserve">), </w:t>
      </w:r>
      <w:r>
        <w:rPr>
          <w:rFonts w:ascii="Georgia" w:hAnsi="Georgia"/>
          <w:b w:val="0"/>
          <w:i/>
          <w:color w:val="000000"/>
          <w:sz w:val="24"/>
        </w:rPr>
        <w:t>ктана</w:t>
      </w:r>
      <w:r>
        <w:rPr>
          <w:rFonts w:ascii="Georgia" w:hAnsi="Georgia"/>
          <w:b w:val="0"/>
          <w:i w:val="0"/>
          <w:color w:val="000000"/>
          <w:sz w:val="24"/>
        </w:rPr>
        <w:t xml:space="preserve"> — «малолетняя» (</w:t>
      </w:r>
      <w:r>
        <w:rPr>
          <w:rFonts w:ascii="Georgia" w:hAnsi="Georgia" w:cs="Times New Roman"/>
          <w:b/>
          <w:i w:val="0"/>
          <w:color w:val="000000"/>
          <w:sz w:val="24"/>
          <w:rtl/>
          <w:szCs w:val="32"/>
        </w:rPr>
        <w:t>קְטַנָּה</w:t>
      </w:r>
      <w:r>
        <w:rPr>
          <w:rFonts w:ascii="Georgia" w:hAnsi="Georgia"/>
          <w:b w:val="0"/>
          <w:i w:val="0"/>
          <w:color w:val="000000"/>
          <w:sz w:val="24"/>
        </w:rPr>
        <w:t xml:space="preserve">), </w:t>
      </w:r>
      <w:r>
        <w:rPr>
          <w:rFonts w:ascii="Georgia" w:hAnsi="Georgia"/>
          <w:b w:val="0"/>
          <w:i/>
          <w:color w:val="000000"/>
          <w:sz w:val="24"/>
        </w:rPr>
        <w:t>богерет</w:t>
      </w:r>
      <w:r>
        <w:rPr>
          <w:rFonts w:ascii="Georgia" w:hAnsi="Georgia"/>
          <w:b w:val="0"/>
          <w:i w:val="0"/>
          <w:color w:val="000000"/>
          <w:sz w:val="24"/>
        </w:rPr>
        <w:t xml:space="preserve"> — «достигшая совершеннолетия» (</w:t>
      </w:r>
      <w:r>
        <w:rPr>
          <w:rFonts w:ascii="Georgia" w:hAnsi="Georgia" w:cs="Times New Roman"/>
          <w:b/>
          <w:i w:val="0"/>
          <w:color w:val="000000"/>
          <w:sz w:val="24"/>
          <w:rtl/>
          <w:szCs w:val="32"/>
        </w:rPr>
        <w:t>בּוֹגֶרֶת</w:t>
      </w:r>
      <w:r>
        <w:rPr>
          <w:rFonts w:ascii="Georgia" w:hAnsi="Georgia"/>
          <w:b w:val="0"/>
          <w:i w:val="0"/>
          <w:color w:val="000000"/>
          <w:sz w:val="24"/>
        </w:rPr>
        <w:t>), нижняя буква хэй (</w:t>
      </w:r>
      <w:r>
        <w:rPr>
          <w:rFonts w:ascii="Georgia" w:hAnsi="Georgia" w:cs="Times New Roman"/>
          <w:b/>
          <w:i w:val="0"/>
          <w:color w:val="000000"/>
          <w:sz w:val="24"/>
          <w:rtl/>
          <w:szCs w:val="32"/>
        </w:rPr>
        <w:t>ה׳ תַּתָּאָה</w:t>
      </w:r>
      <w:r>
        <w:rPr>
          <w:rFonts w:ascii="Georgia" w:hAnsi="Georgia"/>
          <w:b w:val="0"/>
          <w:i w:val="0"/>
          <w:color w:val="000000"/>
          <w:sz w:val="24"/>
        </w:rPr>
        <w:t xml:space="preserve">). И хотя их порядок иной — а именно </w:t>
      </w:r>
      <w:r>
        <w:rPr>
          <w:rFonts w:ascii="Georgia" w:hAnsi="Georgia"/>
          <w:b w:val="0"/>
          <w:i/>
          <w:color w:val="000000"/>
          <w:sz w:val="24"/>
        </w:rPr>
        <w:t>ктана</w:t>
      </w:r>
      <w:r>
        <w:rPr>
          <w:rFonts w:ascii="Georgia" w:hAnsi="Georgia"/>
          <w:b w:val="0"/>
          <w:i w:val="0"/>
          <w:color w:val="000000"/>
          <w:sz w:val="24"/>
        </w:rPr>
        <w:t xml:space="preserve">, </w:t>
      </w:r>
      <w:r>
        <w:rPr>
          <w:rFonts w:ascii="Georgia" w:hAnsi="Georgia"/>
          <w:b w:val="0"/>
          <w:i/>
          <w:color w:val="000000"/>
          <w:sz w:val="24"/>
        </w:rPr>
        <w:t>наара</w:t>
      </w:r>
      <w:r>
        <w:rPr>
          <w:rFonts w:ascii="Georgia" w:hAnsi="Georgia"/>
          <w:b w:val="0"/>
          <w:i w:val="0"/>
          <w:color w:val="000000"/>
          <w:sz w:val="24"/>
        </w:rPr>
        <w:t xml:space="preserve">, нижняя буква хэй, </w:t>
      </w:r>
      <w:r>
        <w:rPr>
          <w:rFonts w:ascii="Georgia" w:hAnsi="Georgia"/>
          <w:b w:val="0"/>
          <w:i/>
          <w:color w:val="000000"/>
          <w:sz w:val="24"/>
        </w:rPr>
        <w:t>богерет</w:t>
      </w:r>
      <w:r>
        <w:rPr>
          <w:rFonts w:ascii="Georgia" w:hAnsi="Georgia"/>
          <w:b w:val="0"/>
          <w:i w:val="0"/>
          <w:color w:val="000000"/>
          <w:sz w:val="24"/>
        </w:rPr>
        <w:t xml:space="preserve"> (</w:t>
      </w:r>
      <w:r>
        <w:rPr>
          <w:rFonts w:ascii="Georgia" w:hAnsi="Georgia" w:cs="Times New Roman"/>
          <w:b/>
          <w:i w:val="0"/>
          <w:color w:val="000000"/>
          <w:sz w:val="24"/>
          <w:rtl/>
          <w:szCs w:val="32"/>
        </w:rPr>
        <w:t>קנה״ב</w:t>
      </w:r>
      <w:r>
        <w:rPr>
          <w:rFonts w:ascii="Georgia" w:hAnsi="Georgia"/>
          <w:b w:val="0"/>
          <w:i w:val="0"/>
          <w:color w:val="000000"/>
          <w:sz w:val="24"/>
        </w:rPr>
        <w:t xml:space="preserve">), как будет сказано с Б-жьей помощью, — тем не менее она называется </w:t>
      </w:r>
      <w:r>
        <w:rPr>
          <w:rFonts w:ascii="Georgia" w:hAnsi="Georgia"/>
          <w:b w:val="0"/>
          <w:i/>
          <w:color w:val="000000"/>
          <w:sz w:val="24"/>
        </w:rPr>
        <w:t>некева</w:t>
      </w:r>
      <w:r>
        <w:rPr>
          <w:rFonts w:ascii="Georgia" w:hAnsi="Georgia"/>
          <w:b w:val="0"/>
          <w:i w:val="0"/>
          <w:color w:val="000000"/>
          <w:sz w:val="24"/>
        </w:rPr>
        <w:t xml:space="preserve"> в таком порядке букв, чтобы указать также на первую причину: что она представляет собой «отверстие буквы хэй» (</w:t>
      </w:r>
      <w:r>
        <w:rPr>
          <w:rFonts w:ascii="Georgia" w:hAnsi="Georgia"/>
          <w:b w:val="0"/>
          <w:i/>
          <w:color w:val="000000"/>
          <w:sz w:val="24"/>
        </w:rPr>
        <w:t>некев хэй</w:t>
      </w:r>
      <w:r>
        <w:rPr>
          <w:rFonts w:ascii="Georgia" w:hAnsi="Georgia"/>
          <w:b w:val="0"/>
          <w:i w:val="0"/>
          <w:color w:val="000000"/>
          <w:sz w:val="24"/>
        </w:rPr>
        <w:t>). И хотя в каждом из этих четырех [периодов] есть множество частностей, общих правил всего четыре, как сказано выше. Частности же их подобны тому, как это было в ЗА. Ведь известно, что у ЗА было множество состояний: во время выхода мелахим, во время первого зачатия (ибура) исправления, во время вскармливания, в мохин аспекта обратной стороны, в мохин аспекта лица, в Исраэль Саба ве-Твуна, в Аба ве-Има, в бороде Арих Анпина и множество других подобных частностей. И неизбежно по подобию всех упомянутых состояний должны быть соответствующие им ступени и в Нукве. И сначала мы объясним все частности, имеющиеся в первом периоде, то есть в период малолетства; и его частности таковы, хотя в каждой из них есть еще более дробные подробности. Начнем же объяснять его суть. (Вот во время выхода мелахим три первые сфирот (ГАР), то есть АА и Аба ве-Има, вышли полными в десяти сфирот, однако они были лишь от имени БОН, представляющего собой нефеш, а также келим для каждого из них, но они еще не были выстроены как парцуф, поскольку новое имя МА еще не пришло. ЗА же [вышел] лишь как шесть концов (ВАК) де-БОН, сущность и келим, и без построения парцуфа. А Нуква выходит лишь как одна сфира, сущность и келим от имени БОН. Во время же исправления у Атика, АА и Аба ве-Има добавилось исправление в их имени БОН, так что оно стало полным парцуфом, а от имени МА — все десять сфирот. К ЗА добавились ГАР от имени БОН, сущность и келим, а от имени МА — все десять сфирот, сущность и келим. К Нукве же добавились девять сфирот от имени БОН, сущность и келим, а от имени МА — все десять сфирот, сущность и келим. И из этого ты поймешь, каким образом в каждом из пяти парцуфим есть свойства МА и БОН — как в мужских, так и в женских, и они представляют собой руах и нефеш этого парцуфа. Также ты найдешь, что во время изъяна у ЗА уходят ГАР де-БОН, называемые состоянием взрослости, а также все десять сфирот де-МА в нем; а у Нуквы уходят первые девять сфирот де-БОН и десять сфирот де-МА).</w:t>
      </w:r>
    </w:p>
    <w:p>
      <w:pPr>
        <w:spacing w:before="40" w:after="120"/>
        <w:jc w:val="both"/>
      </w:pPr>
      <w:r>
        <w:rPr>
          <w:rFonts w:ascii="Georgia" w:hAnsi="Georgia"/>
          <w:b w:val="0"/>
          <w:i w:val="0"/>
          <w:color w:val="000000"/>
          <w:sz w:val="24"/>
        </w:rPr>
        <w:t>И вот при выходе мелахим они вышли от свойства БОН из глаз Адам Кадмон (АК), и в нем было десять светов десяти сфирот де-БОН, составляющих совокупность всего мира Ацилут. И сначала возникло свойство келим, а затем вышли света, чтобы войти в келим. Однако эти десять келим были малы и назывались точками. Смысл этого в том, что ни одно из этих келим не было достаточно велико, чтобы все десять частей света этой точки могли распространиться внутри него в подобии образа человека, как это устроено сейчас, после исправления, — но лишь десятая его часть. Таким образом, каждое из этих келим было велико лишь в меру нынешнего кли Кетера этой точки, составляющего одну десятую из десяти частей кли. И эта десятая часть называется точкой, ведь точка — это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являющаяся десятой.</w:t>
      </w:r>
    </w:p>
    <w:p>
      <w:pPr>
        <w:spacing w:before="40" w:after="120"/>
        <w:jc w:val="both"/>
      </w:pPr>
      <w:r>
        <w:rPr>
          <w:rFonts w:ascii="Georgia" w:hAnsi="Georgia"/>
          <w:b w:val="0"/>
          <w:i w:val="0"/>
          <w:color w:val="000000"/>
          <w:sz w:val="24"/>
        </w:rPr>
        <w:t>Поэтому они называются десятью точками, и все они являются лишь Кетеровыми частями, как сказано выше. Корень же их состоит лишь из пяти точек, однако в каждой из трех первых (ГАР) есть десять светов, тогда как кли вмещает лишь меру одного света из них. Прочие же шесть точек представляют собой всего одну-единственную точку, соответствующую ЗА мира Ацилут. Причина же того, что она называется шестью точками, заключается в правиле: «Всякий добавляющий — убавляет» применительно к этой точке ЗА. Смысл в том, что в этой точке, которой надлежало бы содержать десять светов, как содержится в каждой из трех высших точек, как упомянуто выше, в ЗА это было не так: ведь вышли лишь шесть последних частей этой точки — от Даат и Хеседа и далее, тогда как света трех высших точек не вышли, оставшись в своем высшем корне. И получается, что в этой точке есть шесть частей точки в аспекте света, и точно так же сила ее кли составляет лишь шесть частей от одной-единственной части точки, являющейся его Кетером.</w:t>
      </w:r>
    </w:p>
    <w:p>
      <w:pPr>
        <w:spacing w:before="40" w:after="120"/>
        <w:jc w:val="both"/>
      </w:pPr>
      <w:r>
        <w:rPr>
          <w:rFonts w:ascii="Georgia" w:hAnsi="Georgia"/>
          <w:b w:val="0"/>
          <w:i w:val="0"/>
          <w:color w:val="000000"/>
          <w:sz w:val="24"/>
        </w:rPr>
        <w:t>Таким образом, эти шесть точек представляют собой лишь немного более половины одной точки. А пятая точка, являющаяся десятой среди всех десяти общих точек, как сказано выше… …это точка Малхут мира Ацилут, Нуква де-ЗА. И хотя мы называем ее точкой, она не подобна остальным трем первым точкам, каждая из которых содержала совокупность десяти светов, — ведь в ней есть лишь одна часть света той точки, и это свет ее Кетера. Точно так же и со стороны кли: в ней была лишь одна десятая часть от десяти частей кли Кетера, причитающегося ей после исправления. Общий итог таков: десятая точка из десяти точек мелахим, представляющих собой всего пять точек, как сказано выше, меньше всех остальных точек как по свету, так и по кли. По свету в ней есть лишь десятая доля света, а по кли — лишь десятая от десятой доли кли.</w:t>
      </w:r>
    </w:p>
    <w:p>
      <w:pPr>
        <w:spacing w:before="40" w:after="120"/>
        <w:jc w:val="both"/>
      </w:pPr>
      <w:r>
        <w:rPr>
          <w:rFonts w:ascii="Georgia" w:hAnsi="Georgia"/>
          <w:b w:val="0"/>
          <w:i w:val="0"/>
          <w:color w:val="000000"/>
          <w:sz w:val="24"/>
        </w:rPr>
        <w:t>Тогда как у трех высших точек свет полон во всех своих частях, а кли составляет лишь одну десятую. Четвертая же точка, включающая шесть точек, как упомянуто выше… …свет в ней — это лишь шесть полных нижних точек, а кли представляет собой шесть частей от десятой доли, причитающейся кли после исправления. Таким образом, ЗА представлял собой тогда шесть точек по числу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в Имени АВАЯ, и это [сфирот] от Даат до Есода, поскольку Нецах и Ход — это две половины тела (</w:t>
      </w:r>
      <w:r>
        <w:rPr>
          <w:rFonts w:ascii="Georgia" w:hAnsi="Georgia"/>
          <w:b w:val="0"/>
          <w:i/>
          <w:color w:val="000000"/>
          <w:sz w:val="24"/>
        </w:rPr>
        <w:t>трей палгей гуфа</w:t>
      </w:r>
      <w:r>
        <w:rPr>
          <w:rFonts w:ascii="Georgia" w:hAnsi="Georgia"/>
          <w:b w:val="0"/>
          <w:i w:val="0"/>
          <w:color w:val="000000"/>
          <w:sz w:val="24"/>
        </w:rPr>
        <w:t>), считающиеся за одно; и получается, что их шесть точек, как разъяснено у нас. Тогда точка женского начала находилась на конце Есод де-ЗА в тайне самого венца (атара) Есода, в качестве седьмой точки по отношению к нему — венца на голове праведника, которым является Есод. И мы уже объяснили выше, что эта точка являлась Кетером в ней, и потому называется венцом (</w:t>
      </w:r>
      <w:r>
        <w:rPr>
          <w:rFonts w:ascii="Georgia" w:hAnsi="Georgia"/>
          <w:b w:val="0"/>
          <w:i/>
          <w:color w:val="000000"/>
          <w:sz w:val="24"/>
        </w:rPr>
        <w:t>атара</w:t>
      </w:r>
      <w:r>
        <w:rPr>
          <w:rFonts w:ascii="Georgia" w:hAnsi="Georgia"/>
          <w:b w:val="0"/>
          <w:i w:val="0"/>
          <w:color w:val="000000"/>
          <w:sz w:val="24"/>
        </w:rPr>
        <w:t xml:space="preserve">), ведь кетер («корона») и атара («венец») — одно и то же понятие. Слово </w:t>
      </w:r>
      <w:r>
        <w:rPr>
          <w:rFonts w:ascii="Georgia" w:hAnsi="Georgia"/>
          <w:b w:val="0"/>
          <w:i/>
          <w:color w:val="000000"/>
          <w:sz w:val="24"/>
        </w:rPr>
        <w:t>атара</w:t>
      </w:r>
      <w:r>
        <w:rPr>
          <w:rFonts w:ascii="Georgia" w:hAnsi="Georgia"/>
          <w:b w:val="0"/>
          <w:i w:val="0"/>
          <w:color w:val="000000"/>
          <w:sz w:val="24"/>
        </w:rPr>
        <w:t xml:space="preserve"> — «венец» (</w:t>
      </w:r>
      <w:r>
        <w:rPr>
          <w:rFonts w:ascii="Georgia" w:hAnsi="Georgia" w:cs="Times New Roman"/>
          <w:b/>
          <w:i w:val="0"/>
          <w:color w:val="000000"/>
          <w:sz w:val="24"/>
          <w:rtl/>
          <w:szCs w:val="32"/>
        </w:rPr>
        <w:t>עֲטָרָה</w:t>
      </w:r>
      <w:r>
        <w:rPr>
          <w:rFonts w:ascii="Georgia" w:hAnsi="Georgia"/>
          <w:b w:val="0"/>
          <w:i w:val="0"/>
          <w:color w:val="000000"/>
          <w:sz w:val="24"/>
        </w:rPr>
        <w:t xml:space="preserve">) происходит от значения окружения, как в стихе: </w:t>
      </w:r>
      <w:r>
        <w:rPr>
          <w:rFonts w:ascii="Georgia" w:hAnsi="Georgia"/>
          <w:b w:val="0"/>
          <w:i/>
          <w:color w:val="000000"/>
          <w:sz w:val="24"/>
        </w:rPr>
        <w:t>«…окружали (</w:t>
      </w:r>
      <w:r>
        <w:rPr>
          <w:rFonts w:ascii="Georgia" w:hAnsi="Georgia"/>
          <w:b w:val="0"/>
          <w:i w:val="0"/>
          <w:color w:val="000000"/>
          <w:sz w:val="24"/>
        </w:rPr>
        <w:t>отрим</w:t>
      </w:r>
      <w:r>
        <w:rPr>
          <w:rFonts w:ascii="Georgia" w:hAnsi="Georgia"/>
          <w:b w:val="0"/>
          <w:i/>
          <w:color w:val="000000"/>
          <w:sz w:val="24"/>
        </w:rPr>
        <w:t xml:space="preserve">, </w:t>
      </w:r>
      <w:r>
        <w:rPr>
          <w:rFonts w:ascii="Georgia" w:hAnsi="Georgia" w:cs="Times New Roman"/>
          <w:b/>
          <w:i/>
          <w:color w:val="000000"/>
          <w:sz w:val="24"/>
          <w:rtl/>
          <w:szCs w:val="32"/>
        </w:rPr>
        <w:t>עוֹטְרִים</w:t>
      </w:r>
      <w:r>
        <w:rPr>
          <w:rFonts w:ascii="Georgia" w:hAnsi="Georgia"/>
          <w:b w:val="0"/>
          <w:i/>
          <w:color w:val="000000"/>
          <w:sz w:val="24"/>
        </w:rPr>
        <w:t>) Давида и людей его…»</w:t>
      </w:r>
      <w:r>
        <w:rPr>
          <w:rFonts w:ascii="Georgia" w:hAnsi="Georgia"/>
          <w:b w:val="0"/>
          <w:i w:val="0"/>
          <w:color w:val="000000"/>
          <w:sz w:val="24"/>
        </w:rPr>
        <w:t xml:space="preserve"> (Шмуэль I 23:26), а слово </w:t>
      </w:r>
      <w:r>
        <w:rPr>
          <w:rFonts w:ascii="Georgia" w:hAnsi="Georgia"/>
          <w:b w:val="0"/>
          <w:i/>
          <w:color w:val="000000"/>
          <w:sz w:val="24"/>
        </w:rPr>
        <w:t>кетер</w:t>
      </w:r>
      <w:r>
        <w:rPr>
          <w:rFonts w:ascii="Georgia" w:hAnsi="Georgia"/>
          <w:b w:val="0"/>
          <w:i w:val="0"/>
          <w:color w:val="000000"/>
          <w:sz w:val="24"/>
        </w:rPr>
        <w:t xml:space="preserve"> — «корона» (</w:t>
      </w:r>
      <w:r>
        <w:rPr>
          <w:rFonts w:ascii="Georgia" w:hAnsi="Georgia" w:cs="Times New Roman"/>
          <w:b/>
          <w:i w:val="0"/>
          <w:color w:val="000000"/>
          <w:sz w:val="24"/>
          <w:rtl/>
          <w:szCs w:val="32"/>
        </w:rPr>
        <w:t>כֶּתֶר</w:t>
      </w:r>
      <w:r>
        <w:rPr>
          <w:rFonts w:ascii="Georgia" w:hAnsi="Georgia"/>
          <w:b w:val="0"/>
          <w:i w:val="0"/>
          <w:color w:val="000000"/>
          <w:sz w:val="24"/>
        </w:rPr>
        <w:t xml:space="preserve">) — от значения окружения, как в стихе: </w:t>
      </w:r>
      <w:r>
        <w:rPr>
          <w:rFonts w:ascii="Georgia" w:hAnsi="Georgia"/>
          <w:b w:val="0"/>
          <w:i/>
          <w:color w:val="000000"/>
          <w:sz w:val="24"/>
        </w:rPr>
        <w:t>«…нечестивый окружает (</w:t>
      </w:r>
      <w:r>
        <w:rPr>
          <w:rFonts w:ascii="Georgia" w:hAnsi="Georgia"/>
          <w:b w:val="0"/>
          <w:i w:val="0"/>
          <w:color w:val="000000"/>
          <w:sz w:val="24"/>
        </w:rPr>
        <w:t>махтир</w:t>
      </w:r>
      <w:r>
        <w:rPr>
          <w:rFonts w:ascii="Georgia" w:hAnsi="Georgia"/>
          <w:b w:val="0"/>
          <w:i/>
          <w:color w:val="000000"/>
          <w:sz w:val="24"/>
        </w:rPr>
        <w:t xml:space="preserve">, </w:t>
      </w:r>
      <w:r>
        <w:rPr>
          <w:rFonts w:ascii="Georgia" w:hAnsi="Georgia" w:cs="Times New Roman"/>
          <w:b/>
          <w:i/>
          <w:color w:val="000000"/>
          <w:sz w:val="24"/>
          <w:rtl/>
          <w:szCs w:val="32"/>
        </w:rPr>
        <w:t>מַכְתִּיר</w:t>
      </w:r>
      <w:r>
        <w:rPr>
          <w:rFonts w:ascii="Georgia" w:hAnsi="Georgia"/>
          <w:b w:val="0"/>
          <w:i/>
          <w:color w:val="000000"/>
          <w:sz w:val="24"/>
        </w:rPr>
        <w:t>) праведника…»</w:t>
      </w:r>
      <w:r>
        <w:rPr>
          <w:rFonts w:ascii="Georgia" w:hAnsi="Georgia"/>
          <w:b w:val="0"/>
          <w:i w:val="0"/>
          <w:color w:val="000000"/>
          <w:sz w:val="24"/>
        </w:rPr>
        <w:t xml:space="preserve"> (Хавакук 1:4), и от слова </w:t>
      </w:r>
      <w:r>
        <w:rPr>
          <w:rFonts w:ascii="Georgia" w:hAnsi="Georgia"/>
          <w:b w:val="0"/>
          <w:i/>
          <w:color w:val="000000"/>
          <w:sz w:val="24"/>
        </w:rPr>
        <w:t>котерет</w:t>
      </w:r>
      <w:r>
        <w:rPr>
          <w:rFonts w:ascii="Georgia" w:hAnsi="Georgia"/>
          <w:b w:val="0"/>
          <w:i w:val="0"/>
          <w:color w:val="000000"/>
          <w:sz w:val="24"/>
        </w:rPr>
        <w:t xml:space="preserve"> — «капитель» (</w:t>
      </w:r>
      <w:r>
        <w:rPr>
          <w:rFonts w:ascii="Georgia" w:hAnsi="Georgia" w:cs="Times New Roman"/>
          <w:b/>
          <w:i w:val="0"/>
          <w:color w:val="000000"/>
          <w:sz w:val="24"/>
          <w:rtl/>
          <w:szCs w:val="32"/>
        </w:rPr>
        <w:t>כּוֹתֶרֶת</w:t>
      </w:r>
      <w:r>
        <w:rPr>
          <w:rFonts w:ascii="Georgia" w:hAnsi="Georgia"/>
          <w:b w:val="0"/>
          <w:i w:val="0"/>
          <w:color w:val="000000"/>
          <w:sz w:val="24"/>
        </w:rPr>
        <w:t xml:space="preserve">), ведь Кетер венчает и окружает четыре мохин в тайне Гальгальты. И точно так же венец окружает головку Есода в тайне сказанного: </w:t>
      </w:r>
      <w:r>
        <w:rPr>
          <w:rFonts w:ascii="Georgia" w:hAnsi="Georgia"/>
          <w:b w:val="0"/>
          <w:i/>
          <w:color w:val="000000"/>
          <w:sz w:val="24"/>
        </w:rPr>
        <w:t>«…и венцы их на головах их»</w:t>
      </w:r>
      <w:r>
        <w:rPr>
          <w:rFonts w:ascii="Georgia" w:hAnsi="Georgia"/>
          <w:b w:val="0"/>
          <w:i w:val="0"/>
          <w:color w:val="000000"/>
          <w:sz w:val="24"/>
        </w:rPr>
        <w:t xml:space="preserve"> (Брахот 17а) у праведников.</w:t>
      </w:r>
    </w:p>
    <w:p>
      <w:pPr>
        <w:spacing w:before="40" w:after="120"/>
        <w:jc w:val="both"/>
      </w:pPr>
      <w:r>
        <w:rPr>
          <w:rFonts w:ascii="Georgia" w:hAnsi="Georgia"/>
          <w:b w:val="0"/>
          <w:i w:val="0"/>
          <w:color w:val="000000"/>
          <w:sz w:val="24"/>
        </w:rPr>
        <w:t xml:space="preserve">Таким образом, венец Есода — это буквально сама точка Нуквы в аспекте ее Кетера, как сказано выше. Размер же венца составляет одну часть из трех третей меры Есода. Мера же Есода равна четверти меры Тиферет, представляющего собой тело, как будет сказано с Б-жьей помощью об этом стихе, ведь его мера не такова, как мера остальных концов, как это видно явно нашему взору. И об этом сказано: </w:t>
      </w:r>
      <w:r>
        <w:rPr>
          <w:rFonts w:ascii="Georgia" w:hAnsi="Georgia"/>
          <w:b w:val="0"/>
          <w:i/>
          <w:color w:val="000000"/>
          <w:sz w:val="24"/>
        </w:rPr>
        <w:t>«…и сочтет ли четверть Исраэля?»</w:t>
      </w:r>
      <w:r>
        <w:rPr>
          <w:rFonts w:ascii="Georgia" w:hAnsi="Georgia"/>
          <w:b w:val="0"/>
          <w:i w:val="0"/>
          <w:color w:val="000000"/>
          <w:sz w:val="24"/>
        </w:rPr>
        <w:t xml:space="preserve"> (Бемидбар 23:10), как будет разъяснено ниже с Б-жьей помощью. Если так, получается, что раз венец составляет треть Есода, а Есод — четверть Тиферет, то его мера приблизительно равна одной из десяти частей каждого кли каждой сфиры, и потому она называется исключительно точкой, как сказано выше. И в этом смысл стиха: </w:t>
      </w:r>
      <w:r>
        <w:rPr>
          <w:rFonts w:ascii="Georgia" w:hAnsi="Georgia"/>
          <w:b w:val="0"/>
          <w:i/>
          <w:color w:val="000000"/>
          <w:sz w:val="24"/>
        </w:rPr>
        <w:t>«…и вместил в треть прах земли…»</w:t>
      </w:r>
      <w:r>
        <w:rPr>
          <w:rFonts w:ascii="Georgia" w:hAnsi="Georgia"/>
          <w:b w:val="0"/>
          <w:i w:val="0"/>
          <w:color w:val="000000"/>
          <w:sz w:val="24"/>
        </w:rPr>
        <w:t xml:space="preserve"> (Йешаяу 40:12) — кли Малхут, называемое «прахом земли», Источник отмерил в меру венца, составляющего треть Есода. И этот стих сказан как о первом состоянии Малхут, называемой «землей», во времена мелахим, правивших в земле Эдом, когда она сама являлась венцом, как сказано выше… …так и о времени исправления, когда Малхут отделилась в самостоятельный парцуф, как будет сказано; тогда венец остался прилеплен там, к Есоду, и о нем сказано: </w:t>
      </w:r>
      <w:r>
        <w:rPr>
          <w:rFonts w:ascii="Georgia" w:hAnsi="Georgia"/>
          <w:b w:val="0"/>
          <w:i/>
          <w:color w:val="000000"/>
          <w:sz w:val="24"/>
        </w:rPr>
        <w:t>«…и вместил в треть прах земли…»</w:t>
      </w:r>
      <w:r>
        <w:rPr>
          <w:rFonts w:ascii="Georgia" w:hAnsi="Georgia"/>
          <w:b w:val="0"/>
          <w:i w:val="0"/>
          <w:color w:val="000000"/>
          <w:sz w:val="24"/>
        </w:rPr>
        <w:t xml:space="preserve"> (Йешаяу 40:12).</w:t>
      </w:r>
    </w:p>
    <w:p>
      <w:pPr>
        <w:spacing w:before="40" w:after="120"/>
        <w:jc w:val="both"/>
      </w:pPr>
      <w:r>
        <w:rPr>
          <w:rFonts w:ascii="Georgia" w:hAnsi="Georgia"/>
          <w:b w:val="0"/>
          <w:i w:val="0"/>
          <w:color w:val="000000"/>
          <w:sz w:val="24"/>
        </w:rPr>
        <w:t>Причина же того, что изначально Малхут вышла под Есодом в качестве венца, а не в ином месте, а также почему она была прилеплена там, заключается в следующем: известно, что всегда, даже до исправления, НЕХИ де-Има входили внутрь тела ЗА, подобно другим временам. И вот Нецах и Ход закрыты, тогда как Есод открыт внутри ЗА и находится на средней линии; и света выходят тогда через Есод и выстраивают там Малхут. Поэтому у нее есть там корень в тайне венца. И помни эту причину для всех времен и для всех ступеней Малхут: ее соединение и начало ее выхода происходят исключительно на средней линии — напротив Есода, или напротив Тиферет, или напротив Даат и тому подобного, как будет сказано с Б-жьей помощью. Причина этого в том, что все ее построение происходит из Есод де-Има, внутри которого находятся гвурот, а Есод де-Има находится внутри средней линии ЗА, и потому ее место всегда там.</w:t>
      </w:r>
    </w:p>
    <w:p>
      <w:pPr>
        <w:spacing w:before="40" w:after="120"/>
        <w:jc w:val="both"/>
      </w:pPr>
      <w:r>
        <w:rPr>
          <w:rFonts w:ascii="Georgia" w:hAnsi="Georgia"/>
          <w:b w:val="0"/>
          <w:i w:val="0"/>
          <w:color w:val="000000"/>
          <w:sz w:val="24"/>
        </w:rPr>
        <w:t>Однако поскольку и шесть точек вышли не связанными друг с другом, но отделенными одна от другой по закону общественного владения (</w:t>
      </w:r>
      <w:r>
        <w:rPr>
          <w:rFonts w:ascii="Georgia" w:hAnsi="Georgia"/>
          <w:b w:val="0"/>
          <w:i/>
          <w:color w:val="000000"/>
          <w:sz w:val="24"/>
        </w:rPr>
        <w:t>ршут а-рабим</w:t>
      </w:r>
      <w:r>
        <w:rPr>
          <w:rFonts w:ascii="Georgia" w:hAnsi="Georgia"/>
          <w:b w:val="0"/>
          <w:i w:val="0"/>
          <w:color w:val="000000"/>
          <w:sz w:val="24"/>
        </w:rPr>
        <w:t>), а не частного владения (</w:t>
      </w:r>
      <w:r>
        <w:rPr>
          <w:rFonts w:ascii="Georgia" w:hAnsi="Georgia"/>
          <w:b w:val="0"/>
          <w:i/>
          <w:color w:val="000000"/>
          <w:sz w:val="24"/>
        </w:rPr>
        <w:t>ршут а-яхид</w:t>
      </w:r>
      <w:r>
        <w:rPr>
          <w:rFonts w:ascii="Georgia" w:hAnsi="Georgia"/>
          <w:b w:val="0"/>
          <w:i w:val="0"/>
          <w:color w:val="000000"/>
          <w:sz w:val="24"/>
        </w:rPr>
        <w:t>), как разъяснено в своем месте, — постольку и Нуква находилась ниже Есода в качестве венца. И поэтому, пока женское начало пребывало в качестве венца, у мужского начала еще не было женского сопутствия.</w:t>
      </w:r>
    </w:p>
    <w:p>
      <w:pPr>
        <w:keepNext/>
        <w:spacing w:before="240" w:after="80"/>
      </w:pPr>
      <w:r>
        <w:rPr>
          <w:rFonts w:ascii="Georgia" w:hAnsi="Georgia"/>
          <w:b w:val="0"/>
          <w:i w:val="0"/>
          <w:color w:val="000000"/>
          <w:sz w:val="27"/>
        </w:rPr>
        <w:t>Пункт 14</w:t>
      </w:r>
    </w:p>
    <w:p>
      <w:pPr>
        <w:spacing w:before="40" w:after="120"/>
        <w:jc w:val="both"/>
      </w:pPr>
      <w:r>
        <w:rPr>
          <w:rFonts w:ascii="Georgia" w:hAnsi="Georgia"/>
          <w:b w:val="0"/>
          <w:i w:val="0"/>
          <w:color w:val="000000"/>
          <w:sz w:val="24"/>
        </w:rPr>
        <w:t>В Имени АДОНАЙ наполнение наполнения насчитывает 34 буквы (</w:t>
      </w:r>
      <w:r>
        <w:rPr>
          <w:rFonts w:ascii="Georgia" w:hAnsi="Georgia" w:cs="Times New Roman"/>
          <w:b/>
          <w:i w:val="0"/>
          <w:color w:val="000000"/>
          <w:sz w:val="24"/>
          <w:rtl/>
          <w:szCs w:val="32"/>
        </w:rPr>
        <w:t>ד״ל</w:t>
      </w:r>
      <w:r>
        <w:rPr>
          <w:rFonts w:ascii="Georgia" w:hAnsi="Georgia"/>
          <w:b w:val="0"/>
          <w:i w:val="0"/>
          <w:color w:val="000000"/>
          <w:sz w:val="24"/>
        </w:rPr>
        <w:t xml:space="preserve"> = 34). Если же наполнить букву тав через йод, получится 35 букв (</w:t>
      </w:r>
      <w:r>
        <w:rPr>
          <w:rFonts w:ascii="Georgia" w:hAnsi="Georgia" w:cs="Times New Roman"/>
          <w:b/>
          <w:i w:val="0"/>
          <w:color w:val="000000"/>
          <w:sz w:val="24"/>
          <w:rtl/>
          <w:szCs w:val="32"/>
        </w:rPr>
        <w:t>ל״ה</w:t>
      </w:r>
      <w:r>
        <w:rPr>
          <w:rFonts w:ascii="Georgia" w:hAnsi="Georgia"/>
          <w:b w:val="0"/>
          <w:i w:val="0"/>
          <w:color w:val="000000"/>
          <w:sz w:val="24"/>
        </w:rPr>
        <w:t xml:space="preserve"> = 35). Эта дополнительная буква йод (</w:t>
      </w:r>
      <w:r>
        <w:rPr>
          <w:rFonts w:ascii="Georgia" w:hAnsi="Georgia" w:cs="Times New Roman"/>
          <w:b/>
          <w:i w:val="0"/>
          <w:color w:val="000000"/>
          <w:sz w:val="24"/>
          <w:rtl/>
          <w:szCs w:val="32"/>
        </w:rPr>
        <w:t>י</w:t>
      </w:r>
      <w:r>
        <w:rPr>
          <w:rFonts w:ascii="Georgia" w:hAnsi="Georgia"/>
          <w:b w:val="0"/>
          <w:i w:val="0"/>
          <w:color w:val="000000"/>
          <w:sz w:val="24"/>
        </w:rPr>
        <w:t>) несравненно выше остальных букв: она представляет собой тайну высшего света разума (высших мохин), пребывающего в Малхут исключительно по Шаббатам, праздникам и в новомесячия. В будни же ей недостает буквы йод, служащей этим светом разума, поэтому ее числовое значение — 34 (</w:t>
      </w:r>
      <w:r>
        <w:rPr>
          <w:rFonts w:ascii="Georgia" w:hAnsi="Georgia" w:cs="Times New Roman"/>
          <w:b/>
          <w:i w:val="0"/>
          <w:color w:val="000000"/>
          <w:sz w:val="24"/>
          <w:rtl/>
          <w:szCs w:val="32"/>
        </w:rPr>
        <w:t>דַּל</w:t>
      </w:r>
      <w:r>
        <w:rPr>
          <w:rFonts w:ascii="Georgia" w:hAnsi="Georgia"/>
          <w:b w:val="0"/>
          <w:i w:val="0"/>
          <w:color w:val="000000"/>
          <w:sz w:val="24"/>
        </w:rPr>
        <w:t>), ведь тогда она бедна и нища. Однако благодаря букве йод получается 35 букв, что соответствует гематрии наполнения букв йод и хэй (</w:t>
      </w:r>
      <w:r>
        <w:rPr>
          <w:rFonts w:ascii="Georgia" w:hAnsi="Georgia" w:cs="Times New Roman"/>
          <w:b/>
          <w:i w:val="0"/>
          <w:color w:val="000000"/>
          <w:sz w:val="24"/>
          <w:rtl/>
          <w:szCs w:val="32"/>
        </w:rPr>
        <w:t>יו״ד ה״י</w:t>
      </w:r>
      <w:r>
        <w:rPr>
          <w:rFonts w:ascii="Georgia" w:hAnsi="Georgia"/>
          <w:b w:val="0"/>
          <w:i w:val="0"/>
          <w:color w:val="000000"/>
          <w:sz w:val="24"/>
        </w:rPr>
        <w:t xml:space="preserve"> = 20 + 15 = 35) — двум ее мохин. Как известно, </w:t>
      </w:r>
      <w:r>
        <w:rPr>
          <w:rFonts w:ascii="Georgia" w:hAnsi="Georgia"/>
          <w:b w:val="0"/>
          <w:i/>
          <w:color w:val="000000"/>
          <w:sz w:val="24"/>
        </w:rPr>
        <w:t>«женский разум легковесен»</w:t>
      </w:r>
      <w:r>
        <w:rPr>
          <w:rFonts w:ascii="Georgia" w:hAnsi="Georgia"/>
          <w:b w:val="0"/>
          <w:i w:val="0"/>
          <w:color w:val="000000"/>
          <w:sz w:val="24"/>
        </w:rPr>
        <w:t xml:space="preserve"> (Шаббат 33б), и в ней есть лишь два мохин.</w:t>
      </w:r>
    </w:p>
    <w:p>
      <w:pPr>
        <w:keepNext/>
        <w:spacing w:before="240" w:after="80"/>
      </w:pPr>
      <w:r>
        <w:rPr>
          <w:rFonts w:ascii="Georgia" w:hAnsi="Georgia"/>
          <w:b w:val="0"/>
          <w:i w:val="0"/>
          <w:color w:val="000000"/>
          <w:sz w:val="27"/>
        </w:rPr>
        <w:t>Пункт 15</w:t>
      </w:r>
    </w:p>
    <w:p>
      <w:pPr>
        <w:spacing w:before="40" w:after="120"/>
        <w:jc w:val="both"/>
      </w:pPr>
      <w:r>
        <w:rPr>
          <w:rFonts w:ascii="Georgia" w:hAnsi="Georgia"/>
          <w:b w:val="0"/>
          <w:i w:val="0"/>
          <w:color w:val="000000"/>
          <w:sz w:val="24"/>
        </w:rPr>
        <w:t>Знай, что Малхут включает в себя абсолютно все Имена следующим образом. Четыре Имени АВАЯ — АБ, САГ, МА и БОН — в сумме составляют 232 (</w:t>
      </w:r>
      <w:r>
        <w:rPr>
          <w:rFonts w:ascii="Georgia" w:hAnsi="Georgia" w:cs="Times New Roman"/>
          <w:b/>
          <w:i w:val="0"/>
          <w:color w:val="000000"/>
          <w:sz w:val="24"/>
          <w:rtl/>
          <w:szCs w:val="32"/>
        </w:rPr>
        <w:t>רל״ב</w:t>
      </w:r>
      <w:r>
        <w:rPr>
          <w:rFonts w:ascii="Georgia" w:hAnsi="Georgia"/>
          <w:b w:val="0"/>
          <w:i w:val="0"/>
          <w:color w:val="000000"/>
          <w:sz w:val="24"/>
        </w:rPr>
        <w:t xml:space="preserve"> = 232). Три наполнения Имени ЭЙЕ — 161 (</w:t>
      </w:r>
      <w:r>
        <w:rPr>
          <w:rFonts w:ascii="Georgia" w:hAnsi="Georgia" w:cs="Times New Roman"/>
          <w:b/>
          <w:i w:val="0"/>
          <w:color w:val="000000"/>
          <w:sz w:val="24"/>
          <w:rtl/>
          <w:szCs w:val="32"/>
        </w:rPr>
        <w:t>קס״א</w:t>
      </w:r>
      <w:r>
        <w:rPr>
          <w:rFonts w:ascii="Georgia" w:hAnsi="Georgia"/>
          <w:b w:val="0"/>
          <w:i w:val="0"/>
          <w:color w:val="000000"/>
          <w:sz w:val="24"/>
        </w:rPr>
        <w:t>), 151 (</w:t>
      </w:r>
      <w:r>
        <w:rPr>
          <w:rFonts w:ascii="Georgia" w:hAnsi="Georgia" w:cs="Times New Roman"/>
          <w:b/>
          <w:i w:val="0"/>
          <w:color w:val="000000"/>
          <w:sz w:val="24"/>
          <w:rtl/>
          <w:szCs w:val="32"/>
        </w:rPr>
        <w:t>קנ״א</w:t>
      </w:r>
      <w:r>
        <w:rPr>
          <w:rFonts w:ascii="Georgia" w:hAnsi="Georgia"/>
          <w:b w:val="0"/>
          <w:i w:val="0"/>
          <w:color w:val="000000"/>
          <w:sz w:val="24"/>
        </w:rPr>
        <w:t>) и 143 (</w:t>
      </w:r>
      <w:r>
        <w:rPr>
          <w:rFonts w:ascii="Georgia" w:hAnsi="Georgia" w:cs="Times New Roman"/>
          <w:b/>
          <w:i w:val="0"/>
          <w:color w:val="000000"/>
          <w:sz w:val="24"/>
          <w:rtl/>
          <w:szCs w:val="32"/>
        </w:rPr>
        <w:t>קמ״ג</w:t>
      </w:r>
      <w:r>
        <w:rPr>
          <w:rFonts w:ascii="Georgia" w:hAnsi="Georgia"/>
          <w:b w:val="0"/>
          <w:i w:val="0"/>
          <w:color w:val="000000"/>
          <w:sz w:val="24"/>
        </w:rPr>
        <w:t>) — составляют в сумме 455 (</w:t>
      </w:r>
      <w:r>
        <w:rPr>
          <w:rFonts w:ascii="Georgia" w:hAnsi="Georgia" w:cs="Times New Roman"/>
          <w:b/>
          <w:i w:val="0"/>
          <w:color w:val="000000"/>
          <w:sz w:val="24"/>
          <w:rtl/>
          <w:szCs w:val="32"/>
        </w:rPr>
        <w:t>תנ״ה</w:t>
      </w:r>
      <w:r>
        <w:rPr>
          <w:rFonts w:ascii="Georgia" w:hAnsi="Georgia"/>
          <w:b w:val="0"/>
          <w:i w:val="0"/>
          <w:color w:val="000000"/>
          <w:sz w:val="24"/>
        </w:rPr>
        <w:t xml:space="preserve"> = 455). Числа 455 и 232 дают вместе 687 (</w:t>
      </w:r>
      <w:r>
        <w:rPr>
          <w:rFonts w:ascii="Georgia" w:hAnsi="Georgia" w:cs="Times New Roman"/>
          <w:b/>
          <w:i w:val="0"/>
          <w:color w:val="000000"/>
          <w:sz w:val="24"/>
          <w:rtl/>
          <w:szCs w:val="32"/>
        </w:rPr>
        <w:t>תרפ״ז</w:t>
      </w:r>
      <w:r>
        <w:rPr>
          <w:rFonts w:ascii="Georgia" w:hAnsi="Georgia"/>
          <w:b w:val="0"/>
          <w:i w:val="0"/>
          <w:color w:val="000000"/>
          <w:sz w:val="24"/>
        </w:rPr>
        <w:t xml:space="preserve"> = 687). При этом Имя АДОНАЙ в своем наполнении составляет 671 (</w:t>
      </w:r>
      <w:r>
        <w:rPr>
          <w:rFonts w:ascii="Georgia" w:hAnsi="Georgia" w:cs="Times New Roman"/>
          <w:b/>
          <w:i w:val="0"/>
          <w:color w:val="000000"/>
          <w:sz w:val="24"/>
          <w:rtl/>
          <w:szCs w:val="32"/>
        </w:rPr>
        <w:t>תרע״א</w:t>
      </w:r>
      <w:r>
        <w:rPr>
          <w:rFonts w:ascii="Georgia" w:hAnsi="Georgia"/>
          <w:b w:val="0"/>
          <w:i w:val="0"/>
          <w:color w:val="000000"/>
          <w:sz w:val="24"/>
        </w:rPr>
        <w:t xml:space="preserve"> = 671), а 12 букв наполнения и 4 буквы самого Имени АДОНАЙ вместе дают 16 букв (</w:t>
      </w:r>
      <w:r>
        <w:rPr>
          <w:rFonts w:ascii="Georgia" w:hAnsi="Georgia" w:cs="Times New Roman"/>
          <w:b/>
          <w:i w:val="0"/>
          <w:color w:val="000000"/>
          <w:sz w:val="24"/>
          <w:rtl/>
          <w:szCs w:val="32"/>
        </w:rPr>
        <w:t>י״ו</w:t>
      </w:r>
      <w:r>
        <w:rPr>
          <w:rFonts w:ascii="Georgia" w:hAnsi="Georgia"/>
          <w:b w:val="0"/>
          <w:i w:val="0"/>
          <w:color w:val="000000"/>
          <w:sz w:val="24"/>
        </w:rPr>
        <w:t xml:space="preserve"> = 16); 12 букв наполнения и 4 буквы АДОНАЙ — всего их 16, и вместе с 671 это составляет 687 (</w:t>
      </w:r>
      <w:r>
        <w:rPr>
          <w:rFonts w:ascii="Georgia" w:hAnsi="Georgia" w:cs="Times New Roman"/>
          <w:b/>
          <w:i w:val="0"/>
          <w:color w:val="000000"/>
          <w:sz w:val="24"/>
          <w:rtl/>
          <w:szCs w:val="32"/>
        </w:rPr>
        <w:t>תרפ״ז</w:t>
      </w:r>
      <w:r>
        <w:rPr>
          <w:rFonts w:ascii="Georgia" w:hAnsi="Georgia"/>
          <w:b w:val="0"/>
          <w:i w:val="0"/>
          <w:color w:val="000000"/>
          <w:sz w:val="24"/>
        </w:rPr>
        <w:t>), в точности равняясь сумме всех упомянутых Имен.</w:t>
      </w:r>
    </w:p>
    <w:p>
      <w:pPr>
        <w:keepNext/>
        <w:spacing w:before="240" w:after="80"/>
      </w:pPr>
      <w:r>
        <w:rPr>
          <w:rFonts w:ascii="Georgia" w:hAnsi="Georgia"/>
          <w:b w:val="0"/>
          <w:i w:val="0"/>
          <w:color w:val="000000"/>
          <w:sz w:val="27"/>
        </w:rPr>
        <w:t>Пункт 16</w:t>
      </w:r>
    </w:p>
    <w:p>
      <w:pPr>
        <w:spacing w:before="40" w:after="120"/>
        <w:jc w:val="both"/>
      </w:pPr>
      <w:r>
        <w:rPr>
          <w:rFonts w:ascii="Georgia" w:hAnsi="Georgia"/>
          <w:b w:val="0"/>
          <w:i w:val="0"/>
          <w:color w:val="000000"/>
          <w:sz w:val="24"/>
        </w:rPr>
        <w:t>В Даат де-Малхут сначала было лишь два кли: среднее и внешнее, и окружающий свет также имел другой вид. Затем, при первом соитии (биа), ЗА вложил в нее духовный свет (</w:t>
      </w:r>
      <w:r>
        <w:rPr>
          <w:rFonts w:ascii="Georgia" w:hAnsi="Georgia"/>
          <w:b w:val="0"/>
          <w:i/>
          <w:color w:val="000000"/>
          <w:sz w:val="24"/>
        </w:rPr>
        <w:t>руха</w:t>
      </w:r>
      <w:r>
        <w:rPr>
          <w:rFonts w:ascii="Georgia" w:hAnsi="Georgia"/>
          <w:b w:val="0"/>
          <w:i w:val="0"/>
          <w:color w:val="000000"/>
          <w:sz w:val="24"/>
        </w:rPr>
        <w:t>), чтобы сделать ее [завершенным] сосудом-кли. Тогда в нее добавился внутренний Даат — Имя БОН, что составляет тайну Биньямина (</w:t>
      </w:r>
      <w:r>
        <w:rPr>
          <w:rFonts w:ascii="Georgia" w:hAnsi="Georgia" w:cs="Times New Roman"/>
          <w:b/>
          <w:i w:val="0"/>
          <w:color w:val="000000"/>
          <w:sz w:val="24"/>
          <w:rtl/>
          <w:szCs w:val="32"/>
        </w:rPr>
        <w:t>בִּנְיָמִין</w:t>
      </w:r>
      <w:r>
        <w:rPr>
          <w:rFonts w:ascii="Georgia" w:hAnsi="Georgia"/>
          <w:b w:val="0"/>
          <w:i w:val="0"/>
          <w:color w:val="000000"/>
          <w:sz w:val="24"/>
        </w:rPr>
        <w:t>). Вслед за этим ее Даат возвращается к мужскому свойству, и в ней обновляется окружающий свет мужского начала.</w:t>
      </w:r>
    </w:p>
    <w:p>
      <w:pPr>
        <w:keepNext/>
        <w:spacing w:before="240" w:after="80"/>
      </w:pPr>
      <w:r>
        <w:rPr>
          <w:rFonts w:ascii="Georgia" w:hAnsi="Georgia"/>
          <w:b w:val="0"/>
          <w:i w:val="0"/>
          <w:color w:val="000000"/>
          <w:sz w:val="27"/>
        </w:rPr>
        <w:t>Пункт 17</w:t>
      </w:r>
    </w:p>
    <w:p>
      <w:pPr>
        <w:spacing w:before="40" w:after="120"/>
        <w:jc w:val="both"/>
      </w:pPr>
      <w:r>
        <w:rPr>
          <w:rFonts w:ascii="Georgia" w:hAnsi="Georgia"/>
          <w:b w:val="0"/>
          <w:i w:val="0"/>
          <w:color w:val="000000"/>
          <w:sz w:val="24"/>
        </w:rPr>
        <w:t>Вторая редакция. Имя БОН — это Нуква де-ЗА. Причина того, почему в наполнении АБ, САГ и МА насчитывается 10 букв, а в БОН — только 9 букв, заключается в том, что ей недостает свойства Есод. Ведь тебе уже известно, что высота строения женского начала берет начало от НЕХИ мужского парцуфа. Нецах и Ход в нем длинные, а Есод короткий; поэтому Нецах и Ход, будучи длинными, достигли окончания ее роста. Однако Есод мужского парцуфа, будучи коротким, не достиг ее Есода, и она осталась лишенной его. По этой причине Малхут и зовется женским началом (</w:t>
      </w:r>
      <w:r>
        <w:rPr>
          <w:rFonts w:ascii="Georgia" w:hAnsi="Georgia"/>
          <w:b w:val="0"/>
          <w:i/>
          <w:color w:val="000000"/>
          <w:sz w:val="24"/>
        </w:rPr>
        <w:t>некева</w:t>
      </w:r>
      <w:r>
        <w:rPr>
          <w:rFonts w:ascii="Georgia" w:hAnsi="Georgia"/>
          <w:b w:val="0"/>
          <w:i w:val="0"/>
          <w:color w:val="000000"/>
          <w:sz w:val="24"/>
        </w:rPr>
        <w:t>): она не была создана в качестве Есода по указанной причине — в отличие от Бины, которая называется мужским началом (</w:t>
      </w:r>
      <w:r>
        <w:rPr>
          <w:rFonts w:ascii="Georgia" w:hAnsi="Georgia"/>
          <w:b w:val="0"/>
          <w:i/>
          <w:color w:val="000000"/>
          <w:sz w:val="24"/>
        </w:rPr>
        <w:t>дхура</w:t>
      </w:r>
      <w:r>
        <w:rPr>
          <w:rFonts w:ascii="Georgia" w:hAnsi="Georgia"/>
          <w:b w:val="0"/>
          <w:i w:val="0"/>
          <w:color w:val="000000"/>
          <w:sz w:val="24"/>
        </w:rPr>
        <w:t>), как сказано в Зоаре. По этой же причине в ней было всего два мохин, исходящих из его Нецах и Ход, тогда как от Есода третьего моаха в ней не было. Ведь из его Есода была создана высота ее тела, содержащая шесть концов (ВАК), поскольку в Есоде также заключена малая буква вав (</w:t>
      </w:r>
      <w:r>
        <w:rPr>
          <w:rFonts w:ascii="Georgia" w:hAnsi="Georgia" w:cs="Times New Roman"/>
          <w:b/>
          <w:i w:val="0"/>
          <w:color w:val="000000"/>
          <w:sz w:val="24"/>
          <w:rtl/>
          <w:szCs w:val="32"/>
        </w:rPr>
        <w:t>ו</w:t>
      </w:r>
      <w:r>
        <w:rPr>
          <w:rFonts w:ascii="Georgia" w:hAnsi="Georgia"/>
          <w:b w:val="0"/>
          <w:i w:val="0"/>
          <w:color w:val="000000"/>
          <w:sz w:val="24"/>
        </w:rPr>
        <w:t>), из которой и образовано тело Малхут, включающее ВАК. Но в ее собственном Есоде нет второй буквы вав, поскольку вторая вав де-ЗА стала первой буквой вав в Малхут, а второй вав ей недостает. Поэтому всё устремление женского парцуфа обращено к этой второй букве вав, то есть к Есоду, чтобы восполнить свою нехватку.</w:t>
      </w:r>
    </w:p>
    <w:p>
      <w:pPr>
        <w:keepNext/>
        <w:spacing w:before="240" w:after="80"/>
      </w:pPr>
      <w:r>
        <w:rPr>
          <w:rFonts w:ascii="Georgia" w:hAnsi="Georgia"/>
          <w:b w:val="0"/>
          <w:i w:val="0"/>
          <w:color w:val="000000"/>
          <w:sz w:val="27"/>
        </w:rPr>
        <w:t>Пункт 18</w:t>
      </w:r>
    </w:p>
    <w:p>
      <w:pPr>
        <w:spacing w:before="40" w:after="120"/>
        <w:jc w:val="both"/>
      </w:pPr>
      <w:r>
        <w:rPr>
          <w:rFonts w:ascii="Georgia" w:hAnsi="Georgia"/>
          <w:b w:val="0"/>
          <w:i w:val="0"/>
          <w:color w:val="000000"/>
          <w:sz w:val="24"/>
        </w:rPr>
        <w:t>Поначалу женское начало пребывало прилепленным к его обратной стороне (ахораим), поскольку ее келим были еще малы, пребывая на стадии зачатия (ибура). Затем она развивалась на стадии вскармливания (еника), а затем — на стадии взрослого состояния (гадлут). И всё это время ее нефеш, руах или нешама притягивались к ней из его внутренней сути и выходили наружу через его органы. Поэтому она была вынуждена прилепиться там: духовный свет, проходя сквозь его перегородки и ее перегородки, соединяет их воедино, превращая в одно тело. Когда вошел ее духовный свет, она находилась позади него, и лишь он один облачал НЕХИ де-Има. Оказалось, что Има, ЗА и Нуква были вложены друг в друга в тайне НАРАН. Затем она была отделена [в процессе несиры], и ее духовный свет удалился изнутри ЗА. Вследствие этого прежней спайки не стало, они разделились, а затем обратились паним бе-паним, став равными. И оба вместе они облачают Аба ве-Има, а также Нецах и Ход де-АА: то есть ЗА облачает Аба, а Аба облачает Нецах де-АА; она же облачает Има, а Има облачает Ход де-АА.</w:t>
      </w:r>
    </w:p>
    <w:p>
      <w:pPr>
        <w:keepNext/>
        <w:spacing w:before="240" w:after="80"/>
      </w:pPr>
      <w:r>
        <w:rPr>
          <w:rFonts w:ascii="Georgia" w:hAnsi="Georgia"/>
          <w:b w:val="0"/>
          <w:i w:val="0"/>
          <w:color w:val="000000"/>
          <w:sz w:val="27"/>
        </w:rPr>
        <w:t>Пункт 19</w:t>
      </w:r>
    </w:p>
    <w:p>
      <w:pPr>
        <w:spacing w:before="40" w:after="120"/>
        <w:jc w:val="both"/>
      </w:pPr>
      <w:r>
        <w:rPr>
          <w:rFonts w:ascii="Georgia" w:hAnsi="Georgia"/>
          <w:b w:val="0"/>
          <w:i w:val="0"/>
          <w:color w:val="000000"/>
          <w:sz w:val="24"/>
        </w:rPr>
        <w:t>В Малхут есть три сосуда (кли). В первом кли заключены три аспекта: ее собственный сосуд, сосуд облачения ЗА внутри него и сосуд облачения Има внутри того; а внутри них — мохин уровня нефеш. Во втором кли заключены другие три подобных аспекта, и внутри них — уровень руах. Во внутреннем кли — три упомянутых аспекта, и внутри них — уровень нешама. Таким образом, в ее Есоде есть три аспекта, каждый из которых утроен (трижды по три). Ее собственный сосуд именуется Есод, сосуд Има именуется «печать» (</w:t>
      </w:r>
      <w:r>
        <w:rPr>
          <w:rFonts w:ascii="Georgia" w:hAnsi="Georgia"/>
          <w:b w:val="0"/>
          <w:i/>
          <w:color w:val="000000"/>
          <w:sz w:val="24"/>
        </w:rPr>
        <w:t>хотам</w:t>
      </w:r>
      <w:r>
        <w:rPr>
          <w:rFonts w:ascii="Georgia" w:hAnsi="Georgia"/>
          <w:b w:val="0"/>
          <w:i w:val="0"/>
          <w:color w:val="000000"/>
          <w:sz w:val="24"/>
        </w:rPr>
        <w:t>), а мохин внутри них — будь то нефеш, руах или нешама — представляют собой сами пять Гвурот категории МАН. Сосуд же ЗА — возможно, это Имя БОН, поднимающее МАН; либо же внутренние мохин, представляющие собой пять Гвурот и Имя БОН, поднимают МАН, и это тот самый дух, что он вложил в нее (</w:t>
      </w:r>
      <w:r>
        <w:rPr>
          <w:rFonts w:ascii="Georgia" w:hAnsi="Georgia"/>
          <w:b w:val="0"/>
          <w:i/>
          <w:color w:val="000000"/>
          <w:sz w:val="24"/>
        </w:rPr>
        <w:t>руха де-шадей бе-гава</w:t>
      </w:r>
      <w:r>
        <w:rPr>
          <w:rFonts w:ascii="Georgia" w:hAnsi="Georgia"/>
          <w:b w:val="0"/>
          <w:i w:val="0"/>
          <w:color w:val="000000"/>
          <w:sz w:val="24"/>
        </w:rPr>
        <w:t>). Сами же МАН — это искры выяснения (</w:t>
      </w:r>
      <w:r>
        <w:rPr>
          <w:rFonts w:ascii="Georgia" w:hAnsi="Georgia"/>
          <w:b w:val="0"/>
          <w:i/>
          <w:color w:val="000000"/>
          <w:sz w:val="24"/>
        </w:rPr>
        <w:t>бирурим</w:t>
      </w:r>
      <w:r>
        <w:rPr>
          <w:rFonts w:ascii="Georgia" w:hAnsi="Georgia"/>
          <w:b w:val="0"/>
          <w:i w:val="0"/>
          <w:color w:val="000000"/>
          <w:sz w:val="24"/>
        </w:rPr>
        <w:t>), которые она выделила в мозге (моха), и они нисходят туда в виде капли соударения (зивуга) категории МАН.</w:t>
      </w:r>
    </w:p>
    <w:p>
      <w:pPr>
        <w:keepNext/>
        <w:spacing w:before="240" w:after="80"/>
      </w:pPr>
      <w:r>
        <w:rPr>
          <w:rFonts w:ascii="Georgia" w:hAnsi="Georgia"/>
          <w:b w:val="0"/>
          <w:i w:val="0"/>
          <w:color w:val="000000"/>
          <w:sz w:val="27"/>
        </w:rPr>
        <w:t>Пункт 20</w:t>
      </w:r>
    </w:p>
    <w:p>
      <w:pPr>
        <w:spacing w:before="40" w:after="120"/>
        <w:jc w:val="both"/>
      </w:pPr>
      <w:r>
        <w:rPr>
          <w:rFonts w:ascii="Georgia" w:hAnsi="Georgia"/>
          <w:b w:val="0"/>
          <w:i w:val="0"/>
          <w:color w:val="000000"/>
          <w:sz w:val="24"/>
        </w:rPr>
        <w:t>Знай, что аспект Есода присутствует и в малом состоянии (катнут). Он называется «змеем, который жалит исток оленицы» — то есть женское начало в ее малом состоянии, когда в ее истоке находятся лишь пять Гвурот, и потому ее исток узок, пока в него не войдут пять Хасадим. Он называется [тогда] змеем (</w:t>
      </w:r>
      <w:r>
        <w:rPr>
          <w:rFonts w:ascii="Georgia" w:hAnsi="Georgia"/>
          <w:b w:val="0"/>
          <w:i/>
          <w:color w:val="000000"/>
          <w:sz w:val="24"/>
        </w:rPr>
        <w:t>нахаш</w:t>
      </w:r>
      <w:r>
        <w:rPr>
          <w:rFonts w:ascii="Georgia" w:hAnsi="Georgia"/>
          <w:b w:val="0"/>
          <w:i w:val="0"/>
          <w:color w:val="000000"/>
          <w:sz w:val="24"/>
        </w:rPr>
        <w:t xml:space="preserve">, </w:t>
      </w:r>
      <w:r>
        <w:rPr>
          <w:rFonts w:ascii="Georgia" w:hAnsi="Georgia" w:cs="Times New Roman"/>
          <w:b/>
          <w:i w:val="0"/>
          <w:color w:val="000000"/>
          <w:sz w:val="24"/>
          <w:rtl/>
          <w:szCs w:val="32"/>
        </w:rPr>
        <w:t>נָחָשׁ</w:t>
      </w:r>
      <w:r>
        <w:rPr>
          <w:rFonts w:ascii="Georgia" w:hAnsi="Georgia"/>
          <w:b w:val="0"/>
          <w:i w:val="0"/>
          <w:color w:val="000000"/>
          <w:sz w:val="24"/>
        </w:rPr>
        <w:t>), поскольку Есод именуется ШАДАЙ; и когда у него есть лишь облачения Имени ЭЙЕ, именуемые «кровью обратной стороны» (</w:t>
      </w:r>
      <w:r>
        <w:rPr>
          <w:rFonts w:ascii="Georgia" w:hAnsi="Georgia" w:cs="Times New Roman"/>
          <w:b/>
          <w:i w:val="0"/>
          <w:color w:val="000000"/>
          <w:sz w:val="24"/>
          <w:rtl/>
          <w:szCs w:val="32"/>
        </w:rPr>
        <w:t>דָּם</w:t>
      </w:r>
      <w:r>
        <w:rPr>
          <w:rFonts w:ascii="Georgia" w:hAnsi="Georgia"/>
          <w:b w:val="0"/>
          <w:i w:val="0"/>
          <w:color w:val="000000"/>
          <w:sz w:val="24"/>
        </w:rPr>
        <w:t xml:space="preserve"> = 44), как известно, то сумма слов </w:t>
      </w:r>
      <w:r>
        <w:rPr>
          <w:rFonts w:ascii="Georgia" w:hAnsi="Georgia"/>
          <w:b w:val="0"/>
          <w:i/>
          <w:color w:val="000000"/>
          <w:sz w:val="24"/>
        </w:rPr>
        <w:t>дам</w:t>
      </w:r>
      <w:r>
        <w:rPr>
          <w:rFonts w:ascii="Georgia" w:hAnsi="Georgia"/>
          <w:b w:val="0"/>
          <w:i w:val="0"/>
          <w:color w:val="000000"/>
          <w:sz w:val="24"/>
        </w:rPr>
        <w:t xml:space="preserve"> и ШАДАЙ (</w:t>
      </w:r>
      <w:r>
        <w:rPr>
          <w:rFonts w:ascii="Georgia" w:hAnsi="Georgia" w:cs="Times New Roman"/>
          <w:b/>
          <w:i w:val="0"/>
          <w:color w:val="000000"/>
          <w:sz w:val="24"/>
          <w:rtl/>
          <w:szCs w:val="32"/>
        </w:rPr>
        <w:t>דָּם שַׁדַּי</w:t>
      </w:r>
      <w:r>
        <w:rPr>
          <w:rFonts w:ascii="Georgia" w:hAnsi="Georgia"/>
          <w:b w:val="0"/>
          <w:i w:val="0"/>
          <w:color w:val="000000"/>
          <w:sz w:val="24"/>
        </w:rPr>
        <w:t xml:space="preserve"> = 44 + 314 = 358) равна числу слова </w:t>
      </w:r>
      <w:r>
        <w:rPr>
          <w:rFonts w:ascii="Georgia" w:hAnsi="Georgia"/>
          <w:b w:val="0"/>
          <w:i/>
          <w:color w:val="000000"/>
          <w:sz w:val="24"/>
        </w:rPr>
        <w:t>нахаш</w:t>
      </w:r>
      <w:r>
        <w:rPr>
          <w:rFonts w:ascii="Georgia" w:hAnsi="Georgia"/>
          <w:b w:val="0"/>
          <w:i w:val="0"/>
          <w:color w:val="000000"/>
          <w:sz w:val="24"/>
        </w:rPr>
        <w:t xml:space="preserve"> (</w:t>
      </w:r>
      <w:r>
        <w:rPr>
          <w:rFonts w:ascii="Georgia" w:hAnsi="Georgia" w:cs="Times New Roman"/>
          <w:b/>
          <w:i w:val="0"/>
          <w:color w:val="000000"/>
          <w:sz w:val="24"/>
          <w:rtl/>
          <w:szCs w:val="32"/>
        </w:rPr>
        <w:t>נָחָשׁ</w:t>
      </w:r>
      <w:r>
        <w:rPr>
          <w:rFonts w:ascii="Georgia" w:hAnsi="Georgia"/>
          <w:b w:val="0"/>
          <w:i w:val="0"/>
          <w:color w:val="000000"/>
          <w:sz w:val="24"/>
        </w:rPr>
        <w:t xml:space="preserve"> = 358). Также обратная сторона Имени ЭЙЕ с наполнением йод составляет 544 (</w:t>
      </w:r>
      <w:r>
        <w:rPr>
          <w:rFonts w:ascii="Georgia" w:hAnsi="Georgia" w:cs="Times New Roman"/>
          <w:b/>
          <w:i w:val="0"/>
          <w:color w:val="000000"/>
          <w:sz w:val="24"/>
          <w:rtl/>
          <w:szCs w:val="32"/>
        </w:rPr>
        <w:t>תקמ״ד</w:t>
      </w:r>
      <w:r>
        <w:rPr>
          <w:rFonts w:ascii="Georgia" w:hAnsi="Georgia"/>
          <w:b w:val="0"/>
          <w:i w:val="0"/>
          <w:color w:val="000000"/>
          <w:sz w:val="24"/>
        </w:rPr>
        <w:t>); если вычесть из них 500 (</w:t>
      </w:r>
      <w:r>
        <w:rPr>
          <w:rFonts w:ascii="Georgia" w:hAnsi="Georgia" w:cs="Times New Roman"/>
          <w:b/>
          <w:i w:val="0"/>
          <w:color w:val="000000"/>
          <w:sz w:val="24"/>
          <w:rtl/>
          <w:szCs w:val="32"/>
        </w:rPr>
        <w:t>ת״ק</w:t>
      </w:r>
      <w:r>
        <w:rPr>
          <w:rFonts w:ascii="Georgia" w:hAnsi="Georgia"/>
          <w:b w:val="0"/>
          <w:i w:val="0"/>
          <w:color w:val="000000"/>
          <w:sz w:val="24"/>
        </w:rPr>
        <w:t>) — наполнение Имени ШАДАЙ, останется 44 (</w:t>
      </w:r>
      <w:r>
        <w:rPr>
          <w:rFonts w:ascii="Georgia" w:hAnsi="Georgia" w:cs="Times New Roman"/>
          <w:b/>
          <w:i w:val="0"/>
          <w:color w:val="000000"/>
          <w:sz w:val="24"/>
          <w:rtl/>
          <w:szCs w:val="32"/>
        </w:rPr>
        <w:t>מ״ד</w:t>
      </w:r>
      <w:r>
        <w:rPr>
          <w:rFonts w:ascii="Georgia" w:hAnsi="Georgia"/>
          <w:b w:val="0"/>
          <w:i w:val="0"/>
          <w:color w:val="000000"/>
          <w:sz w:val="24"/>
        </w:rPr>
        <w:t xml:space="preserve">), что вместе с простым Именем ШАДАЙ дает числовое значение слова </w:t>
      </w:r>
      <w:r>
        <w:rPr>
          <w:rFonts w:ascii="Georgia" w:hAnsi="Georgia"/>
          <w:b w:val="0"/>
          <w:i/>
          <w:color w:val="000000"/>
          <w:sz w:val="24"/>
        </w:rPr>
        <w:t>нахаш</w:t>
      </w:r>
      <w:r>
        <w:rPr>
          <w:rFonts w:ascii="Georgia" w:hAnsi="Georgia"/>
          <w:b w:val="0"/>
          <w:i w:val="0"/>
          <w:color w:val="000000"/>
          <w:sz w:val="24"/>
        </w:rPr>
        <w:t xml:space="preserve"> (358). Известно также, что Есод называется ЭЛЬ ШАДАЙ; в наполнении ШАДАЙ насчитывается 9 букв, что вместе с 5 буквами простого написания ЭЛЬ ШАДАЙ и с колелем составляет число слова </w:t>
      </w:r>
      <w:r>
        <w:rPr>
          <w:rFonts w:ascii="Georgia" w:hAnsi="Georgia"/>
          <w:b w:val="0"/>
          <w:i/>
          <w:color w:val="000000"/>
          <w:sz w:val="24"/>
        </w:rPr>
        <w:t>нахаш</w:t>
      </w:r>
      <w:r>
        <w:rPr>
          <w:rFonts w:ascii="Georgia" w:hAnsi="Georgia"/>
          <w:b w:val="0"/>
          <w:i w:val="0"/>
          <w:color w:val="000000"/>
          <w:sz w:val="24"/>
        </w:rPr>
        <w:t>. А при наполнении ЭЛЬ ШАДАЙ буквами алеф, ламэд, шин, далет, йод (</w:t>
      </w:r>
      <w:r>
        <w:rPr>
          <w:rFonts w:ascii="Georgia" w:hAnsi="Georgia" w:cs="Times New Roman"/>
          <w:b/>
          <w:i w:val="0"/>
          <w:color w:val="000000"/>
          <w:sz w:val="24"/>
          <w:rtl/>
          <w:szCs w:val="32"/>
        </w:rPr>
        <w:t>אל״ף למ״ד שי״ן דל״ת יו״ד</w:t>
      </w:r>
      <w:r>
        <w:rPr>
          <w:rFonts w:ascii="Georgia" w:hAnsi="Georgia"/>
          <w:b w:val="0"/>
          <w:i w:val="0"/>
          <w:color w:val="000000"/>
          <w:sz w:val="24"/>
        </w:rPr>
        <w:t>) гематрия равна 1000 — тайна «тысячи ключей», как упоминается в недельном разделе Ваякель (Зоар II, 219б).</w:t>
      </w:r>
    </w:p>
    <w:p>
      <w:pPr>
        <w:keepNext/>
        <w:spacing w:before="240" w:after="80"/>
      </w:pPr>
      <w:r>
        <w:rPr>
          <w:rFonts w:ascii="Georgia" w:hAnsi="Georgia"/>
          <w:b w:val="0"/>
          <w:i w:val="0"/>
          <w:color w:val="000000"/>
          <w:sz w:val="27"/>
        </w:rPr>
        <w:t>Пункт 21</w:t>
      </w:r>
    </w:p>
    <w:p>
      <w:pPr>
        <w:spacing w:before="40" w:after="120"/>
        <w:jc w:val="both"/>
      </w:pPr>
      <w:r>
        <w:rPr>
          <w:rFonts w:ascii="Georgia" w:hAnsi="Georgia"/>
          <w:b w:val="0"/>
          <w:i w:val="0"/>
          <w:color w:val="000000"/>
          <w:sz w:val="24"/>
        </w:rPr>
        <w:t>Петли и врата в Есоде женского начала расположены снаружи, и дотуда доходит аспект змея, подступившего к Хаве, но не внутрь, не во внутренний Есод. И мне представляется, что всё это происходит в тайне внешних сосудов (келим), где находится змей от Имени ЭЛОКИМ малого состояния (катнут), за который цепляются клипот; и соответственно ему в ее Есоде находятся внешние петли, а внутри, напротив внутренних покоев, пребывают МАН.</w:t>
      </w:r>
    </w:p>
    <w:p>
      <w:pPr>
        <w:keepNext/>
        <w:spacing w:before="240" w:after="80"/>
      </w:pPr>
      <w:r>
        <w:rPr>
          <w:rFonts w:ascii="Georgia" w:hAnsi="Georgia"/>
          <w:b w:val="0"/>
          <w:i w:val="0"/>
          <w:color w:val="000000"/>
          <w:sz w:val="27"/>
        </w:rPr>
        <w:t>Пункт 22</w:t>
      </w:r>
    </w:p>
    <w:p>
      <w:pPr>
        <w:spacing w:before="40" w:after="120"/>
        <w:jc w:val="both"/>
      </w:pPr>
      <w:r>
        <w:rPr>
          <w:rFonts w:ascii="Georgia" w:hAnsi="Georgia"/>
          <w:b w:val="0"/>
          <w:i w:val="0"/>
          <w:color w:val="000000"/>
          <w:sz w:val="24"/>
        </w:rPr>
        <w:t>«Покой» и «притвор», упоминаемые в трактате Нида (Мишна, Нида 2:5), — это аспекты Есода и Малхут в женском парцуфе.</w:t>
      </w:r>
    </w:p>
    <w:p>
      <w:pPr>
        <w:keepNext/>
        <w:spacing w:before="240" w:after="80"/>
      </w:pPr>
      <w:r>
        <w:rPr>
          <w:rFonts w:ascii="Georgia" w:hAnsi="Georgia"/>
          <w:b w:val="0"/>
          <w:i w:val="0"/>
          <w:color w:val="000000"/>
          <w:sz w:val="27"/>
        </w:rPr>
        <w:t>Пункт 23</w:t>
      </w:r>
    </w:p>
    <w:p>
      <w:pPr>
        <w:spacing w:before="40" w:after="120"/>
        <w:jc w:val="both"/>
      </w:pPr>
      <w:r>
        <w:rPr>
          <w:rFonts w:ascii="Georgia" w:hAnsi="Georgia"/>
          <w:b w:val="0"/>
          <w:i w:val="0"/>
          <w:color w:val="000000"/>
          <w:sz w:val="24"/>
        </w:rPr>
        <w:t xml:space="preserve">Примечание. Есод женского начала: когда она пребывает в состоянии отдаления, от нее исходит кровь; когда же рождает, эта кровь поднимается и превращается в молоко. Смысл этого в том, что тайна квадратного развертывания Имени ЭЙЕ дает гематрию </w:t>
      </w:r>
      <w:r>
        <w:rPr>
          <w:rFonts w:ascii="Georgia" w:hAnsi="Georgia"/>
          <w:b w:val="0"/>
          <w:i/>
          <w:color w:val="000000"/>
          <w:sz w:val="24"/>
        </w:rPr>
        <w:t>дам</w:t>
      </w:r>
      <w:r>
        <w:rPr>
          <w:rFonts w:ascii="Georgia" w:hAnsi="Georgia"/>
          <w:b w:val="0"/>
          <w:i w:val="0"/>
          <w:color w:val="000000"/>
          <w:sz w:val="24"/>
        </w:rPr>
        <w:t xml:space="preserve"> («кровь», </w:t>
      </w:r>
      <w:r>
        <w:rPr>
          <w:rFonts w:ascii="Georgia" w:hAnsi="Georgia" w:cs="Times New Roman"/>
          <w:b/>
          <w:i w:val="0"/>
          <w:color w:val="000000"/>
          <w:sz w:val="24"/>
          <w:rtl/>
          <w:szCs w:val="32"/>
        </w:rPr>
        <w:t>דָּם</w:t>
      </w:r>
      <w:r>
        <w:rPr>
          <w:rFonts w:ascii="Georgia" w:hAnsi="Georgia"/>
          <w:b w:val="0"/>
          <w:i w:val="0"/>
          <w:color w:val="000000"/>
          <w:sz w:val="24"/>
        </w:rPr>
        <w:t xml:space="preserve"> = 44), как сказано в пункте 1 о наполнении с буквой вав. И вот, когда она находится внизу, притягиваются суды (диним), ведь по мере своего протяжения они усиливаются; но когда этот свет поднимается вверх в тайне четырех букв йод Имени АБ, он снова становится милосердием и именуется молоком (</w:t>
      </w:r>
      <w:r>
        <w:rPr>
          <w:rFonts w:ascii="Georgia" w:hAnsi="Georgia"/>
          <w:b w:val="0"/>
          <w:i/>
          <w:color w:val="000000"/>
          <w:sz w:val="24"/>
        </w:rPr>
        <w:t>халав</w:t>
      </w:r>
      <w:r>
        <w:rPr>
          <w:rFonts w:ascii="Georgia" w:hAnsi="Georgia"/>
          <w:b w:val="0"/>
          <w:i w:val="0"/>
          <w:color w:val="000000"/>
          <w:sz w:val="24"/>
        </w:rPr>
        <w:t xml:space="preserve">, </w:t>
      </w:r>
      <w:r>
        <w:rPr>
          <w:rFonts w:ascii="Georgia" w:hAnsi="Georgia" w:cs="Times New Roman"/>
          <w:b/>
          <w:i w:val="0"/>
          <w:color w:val="000000"/>
          <w:sz w:val="24"/>
          <w:rtl/>
          <w:szCs w:val="32"/>
        </w:rPr>
        <w:t>חָלָב</w:t>
      </w:r>
      <w:r>
        <w:rPr>
          <w:rFonts w:ascii="Georgia" w:hAnsi="Georgia"/>
          <w:b w:val="0"/>
          <w:i w:val="0"/>
          <w:color w:val="000000"/>
          <w:sz w:val="24"/>
        </w:rPr>
        <w:t xml:space="preserve">). Слово </w:t>
      </w:r>
      <w:r>
        <w:rPr>
          <w:rFonts w:ascii="Georgia" w:hAnsi="Georgia"/>
          <w:b w:val="0"/>
          <w:i/>
          <w:color w:val="000000"/>
          <w:sz w:val="24"/>
        </w:rPr>
        <w:t>халав</w:t>
      </w:r>
      <w:r>
        <w:rPr>
          <w:rFonts w:ascii="Georgia" w:hAnsi="Georgia"/>
          <w:b w:val="0"/>
          <w:i w:val="0"/>
          <w:color w:val="000000"/>
          <w:sz w:val="24"/>
        </w:rPr>
        <w:t xml:space="preserve"> в гематрии равно сорока (</w:t>
      </w:r>
      <w:r>
        <w:rPr>
          <w:rFonts w:ascii="Georgia" w:hAnsi="Georgia" w:cs="Times New Roman"/>
          <w:b/>
          <w:i w:val="0"/>
          <w:color w:val="000000"/>
          <w:sz w:val="24"/>
          <w:rtl/>
          <w:szCs w:val="32"/>
        </w:rPr>
        <w:t>מ</w:t>
      </w:r>
      <w:r>
        <w:rPr>
          <w:rFonts w:ascii="Georgia" w:hAnsi="Georgia"/>
          <w:b w:val="0"/>
          <w:i w:val="0"/>
          <w:color w:val="000000"/>
          <w:sz w:val="24"/>
        </w:rPr>
        <w:t xml:space="preserve"> = 40) — соответственно четырем буквам йод Имени АБ (4 × 10 = 40). Конец примечания.</w:t>
      </w:r>
    </w:p>
    <w:p>
      <w:pPr>
        <w:keepNext/>
        <w:spacing w:before="240" w:after="80"/>
      </w:pPr>
      <w:r>
        <w:rPr>
          <w:rFonts w:ascii="Georgia" w:hAnsi="Georgia"/>
          <w:b w:val="0"/>
          <w:i w:val="0"/>
          <w:color w:val="000000"/>
          <w:sz w:val="27"/>
        </w:rPr>
        <w:t>Пункт 24</w:t>
      </w:r>
    </w:p>
    <w:p>
      <w:pPr>
        <w:spacing w:before="40" w:after="120"/>
        <w:jc w:val="both"/>
      </w:pPr>
      <w:r>
        <w:rPr>
          <w:rFonts w:ascii="Georgia" w:hAnsi="Georgia"/>
          <w:b w:val="0"/>
          <w:i w:val="0"/>
          <w:color w:val="000000"/>
          <w:sz w:val="24"/>
        </w:rPr>
        <w:t>Нуква де-ЗА называется ребром, Кнесет Исраэль, невестой Моше и высшей розой; ЗА же называется Моше, Исраэль и Даат. Но Яаков именуется Тиферет, а Нуква — утесом (</w:t>
      </w:r>
      <w:r>
        <w:rPr>
          <w:rFonts w:ascii="Georgia" w:hAnsi="Georgia"/>
          <w:b w:val="0"/>
          <w:i/>
          <w:color w:val="000000"/>
          <w:sz w:val="24"/>
        </w:rPr>
        <w:t>села</w:t>
      </w:r>
      <w:r>
        <w:rPr>
          <w:rFonts w:ascii="Georgia" w:hAnsi="Georgia"/>
          <w:b w:val="0"/>
          <w:i w:val="0"/>
          <w:color w:val="000000"/>
          <w:sz w:val="24"/>
        </w:rPr>
        <w:t xml:space="preserve">) и нижней розой. И смотри толкование моего учителя, благословенной памяти, в начале недельного раздела Берешит в третьей версии, на слова: </w:t>
      </w:r>
      <w:r>
        <w:rPr>
          <w:rFonts w:ascii="Georgia" w:hAnsi="Georgia"/>
          <w:b w:val="0"/>
          <w:i/>
          <w:color w:val="000000"/>
          <w:sz w:val="24"/>
        </w:rPr>
        <w:t>«Рабби Хизкия открыл…»</w:t>
      </w:r>
      <w:r>
        <w:rPr>
          <w:rFonts w:ascii="Georgia" w:hAnsi="Georgia"/>
          <w:b w:val="0"/>
          <w:i w:val="0"/>
          <w:color w:val="000000"/>
          <w:sz w:val="24"/>
        </w:rPr>
        <w:t xml:space="preserve"> (Зоар I, 1а).</w:t>
      </w:r>
    </w:p>
    <w:p>
      <w:pPr>
        <w:keepNext/>
        <w:spacing w:before="240" w:after="80"/>
      </w:pPr>
      <w:r>
        <w:rPr>
          <w:rFonts w:ascii="Georgia" w:hAnsi="Georgia"/>
          <w:b w:val="0"/>
          <w:i w:val="0"/>
          <w:color w:val="000000"/>
          <w:sz w:val="27"/>
        </w:rPr>
        <w:t>Пункт 25</w:t>
      </w:r>
    </w:p>
    <w:p>
      <w:pPr>
        <w:spacing w:before="40" w:after="120"/>
        <w:jc w:val="both"/>
      </w:pPr>
      <w:r>
        <w:rPr>
          <w:rFonts w:ascii="Georgia" w:hAnsi="Georgia"/>
          <w:b w:val="0"/>
          <w:i w:val="0"/>
          <w:color w:val="000000"/>
          <w:sz w:val="24"/>
        </w:rPr>
        <w:t>Мы уже разъясняли в другом месте вопрос взращивания женского начала. В общем виде это происходит так: позади Тиферет в нее светили пять Хасадим и пять Гвурот, вышли и были переданы ей. Там также пребывал аспект Целем над ее головой, и они входили на протяжении двенадцати лет, как известно. Тогда пять Хасадим были переданы трем ее первым сфирот (ГАР), чтобы взрастить ее из состояния простой точки до полной меры, а Гвурот взрастили остальную часть ее тела, так что образовались десять полных сфирот и завершенный парцуф. Затем след и свечение пяти Гвурот опустились в ее собственный Есод — подобно свечению пяти Хасадим в Есоде де-ЗА. Все органы строятся и формируются посредством двадцати двух букв, как известно, ибо тело образуется из букв. Поэтому свечение двадцати двух мужских букв, из которых сформировалась сама его сущность для нужд его собственного тела, собралось в его Есоде и образовало сосуд-кли; а свечение двадцати двух женских букв, из которых сформировалась сущность ее тела, собралось в ее Есоде, образовав в ней сосуд-кли. Пять добавочных мужских конечных букв МАНЦЕПАХ (</w:t>
      </w:r>
      <w:r>
        <w:rPr>
          <w:rFonts w:ascii="Georgia" w:hAnsi="Georgia" w:cs="Times New Roman"/>
          <w:b/>
          <w:i w:val="0"/>
          <w:color w:val="000000"/>
          <w:sz w:val="24"/>
          <w:rtl/>
          <w:szCs w:val="32"/>
        </w:rPr>
        <w:t>מנצפ״ך</w:t>
      </w:r>
      <w:r>
        <w:rPr>
          <w:rFonts w:ascii="Georgia" w:hAnsi="Georgia"/>
          <w:b w:val="0"/>
          <w:i w:val="0"/>
          <w:color w:val="000000"/>
          <w:sz w:val="24"/>
        </w:rPr>
        <w:t>) — это сами высшие мужские воды (МАД) внутри устья его Есода, созданного из двадцати двух букв, и они представляют собой пять Хасадим. Всё это он получает в мохин взрослого состояния (гадлут) перед разделением (несирой). А пять добавочных женских букв (</w:t>
      </w:r>
      <w:r>
        <w:rPr>
          <w:rFonts w:ascii="Georgia" w:hAnsi="Georgia" w:cs="Times New Roman"/>
          <w:b/>
          <w:i w:val="0"/>
          <w:color w:val="000000"/>
          <w:sz w:val="24"/>
          <w:rtl/>
          <w:szCs w:val="32"/>
        </w:rPr>
        <w:t>מנצפ״ך</w:t>
      </w:r>
      <w:r>
        <w:rPr>
          <w:rFonts w:ascii="Georgia" w:hAnsi="Georgia"/>
          <w:b w:val="0"/>
          <w:i w:val="0"/>
          <w:color w:val="000000"/>
          <w:sz w:val="24"/>
        </w:rPr>
        <w:t>) — это женские воды (МАН) внутри ее Есода, созданного из ее двадцати двух букв, и они представляют собой пять Гвурот.</w:t>
      </w:r>
    </w:p>
    <w:p>
      <w:pPr>
        <w:spacing w:before="40" w:after="120"/>
        <w:jc w:val="both"/>
      </w:pPr>
      <w:r>
        <w:rPr>
          <w:rFonts w:ascii="Georgia" w:hAnsi="Georgia"/>
          <w:b w:val="0"/>
          <w:i w:val="0"/>
          <w:color w:val="000000"/>
          <w:sz w:val="24"/>
        </w:rPr>
        <w:t>И вот теперь в ее Есоде образуются одна створка и одна петля из ее двадцати двух букв, а также простые МАН из конечных букв — и всё это происходит до разделения, упомянутого в другом месте. Таким образом, из свечения двадцати двух мужских букв, являющихся собственно его органами, образуется сосуд Есода мужского начала, а из свечения самих пяти Хасадим, взращивающих органы, образуются МАД; подобным же образом в Нукве из свечения двадцати двух букв, являющихся ее собственными органами, образуется сосуд ее Есода, а из свечения ее пяти Гвурот образуются пребывающие в ней МАН.</w:t>
      </w:r>
    </w:p>
    <w:p>
      <w:pPr>
        <w:keepNext/>
        <w:spacing w:before="240" w:after="80"/>
      </w:pPr>
      <w:r>
        <w:rPr>
          <w:rFonts w:ascii="Georgia" w:hAnsi="Georgia"/>
          <w:b w:val="0"/>
          <w:i w:val="0"/>
          <w:color w:val="000000"/>
          <w:sz w:val="27"/>
        </w:rPr>
        <w:t>Пункт 26</w:t>
      </w:r>
    </w:p>
    <w:p>
      <w:pPr>
        <w:spacing w:before="40" w:after="120"/>
        <w:jc w:val="both"/>
      </w:pPr>
      <w:r>
        <w:rPr>
          <w:rFonts w:ascii="Georgia" w:hAnsi="Georgia"/>
          <w:b w:val="0"/>
          <w:i w:val="0"/>
          <w:color w:val="000000"/>
          <w:sz w:val="24"/>
        </w:rPr>
        <w:t>Причина того, что Малхут называется числом двадцать пять (</w:t>
      </w:r>
      <w:r>
        <w:rPr>
          <w:rFonts w:ascii="Georgia" w:hAnsi="Georgia" w:cs="Times New Roman"/>
          <w:b/>
          <w:i w:val="0"/>
          <w:color w:val="000000"/>
          <w:sz w:val="24"/>
          <w:rtl/>
          <w:szCs w:val="32"/>
        </w:rPr>
        <w:t>כ״ה</w:t>
      </w:r>
      <w:r>
        <w:rPr>
          <w:rFonts w:ascii="Georgia" w:hAnsi="Georgia"/>
          <w:b w:val="0"/>
          <w:i w:val="0"/>
          <w:color w:val="000000"/>
          <w:sz w:val="24"/>
        </w:rPr>
        <w:t xml:space="preserve"> = 25), заключается в том, что она принимает 13 исправлений бороды де-АА и 9 де-ЗА — это дает 22 исправления; и в ней самой есть три исправления, которые дает ей ЗА, соответствующие Торе, Пророкам (Невиим) и Писаниям (Ктувим). Получается двадцать пять: 13 де-АА, 9 де-ЗА и 3, которые передает ей ЗА.</w:t>
      </w:r>
    </w:p>
    <w:p>
      <w:pPr>
        <w:keepNext/>
        <w:spacing w:before="240" w:after="80"/>
      </w:pPr>
      <w:r>
        <w:rPr>
          <w:rFonts w:ascii="Georgia" w:hAnsi="Georgia"/>
          <w:b w:val="0"/>
          <w:i w:val="0"/>
          <w:color w:val="000000"/>
          <w:sz w:val="27"/>
        </w:rPr>
        <w:t>Пункт 27</w:t>
      </w:r>
    </w:p>
    <w:p>
      <w:pPr>
        <w:spacing w:before="40" w:after="120"/>
        <w:jc w:val="both"/>
      </w:pPr>
      <w:r>
        <w:rPr>
          <w:rFonts w:ascii="Georgia" w:hAnsi="Georgia"/>
          <w:b w:val="0"/>
          <w:i w:val="0"/>
          <w:color w:val="000000"/>
          <w:sz w:val="24"/>
        </w:rPr>
        <w:t xml:space="preserve">Малхут называется словом </w:t>
      </w:r>
      <w:r>
        <w:rPr>
          <w:rFonts w:ascii="Georgia" w:hAnsi="Georgia"/>
          <w:b w:val="0"/>
          <w:i/>
          <w:color w:val="000000"/>
          <w:sz w:val="24"/>
        </w:rPr>
        <w:t>Тевель</w:t>
      </w:r>
      <w:r>
        <w:rPr>
          <w:rFonts w:ascii="Georgia" w:hAnsi="Georgia"/>
          <w:b w:val="0"/>
          <w:i w:val="0"/>
          <w:color w:val="000000"/>
          <w:sz w:val="24"/>
        </w:rPr>
        <w:t xml:space="preserve"> («Вселенная», </w:t>
      </w:r>
      <w:r>
        <w:rPr>
          <w:rFonts w:ascii="Georgia" w:hAnsi="Georgia" w:cs="Times New Roman"/>
          <w:b/>
          <w:i w:val="0"/>
          <w:color w:val="000000"/>
          <w:sz w:val="24"/>
          <w:rtl/>
          <w:szCs w:val="32"/>
        </w:rPr>
        <w:t>תֵּבֵל</w:t>
      </w:r>
      <w:r>
        <w:rPr>
          <w:rFonts w:ascii="Georgia" w:hAnsi="Georgia"/>
          <w:b w:val="0"/>
          <w:i w:val="0"/>
          <w:color w:val="000000"/>
          <w:sz w:val="24"/>
        </w:rPr>
        <w:t xml:space="preserve"> = 432). Это наименование дается ей тогда, когда в ней соединяются верхнее число 216 (</w:t>
      </w:r>
      <w:r>
        <w:rPr>
          <w:rFonts w:ascii="Georgia" w:hAnsi="Georgia" w:cs="Times New Roman"/>
          <w:b/>
          <w:i w:val="0"/>
          <w:color w:val="000000"/>
          <w:sz w:val="24"/>
          <w:rtl/>
          <w:szCs w:val="32"/>
        </w:rPr>
        <w:t>רי״ו</w:t>
      </w:r>
      <w:r>
        <w:rPr>
          <w:rFonts w:ascii="Georgia" w:hAnsi="Georgia"/>
          <w:b w:val="0"/>
          <w:i w:val="0"/>
          <w:color w:val="000000"/>
          <w:sz w:val="24"/>
        </w:rPr>
        <w:t xml:space="preserve"> = 216) в тайне святого Мазаля и нижнее 216 в ней в тайне АБ и слова </w:t>
      </w:r>
      <w:r>
        <w:rPr>
          <w:rFonts w:ascii="Georgia" w:hAnsi="Georgia"/>
          <w:b w:val="0"/>
          <w:i/>
          <w:color w:val="000000"/>
          <w:sz w:val="24"/>
        </w:rPr>
        <w:t>кедем</w:t>
      </w:r>
      <w:r>
        <w:rPr>
          <w:rFonts w:ascii="Georgia" w:hAnsi="Georgia"/>
          <w:b w:val="0"/>
          <w:i w:val="0"/>
          <w:color w:val="000000"/>
          <w:sz w:val="24"/>
        </w:rPr>
        <w:t xml:space="preserve"> (</w:t>
      </w:r>
      <w:r>
        <w:rPr>
          <w:rFonts w:ascii="Georgia" w:hAnsi="Georgia" w:cs="Times New Roman"/>
          <w:b/>
          <w:i w:val="0"/>
          <w:color w:val="000000"/>
          <w:sz w:val="24"/>
          <w:rtl/>
          <w:szCs w:val="32"/>
        </w:rPr>
        <w:t>קֶדֶם</w:t>
      </w:r>
      <w:r>
        <w:rPr>
          <w:rFonts w:ascii="Georgia" w:hAnsi="Georgia"/>
          <w:b w:val="0"/>
          <w:i w:val="0"/>
          <w:color w:val="000000"/>
          <w:sz w:val="24"/>
        </w:rPr>
        <w:t xml:space="preserve">), как сказано выше и разъяснено нами в каванот чтения «Шма» перед сном; дважды по 216 составляют слово </w:t>
      </w:r>
      <w:r>
        <w:rPr>
          <w:rFonts w:ascii="Georgia" w:hAnsi="Georgia"/>
          <w:b w:val="0"/>
          <w:i/>
          <w:color w:val="000000"/>
          <w:sz w:val="24"/>
        </w:rPr>
        <w:t>Тевель</w:t>
      </w:r>
      <w:r>
        <w:rPr>
          <w:rFonts w:ascii="Georgia" w:hAnsi="Georgia"/>
          <w:b w:val="0"/>
          <w:i w:val="0"/>
          <w:color w:val="000000"/>
          <w:sz w:val="24"/>
        </w:rPr>
        <w:t xml:space="preserve"> (216 + 216 = 432), и тогда она зовется так. Причина же того, что Бина называется местоимением «Он» (</w:t>
      </w:r>
      <w:r>
        <w:rPr>
          <w:rFonts w:ascii="Georgia" w:hAnsi="Georgia"/>
          <w:b w:val="0"/>
          <w:i/>
          <w:color w:val="000000"/>
          <w:sz w:val="24"/>
        </w:rPr>
        <w:t>ху</w:t>
      </w:r>
      <w:r>
        <w:rPr>
          <w:rFonts w:ascii="Georgia" w:hAnsi="Georgia"/>
          <w:b w:val="0"/>
          <w:i w:val="0"/>
          <w:color w:val="000000"/>
          <w:sz w:val="24"/>
        </w:rPr>
        <w:t xml:space="preserve">, </w:t>
      </w:r>
      <w:r>
        <w:rPr>
          <w:rFonts w:ascii="Georgia" w:hAnsi="Georgia" w:cs="Times New Roman"/>
          <w:b/>
          <w:i w:val="0"/>
          <w:color w:val="000000"/>
          <w:sz w:val="24"/>
          <w:rtl/>
          <w:szCs w:val="32"/>
        </w:rPr>
        <w:t>הוּא</w:t>
      </w:r>
      <w:r>
        <w:rPr>
          <w:rFonts w:ascii="Georgia" w:hAnsi="Georgia"/>
          <w:b w:val="0"/>
          <w:i w:val="0"/>
          <w:color w:val="000000"/>
          <w:sz w:val="24"/>
        </w:rPr>
        <w:t>), заключается не в сокрытости — ведь Аба еще более сокрыт, нежели она, однако зовется «Ты» (</w:t>
      </w:r>
      <w:r>
        <w:rPr>
          <w:rFonts w:ascii="Georgia" w:hAnsi="Georgia"/>
          <w:b w:val="0"/>
          <w:i/>
          <w:color w:val="000000"/>
          <w:sz w:val="24"/>
        </w:rPr>
        <w:t>Ата</w:t>
      </w:r>
      <w:r>
        <w:rPr>
          <w:rFonts w:ascii="Georgia" w:hAnsi="Georgia"/>
          <w:b w:val="0"/>
          <w:i w:val="0"/>
          <w:color w:val="000000"/>
          <w:sz w:val="24"/>
        </w:rPr>
        <w:t xml:space="preserve">, </w:t>
      </w:r>
      <w:r>
        <w:rPr>
          <w:rFonts w:ascii="Georgia" w:hAnsi="Georgia" w:cs="Times New Roman"/>
          <w:b/>
          <w:i w:val="0"/>
          <w:color w:val="000000"/>
          <w:sz w:val="24"/>
          <w:rtl/>
          <w:szCs w:val="32"/>
        </w:rPr>
        <w:t>אַתָּה</w:t>
      </w:r>
      <w:r>
        <w:rPr>
          <w:rFonts w:ascii="Georgia" w:hAnsi="Georgia"/>
          <w:b w:val="0"/>
          <w:i w:val="0"/>
          <w:color w:val="000000"/>
          <w:sz w:val="24"/>
        </w:rPr>
        <w:t>), да и АА называется «Он» (</w:t>
      </w:r>
      <w:r>
        <w:rPr>
          <w:rFonts w:ascii="Georgia" w:hAnsi="Georgia"/>
          <w:b w:val="0"/>
          <w:i/>
          <w:color w:val="000000"/>
          <w:sz w:val="24"/>
        </w:rPr>
        <w:t>ху</w:t>
      </w:r>
      <w:r>
        <w:rPr>
          <w:rFonts w:ascii="Georgia" w:hAnsi="Georgia"/>
          <w:b w:val="0"/>
          <w:i w:val="0"/>
          <w:color w:val="000000"/>
          <w:sz w:val="24"/>
        </w:rPr>
        <w:t>), — но в том, что слово «Он» всегда относится к Кетеру: Има служит венцом (Кетером) для ЗА, а АА служит Кетером для Аба ве-Има.</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Порядок исправления строения Нуквы де-ЗА. Здесь будет разъяснено сказанное в Гемаре: </w:t>
      </w:r>
      <w:r>
        <w:rPr>
          <w:rFonts w:ascii="Georgia" w:hAnsi="Georgia"/>
          <w:b w:val="0"/>
          <w:i/>
          <w:color w:val="000000"/>
          <w:sz w:val="24"/>
        </w:rPr>
        <w:t>«Жена поднимается с ним, но не опускается с ним»</w:t>
      </w:r>
      <w:r>
        <w:rPr>
          <w:rFonts w:ascii="Georgia" w:hAnsi="Georgia"/>
          <w:b w:val="0"/>
          <w:i w:val="0"/>
          <w:color w:val="000000"/>
          <w:sz w:val="24"/>
        </w:rPr>
        <w:t xml:space="preserve"> (Ктубот 61а). Мы объясним различные смены ее состояний во времени, а также выясним сначала, почему Малхут зовется женским началом (</w:t>
      </w:r>
      <w:r>
        <w:rPr>
          <w:rFonts w:ascii="Georgia" w:hAnsi="Georgia"/>
          <w:b w:val="0"/>
          <w:i/>
          <w:color w:val="000000"/>
          <w:sz w:val="24"/>
        </w:rPr>
        <w:t>некева</w:t>
      </w:r>
      <w:r>
        <w:rPr>
          <w:rFonts w:ascii="Georgia" w:hAnsi="Georgia"/>
          <w:b w:val="0"/>
          <w:i w:val="0"/>
          <w:color w:val="000000"/>
          <w:sz w:val="24"/>
        </w:rPr>
        <w:t>). Разъясним и то, в чем различие высших светов, из-за которого один зовется мужским, а другой — женским. Объясним также, почему мужские души приходят от женского начала и именуются мужскими, как в случае с царем Давидом, мир ему, и другими. Знай, что сфира Даат включает в себя две короны (</w:t>
      </w:r>
      <w:r>
        <w:rPr>
          <w:rFonts w:ascii="Georgia" w:hAnsi="Georgia"/>
          <w:b w:val="0"/>
          <w:i/>
          <w:color w:val="000000"/>
          <w:sz w:val="24"/>
        </w:rPr>
        <w:t>итрин</w:t>
      </w:r>
      <w:r>
        <w:rPr>
          <w:rFonts w:ascii="Georgia" w:hAnsi="Georgia"/>
          <w:b w:val="0"/>
          <w:i w:val="0"/>
          <w:color w:val="000000"/>
          <w:sz w:val="24"/>
        </w:rPr>
        <w:t>): Хасадим и Гвурот. Хасадим именуются мужскими, а Гвурот — женскими; и все же существуют как мужские Гвурот, так и женские Гвурот. Суть в том, что корона Хасадим безусловно остается в ЗА, а корону Гвурот берет Рахель.</w:t>
      </w:r>
    </w:p>
    <w:p>
      <w:pPr>
        <w:spacing w:before="40" w:after="120"/>
        <w:jc w:val="both"/>
      </w:pPr>
      <w:r>
        <w:rPr>
          <w:rFonts w:ascii="Georgia" w:hAnsi="Georgia"/>
          <w:b w:val="0"/>
          <w:i w:val="0"/>
          <w:color w:val="000000"/>
          <w:sz w:val="24"/>
        </w:rPr>
        <w:t xml:space="preserve">Мы уже поясняли в другом месте: поскольку женское начало берет только корону Гвуры, мудрецы сказали: </w:t>
      </w:r>
      <w:r>
        <w:rPr>
          <w:rFonts w:ascii="Georgia" w:hAnsi="Georgia"/>
          <w:b w:val="0"/>
          <w:i/>
          <w:color w:val="000000"/>
          <w:sz w:val="24"/>
        </w:rPr>
        <w:t>«Женский разум легковесен»</w:t>
      </w:r>
      <w:r>
        <w:rPr>
          <w:rFonts w:ascii="Georgia" w:hAnsi="Georgia"/>
          <w:b w:val="0"/>
          <w:i w:val="0"/>
          <w:color w:val="000000"/>
          <w:sz w:val="24"/>
        </w:rPr>
        <w:t xml:space="preserve"> (Шаббат 33б). Но если так, то и мужской разум был бы легковесен, коль скоро в нем есть лишь половина Даат, подобно ей — корона Хеседа! Однако корень короны Гвуры неизбежно остается в Даат мужского парцуфа. Более того: подобно тому как в шести концах (ВАК) мужского парцуфа распространяются пять Хасадим, точно так же распространяются там и пять Гвурот вместе с пятью Хасадим. Поэтому и те Гвурот, что остались в нем, называются мужскими. Когда же во время соударения (зивуга) они передаются от мужского парцуфа к женскому через Есод, они выходят непосредственно и открыто из устья Есода; там нет преграды, и сила света нисколько не ослабевает по сравнению с прежней, поэтому они зовутся мужскими. А те Гвурот, которые изначально вышли к женскому парцуфу для построения ее облика и распространились сперва в шести ее концах по подобию мужского начала, а затем передаются ею во время зивуга в виде капли МАН, — относятся к женским. Есть и другая причина: когда эти света Гвурот исходили от мужского парцуфа к ней, они проходили непосредственно сквозь тело ЗА с его обратной стороны; проходя же сквозь перегородку, свет неизбежно теряет силу, и свечение его уменьшается, почему эти света и были названы женскими. В этом заключается тайна часто приводимого изречения: </w:t>
      </w:r>
      <w:r>
        <w:rPr>
          <w:rFonts w:ascii="Georgia" w:hAnsi="Georgia"/>
          <w:b w:val="0"/>
          <w:i/>
          <w:color w:val="000000"/>
          <w:sz w:val="24"/>
        </w:rPr>
        <w:t>«Ослабела сила его, подобно женской»</w:t>
      </w:r>
      <w:r>
        <w:rPr>
          <w:rFonts w:ascii="Georgia" w:hAnsi="Georgia"/>
          <w:b w:val="0"/>
          <w:i w:val="0"/>
          <w:color w:val="000000"/>
          <w:sz w:val="24"/>
        </w:rPr>
        <w:t xml:space="preserve"> (Санхедрин 26б), ибо ослабление силы — признак женского начала. Иное дело, когда света первоначально распространились в мужском парцуфе: тогда они вышли открыто из устья Есод де-Твуна — духовного лона высшей Нуквы, облаченного внутрь мужского парцуфа. Оттуда они вышли в полной силе, открыто, без ослабления, сохраняя мощь в точности так, как изошли из моаха Аба, и потому именуются мужскими. Этот вопрос проясняется еще глубже, если учесть, что обе эти короны — Хесед и Гвура — суть две руки АА, как мы объясняли; и на том уровне они обе, несомненно, мужские. Лишь пока они распространяются в мужском начале, они зовутся мужскими, даже если передаются женскому началу во время зивуга; когда же они нисходят, чтобы распространиться в теле женского парцуфа, тогда именуются женскими. В этом заключается корень некоторых душ — таких как душа царя Давида, мир ему, и весь корень Каина, как сказано в своем месте. Такова и причина того, почему женщина зовется </w:t>
      </w:r>
      <w:r>
        <w:rPr>
          <w:rFonts w:ascii="Georgia" w:hAnsi="Georgia"/>
          <w:b w:val="0"/>
          <w:i/>
          <w:color w:val="000000"/>
          <w:sz w:val="24"/>
        </w:rPr>
        <w:t>некева</w:t>
      </w:r>
      <w:r>
        <w:rPr>
          <w:rFonts w:ascii="Georgia" w:hAnsi="Georgia"/>
          <w:b w:val="0"/>
          <w:i w:val="0"/>
          <w:color w:val="000000"/>
          <w:sz w:val="24"/>
        </w:rPr>
        <w:t>: как сказано в Идра Раба (Зоар III, 135б), высшая мера сокрушающего сияния (</w:t>
      </w:r>
      <w:r>
        <w:rPr>
          <w:rFonts w:ascii="Georgia" w:hAnsi="Georgia"/>
          <w:b w:val="0"/>
          <w:i/>
          <w:color w:val="000000"/>
          <w:sz w:val="24"/>
        </w:rPr>
        <w:t>буцина де-кардинута</w:t>
      </w:r>
      <w:r>
        <w:rPr>
          <w:rFonts w:ascii="Georgia" w:hAnsi="Georgia"/>
          <w:b w:val="0"/>
          <w:i w:val="0"/>
          <w:color w:val="000000"/>
          <w:sz w:val="24"/>
        </w:rPr>
        <w:t>) прошла и пробила отверстие (</w:t>
      </w:r>
      <w:r>
        <w:rPr>
          <w:rFonts w:ascii="Georgia" w:hAnsi="Georgia"/>
          <w:b w:val="0"/>
          <w:i/>
          <w:color w:val="000000"/>
          <w:sz w:val="24"/>
        </w:rPr>
        <w:t>некев</w:t>
      </w:r>
      <w:r>
        <w:rPr>
          <w:rFonts w:ascii="Georgia" w:hAnsi="Georgia"/>
          <w:b w:val="0"/>
          <w:i w:val="0"/>
          <w:color w:val="000000"/>
          <w:sz w:val="24"/>
        </w:rPr>
        <w:t xml:space="preserve">) в груди ЗА, выйдя наружу с его обратной стороны. Потому она и называется </w:t>
      </w:r>
      <w:r>
        <w:rPr>
          <w:rFonts w:ascii="Georgia" w:hAnsi="Georgia"/>
          <w:b w:val="0"/>
          <w:i/>
          <w:color w:val="000000"/>
          <w:sz w:val="24"/>
        </w:rPr>
        <w:t>некева</w:t>
      </w:r>
      <w:r>
        <w:rPr>
          <w:rFonts w:ascii="Georgia" w:hAnsi="Georgia"/>
          <w:b w:val="0"/>
          <w:i w:val="0"/>
          <w:color w:val="000000"/>
          <w:sz w:val="24"/>
        </w:rPr>
        <w:t xml:space="preserve">, что весь ее свет выходит через это отверстие. В этом смысл слова </w:t>
      </w:r>
      <w:r>
        <w:rPr>
          <w:rFonts w:ascii="Georgia" w:hAnsi="Georgia"/>
          <w:b w:val="0"/>
          <w:i/>
          <w:color w:val="000000"/>
          <w:sz w:val="24"/>
        </w:rPr>
        <w:t>некева</w:t>
      </w:r>
      <w:r>
        <w:rPr>
          <w:rFonts w:ascii="Georgia" w:hAnsi="Georgia"/>
          <w:b w:val="0"/>
          <w:i w:val="0"/>
          <w:color w:val="000000"/>
          <w:sz w:val="24"/>
        </w:rPr>
        <w:t xml:space="preserve"> (</w:t>
      </w:r>
      <w:r>
        <w:rPr>
          <w:rFonts w:ascii="Georgia" w:hAnsi="Georgia" w:cs="Times New Roman"/>
          <w:b/>
          <w:i w:val="0"/>
          <w:color w:val="000000"/>
          <w:sz w:val="24"/>
          <w:rtl/>
          <w:szCs w:val="32"/>
        </w:rPr>
        <w:t>נְקֵבָה</w:t>
      </w:r>
      <w:r>
        <w:rPr>
          <w:rFonts w:ascii="Georgia" w:hAnsi="Georgia"/>
          <w:b w:val="0"/>
          <w:i w:val="0"/>
          <w:color w:val="000000"/>
          <w:sz w:val="24"/>
        </w:rPr>
        <w:t>): отверстие буквы хэй (</w:t>
      </w:r>
      <w:r>
        <w:rPr>
          <w:rFonts w:ascii="Georgia" w:hAnsi="Georgia" w:cs="Times New Roman"/>
          <w:b/>
          <w:i w:val="0"/>
          <w:color w:val="000000"/>
          <w:sz w:val="24"/>
          <w:rtl/>
          <w:szCs w:val="32"/>
        </w:rPr>
        <w:t>נֶקֶב ה</w:t>
      </w:r>
      <w:r>
        <w:rPr>
          <w:rFonts w:ascii="Georgia" w:hAnsi="Georgia"/>
          <w:b w:val="0"/>
          <w:i w:val="0"/>
          <w:color w:val="000000"/>
          <w:sz w:val="24"/>
        </w:rPr>
        <w:t>), так как Малхут — нижняя буква хэй — получает весь свой свет через этот проход.</w:t>
      </w:r>
    </w:p>
    <w:p>
      <w:pPr>
        <w:spacing w:before="40" w:after="120"/>
        <w:jc w:val="both"/>
      </w:pPr>
      <w:r>
        <w:rPr>
          <w:rFonts w:ascii="Georgia" w:hAnsi="Georgia"/>
          <w:b w:val="0"/>
          <w:i w:val="0"/>
          <w:color w:val="000000"/>
          <w:sz w:val="24"/>
        </w:rPr>
        <w:t>Женский парцуф де-ЗА проходит семь периодов времени, пока не станет способным к соударению (зивугу) и не обратится с ним паним бе-паним. Существует и другое разделение, которое будет изложено в ином месте с Б-жьей помощью. Вот эти ступени:</w:t>
      </w:r>
    </w:p>
    <w:p>
      <w:pPr>
        <w:pStyle w:val="ListNumber"/>
        <w:spacing w:before="20" w:after="40"/>
      </w:pPr>
      <w:r>
        <w:rPr>
          <w:rFonts w:ascii="Georgia" w:hAnsi="Georgia"/>
          <w:b w:val="0"/>
          <w:i w:val="0"/>
          <w:color w:val="000000"/>
          <w:sz w:val="24"/>
        </w:rPr>
        <w:t>До исправления, когда она была лишь малой точкой.</w:t>
      </w:r>
    </w:p>
    <w:p>
      <w:pPr>
        <w:pStyle w:val="ListNumber"/>
        <w:spacing w:before="20" w:after="40"/>
      </w:pPr>
      <w:r>
        <w:rPr>
          <w:rFonts w:ascii="Georgia" w:hAnsi="Georgia"/>
          <w:b w:val="0"/>
          <w:i w:val="0"/>
          <w:color w:val="000000"/>
          <w:sz w:val="24"/>
        </w:rPr>
        <w:t>При первом зачатии (ибуре) мира Исправления, когда она именовалась «шагом вовне» (</w:t>
      </w:r>
      <w:r>
        <w:rPr>
          <w:rFonts w:ascii="Georgia" w:hAnsi="Georgia"/>
          <w:b w:val="0"/>
          <w:i/>
          <w:color w:val="000000"/>
          <w:sz w:val="24"/>
        </w:rPr>
        <w:t>псия ле-вар</w:t>
      </w:r>
      <w:r>
        <w:rPr>
          <w:rFonts w:ascii="Georgia" w:hAnsi="Georgia"/>
          <w:b w:val="0"/>
          <w:i w:val="0"/>
          <w:color w:val="000000"/>
          <w:sz w:val="24"/>
        </w:rPr>
        <w:t>). 3. В период грудного вскармливания (еника), когда она именуется «нижней буквой хэй» и «ребром».</w:t>
      </w:r>
    </w:p>
    <w:p>
      <w:pPr>
        <w:pStyle w:val="ListNumber"/>
        <w:spacing w:before="20" w:after="40"/>
      </w:pPr>
      <w:r>
        <w:rPr>
          <w:rFonts w:ascii="Georgia" w:hAnsi="Georgia"/>
          <w:b w:val="0"/>
          <w:i w:val="0"/>
          <w:color w:val="000000"/>
          <w:sz w:val="24"/>
        </w:rPr>
        <w:t>Далее — вплоть до достижения двенадцати лет и одного дня; на протяжении этого периода она именуется «малой» (</w:t>
      </w:r>
      <w:r>
        <w:rPr>
          <w:rFonts w:ascii="Georgia" w:hAnsi="Georgia"/>
          <w:b w:val="0"/>
          <w:i/>
          <w:color w:val="000000"/>
          <w:sz w:val="24"/>
        </w:rPr>
        <w:t>ктанна</w:t>
      </w:r>
      <w:r>
        <w:rPr>
          <w:rFonts w:ascii="Georgia" w:hAnsi="Georgia"/>
          <w:b w:val="0"/>
          <w:i w:val="0"/>
          <w:color w:val="000000"/>
          <w:sz w:val="24"/>
        </w:rPr>
        <w:t>), а также «Хавой, женой Адама».</w:t>
      </w:r>
    </w:p>
    <w:p>
      <w:pPr>
        <w:pStyle w:val="ListNumber"/>
        <w:spacing w:before="20" w:after="40"/>
      </w:pPr>
      <w:r>
        <w:rPr>
          <w:rFonts w:ascii="Georgia" w:hAnsi="Georgia"/>
          <w:b w:val="0"/>
          <w:i w:val="0"/>
          <w:color w:val="000000"/>
          <w:sz w:val="24"/>
        </w:rPr>
        <w:t>По истечении двенадцати лет и одного дня, когда все мохин взрослого состояния завершают вход в нее; тогда она именуется «отроком» (</w:t>
      </w:r>
      <w:r>
        <w:rPr>
          <w:rFonts w:ascii="Georgia" w:hAnsi="Georgia"/>
          <w:b w:val="0"/>
          <w:i/>
          <w:color w:val="000000"/>
          <w:sz w:val="24"/>
        </w:rPr>
        <w:t>наар</w:t>
      </w:r>
      <w:r>
        <w:rPr>
          <w:rFonts w:ascii="Georgia" w:hAnsi="Georgia"/>
          <w:b w:val="0"/>
          <w:i w:val="0"/>
          <w:color w:val="000000"/>
          <w:sz w:val="24"/>
        </w:rPr>
        <w:t xml:space="preserve">, </w:t>
      </w:r>
      <w:r>
        <w:rPr>
          <w:rFonts w:ascii="Georgia" w:hAnsi="Georgia" w:cs="Times New Roman"/>
          <w:b/>
          <w:i w:val="0"/>
          <w:color w:val="000000"/>
          <w:sz w:val="24"/>
          <w:rtl/>
          <w:szCs w:val="32"/>
        </w:rPr>
        <w:t>נַעַר</w:t>
      </w:r>
      <w:r>
        <w:rPr>
          <w:rFonts w:ascii="Georgia" w:hAnsi="Georgia"/>
          <w:b w:val="0"/>
          <w:i w:val="0"/>
          <w:color w:val="000000"/>
          <w:sz w:val="24"/>
        </w:rPr>
        <w:t>), без буквы хэй.</w:t>
      </w:r>
    </w:p>
    <w:p>
      <w:pPr>
        <w:pStyle w:val="ListNumber"/>
        <w:spacing w:before="20" w:after="40"/>
      </w:pPr>
      <w:r>
        <w:rPr>
          <w:rFonts w:ascii="Georgia" w:hAnsi="Georgia"/>
          <w:b w:val="0"/>
          <w:i w:val="0"/>
          <w:color w:val="000000"/>
          <w:sz w:val="24"/>
        </w:rPr>
        <w:t>Во время разделения (несиры), когда она именуется «девицей» (</w:t>
      </w:r>
      <w:r>
        <w:rPr>
          <w:rFonts w:ascii="Georgia" w:hAnsi="Georgia"/>
          <w:b w:val="0"/>
          <w:i/>
          <w:color w:val="000000"/>
          <w:sz w:val="24"/>
        </w:rPr>
        <w:t>наара</w:t>
      </w:r>
      <w:r>
        <w:rPr>
          <w:rFonts w:ascii="Georgia" w:hAnsi="Georgia"/>
          <w:b w:val="0"/>
          <w:i w:val="0"/>
          <w:color w:val="000000"/>
          <w:sz w:val="24"/>
        </w:rPr>
        <w:t xml:space="preserve">, </w:t>
      </w:r>
      <w:r>
        <w:rPr>
          <w:rFonts w:ascii="Georgia" w:hAnsi="Georgia" w:cs="Times New Roman"/>
          <w:b/>
          <w:i w:val="0"/>
          <w:color w:val="000000"/>
          <w:sz w:val="24"/>
          <w:rtl/>
          <w:szCs w:val="32"/>
        </w:rPr>
        <w:t>נַעֲרָה</w:t>
      </w:r>
      <w:r>
        <w:rPr>
          <w:rFonts w:ascii="Georgia" w:hAnsi="Georgia"/>
          <w:b w:val="0"/>
          <w:i w:val="0"/>
          <w:color w:val="000000"/>
          <w:sz w:val="24"/>
        </w:rPr>
        <w:t>), с буквой хэй.</w:t>
      </w:r>
    </w:p>
    <w:p>
      <w:pPr>
        <w:pStyle w:val="ListNumber"/>
        <w:spacing w:before="20" w:after="40"/>
      </w:pPr>
      <w:r>
        <w:rPr>
          <w:rFonts w:ascii="Georgia" w:hAnsi="Georgia"/>
          <w:b w:val="0"/>
          <w:i w:val="0"/>
          <w:color w:val="000000"/>
          <w:sz w:val="24"/>
        </w:rPr>
        <w:t>Когда она возвращается с ним лицом к лицу для зивуга, именуясь «взрослой» (</w:t>
      </w:r>
      <w:r>
        <w:rPr>
          <w:rFonts w:ascii="Georgia" w:hAnsi="Georgia"/>
          <w:b w:val="0"/>
          <w:i/>
          <w:color w:val="000000"/>
          <w:sz w:val="24"/>
        </w:rPr>
        <w:t>богерет</w:t>
      </w:r>
      <w:r>
        <w:rPr>
          <w:rFonts w:ascii="Georgia" w:hAnsi="Georgia"/>
          <w:b w:val="0"/>
          <w:i w:val="0"/>
          <w:color w:val="000000"/>
          <w:sz w:val="24"/>
        </w:rPr>
        <w:t>).</w:t>
      </w:r>
    </w:p>
    <w:p>
      <w:pPr>
        <w:spacing w:before="40" w:after="120"/>
        <w:jc w:val="both"/>
      </w:pPr>
      <w:r>
        <w:rPr>
          <w:rFonts w:ascii="Georgia" w:hAnsi="Georgia"/>
          <w:b w:val="0"/>
          <w:i w:val="0"/>
          <w:color w:val="000000"/>
          <w:sz w:val="24"/>
        </w:rPr>
        <w:t>Эти семь периодов в своей совокупности сводятся к пяти последним, когда она и начала именоваться женским началом (</w:t>
      </w:r>
      <w:r>
        <w:rPr>
          <w:rFonts w:ascii="Georgia" w:hAnsi="Georgia"/>
          <w:b w:val="0"/>
          <w:i/>
          <w:color w:val="000000"/>
          <w:sz w:val="24"/>
        </w:rPr>
        <w:t>некева</w:t>
      </w:r>
      <w:r>
        <w:rPr>
          <w:rFonts w:ascii="Georgia" w:hAnsi="Georgia"/>
          <w:b w:val="0"/>
          <w:i w:val="0"/>
          <w:color w:val="000000"/>
          <w:sz w:val="24"/>
        </w:rPr>
        <w:t xml:space="preserve">); а те сводятся к четырем ступеням, поскольку пятая и шестая по сути едины. Эти четыре ступени намекаются четырьмя буквами слова </w:t>
      </w:r>
      <w:r>
        <w:rPr>
          <w:rFonts w:ascii="Georgia" w:hAnsi="Georgia"/>
          <w:b w:val="0"/>
          <w:i/>
          <w:color w:val="000000"/>
          <w:sz w:val="24"/>
        </w:rPr>
        <w:t>некева</w:t>
      </w:r>
      <w:r>
        <w:rPr>
          <w:rFonts w:ascii="Georgia" w:hAnsi="Georgia"/>
          <w:b w:val="0"/>
          <w:i w:val="0"/>
          <w:color w:val="000000"/>
          <w:sz w:val="24"/>
        </w:rPr>
        <w:t xml:space="preserve"> (</w:t>
      </w:r>
      <w:r>
        <w:rPr>
          <w:rFonts w:ascii="Georgia" w:hAnsi="Georgia" w:cs="Times New Roman"/>
          <w:b/>
          <w:i w:val="0"/>
          <w:color w:val="000000"/>
          <w:sz w:val="24"/>
          <w:rtl/>
          <w:szCs w:val="32"/>
        </w:rPr>
        <w:t>נקב״ה</w:t>
      </w:r>
      <w:r>
        <w:rPr>
          <w:rFonts w:ascii="Georgia" w:hAnsi="Georgia"/>
          <w:b w:val="0"/>
          <w:i w:val="0"/>
          <w:color w:val="000000"/>
          <w:sz w:val="24"/>
        </w:rPr>
        <w:t>), хотя и не по порядку букв: девица (</w:t>
      </w:r>
      <w:r>
        <w:rPr>
          <w:rFonts w:ascii="Georgia" w:hAnsi="Georgia"/>
          <w:b w:val="0"/>
          <w:i/>
          <w:color w:val="000000"/>
          <w:sz w:val="24"/>
        </w:rPr>
        <w:t>наара</w:t>
      </w:r>
      <w:r>
        <w:rPr>
          <w:rFonts w:ascii="Georgia" w:hAnsi="Georgia"/>
          <w:b w:val="0"/>
          <w:i w:val="0"/>
          <w:color w:val="000000"/>
          <w:sz w:val="24"/>
        </w:rPr>
        <w:t xml:space="preserve">, </w:t>
      </w:r>
      <w:r>
        <w:rPr>
          <w:rFonts w:ascii="Georgia" w:hAnsi="Georgia" w:cs="Times New Roman"/>
          <w:b/>
          <w:i w:val="0"/>
          <w:color w:val="000000"/>
          <w:sz w:val="24"/>
          <w:rtl/>
          <w:szCs w:val="32"/>
        </w:rPr>
        <w:t>נַעֲרָה</w:t>
      </w:r>
      <w:r>
        <w:rPr>
          <w:rFonts w:ascii="Georgia" w:hAnsi="Georgia"/>
          <w:b w:val="0"/>
          <w:i w:val="0"/>
          <w:color w:val="000000"/>
          <w:sz w:val="24"/>
        </w:rPr>
        <w:t xml:space="preserve"> — буква нун, </w:t>
      </w:r>
      <w:r>
        <w:rPr>
          <w:rFonts w:ascii="Georgia" w:hAnsi="Georgia" w:cs="Times New Roman"/>
          <w:b/>
          <w:i w:val="0"/>
          <w:color w:val="000000"/>
          <w:sz w:val="24"/>
          <w:rtl/>
          <w:szCs w:val="32"/>
        </w:rPr>
        <w:t>נ</w:t>
      </w:r>
      <w:r>
        <w:rPr>
          <w:rFonts w:ascii="Georgia" w:hAnsi="Georgia"/>
          <w:b w:val="0"/>
          <w:i w:val="0"/>
          <w:color w:val="000000"/>
          <w:sz w:val="24"/>
        </w:rPr>
        <w:t>), малая (</w:t>
      </w:r>
      <w:r>
        <w:rPr>
          <w:rFonts w:ascii="Georgia" w:hAnsi="Georgia"/>
          <w:b w:val="0"/>
          <w:i/>
          <w:color w:val="000000"/>
          <w:sz w:val="24"/>
        </w:rPr>
        <w:t>ктанна</w:t>
      </w:r>
      <w:r>
        <w:rPr>
          <w:rFonts w:ascii="Georgia" w:hAnsi="Georgia"/>
          <w:b w:val="0"/>
          <w:i w:val="0"/>
          <w:color w:val="000000"/>
          <w:sz w:val="24"/>
        </w:rPr>
        <w:t xml:space="preserve">, </w:t>
      </w:r>
      <w:r>
        <w:rPr>
          <w:rFonts w:ascii="Georgia" w:hAnsi="Georgia" w:cs="Times New Roman"/>
          <w:b/>
          <w:i w:val="0"/>
          <w:color w:val="000000"/>
          <w:sz w:val="24"/>
          <w:rtl/>
          <w:szCs w:val="32"/>
        </w:rPr>
        <w:t>קְטַנָּה</w:t>
      </w:r>
      <w:r>
        <w:rPr>
          <w:rFonts w:ascii="Georgia" w:hAnsi="Georgia"/>
          <w:b w:val="0"/>
          <w:i w:val="0"/>
          <w:color w:val="000000"/>
          <w:sz w:val="24"/>
        </w:rPr>
        <w:t xml:space="preserve"> — буква куф, </w:t>
      </w:r>
      <w:r>
        <w:rPr>
          <w:rFonts w:ascii="Georgia" w:hAnsi="Georgia" w:cs="Times New Roman"/>
          <w:b/>
          <w:i w:val="0"/>
          <w:color w:val="000000"/>
          <w:sz w:val="24"/>
          <w:rtl/>
          <w:szCs w:val="32"/>
        </w:rPr>
        <w:t>ק</w:t>
      </w:r>
      <w:r>
        <w:rPr>
          <w:rFonts w:ascii="Georgia" w:hAnsi="Georgia"/>
          <w:b w:val="0"/>
          <w:i w:val="0"/>
          <w:color w:val="000000"/>
          <w:sz w:val="24"/>
        </w:rPr>
        <w:t>), взрослая (</w:t>
      </w:r>
      <w:r>
        <w:rPr>
          <w:rFonts w:ascii="Georgia" w:hAnsi="Georgia"/>
          <w:b w:val="0"/>
          <w:i/>
          <w:color w:val="000000"/>
          <w:sz w:val="24"/>
        </w:rPr>
        <w:t>богерет</w:t>
      </w:r>
      <w:r>
        <w:rPr>
          <w:rFonts w:ascii="Georgia" w:hAnsi="Georgia"/>
          <w:b w:val="0"/>
          <w:i w:val="0"/>
          <w:color w:val="000000"/>
          <w:sz w:val="24"/>
        </w:rPr>
        <w:t xml:space="preserve">, </w:t>
      </w:r>
      <w:r>
        <w:rPr>
          <w:rFonts w:ascii="Georgia" w:hAnsi="Georgia" w:cs="Times New Roman"/>
          <w:b/>
          <w:i w:val="0"/>
          <w:color w:val="000000"/>
          <w:sz w:val="24"/>
          <w:rtl/>
          <w:szCs w:val="32"/>
        </w:rPr>
        <w:t>בּוֹגֶרֶת</w:t>
      </w:r>
      <w:r>
        <w:rPr>
          <w:rFonts w:ascii="Georgia" w:hAnsi="Georgia"/>
          <w:b w:val="0"/>
          <w:i w:val="0"/>
          <w:color w:val="000000"/>
          <w:sz w:val="24"/>
        </w:rPr>
        <w:t xml:space="preserve"> — буква бэт, </w:t>
      </w:r>
      <w:r>
        <w:rPr>
          <w:rFonts w:ascii="Georgia" w:hAnsi="Georgia" w:cs="Times New Roman"/>
          <w:b/>
          <w:i w:val="0"/>
          <w:color w:val="000000"/>
          <w:sz w:val="24"/>
          <w:rtl/>
          <w:szCs w:val="32"/>
        </w:rPr>
        <w:t>ב</w:t>
      </w:r>
      <w:r>
        <w:rPr>
          <w:rFonts w:ascii="Georgia" w:hAnsi="Georgia"/>
          <w:b w:val="0"/>
          <w:i w:val="0"/>
          <w:color w:val="000000"/>
          <w:sz w:val="24"/>
        </w:rPr>
        <w:t>) и нижняя буква хэй (</w:t>
      </w:r>
      <w:r>
        <w:rPr>
          <w:rFonts w:ascii="Georgia" w:hAnsi="Georgia"/>
          <w:b w:val="0"/>
          <w:i/>
          <w:color w:val="000000"/>
          <w:sz w:val="24"/>
        </w:rPr>
        <w:t>хэй татаа</w:t>
      </w:r>
      <w:r>
        <w:rPr>
          <w:rFonts w:ascii="Georgia" w:hAnsi="Georgia"/>
          <w:b w:val="0"/>
          <w:i w:val="0"/>
          <w:color w:val="000000"/>
          <w:sz w:val="24"/>
        </w:rPr>
        <w:t xml:space="preserve">, </w:t>
      </w:r>
      <w:r>
        <w:rPr>
          <w:rFonts w:ascii="Georgia" w:hAnsi="Georgia" w:cs="Times New Roman"/>
          <w:b/>
          <w:i w:val="0"/>
          <w:color w:val="000000"/>
          <w:sz w:val="24"/>
          <w:rtl/>
          <w:szCs w:val="32"/>
        </w:rPr>
        <w:t>ה׳ תַּתָּאָה</w:t>
      </w:r>
      <w:r>
        <w:rPr>
          <w:rFonts w:ascii="Georgia" w:hAnsi="Georgia"/>
          <w:b w:val="0"/>
          <w:i w:val="0"/>
          <w:color w:val="000000"/>
          <w:sz w:val="24"/>
        </w:rPr>
        <w:t xml:space="preserve"> — буква хэй, </w:t>
      </w:r>
      <w:r>
        <w:rPr>
          <w:rFonts w:ascii="Georgia" w:hAnsi="Georgia" w:cs="Times New Roman"/>
          <w:b/>
          <w:i w:val="0"/>
          <w:color w:val="000000"/>
          <w:sz w:val="24"/>
          <w:rtl/>
          <w:szCs w:val="32"/>
        </w:rPr>
        <w:t>ה</w:t>
      </w:r>
      <w:r>
        <w:rPr>
          <w:rFonts w:ascii="Georgia" w:hAnsi="Georgia"/>
          <w:b w:val="0"/>
          <w:i w:val="0"/>
          <w:color w:val="000000"/>
          <w:sz w:val="24"/>
        </w:rPr>
        <w:t xml:space="preserve">). Поэтому четыре данных периода зашифрованы в виде нотарикона слова </w:t>
      </w:r>
      <w:r>
        <w:rPr>
          <w:rFonts w:ascii="Georgia" w:hAnsi="Georgia"/>
          <w:b w:val="0"/>
          <w:i/>
          <w:color w:val="000000"/>
          <w:sz w:val="24"/>
        </w:rPr>
        <w:t>некева</w:t>
      </w:r>
      <w:r>
        <w:rPr>
          <w:rFonts w:ascii="Georgia" w:hAnsi="Georgia"/>
          <w:b w:val="0"/>
          <w:i w:val="0"/>
          <w:color w:val="000000"/>
          <w:sz w:val="24"/>
        </w:rPr>
        <w:t xml:space="preserve"> (</w:t>
      </w:r>
      <w:r>
        <w:rPr>
          <w:rFonts w:ascii="Georgia" w:hAnsi="Georgia" w:cs="Times New Roman"/>
          <w:b/>
          <w:i w:val="0"/>
          <w:color w:val="000000"/>
          <w:sz w:val="24"/>
          <w:rtl/>
          <w:szCs w:val="32"/>
        </w:rPr>
        <w:t>נקב״ה</w:t>
      </w:r>
      <w:r>
        <w:rPr>
          <w:rFonts w:ascii="Georgia" w:hAnsi="Georgia"/>
          <w:b w:val="0"/>
          <w:i w:val="0"/>
          <w:color w:val="000000"/>
          <w:sz w:val="24"/>
        </w:rPr>
        <w:t>). Прежде всего тебе следует знать, что аспект Малхут всегда располагается на средней линии ЗА с его обратной стороны. Причина в том, что из сфирот НЕХИ де-Има, распространяющихся внутри ЗА, Нецах и Ход закрыты, и лишь ее Есод, распространяющийся по средней линии ЗА, служит открытым проходом, через который раскрываются света внутри ЗА. Поэтому Малхут стоит исключительно против окончания Есода де-Има, находящегося на средней линии; и на всем протяжении средней линии ЗА у Малхут есть укоренение.</w:t>
      </w:r>
    </w:p>
    <w:p>
      <w:pPr>
        <w:spacing w:before="40" w:after="120"/>
        <w:jc w:val="both"/>
      </w:pPr>
      <w:r>
        <w:rPr>
          <w:rFonts w:ascii="Georgia" w:hAnsi="Georgia"/>
          <w:b w:val="0"/>
          <w:i w:val="0"/>
          <w:color w:val="000000"/>
          <w:sz w:val="24"/>
        </w:rPr>
        <w:t xml:space="preserve">В этом кроется смысл принципа: </w:t>
      </w:r>
      <w:r>
        <w:rPr>
          <w:rFonts w:ascii="Georgia" w:hAnsi="Georgia"/>
          <w:b w:val="0"/>
          <w:i/>
          <w:color w:val="000000"/>
          <w:sz w:val="24"/>
        </w:rPr>
        <w:t>«Жена поднимается с ним, но не опускается с ним»</w:t>
      </w:r>
      <w:r>
        <w:rPr>
          <w:rFonts w:ascii="Georgia" w:hAnsi="Georgia"/>
          <w:b w:val="0"/>
          <w:i w:val="0"/>
          <w:color w:val="000000"/>
          <w:sz w:val="24"/>
        </w:rPr>
        <w:t xml:space="preserve"> (Ктубот 61а). В зависимости от смены периодов ее положение на средней линии меняется, однако ее корни навсегда остаются пребывать там, согласно правилу: ничто в святости не искореняется бесследно. Поэтому не удивляйся множеству различных состояний Малхут. Вначале ее место было в венце (атере) под Есодом — там намечена Малхут; затем она выросла, поднялась оттуда и встала на уровень его Тиферет, как во время утренней молитвы (Шахарит); затем она окончательно исправляется и обращается с ним лицом к лицу. Но от этого ее прежние корни не исчезают, оставаясь нерушимыми навечно. В этом и состоит суть правила: </w:t>
      </w:r>
      <w:r>
        <w:rPr>
          <w:rFonts w:ascii="Georgia" w:hAnsi="Georgia"/>
          <w:b w:val="0"/>
          <w:i/>
          <w:color w:val="000000"/>
          <w:sz w:val="24"/>
        </w:rPr>
        <w:t>«Жена поднимается с ним, но не опускается с ним»</w:t>
      </w:r>
      <w:r>
        <w:rPr>
          <w:rFonts w:ascii="Georgia" w:hAnsi="Georgia"/>
          <w:b w:val="0"/>
          <w:i w:val="0"/>
          <w:color w:val="000000"/>
          <w:sz w:val="24"/>
        </w:rPr>
        <w:t>, ведь при каждом подъеме и росте ЗА она росла вместе с ним, и ее корни сохраняются в нем. Также и наверху, с обратной стороны Даат де-ЗА, у нее есть корень, из которого формируется Лея; в этом корень происхождения Леи оттуда, и помни это правило. Более того, с каждой без исключения сфирой из сфирот ЗА она имеет общее укоренение, ибо во время зачатия (ибура), когда она находилась вместе с ЗА, она соединилась с каждой его сфирой и оставила свой след в каждой из них. В этом тайна сказанного в «Тиккуним» и в Зоаре (Ваикра 86а): она есть полнота каждой сфиры. Поэтому не смущайся тем, именуется ли Малхут венцом Есода или же представляет собой самостоятельный женский парцуф. И теперь мы начнем разъяснять все аспекты женского начала.</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Первая стадия (бхина алеф). Изначально, до Исправления, Зеир Анпин (ЗА) пребывал в виде шести точек, отделенных друг от друга, и назывался «общественным владением» (</w:t>
      </w:r>
      <w:r>
        <w:rPr>
          <w:rFonts w:ascii="Georgia" w:hAnsi="Georgia"/>
          <w:b w:val="0"/>
          <w:i/>
          <w:color w:val="000000"/>
          <w:sz w:val="24"/>
        </w:rPr>
        <w:t>ршут а-рабим</w:t>
      </w:r>
      <w:r>
        <w:rPr>
          <w:rFonts w:ascii="Georgia" w:hAnsi="Georgia"/>
          <w:b w:val="0"/>
          <w:i w:val="0"/>
          <w:color w:val="000000"/>
          <w:sz w:val="24"/>
        </w:rPr>
        <w:t xml:space="preserve">, </w:t>
      </w:r>
      <w:r>
        <w:rPr>
          <w:rFonts w:ascii="Georgia" w:hAnsi="Georgia" w:cs="Times New Roman"/>
          <w:b/>
          <w:i w:val="0"/>
          <w:color w:val="000000"/>
          <w:sz w:val="24"/>
          <w:rtl/>
          <w:szCs w:val="32"/>
        </w:rPr>
        <w:t>רה״ר</w:t>
      </w:r>
      <w:r>
        <w:rPr>
          <w:rFonts w:ascii="Georgia" w:hAnsi="Georgia"/>
          <w:b w:val="0"/>
          <w:i w:val="0"/>
          <w:color w:val="000000"/>
          <w:sz w:val="24"/>
        </w:rPr>
        <w:t>), как упомянуто в соответствующем месте. Он назывался буквой вав (</w:t>
      </w:r>
      <w:r>
        <w:rPr>
          <w:rFonts w:ascii="Georgia" w:hAnsi="Georgia" w:cs="Times New Roman"/>
          <w:b/>
          <w:i w:val="0"/>
          <w:color w:val="000000"/>
          <w:sz w:val="24"/>
          <w:rtl/>
          <w:szCs w:val="32"/>
        </w:rPr>
        <w:t>ו</w:t>
      </w:r>
      <w:r>
        <w:rPr>
          <w:rFonts w:ascii="Georgia" w:hAnsi="Georgia"/>
          <w:b w:val="0"/>
          <w:i w:val="0"/>
          <w:color w:val="000000"/>
          <w:sz w:val="24"/>
        </w:rPr>
        <w:t>) Имени АВАЯ (</w:t>
      </w:r>
      <w:r>
        <w:rPr>
          <w:rFonts w:ascii="Georgia" w:hAnsi="Georgia" w:cs="Times New Roman"/>
          <w:b/>
          <w:i w:val="0"/>
          <w:color w:val="000000"/>
          <w:sz w:val="24"/>
          <w:rtl/>
          <w:szCs w:val="32"/>
        </w:rPr>
        <w:t>יהוה</w:t>
      </w:r>
      <w:r>
        <w:rPr>
          <w:rFonts w:ascii="Georgia" w:hAnsi="Georgia"/>
          <w:b w:val="0"/>
          <w:i w:val="0"/>
          <w:color w:val="000000"/>
          <w:sz w:val="24"/>
        </w:rPr>
        <w:t>), по числу шести точек, которые тогда в нем были. Малхут же тогда тоже была одной точкой, седьмой по отношению к нему, и находилась ниже Есод де-ЗА, в свойстве его венца (</w:t>
      </w:r>
      <w:r>
        <w:rPr>
          <w:rFonts w:ascii="Georgia" w:hAnsi="Georgia"/>
          <w:b w:val="0"/>
          <w:i/>
          <w:color w:val="000000"/>
          <w:sz w:val="24"/>
        </w:rPr>
        <w:t>атара</w:t>
      </w:r>
      <w:r>
        <w:rPr>
          <w:rFonts w:ascii="Georgia" w:hAnsi="Georgia"/>
          <w:b w:val="0"/>
          <w:i w:val="0"/>
          <w:color w:val="000000"/>
          <w:sz w:val="24"/>
        </w:rPr>
        <w:t xml:space="preserve">). Поэтому у мужского начала тогда еще не было женского, и это уже разъяснялось в четвертой стадии чтения «Шма», см. корень этих понятий там. Величина этой атары в Есоде составляла треть меры самого Есода, и в этом смысл стиха: </w:t>
      </w:r>
      <w:r>
        <w:rPr>
          <w:rFonts w:ascii="Georgia" w:hAnsi="Georgia"/>
          <w:b w:val="0"/>
          <w:i/>
          <w:color w:val="000000"/>
          <w:sz w:val="24"/>
        </w:rPr>
        <w:t>«…и вместил в треть [меры] прах земли»</w:t>
      </w:r>
      <w:r>
        <w:rPr>
          <w:rFonts w:ascii="Georgia" w:hAnsi="Georgia"/>
          <w:b w:val="0"/>
          <w:i w:val="0"/>
          <w:color w:val="000000"/>
          <w:sz w:val="24"/>
        </w:rPr>
        <w:t xml:space="preserve"> (Йешаяу 40:12). Ведь мера «земли», то есть Малхут, равнялась тогда мере атары, называемой третью меры Есода, и потому она называлась атарой.</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Вторая стадия (бхина бэт) пришлась на время первого ибура ЗА внутри Бины. Тогда к ЗА добавилось исправление: шесть его точек, которые прежде, до Исправления, были разделены, теперь включились три в три, поскольку НЕХИ облачили ХАГАТ. В результате Хесед оказался внутри Нецаха, Гвура — внутри Хода, а Тиферет — внутри Есода. Точка Малхут, находившаяся прежде под Есодом, как сказано выше, также поднялась туда вместе с Есодом. Когда же Есод поднялся, включил в себя Тиферет и облачил его, для Малхут не нашлось места, чтобы включиться в него, и у нее не было пары. И точно так же, как этот ибур был необходим для исправления ЗА, он требовался и для ее исправления. Произошло это следующим образом: ее точка тоже поднялась и облачила Есод. Благодаря этому подъему Малхут включилась и во все шесть концов (ВАК), ведь, включая в себя среднюю линию, она включает и две другие линии. Благодаря этому ибуру она, находясь на средней линии, включилась во все [сфирот], и всё стало свойством «частного владения» (</w:t>
      </w:r>
      <w:r>
        <w:rPr>
          <w:rFonts w:ascii="Georgia" w:hAnsi="Georgia"/>
          <w:b w:val="0"/>
          <w:i/>
          <w:color w:val="000000"/>
          <w:sz w:val="24"/>
        </w:rPr>
        <w:t>ршут а-яхид</w:t>
      </w:r>
      <w:r>
        <w:rPr>
          <w:rFonts w:ascii="Georgia" w:hAnsi="Georgia"/>
          <w:b w:val="0"/>
          <w:i w:val="0"/>
          <w:color w:val="000000"/>
          <w:sz w:val="24"/>
        </w:rPr>
        <w:t xml:space="preserve">, </w:t>
      </w:r>
      <w:r>
        <w:rPr>
          <w:rFonts w:ascii="Georgia" w:hAnsi="Georgia" w:cs="Times New Roman"/>
          <w:b/>
          <w:i w:val="0"/>
          <w:color w:val="000000"/>
          <w:sz w:val="24"/>
          <w:rtl/>
          <w:szCs w:val="32"/>
        </w:rPr>
        <w:t>רה״י</w:t>
      </w:r>
      <w:r>
        <w:rPr>
          <w:rFonts w:ascii="Georgia" w:hAnsi="Georgia"/>
          <w:b w:val="0"/>
          <w:i w:val="0"/>
          <w:color w:val="000000"/>
          <w:sz w:val="24"/>
        </w:rPr>
        <w:t>).</w:t>
      </w:r>
    </w:p>
    <w:p>
      <w:pPr>
        <w:spacing w:before="40" w:after="120"/>
        <w:jc w:val="both"/>
      </w:pPr>
      <w:r>
        <w:rPr>
          <w:rFonts w:ascii="Georgia" w:hAnsi="Georgia"/>
          <w:b w:val="0"/>
          <w:i w:val="0"/>
          <w:color w:val="000000"/>
          <w:sz w:val="24"/>
        </w:rPr>
        <w:t>Таким образом, точка Малхут облачила Есод в виде атары, а Есод облачил Тиферет, и тогда она называлась «шагом наружу» (</w:t>
      </w:r>
      <w:r>
        <w:rPr>
          <w:rFonts w:ascii="Georgia" w:hAnsi="Georgia"/>
          <w:b w:val="0"/>
          <w:i/>
          <w:color w:val="000000"/>
          <w:sz w:val="24"/>
        </w:rPr>
        <w:t>псиа ле-вар</w:t>
      </w:r>
      <w:r>
        <w:rPr>
          <w:rFonts w:ascii="Georgia" w:hAnsi="Georgia"/>
          <w:b w:val="0"/>
          <w:i w:val="0"/>
          <w:color w:val="000000"/>
          <w:sz w:val="24"/>
        </w:rPr>
        <w:t xml:space="preserve">). Об этом сказано в разделе «Балак» (лист 203а): </w:t>
      </w:r>
      <w:r>
        <w:rPr>
          <w:rFonts w:ascii="Georgia" w:hAnsi="Georgia"/>
          <w:b w:val="0"/>
          <w:i/>
          <w:color w:val="000000"/>
          <w:sz w:val="24"/>
        </w:rPr>
        <w:t>«…смотрю на него, но не близко…»</w:t>
      </w:r>
      <w:r>
        <w:rPr>
          <w:rFonts w:ascii="Georgia" w:hAnsi="Georgia"/>
          <w:b w:val="0"/>
          <w:i w:val="0"/>
          <w:color w:val="000000"/>
          <w:sz w:val="24"/>
        </w:rPr>
        <w:t xml:space="preserve"> (Бемидбар 24:17) — «пока он находился во чреве Матери, выставил шаг наружу…» и так далее. Слово </w:t>
      </w:r>
      <w:r>
        <w:rPr>
          <w:rFonts w:ascii="Georgia" w:hAnsi="Georgia"/>
          <w:b w:val="0"/>
          <w:i/>
          <w:color w:val="000000"/>
          <w:sz w:val="24"/>
        </w:rPr>
        <w:t>ашурену</w:t>
      </w:r>
      <w:r>
        <w:rPr>
          <w:rFonts w:ascii="Georgia" w:hAnsi="Georgia"/>
          <w:b w:val="0"/>
          <w:i w:val="0"/>
          <w:color w:val="000000"/>
          <w:sz w:val="24"/>
        </w:rPr>
        <w:t xml:space="preserve"> (</w:t>
      </w:r>
      <w:r>
        <w:rPr>
          <w:rFonts w:ascii="Georgia" w:hAnsi="Georgia" w:cs="Times New Roman"/>
          <w:b/>
          <w:i w:val="0"/>
          <w:color w:val="000000"/>
          <w:sz w:val="24"/>
          <w:rtl/>
          <w:szCs w:val="32"/>
        </w:rPr>
        <w:t>אֲשׁוּרֶנּוּ</w:t>
      </w:r>
      <w:r>
        <w:rPr>
          <w:rFonts w:ascii="Georgia" w:hAnsi="Georgia"/>
          <w:b w:val="0"/>
          <w:i w:val="0"/>
          <w:color w:val="000000"/>
          <w:sz w:val="24"/>
        </w:rPr>
        <w:t>) означает шаг (</w:t>
      </w:r>
      <w:r>
        <w:rPr>
          <w:rFonts w:ascii="Georgia" w:hAnsi="Georgia"/>
          <w:b w:val="0"/>
          <w:i/>
          <w:color w:val="000000"/>
          <w:sz w:val="24"/>
        </w:rPr>
        <w:t>псиа</w:t>
      </w:r>
      <w:r>
        <w:rPr>
          <w:rFonts w:ascii="Georgia" w:hAnsi="Georgia"/>
          <w:b w:val="0"/>
          <w:i w:val="0"/>
          <w:color w:val="000000"/>
          <w:sz w:val="24"/>
        </w:rPr>
        <w:t xml:space="preserve">, </w:t>
      </w:r>
      <w:r>
        <w:rPr>
          <w:rFonts w:ascii="Georgia" w:hAnsi="Georgia" w:cs="Times New Roman"/>
          <w:b/>
          <w:i w:val="0"/>
          <w:color w:val="000000"/>
          <w:sz w:val="24"/>
          <w:rtl/>
          <w:szCs w:val="32"/>
        </w:rPr>
        <w:t>פְּסִיעָה</w:t>
      </w:r>
      <w:r>
        <w:rPr>
          <w:rFonts w:ascii="Georgia" w:hAnsi="Georgia"/>
          <w:b w:val="0"/>
          <w:i w:val="0"/>
          <w:color w:val="000000"/>
          <w:sz w:val="24"/>
        </w:rPr>
        <w:t xml:space="preserve">), как в стихе: </w:t>
      </w:r>
      <w:r>
        <w:rPr>
          <w:rFonts w:ascii="Georgia" w:hAnsi="Georgia"/>
          <w:b w:val="0"/>
          <w:i/>
          <w:color w:val="000000"/>
          <w:sz w:val="24"/>
        </w:rPr>
        <w:t>«Утверди шаги мои (</w:t>
      </w:r>
      <w:r>
        <w:rPr>
          <w:rFonts w:ascii="Georgia" w:hAnsi="Georgia"/>
          <w:b w:val="0"/>
          <w:i w:val="0"/>
          <w:color w:val="000000"/>
          <w:sz w:val="24"/>
        </w:rPr>
        <w:t>ашурай</w:t>
      </w:r>
      <w:r>
        <w:rPr>
          <w:rFonts w:ascii="Georgia" w:hAnsi="Georgia"/>
          <w:b w:val="0"/>
          <w:i/>
          <w:color w:val="000000"/>
          <w:sz w:val="24"/>
        </w:rPr>
        <w:t xml:space="preserve">, </w:t>
      </w:r>
      <w:r>
        <w:rPr>
          <w:rFonts w:ascii="Georgia" w:hAnsi="Georgia" w:cs="Times New Roman"/>
          <w:b/>
          <w:i/>
          <w:color w:val="000000"/>
          <w:sz w:val="24"/>
          <w:rtl/>
          <w:szCs w:val="32"/>
        </w:rPr>
        <w:t>אֲשׁוּרַי</w:t>
      </w:r>
      <w:r>
        <w:rPr>
          <w:rFonts w:ascii="Georgia" w:hAnsi="Georgia"/>
          <w:b w:val="0"/>
          <w:i/>
          <w:color w:val="000000"/>
          <w:sz w:val="24"/>
        </w:rPr>
        <w:t>) на путях Твоих…»</w:t>
      </w:r>
      <w:r>
        <w:rPr>
          <w:rFonts w:ascii="Georgia" w:hAnsi="Georgia"/>
          <w:b w:val="0"/>
          <w:i w:val="0"/>
          <w:color w:val="000000"/>
          <w:sz w:val="24"/>
        </w:rPr>
        <w:t xml:space="preserve"> (Теилим 17:5). Смысл здесь в том, как сказано выше: шесть точек, изначально бывших в ЗА, включились три в три, образовав малую букву вав (</w:t>
      </w:r>
      <w:r>
        <w:rPr>
          <w:rFonts w:ascii="Georgia" w:hAnsi="Georgia"/>
          <w:b w:val="0"/>
          <w:i/>
          <w:color w:val="000000"/>
          <w:sz w:val="24"/>
        </w:rPr>
        <w:t>вав зеира</w:t>
      </w:r>
      <w:r>
        <w:rPr>
          <w:rFonts w:ascii="Georgia" w:hAnsi="Georgia"/>
          <w:b w:val="0"/>
          <w:i w:val="0"/>
          <w:color w:val="000000"/>
          <w:sz w:val="24"/>
        </w:rPr>
        <w:t>) в первой букве хэй Имени АВАЯ. Ведь их шесть, но раскрывается из них лишь половина буквы вав, поэтому это малая буква вав; и там, на конце малой буквы вав, он «выставил шаг наружу», вот так: [ ].</w:t>
      </w:r>
    </w:p>
    <w:p>
      <w:pPr>
        <w:spacing w:before="40" w:after="120"/>
        <w:jc w:val="both"/>
      </w:pPr>
      <w:r>
        <w:rPr>
          <w:rFonts w:ascii="Georgia" w:hAnsi="Georgia"/>
          <w:b w:val="0"/>
          <w:i w:val="0"/>
          <w:color w:val="000000"/>
          <w:sz w:val="24"/>
        </w:rPr>
        <w:t xml:space="preserve">Причина заключается в том, что когда Есод облачил Тиферет, его толщина была равна остальным линиям. Но когда Малхут тоже поднялась и также облачила Есод, там возникла тройная толщина. Поэтому там добавилась толщина точки Малхут, и она стала подобна шагу, выступающему наружу на конце буквы вав. Затем благодаря ибуру она выросла и достигла величины всей высоты Есод де-ЗА. Мера же Есода составляет четверть меры Тиферет, как сказано в Зоаре (раздел «Балак», лист 204а) на стих: </w:t>
      </w:r>
      <w:r>
        <w:rPr>
          <w:rFonts w:ascii="Georgia" w:hAnsi="Georgia"/>
          <w:b w:val="0"/>
          <w:i/>
          <w:color w:val="000000"/>
          <w:sz w:val="24"/>
        </w:rPr>
        <w:t>«…и кто сочтет четвертую часть Исраэля?»</w:t>
      </w:r>
      <w:r>
        <w:rPr>
          <w:rFonts w:ascii="Georgia" w:hAnsi="Georgia"/>
          <w:b w:val="0"/>
          <w:i w:val="0"/>
          <w:color w:val="000000"/>
          <w:sz w:val="24"/>
        </w:rPr>
        <w:t xml:space="preserve"> (Бемидбар 23:10) — мера тела составляет четыре [меры] союза (</w:t>
      </w:r>
      <w:r>
        <w:rPr>
          <w:rFonts w:ascii="Georgia" w:hAnsi="Georgia"/>
          <w:b w:val="0"/>
          <w:i/>
          <w:color w:val="000000"/>
          <w:sz w:val="24"/>
        </w:rPr>
        <w:t>брит</w:t>
      </w:r>
      <w:r>
        <w:rPr>
          <w:rFonts w:ascii="Georgia" w:hAnsi="Georgia"/>
          <w:b w:val="0"/>
          <w:i w:val="0"/>
          <w:color w:val="000000"/>
          <w:sz w:val="24"/>
        </w:rPr>
        <w:t>), а союз — это четвертая часть Исраэля, что [соответствует четверти] меры тела ЗА, см. там.</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[Первая редакция: причина того, что Малхут проявилась в виде шага наружу (</w:t>
      </w:r>
      <w:r>
        <w:rPr>
          <w:rFonts w:ascii="Georgia" w:hAnsi="Georgia"/>
          <w:b w:val="0"/>
          <w:i/>
          <w:color w:val="000000"/>
          <w:sz w:val="24"/>
        </w:rPr>
        <w:t>псиа ле-вар</w:t>
      </w:r>
      <w:r>
        <w:rPr>
          <w:rFonts w:ascii="Georgia" w:hAnsi="Georgia"/>
          <w:b w:val="0"/>
          <w:i w:val="0"/>
          <w:color w:val="000000"/>
          <w:sz w:val="24"/>
        </w:rPr>
        <w:t>), заключается в том, что позже, при взрослении, ей предстояло прийти и расположиться позади ЗА, так как известно, что там ее обитель. Поэтому она осталась на завершении буквы вав, и оттуда Малхут вернулась к задней стороне буквы вав. А когда три нижние [точки] буквы вав удлинились за счет взросления, став НЕХИ де-ЗА, как сказано выше, она осталась там, позади них (позади Тиферет, и называется последней буквой хэй Имени)].</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Третья стадия (Вторая редакция) относится ко времени вскармливания (</w:t>
      </w:r>
      <w:r>
        <w:rPr>
          <w:rFonts w:ascii="Georgia" w:hAnsi="Georgia"/>
          <w:b w:val="0"/>
          <w:i/>
          <w:color w:val="000000"/>
          <w:sz w:val="24"/>
        </w:rPr>
        <w:t>еника</w:t>
      </w:r>
      <w:r>
        <w:rPr>
          <w:rFonts w:ascii="Georgia" w:hAnsi="Georgia"/>
          <w:b w:val="0"/>
          <w:i w:val="0"/>
          <w:color w:val="000000"/>
          <w:sz w:val="24"/>
        </w:rPr>
        <w:t>) ЗА, после того как он вышел из чрева Имы и шесть концов (ВАК) распространились в большой [размер]. Тогда, когда они распространились и Есод опустился с Тиферет, она не опустилась вместе с ним вниз под Есод, как было вначале, но осталась там, наверху, прилепленной к задней стороне Тиферет де-ЗА. И в этом смысл сказанного [мудрецами]: «Жена поднимается с ним, но не опускается с ним» (Ктубот 61а), ведь когда Есод поднялся, она поднялась с ним, а когда он опустился, она не опустилась с ним. И помни сказанное выше: ее изначальный корень в атаре остался внизу навсегда. Благодаря вскармливанию ЗА растет, как известно, и она тоже растет вместе с ним, достигая величины ровно в целую сфиру Тиферет де-ЗА.</w:t>
      </w:r>
    </w:p>
    <w:p>
      <w:pPr>
        <w:spacing w:before="40" w:after="120"/>
        <w:jc w:val="both"/>
      </w:pPr>
      <w:r>
        <w:rPr>
          <w:rFonts w:ascii="Georgia" w:hAnsi="Georgia"/>
          <w:b w:val="0"/>
          <w:i w:val="0"/>
          <w:color w:val="000000"/>
          <w:sz w:val="24"/>
        </w:rPr>
        <w:t>И вот теперь она представляет собой полную меру, равную всей сфире Тиферет де-ЗА, в отличие от прежнего состояния, когда она была величиной с Есод или атару, являющихся малыми мерами, как сказано выше. Однако это еще не парцуф, а лишь одна целая мера, равная любой другой сфире де-ЗА. И теперь она называется «нижней буквой хэй» (</w:t>
      </w:r>
      <w:r>
        <w:rPr>
          <w:rFonts w:ascii="Georgia" w:hAnsi="Georgia"/>
          <w:b w:val="0"/>
          <w:i/>
          <w:color w:val="000000"/>
          <w:sz w:val="24"/>
        </w:rPr>
        <w:t>хэй татаа</w:t>
      </w:r>
      <w:r>
        <w:rPr>
          <w:rFonts w:ascii="Georgia" w:hAnsi="Georgia"/>
          <w:b w:val="0"/>
          <w:i w:val="0"/>
          <w:color w:val="000000"/>
          <w:sz w:val="24"/>
        </w:rPr>
        <w:t>) Имени АВАЯ (</w:t>
      </w:r>
      <w:r>
        <w:rPr>
          <w:rFonts w:ascii="Georgia" w:hAnsi="Georgia" w:cs="Times New Roman"/>
          <w:b/>
          <w:i w:val="0"/>
          <w:color w:val="000000"/>
          <w:sz w:val="24"/>
          <w:rtl/>
          <w:szCs w:val="32"/>
        </w:rPr>
        <w:t>יהוה</w:t>
      </w:r>
      <w:r>
        <w:rPr>
          <w:rFonts w:ascii="Georgia" w:hAnsi="Georgia"/>
          <w:b w:val="0"/>
          <w:i w:val="0"/>
          <w:color w:val="000000"/>
          <w:sz w:val="24"/>
        </w:rPr>
        <w:t>). Уже разъяснялось, что ЗА вырос во время вскармливания и обрел мохин малого состояния, и у Нуквы также развились мохин в ее малом состоянии. Эти ее мохин периода вскармливания заложены в том имени, которое у нее сейчас есть, то есть в последней букве хэй Имени АВАЯ, как сказано выше. Дело в том, что в Имени АВАЯ периода вскармливания, принадлежащем одному лишь ЗА, две первые буквы йод и хэй (</w:t>
      </w:r>
      <w:r>
        <w:rPr>
          <w:rFonts w:ascii="Georgia" w:hAnsi="Georgia" w:cs="Times New Roman"/>
          <w:b/>
          <w:i w:val="0"/>
          <w:color w:val="000000"/>
          <w:sz w:val="24"/>
          <w:rtl/>
          <w:szCs w:val="32"/>
        </w:rPr>
        <w:t>י״ה</w:t>
      </w:r>
      <w:r>
        <w:rPr>
          <w:rFonts w:ascii="Georgia" w:hAnsi="Georgia"/>
          <w:b w:val="0"/>
          <w:i w:val="0"/>
          <w:color w:val="000000"/>
          <w:sz w:val="24"/>
        </w:rPr>
        <w:t>) — это мохин де-ЗА, буква вав (</w:t>
      </w:r>
      <w:r>
        <w:rPr>
          <w:rFonts w:ascii="Georgia" w:hAnsi="Georgia" w:cs="Times New Roman"/>
          <w:b/>
          <w:i w:val="0"/>
          <w:color w:val="000000"/>
          <w:sz w:val="24"/>
          <w:rtl/>
          <w:szCs w:val="32"/>
        </w:rPr>
        <w:t>ו</w:t>
      </w:r>
      <w:r>
        <w:rPr>
          <w:rFonts w:ascii="Georgia" w:hAnsi="Georgia"/>
          <w:b w:val="0"/>
          <w:i w:val="0"/>
          <w:color w:val="000000"/>
          <w:sz w:val="24"/>
        </w:rPr>
        <w:t>) включает в себя все шесть концов (ВАК), находящихся в нем, однако главное в букве вав — это Тиферет, являющийся его средней линией. И там, позади этой буквы вав, то есть позади Тиферет, стоит нижняя буква хэй, то есть Нуква. Разъясним теперь устройство ее мохин: мозг Хохмы в ней — это Имя ЭЛОКИМ с наполнением буквами алеф, мозг Бины в ней — это Имя ЭЛОКИМ с наполнением буквами хэй, так как всякая буква хэй указывает на Бину, а третий мозг — это простое Имя ЭЛОКИМ без наполнения, поскольку свойство Даат у женского начала легковесно (</w:t>
      </w:r>
      <w:r>
        <w:rPr>
          <w:rFonts w:ascii="Georgia" w:hAnsi="Georgia"/>
          <w:b w:val="0"/>
          <w:i/>
          <w:color w:val="000000"/>
          <w:sz w:val="24"/>
        </w:rPr>
        <w:t>каль</w:t>
      </w:r>
      <w:r>
        <w:rPr>
          <w:rFonts w:ascii="Georgia" w:hAnsi="Georgia"/>
          <w:b w:val="0"/>
          <w:i w:val="0"/>
          <w:color w:val="000000"/>
          <w:sz w:val="24"/>
        </w:rPr>
        <w:t>), и тем более во время малого состояния. Имя ЭЛОКИМ с наполнением буквами йод не имеет силы раскрыться в ней, и вместо него в ней оказалось [Имя] ЭЛОКИМ с наполнением буквами алеф.</w:t>
      </w:r>
    </w:p>
    <w:p>
      <w:pPr>
        <w:spacing w:before="40" w:after="120"/>
        <w:jc w:val="both"/>
      </w:pPr>
      <w:r>
        <w:rPr>
          <w:rFonts w:ascii="Georgia" w:hAnsi="Georgia"/>
          <w:b w:val="0"/>
          <w:i w:val="0"/>
          <w:color w:val="000000"/>
          <w:sz w:val="24"/>
        </w:rPr>
        <w:t>Получается, что два мозга Хохмы и Бины (ХУБ) в ней — это наполнения буквами алеф и хэй. И на это намекает то, как эта буква хэй пишется в таком наполнении: хэй-алеф (</w:t>
      </w:r>
      <w:r>
        <w:rPr>
          <w:rFonts w:ascii="Georgia" w:hAnsi="Georgia" w:cs="Times New Roman"/>
          <w:b/>
          <w:i w:val="0"/>
          <w:color w:val="000000"/>
          <w:sz w:val="24"/>
          <w:rtl/>
          <w:szCs w:val="32"/>
        </w:rPr>
        <w:t>ה״א</w:t>
      </w:r>
      <w:r>
        <w:rPr>
          <w:rFonts w:ascii="Georgia" w:hAnsi="Georgia"/>
          <w:b w:val="0"/>
          <w:i w:val="0"/>
          <w:color w:val="000000"/>
          <w:sz w:val="24"/>
        </w:rPr>
        <w:t>), то есть буквы хэй и алеф. А поскольку она — женское начало, буква хэй преобладает над буквой алеф. И так как вся суть Малхут сейчас — это нижняя буква хэй, ее мохин также пребывают в виде наполнения этими двумя буквами: хэй и алеф (</w:t>
      </w:r>
      <w:r>
        <w:rPr>
          <w:rFonts w:ascii="Georgia" w:hAnsi="Georgia" w:cs="Times New Roman"/>
          <w:b/>
          <w:i w:val="0"/>
          <w:color w:val="000000"/>
          <w:sz w:val="24"/>
          <w:rtl/>
          <w:szCs w:val="32"/>
        </w:rPr>
        <w:t>ה״א</w:t>
      </w:r>
      <w:r>
        <w:rPr>
          <w:rFonts w:ascii="Georgia" w:hAnsi="Georgia"/>
          <w:b w:val="0"/>
          <w:i w:val="0"/>
          <w:color w:val="000000"/>
          <w:sz w:val="24"/>
        </w:rPr>
        <w:t>), как сказано выше, и потому она называется сейчас буквой хэй с наполнением алеф (</w:t>
      </w:r>
      <w:r>
        <w:rPr>
          <w:rFonts w:ascii="Georgia" w:hAnsi="Georgia" w:cs="Times New Roman"/>
          <w:b/>
          <w:i w:val="0"/>
          <w:color w:val="000000"/>
          <w:sz w:val="24"/>
          <w:rtl/>
          <w:szCs w:val="32"/>
        </w:rPr>
        <w:t>ה״א</w:t>
      </w:r>
      <w:r>
        <w:rPr>
          <w:rFonts w:ascii="Georgia" w:hAnsi="Georgia"/>
          <w:b w:val="0"/>
          <w:i w:val="0"/>
          <w:color w:val="000000"/>
          <w:sz w:val="24"/>
        </w:rPr>
        <w:t>). А простой букве хэй соответствует мозг Даат в ней, представляющий собой простое Имя ЭЛОКИМ, в котором есть лишь пять букв, по числу простой буквы хэй (</w:t>
      </w:r>
      <w:r>
        <w:rPr>
          <w:rFonts w:ascii="Georgia" w:hAnsi="Georgia" w:cs="Times New Roman"/>
          <w:b/>
          <w:i w:val="0"/>
          <w:color w:val="000000"/>
          <w:sz w:val="24"/>
          <w:rtl/>
          <w:szCs w:val="32"/>
        </w:rPr>
        <w:t>ה</w:t>
      </w:r>
      <w:r>
        <w:rPr>
          <w:rFonts w:ascii="Georgia" w:hAnsi="Georgia"/>
          <w:b w:val="0"/>
          <w:i w:val="0"/>
          <w:color w:val="000000"/>
          <w:sz w:val="24"/>
        </w:rPr>
        <w:t xml:space="preserve"> = 5). Таким образом, все три мозга заложены в ее имени, то есть в нижней букве хэй Имени АВАЯ.</w:t>
      </w:r>
    </w:p>
    <w:p>
      <w:pPr>
        <w:spacing w:before="40" w:after="120"/>
        <w:jc w:val="both"/>
      </w:pPr>
      <w:r>
        <w:rPr>
          <w:rFonts w:ascii="Georgia" w:hAnsi="Georgia"/>
          <w:b w:val="0"/>
          <w:i w:val="0"/>
          <w:color w:val="000000"/>
          <w:sz w:val="24"/>
        </w:rPr>
        <w:t xml:space="preserve">Также эти три мозга намечены в начертании трех линий, из которых состоит буква хэй: они соответствуют трем линиям — Хохме, Бине и Даат посередине. И известно сказанное в Зоаре (раздел «Берешит», лист 61а) на стих: </w:t>
      </w:r>
      <w:r>
        <w:rPr>
          <w:rFonts w:ascii="Georgia" w:hAnsi="Georgia"/>
          <w:b w:val="0"/>
          <w:i/>
          <w:color w:val="000000"/>
          <w:sz w:val="24"/>
        </w:rPr>
        <w:t>«И создал Б-г два светила великих…»</w:t>
      </w:r>
      <w:r>
        <w:rPr>
          <w:rFonts w:ascii="Georgia" w:hAnsi="Georgia"/>
          <w:b w:val="0"/>
          <w:i w:val="0"/>
          <w:color w:val="000000"/>
          <w:sz w:val="24"/>
        </w:rPr>
        <w:t xml:space="preserve"> (Берешит 1:16) — сначала Малхут в своем малом состоянии второстепенна по отношению к мужскому началу и называется «нижней буквой хэй», а при своем совершенстве, [когда они стоят] лицом к лицу (</w:t>
      </w:r>
      <w:r>
        <w:rPr>
          <w:rFonts w:ascii="Georgia" w:hAnsi="Georgia"/>
          <w:b w:val="0"/>
          <w:i/>
          <w:color w:val="000000"/>
          <w:sz w:val="24"/>
        </w:rPr>
        <w:t>паним бе-паним</w:t>
      </w:r>
      <w:r>
        <w:rPr>
          <w:rFonts w:ascii="Georgia" w:hAnsi="Georgia"/>
          <w:b w:val="0"/>
          <w:i w:val="0"/>
          <w:color w:val="000000"/>
          <w:sz w:val="24"/>
        </w:rPr>
        <w:t xml:space="preserve">), у нее есть собственное отдельное имя, такое как АДОНАЙ или ЭЛОКИМ и тому подобные, в зависимости от времени и состояния, и тогда она уже не вторична по отношению к нему. И конечно, даже в малом состоянии в ней непременно должно быть намечено Имя АДОНАЙ, однако лишь в виде намека — в счете, числе и числовом значении. Каким образом? Если ты сочтешь число этих трех мохин, то два первых — с наполнением буквами хэй и алеф — составляют гематрию </w:t>
      </w:r>
      <w:r>
        <w:rPr>
          <w:rFonts w:ascii="Georgia" w:hAnsi="Georgia" w:cs="Times New Roman"/>
          <w:b/>
          <w:i w:val="0"/>
          <w:color w:val="000000"/>
          <w:sz w:val="24"/>
          <w:rtl/>
          <w:szCs w:val="32"/>
        </w:rPr>
        <w:t>תוק״ף</w:t>
      </w:r>
      <w:r>
        <w:rPr>
          <w:rFonts w:ascii="Georgia" w:hAnsi="Georgia"/>
          <w:b w:val="0"/>
          <w:i w:val="0"/>
          <w:color w:val="000000"/>
          <w:sz w:val="24"/>
        </w:rPr>
        <w:t xml:space="preserve"> (586), ведь эти мохин малого состояния — это мощь (</w:t>
      </w:r>
      <w:r>
        <w:rPr>
          <w:rFonts w:ascii="Georgia" w:hAnsi="Georgia"/>
          <w:b w:val="0"/>
          <w:i/>
          <w:color w:val="000000"/>
          <w:sz w:val="24"/>
        </w:rPr>
        <w:t>токеф</w:t>
      </w:r>
      <w:r>
        <w:rPr>
          <w:rFonts w:ascii="Georgia" w:hAnsi="Georgia"/>
          <w:b w:val="0"/>
          <w:i w:val="0"/>
          <w:color w:val="000000"/>
          <w:sz w:val="24"/>
        </w:rPr>
        <w:t xml:space="preserve">, </w:t>
      </w:r>
      <w:r>
        <w:rPr>
          <w:rFonts w:ascii="Georgia" w:hAnsi="Georgia" w:cs="Times New Roman"/>
          <w:b/>
          <w:i w:val="0"/>
          <w:color w:val="000000"/>
          <w:sz w:val="24"/>
          <w:rtl/>
          <w:szCs w:val="32"/>
        </w:rPr>
        <w:t>תּוֹקֶף</w:t>
      </w:r>
      <w:r>
        <w:rPr>
          <w:rFonts w:ascii="Georgia" w:hAnsi="Georgia"/>
          <w:b w:val="0"/>
          <w:i w:val="0"/>
          <w:color w:val="000000"/>
          <w:sz w:val="24"/>
        </w:rPr>
        <w:t>) и полный строгий суд, в особенности в малом состоянии женского начала. А когда с ними соединяется мозг Даат, являющийся простым Именем ЭЛОКИМ (86), сумма всех трех составит числовое значение 671 (</w:t>
      </w:r>
      <w:r>
        <w:rPr>
          <w:rFonts w:ascii="Georgia" w:hAnsi="Georgia" w:cs="Times New Roman"/>
          <w:b/>
          <w:i w:val="0"/>
          <w:color w:val="000000"/>
          <w:sz w:val="24"/>
          <w:rtl/>
          <w:szCs w:val="32"/>
        </w:rPr>
        <w:t>תרע״א</w:t>
      </w:r>
      <w:r>
        <w:rPr>
          <w:rFonts w:ascii="Georgia" w:hAnsi="Georgia"/>
          <w:b w:val="0"/>
          <w:i w:val="0"/>
          <w:color w:val="000000"/>
          <w:sz w:val="24"/>
        </w:rPr>
        <w:t>), что равно числу [Имени] АДОНАЙ в полном наполнении. И вот сейчас она все еще называется «нижней буквой хэй» и называется «ребром» (</w:t>
      </w:r>
      <w:r>
        <w:rPr>
          <w:rFonts w:ascii="Georgia" w:hAnsi="Georgia"/>
          <w:b w:val="0"/>
          <w:i/>
          <w:color w:val="000000"/>
          <w:sz w:val="24"/>
        </w:rPr>
        <w:t>цела</w:t>
      </w:r>
      <w:r>
        <w:rPr>
          <w:rFonts w:ascii="Georgia" w:hAnsi="Georgia"/>
          <w:b w:val="0"/>
          <w:i w:val="0"/>
          <w:color w:val="000000"/>
          <w:sz w:val="24"/>
        </w:rPr>
        <w:t xml:space="preserve">), как сказано: </w:t>
      </w:r>
      <w:r>
        <w:rPr>
          <w:rFonts w:ascii="Georgia" w:hAnsi="Georgia"/>
          <w:b w:val="0"/>
          <w:i/>
          <w:color w:val="000000"/>
          <w:sz w:val="24"/>
        </w:rPr>
        <w:t>«Нехорошо человеку быть одному…»</w:t>
      </w:r>
      <w:r>
        <w:rPr>
          <w:rFonts w:ascii="Georgia" w:hAnsi="Georgia"/>
          <w:b w:val="0"/>
          <w:i w:val="0"/>
          <w:color w:val="000000"/>
          <w:sz w:val="24"/>
        </w:rPr>
        <w:t xml:space="preserve"> (Берешит 2:18), ведь вначале Нуква находилась лишь позади Тиферет в качестве одного ребра, то есть нижней буквы хэй, как сказано выше, представляя собой лишь меру Тиферет.</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Четвертая стадия (Вторая редакция) относится ко времени, когда она называется малолетней (</w:t>
      </w:r>
      <w:r>
        <w:rPr>
          <w:rFonts w:ascii="Georgia" w:hAnsi="Georgia"/>
          <w:b w:val="0"/>
          <w:i/>
          <w:color w:val="000000"/>
          <w:sz w:val="24"/>
        </w:rPr>
        <w:t>ктанна</w:t>
      </w:r>
      <w:r>
        <w:rPr>
          <w:rFonts w:ascii="Georgia" w:hAnsi="Georgia"/>
          <w:b w:val="0"/>
          <w:i w:val="0"/>
          <w:color w:val="000000"/>
          <w:sz w:val="24"/>
        </w:rPr>
        <w:t xml:space="preserve">), то есть до двенадцати лет и одного дня. Дело в том, что женщина не исправляется прежде, чем завершится исправление мужчины, как сказано: </w:t>
      </w:r>
      <w:r>
        <w:rPr>
          <w:rFonts w:ascii="Georgia" w:hAnsi="Georgia"/>
          <w:b w:val="0"/>
          <w:i/>
          <w:color w:val="000000"/>
          <w:sz w:val="24"/>
        </w:rPr>
        <w:t>«Нехорошо человеку быть одному…»</w:t>
      </w:r>
      <w:r>
        <w:rPr>
          <w:rFonts w:ascii="Georgia" w:hAnsi="Georgia"/>
          <w:b w:val="0"/>
          <w:i w:val="0"/>
          <w:color w:val="000000"/>
          <w:sz w:val="24"/>
        </w:rPr>
        <w:t xml:space="preserve"> (Берешит 2:18). Ведь после того, как человек был исправлен, а Хава все еще пребывала лишь в виде ребра, Он исправил ее и сделал совершенной «подмогой под стать ему» (</w:t>
      </w:r>
      <w:r>
        <w:rPr>
          <w:rFonts w:ascii="Georgia" w:hAnsi="Georgia"/>
          <w:b w:val="0"/>
          <w:i/>
          <w:color w:val="000000"/>
          <w:sz w:val="24"/>
        </w:rPr>
        <w:t>эзер ке-негдо</w:t>
      </w:r>
      <w:r>
        <w:rPr>
          <w:rFonts w:ascii="Georgia" w:hAnsi="Georgia"/>
          <w:b w:val="0"/>
          <w:i w:val="0"/>
          <w:color w:val="000000"/>
          <w:sz w:val="24"/>
        </w:rPr>
        <w:t>). И на опыте мы воочию видим, что мужчина всегда старше женщины по годам. Получается, что после того, как вошли мохин де-ЗА и он стал взрослым, эти мохин светят в женское начало, и она тоже растет. И подобно тому как ЗА не становится взрослым, пока все мохин не закончат входить в него, что длится до завершения тринадцати лет и одного дня, так и Нуква не вырастает, пока все мохин не закончат входить в нее, что длится до завершения двенадцати лет и одного дня, и тогда она будет называться отроковицей (</w:t>
      </w:r>
      <w:r>
        <w:rPr>
          <w:rFonts w:ascii="Georgia" w:hAnsi="Georgia"/>
          <w:b w:val="0"/>
          <w:i/>
          <w:color w:val="000000"/>
          <w:sz w:val="24"/>
        </w:rPr>
        <w:t>наара</w:t>
      </w:r>
      <w:r>
        <w:rPr>
          <w:rFonts w:ascii="Georgia" w:hAnsi="Georgia"/>
          <w:b w:val="0"/>
          <w:i w:val="0"/>
          <w:color w:val="000000"/>
          <w:sz w:val="24"/>
        </w:rPr>
        <w:t>), как сказано [в Писании]. Место Нуквы сейчас — позади хазе де-Тиферет. А света, выходящие из ЗА, чтобы войти в нее, не выходят и не проходят через всю толщу перегородки тела ЗА, ведь если бы это было так, получилось бы, что все мохин вошли бы в нее в одно мгновение.</w:t>
      </w:r>
    </w:p>
    <w:p>
      <w:pPr>
        <w:spacing w:before="40" w:after="120"/>
        <w:jc w:val="both"/>
      </w:pPr>
      <w:r>
        <w:rPr>
          <w:rFonts w:ascii="Georgia" w:hAnsi="Georgia"/>
          <w:b w:val="0"/>
          <w:i w:val="0"/>
          <w:color w:val="000000"/>
          <w:sz w:val="24"/>
        </w:rPr>
        <w:t>Однако Буцина де-кардинута, упомянутая в Идра Раба (лист 141а): «пробивает и проходит сзади него…» и так далее, проделывает одно отверстие на уровне хазе де-ЗА, и через него света проходят назад, туда, где стоит рош де-Нуква. И там они образуют один целем над рош де-Нуква, подобно тому, как говорилось выше о целеме мохин де-ЗА, и входят мало-помалу в течение времени вплоть до завершения двенадцати лет и одного дня, и тогда завершается вхождение мохин. Оказывается, что эти света, выходящие к Нукве, сначала поднимаются снизу вверх от Есода до верха хазе де-Тиферет де-ЗА во внутренней части тела ЗА, пробивают там [выход], выходят наружу позади хазе на рош Нуквы, а затем сгибаются, опускаются и входят внутрь Нуквы сверху, от ее Кетера, вниз до окончания ее тела путем склонения стана (</w:t>
      </w:r>
      <w:r>
        <w:rPr>
          <w:rFonts w:ascii="Georgia" w:hAnsi="Georgia"/>
          <w:b w:val="0"/>
          <w:i/>
          <w:color w:val="000000"/>
          <w:sz w:val="24"/>
        </w:rPr>
        <w:t>кфифат кома</w:t>
      </w:r>
      <w:r>
        <w:rPr>
          <w:rFonts w:ascii="Georgia" w:hAnsi="Georgia"/>
          <w:b w:val="0"/>
          <w:i w:val="0"/>
          <w:color w:val="000000"/>
          <w:sz w:val="24"/>
        </w:rPr>
        <w:t>). И в этом суть вопроса, разбираемого в трактате Бава Кама (в главе «А-Конес» [56а]), о «согнувшемся огне, который причинил ущерб». Ведь ты уже знаешь, что света Малхут — это гвурот, называемые огнем, и они выходят в виде «согнувшегося огня», как здесь разъяснено.</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света, выходящие к Нукве от ЗА из всех трех сфирот НЕХИ в нем, как будет сказано ниже, выходят не сами по себе. Подобно тому как внутри ЗА они были облачены в НЕХИ де-Има, а затем в НЕХИ де-ЗА, так и при выходе оттуда они выходят вместе со своими одеяниями — от уровня НЕХИ де-Има и от уровня НЕХИ де-ЗА. Ведь выходя, они проходят через те масахим, а значит, вместе с ними выходит и свечение масахим, облачаясь внутрь Нуквы — подобно тому как в ЗА эти света находились внутри НЕХИ де-Има, НЕХИ де-Има — внутри НЕХИ де-ЗА, а НЕХИ де-ЗА — внутри всей Нуквы.</w:t>
      </w:r>
    </w:p>
    <w:p>
      <w:pPr>
        <w:spacing w:before="40" w:after="120"/>
        <w:jc w:val="both"/>
      </w:pPr>
      <w:r>
        <w:rPr>
          <w:rFonts w:ascii="Georgia" w:hAnsi="Georgia"/>
          <w:b w:val="0"/>
          <w:i w:val="0"/>
          <w:color w:val="000000"/>
          <w:sz w:val="24"/>
        </w:rPr>
        <w:t>И как сказано выше, когда света вышли из ЗА, чтобы войти в Нукву, они вышли вместе со своей оболочкой, представляющей собой свечение НЕХИ де-Има и самого НЕХИ де-ЗА, и вошли, будучи облаченными в них, внутрь Нуквы. Получается, что подобно тому как в ЗА есть скрытые хасадим до хазе (поскольку дотуда доходит окончание масаха Есод де-Има, а оттуда и ниже хасадим раскрываются внутри него), так же обстоит дело и здесь, в Нукве. Ведь оболочка, которую гвурот взяли с собой из Есод де-ЗА, где они находились и откуда вышли, вошла в ее Даат, и эта оболочка Есод де-ЗА распространяется по средней линии Нуквы. Поскольку Есод де-ЗА мужского свойства и длинен, он распространяется по всей средней линии до окончания Тиферет де-Нуква. Поэтому оказывается, что в ЗА раскрыты две трети света хасад в Тиферет и два полных хасада в Нецах и Ход, тогда как в Нукве раскрыты только сами две гвуры, распространившиеся исключительно в ее Нецах и Ход. И это первое отличие самих гвурот от хасадим.</w:t>
      </w:r>
    </w:p>
    <w:p>
      <w:pPr>
        <w:spacing w:before="40" w:after="120"/>
        <w:jc w:val="both"/>
      </w:pPr>
      <w:r>
        <w:rPr>
          <w:rFonts w:ascii="Georgia" w:hAnsi="Georgia"/>
          <w:b w:val="0"/>
          <w:i w:val="0"/>
          <w:color w:val="000000"/>
          <w:sz w:val="24"/>
        </w:rPr>
        <w:t>Есть и другое отличие — в самом месте: в ЗА, где Есод де-Има заканчивается в его хазе, оттуда до его Есод остается большое расстояние, и когда хасадим выходят оттуда, они падают и опускаются с большой высоты со стремительной быстротой. Но путь гвурот, выходящих из Есод де-ЗА к Есод де-Малхут, вплотную примыкает к нему и слит с ним, ведь разъяснено, что он заканчивается в конце Тиферет де-Нуква, так что спуск там почти незаметен. Ведь все то время, пока они распространяются и спускаются, они находятся внутри Есод де-ЗА, служащего для них перегородкой, и это не называется падением. Но когда Есод де-ЗА заканчивается и перегородки для них больше нет, тогда [их движение] называется падением. Причина этих двух отличий влечет за собой третье отличие: в ЗА раскрытыми были три хасада без одной трети, и это намного больше света, чем у Нуквы; к тому же они стремительно опускаются с очень большой высоты, как сказано выше.</w:t>
      </w:r>
    </w:p>
    <w:p>
      <w:pPr>
        <w:spacing w:before="40" w:after="120"/>
        <w:jc w:val="both"/>
      </w:pPr>
      <w:r>
        <w:rPr>
          <w:rFonts w:ascii="Georgia" w:hAnsi="Georgia"/>
          <w:b w:val="0"/>
          <w:i w:val="0"/>
          <w:color w:val="000000"/>
          <w:sz w:val="24"/>
        </w:rPr>
        <w:t>Поэтому впоследствии у них есть сила подняться очень высоко — как видно на чувственном опыте: когда камень падает с большой высоты, от силы мощного удара при падении он отскакивает и взлетает обратно вверх на большую высоту, если же падение произошло с малой высоты, он не поднимется так высоко. По этой причине у раскрытых хасадим в силу двух названных причин была возможность распространиться по трем линиям в ЗА и подняться по всем трем до Кетер, взращивая весь ЗА, как сказано выше, ведь состояние гадлут в ЗА достигается посредством вод — то есть хасадим. Но у Нуквы протяженность спуска гвурот столь мала, что почти не называется спуском; к тому же по своему объему это всего две гвуры, тогда как в ЗА было около трех хасадим.</w:t>
      </w:r>
    </w:p>
    <w:p>
      <w:pPr>
        <w:spacing w:before="40" w:after="120"/>
        <w:jc w:val="both"/>
      </w:pPr>
      <w:r>
        <w:rPr>
          <w:rFonts w:ascii="Georgia" w:hAnsi="Georgia"/>
          <w:b w:val="0"/>
          <w:i w:val="0"/>
          <w:color w:val="000000"/>
          <w:sz w:val="24"/>
        </w:rPr>
        <w:t>Поэтому если бы эти гвурот при подъеме распространялись по трем линиям, у этих двух [гвурот] не хватило бы силы подняться до Кетер и взрастить его, ведь их сила рассеялась бы по трем линиям, и хорошо, если бы они смогли подняться хотя бы до ее Хохмы и Бины. Нам же необходимо взрастить ее Кетер. По этой причине потребовалось, чтобы эти две гвуры из Нецах и Ход, спустившиеся до ее Есод, при обратном подъеме соединились вместе и поднимались только по средней линии, пока не достигнут Кетер и не взрастят его.</w:t>
      </w:r>
    </w:p>
    <w:p>
      <w:pPr>
        <w:spacing w:before="40" w:after="120"/>
        <w:jc w:val="both"/>
      </w:pPr>
      <w:r>
        <w:rPr>
          <w:rFonts w:ascii="Georgia" w:hAnsi="Georgia"/>
          <w:b w:val="0"/>
          <w:i w:val="0"/>
          <w:color w:val="000000"/>
          <w:sz w:val="24"/>
        </w:rPr>
        <w:t>И если ты скажешь: ведь теперь, когда эти гвурот вновь поднимаются по средней линии, чтобы взрастить ее Кетер, они облачаются в упомянутые одеяния — одеяния НЕХИ де-Има и НЕХИ де-ЗА, — и значит, они снова скрыты, как вначале! Какая же была польза в их раскрытии внизу? Ведь они окрепли и прибавили в силе, чтобы суметь произвести взращивание, только благодаря раскрытию — подобно тому, как было сказано о хасадим в ЗА. А раз так, теперь, когда они поднимаются обратно и снова входят через устье Есод де-ЗА оттуда, откуда вышли, и снова покрываются и облачаются, их свет вновь ослабнет и уменьшится — как же они смогут подняться к ее Кетер? Ответ же подобен тому, что сказано о хасадим в ЗА: когда они вышли из Есод де-Има и раскрылись, они сами по себе обрели великое свечение, и их свечение, которое прежде было сокрыто из-за тесноты места, распространилось и озарило их. Поэтому даже если они теперь снова скроются, их мера уже больше прежней. И когда они входят в Есод де-Има, само место расширяется сильнее, чем было вначале, и покрытые хасадим тоже обретают великое свечение и благодаря этому увеличиваются, так как место уже не может вместить их. Так же обстоит дело и здесь с гвурот Нуквы.</w:t>
      </w:r>
    </w:p>
    <w:p>
      <w:pPr>
        <w:spacing w:before="40" w:after="120"/>
        <w:jc w:val="both"/>
      </w:pPr>
      <w:r>
        <w:rPr>
          <w:rFonts w:ascii="Georgia" w:hAnsi="Georgia"/>
          <w:b w:val="0"/>
          <w:i w:val="0"/>
          <w:color w:val="000000"/>
          <w:sz w:val="24"/>
        </w:rPr>
        <w:t>Причина же того, почему нам требуется взращивание Кетер больше, чем остальных ее ступеней, заключается в следующем: в двух линиях — правой и левой — в ней светят два мохин Хохма и Бина де-ЗА, распространяющиеся по всей длине этих двух линий. По средней же линии никакой моах де-ЗА не распространяется, кроме половины трети света хасад из Тиферет де-ЗА, вошедшего в ее Кетер, как сказано выше. Поэтому свечение этих гвурот непременно должно подняться до Кетер, чтобы там образовался уровень мохин де-Кетер, иначе Кетер окажется ущербнее Хохмы и Бины — подобно тому, как объяснялось относительно подъема хасадим в Кетер де-ЗА. И ради того, чтобы силы их свечения хватило подняться до ее Кетер, они при своем подъеме распространялись только по средней линии через находящийся там Есод де-ЗА, ведь из него они вышли и через него поднимаются до Кетер и взращивают его.</w:t>
      </w:r>
    </w:p>
    <w:p>
      <w:pPr>
        <w:spacing w:before="40" w:after="120"/>
        <w:jc w:val="both"/>
      </w:pPr>
      <w:r>
        <w:rPr>
          <w:rFonts w:ascii="Georgia" w:hAnsi="Georgia"/>
          <w:b w:val="0"/>
          <w:i w:val="0"/>
          <w:color w:val="000000"/>
          <w:sz w:val="24"/>
        </w:rPr>
        <w:t xml:space="preserve">Знай, что главное содействие этому устройству — чтобы они соединились вместе и поднялись по средней линии — исходит от Есод Аба, распространяющегося внутри ЗА. Будучи мужского свойства, он длинен и доходит до Есод де-ЗА, обращен прямо к средней линии Нуквы и светит в нее. Силой этого свечения он собирает эти гвурот вместе на ее средней линии, и они поднимаются оттуда до ее Кетер. В этом смысл стиха: </w:t>
      </w:r>
      <w:r>
        <w:rPr>
          <w:rFonts w:ascii="Georgia" w:hAnsi="Georgia"/>
          <w:b w:val="0"/>
          <w:i/>
          <w:color w:val="000000"/>
          <w:sz w:val="24"/>
        </w:rPr>
        <w:t>«Г-сподь мудростью основал землю»</w:t>
      </w:r>
      <w:r>
        <w:rPr>
          <w:rFonts w:ascii="Georgia" w:hAnsi="Georgia"/>
          <w:b w:val="0"/>
          <w:i w:val="0"/>
          <w:color w:val="000000"/>
          <w:sz w:val="24"/>
        </w:rPr>
        <w:t xml:space="preserve"> (Мишлей 3:19), ведь посредством Есод Аба Он устроил и утвердил «землю», то есть Нукву. И это уже разъяснялось в недельном разделе Беаалотха. Ведь [Аарону] было заповедано: когда он зажигает лампады меноры, он должен сосредоточить свое намерение на том, чтобы при спуске гвурот вниз — а это время их зажигания и свечения, как написано: </w:t>
      </w:r>
      <w:r>
        <w:rPr>
          <w:rFonts w:ascii="Georgia" w:hAnsi="Georgia"/>
          <w:b w:val="0"/>
          <w:i/>
          <w:color w:val="000000"/>
          <w:sz w:val="24"/>
        </w:rPr>
        <w:t>«будут светить семь лампад»</w:t>
      </w:r>
      <w:r>
        <w:rPr>
          <w:rFonts w:ascii="Georgia" w:hAnsi="Georgia"/>
          <w:b w:val="0"/>
          <w:i w:val="0"/>
          <w:color w:val="000000"/>
          <w:sz w:val="24"/>
        </w:rPr>
        <w:t xml:space="preserve"> (Бемидбар 8:2), — направить эти две гвуры к лицевой стороне меноры, то есть исключительно к средней линии. И об этом сказали мудрецы: «Жди, пока пламя не поднимется само собой», то есть пока пламя света этих двух гвурот не станет снова подниматься вверх.</w:t>
      </w:r>
    </w:p>
    <w:p>
      <w:pPr>
        <w:spacing w:before="40" w:after="120"/>
        <w:jc w:val="both"/>
      </w:pPr>
      <w:r>
        <w:rPr>
          <w:rFonts w:ascii="Georgia" w:hAnsi="Georgia"/>
          <w:b w:val="0"/>
          <w:i w:val="0"/>
          <w:color w:val="000000"/>
          <w:sz w:val="24"/>
        </w:rPr>
        <w:t xml:space="preserve">Однако о том времени, когда они уже начинают подниматься, ему заповедано не было, и он добавил к тому, что ему было заповедано. Ведь он сказал себе: раз гвурот раскрылись внизу и отделились друг от друга, то, поднимаясь, они наверняка станут подниматься раздельно по двум линиям! Поэтому он задержал свое намерение дольше и не отступал от него, пока гвурот не поднялись снизу вверх только по средней линии, называемой «лицевой стороной меноры». И об этом сказано: </w:t>
      </w:r>
      <w:r>
        <w:rPr>
          <w:rFonts w:ascii="Georgia" w:hAnsi="Georgia"/>
          <w:b w:val="0"/>
          <w:i/>
          <w:color w:val="000000"/>
          <w:sz w:val="24"/>
        </w:rPr>
        <w:t>«И сделал так Аарон: к лицевой стороне меноры зажег [поднял]…»</w:t>
      </w:r>
      <w:r>
        <w:rPr>
          <w:rFonts w:ascii="Georgia" w:hAnsi="Georgia"/>
          <w:b w:val="0"/>
          <w:i w:val="0"/>
          <w:color w:val="000000"/>
          <w:sz w:val="24"/>
        </w:rPr>
        <w:t xml:space="preserve"> (Бемидбар 8:3) — здесь сказано не «осветил семь лампад ее», а «зажег [буквально: поднял]». Однако после того как они уже начали входить через среднюю линию, больше нет нужды ждать, ведь нет опасения: коль скоро они вновь соединились, как прежде, и поднимаются сквозь перегородки, они точно не смогут уклониться вправо или влево и благодаря этому поднимутся до Кетер и взрастят его. И об этом сказали мудрецы: «</w:t>
      </w:r>
      <w:r>
        <w:rPr>
          <w:rFonts w:ascii="Georgia" w:hAnsi="Georgia"/>
          <w:b w:val="0"/>
          <w:i/>
          <w:color w:val="000000"/>
          <w:sz w:val="24"/>
        </w:rPr>
        <w:t>«И сделал так Аарон»</w:t>
      </w:r>
      <w:r>
        <w:rPr>
          <w:rFonts w:ascii="Georgia" w:hAnsi="Georgia"/>
          <w:b w:val="0"/>
          <w:i w:val="0"/>
          <w:color w:val="000000"/>
          <w:sz w:val="24"/>
        </w:rPr>
        <w:t xml:space="preserve"> — возвещает хвалу ему, что он ничего не изменил». Это означает: хотя ему было заповедано лишь то, чтобы семь лампад светили к лицевой стороне меноры (что относится ко времени их спуска, называемому свечением), он также и возжег [поднял] их к лицевой стороне меноры, а не просто дал свечение. Поэтому такое добавление послужило к его похвале по упомянутой причине и не считается изменением [заповеданного], а потому достойно похвалы.</w:t>
      </w:r>
    </w:p>
    <w:p>
      <w:pPr>
        <w:spacing w:before="40" w:after="120"/>
        <w:jc w:val="both"/>
      </w:pPr>
      <w:r>
        <w:rPr>
          <w:rFonts w:ascii="Georgia" w:hAnsi="Georgia"/>
          <w:b w:val="0"/>
          <w:i w:val="0"/>
          <w:color w:val="000000"/>
          <w:sz w:val="24"/>
        </w:rPr>
        <w:t>Причина же того, почему это совершается через Аарона, такова: Аарон был коэном в свойстве Хохмы, то есть Аба, и «хесед зависит от него». Аарон — это Есод Аба, облаченный внутрь ЗА, ведь такова гематрия имени Аарон (</w:t>
      </w:r>
      <w:r>
        <w:rPr>
          <w:rFonts w:ascii="Georgia" w:hAnsi="Georgia" w:cs="Times New Roman"/>
          <w:b/>
          <w:i w:val="0"/>
          <w:color w:val="000000"/>
          <w:sz w:val="24"/>
          <w:rtl/>
          <w:szCs w:val="32"/>
        </w:rPr>
        <w:t>אַהֲרֹן</w:t>
      </w:r>
      <w:r>
        <w:rPr>
          <w:rFonts w:ascii="Georgia" w:hAnsi="Georgia"/>
          <w:b w:val="0"/>
          <w:i w:val="0"/>
          <w:color w:val="000000"/>
          <w:sz w:val="24"/>
        </w:rPr>
        <w:t xml:space="preserve"> = 256): АБ (</w:t>
      </w:r>
      <w:r>
        <w:rPr>
          <w:rFonts w:ascii="Georgia" w:hAnsi="Georgia" w:cs="Times New Roman"/>
          <w:b/>
          <w:i w:val="0"/>
          <w:color w:val="000000"/>
          <w:sz w:val="24"/>
          <w:rtl/>
          <w:szCs w:val="32"/>
        </w:rPr>
        <w:t>ע״ב</w:t>
      </w:r>
      <w:r>
        <w:rPr>
          <w:rFonts w:ascii="Georgia" w:hAnsi="Georgia"/>
          <w:b w:val="0"/>
          <w:i w:val="0"/>
          <w:color w:val="000000"/>
          <w:sz w:val="24"/>
        </w:rPr>
        <w:t xml:space="preserve"> = 72) и 184 (</w:t>
      </w:r>
      <w:r>
        <w:rPr>
          <w:rFonts w:ascii="Georgia" w:hAnsi="Georgia" w:cs="Times New Roman"/>
          <w:b/>
          <w:i w:val="0"/>
          <w:color w:val="000000"/>
          <w:sz w:val="24"/>
          <w:rtl/>
          <w:szCs w:val="32"/>
        </w:rPr>
        <w:t>קפ״ד</w:t>
      </w:r>
      <w:r>
        <w:rPr>
          <w:rFonts w:ascii="Georgia" w:hAnsi="Georgia"/>
          <w:b w:val="0"/>
          <w:i w:val="0"/>
          <w:color w:val="000000"/>
          <w:sz w:val="24"/>
        </w:rPr>
        <w:t xml:space="preserve">), что составляет ахораим наполнения АБ с буквами йод в Хохме. Это уровень ахораим Есод Аба, и оттуда берет начало корень Аарона, как известно в своем месте. В нем раскрываются именно ахораим, так как внутренняя часть Есод сокрыта и видна лишь его внешняя сторона, именуемая его ахораим. И это производит соединение гвурот Нуквы для подъема по средней линии, ведь в этом смысл стиха: </w:t>
      </w:r>
      <w:r>
        <w:rPr>
          <w:rFonts w:ascii="Georgia" w:hAnsi="Georgia"/>
          <w:b w:val="0"/>
          <w:i/>
          <w:color w:val="000000"/>
          <w:sz w:val="24"/>
        </w:rPr>
        <w:t>«Г-сподь мудростью основал землю»</w:t>
      </w:r>
      <w:r>
        <w:rPr>
          <w:rFonts w:ascii="Georgia" w:hAnsi="Georgia"/>
          <w:b w:val="0"/>
          <w:i w:val="0"/>
          <w:color w:val="000000"/>
          <w:sz w:val="24"/>
        </w:rPr>
        <w:t xml:space="preserve"> (Мишлей 3:19).</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объясним все сказанное до сих пор: как это продолжается на протяжении двенадцати лет и одного дня, ведь все это время она называется «малая», как сказано выше.</w:t>
      </w:r>
    </w:p>
    <w:p>
      <w:pPr>
        <w:spacing w:before="40" w:after="120"/>
        <w:jc w:val="both"/>
      </w:pPr>
      <w:r>
        <w:rPr>
          <w:rFonts w:ascii="Georgia" w:hAnsi="Georgia"/>
          <w:b w:val="0"/>
          <w:i w:val="0"/>
          <w:color w:val="000000"/>
          <w:sz w:val="24"/>
        </w:rPr>
        <w:t>Вхождение половины трети света хасад из Тиферет де-ЗА в ее Кетер, как сказано выше, — это первый год. Затем сначала входит нижний сустав Нецах де-ЗА в ее голову, в ее Хохму — вот второй год. Затем входит нижний сустав Ход де-ЗА в ее Бину — вот третий год. Затем эти два нижних сустава спускаются в ее Хесед и Гвуру, а на их место входят средний сустав Нецах в Хохму и средний сустав Ход в Бину — вот пять лет. Затем два нижних сустава опускаются в ее Нецах и Ход, а два средних — в ее Хесед и Гвуру, и на их место входят верхний сустав Нецах в Хохму и верхний сустав Ход в Бину — вот семь лет.</w:t>
      </w:r>
    </w:p>
    <w:p>
      <w:pPr>
        <w:spacing w:before="40" w:after="120"/>
        <w:jc w:val="both"/>
      </w:pPr>
      <w:r>
        <w:rPr>
          <w:rFonts w:ascii="Georgia" w:hAnsi="Georgia"/>
          <w:b w:val="0"/>
          <w:i w:val="0"/>
          <w:color w:val="000000"/>
          <w:sz w:val="24"/>
        </w:rPr>
        <w:t>И завершились [в построении] Кетер и обе линии, и все это — посредством светов хасадим. Выше уже говорилось, что гвурот не входят в нее, пока все хасадим не закончат входить в нее. Поэтому теперь, на восьмом году, пять гвурот вышли из Есод де-ЗА и вошли в ее Даат, находящийся прямо напротив Есод, как сказано выше. Затем на девятом году корень гвурот остался в ее Даат, а их света распространились по средней линии до ее Тиферет. Затем они совершили еще один спуск — до ее Есод по средней линии. И этот спуск до ее Есод происходит в открытом месте, куда перегородки Есод де-ЗА уже не доходят, поскольку он завершился на окончании Тиферет. А раз так, для этого не требуется времени, ведь они спускаются тотчас же, не встречая перегородок, которые задерживали бы их спуск. И все же это малое время мы объясним в конце — сколько оно составляет.</w:t>
      </w:r>
    </w:p>
    <w:p>
      <w:pPr>
        <w:spacing w:before="40" w:after="120"/>
        <w:jc w:val="both"/>
      </w:pPr>
      <w:r>
        <w:rPr>
          <w:rFonts w:ascii="Georgia" w:hAnsi="Georgia"/>
          <w:b w:val="0"/>
          <w:i w:val="0"/>
          <w:color w:val="000000"/>
          <w:sz w:val="24"/>
        </w:rPr>
        <w:t>А затем гвурот вернулись и поднялись, чтобы взрастить Кетер, как сказано выше, и совершили три перехода: первый — от Есод к Тиферет, второй — от Тиферет к Даат, третий — от Даат к Кетер. И это три года, а вместе с первыми девятью — двенадцать лет. И пока еще недостает одного дня сверх двенадцати лет, чтобы она стала отроковицей. И объясним этот вопрос. Знай: хотя выше мы объяснили, что половине трети света хасад из Тиферет де-ЗА, передаваемой в Кетер Нуквы, потребовался один год для вхождения, тем не менее она вошла не вся целиком в первый год, а в несколько приемов. А именно: эта половина трети разделилась на четыре части. И когда в нее вошли два нижних сустава Нецах и Ход де-ЗА, тогда вошла первая часть хасад в ее Кетер. Когда вошли два средних сустава, вошла вторая часть. А когда вошли два верхних сустава, тогда вошла третья часть. И вхождение этих трех частей заняло один год, как сказано выше.</w:t>
      </w:r>
    </w:p>
    <w:p>
      <w:pPr>
        <w:spacing w:before="40" w:after="120"/>
        <w:jc w:val="both"/>
      </w:pPr>
      <w:r>
        <w:rPr>
          <w:rFonts w:ascii="Georgia" w:hAnsi="Georgia"/>
          <w:b w:val="0"/>
          <w:i w:val="0"/>
          <w:color w:val="000000"/>
          <w:sz w:val="24"/>
        </w:rPr>
        <w:t>Выше разъяснялось, что гвурот не могут войти в нее, пока не войдут все хасадим. Поэтому сначала вошли все хасадим и распространились по всей правой линии, по всей левой линии и в ее Кетере, как сказано выше. Затем гвурот вошли в Даат, опустились и вновь поднялись до Кетер, как сказано выше. А поскольку Кетер никогда не может исправиться [окончательно], пока не исправится весь парцуф, вхождение четвертой части хасад в ее Кетер задержалось до тех пор, пока гвурот не поднимутся в ее Кетер — и вот, ее исправление завершено, и тогда эта четвертая часть входит в самом конце, и тогда завершается все ее исправление.</w:t>
      </w:r>
    </w:p>
    <w:p>
      <w:pPr>
        <w:spacing w:before="40" w:after="120"/>
        <w:jc w:val="both"/>
      </w:pPr>
      <w:r>
        <w:rPr>
          <w:rFonts w:ascii="Georgia" w:hAnsi="Georgia"/>
          <w:b w:val="0"/>
          <w:i w:val="0"/>
          <w:color w:val="000000"/>
          <w:sz w:val="24"/>
        </w:rPr>
        <w:t>Таким образом выполняются два условия: во-первых, гвурот не входили, пока не вошли все хасадим; во-вторых, Кетер завершил свое исправление лишь в самом конце, исключительно благодаря четвертой части хасад, вошедшей напоследок.</w:t>
      </w:r>
    </w:p>
    <w:p>
      <w:pPr>
        <w:spacing w:before="40" w:after="120"/>
        <w:jc w:val="both"/>
      </w:pPr>
      <w:r>
        <w:rPr>
          <w:rFonts w:ascii="Georgia" w:hAnsi="Georgia"/>
          <w:b w:val="0"/>
          <w:i w:val="0"/>
          <w:color w:val="000000"/>
          <w:sz w:val="24"/>
        </w:rPr>
        <w:t>И все же необходимо объяснить, каким образом гвурот распространились в ней, если четвертая часть хасад еще оставалась войти в Кетер? Дело в том, что эта часть уже не находилась внутри тела ЗА, но уже вышла из него и пребывала над головой Нуквы в качестве окружающего света, как и вначале, и потому гвурот смогли распространиться в ней. А после того как они завершили [свой путь], затем и эта упомянутая четвертая часть вошла в ее Кетер.</w:t>
      </w:r>
    </w:p>
    <w:p>
      <w:pPr>
        <w:spacing w:before="40" w:after="120"/>
        <w:jc w:val="both"/>
      </w:pPr>
      <w:r>
        <w:rPr>
          <w:rFonts w:ascii="Georgia" w:hAnsi="Georgia"/>
          <w:b w:val="0"/>
          <w:i w:val="0"/>
          <w:color w:val="000000"/>
          <w:sz w:val="24"/>
        </w:rPr>
        <w:t>Теперь же объясним значение одного дня сверх двенадцати лет. Выше говорилось, что в ЗА время спуска хасадим в Есод в раскрытии составляло один день. Ведь хотя они и в раскрытии, все же это место находится высоко — на расстоянии двух третей Тиферет от хазе, откуда начинается их спуск в раскрытии. Но здесь, в Нукве, едва они выходят из Есод де-ЗА, завершающегося на окончании ее Тиферет, они тут же входят в ее Есод, и расстояние начала их спуска в раскрытии крайне мало, поэтому для одного лишь этого спуска не требуется целого дня.</w:t>
      </w:r>
    </w:p>
    <w:p>
      <w:pPr>
        <w:spacing w:before="40" w:after="120"/>
        <w:jc w:val="both"/>
      </w:pPr>
      <w:r>
        <w:rPr>
          <w:rFonts w:ascii="Georgia" w:hAnsi="Georgia"/>
          <w:b w:val="0"/>
          <w:i w:val="0"/>
          <w:color w:val="000000"/>
          <w:sz w:val="24"/>
        </w:rPr>
        <w:t xml:space="preserve">Однако при сложении этого малого спуска со спуском четвертой части, которая была окружающим светом над Кетер (где для ее вхождения в Кетер также не требовалось времени), соединение обоих как раз и составит один день. И вот разъяснен вопрос о двенадцати годах и одном дне. Получается, что в первый день тринадцатого года, идущий сверх двенадцати лет, завершается все ее исправление и полностью заканчивается вхождение света хасад в ее Кетер. Теперь она уже способна исправиться и называться словом </w:t>
      </w:r>
      <w:r>
        <w:rPr>
          <w:rFonts w:ascii="Georgia" w:hAnsi="Georgia"/>
          <w:b w:val="0"/>
          <w:i/>
          <w:color w:val="000000"/>
          <w:sz w:val="24"/>
        </w:rPr>
        <w:t>наар</w:t>
      </w:r>
      <w:r>
        <w:rPr>
          <w:rFonts w:ascii="Georgia" w:hAnsi="Georgia"/>
          <w:b w:val="0"/>
          <w:i w:val="0"/>
          <w:color w:val="000000"/>
          <w:sz w:val="24"/>
        </w:rPr>
        <w:t xml:space="preserve"> — «отрок» без буквы хэй (</w:t>
      </w:r>
      <w:r>
        <w:rPr>
          <w:rFonts w:ascii="Georgia" w:hAnsi="Georgia" w:cs="Times New Roman"/>
          <w:b/>
          <w:i w:val="0"/>
          <w:color w:val="000000"/>
          <w:sz w:val="24"/>
          <w:rtl/>
          <w:szCs w:val="32"/>
        </w:rPr>
        <w:t>נַעַר</w:t>
      </w:r>
      <w:r>
        <w:rPr>
          <w:rFonts w:ascii="Georgia" w:hAnsi="Georgia"/>
          <w:b w:val="0"/>
          <w:i w:val="0"/>
          <w:color w:val="000000"/>
          <w:sz w:val="24"/>
        </w:rPr>
        <w:t>), как сказано ниже. Но на протяжении всех двенадцати лет и одного дня она называлась только «малая».</w:t>
      </w:r>
    </w:p>
    <w:p>
      <w:pPr>
        <w:spacing w:before="40" w:after="120"/>
        <w:jc w:val="both"/>
      </w:pPr>
      <w:r>
        <w:rPr>
          <w:rFonts w:ascii="Georgia" w:hAnsi="Georgia"/>
          <w:b w:val="0"/>
          <w:i w:val="0"/>
          <w:color w:val="000000"/>
          <w:sz w:val="24"/>
        </w:rPr>
        <w:t>Также во все эти двенадцать лет и один день она зовется именем Хава (</w:t>
      </w:r>
      <w:r>
        <w:rPr>
          <w:rFonts w:ascii="Georgia" w:hAnsi="Georgia" w:cs="Times New Roman"/>
          <w:b/>
          <w:i w:val="0"/>
          <w:color w:val="000000"/>
          <w:sz w:val="24"/>
          <w:rtl/>
          <w:szCs w:val="32"/>
        </w:rPr>
        <w:t>חַוָּה</w:t>
      </w:r>
      <w:r>
        <w:rPr>
          <w:rFonts w:ascii="Georgia" w:hAnsi="Georgia"/>
          <w:b w:val="0"/>
          <w:i w:val="0"/>
          <w:color w:val="000000"/>
          <w:sz w:val="24"/>
        </w:rPr>
        <w:t>), жена Адама. Относительно этого я не помню точно, что именно слышал, и приведу два толкования, сомневаясь, какое из них я слышал. Суть в том, что, как объяснялось, половина трети света хасад из Тиферет де-ЗА делится на четыре части и входит в четыре приема в ее Кетер. Эта половина трети называется шестой частью хасад из Тиферет де-ЗА — то есть одной из шести его частей. И в этом значение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в имени Хава. Малхут же, принимающая эти света, — это нижняя хэй (</w:t>
      </w:r>
      <w:r>
        <w:rPr>
          <w:rFonts w:ascii="Georgia" w:hAnsi="Georgia" w:cs="Times New Roman"/>
          <w:b/>
          <w:i w:val="0"/>
          <w:color w:val="000000"/>
          <w:sz w:val="24"/>
          <w:rtl/>
          <w:szCs w:val="32"/>
        </w:rPr>
        <w:t>ה</w:t>
      </w:r>
      <w:r>
        <w:rPr>
          <w:rFonts w:ascii="Georgia" w:hAnsi="Georgia"/>
          <w:b w:val="0"/>
          <w:i w:val="0"/>
          <w:color w:val="000000"/>
          <w:sz w:val="24"/>
        </w:rPr>
        <w:t>), как известно, и это буква хэй (</w:t>
      </w:r>
      <w:r>
        <w:rPr>
          <w:rFonts w:ascii="Georgia" w:hAnsi="Georgia" w:cs="Times New Roman"/>
          <w:b/>
          <w:i w:val="0"/>
          <w:color w:val="000000"/>
          <w:sz w:val="24"/>
          <w:rtl/>
          <w:szCs w:val="32"/>
        </w:rPr>
        <w:t>ה</w:t>
      </w:r>
      <w:r>
        <w:rPr>
          <w:rFonts w:ascii="Georgia" w:hAnsi="Georgia"/>
          <w:b w:val="0"/>
          <w:i w:val="0"/>
          <w:color w:val="000000"/>
          <w:sz w:val="24"/>
        </w:rPr>
        <w:t>) в имени Хава. Сомнение же у меня вызывает то, как получается буква хэт (</w:t>
      </w:r>
      <w:r>
        <w:rPr>
          <w:rFonts w:ascii="Georgia" w:hAnsi="Georgia" w:cs="Times New Roman"/>
          <w:b/>
          <w:i w:val="0"/>
          <w:color w:val="000000"/>
          <w:sz w:val="24"/>
          <w:rtl/>
          <w:szCs w:val="32"/>
        </w:rPr>
        <w:t>ח</w:t>
      </w:r>
      <w:r>
        <w:rPr>
          <w:rFonts w:ascii="Georgia" w:hAnsi="Georgia"/>
          <w:b w:val="0"/>
          <w:i w:val="0"/>
          <w:color w:val="000000"/>
          <w:sz w:val="24"/>
        </w:rPr>
        <w:t>) в имени Хава.</w:t>
      </w:r>
    </w:p>
    <w:p>
      <w:pPr>
        <w:spacing w:before="40" w:after="120"/>
        <w:jc w:val="both"/>
      </w:pPr>
      <w:r>
        <w:rPr>
          <w:rFonts w:ascii="Georgia" w:hAnsi="Georgia"/>
          <w:b w:val="0"/>
          <w:i w:val="0"/>
          <w:color w:val="000000"/>
          <w:sz w:val="24"/>
        </w:rPr>
        <w:t>Мне представляется, что я слышал следующее: если соотнести то, что она берет из света хасад в Тиферет де-ЗА для нужд Кетер, не со всем этим хасадом, а только с двумя раскрытыми третями (ведь там высота ее Кетер, как известно), то оказывается, что принимаемая ею половина трети составляет одну четверть от этих двух раскрытых третей. И эта четверть тоже вошла не за один раз, а разделилась на четыре части и вошла в четыре приема: и вот дважды четыре, что составляет восемь, и каждый раз входит лишь одна часть из восьми — вот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в имени Хава.</w:t>
      </w:r>
    </w:p>
    <w:p>
      <w:pPr>
        <w:spacing w:before="40" w:after="120"/>
        <w:jc w:val="both"/>
      </w:pPr>
      <w:r>
        <w:rPr>
          <w:rFonts w:ascii="Georgia" w:hAnsi="Georgia"/>
          <w:b w:val="0"/>
          <w:i w:val="0"/>
          <w:color w:val="000000"/>
          <w:sz w:val="24"/>
        </w:rPr>
        <w:t>Однако более верным мне представляется второе толкование, которое я слышал и сейчас объясню: при рассмотрении состояния гадлут хасадим в ЗА объяснялось, что по причине раскрытия они увеличились и удвоились по сравнению с тем, какими были, когда находились в сокрытии. Получается, что эти две раскрытые трети хасад в Тиферет де-ЗА удвоились и составили четыре трети. И тем не менее, когда Нуква берет свою долю от этого хасад, вначале это всего лишь половина трети, и лишь потом она вырастает и становится одной целой третью. Поэтому если соотнести половину трети с четырьмя третями, которые выросли и удвоились, как сказано выше, то это составит одну восьмую часть, и это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в имени Хава. И вот объяснено имя Хава (</w:t>
      </w:r>
      <w:r>
        <w:rPr>
          <w:rFonts w:ascii="Georgia" w:hAnsi="Georgia" w:cs="Times New Roman"/>
          <w:b/>
          <w:i w:val="0"/>
          <w:color w:val="000000"/>
          <w:sz w:val="24"/>
          <w:rtl/>
          <w:szCs w:val="32"/>
        </w:rPr>
        <w:t>חַוָּה</w:t>
      </w:r>
      <w:r>
        <w:rPr>
          <w:rFonts w:ascii="Georgia" w:hAnsi="Georgia"/>
          <w:b w:val="0"/>
          <w:i w:val="0"/>
          <w:color w:val="000000"/>
          <w:sz w:val="24"/>
        </w:rPr>
        <w:t>), которое она носит еще до того, как вступит в зивуг с Адамом. Но и впоследствии в ней остается это свойство, по причине которого она названа Хавой, поэтому она всегда зовется Хавой.</w:t>
      </w:r>
    </w:p>
    <w:p>
      <w:pPr>
        <w:spacing w:before="40" w:after="120"/>
        <w:jc w:val="both"/>
      </w:pPr>
      <w:r>
        <w:rPr>
          <w:rFonts w:ascii="Georgia" w:hAnsi="Georgia"/>
          <w:b w:val="0"/>
          <w:i w:val="0"/>
          <w:color w:val="000000"/>
          <w:sz w:val="24"/>
        </w:rPr>
        <w:t>Выяснилось, что место ее стояния — от окончания верхней трети Тиферет де-ЗА, то есть от хазе и ниже. Оказывается, протяженность места Нуквы занимает две нижние трети Тиферет и НЕХИМ де-ЗА. Ее Кетер образуется из двух нижних третей Тиферет; два ее мохин Хохма и Бина — из двух верхних суставов Нецах и Ход; ее Хесед и Гвура — из двух средних суставов Нецах и Ход; а ее Нецах и Ход — из двух нижних суставов его Нецах и Ход. Для всей же ее средней линии — то есть Даат, Тиферет, Есод и Малхут — у нее есть только его Есод, как с Б-жьей помощью будет сказано при разборе сочетания АТБАХ. Теперь же объясним света, выходящие из ЗА к Нукве. Известно, что пять хасадим распространяются в теле ЗА от Хеседа до Хода в нем, и каждый хасад делится на три трети. Ведь хасад в Хеседе распространяется в правой руке, где есть три сустава; так же хасад в Гвуре — в трех суставах левой руки; так же хасад в Нецахе — в трех суставах правой голени; так же хасад в Ходе — в трех суставах левой голени.</w:t>
      </w:r>
    </w:p>
    <w:p>
      <w:pPr>
        <w:spacing w:before="40" w:after="120"/>
        <w:jc w:val="both"/>
      </w:pPr>
      <w:r>
        <w:rPr>
          <w:rFonts w:ascii="Georgia" w:hAnsi="Georgia"/>
          <w:b w:val="0"/>
          <w:i w:val="0"/>
          <w:color w:val="000000"/>
          <w:sz w:val="24"/>
        </w:rPr>
        <w:t>А хасад в Тиферет также делится на три трети: одна треть — до хазе, одна треть — до табура, и одна треть — до окончания Тиферет. И после того как в нем распространились пять хасадим, затем пять гвурот выходят из Даат в нем; но им не было места для распространения, поскольку там уже распространились хасадим, поэтому они спустились до его Есод и задержались там до времени исправления Нуквы. Для построения своего тела Нуква берет два вида светов. Первый свет — это свет хасад от хазе де-Тиферет де-ЗА и ниже, а также два полных хасада из Нецах и Ход, ибо там находится место ее стояния, как сказано выше. И эти два хасада и две трети раскрыты внутри ЗА, поскольку выходят из Есод де-Има, завершающегося в хазе де-ЗА. Второй свет — это пять гвурот, находящиеся в Есод де-ЗА, как сказано выше.</w:t>
      </w:r>
    </w:p>
    <w:p>
      <w:pPr>
        <w:spacing w:before="40" w:after="120"/>
        <w:jc w:val="both"/>
      </w:pPr>
      <w:r>
        <w:rPr>
          <w:rFonts w:ascii="Georgia" w:hAnsi="Georgia"/>
          <w:b w:val="0"/>
          <w:i w:val="0"/>
          <w:color w:val="000000"/>
          <w:sz w:val="24"/>
        </w:rPr>
        <w:t xml:space="preserve">И свет хасадим передается по всей правой линии и по всей левой линии в ней, и только один Кетер — на ее средней линии. Гвурот же находятся на ее средней линии, в ее Даат, а затем распространяются во все ее шесть концов (ВАК). В Даат, Тиферет и Есод, а также в Малхут в ней хасадим нет вовсе. Также знай, что сначала в нее входят хасадим, а затем гвурот выходят из ЗА и входят в нее. Оказывается, что вначале формируются две ее линии — правая и левая, а затем формируется ее средняя линия. Знай, что у хасадим, распространяющихся в ЗА, были спуск и подъем: сначала они спустились от Даат до его Есод, а затем вернулись и поднялись, чтобы взрастить его до его Кетер, как разъяснено в своем месте. Однако Нуква получает свечение хасадим, которые она берет от ЗА, только путем подъема, в виде отраженного света снизу вверх, именуемого «светом Нуквы». И в этом смысл стиха: </w:t>
      </w:r>
      <w:r>
        <w:rPr>
          <w:rFonts w:ascii="Georgia" w:hAnsi="Georgia"/>
          <w:b w:val="0"/>
          <w:i/>
          <w:color w:val="000000"/>
          <w:sz w:val="24"/>
        </w:rPr>
        <w:t>«Поднимайся, колодец, пойте ему!»</w:t>
      </w:r>
      <w:r>
        <w:rPr>
          <w:rFonts w:ascii="Georgia" w:hAnsi="Georgia"/>
          <w:b w:val="0"/>
          <w:i w:val="0"/>
          <w:color w:val="000000"/>
          <w:sz w:val="24"/>
        </w:rPr>
        <w:t xml:space="preserve"> (Бемидбар 21:17). И это происходит описанным выше путем: они поднимаются от Есод до хазе, и там пробивают [преграду] и выходят наружу.</w:t>
      </w:r>
    </w:p>
    <w:p>
      <w:pPr>
        <w:spacing w:before="40" w:after="120"/>
        <w:jc w:val="both"/>
      </w:pPr>
      <w:r>
        <w:rPr>
          <w:rFonts w:ascii="Georgia" w:hAnsi="Georgia"/>
          <w:b w:val="0"/>
          <w:i w:val="0"/>
          <w:color w:val="000000"/>
          <w:sz w:val="24"/>
        </w:rPr>
        <w:t>Гвурот же устроены иначе: они опустились в его Есод, а ее Даат обращен к задней стороне его Есод, как сказано выше, ведь ее Кетер находится напротив двух третей его Тиферет, а ее Даат — напротив его Есод. И после того как упомянутые хасадим распространились в Кетер и по обеим ее линиям — правой и левой целиком, — тогда пять гвурот выходят из его Есод и передаются в ее Даат, находящийся прямо напротив него. Там они остаются все вместе, а затем распространяются по телу, как с Б-жьей помощью будет сказано. Теперь объясним порядок разделения упомянутых хасадим и гвурот. Подобно тому как она берет от самой внешней стороны тела ЗА для построения своего парцуфа, так же она берет и от внутреннего света, то есть от упомянутых хасадим.</w:t>
      </w:r>
    </w:p>
    <w:p>
      <w:pPr>
        <w:spacing w:before="40" w:after="120"/>
        <w:jc w:val="both"/>
      </w:pPr>
      <w:r>
        <w:rPr>
          <w:rFonts w:ascii="Georgia" w:hAnsi="Georgia"/>
          <w:b w:val="0"/>
          <w:i w:val="0"/>
          <w:color w:val="000000"/>
          <w:sz w:val="24"/>
        </w:rPr>
        <w:t>Начнем с ее Кетер и скажем следующее: из Тиферет де-ЗА, из самого тела и кли, образуются тело и кли Кетер самой Рахели; и протяженность места от хазе до окончания Тиферет составляет две трети тела. Разумеется, высота ее Кетер равна протяженности места от упомянутого хазе, однако она берет не все эти две трети, поскольку ЗА должен оставить себе половину трети для тела самого Тиферет, а полторы трети отдает Нукве для тела ее Кетер.</w:t>
      </w:r>
    </w:p>
    <w:p>
      <w:pPr>
        <w:spacing w:before="40" w:after="120"/>
        <w:jc w:val="both"/>
      </w:pPr>
      <w:r>
        <w:rPr>
          <w:rFonts w:ascii="Georgia" w:hAnsi="Georgia"/>
          <w:b w:val="0"/>
          <w:i w:val="0"/>
          <w:color w:val="000000"/>
          <w:sz w:val="24"/>
        </w:rPr>
        <w:t>Причина этого в том, что поскольку в ЗА изначально были все три трети, и к тому же там находится множество свечений (ведь там раскрыт находящийся внутри него Есод де-Има и присутствует множество светов), ему достаточно половины трети, чтобы тело его Тиферет стало совершенным. Полторы же трети взяла Нуква для своего Кетер в качестве тела. И таков порядок их разделения: половину трети она берет для тела своего Кетер, половину трети — для тела своего Даат, и половину трети — для тела своего Тиферет. Разделение же светов устроено иначе. Свет хасад в Тиферет де-ЗА также делится на три трети, подобно телу упомянутого Тиферет, и там, при рассмотрении ЗА, объяснялось, что произошло с двумя верхними третями этого хасад. А нижняя треть в нем разделилась на две половины: одна половина поднялась до Кетер де-ЗА, а вторая половина была передана со стороны ахор, как сказано выше, в Кетер де-Нуква.</w:t>
      </w:r>
    </w:p>
    <w:p>
      <w:pPr>
        <w:spacing w:before="40" w:after="120"/>
        <w:jc w:val="both"/>
      </w:pPr>
      <w:r>
        <w:rPr>
          <w:rFonts w:ascii="Georgia" w:hAnsi="Georgia"/>
          <w:b w:val="0"/>
          <w:i w:val="0"/>
          <w:color w:val="000000"/>
          <w:sz w:val="24"/>
        </w:rPr>
        <w:t>Получается, что из света хасад в Тиферет она взяла половину трети света для нужд света своего Кетер, а от тела Тиферет взяла полторы трети для тел Кетер, Даат и Тиферет в ней. И в этом ты поймешь сказанное о «двух мелахим, пользующихся одним венцом»: свет одной нижней трети в Тиферет де-ЗА разделился надвое — половина поднялась в Кетер де-ЗА, как сказано выше, а половина была отдана в Кетер де-Нуква; а из тела Тиферет де-ЗА образовалось тело Тиферет де-Нуква, и его Тиферет распространяется до ее Тиферет. И причина всего этого заключалась в том, чтобы уравнять их между собой, и особенно на средней линии, которая составляет основу тела, чтобы оба мелеха были равны во всем своем бытии.</w:t>
      </w:r>
    </w:p>
    <w:p>
      <w:pPr>
        <w:spacing w:before="40" w:after="120"/>
        <w:jc w:val="both"/>
      </w:pPr>
      <w:r>
        <w:rPr>
          <w:rFonts w:ascii="Georgia" w:hAnsi="Georgia"/>
          <w:b w:val="0"/>
          <w:i w:val="0"/>
          <w:color w:val="000000"/>
          <w:sz w:val="24"/>
        </w:rPr>
        <w:t>А из света хасад, распространяющегося в Нецах де-ЗА, который делится там по трем суставам Нецаха, верхняя треть отдается в ее Хохму, средняя треть — в ее Хесед, а нижняя треть — в ее Нецах. Подобно этому разделился на три трети свет хасад в Ход де-ЗА по левой линии в ней, то есть в ее Бине, Гвуре и Ходе.</w:t>
      </w:r>
    </w:p>
    <w:p>
      <w:pPr>
        <w:spacing w:before="40" w:after="120"/>
        <w:jc w:val="both"/>
      </w:pPr>
      <w:r>
        <w:rPr>
          <w:rFonts w:ascii="Georgia" w:hAnsi="Georgia"/>
          <w:b w:val="0"/>
          <w:i w:val="0"/>
          <w:color w:val="000000"/>
          <w:sz w:val="24"/>
        </w:rPr>
        <w:t>И после того как два хасада и две трети закончили распространяться в ней в указанном порядке, затем пять гвурот, находившиеся в Есод де-ЗА, вышли и перешли оттуда в ее Даат, и там остался их корень. Затем опускаются свечения этих пяти гвурот (после того как их корень остался там, в ее Даат) и распространяются от Хеседа до Хода в ней. Затем свечение этих пяти гвурот, распространившихся по пяти концам, выходит, и только их свечение включается в ее Есод. Затем свечение свечения пяти гвурот, находящихся в Есод, выходит и включается в ее Малхут по принципу «печать внутри печати»: ведь печать — это ее свечение, собравшееся в Есод, а свечение этой печати собралось в ее Малхут. И все это происходит в точности подобно распространению хасадим в теле ЗА, и так же, как мы объясняли там, что хасадим называются «водами, взращивающими древо».</w:t>
      </w:r>
    </w:p>
    <w:p>
      <w:pPr>
        <w:spacing w:before="40" w:after="120"/>
        <w:jc w:val="both"/>
      </w:pPr>
      <w:r>
        <w:rPr>
          <w:rFonts w:ascii="Georgia" w:hAnsi="Georgia"/>
          <w:b w:val="0"/>
          <w:i w:val="0"/>
          <w:color w:val="000000"/>
          <w:sz w:val="24"/>
        </w:rPr>
        <w:t>Так же обстоит дело и с гвурот, взращивающими Нукву: ведь хотя по сравнению с хасадим, именуемыми «водами», они называются «огнем», тем не менее по отношению к Нукве они — настоящие воды, взращивающие ее, однако являются женскими водами (МАН) и зовутся «могуществом дождей», как известно, ибо они поистине суть воды.</w:t>
      </w:r>
    </w:p>
    <w:p>
      <w:pPr>
        <w:spacing w:before="40" w:after="120"/>
        <w:jc w:val="both"/>
      </w:pPr>
      <w:r>
        <w:rPr>
          <w:rFonts w:ascii="Georgia" w:hAnsi="Georgia"/>
          <w:b w:val="0"/>
          <w:i w:val="0"/>
          <w:color w:val="000000"/>
          <w:sz w:val="24"/>
        </w:rPr>
        <w:t>Затем раскрытые гвурот возвращаются и поднимаются до Кетер, как с Б-жьей помощью будет сказано. И вот завершено построение Нуквы. И здесь остается еще много частностей, особенно относительно ее Есод и Малхут — из чего они образовались для нее; и ниже, в алфавите АТБАХ, это подробно объясняется.</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необходимо подробно объяснить порядок спуска этих гвурот и порядок их распространения в теле Нуквы, а затем порядок их подъема вверх до ее Кетер.</w:t>
      </w:r>
    </w:p>
    <w:p>
      <w:pPr>
        <w:spacing w:before="40" w:after="120"/>
        <w:jc w:val="both"/>
      </w:pPr>
      <w:r>
        <w:rPr>
          <w:rFonts w:ascii="Georgia" w:hAnsi="Georgia"/>
          <w:b w:val="0"/>
          <w:i w:val="0"/>
          <w:color w:val="000000"/>
          <w:sz w:val="24"/>
        </w:rPr>
        <w:t xml:space="preserve">И мы разъясним это учение на примере заповеди о возжигании меноры, как написано в недельном разделе Беаалотха: </w:t>
      </w:r>
      <w:r>
        <w:rPr>
          <w:rFonts w:ascii="Georgia" w:hAnsi="Georgia"/>
          <w:b w:val="0"/>
          <w:i/>
          <w:color w:val="000000"/>
          <w:sz w:val="24"/>
        </w:rPr>
        <w:t>«Когда будешь зажигать лампады…»</w:t>
      </w:r>
      <w:r>
        <w:rPr>
          <w:rFonts w:ascii="Georgia" w:hAnsi="Georgia"/>
          <w:b w:val="0"/>
          <w:i w:val="0"/>
          <w:color w:val="000000"/>
          <w:sz w:val="24"/>
        </w:rPr>
        <w:t xml:space="preserve"> (Бемидбар 8:2), — в чем смысл этой великой заповеди и в чем смысл похвалы Аарону, что он ничего не изменил, как сказали мудрецы (ХАЗАЛЬ). Суть же в том, что менора — это Рахель, Нуква де-ЗА, стоящая позади ЗА, а семь ее лампад — это семь ее сфирот от Хеседа до Малхут в ней.</w:t>
      </w:r>
    </w:p>
    <w:p>
      <w:pPr>
        <w:spacing w:before="40" w:after="120"/>
        <w:jc w:val="both"/>
      </w:pPr>
      <w:r>
        <w:rPr>
          <w:rFonts w:ascii="Georgia" w:hAnsi="Georgia"/>
          <w:b w:val="0"/>
          <w:i w:val="0"/>
          <w:color w:val="000000"/>
          <w:sz w:val="24"/>
        </w:rPr>
        <w:t xml:space="preserve">И подобно тому как хасадим, распространяющиеся в шести концах (ВАК) ЗА, называются пятью озаряющими светами — пятью упоминаниями слова «свет» первого дня творения в разделе Берешит, — так же и пять гвурот, распространяющиеся в Нукве в семи ее нижних сфирот (ЗАТ), представляют собой светящие в ней света в семи лампадах меноры, которые суть ЗАТ, ведь они представляют собой пламя светящей лампады. Только света ЗА называются дневными светилами, а света Нуквы называются ночными светилами. И прежде чем объяснить их подъем, представляющий собой возвращение гвурот снизу вверх до Кетер, как сказано выше, объясним их зажигание, то есть спуск светов гвурот сверху — от ее Даат до ее Есод, как написано: </w:t>
      </w:r>
      <w:r>
        <w:rPr>
          <w:rFonts w:ascii="Georgia" w:hAnsi="Georgia"/>
          <w:b w:val="0"/>
          <w:i/>
          <w:color w:val="000000"/>
          <w:sz w:val="24"/>
        </w:rPr>
        <w:t>«будут светить семь лампад»</w:t>
      </w:r>
      <w:r>
        <w:rPr>
          <w:rFonts w:ascii="Georgia" w:hAnsi="Georgia"/>
          <w:b w:val="0"/>
          <w:i w:val="0"/>
          <w:color w:val="000000"/>
          <w:sz w:val="24"/>
        </w:rPr>
        <w:t xml:space="preserve"> (Бемидбар 8:2); возвращение же упомянуто в словах Писания </w:t>
      </w:r>
      <w:r>
        <w:rPr>
          <w:rFonts w:ascii="Georgia" w:hAnsi="Georgia"/>
          <w:b w:val="0"/>
          <w:i/>
          <w:color w:val="000000"/>
          <w:sz w:val="24"/>
        </w:rPr>
        <w:t>«когда будешь возжигать [поднимать]»</w:t>
      </w:r>
      <w:r>
        <w:rPr>
          <w:rFonts w:ascii="Georgia" w:hAnsi="Georgia"/>
          <w:b w:val="0"/>
          <w:i w:val="0"/>
          <w:color w:val="000000"/>
          <w:sz w:val="24"/>
        </w:rPr>
        <w:t xml:space="preserve"> (Бемидбар 8:2), как с Б-жьей помощью будет сказано.</w:t>
      </w:r>
    </w:p>
    <w:p>
      <w:pPr>
        <w:spacing w:before="40" w:after="120"/>
        <w:jc w:val="both"/>
      </w:pPr>
      <w:r>
        <w:rPr>
          <w:rFonts w:ascii="Georgia" w:hAnsi="Georgia"/>
          <w:b w:val="0"/>
          <w:i w:val="0"/>
          <w:color w:val="000000"/>
          <w:sz w:val="24"/>
        </w:rPr>
        <w:t>И в порядке их спуска я сомневаюсь между двумя способами, какой из них верен. Мне представляется, что от моего учителя, благословенна его память, я слышал оба, но я не в силах согласовать их между собой, как я указал в предисловии к книге: я не хочу добавить или убавить ни единой точки от всего того, что слышал от моего учителя, благословенна его память.</w:t>
      </w:r>
    </w:p>
    <w:p>
      <w:pPr>
        <w:spacing w:before="40" w:after="120"/>
        <w:jc w:val="both"/>
      </w:pPr>
      <w:r>
        <w:rPr>
          <w:rFonts w:ascii="Georgia" w:hAnsi="Georgia"/>
          <w:b w:val="0"/>
          <w:i w:val="0"/>
          <w:color w:val="000000"/>
          <w:sz w:val="24"/>
        </w:rPr>
        <w:t>Первый способ: при выходе гвурот из ее Даат две гвуры выходят одновременно — одна в ее Хесед, а другая в ее Гвуру. Поэтому Хесед не нуждается в ее Гвуре, а Гвура не нуждается в ее Хеседе. И Тиферет также не нуждается ни в Хеседе, ни в Гвуре, так как свет его гвуры распространяется из Даат и опускается к нему по средней линии. И Нецах и Ход не нуждаются друг в друге, а также не нуждаются в Хеседе и Гвуре, находящихся выше них. Однако Нецах и Ход нуждаются в Тиферет, так как два света их гвурот выходят из Тиферет и разделяются — один вправо, а другой влево, в Нецах и Ход. А затем свечение всех их собирается в Есод, как сказано выше.</w:t>
      </w:r>
    </w:p>
    <w:p>
      <w:pPr>
        <w:spacing w:before="40" w:after="120"/>
        <w:jc w:val="both"/>
      </w:pPr>
      <w:r>
        <w:rPr>
          <w:rFonts w:ascii="Georgia" w:hAnsi="Georgia"/>
          <w:b w:val="0"/>
          <w:i w:val="0"/>
          <w:color w:val="000000"/>
          <w:sz w:val="24"/>
        </w:rPr>
        <w:t>Другой же способ, который, как мне представляется, я определенно слышал: хасадим в ЗА и гвурот в Нукве спускаются ступень за ступенью от Хеседа до Хода. Ведь вначале все они спускаются в Хесед вместе, а затем его гвура остается там, и четыре гвуры спускаются в Гвуру; ее гвура остается там, и три гвуры спускаются в Тиферет; его гвура остается там, и две гвуры спускаются в ее Нецах; его гвура остается там, и последняя гвура спускается в Ход. А затем свечение каждой из них опускается в Есод, а затем свечение их свечения — в ее Малхут. Оба эти способа, как мне представляется, я слышал, как сказано выше.</w:t>
      </w:r>
    </w:p>
    <w:p>
      <w:r>
        <w:br w:type="page"/>
      </w:r>
    </w:p>
    <w:p>
      <w:pPr>
        <w:keepNext/>
        <w:spacing w:before="360" w:after="160"/>
        <w:jc w:val="center"/>
      </w:pPr>
      <w:r>
        <w:rPr>
          <w:rFonts w:ascii="Georgia" w:hAnsi="Georgia"/>
          <w:b w:val="0"/>
          <w:i w:val="0"/>
          <w:color w:val="000000"/>
          <w:sz w:val="40"/>
        </w:rPr>
        <w:t>Врата 35: Врата Луны</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Вторые врата — врата Луны; они делятся на пять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[Относительно] темы сотворения Малхут и порядка ее исправления: подобно сказанному о Зеир Анпине (ЗА), мы находим, что она называется «женским началом» (</w:t>
      </w:r>
      <w:r>
        <w:rPr>
          <w:rFonts w:ascii="Georgia" w:hAnsi="Georgia"/>
          <w:b w:val="0"/>
          <w:i/>
          <w:color w:val="000000"/>
          <w:sz w:val="24"/>
        </w:rPr>
        <w:t>некева</w:t>
      </w:r>
      <w:r>
        <w:rPr>
          <w:rFonts w:ascii="Georgia" w:hAnsi="Georgia"/>
          <w:b w:val="0"/>
          <w:i w:val="0"/>
          <w:color w:val="000000"/>
          <w:sz w:val="24"/>
        </w:rPr>
        <w:t xml:space="preserve">, </w:t>
      </w:r>
      <w:r>
        <w:rPr>
          <w:rFonts w:ascii="Georgia" w:hAnsi="Georgia" w:cs="Times New Roman"/>
          <w:b/>
          <w:i w:val="0"/>
          <w:color w:val="000000"/>
          <w:sz w:val="24"/>
          <w:rtl/>
          <w:szCs w:val="32"/>
        </w:rPr>
        <w:t>נְקֵבָה</w:t>
      </w:r>
      <w:r>
        <w:rPr>
          <w:rFonts w:ascii="Georgia" w:hAnsi="Georgia"/>
          <w:b w:val="0"/>
          <w:i w:val="0"/>
          <w:color w:val="000000"/>
          <w:sz w:val="24"/>
        </w:rPr>
        <w:t>). Тайну этого мы уже объясняли в другом месте: ее свет приходит к ней не иначе как через отверстие (</w:t>
      </w:r>
      <w:r>
        <w:rPr>
          <w:rFonts w:ascii="Georgia" w:hAnsi="Georgia"/>
          <w:b w:val="0"/>
          <w:i/>
          <w:color w:val="000000"/>
          <w:sz w:val="24"/>
        </w:rPr>
        <w:t>некев</w:t>
      </w:r>
      <w:r>
        <w:rPr>
          <w:rFonts w:ascii="Georgia" w:hAnsi="Georgia"/>
          <w:b w:val="0"/>
          <w:i w:val="0"/>
          <w:color w:val="000000"/>
          <w:sz w:val="24"/>
        </w:rPr>
        <w:t xml:space="preserve">, </w:t>
      </w:r>
      <w:r>
        <w:rPr>
          <w:rFonts w:ascii="Georgia" w:hAnsi="Georgia" w:cs="Times New Roman"/>
          <w:b/>
          <w:i w:val="0"/>
          <w:color w:val="000000"/>
          <w:sz w:val="24"/>
          <w:rtl/>
          <w:szCs w:val="32"/>
        </w:rPr>
        <w:t>נֶקֶב</w:t>
      </w:r>
      <w:r>
        <w:rPr>
          <w:rFonts w:ascii="Georgia" w:hAnsi="Georgia"/>
          <w:b w:val="0"/>
          <w:i w:val="0"/>
          <w:color w:val="000000"/>
          <w:sz w:val="24"/>
        </w:rPr>
        <w:t xml:space="preserve">), как сказано в «Идре»: «и пробил отверстие, и прошел сзади между сосцами»; поэтому она и называется </w:t>
      </w:r>
      <w:r>
        <w:rPr>
          <w:rFonts w:ascii="Georgia" w:hAnsi="Georgia"/>
          <w:b w:val="0"/>
          <w:i/>
          <w:color w:val="000000"/>
          <w:sz w:val="24"/>
        </w:rPr>
        <w:t>некева</w:t>
      </w:r>
      <w:r>
        <w:rPr>
          <w:rFonts w:ascii="Georgia" w:hAnsi="Georgia"/>
          <w:b w:val="0"/>
          <w:i w:val="0"/>
          <w:color w:val="000000"/>
          <w:sz w:val="24"/>
        </w:rPr>
        <w:t xml:space="preserve">. При этом начальные буквы слова </w:t>
      </w:r>
      <w:r>
        <w:rPr>
          <w:rFonts w:ascii="Georgia" w:hAnsi="Georgia"/>
          <w:b w:val="0"/>
          <w:i/>
          <w:color w:val="000000"/>
          <w:sz w:val="24"/>
        </w:rPr>
        <w:t>некева</w:t>
      </w:r>
      <w:r>
        <w:rPr>
          <w:rFonts w:ascii="Georgia" w:hAnsi="Georgia"/>
          <w:b w:val="0"/>
          <w:i w:val="0"/>
          <w:color w:val="000000"/>
          <w:sz w:val="24"/>
        </w:rPr>
        <w:t xml:space="preserve"> соответствуют возрастам женщины: иногда она зовется отроковицей (</w:t>
      </w:r>
      <w:r>
        <w:rPr>
          <w:rFonts w:ascii="Georgia" w:hAnsi="Georgia"/>
          <w:b w:val="0"/>
          <w:i/>
          <w:color w:val="000000"/>
          <w:sz w:val="24"/>
        </w:rPr>
        <w:t>наара</w:t>
      </w:r>
      <w:r>
        <w:rPr>
          <w:rFonts w:ascii="Georgia" w:hAnsi="Georgia"/>
          <w:b w:val="0"/>
          <w:i w:val="0"/>
          <w:color w:val="000000"/>
          <w:sz w:val="24"/>
        </w:rPr>
        <w:t xml:space="preserve">, </w:t>
      </w:r>
      <w:r>
        <w:rPr>
          <w:rFonts w:ascii="Georgia" w:hAnsi="Georgia" w:cs="Times New Roman"/>
          <w:b/>
          <w:i w:val="0"/>
          <w:color w:val="000000"/>
          <w:sz w:val="24"/>
          <w:rtl/>
          <w:szCs w:val="32"/>
        </w:rPr>
        <w:t>נַעֲרָה</w:t>
      </w:r>
      <w:r>
        <w:rPr>
          <w:rFonts w:ascii="Georgia" w:hAnsi="Georgia"/>
          <w:b w:val="0"/>
          <w:i w:val="0"/>
          <w:color w:val="000000"/>
          <w:sz w:val="24"/>
        </w:rPr>
        <w:t>), иногда — малой (</w:t>
      </w:r>
      <w:r>
        <w:rPr>
          <w:rFonts w:ascii="Georgia" w:hAnsi="Georgia"/>
          <w:b w:val="0"/>
          <w:i/>
          <w:color w:val="000000"/>
          <w:sz w:val="24"/>
        </w:rPr>
        <w:t>ктана</w:t>
      </w:r>
      <w:r>
        <w:rPr>
          <w:rFonts w:ascii="Georgia" w:hAnsi="Georgia"/>
          <w:b w:val="0"/>
          <w:i w:val="0"/>
          <w:color w:val="000000"/>
          <w:sz w:val="24"/>
        </w:rPr>
        <w:t xml:space="preserve">, </w:t>
      </w:r>
      <w:r>
        <w:rPr>
          <w:rFonts w:ascii="Georgia" w:hAnsi="Georgia" w:cs="Times New Roman"/>
          <w:b/>
          <w:i w:val="0"/>
          <w:color w:val="000000"/>
          <w:sz w:val="24"/>
          <w:rtl/>
          <w:szCs w:val="32"/>
        </w:rPr>
        <w:t>קְטַנָּה</w:t>
      </w:r>
      <w:r>
        <w:rPr>
          <w:rFonts w:ascii="Georgia" w:hAnsi="Georgia"/>
          <w:b w:val="0"/>
          <w:i w:val="0"/>
          <w:color w:val="000000"/>
          <w:sz w:val="24"/>
        </w:rPr>
        <w:t>), иногда — взрослой (</w:t>
      </w:r>
      <w:r>
        <w:rPr>
          <w:rFonts w:ascii="Georgia" w:hAnsi="Georgia"/>
          <w:b w:val="0"/>
          <w:i/>
          <w:color w:val="000000"/>
          <w:sz w:val="24"/>
        </w:rPr>
        <w:t>богерет</w:t>
      </w:r>
      <w:r>
        <w:rPr>
          <w:rFonts w:ascii="Georgia" w:hAnsi="Georgia"/>
          <w:b w:val="0"/>
          <w:i w:val="0"/>
          <w:color w:val="000000"/>
          <w:sz w:val="24"/>
        </w:rPr>
        <w:t xml:space="preserve">, </w:t>
      </w:r>
      <w:r>
        <w:rPr>
          <w:rFonts w:ascii="Georgia" w:hAnsi="Georgia" w:cs="Times New Roman"/>
          <w:b/>
          <w:i w:val="0"/>
          <w:color w:val="000000"/>
          <w:sz w:val="24"/>
          <w:rtl/>
          <w:szCs w:val="32"/>
        </w:rPr>
        <w:t>בּוֹגֶרֶת</w:t>
      </w:r>
      <w:r>
        <w:rPr>
          <w:rFonts w:ascii="Georgia" w:hAnsi="Georgia"/>
          <w:b w:val="0"/>
          <w:i w:val="0"/>
          <w:color w:val="000000"/>
          <w:sz w:val="24"/>
        </w:rPr>
        <w:t>), а иногда — нижней [буквой] хэй (</w:t>
      </w:r>
      <w:r>
        <w:rPr>
          <w:rFonts w:ascii="Georgia" w:hAnsi="Georgia" w:cs="Times New Roman"/>
          <w:b/>
          <w:i w:val="0"/>
          <w:color w:val="000000"/>
          <w:sz w:val="24"/>
          <w:rtl/>
          <w:szCs w:val="32"/>
        </w:rPr>
        <w:t>ה</w:t>
      </w:r>
      <w:r>
        <w:rPr>
          <w:rFonts w:ascii="Georgia" w:hAnsi="Georgia"/>
          <w:b w:val="0"/>
          <w:i w:val="0"/>
          <w:color w:val="000000"/>
          <w:sz w:val="24"/>
        </w:rPr>
        <w:t>) Имени АВАЯ. Теперь я объясню тайну этих четырех периодов. При этом в период малости (в катнуте) у нее есть три других периода: подобно тому как у ЗА сначала есть зачатие (ибур), вскармливание (еника) и свет разума взрослого состояния (мохин де-гадлут), так же [они], несомненно, есть и у Малхут. И разъяснение этого таково: до первого зачатия ЗА он представлял собой шесть точек, как известно, и это было в первый период ЗА.</w:t>
      </w:r>
    </w:p>
    <w:p>
      <w:pPr>
        <w:spacing w:before="40" w:after="120"/>
        <w:jc w:val="both"/>
      </w:pPr>
      <w:r>
        <w:rPr>
          <w:rFonts w:ascii="Georgia" w:hAnsi="Georgia"/>
          <w:b w:val="0"/>
          <w:i w:val="0"/>
          <w:color w:val="000000"/>
          <w:sz w:val="24"/>
        </w:rPr>
        <w:t xml:space="preserve">Тогда, в то время, Малхут напротив него также была одной точкой — седьмой. Ее мера тогда равнялась величине венца (атары) в Есоде; и называлась она тогда венцом, а ее размер составлял треть меры Есода. Затем, во второй период ЗА — то есть во время первого зачатия, когда ЗА находился во чреве Имы (Бины), ведь сначала он пребывал снаружи в виде шести концов (ВАК), а затем вошел во чрево Имы ради исправления, и это второй период ЗА, — он находился в состоянии «три включены в три», поскольку шесть его точек включились там три в три, как мы уже разъясняли ранее. Тогда и Малхут немного исправилась, ведь зачатие служит исправлением как для женского начала (Нуквы), так и для мужского. И тогда Малхут выросла до размера всего Есода мужского начала. А чтобы хорошо понять это, нам необходимо объяснить сказанное ХАЗАЛЬ: </w:t>
      </w:r>
      <w:r>
        <w:rPr>
          <w:rFonts w:ascii="Georgia" w:hAnsi="Georgia"/>
          <w:b w:val="0"/>
          <w:i/>
          <w:color w:val="000000"/>
          <w:sz w:val="24"/>
        </w:rPr>
        <w:t>«Жена поднимается с ним, но не опускается с ним»</w:t>
      </w:r>
      <w:r>
        <w:rPr>
          <w:rFonts w:ascii="Georgia" w:hAnsi="Georgia"/>
          <w:b w:val="0"/>
          <w:i w:val="0"/>
          <w:color w:val="000000"/>
          <w:sz w:val="24"/>
        </w:rPr>
        <w:t xml:space="preserve"> (Ктубот 48а).</w:t>
      </w:r>
    </w:p>
    <w:p>
      <w:pPr>
        <w:spacing w:before="40" w:after="120"/>
        <w:jc w:val="both"/>
      </w:pPr>
      <w:r>
        <w:rPr>
          <w:rFonts w:ascii="Georgia" w:hAnsi="Georgia"/>
          <w:b w:val="0"/>
          <w:i w:val="0"/>
          <w:color w:val="000000"/>
          <w:sz w:val="24"/>
        </w:rPr>
        <w:t>Смысл в том, что Малхут находится под Есодом на средней линии. Причина же [этого] уже известна: Нецах и Ход де-Има внутри ЗА закрыты, и Малхут не могла бы исправиться там. Однако на средней линии, где Есод де-Има открыт, свет может выйти и исправить Малхут. Поэтому ты никогда не найдешь Малхут иначе как позади ЗА напротив средней линии. И когда ЗА пребывал лишь в виде шести точек, отделенных друг от друга, — как известно, отчего то состояние и называлось «общественным владением» (</w:t>
      </w:r>
      <w:r>
        <w:rPr>
          <w:rFonts w:ascii="Georgia" w:hAnsi="Georgia"/>
          <w:b w:val="0"/>
          <w:i/>
          <w:color w:val="000000"/>
          <w:sz w:val="24"/>
        </w:rPr>
        <w:t>ршут а-рабим</w:t>
      </w:r>
      <w:r>
        <w:rPr>
          <w:rFonts w:ascii="Georgia" w:hAnsi="Georgia"/>
          <w:b w:val="0"/>
          <w:i w:val="0"/>
          <w:color w:val="000000"/>
          <w:sz w:val="24"/>
        </w:rPr>
        <w:t>), — Малхут также находилась ниже Есода де-ЗА в качестве атары. И благодаря этому ты поймешь множество имен, которыми зовется Малхут, и все они истинны, ведь у Малхут есть несколько корней сообразно смене периодов. И потому не удивляйся: если Малхут — это атара Есода в человеке (Адаме), как же она может быть Нуквой человека? Дело здесь в великой тайне: во всей святости первоначальный корень никогда не искореняется оттуда.</w:t>
      </w:r>
    </w:p>
    <w:p>
      <w:pPr>
        <w:spacing w:before="40" w:after="120"/>
        <w:jc w:val="both"/>
      </w:pPr>
      <w:r>
        <w:rPr>
          <w:rFonts w:ascii="Georgia" w:hAnsi="Georgia"/>
          <w:b w:val="0"/>
          <w:i w:val="0"/>
          <w:color w:val="000000"/>
          <w:sz w:val="24"/>
        </w:rPr>
        <w:t xml:space="preserve">Поэтому изначально местом Малхут, ее корнем, была атара в Есоде, а затем, когда она выросла, она переместилась оттуда и росла мало-помалу, пока не стала полноценным парцуфом и не вернулась [в состояние] паним бе-паним с ЗА. Но это вовсе не значит, что ее первоначальное состояние исчезло, — напротив, у нее остался корень, прилепленный к ЗА в качестве атары, и он никогда не сдвинется оттуда. И так же ты обнаружишь, что по всей средней линии ЗА у нее всегда есть корни. Ведь у нее всегда есть корень в Есоде де-ЗА в виде атары, и в этом тайна [стиха]: </w:t>
      </w:r>
      <w:r>
        <w:rPr>
          <w:rFonts w:ascii="Georgia" w:hAnsi="Georgia"/>
          <w:b w:val="0"/>
          <w:i/>
          <w:color w:val="000000"/>
          <w:sz w:val="24"/>
        </w:rPr>
        <w:t>«Навек, Г-споди, слово Твое утверждено в небесах»</w:t>
      </w:r>
      <w:r>
        <w:rPr>
          <w:rFonts w:ascii="Georgia" w:hAnsi="Georgia"/>
          <w:b w:val="0"/>
          <w:i w:val="0"/>
          <w:color w:val="000000"/>
          <w:sz w:val="24"/>
        </w:rPr>
        <w:t xml:space="preserve"> (Теилим 119:89), и пойми это. Затем [у нее есть корень] позади Тиферет, и она никогда не сдвинется оттуда, как сказано о тайне [стиха]: </w:t>
      </w:r>
      <w:r>
        <w:rPr>
          <w:rFonts w:ascii="Georgia" w:hAnsi="Georgia"/>
          <w:b w:val="0"/>
          <w:i/>
          <w:color w:val="000000"/>
          <w:sz w:val="24"/>
        </w:rPr>
        <w:t>«И прошел Г-сподь…»</w:t>
      </w:r>
      <w:r>
        <w:rPr>
          <w:rFonts w:ascii="Georgia" w:hAnsi="Georgia"/>
          <w:b w:val="0"/>
          <w:i w:val="0"/>
          <w:color w:val="000000"/>
          <w:sz w:val="24"/>
        </w:rPr>
        <w:t xml:space="preserve"> (Шмот 34:6). Ведь это Имя — тайна свечения того свойства, которое Малхут оставила позади Тиферет де-ЗА, хотя теперь она находится с ним лицом к лицу. И есть у нее также один корень выше, в Даат де-ЗА, и оттуда вышла Лея, и это корень выхода Леи; пойми и храни этот фундаментальный принцип.</w:t>
      </w:r>
    </w:p>
    <w:p>
      <w:pPr>
        <w:spacing w:before="40" w:after="120"/>
        <w:jc w:val="both"/>
      </w:pPr>
      <w:r>
        <w:rPr>
          <w:rFonts w:ascii="Georgia" w:hAnsi="Georgia"/>
          <w:b w:val="0"/>
          <w:i w:val="0"/>
          <w:color w:val="000000"/>
          <w:sz w:val="24"/>
        </w:rPr>
        <w:t xml:space="preserve">Итак, по всей средней линии ЗА у нее есть корень, пребывающий вечно, и потому не удивляйся множеству свойств, присущих Малхут. Более того, даже с каждой сфирой де-ЗА у нее есть один корень, ведь во время зачатия ЗА она соединилась с каждой сфирой де-ЗА и оставила свой корень во всех них. И в этом тайна сказанного в «Тиккуней [Зоар]», что она — совершенство каждой сфиры, и незачем удлинять [об этом] здесь. И поскольку в то время, когда ЗА состоял из шести точек, она пребывала в виде атары, у мужского начала тогда еще не было [обособленной] Нуквы. Затем, во второй период ЗА — при зачатии, [когда] «три включены в три», — она выросла до размера Есода. Суть же в том, что Есод не равен по размеру остальным сфирот, ибо о нем сказано в Писании: </w:t>
      </w:r>
      <w:r>
        <w:rPr>
          <w:rFonts w:ascii="Georgia" w:hAnsi="Georgia"/>
          <w:b w:val="0"/>
          <w:i/>
          <w:color w:val="000000"/>
          <w:sz w:val="24"/>
        </w:rPr>
        <w:t>«…и число четверти Исраэля»</w:t>
      </w:r>
      <w:r>
        <w:rPr>
          <w:rFonts w:ascii="Georgia" w:hAnsi="Georgia"/>
          <w:b w:val="0"/>
          <w:i w:val="0"/>
          <w:color w:val="000000"/>
          <w:sz w:val="24"/>
        </w:rPr>
        <w:t xml:space="preserve"> (Бемидбар 23:10), ведь длина тела (гуфа) составляет четыре [размера] союза (Есода).</w:t>
      </w:r>
    </w:p>
    <w:p>
      <w:pPr>
        <w:spacing w:before="40" w:after="120"/>
        <w:jc w:val="both"/>
      </w:pPr>
      <w:r>
        <w:rPr>
          <w:rFonts w:ascii="Georgia" w:hAnsi="Georgia"/>
          <w:b w:val="0"/>
          <w:i w:val="0"/>
          <w:color w:val="000000"/>
          <w:sz w:val="24"/>
        </w:rPr>
        <w:t xml:space="preserve">Выходит, что Есод равен четверти Тиферет, а атара составляет треть Есода. И в этом тайна [стиха]: </w:t>
      </w:r>
      <w:r>
        <w:rPr>
          <w:rFonts w:ascii="Georgia" w:hAnsi="Georgia"/>
          <w:b w:val="0"/>
          <w:i/>
          <w:color w:val="000000"/>
          <w:sz w:val="24"/>
        </w:rPr>
        <w:t>«…и вместил в треть [меры] прах земли»</w:t>
      </w:r>
      <w:r>
        <w:rPr>
          <w:rFonts w:ascii="Georgia" w:hAnsi="Georgia"/>
          <w:b w:val="0"/>
          <w:i w:val="0"/>
          <w:color w:val="000000"/>
          <w:sz w:val="24"/>
        </w:rPr>
        <w:t xml:space="preserve"> (Йешаяу 40:12), ведь мера земли (Малхут) — это мера трети, то есть атара. А когда [сфирот] включились «три в три», как мы уже разъясняли, порядок таков, что НЕХИ облачили ХАГАТ, и получается, что Хесед находится внутри Нецаха, Гвура — внутри Хода, а Тиферет — внутри Есода. Малхут же находится под Есодом на средней линии. И если так, то когда Есод поднялся, включил в себя Тиферет и облачил его, для Малхут не осталось места, чтобы включиться внутрь, и не было у нее пары. Но подобно тому как это зачатие было исправлением для ЗА, оно стало исправлением и для Нуквы.</w:t>
      </w:r>
    </w:p>
    <w:p>
      <w:pPr>
        <w:spacing w:before="40" w:after="120"/>
        <w:jc w:val="both"/>
      </w:pPr>
      <w:r>
        <w:rPr>
          <w:rFonts w:ascii="Georgia" w:hAnsi="Georgia"/>
          <w:b w:val="0"/>
          <w:i w:val="0"/>
          <w:color w:val="000000"/>
          <w:sz w:val="24"/>
        </w:rPr>
        <w:t xml:space="preserve">Поэтому возникла необходимость, чтобы точка Малхут поднялась вверх поверх Есода и облачила его. Получается, что Есод облачает Тиферет, а Малхут облачает Есод. Ты поймешь это из сказанного в недельной главе Балак о [стихе]: </w:t>
      </w:r>
      <w:r>
        <w:rPr>
          <w:rFonts w:ascii="Georgia" w:hAnsi="Georgia"/>
          <w:b w:val="0"/>
          <w:i/>
          <w:color w:val="000000"/>
          <w:sz w:val="24"/>
        </w:rPr>
        <w:t>«Смотрю на него, но не близко…»</w:t>
      </w:r>
      <w:r>
        <w:rPr>
          <w:rFonts w:ascii="Georgia" w:hAnsi="Georgia"/>
          <w:b w:val="0"/>
          <w:i w:val="0"/>
          <w:color w:val="000000"/>
          <w:sz w:val="24"/>
        </w:rPr>
        <w:t xml:space="preserve"> (Бемидбар 24:17) — «протянул шаг наружу». Смысл в том, что этот стих говорит о зачатии ЗОН, как явствует из выражений Зоара там.</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Суть этого [раскрывается] в том, о чем я сообщил тебе там: при первом зачатии ЗОН пребывали в виде малой [буквы] вав (</w:t>
      </w:r>
      <w:r>
        <w:rPr>
          <w:rFonts w:ascii="Georgia" w:hAnsi="Georgia" w:cs="Times New Roman"/>
          <w:b/>
          <w:i w:val="0"/>
          <w:color w:val="000000"/>
          <w:sz w:val="24"/>
          <w:rtl/>
          <w:szCs w:val="32"/>
        </w:rPr>
        <w:t>ו</w:t>
      </w:r>
      <w:r>
        <w:rPr>
          <w:rFonts w:ascii="Georgia" w:hAnsi="Georgia"/>
          <w:b w:val="0"/>
          <w:i w:val="0"/>
          <w:color w:val="000000"/>
          <w:sz w:val="24"/>
        </w:rPr>
        <w:t>), находящейся внутри буквы хэй (</w:t>
      </w:r>
      <w:r>
        <w:rPr>
          <w:rFonts w:ascii="Georgia" w:hAnsi="Georgia" w:cs="Times New Roman"/>
          <w:b/>
          <w:i w:val="0"/>
          <w:color w:val="000000"/>
          <w:sz w:val="24"/>
          <w:rtl/>
          <w:szCs w:val="32"/>
        </w:rPr>
        <w:t>ה</w:t>
      </w:r>
      <w:r>
        <w:rPr>
          <w:rFonts w:ascii="Georgia" w:hAnsi="Georgia"/>
          <w:b w:val="0"/>
          <w:i w:val="0"/>
          <w:color w:val="000000"/>
          <w:sz w:val="24"/>
        </w:rPr>
        <w:t>). Ведь они представляют собой шесть точек и включаются «три в три»; получается, что их шесть, однако они малы, так как раскрываются лишь три из них — половина вав (</w:t>
      </w:r>
      <w:r>
        <w:rPr>
          <w:rFonts w:ascii="Georgia" w:hAnsi="Georgia" w:cs="Times New Roman"/>
          <w:b/>
          <w:i w:val="0"/>
          <w:color w:val="000000"/>
          <w:sz w:val="24"/>
          <w:rtl/>
          <w:szCs w:val="32"/>
        </w:rPr>
        <w:t>ו</w:t>
      </w:r>
      <w:r>
        <w:rPr>
          <w:rFonts w:ascii="Georgia" w:hAnsi="Georgia"/>
          <w:b w:val="0"/>
          <w:i w:val="0"/>
          <w:color w:val="000000"/>
          <w:sz w:val="24"/>
        </w:rPr>
        <w:t xml:space="preserve"> = 6), — и потому она называется малой вав. И там, в конце этой вав, «он протянул шаг наружу». Смысл в том, что когда Тиферет облачился в Есод, толщина [средней линии] сравнялась с толщиной остальных сфирот, ведь Нецах также облачает Хесед, а Ход служит одеянием для Гвуры. Но когда и Малхут облачает Есод, оказывается, что там сходятся три слоя толщины: Тиферет, Есод и Малхут. Там, где находится Малхут, образуется некоторое утолщение, подобное шагу, выступающему наружу. И благодаря этому Малхут включается во все шесть концов (ВАК). Ведь поскольку она охватывает всю среднюю линию, она включает в себя и две другие линии: подобно тому как средняя линия благодаря зачатию включается в две другие линии и образуется «частное владение» (</w:t>
      </w:r>
      <w:r>
        <w:rPr>
          <w:rFonts w:ascii="Georgia" w:hAnsi="Georgia"/>
          <w:b w:val="0"/>
          <w:i/>
          <w:color w:val="000000"/>
          <w:sz w:val="24"/>
        </w:rPr>
        <w:t>ршут а-яхид</w:t>
      </w:r>
      <w:r>
        <w:rPr>
          <w:rFonts w:ascii="Georgia" w:hAnsi="Georgia"/>
          <w:b w:val="0"/>
          <w:i w:val="0"/>
          <w:color w:val="000000"/>
          <w:sz w:val="24"/>
        </w:rPr>
        <w:t>), как известно, так и Малхут, находясь на средней линии, включается в обе [боковые] линии. Благодаря же своему подъему для облачения Есода к ней добавился свет, и она выросла до размера его Есода — и это второй период ЗОН.</w:t>
      </w:r>
    </w:p>
    <w:p>
      <w:pPr>
        <w:spacing w:before="40" w:after="120"/>
        <w:jc w:val="both"/>
      </w:pPr>
      <w:r>
        <w:rPr>
          <w:rFonts w:ascii="Georgia" w:hAnsi="Georgia"/>
          <w:b w:val="0"/>
          <w:i w:val="0"/>
          <w:color w:val="000000"/>
          <w:sz w:val="24"/>
        </w:rPr>
        <w:t xml:space="preserve">Затем, в третий период ЗА, представляющий собой тайну вскармливания (еника), который наступает после выхода ЗА наружу из чрева Имы, ЗА вновь распространяется и становится большими шестью концами (ВАК). И тогда Нуква не опускается вместе с ним. Смысл в том, что сначала она поднимается вместе с ним: когда Есод поднимается, чтобы облачить Тиферет, она также поднимается вместе с ним и облачает Есод, оказываясь позади Тиферет и окружая его. Поэтому, когда Есод спускается с Тиферет и распространяется вниз, Малхут не опускается вместе с ним, а остается там, наверху, напротив Тиферет. Получается, что Есод спустился с Тиферет, а Малхут осталась на Тиферет, будучи буквально прилеплена к нему. И в этом тайна [слов]: </w:t>
      </w:r>
      <w:r>
        <w:rPr>
          <w:rFonts w:ascii="Georgia" w:hAnsi="Georgia"/>
          <w:b w:val="0"/>
          <w:i/>
          <w:color w:val="000000"/>
          <w:sz w:val="24"/>
        </w:rPr>
        <w:t>«Жена поднимается с ним, но не опускается с ним»</w:t>
      </w:r>
      <w:r>
        <w:rPr>
          <w:rFonts w:ascii="Georgia" w:hAnsi="Georgia"/>
          <w:b w:val="0"/>
          <w:i w:val="0"/>
          <w:color w:val="000000"/>
          <w:sz w:val="24"/>
        </w:rPr>
        <w:t xml:space="preserve"> (Ктубот 48а).</w:t>
      </w:r>
    </w:p>
    <w:p>
      <w:pPr>
        <w:spacing w:before="40" w:after="120"/>
        <w:jc w:val="both"/>
      </w:pPr>
      <w:r>
        <w:rPr>
          <w:rFonts w:ascii="Georgia" w:hAnsi="Georgia"/>
          <w:b w:val="0"/>
          <w:i w:val="0"/>
          <w:color w:val="000000"/>
          <w:sz w:val="24"/>
        </w:rPr>
        <w:t>Однако, несомненно, ее первоначальный корень атары остался внизу, как сказано выше. Получается, что во время вскармливания Нуква осталась прилепленной буквально позади Тиферет. И известно, что благодаря вскармливанию ЗА растет за счет молока, и тогда эта Малхут также вырастает на иную ступень — до размера Тиферет. И теперь Малхут представляет собой одну целую сфиру, подобно остальным сфирот де-ЗА, но это еще не парцуф, а лишь одна цельная мера. В эти периоды Малхут называется малой (</w:t>
      </w:r>
      <w:r>
        <w:rPr>
          <w:rFonts w:ascii="Georgia" w:hAnsi="Georgia"/>
          <w:b w:val="0"/>
          <w:i/>
          <w:color w:val="000000"/>
          <w:sz w:val="24"/>
        </w:rPr>
        <w:t>ктана</w:t>
      </w:r>
      <w:r>
        <w:rPr>
          <w:rFonts w:ascii="Georgia" w:hAnsi="Georgia"/>
          <w:b w:val="0"/>
          <w:i w:val="0"/>
          <w:color w:val="000000"/>
          <w:sz w:val="24"/>
        </w:rPr>
        <w:t>); однако она не становится окончательно малой в полной мере, пока не станет цельной мерой, и тогда она называется нижней [буквой] хэй (</w:t>
      </w:r>
      <w:r>
        <w:rPr>
          <w:rFonts w:ascii="Georgia" w:hAnsi="Georgia" w:cs="Times New Roman"/>
          <w:b/>
          <w:i w:val="0"/>
          <w:color w:val="000000"/>
          <w:sz w:val="24"/>
          <w:rtl/>
          <w:szCs w:val="32"/>
        </w:rPr>
        <w:t>ה</w:t>
      </w:r>
      <w:r>
        <w:rPr>
          <w:rFonts w:ascii="Georgia" w:hAnsi="Georgia"/>
          <w:b w:val="0"/>
          <w:i w:val="0"/>
          <w:color w:val="000000"/>
          <w:sz w:val="24"/>
        </w:rPr>
        <w:t>) Имени [АВАЯ], так как у нее уже есть одна законченная мера. И мы уже объясняли, что у ЗА в состоянии малости также есть мохин де-катнут, и у Нуквы в ее малости тоже есть мохин де-катнут. Эти мохин намекаются в тайне имени, которое есть у нее сейчас, когда она является последней хэй (</w:t>
      </w:r>
      <w:r>
        <w:rPr>
          <w:rFonts w:ascii="Georgia" w:hAnsi="Georgia" w:cs="Times New Roman"/>
          <w:b/>
          <w:i w:val="0"/>
          <w:color w:val="000000"/>
          <w:sz w:val="24"/>
          <w:rtl/>
          <w:szCs w:val="32"/>
        </w:rPr>
        <w:t>ה</w:t>
      </w:r>
      <w:r>
        <w:rPr>
          <w:rFonts w:ascii="Georgia" w:hAnsi="Georgia"/>
          <w:b w:val="0"/>
          <w:i w:val="0"/>
          <w:color w:val="000000"/>
          <w:sz w:val="24"/>
        </w:rPr>
        <w:t>) в Имени [АВАЯ]. Ведь [буква] вав (</w:t>
      </w:r>
      <w:r>
        <w:rPr>
          <w:rFonts w:ascii="Georgia" w:hAnsi="Georgia" w:cs="Times New Roman"/>
          <w:b/>
          <w:i w:val="0"/>
          <w:color w:val="000000"/>
          <w:sz w:val="24"/>
          <w:rtl/>
          <w:szCs w:val="32"/>
        </w:rPr>
        <w:t>ו</w:t>
      </w:r>
      <w:r>
        <w:rPr>
          <w:rFonts w:ascii="Georgia" w:hAnsi="Georgia"/>
          <w:b w:val="0"/>
          <w:i w:val="0"/>
          <w:color w:val="000000"/>
          <w:sz w:val="24"/>
        </w:rPr>
        <w:t>) — это средняя линия, Тиферет в ЗА, с той лишь разницей, что она включает в себя шесть концов (ВАК) по числовому значению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но основа вав — в Тиферет средней линии. И там, позади Тиферет, находится нижняя хэй (</w:t>
      </w:r>
      <w:r>
        <w:rPr>
          <w:rFonts w:ascii="Georgia" w:hAnsi="Georgia" w:cs="Times New Roman"/>
          <w:b/>
          <w:i w:val="0"/>
          <w:color w:val="000000"/>
          <w:sz w:val="24"/>
          <w:rtl/>
          <w:szCs w:val="32"/>
        </w:rPr>
        <w:t>ה</w:t>
      </w:r>
      <w:r>
        <w:rPr>
          <w:rFonts w:ascii="Georgia" w:hAnsi="Georgia"/>
          <w:b w:val="0"/>
          <w:i w:val="0"/>
          <w:color w:val="000000"/>
          <w:sz w:val="24"/>
        </w:rPr>
        <w:t>), то есть Нуква, а две буквы... [Буквы] йод и хэй (</w:t>
      </w:r>
      <w:r>
        <w:rPr>
          <w:rFonts w:ascii="Georgia" w:hAnsi="Georgia" w:cs="Times New Roman"/>
          <w:b/>
          <w:i w:val="0"/>
          <w:color w:val="000000"/>
          <w:sz w:val="24"/>
          <w:rtl/>
          <w:szCs w:val="32"/>
        </w:rPr>
        <w:t>יה</w:t>
      </w:r>
      <w:r>
        <w:rPr>
          <w:rFonts w:ascii="Georgia" w:hAnsi="Georgia"/>
          <w:b w:val="0"/>
          <w:i w:val="0"/>
          <w:color w:val="000000"/>
          <w:sz w:val="24"/>
        </w:rPr>
        <w:t>) служат мохин для ЗА, и об этом не стоит распространяться. И известно, что у Малхут есть только три мохин, ибо у нее есть лишь один венец Гвуры. Первый мох, Хохма, — это ЭЛОКИМ с наполнением алеф; мох Бины — это ЭЛОКИМ с наполнением хэй, ведь каждая буква хэй относится к Бине; а третий мох — это простой ЭЛОКИМ [без наполнения], поскольку ее Даат не является завершенным, и тем более в состоянии малости, поэтому в нем нет наполнения. При этом ЭЛОКИМ с наполнением йод не раскрылся в ней, так как в ней нет [для этого] сил, и вместо букв йод она берет буквы алеф.</w:t>
      </w:r>
    </w:p>
    <w:p>
      <w:pPr>
        <w:spacing w:before="40" w:after="120"/>
        <w:jc w:val="both"/>
      </w:pPr>
      <w:r>
        <w:rPr>
          <w:rFonts w:ascii="Georgia" w:hAnsi="Georgia"/>
          <w:b w:val="0"/>
          <w:i w:val="0"/>
          <w:color w:val="000000"/>
          <w:sz w:val="24"/>
        </w:rPr>
        <w:t>Получается, что ее мохин Хохмы и Бины (ХУБ) — это наполнения алеф и хэй, и они соответствуют двум буквам хэй-алеф (</w:t>
      </w:r>
      <w:r>
        <w:rPr>
          <w:rFonts w:ascii="Georgia" w:hAnsi="Georgia" w:cs="Times New Roman"/>
          <w:b/>
          <w:i w:val="0"/>
          <w:color w:val="000000"/>
          <w:sz w:val="24"/>
          <w:rtl/>
          <w:szCs w:val="32"/>
        </w:rPr>
        <w:t>ה״א</w:t>
      </w:r>
      <w:r>
        <w:rPr>
          <w:rFonts w:ascii="Georgia" w:hAnsi="Georgia"/>
          <w:b w:val="0"/>
          <w:i w:val="0"/>
          <w:color w:val="000000"/>
          <w:sz w:val="24"/>
        </w:rPr>
        <w:t>): наполнение хэй и наполнение алеф. И поскольку она — женское начало (Нуква), здесь [буква] хэй (</w:t>
      </w:r>
      <w:r>
        <w:rPr>
          <w:rFonts w:ascii="Georgia" w:hAnsi="Georgia" w:cs="Times New Roman"/>
          <w:b/>
          <w:i w:val="0"/>
          <w:color w:val="000000"/>
          <w:sz w:val="24"/>
          <w:rtl/>
          <w:szCs w:val="32"/>
        </w:rPr>
        <w:t>ה</w:t>
      </w:r>
      <w:r>
        <w:rPr>
          <w:rFonts w:ascii="Georgia" w:hAnsi="Georgia"/>
          <w:b w:val="0"/>
          <w:i w:val="0"/>
          <w:color w:val="000000"/>
          <w:sz w:val="24"/>
        </w:rPr>
        <w:t>) стоит над алеф (</w:t>
      </w:r>
      <w:r>
        <w:rPr>
          <w:rFonts w:ascii="Georgia" w:hAnsi="Georgia" w:cs="Times New Roman"/>
          <w:b/>
          <w:i w:val="0"/>
          <w:color w:val="000000"/>
          <w:sz w:val="24"/>
          <w:rtl/>
          <w:szCs w:val="32"/>
        </w:rPr>
        <w:t>א</w:t>
      </w:r>
      <w:r>
        <w:rPr>
          <w:rFonts w:ascii="Georgia" w:hAnsi="Georgia"/>
          <w:b w:val="0"/>
          <w:i w:val="0"/>
          <w:color w:val="000000"/>
          <w:sz w:val="24"/>
        </w:rPr>
        <w:t>). А так как вся основа Малхут — это нижняя хэй, то и ее мохин пребывают в тайне наполнения этих двух букв хэй-алеф, как сказано выше. Поэтому она называется сейчас хэй (</w:t>
      </w:r>
      <w:r>
        <w:rPr>
          <w:rFonts w:ascii="Georgia" w:hAnsi="Georgia" w:cs="Times New Roman"/>
          <w:b/>
          <w:i w:val="0"/>
          <w:color w:val="000000"/>
          <w:sz w:val="24"/>
          <w:rtl/>
          <w:szCs w:val="32"/>
        </w:rPr>
        <w:t>ה</w:t>
      </w:r>
      <w:r>
        <w:rPr>
          <w:rFonts w:ascii="Georgia" w:hAnsi="Georgia"/>
          <w:b w:val="0"/>
          <w:i w:val="0"/>
          <w:color w:val="000000"/>
          <w:sz w:val="24"/>
        </w:rPr>
        <w:t>). И этой простой хэй соответствует мох Даат, представляющий собой простой ЭЛОКИМ, состоящий лишь из пяти букв. Вот и получается, что все эти три мохин намекаются в нижней хэй Имени [АВАЯ]. Тем самым Малхут оказывается теперь составленной из трех линий: правой, левой и средней — соответственно трем линиям буквы хэй.</w:t>
      </w:r>
    </w:p>
    <w:p>
      <w:pPr>
        <w:spacing w:before="40" w:after="120"/>
        <w:jc w:val="both"/>
      </w:pPr>
      <w:r>
        <w:rPr>
          <w:rFonts w:ascii="Georgia" w:hAnsi="Georgia"/>
          <w:b w:val="0"/>
          <w:i w:val="0"/>
          <w:color w:val="000000"/>
          <w:sz w:val="24"/>
        </w:rPr>
        <w:t xml:space="preserve">Выходит, что Малхут в своей малости называется нижней хэй и является придаточной к Имени АВАЯ; когда же она достраивается лицом к лицу, у нее появляется собственное отдельное имя — АДОНАЙ или ЭЛОКИМ, сообразно периодам или состояниям, и она больше не подчинена ему, как упоминается в Зоаре. И мы уже говорили, что Малхут зовется АДОНАЙ; также и сейчас, в своей малости, она принимает это Имя и намекается в нем, но лишь в виде счета и вычисления, а не буквально в самом Имени АДОНАЙ, а только путем подсчета. Как именно? Если сосчитать эти два мохин — имя ЭЛОКИМ с наполнением алеф и с наполнением хэй, — они составляют числовое значение </w:t>
      </w:r>
      <w:r>
        <w:rPr>
          <w:rFonts w:ascii="Georgia" w:hAnsi="Georgia"/>
          <w:b w:val="0"/>
          <w:i/>
          <w:color w:val="000000"/>
          <w:sz w:val="24"/>
        </w:rPr>
        <w:t>токеф</w:t>
      </w:r>
      <w:r>
        <w:rPr>
          <w:rFonts w:ascii="Georgia" w:hAnsi="Georgia"/>
          <w:b w:val="0"/>
          <w:i w:val="0"/>
          <w:color w:val="000000"/>
          <w:sz w:val="24"/>
        </w:rPr>
        <w:t xml:space="preserve"> (</w:t>
      </w:r>
      <w:r>
        <w:rPr>
          <w:rFonts w:ascii="Georgia" w:hAnsi="Georgia" w:cs="Times New Roman"/>
          <w:b/>
          <w:i w:val="0"/>
          <w:color w:val="000000"/>
          <w:sz w:val="24"/>
          <w:rtl/>
          <w:szCs w:val="32"/>
        </w:rPr>
        <w:t>תוק״ף</w:t>
      </w:r>
      <w:r>
        <w:rPr>
          <w:rFonts w:ascii="Georgia" w:hAnsi="Georgia"/>
          <w:b w:val="0"/>
          <w:i w:val="0"/>
          <w:color w:val="000000"/>
          <w:sz w:val="24"/>
        </w:rPr>
        <w:t xml:space="preserve"> = 586), ведь эти мохин малости — [строгие] суды и полная суровость (</w:t>
      </w:r>
      <w:r>
        <w:rPr>
          <w:rFonts w:ascii="Georgia" w:hAnsi="Georgia"/>
          <w:b w:val="0"/>
          <w:i/>
          <w:color w:val="000000"/>
          <w:sz w:val="24"/>
        </w:rPr>
        <w:t>токеф</w:t>
      </w:r>
      <w:r>
        <w:rPr>
          <w:rFonts w:ascii="Georgia" w:hAnsi="Georgia"/>
          <w:b w:val="0"/>
          <w:i w:val="0"/>
          <w:color w:val="000000"/>
          <w:sz w:val="24"/>
        </w:rPr>
        <w:t>). А когда ты соединишь с ними среднее имя ЭЛОКИМ, которое является простым [и равно 86], то получится числовое значение 671 (</w:t>
      </w:r>
      <w:r>
        <w:rPr>
          <w:rFonts w:ascii="Georgia" w:hAnsi="Georgia" w:cs="Times New Roman"/>
          <w:b/>
          <w:i w:val="0"/>
          <w:color w:val="000000"/>
          <w:sz w:val="24"/>
          <w:rtl/>
          <w:szCs w:val="32"/>
        </w:rPr>
        <w:t>תרע״א</w:t>
      </w:r>
      <w:r>
        <w:rPr>
          <w:rFonts w:ascii="Georgia" w:hAnsi="Georgia"/>
          <w:b w:val="0"/>
          <w:i w:val="0"/>
          <w:color w:val="000000"/>
          <w:sz w:val="24"/>
        </w:rPr>
        <w:t>), что соответствует [Имени] АДОНАЙ с наполнением.</w:t>
      </w:r>
    </w:p>
    <w:p>
      <w:pPr>
        <w:spacing w:before="40" w:after="120"/>
        <w:jc w:val="both"/>
      </w:pPr>
      <w:r>
        <w:rPr>
          <w:rFonts w:ascii="Georgia" w:hAnsi="Georgia"/>
          <w:b w:val="0"/>
          <w:i w:val="0"/>
          <w:color w:val="000000"/>
          <w:sz w:val="24"/>
        </w:rPr>
        <w:t xml:space="preserve">Однако во время второго зачатия ради [обретения] мохин ты уже знаешь, как Тиферет де-ЗА становится сосудом (кли), вместилищем для моха Даат, и две трети Тиферет поднимаются, чтобы пребывать в свойстве Даат. И тогда Малхут, находящаяся там, позади Тиферет, также поднимается вместе с ним и не опускается, и ее свойство остается там, на месте Даат. Таким образом, все эти три свойства есть у Нуквы на средней линии — в [сфирот] Даат, Тиферет и Есод. И этим объясняется сказанное: </w:t>
      </w:r>
      <w:r>
        <w:rPr>
          <w:rFonts w:ascii="Georgia" w:hAnsi="Georgia"/>
          <w:b w:val="0"/>
          <w:i/>
          <w:color w:val="000000"/>
          <w:sz w:val="24"/>
        </w:rPr>
        <w:t>«Жена поднимается с ним, но не опускается с ним»</w:t>
      </w:r>
      <w:r>
        <w:rPr>
          <w:rFonts w:ascii="Georgia" w:hAnsi="Georgia"/>
          <w:b w:val="0"/>
          <w:i w:val="0"/>
          <w:color w:val="000000"/>
          <w:sz w:val="24"/>
        </w:rPr>
        <w:t xml:space="preserve"> (Ктубот 48а). Итак, до сих пор мы объяснили букву хэй (</w:t>
      </w:r>
      <w:r>
        <w:rPr>
          <w:rFonts w:ascii="Georgia" w:hAnsi="Georgia" w:cs="Times New Roman"/>
          <w:b/>
          <w:i w:val="0"/>
          <w:color w:val="000000"/>
          <w:sz w:val="24"/>
          <w:rtl/>
          <w:szCs w:val="32"/>
        </w:rPr>
        <w:t>ה</w:t>
      </w:r>
      <w:r>
        <w:rPr>
          <w:rFonts w:ascii="Georgia" w:hAnsi="Georgia"/>
          <w:b w:val="0"/>
          <w:i w:val="0"/>
          <w:color w:val="000000"/>
          <w:sz w:val="24"/>
        </w:rPr>
        <w:t xml:space="preserve">) в слове </w:t>
      </w:r>
      <w:r>
        <w:rPr>
          <w:rFonts w:ascii="Georgia" w:hAnsi="Georgia"/>
          <w:b w:val="0"/>
          <w:i/>
          <w:color w:val="000000"/>
          <w:sz w:val="24"/>
        </w:rPr>
        <w:t>некева</w:t>
      </w:r>
      <w:r>
        <w:rPr>
          <w:rFonts w:ascii="Georgia" w:hAnsi="Georgia"/>
          <w:b w:val="0"/>
          <w:i w:val="0"/>
          <w:color w:val="000000"/>
          <w:sz w:val="24"/>
        </w:rPr>
        <w:t>, которая соответствует ее выходу из чрева ее матери при первом зачатии; и она пока еще не называется по-настоящему малой (</w:t>
      </w:r>
      <w:r>
        <w:rPr>
          <w:rFonts w:ascii="Georgia" w:hAnsi="Georgia"/>
          <w:b w:val="0"/>
          <w:i/>
          <w:color w:val="000000"/>
          <w:sz w:val="24"/>
        </w:rPr>
        <w:t>ктана</w:t>
      </w:r>
      <w:r>
        <w:rPr>
          <w:rFonts w:ascii="Georgia" w:hAnsi="Georgia"/>
          <w:b w:val="0"/>
          <w:i w:val="0"/>
          <w:color w:val="000000"/>
          <w:sz w:val="24"/>
        </w:rPr>
        <w:t>), но лишь нижней хэй, поскольку у нее есть только одна мера.</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Затем она называется малой (</w:t>
      </w:r>
      <w:r>
        <w:rPr>
          <w:rFonts w:ascii="Georgia" w:hAnsi="Georgia"/>
          <w:b w:val="0"/>
          <w:i/>
          <w:color w:val="000000"/>
          <w:sz w:val="24"/>
        </w:rPr>
        <w:t>ктана</w:t>
      </w:r>
      <w:r>
        <w:rPr>
          <w:rFonts w:ascii="Georgia" w:hAnsi="Georgia"/>
          <w:b w:val="0"/>
          <w:i w:val="0"/>
          <w:color w:val="000000"/>
          <w:sz w:val="24"/>
        </w:rPr>
        <w:t>); это соответствует букве куф (</w:t>
      </w:r>
      <w:r>
        <w:rPr>
          <w:rFonts w:ascii="Georgia" w:hAnsi="Georgia" w:cs="Times New Roman"/>
          <w:b/>
          <w:i w:val="0"/>
          <w:color w:val="000000"/>
          <w:sz w:val="24"/>
          <w:rtl/>
          <w:szCs w:val="32"/>
        </w:rPr>
        <w:t>ק</w:t>
      </w:r>
      <w:r>
        <w:rPr>
          <w:rFonts w:ascii="Georgia" w:hAnsi="Georgia"/>
          <w:b w:val="0"/>
          <w:i w:val="0"/>
          <w:color w:val="000000"/>
          <w:sz w:val="24"/>
        </w:rPr>
        <w:t xml:space="preserve">) в слове </w:t>
      </w:r>
      <w:r>
        <w:rPr>
          <w:rFonts w:ascii="Georgia" w:hAnsi="Georgia"/>
          <w:b w:val="0"/>
          <w:i/>
          <w:color w:val="000000"/>
          <w:sz w:val="24"/>
        </w:rPr>
        <w:t>некева</w:t>
      </w:r>
      <w:r>
        <w:rPr>
          <w:rFonts w:ascii="Georgia" w:hAnsi="Georgia"/>
          <w:b w:val="0"/>
          <w:i w:val="0"/>
          <w:color w:val="000000"/>
          <w:sz w:val="24"/>
        </w:rPr>
        <w:t xml:space="preserve"> («женщина», </w:t>
      </w:r>
      <w:r>
        <w:rPr>
          <w:rFonts w:ascii="Georgia" w:hAnsi="Georgia" w:cs="Times New Roman"/>
          <w:b/>
          <w:i w:val="0"/>
          <w:color w:val="000000"/>
          <w:sz w:val="24"/>
          <w:rtl/>
          <w:szCs w:val="32"/>
        </w:rPr>
        <w:t>נְקֵבָה</w:t>
      </w:r>
      <w:r>
        <w:rPr>
          <w:rFonts w:ascii="Georgia" w:hAnsi="Georgia"/>
          <w:b w:val="0"/>
          <w:i w:val="0"/>
          <w:color w:val="000000"/>
          <w:sz w:val="24"/>
        </w:rPr>
        <w:t xml:space="preserve">). Ведь женщина до двенадцати лет и одного дня считается малой. Смысл этих двенадцати лет в том, что женщина не исправляется до полного завершения исправления человека. Об этом и сказано: </w:t>
      </w:r>
      <w:r>
        <w:rPr>
          <w:rFonts w:ascii="Georgia" w:hAnsi="Georgia"/>
          <w:b w:val="0"/>
          <w:i/>
          <w:color w:val="000000"/>
          <w:sz w:val="24"/>
        </w:rPr>
        <w:t>«Нехорошо человеку быть одному…»</w:t>
      </w:r>
      <w:r>
        <w:rPr>
          <w:rFonts w:ascii="Georgia" w:hAnsi="Georgia"/>
          <w:b w:val="0"/>
          <w:i w:val="0"/>
          <w:color w:val="000000"/>
          <w:sz w:val="24"/>
        </w:rPr>
        <w:t xml:space="preserve"> (Берешит 2:18). Дело в том, что вначале Нуква находилась в виде одного ребра позади Тиферет де-ЗА, в качестве нижней буквы хэй (</w:t>
      </w:r>
      <w:r>
        <w:rPr>
          <w:rFonts w:ascii="Georgia" w:hAnsi="Georgia" w:cs="Times New Roman"/>
          <w:b/>
          <w:i w:val="0"/>
          <w:color w:val="000000"/>
          <w:sz w:val="24"/>
          <w:rtl/>
          <w:szCs w:val="32"/>
        </w:rPr>
        <w:t>ה</w:t>
      </w:r>
      <w:r>
        <w:rPr>
          <w:rFonts w:ascii="Georgia" w:hAnsi="Georgia"/>
          <w:b w:val="0"/>
          <w:i w:val="0"/>
          <w:color w:val="000000"/>
          <w:sz w:val="24"/>
        </w:rPr>
        <w:t>). Затем человек — то есть ЗА — исправился и вырос окончательно, достигнув полного величия (состояния гадлут). Лишь после этого исправляется Нуква, поскольку после взросления мужского начала женское начало все еще мало, и Нуква не исправляется, пока окончательно не завершится исправление мужского начала. Поэтому мы и видим собственными глазами в природе вещей, что муж по годам старше своей жены. И после того как к ЗА пришел мохин и он вырос, этот мохин светит в Нукву, и она исправляется. Подобно тому как ЗА не называется взрослым, пока весь мохин полностью не войдет в него, так и Нуква, в которой еще нет никакого величия, не называется взрослой, пока весь мохин не войдет в нее до конца.</w:t>
      </w:r>
    </w:p>
    <w:p>
      <w:pPr>
        <w:spacing w:before="40" w:after="120"/>
        <w:jc w:val="both"/>
      </w:pPr>
      <w:r>
        <w:rPr>
          <w:rFonts w:ascii="Georgia" w:hAnsi="Georgia"/>
          <w:b w:val="0"/>
          <w:i w:val="0"/>
          <w:color w:val="000000"/>
          <w:sz w:val="24"/>
        </w:rPr>
        <w:t xml:space="preserve">И тогда она называется </w:t>
      </w:r>
      <w:r>
        <w:rPr>
          <w:rFonts w:ascii="Georgia" w:hAnsi="Georgia"/>
          <w:b w:val="0"/>
          <w:i/>
          <w:color w:val="000000"/>
          <w:sz w:val="24"/>
        </w:rPr>
        <w:t>наара</w:t>
      </w:r>
      <w:r>
        <w:rPr>
          <w:rFonts w:ascii="Georgia" w:hAnsi="Georgia"/>
          <w:b w:val="0"/>
          <w:i w:val="0"/>
          <w:color w:val="000000"/>
          <w:sz w:val="24"/>
        </w:rPr>
        <w:t xml:space="preserve"> («отроковица») и </w:t>
      </w:r>
      <w:r>
        <w:rPr>
          <w:rFonts w:ascii="Georgia" w:hAnsi="Georgia"/>
          <w:b w:val="0"/>
          <w:i/>
          <w:color w:val="000000"/>
          <w:sz w:val="24"/>
        </w:rPr>
        <w:t>богерет</w:t>
      </w:r>
      <w:r>
        <w:rPr>
          <w:rFonts w:ascii="Georgia" w:hAnsi="Georgia"/>
          <w:b w:val="0"/>
          <w:i w:val="0"/>
          <w:color w:val="000000"/>
          <w:sz w:val="24"/>
        </w:rPr>
        <w:t xml:space="preserve"> («зрелая»), как будет сказано ниже, ведь оба эти имени относятся ко времени взросления. Однако вначале она называется малой. И ты знаешь, что мужское начало не становится взрослым до завершения тринадцати лет и одного дня, а Нуква — до двенадцати лет и одного дня. Поэтому сейчас мы объясним, как именно устроены эти двенадцать лет и один день. Ты уже знаешь, что Нуква образуется лишь от окончания верхней трети Тиферет, называемой грудью (хазе), и ниже. Получается, что строение Малхут формируется из двух третей Тиферет и сфирот НЕХИМ — то есть четырех качеств и двух третей. Мы уже объясняли, что ее Кетер строится из двух третей, которые она берет от Тиферет де-ЗА, два ее мохин — из двух верхних суставов Нецах и Ход, ее Хесед и Гвура — из двух средних суставов его сфирот Нецах и Ход, а ее Нецах и Ход — из двух нижних суставов Нецах и Ход мужского начала.</w:t>
      </w:r>
    </w:p>
    <w:p>
      <w:pPr>
        <w:spacing w:before="40" w:after="120"/>
        <w:jc w:val="both"/>
      </w:pPr>
      <w:r>
        <w:rPr>
          <w:rFonts w:ascii="Georgia" w:hAnsi="Georgia"/>
          <w:b w:val="0"/>
          <w:i w:val="0"/>
          <w:color w:val="000000"/>
          <w:sz w:val="24"/>
        </w:rPr>
        <w:t>Однако для средней линии, включающей сфирот Даат, Тиферет, Есод и Малхут, у нее есть только уровень Есод. Мы уже объясняли это в другом месте и разберем подробнее в учении об АТБАХ. Теперь объясним свойство ее Кетера. Уже известно сказанное о пяти хасадим, распространяющихся в гуф де-ЗА: нет ни одной сфиры от Хеседа до Хода, в которой не было бы одного хасада из этих пяти. В Тиферет де-ЗА находится один хасад, и он делится на три трети, поскольку нет ни одного качества, у которого не было бы трех суставов. При этом до груди (хазе) простирается первая треть, до пупа (табур) — вторая треть, а до окончания тела (гуф) — третья треть. И этот хасад, относящийся к Тиферет, распространяется во всех трех третях Тиферет.</w:t>
      </w:r>
    </w:p>
    <w:p>
      <w:pPr>
        <w:spacing w:before="40" w:after="120"/>
        <w:jc w:val="both"/>
      </w:pPr>
      <w:r>
        <w:rPr>
          <w:rFonts w:ascii="Georgia" w:hAnsi="Georgia"/>
          <w:b w:val="0"/>
          <w:i w:val="0"/>
          <w:color w:val="000000"/>
          <w:sz w:val="24"/>
        </w:rPr>
        <w:t xml:space="preserve">Мы уже объясняли, что хасадим во время своего подъема взращивают ЗА: они спускаются и падают в Есод, а оттуда поднимаются до Кетера и взращивают ЗА. Но если у мужского начала есть и спуск, и подъем, то в Нукве свечение этих хасадим проявляется только путем подъема, в виде отраженного света снизу вверх, называемого «светом Нуквы». В этом и заключается смысл стиха: </w:t>
      </w:r>
      <w:r>
        <w:rPr>
          <w:rFonts w:ascii="Georgia" w:hAnsi="Georgia"/>
          <w:b w:val="0"/>
          <w:i/>
          <w:color w:val="000000"/>
          <w:sz w:val="24"/>
        </w:rPr>
        <w:t>«Восходи, колодец, пойте ему…»</w:t>
      </w:r>
      <w:r>
        <w:rPr>
          <w:rFonts w:ascii="Georgia" w:hAnsi="Georgia"/>
          <w:b w:val="0"/>
          <w:i w:val="0"/>
          <w:color w:val="000000"/>
          <w:sz w:val="24"/>
        </w:rPr>
        <w:t xml:space="preserve"> (Бемидбар 21:17). Мы уже объясняли, что Малхут берет из этого хасада в Тиферет лишь полтрети. Ведь третья, нижняя треть из этих трех третей разделяется: половина ее поднимается к Кетеру де-ЗА, а половина светит назад и отдается в Кетер де-Рахель. И там мы объяснили, что в этом заключается смысл речения: «два мелеха пользуются одним кетером», ведь эта треть делится на два кетера для ЗОН. И подобно тому как внутренняя часть Кетера де-Рахель строится из хасада в Тиферет, представляющего собой внутреннюю часть и являющегося распространяющимся в ней Даат, точно так же тело, одеяние и кли Кетера де-Рахель создаются из кли тела самого Тиферет де-ЗА.</w:t>
      </w:r>
    </w:p>
    <w:p>
      <w:pPr>
        <w:spacing w:before="40" w:after="120"/>
        <w:jc w:val="both"/>
      </w:pPr>
      <w:r>
        <w:rPr>
          <w:rFonts w:ascii="Georgia" w:hAnsi="Georgia"/>
          <w:b w:val="0"/>
          <w:i w:val="0"/>
          <w:color w:val="000000"/>
          <w:sz w:val="24"/>
        </w:rPr>
        <w:t>Получается, что Малхут берет внешнюю и внутреннюю части Тиферет де-ЗА для нужд внутренней и внешней частей своего Кетера. При этом внутренняя часть — свет, который она берет оттуда, — составляет полтрети Тиферет; но из внешней части она берет обе раскрытые трети целиком, так как длина ее Кетера равна длине обеих третей Тиферет де-ЗА. Следовательно, она непременно должна взять всю внешнюю часть этих двух третей, однако свет, находящийся внутри них, она берет лишь в размере полтрети, как сказано выше. И все же она, разумеется, не забирает обе трети полностью, ведь ЗА должен оставить часть из них для себя. А именно: ЗА берет полтрети для внешней части тела своего Тиферет, а полторы трети отдает для гуф де-Кетер де-Нуква. Причина в том, что в ЗА изначально присутствуют все три трети, и к тому же там сосредоточено множество свечений (ведь там открывается Есод де-Има и есть много светов).</w:t>
      </w:r>
    </w:p>
    <w:p>
      <w:pPr>
        <w:spacing w:before="40" w:after="120"/>
        <w:jc w:val="both"/>
      </w:pPr>
      <w:r>
        <w:rPr>
          <w:rFonts w:ascii="Georgia" w:hAnsi="Georgia"/>
          <w:b w:val="0"/>
          <w:i w:val="0"/>
          <w:color w:val="000000"/>
          <w:sz w:val="24"/>
        </w:rPr>
        <w:t>Поэтому ему вполне достаточно полтрети для восполнения своего Тиферет, а полторы трети он отдает Малхут, чтобы они послужили ей Кетером в плане тела. И знай, что эти света, притягивающиеся от ЗА к Нукве, не выходят прямо наружу, освещая и проходя через стенки перегородок де-ЗА целиком к Нукве. Иначе весь мохин был бы передан ей в одно мгновение. На самом же деле они передаются в точности по подобию мохин де-ЗА: подобно тому как в ЗА каждый сустав сфирот НЕХИ де-Има входит год за годом, так происходит и в Нукве. И чтобы это осуществилось, эти качества, выходящие к Нукве, выходят не отовсюду, откуда им вздумается, а все они поднимаются до груди (хазе), где находится отверстие, проделанное Высшей искрой (буцина де-кардинута) в хазе де-ЗА, чтобы пройти оттуда назад. Через это место выходят все света и образуют один целем для Нуквы, подобно тому как существует один целем для мужского начала; а оттуда они входят постепенно, уровень за уровнем, каждый год — вплоть до завершения всех двенадцати лет малого состояния.</w:t>
      </w:r>
    </w:p>
    <w:p>
      <w:pPr>
        <w:spacing w:before="40" w:after="120"/>
        <w:jc w:val="both"/>
      </w:pPr>
      <w:r>
        <w:rPr>
          <w:rFonts w:ascii="Georgia" w:hAnsi="Georgia"/>
          <w:b w:val="0"/>
          <w:i w:val="0"/>
          <w:color w:val="000000"/>
          <w:sz w:val="24"/>
        </w:rPr>
        <w:t>Получается, что эти света сначала поднимаются снизу вверх, от Есод к хазе, как сказано выше, а затем выходят оттуда назад и вновь спускаются в Нукву сверху вниз — от Кетера до окончания тела (гуф). И после того как [свет] поднялся, он сгибается и идет на спуск. В этом и заключается смысл вопроса из трактата Бава Кама (в главе «А-Конес»), где спрашивается: «Каков закон, если пригнутый огонь причинил ущерб?» И то, что мы объяснили, и есть тайна явления, именуемого «согнувшимся огнем» (</w:t>
      </w:r>
      <w:r>
        <w:rPr>
          <w:rFonts w:ascii="Georgia" w:hAnsi="Georgia"/>
          <w:b w:val="0"/>
          <w:i/>
          <w:color w:val="000000"/>
          <w:sz w:val="24"/>
        </w:rPr>
        <w:t>эш нихпефет</w:t>
      </w:r>
      <w:r>
        <w:rPr>
          <w:rFonts w:ascii="Georgia" w:hAnsi="Georgia"/>
          <w:b w:val="0"/>
          <w:i w:val="0"/>
          <w:color w:val="000000"/>
          <w:sz w:val="24"/>
        </w:rPr>
        <w:t xml:space="preserve">, </w:t>
      </w:r>
      <w:r>
        <w:rPr>
          <w:rFonts w:ascii="Georgia" w:hAnsi="Georgia" w:cs="Times New Roman"/>
          <w:b/>
          <w:i w:val="0"/>
          <w:color w:val="000000"/>
          <w:sz w:val="24"/>
          <w:rtl/>
          <w:szCs w:val="32"/>
        </w:rPr>
        <w:t>אֵשׁ נִכְפֶּפֶת</w:t>
      </w:r>
      <w:r>
        <w:rPr>
          <w:rFonts w:ascii="Georgia" w:hAnsi="Georgia"/>
          <w:b w:val="0"/>
          <w:i w:val="0"/>
          <w:color w:val="000000"/>
          <w:sz w:val="24"/>
        </w:rPr>
        <w:t>). Ведь ты уже знаешь, что Малхут целиком состоит из гвурот, которые суть огонь, и потому она называется согнувшимся огнем. И знай, что Нуква получает два вида светов: первый — это хасадим, то есть два хасада в Нецах и Ход и еще полтрети в Тиферет, а второй — света пяти гвурот. При этом хасадим и гвурот никогда не смешиваются друг с другом: сначала притягиваются хасадим, пока не завершатся полностью, и лишь затем выходят гвурот. Главные же гвурот, которые берет Малхут, находятся лишь в ее средней линии, ведь она берет их из Тиферет де-ЗА, находящегося на средней линии. А в двух своих [боковых] линиях она берет упомянутые хасадим.</w:t>
      </w:r>
    </w:p>
    <w:p>
      <w:pPr>
        <w:spacing w:before="40" w:after="120"/>
        <w:jc w:val="both"/>
      </w:pPr>
      <w:r>
        <w:rPr>
          <w:rFonts w:ascii="Georgia" w:hAnsi="Georgia"/>
          <w:b w:val="0"/>
          <w:i w:val="0"/>
          <w:color w:val="000000"/>
          <w:sz w:val="24"/>
        </w:rPr>
        <w:t>Смысл в том, что хасад в Нецах де-ЗА делится на три части: одна треть отдается Нукве в ее Хохму, вторая треть — в ее Хесед, а третья треть — в ее Нецах. Точно так же три трети хасада в Ход де-ЗА распределяются по трем сфирот левой линии Нуквы, то есть Бине, Гвуре и Ходу, а из полтрети хасада Тиферет де-ЗА отдается в ее Кетер.</w:t>
      </w:r>
    </w:p>
    <w:p>
      <w:pPr>
        <w:spacing w:before="40" w:after="120"/>
        <w:jc w:val="both"/>
      </w:pPr>
      <w:r>
        <w:rPr>
          <w:rFonts w:ascii="Georgia" w:hAnsi="Georgia"/>
          <w:b w:val="0"/>
          <w:i w:val="0"/>
          <w:color w:val="000000"/>
          <w:sz w:val="24"/>
        </w:rPr>
        <w:t>Примечание. И если ты спросишь, почему мохин де-Нуква образовался не из сфирот ХАГАТ де-ЗА, а только из его сфирот НЕХИ, то ответ таков: НЕХИ, как известно, раскрыты, тогда как ХАГАТ — это скрытые света, и у них нет силы стать мохин. Конец примечания.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Получается, что хасадим, которые Нуква берет от ЗА, распространились по всей правой линии и по всей левой линии. Однако по средней линии хасад распространяется только в ее Кетер, а сфирот Даат, Тиферет, Есод и Малхут остаются без хасадим. Мы уже объясняли, что сначала входят все хасадим, а когда хасадим для вхождения больше не остается, входят гвурот. Следовательно, сначала выстраиваются две линии Нуквы, а затем — средняя линия. Теперь объясним число двенадцати лет и одного дня малого состояния: вначале входит нижний сустав Нецах — вот один год; затем нижний сустав Хода — вот два года; затем еще два года уходят на два средних сустава; затем еще два года — на два верхних сустава, итого шесть лет. За эти шесть лет завершается построение двух линий Нуквы — правой и левой; и еще один год уходит на спуск полтрети, находящейся в Кетере, — итого семь лет до вхождения всех хасадим. Позже с Б-жьей помощью мы объясним, входит ли Кетер первым или последним. А после того как за эти семь лет все хасадим завершили вход, начинают входить гвурот. Ведь когда пять хасадим в ЗА вышли и распространились в нем, следом вышли пять гвурот; но им не было места для распространения, и они спустились в Есод де-ЗА и оставались там до сих пор.</w:t>
      </w:r>
    </w:p>
    <w:p>
      <w:pPr>
        <w:spacing w:before="40" w:after="120"/>
        <w:jc w:val="both"/>
      </w:pPr>
      <w:r>
        <w:rPr>
          <w:rFonts w:ascii="Georgia" w:hAnsi="Georgia"/>
          <w:b w:val="0"/>
          <w:i w:val="0"/>
          <w:color w:val="000000"/>
          <w:sz w:val="24"/>
        </w:rPr>
        <w:t>И тогда они выходят из Есод в Даат Нуквы, ведь ты уже знаешь, что из Есод де-Зеир Анпин позади него образуется Даат де-Нуква. Тогда пять гвурот выходят разом в Даат де-Нуква — вот восемь лет. Затем гвурот спускаются (хотя их корень и остается в Даат, подобно хасадим в ЗА): они опускаются из Даат де-Нуква по средней линии до ее Тиферет и исправляют в ней уровень Тиферет — вот девять лет. Затем они спускаются до Есод по средней линии. Мы уже объясняли относительно ЗА, что спуск хасадим из Тиферет в Есод не требует времени, поскольку перегородки завершились и они спускаются в одно мгновение. Здесь происходит то же самое: гвурот выходят из Тиферет и спускаются в Есод мгновенно, не требуя времени. Ведь подобно тому как в ЗА есть скрытое и раскрытое из-за Есод де-Има, находящегося внутри него, точно так же в Тиферет де-Нуква есть покрытое и раскрытое из-за Есод де-ЗА, находящегося напротив него, с той лишь разницей, что в ЗА он находится прямо внутри, а в Нукве — напротив ее задней стороны. То есть то, что находится напротив Есод де-ЗА, в Тиферет де-Нуква также называется покрытым светом. И это согласуется с тем, что мы уже объясняли: когда выходит свет, вместе с ним выходит также его одеяние и чехол.</w:t>
      </w:r>
    </w:p>
    <w:p>
      <w:pPr>
        <w:spacing w:before="40" w:after="120"/>
        <w:jc w:val="both"/>
      </w:pPr>
      <w:r>
        <w:rPr>
          <w:rFonts w:ascii="Georgia" w:hAnsi="Georgia"/>
          <w:b w:val="0"/>
          <w:i w:val="0"/>
          <w:color w:val="000000"/>
          <w:sz w:val="24"/>
        </w:rPr>
        <w:t>Получается, что когда свет Есод переходит и входит в Тиферет де-Нуква, его одеяние также выходит наружу из него в Тиферет де-Нуква и там облачает этот свет до того места, куда достигает длина Есод де-ЗА. А там, где раскрывается Есод де-ЗА, напротив него в Нукве свет также становится раскрытым. И оказывается, что в месте раскрытого света спуску не требуется времени; таким образом, до сих пор прошло всего лишь девять лет. Затем, подобно тому как хасадим де-ЗА поднимаются из его Есод к его Кетеру, чтобы взрастить его, так и гвурот поднимаются в Нукве снизу вверх до самого ее Кетера. При подъеме они совершают три перехода: первый — из Есод в Тиферет, второй — из Тиферет в Даат, третий — из Даат в Кетер; вот еще три года, а вместе с первыми девятью — двенадцать лет.</w:t>
      </w:r>
    </w:p>
    <w:p>
      <w:pPr>
        <w:spacing w:before="40" w:after="120"/>
        <w:jc w:val="both"/>
      </w:pPr>
      <w:r>
        <w:rPr>
          <w:rFonts w:ascii="Georgia" w:hAnsi="Georgia"/>
          <w:b w:val="0"/>
          <w:i w:val="0"/>
          <w:color w:val="000000"/>
          <w:sz w:val="24"/>
        </w:rPr>
        <w:t>Теперь объясним, когда именно входит та полтреть света в Кетере де-Нуква. Знай, что эта полтреть света делится на четыре части. Когда входят два нижних сустава Нецах и Ход, входит одна четверть; при двух средних суставах — вторая четверть; а при двух верхних суставах — третья четверть. Таким образом, к моменту, когда ей исполняется двенадцать лет, в ее Кетере завершились лишь три части, а четвертая часть еще не завершена. Это согласуется с тем, о чем я уже извещал тебя: Кетер никогда не может завершиться и исправиться, пока не исправится вся Нуква целиком. Поэтому эта четверть осталась невведенной и входит последней из всего, что входит. А то, что первые три четверти начали входить вначале, произошло потому, что гвурот не выходят до полного завершения спуска хасадим, и потому хасадим должны были спуститься первыми; однако из-за того, что Кетер не завершается до самого конца, эта четвертая часть осталась, чтобы войти в самом конце. И все же поясним это подробнее: раз эта четвертая часть осталась наверху, как же гвурот смогли распространиться раньше нее? Дело в том, что если бы она все еще оставалась в самом ЗА, возникло бы строгое препятствие. Здесь же она уже находится над ее головой, просто еще не вошла внутрь нее до конца, пребывая в виде окружающего света над ее головой.</w:t>
      </w:r>
    </w:p>
    <w:p>
      <w:pPr>
        <w:spacing w:before="40" w:after="120"/>
        <w:jc w:val="both"/>
      </w:pPr>
      <w:r>
        <w:rPr>
          <w:rFonts w:ascii="Georgia" w:hAnsi="Georgia"/>
          <w:b w:val="0"/>
          <w:i w:val="0"/>
          <w:color w:val="000000"/>
          <w:sz w:val="24"/>
        </w:rPr>
        <w:t xml:space="preserve">Поэтому препятствия нет, и гвурот уже смогли распространиться в ней. По той же причине ты поймешь: раз недостает войти лишь четвертой части, и к тому же она уже стоит там и требуется лишь малое опускание, для этого спуска не нужно много времени. Это и есть тайна одного дня сверх двенадцати лет: у нее уже прошли двенадцать лет, а затем, в первый день тринадцатого года, уровень ее Кетера завершается, и тогда — по прошествии двенадцати лет и одного дня — она становится взрослой. По правде говоря, для этого не требуется даже одного дня, но здесь есть другое обстоятельство: спуск и соударение гвурот в ее Есод вместе с этой четвертью Кетера — обе эти части вместе и составляют тайну одного дня. Итак, мы объяснили двенадцать лет и один день малой Нуквы; затем она называется </w:t>
      </w:r>
      <w:r>
        <w:rPr>
          <w:rFonts w:ascii="Georgia" w:hAnsi="Georgia"/>
          <w:b w:val="0"/>
          <w:i/>
          <w:color w:val="000000"/>
          <w:sz w:val="24"/>
        </w:rPr>
        <w:t>наара</w:t>
      </w:r>
      <w:r>
        <w:rPr>
          <w:rFonts w:ascii="Georgia" w:hAnsi="Georgia"/>
          <w:b w:val="0"/>
          <w:i w:val="0"/>
          <w:color w:val="000000"/>
          <w:sz w:val="24"/>
        </w:rPr>
        <w:t xml:space="preserve"> («отроковица»), как будет сказано с Б-жьей помощью.</w:t>
      </w:r>
    </w:p>
    <w:p>
      <w:pPr>
        <w:spacing w:before="40" w:after="120"/>
        <w:jc w:val="both"/>
      </w:pPr>
      <w:r>
        <w:rPr>
          <w:rFonts w:ascii="Georgia" w:hAnsi="Georgia"/>
          <w:b w:val="0"/>
          <w:i w:val="0"/>
          <w:color w:val="000000"/>
          <w:sz w:val="24"/>
        </w:rPr>
        <w:t xml:space="preserve">Теперь объясним то, о чем мы говорили выше: что гвурот совершают три подъема от Есод до Кетера, составляющие сфирот Кетер, Даат и Тиферет. Причину этого мы объяснили в учении к недельной главе «Беаалотха»: подъем гвурот в Нукве не подобен подъему хасадим в мужском начале. Ведь в мужском начале хасадим распространяются по всем трем линиям и поднимаются до его сфирот КАХАБ (Кетер, Хохма, Бина), тогда как в Нукве они поднимаются только по средней линии, что составляет тайну слов: </w:t>
      </w:r>
      <w:r>
        <w:rPr>
          <w:rFonts w:ascii="Georgia" w:hAnsi="Georgia"/>
          <w:b w:val="0"/>
          <w:i/>
          <w:color w:val="000000"/>
          <w:sz w:val="24"/>
        </w:rPr>
        <w:t>«…к лицевой стороне светильника…»</w:t>
      </w:r>
      <w:r>
        <w:rPr>
          <w:rFonts w:ascii="Georgia" w:hAnsi="Georgia"/>
          <w:b w:val="0"/>
          <w:i w:val="0"/>
          <w:color w:val="000000"/>
          <w:sz w:val="24"/>
        </w:rPr>
        <w:t xml:space="preserve"> (Бемидбар 8:2), означающих среднюю линию, как сказано в соответствующем месте. Причина в том, что, как известно, Есод мужского начала не таков, как у женского, ведь он длиннее. Поэтому Есод де-Има, являющийся женским началом, оканчивается у груди (хазе) де-ЗА, и оказывается, что у Зеир Анпина есть два хасада и две раскрытые трети. И потому, когда они поднимаются из Есод после своего соударения, у них есть сила и достаточная мера, чтобы подняться до самого его Кетера.</w:t>
      </w:r>
    </w:p>
    <w:p>
      <w:pPr>
        <w:spacing w:before="40" w:after="120"/>
        <w:jc w:val="both"/>
      </w:pPr>
      <w:r>
        <w:rPr>
          <w:rFonts w:ascii="Georgia" w:hAnsi="Georgia"/>
          <w:b w:val="0"/>
          <w:i w:val="0"/>
          <w:color w:val="000000"/>
          <w:sz w:val="24"/>
        </w:rPr>
        <w:t>Однако в Нукве весь ее Тиферет покрыт сфирой Есод де-ЗА, поскольку тот длинен и доходит до уровня всего Тиферет де-Нуква, и там раскрыты лишь две гвурот в Нецах и Ход. В этом и заключается причина, по которой мы объяснили выше, что спуску гвурот в ее Есод не требуется даже одного дня: ведь на девятом году гвурот спустились из Даат до окончания Тиферет, так как он весь закрыт; а затем, при выходе из окончания Тиферет для вхождения в раскрытый Есод, требуется лишь одно мгновение. В ЗА же все иначе, поскольку там есть протяжение спуска двух раскрытых третей от окончания Есод де-Има до окончания Есод де-ЗА, и потому [для прохождения этого пути] требуются целые сутки (один полный день), в отличие от Нуквы. Вернемся к теме: поскольку в Нукве есть лишь две раскрытые гвурот, если бы они распространялись и поднимались по всем трем линиям, у них не хватило бы силы и наполнения подняться до самого ее Кетера. А подняться туда им необходимо, так как в ее Кетере есть лишь полтрети света, как сказано выше, и ему обязательно требуется свечение гвурот. Поэтому понадобилось, чтобы они поднимались исключительно по средней линии — чтобы их хватило и у них было достаточно силы подняться до ее Кетера; именно поэтому они поднимаются только по средней линии.</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Теперь объясним сказанное выше: что из света в Тиферет де-ЗА она взяла полтрети, а из тела и облачения Тиферет взяла полторы трети. Разъяснение таково: ведь там было две трети тела, и они разделились на четыре половины: одна половина досталась самому Тиферет де-ЗА, а оставшиеся три половины, составляющие полторы трети, достались Нукве — полтрети для ее Кетера, полтрети для ее Даат и полтрети для ее Тиферет. Благодаря этому ты поймешь речение наших мудрецов, благословенна их память (ХАЗАЛЬ), и поймешь, как из света самого Тиферет де-ЗА образовались два кетера: один для ЗА, а один для Нуквы — и в этом тайна слов «два мелеха пользуются одним кетером». А из гуф де-Тиферет де-ЗА образовались гуф де-Тиферет де-ЗА и гуф де-Тиферет де-Нуква. Таким образом, из света возникли два кетера, а из тела — два Тиферет: один его, а один ее. И все это — ради того, чтобы уравняться в полном равенстве, в особенности по средней линии, являющейся основой тела, дабы оба мелеха были равны во всем своем строении, и распространился его Тиферет до ее Тиферет.</w:t>
      </w:r>
    </w:p>
    <w:p>
      <w:pPr>
        <w:spacing w:before="40" w:after="120"/>
        <w:jc w:val="both"/>
      </w:pPr>
      <w:r>
        <w:rPr>
          <w:rFonts w:ascii="Georgia" w:hAnsi="Georgia"/>
          <w:b w:val="0"/>
          <w:i w:val="0"/>
          <w:color w:val="000000"/>
          <w:sz w:val="24"/>
        </w:rPr>
        <w:t>Также ты поймешь сказанное мудрецами: «Тело и завет (брит) мы считаем за одно». Смысл этого согласуется со сказанным в учении об АТБАХ: до сих пор Малхут представляла собой лишь одно качество (сфиру-точку), как упомянуто выше. Когда же Высший Источник пожелал сделать ее парцуфом, потребовалось разделить это качество на десять частей (точек). Затем, благодаря входящему в нее мохин, эти точки увеличиваются, и каждая точка становится полноценным качеством, пока в ней не образуются десять полноценных качеств, составляющих единый цельный парцуф. И оказывается, что при построении этой Нуквы возникло десять точек, но от точки ее Тиферет не было никакой пользы и в ней не было нужды, поскольку она уже была построена за счет Тиферет, взятого от ЗА, как сказано выше. Тогда эта точка Тиферет опустилась в ее Есод и соединилась с точкой ее Есод, и из этих двух точек образовался Есод де-Нуква. В этом и заключается тайна речения «тело и брит мы считаем за одно»: ведь брит — то есть точка Циона в ней — образован из точки тела (Тиферет) и точки Есод вместе. И заметь, что ни одной другой точке не потребовалось опускаться и соединяться с точкой под ней — лишь Тиферет опустился в Есод.</w:t>
      </w:r>
    </w:p>
    <w:p>
      <w:pPr>
        <w:spacing w:before="40" w:after="120"/>
        <w:jc w:val="both"/>
      </w:pPr>
      <w:r>
        <w:rPr>
          <w:rFonts w:ascii="Georgia" w:hAnsi="Georgia"/>
          <w:b w:val="0"/>
          <w:i w:val="0"/>
          <w:color w:val="000000"/>
          <w:sz w:val="24"/>
        </w:rPr>
        <w:t>Причина этого, как сказано в другом месте, заключается в том, что ее Есод парит в воздухе и ему не на что опереться. Дело в том, что Есод де-ЗА достигает лишь окончания ее Тиферет; следовательно, ее Есоду и Малхут не на что опереться в ЗА, тогда как у остальных ее сфирот есть опора в ЗА, кроме этих двух. И уже известно, что Нуква называется «несветящим зеркалом» (</w:t>
      </w:r>
      <w:r>
        <w:rPr>
          <w:rFonts w:ascii="Georgia" w:hAnsi="Georgia"/>
          <w:b w:val="0"/>
          <w:i/>
          <w:color w:val="000000"/>
          <w:sz w:val="24"/>
        </w:rPr>
        <w:t>аспакларья де-ла нахара</w:t>
      </w:r>
      <w:r>
        <w:rPr>
          <w:rFonts w:ascii="Georgia" w:hAnsi="Georgia"/>
          <w:b w:val="0"/>
          <w:i w:val="0"/>
          <w:color w:val="000000"/>
          <w:sz w:val="24"/>
        </w:rPr>
        <w:t>), у которого нет ничего своего, и остальные сфирот она берет от ЗА, кроме этих двух. Поэтому понадобилось, чтобы точка ее Тиферет, у которой уже есть опора в ЗА, опустилась к точке Есод; они соединились вместе, и между ними двумя оказалось достаточно сил и наполнения, чтобы образовать уровень Есод. Что же касается ее Малхут, то поскольку вся ее сущность — лишь одна печать, «печать внутри печати», ей достаточно малого. И как сказано в учении об АТБАХ, ведь вся ее сущность называется Малхут, и к чему [отдельная] Малхут в Малхут? Лишь для свойства «печати внутри печати». Во время малого состояния женское начало зовется именем Хава (</w:t>
      </w:r>
      <w:r>
        <w:rPr>
          <w:rFonts w:ascii="Georgia" w:hAnsi="Georgia"/>
          <w:b w:val="0"/>
          <w:i/>
          <w:color w:val="000000"/>
          <w:sz w:val="24"/>
        </w:rPr>
        <w:t>Хава</w:t>
      </w:r>
      <w:r>
        <w:rPr>
          <w:rFonts w:ascii="Georgia" w:hAnsi="Georgia"/>
          <w:b w:val="0"/>
          <w:i w:val="0"/>
          <w:color w:val="000000"/>
          <w:sz w:val="24"/>
        </w:rPr>
        <w:t xml:space="preserve">, </w:t>
      </w:r>
      <w:r>
        <w:rPr>
          <w:rFonts w:ascii="Georgia" w:hAnsi="Georgia" w:cs="Times New Roman"/>
          <w:b/>
          <w:i w:val="0"/>
          <w:color w:val="000000"/>
          <w:sz w:val="24"/>
          <w:rtl/>
          <w:szCs w:val="32"/>
        </w:rPr>
        <w:t>חַוָּה</w:t>
      </w:r>
      <w:r>
        <w:rPr>
          <w:rFonts w:ascii="Georgia" w:hAnsi="Georgia"/>
          <w:b w:val="0"/>
          <w:i w:val="0"/>
          <w:color w:val="000000"/>
          <w:sz w:val="24"/>
        </w:rPr>
        <w:t>) — как жена Адама а-Ришона до того, как вступила с ним в зивуг; да и после того, как она вступит с ним в зивуг, она всегда зовется Хавой, поскольку в ней навсегда остается то свойство, благодаря которому она называется Хавой.</w:t>
      </w:r>
    </w:p>
    <w:p>
      <w:pPr>
        <w:spacing w:before="40" w:after="120"/>
        <w:jc w:val="both"/>
      </w:pPr>
      <w:r>
        <w:rPr>
          <w:rFonts w:ascii="Georgia" w:hAnsi="Georgia"/>
          <w:b w:val="0"/>
          <w:i w:val="0"/>
          <w:color w:val="000000"/>
          <w:sz w:val="24"/>
        </w:rPr>
        <w:t>Смысл в том, что, как мы уже объясняли, она берет полтрети света от Тиферет де-ЗА, и этот свет входит в нее только в четыре приема, как сказано выше. И хотя я не помню в точности [слов Учителя], все же запишу то, что представляется мне верным сейчас. А именно: если разделить этот хасад в Тиферет де-ЗА на три трети, окажется, что она берет лишь полтрети, а это одна шестая часть от данного хасада. В этом и тайна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в имени Хава: она берет одну часть из шести частей. А объяснение буквы хэт (</w:t>
      </w:r>
      <w:r>
        <w:rPr>
          <w:rFonts w:ascii="Georgia" w:hAnsi="Georgia" w:cs="Times New Roman"/>
          <w:b/>
          <w:i w:val="0"/>
          <w:color w:val="000000"/>
          <w:sz w:val="24"/>
          <w:rtl/>
          <w:szCs w:val="32"/>
        </w:rPr>
        <w:t>ח</w:t>
      </w:r>
      <w:r>
        <w:rPr>
          <w:rFonts w:ascii="Georgia" w:hAnsi="Georgia"/>
          <w:b w:val="0"/>
          <w:i w:val="0"/>
          <w:color w:val="000000"/>
          <w:sz w:val="24"/>
        </w:rPr>
        <w:t>) из того, что я слышал, я забыл. Но возможно, объяснение таково: если не оценивать весь хасад целиком (поскольку место ее расположения находится лишь напротив двух раскрытых третей), а оценивать только две трети раскрытого хасада, то она берет полтрети, что составляет одну часть из четырех. К тому же из этой половины [трети], которую она берет, каждый раз входит лишь одна четверть; получается, что каждый раз входит одна восьмая часть (ведь все вместе — это четверть, а затем эта четверть делится на четыре части: дважды четыре — восемь), и каждый раз входит лишь одна часть из восьми — вот и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в имени Хава. Можно также сказать [иначе]: ведь мы уже объясняли, что эти хасадим, поднимаясь снизу вверх от Есод и выше, увеличиваются и удваиваются. Оказывается, что полтрети, которые берет Малхут, затем удваиваются и превращаются в одну полную треть; точно так же полторы трети, оставшиеся в ЗА, удваиваются и становятся тремя третями — таким образом, те две раскрытые трети удваиваются и становятся четырьмя третями. И истина в том, что когда Малхут берет его, он составляет всего полтрети, но затем превращается в полную треть. А если соотнести полтрети с четырьмя третями, это составит одну часть из восьми — и это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в имени Хава. Это второе толкование истинно, и именно его я слышал. Сама же Малхут называется нижней буквой хэй (</w:t>
      </w:r>
      <w:r>
        <w:rPr>
          <w:rFonts w:ascii="Georgia" w:hAnsi="Georgia" w:cs="Times New Roman"/>
          <w:b/>
          <w:i w:val="0"/>
          <w:color w:val="000000"/>
          <w:sz w:val="24"/>
          <w:rtl/>
          <w:szCs w:val="32"/>
        </w:rPr>
        <w:t>ה</w:t>
      </w:r>
      <w:r>
        <w:rPr>
          <w:rFonts w:ascii="Georgia" w:hAnsi="Georgia"/>
          <w:b w:val="0"/>
          <w:i w:val="0"/>
          <w:color w:val="000000"/>
          <w:sz w:val="24"/>
        </w:rPr>
        <w:t>) Имени — вот и имя Хава (</w:t>
      </w:r>
      <w:r>
        <w:rPr>
          <w:rFonts w:ascii="Georgia" w:hAnsi="Georgia" w:cs="Times New Roman"/>
          <w:b/>
          <w:i w:val="0"/>
          <w:color w:val="000000"/>
          <w:sz w:val="24"/>
          <w:rtl/>
          <w:szCs w:val="32"/>
        </w:rPr>
        <w:t>חַוָּה</w:t>
      </w:r>
      <w:r>
        <w:rPr>
          <w:rFonts w:ascii="Georgia" w:hAnsi="Georgia"/>
          <w:b w:val="0"/>
          <w:i w:val="0"/>
          <w:color w:val="000000"/>
          <w:sz w:val="24"/>
        </w:rPr>
        <w:t>) во всей полноте. Итак, до сих пор мы объясняли состояние малой (</w:t>
      </w:r>
      <w:r>
        <w:rPr>
          <w:rFonts w:ascii="Georgia" w:hAnsi="Georgia"/>
          <w:b w:val="0"/>
          <w:i/>
          <w:color w:val="000000"/>
          <w:sz w:val="24"/>
        </w:rPr>
        <w:t>ктана</w:t>
      </w:r>
      <w:r>
        <w:rPr>
          <w:rFonts w:ascii="Georgia" w:hAnsi="Georgia"/>
          <w:b w:val="0"/>
          <w:i w:val="0"/>
          <w:color w:val="000000"/>
          <w:sz w:val="24"/>
        </w:rPr>
        <w:t>), продолжающееся до двенадцати лет и одного дня.</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Относительно отроковицы (</w:t>
      </w:r>
      <w:r>
        <w:rPr>
          <w:rFonts w:ascii="Georgia" w:hAnsi="Georgia"/>
          <w:b w:val="0"/>
          <w:i/>
          <w:color w:val="000000"/>
          <w:sz w:val="24"/>
        </w:rPr>
        <w:t>наара</w:t>
      </w:r>
      <w:r>
        <w:rPr>
          <w:rFonts w:ascii="Georgia" w:hAnsi="Georgia"/>
          <w:b w:val="0"/>
          <w:i w:val="0"/>
          <w:color w:val="000000"/>
          <w:sz w:val="24"/>
        </w:rPr>
        <w:t xml:space="preserve">, </w:t>
      </w:r>
      <w:r>
        <w:rPr>
          <w:rFonts w:ascii="Georgia" w:hAnsi="Georgia" w:cs="Times New Roman"/>
          <w:b/>
          <w:i w:val="0"/>
          <w:color w:val="000000"/>
          <w:sz w:val="24"/>
          <w:rtl/>
          <w:szCs w:val="32"/>
        </w:rPr>
        <w:t>נַעֲרָה</w:t>
      </w:r>
      <w:r>
        <w:rPr>
          <w:rFonts w:ascii="Georgia" w:hAnsi="Georgia"/>
          <w:b w:val="0"/>
          <w:i w:val="0"/>
          <w:color w:val="000000"/>
          <w:sz w:val="24"/>
        </w:rPr>
        <w:t xml:space="preserve">) я нашел у моего учителя, благословенна его память, такую запись: «С того момента, как она отделилась [при пилении] и принимает мохин самостоятельно, помимо ГАР, к ней добавилась буква хэй слова </w:t>
      </w:r>
      <w:r>
        <w:rPr>
          <w:rFonts w:ascii="Georgia" w:hAnsi="Georgia"/>
          <w:b w:val="0"/>
          <w:i/>
          <w:color w:val="000000"/>
          <w:sz w:val="24"/>
        </w:rPr>
        <w:t>наара</w:t>
      </w:r>
      <w:r>
        <w:rPr>
          <w:rFonts w:ascii="Georgia" w:hAnsi="Georgia"/>
          <w:b w:val="0"/>
          <w:i w:val="0"/>
          <w:color w:val="000000"/>
          <w:sz w:val="24"/>
        </w:rPr>
        <w:t>». Смысл его слов «помимо ГАР» я не смог понять, но остальное объясняется следующим образом.</w:t>
      </w:r>
    </w:p>
    <w:p>
      <w:pPr>
        <w:spacing w:before="40" w:after="120"/>
        <w:jc w:val="both"/>
      </w:pPr>
      <w:r>
        <w:rPr>
          <w:rFonts w:ascii="Georgia" w:hAnsi="Georgia"/>
          <w:b w:val="0"/>
          <w:i w:val="0"/>
          <w:color w:val="000000"/>
          <w:sz w:val="24"/>
        </w:rPr>
        <w:t>Необходимо разъяснить значение двух точек, находящихся в Нукве, — Циона и Иерусалима. Мы находим, что Цион относится к Есоду, а Иерусалим — к Малхут. Так оно и есть: точка Есода в Нукве зовется Ционом, а точка Иерусалима — это точка Малхут в Нукве. Так же сказано в «Адра Зута», что Цион — покров Нуквы, подобно чреву у женщины. А на месте ее наготы есть выпуклая плоть, называемая венцом (атара); эта выпуклая плоть выступает между бедер, и она представляет собой Малхут в Нукве. Внутри же, глубже этой плоти, находится чрево — внутреннее помещение, расположенное глубже этой Малхут. И это называется Есодом Нуквы. Смысл же этого понятен из слов наших мудрецов: Нуква зовется Малхут, а значит, в ней самой нет необходимости иметь собственное свойство Малхут, ведь вся она целиком — Малхут. Поэтому в Нукве есть лишь девять сфирот — от ее Кетера до ее Есода, в точности подобные [девяти сфирот] мужского начала как полноценные ступени. Малхут же в ней присутствует лишь в виде слабого намека — в том утолщении, которое выступает наружу от Есода. И хотя в этом не было [прямой] необходимости, тем не менее [она там есть].</w:t>
      </w:r>
    </w:p>
    <w:p>
      <w:pPr>
        <w:spacing w:before="40" w:after="120"/>
        <w:jc w:val="both"/>
      </w:pPr>
      <w:r>
        <w:rPr>
          <w:rFonts w:ascii="Georgia" w:hAnsi="Georgia"/>
          <w:b w:val="0"/>
          <w:i w:val="0"/>
          <w:color w:val="000000"/>
          <w:sz w:val="24"/>
        </w:rPr>
        <w:t xml:space="preserve">В этом смысл сказанного нашими мудрецами: чтобы уберечь бочку вина, требуется печать внутри печати. И на это намекает слово </w:t>
      </w:r>
      <w:r>
        <w:rPr>
          <w:rFonts w:ascii="Georgia" w:hAnsi="Georgia"/>
          <w:b w:val="0"/>
          <w:i/>
          <w:color w:val="000000"/>
          <w:sz w:val="24"/>
        </w:rPr>
        <w:t>хавит</w:t>
      </w:r>
      <w:r>
        <w:rPr>
          <w:rFonts w:ascii="Georgia" w:hAnsi="Georgia"/>
          <w:b w:val="0"/>
          <w:i w:val="0"/>
          <w:color w:val="000000"/>
          <w:sz w:val="24"/>
        </w:rPr>
        <w:t xml:space="preserve"> — «бочка» (</w:t>
      </w:r>
      <w:r>
        <w:rPr>
          <w:rFonts w:ascii="Georgia" w:hAnsi="Georgia" w:cs="Times New Roman"/>
          <w:b/>
          <w:i w:val="0"/>
          <w:color w:val="000000"/>
          <w:sz w:val="24"/>
          <w:rtl/>
          <w:szCs w:val="32"/>
        </w:rPr>
        <w:t>חָבִית</w:t>
      </w:r>
      <w:r>
        <w:rPr>
          <w:rFonts w:ascii="Georgia" w:hAnsi="Georgia"/>
          <w:b w:val="0"/>
          <w:i w:val="0"/>
          <w:color w:val="000000"/>
          <w:sz w:val="24"/>
        </w:rPr>
        <w:t>): начальные буквы [того, что] требует печати внутри печати (</w:t>
      </w:r>
      <w:r>
        <w:rPr>
          <w:rFonts w:ascii="Georgia" w:hAnsi="Georgia" w:cs="Times New Roman"/>
          <w:b/>
          <w:i w:val="0"/>
          <w:color w:val="000000"/>
          <w:sz w:val="24"/>
          <w:rtl/>
          <w:szCs w:val="32"/>
        </w:rPr>
        <w:t>חב״ח</w:t>
      </w:r>
      <w:r>
        <w:rPr>
          <w:rFonts w:ascii="Georgia" w:hAnsi="Georgia"/>
          <w:b w:val="0"/>
          <w:i w:val="0"/>
          <w:color w:val="000000"/>
          <w:sz w:val="24"/>
        </w:rPr>
        <w:t>), а именно: кусок мяса (</w:t>
      </w:r>
      <w:r>
        <w:rPr>
          <w:rFonts w:ascii="Georgia" w:hAnsi="Georgia"/>
          <w:b w:val="0"/>
          <w:i/>
          <w:color w:val="000000"/>
          <w:sz w:val="24"/>
        </w:rPr>
        <w:t>хатихат басар</w:t>
      </w:r>
      <w:r>
        <w:rPr>
          <w:rFonts w:ascii="Georgia" w:hAnsi="Georgia"/>
          <w:b w:val="0"/>
          <w:i w:val="0"/>
          <w:color w:val="000000"/>
          <w:sz w:val="24"/>
        </w:rPr>
        <w:t xml:space="preserve">, </w:t>
      </w:r>
      <w:r>
        <w:rPr>
          <w:rFonts w:ascii="Georgia" w:hAnsi="Georgia" w:cs="Times New Roman"/>
          <w:b/>
          <w:i w:val="0"/>
          <w:color w:val="000000"/>
          <w:sz w:val="24"/>
          <w:rtl/>
          <w:szCs w:val="32"/>
        </w:rPr>
        <w:t>חֲתִכַת בָּשָׂר</w:t>
      </w:r>
      <w:r>
        <w:rPr>
          <w:rFonts w:ascii="Georgia" w:hAnsi="Georgia"/>
          <w:b w:val="0"/>
          <w:i w:val="0"/>
          <w:color w:val="000000"/>
          <w:sz w:val="24"/>
        </w:rPr>
        <w:t>), вино (</w:t>
      </w:r>
      <w:r>
        <w:rPr>
          <w:rFonts w:ascii="Georgia" w:hAnsi="Georgia"/>
          <w:b w:val="0"/>
          <w:i/>
          <w:color w:val="000000"/>
          <w:sz w:val="24"/>
        </w:rPr>
        <w:t>яин</w:t>
      </w:r>
      <w:r>
        <w:rPr>
          <w:rFonts w:ascii="Georgia" w:hAnsi="Georgia"/>
          <w:b w:val="0"/>
          <w:i w:val="0"/>
          <w:color w:val="000000"/>
          <w:sz w:val="24"/>
        </w:rPr>
        <w:t xml:space="preserve">, </w:t>
      </w:r>
      <w:r>
        <w:rPr>
          <w:rFonts w:ascii="Georgia" w:hAnsi="Georgia" w:cs="Times New Roman"/>
          <w:b/>
          <w:i w:val="0"/>
          <w:color w:val="000000"/>
          <w:sz w:val="24"/>
          <w:rtl/>
          <w:szCs w:val="32"/>
        </w:rPr>
        <w:t>יַיִן</w:t>
      </w:r>
      <w:r>
        <w:rPr>
          <w:rFonts w:ascii="Georgia" w:hAnsi="Georgia"/>
          <w:b w:val="0"/>
          <w:i w:val="0"/>
          <w:color w:val="000000"/>
          <w:sz w:val="24"/>
        </w:rPr>
        <w:t>) и голубая шерсть (</w:t>
      </w:r>
      <w:r>
        <w:rPr>
          <w:rFonts w:ascii="Georgia" w:hAnsi="Georgia"/>
          <w:b w:val="0"/>
          <w:i/>
          <w:color w:val="000000"/>
          <w:sz w:val="24"/>
        </w:rPr>
        <w:t>тхелет</w:t>
      </w:r>
      <w:r>
        <w:rPr>
          <w:rFonts w:ascii="Georgia" w:hAnsi="Georgia"/>
          <w:b w:val="0"/>
          <w:i w:val="0"/>
          <w:color w:val="000000"/>
          <w:sz w:val="24"/>
        </w:rPr>
        <w:t xml:space="preserve">, </w:t>
      </w:r>
      <w:r>
        <w:rPr>
          <w:rFonts w:ascii="Georgia" w:hAnsi="Georgia" w:cs="Times New Roman"/>
          <w:b/>
          <w:i w:val="0"/>
          <w:color w:val="000000"/>
          <w:sz w:val="24"/>
          <w:rtl/>
          <w:szCs w:val="32"/>
        </w:rPr>
        <w:t>תְּכֵלֶת</w:t>
      </w:r>
      <w:r>
        <w:rPr>
          <w:rFonts w:ascii="Georgia" w:hAnsi="Georgia"/>
          <w:b w:val="0"/>
          <w:i w:val="0"/>
          <w:color w:val="000000"/>
          <w:sz w:val="24"/>
        </w:rPr>
        <w:t xml:space="preserve">). Суть же в том, что Есод — это первая печать, а Малхут — вторая печать, как сказано выше. Смысл этого заключается в том, что хранимое вино — это гвурот, передаваемые в Малхут. Их необходимо оберегать от внешних [сил], чтобы те к ним не присосались, ведь их подпитка происходит от гвурот. Поэтому вино, то есть гвурот, необходимо охранять — в отличие от хасадим, которые суть воды. Внешние же силы располагаются под Малхут и близки к ней, в соответствии со стихом: </w:t>
      </w:r>
      <w:r>
        <w:rPr>
          <w:rFonts w:ascii="Georgia" w:hAnsi="Georgia"/>
          <w:b w:val="0"/>
          <w:i/>
          <w:color w:val="000000"/>
          <w:sz w:val="24"/>
        </w:rPr>
        <w:t>«Ноги ее нисходят к смерти»</w:t>
      </w:r>
      <w:r>
        <w:rPr>
          <w:rFonts w:ascii="Georgia" w:hAnsi="Georgia"/>
          <w:b w:val="0"/>
          <w:i w:val="0"/>
          <w:color w:val="000000"/>
          <w:sz w:val="24"/>
        </w:rPr>
        <w:t xml:space="preserve"> (Мишлей 5:5). При этом они присасываются к ней лишь в самом ее конце, снизу, как известно, и питаются тем, что выходит из ее Есода. Порой эти гвурот становятся кровью, являющейся абсолютными судами, и тогда это кровь нечистоты, которой питаются внешние. Однако когда они защищены, они остаются вином, ведь вино указывает на подслащенную гвуру, согласно сказанному: </w:t>
      </w:r>
      <w:r>
        <w:rPr>
          <w:rFonts w:ascii="Georgia" w:hAnsi="Georgia"/>
          <w:b w:val="0"/>
          <w:i/>
          <w:color w:val="000000"/>
          <w:sz w:val="24"/>
        </w:rPr>
        <w:t>«И вино веселит [сердце человека]»</w:t>
      </w:r>
      <w:r>
        <w:rPr>
          <w:rFonts w:ascii="Georgia" w:hAnsi="Georgia"/>
          <w:b w:val="0"/>
          <w:i w:val="0"/>
          <w:color w:val="000000"/>
          <w:sz w:val="24"/>
        </w:rPr>
        <w:t xml:space="preserve"> (Теилим 104:15).</w:t>
      </w:r>
    </w:p>
    <w:p>
      <w:pPr>
        <w:spacing w:before="40" w:after="120"/>
        <w:jc w:val="both"/>
      </w:pPr>
      <w:r>
        <w:rPr>
          <w:rFonts w:ascii="Georgia" w:hAnsi="Georgia"/>
          <w:b w:val="0"/>
          <w:i w:val="0"/>
          <w:color w:val="000000"/>
          <w:sz w:val="24"/>
        </w:rPr>
        <w:t>Эти пять гвурот охраняются двумя печатями: первая — это Есод, куда помещаются пять гвурот, а вторая — это Малхут, то есть та самая плоть, окружающая его снаружи. В этом и заключается смысл слова «печать» (</w:t>
      </w:r>
      <w:r>
        <w:rPr>
          <w:rFonts w:ascii="Georgia" w:hAnsi="Georgia"/>
          <w:b w:val="0"/>
          <w:i/>
          <w:color w:val="000000"/>
          <w:sz w:val="24"/>
        </w:rPr>
        <w:t>хотам</w:t>
      </w:r>
      <w:r>
        <w:rPr>
          <w:rFonts w:ascii="Georgia" w:hAnsi="Georgia"/>
          <w:b w:val="0"/>
          <w:i w:val="0"/>
          <w:color w:val="000000"/>
          <w:sz w:val="24"/>
        </w:rPr>
        <w:t xml:space="preserve">, </w:t>
      </w:r>
      <w:r>
        <w:rPr>
          <w:rFonts w:ascii="Georgia" w:hAnsi="Georgia" w:cs="Times New Roman"/>
          <w:b/>
          <w:i w:val="0"/>
          <w:color w:val="000000"/>
          <w:sz w:val="24"/>
          <w:rtl/>
          <w:szCs w:val="32"/>
        </w:rPr>
        <w:t>חוֹתָם</w:t>
      </w:r>
      <w:r>
        <w:rPr>
          <w:rFonts w:ascii="Georgia" w:hAnsi="Georgia"/>
          <w:b w:val="0"/>
          <w:i w:val="0"/>
          <w:color w:val="000000"/>
          <w:sz w:val="24"/>
        </w:rPr>
        <w:t xml:space="preserve">): ведь весь Есод Нуквы сформирован исключительно свечением гвурот, отпечатавшимся и высеченным в нем путем опускания и соударения, как сказано выше. Ведь сам Есод [Нуквы] не имеет точки опоры в мужском начале, как упомянуто выше (см. там), и потому зовется печатью. И тем более это относится к Малхут, чье свечение исходит лишь от свечения Есода, — получается, что она есть печать, исходящая от другой печати. Поэтому буквы слова </w:t>
      </w:r>
      <w:r>
        <w:rPr>
          <w:rFonts w:ascii="Georgia" w:hAnsi="Georgia"/>
          <w:b w:val="0"/>
          <w:i/>
          <w:color w:val="000000"/>
          <w:sz w:val="24"/>
        </w:rPr>
        <w:t>хотам</w:t>
      </w:r>
      <w:r>
        <w:rPr>
          <w:rFonts w:ascii="Georgia" w:hAnsi="Georgia"/>
          <w:b w:val="0"/>
          <w:i w:val="0"/>
          <w:color w:val="000000"/>
          <w:sz w:val="24"/>
        </w:rPr>
        <w:t xml:space="preserve"> образуют слово </w:t>
      </w:r>
      <w:r>
        <w:rPr>
          <w:rFonts w:ascii="Georgia" w:hAnsi="Georgia"/>
          <w:b w:val="0"/>
          <w:i/>
          <w:color w:val="000000"/>
          <w:sz w:val="24"/>
        </w:rPr>
        <w:t>хомат</w:t>
      </w:r>
      <w:r>
        <w:rPr>
          <w:rFonts w:ascii="Georgia" w:hAnsi="Georgia"/>
          <w:b w:val="0"/>
          <w:i w:val="0"/>
          <w:color w:val="000000"/>
          <w:sz w:val="24"/>
        </w:rPr>
        <w:t xml:space="preserve"> — «стена» (</w:t>
      </w:r>
      <w:r>
        <w:rPr>
          <w:rFonts w:ascii="Georgia" w:hAnsi="Georgia" w:cs="Times New Roman"/>
          <w:b/>
          <w:i w:val="0"/>
          <w:color w:val="000000"/>
          <w:sz w:val="24"/>
          <w:rtl/>
          <w:szCs w:val="32"/>
        </w:rPr>
        <w:t>חוֹמַת</w:t>
      </w:r>
      <w:r>
        <w:rPr>
          <w:rFonts w:ascii="Georgia" w:hAnsi="Georgia"/>
          <w:b w:val="0"/>
          <w:i w:val="0"/>
          <w:color w:val="000000"/>
          <w:sz w:val="24"/>
        </w:rPr>
        <w:t xml:space="preserve">). В этом тайна сказанного в стихах: </w:t>
      </w:r>
      <w:r>
        <w:rPr>
          <w:rFonts w:ascii="Georgia" w:hAnsi="Georgia"/>
          <w:b w:val="0"/>
          <w:i/>
          <w:color w:val="000000"/>
          <w:sz w:val="24"/>
        </w:rPr>
        <w:t>«Стена дочери Циона»</w:t>
      </w:r>
      <w:r>
        <w:rPr>
          <w:rFonts w:ascii="Georgia" w:hAnsi="Georgia"/>
          <w:b w:val="0"/>
          <w:i w:val="0"/>
          <w:color w:val="000000"/>
          <w:sz w:val="24"/>
        </w:rPr>
        <w:t xml:space="preserve"> (Эйха 2:18) и стена Иерусалима, то есть у Циона есть одна стена, а у Иерусалима — другая стена: это стены, охраняющие вино от внешних [сил].</w:t>
      </w:r>
    </w:p>
    <w:p>
      <w:pPr>
        <w:spacing w:before="40" w:after="120"/>
        <w:jc w:val="both"/>
      </w:pPr>
      <w:r>
        <w:rPr>
          <w:rFonts w:ascii="Georgia" w:hAnsi="Georgia"/>
          <w:b w:val="0"/>
          <w:i w:val="0"/>
          <w:color w:val="000000"/>
          <w:sz w:val="24"/>
        </w:rPr>
        <w:t xml:space="preserve">Также буквы слова </w:t>
      </w:r>
      <w:r>
        <w:rPr>
          <w:rFonts w:ascii="Georgia" w:hAnsi="Georgia"/>
          <w:b w:val="0"/>
          <w:i/>
          <w:color w:val="000000"/>
          <w:sz w:val="24"/>
        </w:rPr>
        <w:t>хотам</w:t>
      </w:r>
      <w:r>
        <w:rPr>
          <w:rFonts w:ascii="Georgia" w:hAnsi="Georgia"/>
          <w:b w:val="0"/>
          <w:i w:val="0"/>
          <w:color w:val="000000"/>
          <w:sz w:val="24"/>
        </w:rPr>
        <w:t xml:space="preserve"> образуют слово </w:t>
      </w:r>
      <w:r>
        <w:rPr>
          <w:rFonts w:ascii="Georgia" w:hAnsi="Georgia"/>
          <w:b w:val="0"/>
          <w:i/>
          <w:color w:val="000000"/>
          <w:sz w:val="24"/>
        </w:rPr>
        <w:t>тхум</w:t>
      </w:r>
      <w:r>
        <w:rPr>
          <w:rFonts w:ascii="Georgia" w:hAnsi="Georgia"/>
          <w:b w:val="0"/>
          <w:i w:val="0"/>
          <w:color w:val="000000"/>
          <w:sz w:val="24"/>
        </w:rPr>
        <w:t xml:space="preserve"> — «граница» (</w:t>
      </w:r>
      <w:r>
        <w:rPr>
          <w:rFonts w:ascii="Georgia" w:hAnsi="Georgia" w:cs="Times New Roman"/>
          <w:b/>
          <w:i w:val="0"/>
          <w:color w:val="000000"/>
          <w:sz w:val="24"/>
          <w:rtl/>
          <w:szCs w:val="32"/>
        </w:rPr>
        <w:t>תְּחוּם</w:t>
      </w:r>
      <w:r>
        <w:rPr>
          <w:rFonts w:ascii="Georgia" w:hAnsi="Georgia"/>
          <w:b w:val="0"/>
          <w:i w:val="0"/>
          <w:color w:val="000000"/>
          <w:sz w:val="24"/>
        </w:rPr>
        <w:t xml:space="preserve">), указывая: до сих пор простирается граница святости, а дальше начинаются клипот. Поэтому в Шаббат запрещено выходить за пределы границы (тхум), ведь эта граница — последняя Малхут. Кроме того, буквы слова </w:t>
      </w:r>
      <w:r>
        <w:rPr>
          <w:rFonts w:ascii="Georgia" w:hAnsi="Georgia"/>
          <w:b w:val="0"/>
          <w:i/>
          <w:color w:val="000000"/>
          <w:sz w:val="24"/>
        </w:rPr>
        <w:t>хотам</w:t>
      </w:r>
      <w:r>
        <w:rPr>
          <w:rFonts w:ascii="Georgia" w:hAnsi="Georgia"/>
          <w:b w:val="0"/>
          <w:i w:val="0"/>
          <w:color w:val="000000"/>
          <w:sz w:val="24"/>
        </w:rPr>
        <w:t xml:space="preserve"> составляют слово </w:t>
      </w:r>
      <w:r>
        <w:rPr>
          <w:rFonts w:ascii="Georgia" w:hAnsi="Georgia"/>
          <w:b w:val="0"/>
          <w:i/>
          <w:color w:val="000000"/>
          <w:sz w:val="24"/>
        </w:rPr>
        <w:t>хамот</w:t>
      </w:r>
      <w:r>
        <w:rPr>
          <w:rFonts w:ascii="Georgia" w:hAnsi="Georgia"/>
          <w:b w:val="0"/>
          <w:i w:val="0"/>
          <w:color w:val="000000"/>
          <w:sz w:val="24"/>
        </w:rPr>
        <w:t xml:space="preserve"> — «теща» (</w:t>
      </w:r>
      <w:r>
        <w:rPr>
          <w:rFonts w:ascii="Georgia" w:hAnsi="Georgia" w:cs="Times New Roman"/>
          <w:b/>
          <w:i w:val="0"/>
          <w:color w:val="000000"/>
          <w:sz w:val="24"/>
          <w:rtl/>
          <w:szCs w:val="32"/>
        </w:rPr>
        <w:t>חָמוֹת</w:t>
      </w:r>
      <w:r>
        <w:rPr>
          <w:rFonts w:ascii="Georgia" w:hAnsi="Georgia"/>
          <w:b w:val="0"/>
          <w:i w:val="0"/>
          <w:color w:val="000000"/>
          <w:sz w:val="24"/>
        </w:rPr>
        <w:t>). Смысл в том, что в своей основе эти печати происходят от высшей тещи — Бины (ведь Малхут — дочь Бины, а ЗА приходится зятем Бине, и Бина приходится ему тещей). Ниже мы объясним, как эта печать протягивается от Бины, называемой тещей.</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Еще я нашел записанным: «Печать находится в грудях. Сочетания букв </w:t>
      </w:r>
      <w:r>
        <w:rPr>
          <w:rFonts w:ascii="Georgia" w:hAnsi="Georgia"/>
          <w:b w:val="0"/>
          <w:i/>
          <w:color w:val="000000"/>
          <w:sz w:val="24"/>
        </w:rPr>
        <w:t>тхум</w:t>
      </w:r>
      <w:r>
        <w:rPr>
          <w:rFonts w:ascii="Georgia" w:hAnsi="Georgia"/>
          <w:b w:val="0"/>
          <w:i w:val="0"/>
          <w:color w:val="000000"/>
          <w:sz w:val="24"/>
        </w:rPr>
        <w:t xml:space="preserve"> и </w:t>
      </w:r>
      <w:r>
        <w:rPr>
          <w:rFonts w:ascii="Georgia" w:hAnsi="Georgia"/>
          <w:b w:val="0"/>
          <w:i/>
          <w:color w:val="000000"/>
          <w:sz w:val="24"/>
        </w:rPr>
        <w:t>хомат</w:t>
      </w:r>
      <w:r>
        <w:rPr>
          <w:rFonts w:ascii="Georgia" w:hAnsi="Georgia"/>
          <w:b w:val="0"/>
          <w:i w:val="0"/>
          <w:color w:val="000000"/>
          <w:sz w:val="24"/>
        </w:rPr>
        <w:t xml:space="preserve"> относятся к Есоду, а печать как таковая — к его грудям, то есть к его Тиферет, называемому «истина» (</w:t>
      </w:r>
      <w:r>
        <w:rPr>
          <w:rFonts w:ascii="Georgia" w:hAnsi="Georgia"/>
          <w:b w:val="0"/>
          <w:i/>
          <w:color w:val="000000"/>
          <w:sz w:val="24"/>
        </w:rPr>
        <w:t>эмет</w:t>
      </w:r>
      <w:r>
        <w:rPr>
          <w:rFonts w:ascii="Georgia" w:hAnsi="Georgia"/>
          <w:b w:val="0"/>
          <w:i w:val="0"/>
          <w:color w:val="000000"/>
          <w:sz w:val="24"/>
        </w:rPr>
        <w:t xml:space="preserve">, </w:t>
      </w:r>
      <w:r>
        <w:rPr>
          <w:rFonts w:ascii="Georgia" w:hAnsi="Georgia" w:cs="Times New Roman"/>
          <w:b/>
          <w:i w:val="0"/>
          <w:color w:val="000000"/>
          <w:sz w:val="24"/>
          <w:rtl/>
          <w:szCs w:val="32"/>
        </w:rPr>
        <w:t>אֱמֶת</w:t>
      </w:r>
      <w:r>
        <w:rPr>
          <w:rFonts w:ascii="Georgia" w:hAnsi="Georgia"/>
          <w:b w:val="0"/>
          <w:i w:val="0"/>
          <w:color w:val="000000"/>
          <w:sz w:val="24"/>
        </w:rPr>
        <w:t>). Печать же Святого, благословен Он, — истина (Шаббат 55а), поскольку он склоняет весы между Хохмой и Биной, между Хеседом и Гвурой и между Нецахом и Ходом; поэтому он зовется печатью, которой скрепляются все остальные свойства».</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В этом смысл истины (</w:t>
      </w:r>
      <w:r>
        <w:rPr>
          <w:rFonts w:ascii="Georgia" w:hAnsi="Georgia"/>
          <w:b w:val="0"/>
          <w:i/>
          <w:color w:val="000000"/>
          <w:sz w:val="24"/>
        </w:rPr>
        <w:t>эмет</w:t>
      </w:r>
      <w:r>
        <w:rPr>
          <w:rFonts w:ascii="Georgia" w:hAnsi="Georgia"/>
          <w:b w:val="0"/>
          <w:i w:val="0"/>
          <w:color w:val="000000"/>
          <w:sz w:val="24"/>
        </w:rPr>
        <w:t>), которая проходит от края до края: буква алеф (</w:t>
      </w:r>
      <w:r>
        <w:rPr>
          <w:rFonts w:ascii="Georgia" w:hAnsi="Georgia" w:cs="Times New Roman"/>
          <w:b/>
          <w:i w:val="0"/>
          <w:color w:val="000000"/>
          <w:sz w:val="24"/>
          <w:rtl/>
          <w:szCs w:val="32"/>
        </w:rPr>
        <w:t>א</w:t>
      </w:r>
      <w:r>
        <w:rPr>
          <w:rFonts w:ascii="Georgia" w:hAnsi="Georgia"/>
          <w:b w:val="0"/>
          <w:i w:val="0"/>
          <w:color w:val="000000"/>
          <w:sz w:val="24"/>
        </w:rPr>
        <w:t>) — первая из букв, тав (</w:t>
      </w:r>
      <w:r>
        <w:rPr>
          <w:rFonts w:ascii="Georgia" w:hAnsi="Georgia" w:cs="Times New Roman"/>
          <w:b/>
          <w:i w:val="0"/>
          <w:color w:val="000000"/>
          <w:sz w:val="24"/>
          <w:rtl/>
          <w:szCs w:val="32"/>
        </w:rPr>
        <w:t>ת</w:t>
      </w:r>
      <w:r>
        <w:rPr>
          <w:rFonts w:ascii="Georgia" w:hAnsi="Georgia"/>
          <w:b w:val="0"/>
          <w:i w:val="0"/>
          <w:color w:val="000000"/>
          <w:sz w:val="24"/>
        </w:rPr>
        <w:t>) — последняя, а мэм (</w:t>
      </w:r>
      <w:r>
        <w:rPr>
          <w:rFonts w:ascii="Georgia" w:hAnsi="Georgia" w:cs="Times New Roman"/>
          <w:b/>
          <w:i w:val="0"/>
          <w:color w:val="000000"/>
          <w:sz w:val="24"/>
          <w:rtl/>
          <w:szCs w:val="32"/>
        </w:rPr>
        <w:t>מ</w:t>
      </w:r>
      <w:r>
        <w:rPr>
          <w:rFonts w:ascii="Georgia" w:hAnsi="Georgia"/>
          <w:b w:val="0"/>
          <w:i w:val="0"/>
          <w:color w:val="000000"/>
          <w:sz w:val="24"/>
        </w:rPr>
        <w:t>) — средняя, ведь они скрепляют печатью все буквы. Выходит, печать находится в его грудях, то есть в [верхней] трети Тиферет. Има же зовется тещей (</w:t>
      </w:r>
      <w:r>
        <w:rPr>
          <w:rFonts w:ascii="Georgia" w:hAnsi="Georgia"/>
          <w:b w:val="0"/>
          <w:i/>
          <w:color w:val="000000"/>
          <w:sz w:val="24"/>
        </w:rPr>
        <w:t>хамот</w:t>
      </w:r>
      <w:r>
        <w:rPr>
          <w:rFonts w:ascii="Georgia" w:hAnsi="Georgia"/>
          <w:b w:val="0"/>
          <w:i w:val="0"/>
          <w:color w:val="000000"/>
          <w:sz w:val="24"/>
        </w:rPr>
        <w:t>), как упоминается в Зоаре, так как от нее исходят пять гвурот, которые огласованы гравировкой печати (</w:t>
      </w:r>
      <w:r>
        <w:rPr>
          <w:rFonts w:ascii="Georgia" w:hAnsi="Georgia"/>
          <w:b w:val="0"/>
          <w:i/>
          <w:color w:val="000000"/>
          <w:sz w:val="24"/>
        </w:rPr>
        <w:t>питухей хотам</w:t>
      </w:r>
      <w:r>
        <w:rPr>
          <w:rFonts w:ascii="Georgia" w:hAnsi="Georgia"/>
          <w:b w:val="0"/>
          <w:i w:val="0"/>
          <w:color w:val="000000"/>
          <w:sz w:val="24"/>
        </w:rPr>
        <w:t xml:space="preserve">, </w:t>
      </w:r>
      <w:r>
        <w:rPr>
          <w:rFonts w:ascii="Georgia" w:hAnsi="Georgia" w:cs="Times New Roman"/>
          <w:b/>
          <w:i w:val="0"/>
          <w:color w:val="000000"/>
          <w:sz w:val="24"/>
          <w:rtl/>
          <w:szCs w:val="32"/>
        </w:rPr>
        <w:t>פִּתּוּחֵי חוֹתָם</w:t>
      </w:r>
      <w:r>
        <w:rPr>
          <w:rFonts w:ascii="Georgia" w:hAnsi="Georgia"/>
          <w:b w:val="0"/>
          <w:i w:val="0"/>
          <w:color w:val="000000"/>
          <w:sz w:val="24"/>
        </w:rPr>
        <w:t>), и мир именуется печатью (а изучающие Тору мудрецы охраняют город посредством двадцати двух букв).</w:t>
      </w:r>
    </w:p>
    <w:p>
      <w:pPr>
        <w:spacing w:before="40" w:after="120"/>
        <w:jc w:val="both"/>
      </w:pPr>
      <w:r>
        <w:rPr>
          <w:rFonts w:ascii="Georgia" w:hAnsi="Georgia"/>
          <w:b w:val="0"/>
          <w:i w:val="0"/>
          <w:color w:val="000000"/>
          <w:sz w:val="24"/>
        </w:rPr>
        <w:t xml:space="preserve">Теперь разъясним, как устроены эти печати. Дело в том, что в Гемаре сказано: во чреве женщины есть двери (створки), как написано: </w:t>
      </w:r>
      <w:r>
        <w:rPr>
          <w:rFonts w:ascii="Georgia" w:hAnsi="Georgia"/>
          <w:b w:val="0"/>
          <w:i/>
          <w:color w:val="000000"/>
          <w:sz w:val="24"/>
        </w:rPr>
        <w:t>«За то, что не затворил дверей чрева [матери моей]»</w:t>
      </w:r>
      <w:r>
        <w:rPr>
          <w:rFonts w:ascii="Georgia" w:hAnsi="Georgia"/>
          <w:b w:val="0"/>
          <w:i w:val="0"/>
          <w:color w:val="000000"/>
          <w:sz w:val="24"/>
        </w:rPr>
        <w:t xml:space="preserve"> (Иов 3:10); и у женщины есть петли (схватки), как сказано: </w:t>
      </w:r>
      <w:r>
        <w:rPr>
          <w:rFonts w:ascii="Georgia" w:hAnsi="Georgia"/>
          <w:b w:val="0"/>
          <w:i/>
          <w:color w:val="000000"/>
          <w:sz w:val="24"/>
        </w:rPr>
        <w:t>«Ибо подступили к ней схватки ее»</w:t>
      </w:r>
      <w:r>
        <w:rPr>
          <w:rFonts w:ascii="Georgia" w:hAnsi="Georgia"/>
          <w:b w:val="0"/>
          <w:i w:val="0"/>
          <w:color w:val="000000"/>
          <w:sz w:val="24"/>
        </w:rPr>
        <w:t xml:space="preserve"> (Шмуэль I 4:19). Смысл в том, что подобно тому, как в городской стене есть створки ворот и петли, так и в стене Малхут, именуемой печатью, есть петли и створки; и это согласуется со сказанным в «Ихуде пятом» (см. там). Суть же в том, что мужчина вносит каплю белизны [семени] в Нукву, а Нуква принимает ее в свое чрево, и там формируется плод. Но откуда у женщины берется сила удержать эту каплю в своем чреве, чтобы та оставалась там, не выпала и не вышла наружу, и как она может сформировать там плод? Суть в том, что закваска во всем тесте всех органов тела — это двадцать две буквы, представляющие тайну камней, из которых строится дом. Тебе уже известно, что в Торе есть двадцать семь букв: двадцать две основные буквы и пять конечных. Когда Малхут обрела форму и в нее были вложены двадцать две буквы, они светили и запечатлелись в ее Есоде, и там остался их отпечаток. Подобным же образом двадцать две буквы мужского начала запечатлеваются в его Есоде, как написано: </w:t>
      </w:r>
      <w:r>
        <w:rPr>
          <w:rFonts w:ascii="Georgia" w:hAnsi="Georgia"/>
          <w:b w:val="0"/>
          <w:i/>
          <w:color w:val="000000"/>
          <w:sz w:val="24"/>
        </w:rPr>
        <w:t>«И лег на том месте»</w:t>
      </w:r>
      <w:r>
        <w:rPr>
          <w:rFonts w:ascii="Georgia" w:hAnsi="Georgia"/>
          <w:b w:val="0"/>
          <w:i w:val="0"/>
          <w:color w:val="000000"/>
          <w:sz w:val="24"/>
        </w:rPr>
        <w:t xml:space="preserve"> (Берешит 28:11) — ведь в слове </w:t>
      </w:r>
      <w:r>
        <w:rPr>
          <w:rFonts w:ascii="Georgia" w:hAnsi="Georgia"/>
          <w:b w:val="0"/>
          <w:i/>
          <w:color w:val="000000"/>
          <w:sz w:val="24"/>
        </w:rPr>
        <w:t>вайишкав</w:t>
      </w:r>
      <w:r>
        <w:rPr>
          <w:rFonts w:ascii="Georgia" w:hAnsi="Georgia"/>
          <w:b w:val="0"/>
          <w:i w:val="0"/>
          <w:color w:val="000000"/>
          <w:sz w:val="24"/>
        </w:rPr>
        <w:t xml:space="preserve"> содержатся буквы вав, </w:t>
      </w:r>
      <w:r>
        <w:rPr>
          <w:rFonts w:ascii="Georgia" w:hAnsi="Georgia"/>
          <w:b w:val="0"/>
          <w:i/>
          <w:color w:val="000000"/>
          <w:sz w:val="24"/>
        </w:rPr>
        <w:t>йеш</w:t>
      </w:r>
      <w:r>
        <w:rPr>
          <w:rFonts w:ascii="Georgia" w:hAnsi="Georgia"/>
          <w:b w:val="0"/>
          <w:i w:val="0"/>
          <w:color w:val="000000"/>
          <w:sz w:val="24"/>
        </w:rPr>
        <w:t xml:space="preserve"> и двадцать две буквы (</w:t>
      </w:r>
      <w:r>
        <w:rPr>
          <w:rFonts w:ascii="Georgia" w:hAnsi="Georgia" w:cs="Times New Roman"/>
          <w:b/>
          <w:i w:val="0"/>
          <w:color w:val="000000"/>
          <w:sz w:val="24"/>
          <w:rtl/>
          <w:szCs w:val="32"/>
        </w:rPr>
        <w:t>וי״ש כ״ב</w:t>
      </w:r>
      <w:r>
        <w:rPr>
          <w:rFonts w:ascii="Georgia" w:hAnsi="Georgia"/>
          <w:b w:val="0"/>
          <w:i w:val="0"/>
          <w:color w:val="000000"/>
          <w:sz w:val="24"/>
        </w:rPr>
        <w:t>), как упоминается в Зоаре. Оттуда капля исходит, включая в себя двадцать две буквы. Точно так же и в Есоде Нуквы запечатлеваются ее двадцать две буквы, и потому в ее Есоде есть сила принять эту каплю и сформировать там плод. Из этих двадцати двух букв образуются створки дверей чрева женщины. Дело в том, что буква далет (</w:t>
      </w:r>
      <w:r>
        <w:rPr>
          <w:rFonts w:ascii="Georgia" w:hAnsi="Georgia" w:cs="Times New Roman"/>
          <w:b/>
          <w:i w:val="0"/>
          <w:color w:val="000000"/>
          <w:sz w:val="24"/>
          <w:rtl/>
          <w:szCs w:val="32"/>
        </w:rPr>
        <w:t>ד</w:t>
      </w:r>
      <w:r>
        <w:rPr>
          <w:rFonts w:ascii="Georgia" w:hAnsi="Georgia"/>
          <w:b w:val="0"/>
          <w:i w:val="0"/>
          <w:color w:val="000000"/>
          <w:sz w:val="24"/>
        </w:rPr>
        <w:t>) по форме состоит из буквы йод (</w:t>
      </w:r>
      <w:r>
        <w:rPr>
          <w:rFonts w:ascii="Georgia" w:hAnsi="Georgia" w:cs="Times New Roman"/>
          <w:b/>
          <w:i w:val="0"/>
          <w:color w:val="000000"/>
          <w:sz w:val="24"/>
          <w:rtl/>
          <w:szCs w:val="32"/>
        </w:rPr>
        <w:t>י</w:t>
      </w:r>
      <w:r>
        <w:rPr>
          <w:rFonts w:ascii="Georgia" w:hAnsi="Georgia"/>
          <w:b w:val="0"/>
          <w:i w:val="0"/>
          <w:color w:val="000000"/>
          <w:sz w:val="24"/>
        </w:rPr>
        <w:t>) и двух букв вав (</w:t>
      </w:r>
      <w:r>
        <w:rPr>
          <w:rFonts w:ascii="Georgia" w:hAnsi="Georgia" w:cs="Times New Roman"/>
          <w:b/>
          <w:i w:val="0"/>
          <w:color w:val="000000"/>
          <w:sz w:val="24"/>
          <w:rtl/>
          <w:szCs w:val="32"/>
        </w:rPr>
        <w:t>ו</w:t>
      </w:r>
      <w:r>
        <w:rPr>
          <w:rFonts w:ascii="Georgia" w:hAnsi="Georgia"/>
          <w:b w:val="0"/>
          <w:i w:val="0"/>
          <w:color w:val="000000"/>
          <w:sz w:val="24"/>
        </w:rPr>
        <w:t xml:space="preserve">): йод находится между двумя вав и соединяет их, служа острием на задней стороне буквы далет. Створки же дверей во чреве женщины представляют собой эту описанную нами букву далет, а буква йод между двумя вав — это петля двери, вокруг которой вращается вся створка, ведь две вав держатся только благодаря букве йод, служащей осью, на которой поворачиваются обе вав. Слово </w:t>
      </w:r>
      <w:r>
        <w:rPr>
          <w:rFonts w:ascii="Georgia" w:hAnsi="Georgia"/>
          <w:b w:val="0"/>
          <w:i/>
          <w:color w:val="000000"/>
          <w:sz w:val="24"/>
        </w:rPr>
        <w:t>цир</w:t>
      </w:r>
      <w:r>
        <w:rPr>
          <w:rFonts w:ascii="Georgia" w:hAnsi="Georgia"/>
          <w:b w:val="0"/>
          <w:i w:val="0"/>
          <w:color w:val="000000"/>
          <w:sz w:val="24"/>
        </w:rPr>
        <w:t xml:space="preserve"> — «петля/ось» (</w:t>
      </w:r>
      <w:r>
        <w:rPr>
          <w:rFonts w:ascii="Georgia" w:hAnsi="Georgia" w:cs="Times New Roman"/>
          <w:b/>
          <w:i w:val="0"/>
          <w:color w:val="000000"/>
          <w:sz w:val="24"/>
          <w:rtl/>
          <w:szCs w:val="32"/>
        </w:rPr>
        <w:t>צִיר</w:t>
      </w:r>
      <w:r>
        <w:rPr>
          <w:rFonts w:ascii="Georgia" w:hAnsi="Georgia"/>
          <w:b w:val="0"/>
          <w:i w:val="0"/>
          <w:color w:val="000000"/>
          <w:sz w:val="24"/>
        </w:rPr>
        <w:t xml:space="preserve"> = 300) в гематрии равно букве шин (</w:t>
      </w:r>
      <w:r>
        <w:rPr>
          <w:rFonts w:ascii="Georgia" w:hAnsi="Georgia" w:cs="Times New Roman"/>
          <w:b/>
          <w:i w:val="0"/>
          <w:color w:val="000000"/>
          <w:sz w:val="24"/>
          <w:rtl/>
          <w:szCs w:val="32"/>
        </w:rPr>
        <w:t>ש</w:t>
      </w:r>
      <w:r>
        <w:rPr>
          <w:rFonts w:ascii="Georgia" w:hAnsi="Georgia"/>
          <w:b w:val="0"/>
          <w:i w:val="0"/>
          <w:color w:val="000000"/>
          <w:sz w:val="24"/>
        </w:rPr>
        <w:t xml:space="preserve"> = 300), указывающей на три имеющиеся в ней линии. Ведь во чреве Нуквы запечатлены все три линии — ХАГАТ, как известно, и это протягивается к ней от высших праотцев, представляющих ХАГАТ в форме буквы шин. В этом смысл стиха: </w:t>
      </w:r>
      <w:r>
        <w:rPr>
          <w:rFonts w:ascii="Georgia" w:hAnsi="Georgia"/>
          <w:b w:val="0"/>
          <w:i/>
          <w:color w:val="000000"/>
          <w:sz w:val="24"/>
        </w:rPr>
        <w:t>«Колодец, который копали князья»</w:t>
      </w:r>
      <w:r>
        <w:rPr>
          <w:rFonts w:ascii="Georgia" w:hAnsi="Georgia"/>
          <w:b w:val="0"/>
          <w:i w:val="0"/>
          <w:color w:val="000000"/>
          <w:sz w:val="24"/>
        </w:rPr>
        <w:t xml:space="preserve"> (Бемидбар 21:18), как там объяснено. Это соответствует ее Есоду, поднимающему МАН, который зовется колодцем (</w:t>
      </w:r>
      <w:r>
        <w:rPr>
          <w:rFonts w:ascii="Georgia" w:hAnsi="Georgia"/>
          <w:b w:val="0"/>
          <w:i/>
          <w:color w:val="000000"/>
          <w:sz w:val="24"/>
        </w:rPr>
        <w:t>беэр</w:t>
      </w:r>
      <w:r>
        <w:rPr>
          <w:rFonts w:ascii="Georgia" w:hAnsi="Georgia"/>
          <w:b w:val="0"/>
          <w:i w:val="0"/>
          <w:color w:val="000000"/>
          <w:sz w:val="24"/>
        </w:rPr>
        <w:t xml:space="preserve">, </w:t>
      </w:r>
      <w:r>
        <w:rPr>
          <w:rFonts w:ascii="Georgia" w:hAnsi="Georgia" w:cs="Times New Roman"/>
          <w:b/>
          <w:i w:val="0"/>
          <w:color w:val="000000"/>
          <w:sz w:val="24"/>
          <w:rtl/>
          <w:szCs w:val="32"/>
        </w:rPr>
        <w:t>בְּאֵר</w:t>
      </w:r>
      <w:r>
        <w:rPr>
          <w:rFonts w:ascii="Georgia" w:hAnsi="Georgia"/>
          <w:b w:val="0"/>
          <w:i w:val="0"/>
          <w:color w:val="000000"/>
          <w:sz w:val="24"/>
        </w:rPr>
        <w:t>), а не ямой (</w:t>
      </w:r>
      <w:r>
        <w:rPr>
          <w:rFonts w:ascii="Georgia" w:hAnsi="Georgia"/>
          <w:b w:val="0"/>
          <w:i/>
          <w:color w:val="000000"/>
          <w:sz w:val="24"/>
        </w:rPr>
        <w:t>бор</w:t>
      </w:r>
      <w:r>
        <w:rPr>
          <w:rFonts w:ascii="Georgia" w:hAnsi="Georgia"/>
          <w:b w:val="0"/>
          <w:i w:val="0"/>
          <w:color w:val="000000"/>
          <w:sz w:val="24"/>
        </w:rPr>
        <w:t xml:space="preserve">, </w:t>
      </w:r>
      <w:r>
        <w:rPr>
          <w:rFonts w:ascii="Georgia" w:hAnsi="Georgia" w:cs="Times New Roman"/>
          <w:b/>
          <w:i w:val="0"/>
          <w:color w:val="000000"/>
          <w:sz w:val="24"/>
          <w:rtl/>
          <w:szCs w:val="32"/>
        </w:rPr>
        <w:t>בּוֹר</w:t>
      </w:r>
      <w:r>
        <w:rPr>
          <w:rFonts w:ascii="Georgia" w:hAnsi="Georgia"/>
          <w:b w:val="0"/>
          <w:i w:val="0"/>
          <w:color w:val="000000"/>
          <w:sz w:val="24"/>
        </w:rPr>
        <w:t>); он представляет собой углубление, а не выпуклость наподобие мужского Есода, — углубление вогнутое, чтобы принять внутрь каплю семени. МАН же формируется благодаря князьям и знатным людям — праотцам, запечатлевшим в ней свою печать в форме буквы шин (</w:t>
      </w:r>
      <w:r>
        <w:rPr>
          <w:rFonts w:ascii="Georgia" w:hAnsi="Georgia" w:cs="Times New Roman"/>
          <w:b/>
          <w:i w:val="0"/>
          <w:color w:val="000000"/>
          <w:sz w:val="24"/>
          <w:rtl/>
          <w:szCs w:val="32"/>
        </w:rPr>
        <w:t>ש</w:t>
      </w:r>
      <w:r>
        <w:rPr>
          <w:rFonts w:ascii="Georgia" w:hAnsi="Georgia"/>
          <w:b w:val="0"/>
          <w:i w:val="0"/>
          <w:color w:val="000000"/>
          <w:sz w:val="24"/>
        </w:rPr>
        <w:t xml:space="preserve">). Об этом сказано: </w:t>
      </w:r>
      <w:r>
        <w:rPr>
          <w:rFonts w:ascii="Georgia" w:hAnsi="Georgia"/>
          <w:b w:val="0"/>
          <w:i/>
          <w:color w:val="000000"/>
          <w:sz w:val="24"/>
        </w:rPr>
        <w:t>«И будет Всемогущий золотом твоим»</w:t>
      </w:r>
      <w:r>
        <w:rPr>
          <w:rFonts w:ascii="Georgia" w:hAnsi="Georgia"/>
          <w:b w:val="0"/>
          <w:i w:val="0"/>
          <w:color w:val="000000"/>
          <w:sz w:val="24"/>
        </w:rPr>
        <w:t xml:space="preserve"> (Иов 22:25): не читай </w:t>
      </w:r>
      <w:r>
        <w:rPr>
          <w:rFonts w:ascii="Georgia" w:hAnsi="Georgia"/>
          <w:b w:val="0"/>
          <w:i/>
          <w:color w:val="000000"/>
          <w:sz w:val="24"/>
        </w:rPr>
        <w:t>би-вцареха</w:t>
      </w:r>
      <w:r>
        <w:rPr>
          <w:rFonts w:ascii="Georgia" w:hAnsi="Georgia"/>
          <w:b w:val="0"/>
          <w:i w:val="0"/>
          <w:color w:val="000000"/>
          <w:sz w:val="24"/>
        </w:rPr>
        <w:t xml:space="preserve"> («золотом твоим»), но читай </w:t>
      </w:r>
      <w:r>
        <w:rPr>
          <w:rFonts w:ascii="Georgia" w:hAnsi="Georgia"/>
          <w:b w:val="0"/>
          <w:i/>
          <w:color w:val="000000"/>
          <w:sz w:val="24"/>
        </w:rPr>
        <w:t>бе-циреха</w:t>
      </w:r>
      <w:r>
        <w:rPr>
          <w:rFonts w:ascii="Georgia" w:hAnsi="Georgia"/>
          <w:b w:val="0"/>
          <w:i w:val="0"/>
          <w:color w:val="000000"/>
          <w:sz w:val="24"/>
        </w:rPr>
        <w:t xml:space="preserve"> («в петлях твоих», </w:t>
      </w:r>
      <w:r>
        <w:rPr>
          <w:rFonts w:ascii="Georgia" w:hAnsi="Georgia" w:cs="Times New Roman"/>
          <w:b/>
          <w:i w:val="0"/>
          <w:color w:val="000000"/>
          <w:sz w:val="24"/>
          <w:rtl/>
          <w:szCs w:val="32"/>
        </w:rPr>
        <w:t>בְּצִירֶךָ</w:t>
      </w:r>
      <w:r>
        <w:rPr>
          <w:rFonts w:ascii="Georgia" w:hAnsi="Georgia"/>
          <w:b w:val="0"/>
          <w:i w:val="0"/>
          <w:color w:val="000000"/>
          <w:sz w:val="24"/>
        </w:rPr>
        <w:t>).</w:t>
      </w:r>
    </w:p>
    <w:p>
      <w:pPr>
        <w:spacing w:before="40" w:after="120"/>
        <w:jc w:val="both"/>
      </w:pPr>
      <w:r>
        <w:rPr>
          <w:rFonts w:ascii="Georgia" w:hAnsi="Georgia"/>
          <w:b w:val="0"/>
          <w:i w:val="0"/>
          <w:color w:val="000000"/>
          <w:sz w:val="24"/>
        </w:rPr>
        <w:t>Ведь Есод называется ШАДАЙ (</w:t>
      </w:r>
      <w:r>
        <w:rPr>
          <w:rFonts w:ascii="Georgia" w:hAnsi="Georgia" w:cs="Times New Roman"/>
          <w:b/>
          <w:i w:val="0"/>
          <w:color w:val="000000"/>
          <w:sz w:val="24"/>
          <w:rtl/>
          <w:szCs w:val="32"/>
        </w:rPr>
        <w:t>שַׁדַּי</w:t>
      </w:r>
      <w:r>
        <w:rPr>
          <w:rFonts w:ascii="Georgia" w:hAnsi="Georgia"/>
          <w:b w:val="0"/>
          <w:i w:val="0"/>
          <w:color w:val="000000"/>
          <w:sz w:val="24"/>
        </w:rPr>
        <w:t>), будучи сформирован находящимися в нем петлями, и по этой причине назван ШАДАЙ: петля (</w:t>
      </w:r>
      <w:r>
        <w:rPr>
          <w:rFonts w:ascii="Georgia" w:hAnsi="Georgia"/>
          <w:b w:val="0"/>
          <w:i/>
          <w:color w:val="000000"/>
          <w:sz w:val="24"/>
        </w:rPr>
        <w:t>цир</w:t>
      </w:r>
      <w:r>
        <w:rPr>
          <w:rFonts w:ascii="Georgia" w:hAnsi="Georgia"/>
          <w:b w:val="0"/>
          <w:i w:val="0"/>
          <w:color w:val="000000"/>
          <w:sz w:val="24"/>
        </w:rPr>
        <w:t>) — это буква шин (</w:t>
      </w:r>
      <w:r>
        <w:rPr>
          <w:rFonts w:ascii="Georgia" w:hAnsi="Georgia" w:cs="Times New Roman"/>
          <w:b/>
          <w:i w:val="0"/>
          <w:color w:val="000000"/>
          <w:sz w:val="24"/>
          <w:rtl/>
          <w:szCs w:val="32"/>
        </w:rPr>
        <w:t>ש</w:t>
      </w:r>
      <w:r>
        <w:rPr>
          <w:rFonts w:ascii="Georgia" w:hAnsi="Georgia"/>
          <w:b w:val="0"/>
          <w:i w:val="0"/>
          <w:color w:val="000000"/>
          <w:sz w:val="24"/>
        </w:rPr>
        <w:t>) Имени ШАДАЙ, а оставшиеся буквы далет-йод (</w:t>
      </w:r>
      <w:r>
        <w:rPr>
          <w:rFonts w:ascii="Georgia" w:hAnsi="Georgia" w:cs="Times New Roman"/>
          <w:b/>
          <w:i w:val="0"/>
          <w:color w:val="000000"/>
          <w:sz w:val="24"/>
          <w:rtl/>
          <w:szCs w:val="32"/>
        </w:rPr>
        <w:t>די</w:t>
      </w:r>
      <w:r>
        <w:rPr>
          <w:rFonts w:ascii="Georgia" w:hAnsi="Georgia"/>
          <w:b w:val="0"/>
          <w:i w:val="0"/>
          <w:color w:val="000000"/>
          <w:sz w:val="24"/>
        </w:rPr>
        <w:t xml:space="preserve">) образуют слово </w:t>
      </w:r>
      <w:r>
        <w:rPr>
          <w:rFonts w:ascii="Georgia" w:hAnsi="Georgia"/>
          <w:b w:val="0"/>
          <w:i/>
          <w:color w:val="000000"/>
          <w:sz w:val="24"/>
        </w:rPr>
        <w:t>яд</w:t>
      </w:r>
      <w:r>
        <w:rPr>
          <w:rFonts w:ascii="Georgia" w:hAnsi="Georgia"/>
          <w:b w:val="0"/>
          <w:i w:val="0"/>
          <w:color w:val="000000"/>
          <w:sz w:val="24"/>
        </w:rPr>
        <w:t xml:space="preserve"> — «рука» (</w:t>
      </w:r>
      <w:r>
        <w:rPr>
          <w:rFonts w:ascii="Georgia" w:hAnsi="Georgia" w:cs="Times New Roman"/>
          <w:b/>
          <w:i w:val="0"/>
          <w:color w:val="000000"/>
          <w:sz w:val="24"/>
          <w:rtl/>
          <w:szCs w:val="32"/>
        </w:rPr>
        <w:t>יָד</w:t>
      </w:r>
      <w:r>
        <w:rPr>
          <w:rFonts w:ascii="Georgia" w:hAnsi="Georgia"/>
          <w:b w:val="0"/>
          <w:i w:val="0"/>
          <w:color w:val="000000"/>
          <w:sz w:val="24"/>
        </w:rPr>
        <w:t>). То есть от высших рук — «руки крепкой», «руки великой» и «руки высокой», являющихся ХАГАТ, образовано Имя ШАДАЙ, представляющее собой соединение буквы шин и рук (</w:t>
      </w:r>
      <w:r>
        <w:rPr>
          <w:rFonts w:ascii="Georgia" w:hAnsi="Georgia" w:cs="Times New Roman"/>
          <w:b/>
          <w:i w:val="0"/>
          <w:color w:val="000000"/>
          <w:sz w:val="24"/>
          <w:rtl/>
          <w:szCs w:val="32"/>
        </w:rPr>
        <w:t>ש</w:t>
      </w:r>
      <w:r>
        <w:rPr>
          <w:rFonts w:ascii="Georgia" w:hAnsi="Georgia"/>
          <w:b w:val="0"/>
          <w:i w:val="0"/>
          <w:color w:val="000000"/>
          <w:sz w:val="24"/>
        </w:rPr>
        <w:t xml:space="preserve"> и </w:t>
      </w:r>
      <w:r>
        <w:rPr>
          <w:rFonts w:ascii="Georgia" w:hAnsi="Georgia" w:cs="Times New Roman"/>
          <w:b/>
          <w:i w:val="0"/>
          <w:color w:val="000000"/>
          <w:sz w:val="24"/>
          <w:rtl/>
          <w:szCs w:val="32"/>
        </w:rPr>
        <w:t>יָד</w:t>
      </w:r>
      <w:r>
        <w:rPr>
          <w:rFonts w:ascii="Georgia" w:hAnsi="Georgia"/>
          <w:b w:val="0"/>
          <w:i w:val="0"/>
          <w:color w:val="000000"/>
          <w:sz w:val="24"/>
        </w:rPr>
        <w:t xml:space="preserve">). В этом тайна стиха: </w:t>
      </w:r>
      <w:r>
        <w:rPr>
          <w:rFonts w:ascii="Georgia" w:hAnsi="Georgia"/>
          <w:b w:val="0"/>
          <w:i/>
          <w:color w:val="000000"/>
          <w:sz w:val="24"/>
        </w:rPr>
        <w:t>«Святилище, Г-споди, утвердили руки Твои»</w:t>
      </w:r>
      <w:r>
        <w:rPr>
          <w:rFonts w:ascii="Georgia" w:hAnsi="Georgia"/>
          <w:b w:val="0"/>
          <w:i w:val="0"/>
          <w:color w:val="000000"/>
          <w:sz w:val="24"/>
        </w:rPr>
        <w:t xml:space="preserve"> (Шмот 15:17). Ведь утверждение АДОНАЙ — то есть Малхут, а именно построение ее Есода, составляющего основу ее утверждения, — осуществляется высшими руками; и это тайна сказанного: «Ицхак прижимал пальцем», и не следует здесь распространяться.</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 xml:space="preserve">Примечание. Представляется моему скромному разумению, [мне], Хаиму, что, возможно, в этом заключается смысл стиха: </w:t>
      </w:r>
      <w:r>
        <w:rPr>
          <w:rFonts w:ascii="Georgia" w:hAnsi="Georgia"/>
          <w:b w:val="0"/>
          <w:i/>
          <w:color w:val="000000"/>
          <w:sz w:val="24"/>
        </w:rPr>
        <w:t>«Рука Моя основала землю»</w:t>
      </w:r>
      <w:r>
        <w:rPr>
          <w:rFonts w:ascii="Georgia" w:hAnsi="Georgia"/>
          <w:b w:val="0"/>
          <w:i w:val="0"/>
          <w:color w:val="000000"/>
          <w:sz w:val="24"/>
        </w:rPr>
        <w:t xml:space="preserve"> (Йешаяу 48:13). То есть «рука Моя» указывает на три упомянутые высшие руки — трех праотцев: они созидали Нукву, называемую землей, согласно смыслу стиха: </w:t>
      </w:r>
      <w:r>
        <w:rPr>
          <w:rFonts w:ascii="Georgia" w:hAnsi="Georgia"/>
          <w:b w:val="0"/>
          <w:i/>
          <w:color w:val="000000"/>
          <w:sz w:val="24"/>
        </w:rPr>
        <w:t>«Колодец, который копали князья»</w:t>
      </w:r>
      <w:r>
        <w:rPr>
          <w:rFonts w:ascii="Georgia" w:hAnsi="Georgia"/>
          <w:b w:val="0"/>
          <w:i w:val="0"/>
          <w:color w:val="000000"/>
          <w:sz w:val="24"/>
        </w:rPr>
        <w:t xml:space="preserve"> (Бемидбар 21:18), где князья — это праотцы. Конец примечания.</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 xml:space="preserve">В этом тайна стиха: </w:t>
      </w:r>
      <w:r>
        <w:rPr>
          <w:rFonts w:ascii="Georgia" w:hAnsi="Georgia"/>
          <w:b w:val="0"/>
          <w:i/>
          <w:color w:val="000000"/>
          <w:sz w:val="24"/>
        </w:rPr>
        <w:t>«Сохрани меня от силков, расставленных для меня»</w:t>
      </w:r>
      <w:r>
        <w:rPr>
          <w:rFonts w:ascii="Georgia" w:hAnsi="Georgia"/>
          <w:b w:val="0"/>
          <w:i w:val="0"/>
          <w:color w:val="000000"/>
          <w:sz w:val="24"/>
        </w:rPr>
        <w:t xml:space="preserve"> (Теилим 141:9). Ведь я уже сообщал тебе, что МАД — это одно сорокадвухбуквенное Имя (</w:t>
      </w:r>
      <w:r>
        <w:rPr>
          <w:rFonts w:ascii="Georgia" w:hAnsi="Georgia" w:cs="Times New Roman"/>
          <w:b/>
          <w:i w:val="0"/>
          <w:color w:val="000000"/>
          <w:sz w:val="24"/>
          <w:rtl/>
          <w:szCs w:val="32"/>
        </w:rPr>
        <w:t>מ״ב</w:t>
      </w:r>
      <w:r>
        <w:rPr>
          <w:rFonts w:ascii="Georgia" w:hAnsi="Georgia"/>
          <w:b w:val="0"/>
          <w:i w:val="0"/>
          <w:color w:val="000000"/>
          <w:sz w:val="24"/>
        </w:rPr>
        <w:t xml:space="preserve"> = 42) от АВАЯ, а МАН — это два Имени из 42 букв, ибо нет капли, сходящей свыше, навстречу которой не поднялись бы две капли снизу. Две же капли — это дважды сорок два, что в гематрии дает восемьдесят четыре (</w:t>
      </w:r>
      <w:r>
        <w:rPr>
          <w:rFonts w:ascii="Georgia" w:hAnsi="Georgia" w:cs="Times New Roman"/>
          <w:b/>
          <w:i w:val="0"/>
          <w:color w:val="000000"/>
          <w:sz w:val="24"/>
          <w:rtl/>
          <w:szCs w:val="32"/>
        </w:rPr>
        <w:t>פ״ד</w:t>
      </w:r>
      <w:r>
        <w:rPr>
          <w:rFonts w:ascii="Georgia" w:hAnsi="Georgia"/>
          <w:b w:val="0"/>
          <w:i w:val="0"/>
          <w:color w:val="000000"/>
          <w:sz w:val="24"/>
        </w:rPr>
        <w:t xml:space="preserve"> = 84), представляющие МАН; а вместе с буквой далет во чреве (</w:t>
      </w:r>
      <w:r>
        <w:rPr>
          <w:rFonts w:ascii="Georgia" w:hAnsi="Georgia" w:cs="Times New Roman"/>
          <w:b/>
          <w:i w:val="0"/>
          <w:color w:val="000000"/>
          <w:sz w:val="24"/>
          <w:rtl/>
          <w:szCs w:val="32"/>
        </w:rPr>
        <w:t>ד</w:t>
      </w:r>
      <w:r>
        <w:rPr>
          <w:rFonts w:ascii="Georgia" w:hAnsi="Georgia"/>
          <w:b w:val="0"/>
          <w:i w:val="0"/>
          <w:color w:val="000000"/>
          <w:sz w:val="24"/>
        </w:rPr>
        <w:t xml:space="preserve"> = 4) получается восемьдесят восемь (</w:t>
      </w:r>
      <w:r>
        <w:rPr>
          <w:rFonts w:ascii="Georgia" w:hAnsi="Georgia" w:cs="Times New Roman"/>
          <w:b/>
          <w:i w:val="0"/>
          <w:color w:val="000000"/>
          <w:sz w:val="24"/>
          <w:rtl/>
          <w:szCs w:val="32"/>
        </w:rPr>
        <w:t>פ״ח</w:t>
      </w:r>
      <w:r>
        <w:rPr>
          <w:rFonts w:ascii="Georgia" w:hAnsi="Georgia"/>
          <w:b w:val="0"/>
          <w:i w:val="0"/>
          <w:color w:val="000000"/>
          <w:sz w:val="24"/>
        </w:rPr>
        <w:t xml:space="preserve"> = 88). В этом тайна слов «от силков» (</w:t>
      </w:r>
      <w:r>
        <w:rPr>
          <w:rFonts w:ascii="Georgia" w:hAnsi="Georgia"/>
          <w:b w:val="0"/>
          <w:i/>
          <w:color w:val="000000"/>
          <w:sz w:val="24"/>
        </w:rPr>
        <w:t>ми-йедей фах</w:t>
      </w:r>
      <w:r>
        <w:rPr>
          <w:rFonts w:ascii="Georgia" w:hAnsi="Georgia"/>
          <w:b w:val="0"/>
          <w:i w:val="0"/>
          <w:color w:val="000000"/>
          <w:sz w:val="24"/>
        </w:rPr>
        <w:t xml:space="preserve">, буквально: «из рук западни», </w:t>
      </w:r>
      <w:r>
        <w:rPr>
          <w:rFonts w:ascii="Georgia" w:hAnsi="Georgia" w:cs="Times New Roman"/>
          <w:b/>
          <w:i w:val="0"/>
          <w:color w:val="000000"/>
          <w:sz w:val="24"/>
          <w:rtl/>
          <w:szCs w:val="32"/>
        </w:rPr>
        <w:t>מִידֵי פַח</w:t>
      </w:r>
      <w:r>
        <w:rPr>
          <w:rFonts w:ascii="Georgia" w:hAnsi="Georgia"/>
          <w:b w:val="0"/>
          <w:i w:val="0"/>
          <w:color w:val="000000"/>
          <w:sz w:val="24"/>
        </w:rPr>
        <w:t>): ведь высшие руки привлекли МАН вниз, а когда за них хватаются внешние [силы], это зовется «руками силков».</w:t>
      </w:r>
    </w:p>
    <w:p>
      <w:pPr>
        <w:spacing w:before="40" w:after="120"/>
        <w:jc w:val="both"/>
      </w:pPr>
      <w:r>
        <w:rPr>
          <w:rFonts w:ascii="Georgia" w:hAnsi="Georgia"/>
          <w:b w:val="0"/>
          <w:i w:val="0"/>
          <w:color w:val="000000"/>
          <w:sz w:val="24"/>
        </w:rPr>
        <w:t xml:space="preserve">Вернемся к теме: у женщины есть две петли и две створки дверей, как написано: </w:t>
      </w:r>
      <w:r>
        <w:rPr>
          <w:rFonts w:ascii="Georgia" w:hAnsi="Georgia"/>
          <w:b w:val="0"/>
          <w:i/>
          <w:color w:val="000000"/>
          <w:sz w:val="24"/>
        </w:rPr>
        <w:t>«За то, что не затворил дверей чрева [матери моей]»</w:t>
      </w:r>
      <w:r>
        <w:rPr>
          <w:rFonts w:ascii="Georgia" w:hAnsi="Georgia"/>
          <w:b w:val="0"/>
          <w:i w:val="0"/>
          <w:color w:val="000000"/>
          <w:sz w:val="24"/>
        </w:rPr>
        <w:t xml:space="preserve"> (Иов 3:10), и: </w:t>
      </w:r>
      <w:r>
        <w:rPr>
          <w:rFonts w:ascii="Georgia" w:hAnsi="Georgia"/>
          <w:b w:val="0"/>
          <w:i/>
          <w:color w:val="000000"/>
          <w:sz w:val="24"/>
        </w:rPr>
        <w:t>«Ибо подступили к ней схватки ее»</w:t>
      </w:r>
      <w:r>
        <w:rPr>
          <w:rFonts w:ascii="Georgia" w:hAnsi="Georgia"/>
          <w:b w:val="0"/>
          <w:i w:val="0"/>
          <w:color w:val="000000"/>
          <w:sz w:val="24"/>
        </w:rPr>
        <w:t xml:space="preserve"> (Шмуэль I 4:19). Смысл в том, что упомянутые двадцать две буквы образуют одну дверь (далет) и одну петлю. И эти буквы удваиваются, как будет объяснено с Б-жьей помощью. Поэтому есть две петли и две створки дверей. Когда ты соединишь их вместе, они образуют замкнутую букву мэм — конечную мэм (</w:t>
      </w:r>
      <w:r>
        <w:rPr>
          <w:rFonts w:ascii="Georgia" w:hAnsi="Georgia" w:cs="Times New Roman"/>
          <w:b/>
          <w:i w:val="0"/>
          <w:color w:val="000000"/>
          <w:sz w:val="24"/>
          <w:rtl/>
          <w:szCs w:val="32"/>
        </w:rPr>
        <w:t>ם</w:t>
      </w:r>
      <w:r>
        <w:rPr>
          <w:rFonts w:ascii="Georgia" w:hAnsi="Georgia"/>
          <w:b w:val="0"/>
          <w:i w:val="0"/>
          <w:color w:val="000000"/>
          <w:sz w:val="24"/>
        </w:rPr>
        <w:t xml:space="preserve">), подобную букве мэм в слове </w:t>
      </w:r>
      <w:r>
        <w:rPr>
          <w:rFonts w:ascii="Georgia" w:hAnsi="Georgia"/>
          <w:b w:val="0"/>
          <w:i/>
          <w:color w:val="000000"/>
          <w:sz w:val="24"/>
        </w:rPr>
        <w:t>ле-марбе</w:t>
      </w:r>
      <w:r>
        <w:rPr>
          <w:rFonts w:ascii="Georgia" w:hAnsi="Georgia"/>
          <w:b w:val="0"/>
          <w:i w:val="0"/>
          <w:color w:val="000000"/>
          <w:sz w:val="24"/>
        </w:rPr>
        <w:t xml:space="preserve"> из стиха </w:t>
      </w:r>
      <w:r>
        <w:rPr>
          <w:rFonts w:ascii="Georgia" w:hAnsi="Georgia"/>
          <w:b w:val="0"/>
          <w:i/>
          <w:color w:val="000000"/>
          <w:sz w:val="24"/>
        </w:rPr>
        <w:t>«Для умножения власти»</w:t>
      </w:r>
      <w:r>
        <w:rPr>
          <w:rFonts w:ascii="Georgia" w:hAnsi="Georgia"/>
          <w:b w:val="0"/>
          <w:i w:val="0"/>
          <w:color w:val="000000"/>
          <w:sz w:val="24"/>
        </w:rPr>
        <w:t xml:space="preserve"> (Йешаяу 9:6, где слово </w:t>
      </w:r>
      <w:r>
        <w:rPr>
          <w:rFonts w:ascii="Georgia" w:hAnsi="Georgia" w:cs="Times New Roman"/>
          <w:b/>
          <w:i w:val="0"/>
          <w:color w:val="000000"/>
          <w:sz w:val="24"/>
          <w:rtl/>
          <w:szCs w:val="32"/>
        </w:rPr>
        <w:t>לְםַרְבֵּה</w:t>
      </w:r>
      <w:r>
        <w:rPr>
          <w:rFonts w:ascii="Georgia" w:hAnsi="Georgia"/>
          <w:b w:val="0"/>
          <w:i w:val="0"/>
          <w:color w:val="000000"/>
          <w:sz w:val="24"/>
        </w:rPr>
        <w:t xml:space="preserve"> написано с закрытой </w:t>
      </w:r>
      <w:r>
        <w:rPr>
          <w:rFonts w:ascii="Georgia" w:hAnsi="Georgia" w:cs="Times New Roman"/>
          <w:b/>
          <w:i w:val="0"/>
          <w:color w:val="000000"/>
          <w:sz w:val="24"/>
          <w:rtl/>
          <w:szCs w:val="32"/>
        </w:rPr>
        <w:t>ם</w:t>
      </w:r>
      <w:r>
        <w:rPr>
          <w:rFonts w:ascii="Georgia" w:hAnsi="Georgia"/>
          <w:b w:val="0"/>
          <w:i w:val="0"/>
          <w:color w:val="000000"/>
          <w:sz w:val="24"/>
        </w:rPr>
        <w:t xml:space="preserve">). В этом тайна сорока дней формирования зародыша. И когда точка ее Есода закрыта, а плод находится внутри нее, она имеет форму замкнутой мэм. Когда же она рожает, ее чрево раскрывается, и те две створки дверей, которые были сомкнуты друг с другом и образовывали замкнутую мэм, отворяются, и тогда ребенок выходит оттуда. Пока же она остается замкнутой мэм, о ней говорится: </w:t>
      </w:r>
      <w:r>
        <w:rPr>
          <w:rFonts w:ascii="Georgia" w:hAnsi="Georgia"/>
          <w:b w:val="0"/>
          <w:i/>
          <w:color w:val="000000"/>
          <w:sz w:val="24"/>
        </w:rPr>
        <w:t>«Запертый сад... запечатанный источник»</w:t>
      </w:r>
      <w:r>
        <w:rPr>
          <w:rFonts w:ascii="Georgia" w:hAnsi="Georgia"/>
          <w:b w:val="0"/>
          <w:i w:val="0"/>
          <w:color w:val="000000"/>
          <w:sz w:val="24"/>
        </w:rPr>
        <w:t xml:space="preserve"> (Шир а-Ширим 4:12), и МАН этого источника запечатан там и сокрыт.</w:t>
      </w:r>
    </w:p>
    <w:p>
      <w:pPr>
        <w:spacing w:before="40" w:after="120"/>
        <w:jc w:val="both"/>
      </w:pPr>
      <w:r>
        <w:rPr>
          <w:rFonts w:ascii="Georgia" w:hAnsi="Georgia"/>
          <w:b w:val="0"/>
          <w:i w:val="0"/>
          <w:color w:val="000000"/>
          <w:sz w:val="24"/>
        </w:rPr>
        <w:t>Вот мы и объяснили тайну створок чрева: они служат сосудом (кли), принимающим внутрь плод. Внутрь же этого кли помещен МАН, ведь МАН — это не само кли, а пять конечных букв МАНЦЕПАХ (</w:t>
      </w:r>
      <w:r>
        <w:rPr>
          <w:rFonts w:ascii="Georgia" w:hAnsi="Georgia" w:cs="Times New Roman"/>
          <w:b/>
          <w:i w:val="0"/>
          <w:color w:val="000000"/>
          <w:sz w:val="24"/>
          <w:rtl/>
          <w:szCs w:val="32"/>
        </w:rPr>
        <w:t>מנצפ״ך</w:t>
      </w:r>
      <w:r>
        <w:rPr>
          <w:rFonts w:ascii="Georgia" w:hAnsi="Georgia"/>
          <w:b w:val="0"/>
          <w:i w:val="0"/>
          <w:color w:val="000000"/>
          <w:sz w:val="24"/>
        </w:rPr>
        <w:t>). Таким образом, двадцать две буквы служат створками дверей, а пять букв МАНЦЕПАХ — это МАН. Поэтому существует различие между двадцатью двумя буквами и этими пятью конечными буквами МАНЦЕПАХ: когда она поднимает МАН, это совершается именно пятью буквами МАНЦЕПАХ, а затем формирование плода происходит с помощью всех двадцати двух букв. Поэтому зародыш формируется сорок дней — в соответствии с названной замкнутой мэм. Эти пять букв МАНЦЕПАХ представляют собой пять гвурот Нуквы, которые опускаются в ее Есод и запечатлеваются там. Известно же, что гвурот привлекаются к ней от Бины, называемой тещей (</w:t>
      </w:r>
      <w:r>
        <w:rPr>
          <w:rFonts w:ascii="Georgia" w:hAnsi="Georgia"/>
          <w:b w:val="0"/>
          <w:i/>
          <w:color w:val="000000"/>
          <w:sz w:val="24"/>
        </w:rPr>
        <w:t>хамот</w:t>
      </w:r>
      <w:r>
        <w:rPr>
          <w:rFonts w:ascii="Georgia" w:hAnsi="Georgia"/>
          <w:b w:val="0"/>
          <w:i w:val="0"/>
          <w:color w:val="000000"/>
          <w:sz w:val="24"/>
        </w:rPr>
        <w:t>) ЗА, и на это намекает печать (</w:t>
      </w:r>
      <w:r>
        <w:rPr>
          <w:rFonts w:ascii="Georgia" w:hAnsi="Georgia"/>
          <w:b w:val="0"/>
          <w:i/>
          <w:color w:val="000000"/>
          <w:sz w:val="24"/>
        </w:rPr>
        <w:t>хотам</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Теперь разъясним, почему створок дверей именно две. Вначале мохин протянулись в нее и внесли в нее пять гвурот через посредство ЗА, проходя со спины ЗА наружу к ней. Тогда в ее Есоде запечатлелись одна дверь (далет), одна петля и МАН — буквы МАНЦЕПАХ. Ведь все они — далет, петля и МАН — представляют собой двадцать две буквы и пять букв МАНЦЕПАХ, которые Малхут получила через ЗА. Есть у нее и другое состояние — когда Малхут отделяется [при пилении] со спины ЗА. Я уже писал в [разделе о] молитве Рош а-Шана о разделении (несира) и разъяснил там, что это тайна ухода мохин из ЗА: они выходят наружу поверх его головы, а НЕХИ Имы вместе с мохин входят в голову Нуквы позади него. Тогда Нуква ЗА отпиливается со стороны его спины. Ведь вначале, когда она получала через него, она была соединена с ним ахор бе-ахор; теперь же, принимая мохин от самой Имы, она отделяется и отстраняется от ЗА.</w:t>
      </w:r>
    </w:p>
    <w:p>
      <w:pPr>
        <w:spacing w:before="40" w:after="120"/>
        <w:jc w:val="both"/>
      </w:pPr>
      <w:r>
        <w:rPr>
          <w:rFonts w:ascii="Georgia" w:hAnsi="Georgia"/>
          <w:b w:val="0"/>
          <w:i w:val="0"/>
          <w:color w:val="000000"/>
          <w:sz w:val="24"/>
        </w:rPr>
        <w:t>Тогда, во время разделения, она принимает мохин во второй раз, с несравненно большим свечением, чем прежде. Ведь прежде это была лишь выжимка света, прошедшая сквозь перегородки, теперь же она принимает сами мохин. Тогда завершается ее исправление, и она снова, во второй раз, принимает те двадцать семь букв Торы. В итоге у нее появляются две створки дверей, две петли и два набора букв МАНЦЕПАХ. Смысл двух петель и двух створок мы уже разъяснили выше: они образуют замкнутую букву мэм. Значение же двух наборов МАНЦЕПАХ — это тайна десяти видов крови у женщины: пяти нечистых и пяти чистых. Те буквы МАНЦЕПАХ, которые она принимает теперь через Иму (Бину), — это пять чистых видов крови, представляющих собой подслащенные гвурот; а полученные ею вначале через ЗА — это суровые суды.</w:t>
      </w:r>
    </w:p>
    <w:p>
      <w:pPr>
        <w:spacing w:before="40" w:after="120"/>
        <w:jc w:val="both"/>
      </w:pPr>
      <w:r>
        <w:rPr>
          <w:rFonts w:ascii="Georgia" w:hAnsi="Georgia"/>
          <w:b w:val="0"/>
          <w:i w:val="0"/>
          <w:color w:val="000000"/>
          <w:sz w:val="24"/>
        </w:rPr>
        <w:t>Эти два аспекта и есть Цион и Иерусалим: Цион — это вторые [света], полученные через Бину, и потому Цион относится к милосердию, а Иерусалим — к суду, представляя собой первые [света], принятые через ЗА. Тебе уже известно, что НЕХИ Бины, в которые облачены мохин ЗА, — это три Имени ЭЙЕ: одно с наполнением йод с гематрией 161 (</w:t>
      </w:r>
      <w:r>
        <w:rPr>
          <w:rFonts w:ascii="Georgia" w:hAnsi="Georgia" w:cs="Times New Roman"/>
          <w:b/>
          <w:i w:val="0"/>
          <w:color w:val="000000"/>
          <w:sz w:val="24"/>
          <w:rtl/>
          <w:szCs w:val="32"/>
        </w:rPr>
        <w:t>קס״א</w:t>
      </w:r>
      <w:r>
        <w:rPr>
          <w:rFonts w:ascii="Georgia" w:hAnsi="Georgia"/>
          <w:b w:val="0"/>
          <w:i w:val="0"/>
          <w:color w:val="000000"/>
          <w:sz w:val="24"/>
        </w:rPr>
        <w:t>), находящееся в Нецахе; одно с наполнением алеф с гематрией 143 (</w:t>
      </w:r>
      <w:r>
        <w:rPr>
          <w:rFonts w:ascii="Georgia" w:hAnsi="Georgia" w:cs="Times New Roman"/>
          <w:b/>
          <w:i w:val="0"/>
          <w:color w:val="000000"/>
          <w:sz w:val="24"/>
          <w:rtl/>
          <w:szCs w:val="32"/>
        </w:rPr>
        <w:t>קמ״ג</w:t>
      </w:r>
      <w:r>
        <w:rPr>
          <w:rFonts w:ascii="Georgia" w:hAnsi="Georgia"/>
          <w:b w:val="0"/>
          <w:i w:val="0"/>
          <w:color w:val="000000"/>
          <w:sz w:val="24"/>
        </w:rPr>
        <w:t>), в Ходе; и одно с наполнением хэй с гематрией 151 (</w:t>
      </w:r>
      <w:r>
        <w:rPr>
          <w:rFonts w:ascii="Georgia" w:hAnsi="Georgia" w:cs="Times New Roman"/>
          <w:b/>
          <w:i w:val="0"/>
          <w:color w:val="000000"/>
          <w:sz w:val="24"/>
          <w:rtl/>
          <w:szCs w:val="32"/>
        </w:rPr>
        <w:t>קנ״א</w:t>
      </w:r>
      <w:r>
        <w:rPr>
          <w:rFonts w:ascii="Georgia" w:hAnsi="Georgia"/>
          <w:b w:val="0"/>
          <w:i w:val="0"/>
          <w:color w:val="000000"/>
          <w:sz w:val="24"/>
        </w:rPr>
        <w:t>), в Есоде. И все три вместе составляют 455 (</w:t>
      </w:r>
      <w:r>
        <w:rPr>
          <w:rFonts w:ascii="Georgia" w:hAnsi="Georgia" w:cs="Times New Roman"/>
          <w:b/>
          <w:i w:val="0"/>
          <w:color w:val="000000"/>
          <w:sz w:val="24"/>
          <w:rtl/>
          <w:szCs w:val="32"/>
        </w:rPr>
        <w:t>תנ״ה</w:t>
      </w:r>
      <w:r>
        <w:rPr>
          <w:rFonts w:ascii="Georgia" w:hAnsi="Georgia"/>
          <w:b w:val="0"/>
          <w:i w:val="0"/>
          <w:color w:val="000000"/>
          <w:sz w:val="24"/>
        </w:rPr>
        <w:t xml:space="preserve">), что соответствует гематрии слова </w:t>
      </w:r>
      <w:r>
        <w:rPr>
          <w:rFonts w:ascii="Georgia" w:hAnsi="Georgia"/>
          <w:b w:val="0"/>
          <w:i/>
          <w:color w:val="000000"/>
          <w:sz w:val="24"/>
        </w:rPr>
        <w:t>хотам</w:t>
      </w:r>
      <w:r>
        <w:rPr>
          <w:rFonts w:ascii="Georgia" w:hAnsi="Georgia"/>
          <w:b w:val="0"/>
          <w:i w:val="0"/>
          <w:color w:val="000000"/>
          <w:sz w:val="24"/>
        </w:rPr>
        <w:t xml:space="preserve"> (</w:t>
      </w:r>
      <w:r>
        <w:rPr>
          <w:rFonts w:ascii="Georgia" w:hAnsi="Georgia" w:cs="Times New Roman"/>
          <w:b/>
          <w:i w:val="0"/>
          <w:color w:val="000000"/>
          <w:sz w:val="24"/>
          <w:rtl/>
          <w:szCs w:val="32"/>
        </w:rPr>
        <w:t>חוֹתָם</w:t>
      </w:r>
      <w:r>
        <w:rPr>
          <w:rFonts w:ascii="Georgia" w:hAnsi="Georgia"/>
          <w:b w:val="0"/>
          <w:i w:val="0"/>
          <w:color w:val="000000"/>
          <w:sz w:val="24"/>
        </w:rPr>
        <w:t xml:space="preserve"> = 454) с добавлением единицы на само слово (им а-колель: 454 + 1 = 455). А иногда буквы переставляются в слово </w:t>
      </w:r>
      <w:r>
        <w:rPr>
          <w:rFonts w:ascii="Georgia" w:hAnsi="Georgia"/>
          <w:b w:val="0"/>
          <w:i/>
          <w:color w:val="000000"/>
          <w:sz w:val="24"/>
        </w:rPr>
        <w:t>нидат</w:t>
      </w:r>
      <w:r>
        <w:rPr>
          <w:rFonts w:ascii="Georgia" w:hAnsi="Georgia"/>
          <w:b w:val="0"/>
          <w:i w:val="0"/>
          <w:color w:val="000000"/>
          <w:sz w:val="24"/>
        </w:rPr>
        <w:t xml:space="preserve"> (</w:t>
      </w:r>
      <w:r>
        <w:rPr>
          <w:rFonts w:ascii="Georgia" w:hAnsi="Georgia"/>
          <w:b w:val="0"/>
          <w:i/>
          <w:color w:val="000000"/>
          <w:sz w:val="24"/>
        </w:rPr>
        <w:t>нидат девата</w:t>
      </w:r>
      <w:r>
        <w:rPr>
          <w:rFonts w:ascii="Georgia" w:hAnsi="Georgia"/>
          <w:b w:val="0"/>
          <w:i w:val="0"/>
          <w:color w:val="000000"/>
          <w:sz w:val="24"/>
        </w:rPr>
        <w:t xml:space="preserve">, </w:t>
      </w:r>
      <w:r>
        <w:rPr>
          <w:rFonts w:ascii="Georgia" w:hAnsi="Georgia" w:cs="Times New Roman"/>
          <w:b/>
          <w:i w:val="0"/>
          <w:color w:val="000000"/>
          <w:sz w:val="24"/>
          <w:rtl/>
          <w:szCs w:val="32"/>
        </w:rPr>
        <w:t>נִדַּת דְּוֹתָהּ</w:t>
      </w:r>
      <w:r>
        <w:rPr>
          <w:rFonts w:ascii="Georgia" w:hAnsi="Georgia"/>
          <w:b w:val="0"/>
          <w:i w:val="0"/>
          <w:color w:val="000000"/>
          <w:sz w:val="24"/>
        </w:rPr>
        <w:t xml:space="preserve"> — «нечистота ее недомогания», Ваикра 15:33 = 454), и не нужно здесь распространяться. Теперь же, когда она во второй раз получила мохин через Бину, она получила свечение также от ее одеяний — названных трех Имен ЭЙЕ, составляющих гематрию слова </w:t>
      </w:r>
      <w:r>
        <w:rPr>
          <w:rFonts w:ascii="Georgia" w:hAnsi="Georgia"/>
          <w:b w:val="0"/>
          <w:i/>
          <w:color w:val="000000"/>
          <w:sz w:val="24"/>
        </w:rPr>
        <w:t>хотам</w:t>
      </w:r>
      <w:r>
        <w:rPr>
          <w:rFonts w:ascii="Georgia" w:hAnsi="Georgia"/>
          <w:b w:val="0"/>
          <w:i w:val="0"/>
          <w:color w:val="000000"/>
          <w:sz w:val="24"/>
        </w:rPr>
        <w:t>. В этом тайна Малхут в Нукве, являющейся внешней печатью, ведь вся ее основа исходит от одеяний НЕХИ Имы.</w:t>
      </w:r>
    </w:p>
    <w:p>
      <w:pPr>
        <w:spacing w:before="40" w:after="120"/>
        <w:jc w:val="both"/>
      </w:pPr>
      <w:r>
        <w:rPr>
          <w:rFonts w:ascii="Georgia" w:hAnsi="Georgia"/>
          <w:b w:val="0"/>
          <w:i w:val="0"/>
          <w:color w:val="000000"/>
          <w:sz w:val="24"/>
        </w:rPr>
        <w:t>Когда же мужчина соединяется со своей женой, они зовутся женихом и невестой (</w:t>
      </w:r>
      <w:r>
        <w:rPr>
          <w:rFonts w:ascii="Georgia" w:hAnsi="Georgia"/>
          <w:b w:val="0"/>
          <w:i/>
          <w:color w:val="000000"/>
          <w:sz w:val="24"/>
        </w:rPr>
        <w:t>хатан ве-кала</w:t>
      </w:r>
      <w:r>
        <w:rPr>
          <w:rFonts w:ascii="Georgia" w:hAnsi="Georgia"/>
          <w:b w:val="0"/>
          <w:i w:val="0"/>
          <w:color w:val="000000"/>
          <w:sz w:val="24"/>
        </w:rPr>
        <w:t xml:space="preserve">). Ведь три Имени ЭЙЕ в их наполнении вместе с тремя самими Именами составляют гематрию слова </w:t>
      </w:r>
      <w:r>
        <w:rPr>
          <w:rFonts w:ascii="Georgia" w:hAnsi="Georgia"/>
          <w:b w:val="0"/>
          <w:i/>
          <w:color w:val="000000"/>
          <w:sz w:val="24"/>
        </w:rPr>
        <w:t>хатан</w:t>
      </w:r>
      <w:r>
        <w:rPr>
          <w:rFonts w:ascii="Georgia" w:hAnsi="Georgia"/>
          <w:b w:val="0"/>
          <w:i w:val="0"/>
          <w:color w:val="000000"/>
          <w:sz w:val="24"/>
        </w:rPr>
        <w:t xml:space="preserve"> — «жених» (</w:t>
      </w:r>
      <w:r>
        <w:rPr>
          <w:rFonts w:ascii="Georgia" w:hAnsi="Georgia" w:cs="Times New Roman"/>
          <w:b/>
          <w:i w:val="0"/>
          <w:color w:val="000000"/>
          <w:sz w:val="24"/>
          <w:rtl/>
          <w:szCs w:val="32"/>
        </w:rPr>
        <w:t>חָתָן</w:t>
      </w:r>
      <w:r>
        <w:rPr>
          <w:rFonts w:ascii="Georgia" w:hAnsi="Georgia"/>
          <w:b w:val="0"/>
          <w:i w:val="0"/>
          <w:color w:val="000000"/>
          <w:sz w:val="24"/>
        </w:rPr>
        <w:t xml:space="preserve"> = 458: 455 + 3), ибо теперь он входит в них. Подобным же образом она зовется невестой (</w:t>
      </w:r>
      <w:r>
        <w:rPr>
          <w:rFonts w:ascii="Georgia" w:hAnsi="Georgia"/>
          <w:b w:val="0"/>
          <w:i/>
          <w:color w:val="000000"/>
          <w:sz w:val="24"/>
        </w:rPr>
        <w:t>кала</w:t>
      </w:r>
      <w:r>
        <w:rPr>
          <w:rFonts w:ascii="Georgia" w:hAnsi="Georgia"/>
          <w:b w:val="0"/>
          <w:i w:val="0"/>
          <w:color w:val="000000"/>
          <w:sz w:val="24"/>
        </w:rPr>
        <w:t xml:space="preserve">, </w:t>
      </w:r>
      <w:r>
        <w:rPr>
          <w:rFonts w:ascii="Georgia" w:hAnsi="Georgia" w:cs="Times New Roman"/>
          <w:b/>
          <w:i w:val="0"/>
          <w:color w:val="000000"/>
          <w:sz w:val="24"/>
          <w:rtl/>
          <w:szCs w:val="32"/>
        </w:rPr>
        <w:t>כַּלָּה</w:t>
      </w:r>
      <w:r>
        <w:rPr>
          <w:rFonts w:ascii="Georgia" w:hAnsi="Georgia"/>
          <w:b w:val="0"/>
          <w:i w:val="0"/>
          <w:color w:val="000000"/>
          <w:sz w:val="24"/>
        </w:rPr>
        <w:t>): это пять букв МАНЦЕПАХ, образующие букву хэй (</w:t>
      </w:r>
      <w:r>
        <w:rPr>
          <w:rFonts w:ascii="Georgia" w:hAnsi="Georgia" w:cs="Times New Roman"/>
          <w:b/>
          <w:i w:val="0"/>
          <w:color w:val="000000"/>
          <w:sz w:val="24"/>
          <w:rtl/>
          <w:szCs w:val="32"/>
        </w:rPr>
        <w:t>ה</w:t>
      </w:r>
      <w:r>
        <w:rPr>
          <w:rFonts w:ascii="Georgia" w:hAnsi="Georgia"/>
          <w:b w:val="0"/>
          <w:i w:val="0"/>
          <w:color w:val="000000"/>
          <w:sz w:val="24"/>
        </w:rPr>
        <w:t xml:space="preserve"> = 5) слова </w:t>
      </w:r>
      <w:r>
        <w:rPr>
          <w:rFonts w:ascii="Georgia" w:hAnsi="Georgia"/>
          <w:b w:val="0"/>
          <w:i/>
          <w:color w:val="000000"/>
          <w:sz w:val="24"/>
        </w:rPr>
        <w:t>кала</w:t>
      </w:r>
      <w:r>
        <w:rPr>
          <w:rFonts w:ascii="Georgia" w:hAnsi="Georgia"/>
          <w:b w:val="0"/>
          <w:i w:val="0"/>
          <w:color w:val="000000"/>
          <w:sz w:val="24"/>
        </w:rPr>
        <w:t>, а поскольку каждая из них включает десять [сфирот], получается пятьдесят (</w:t>
      </w:r>
      <w:r>
        <w:rPr>
          <w:rFonts w:ascii="Georgia" w:hAnsi="Georgia" w:cs="Times New Roman"/>
          <w:b/>
          <w:i w:val="0"/>
          <w:color w:val="000000"/>
          <w:sz w:val="24"/>
          <w:rtl/>
          <w:szCs w:val="32"/>
        </w:rPr>
        <w:t>נ</w:t>
      </w:r>
      <w:r>
        <w:rPr>
          <w:rFonts w:ascii="Georgia" w:hAnsi="Georgia"/>
          <w:b w:val="0"/>
          <w:i w:val="0"/>
          <w:color w:val="000000"/>
          <w:sz w:val="24"/>
        </w:rPr>
        <w:t xml:space="preserve"> = 50), и это составляет буквы каф-ламэд (</w:t>
      </w:r>
      <w:r>
        <w:rPr>
          <w:rFonts w:ascii="Georgia" w:hAnsi="Georgia" w:cs="Times New Roman"/>
          <w:b/>
          <w:i w:val="0"/>
          <w:color w:val="000000"/>
          <w:sz w:val="24"/>
          <w:rtl/>
          <w:szCs w:val="32"/>
        </w:rPr>
        <w:t>כ״ל</w:t>
      </w:r>
      <w:r>
        <w:rPr>
          <w:rFonts w:ascii="Georgia" w:hAnsi="Georgia"/>
          <w:b w:val="0"/>
          <w:i w:val="0"/>
          <w:color w:val="000000"/>
          <w:sz w:val="24"/>
        </w:rPr>
        <w:t xml:space="preserve"> = 50) слова </w:t>
      </w:r>
      <w:r>
        <w:rPr>
          <w:rFonts w:ascii="Georgia" w:hAnsi="Georgia"/>
          <w:b w:val="0"/>
          <w:i/>
          <w:color w:val="000000"/>
          <w:sz w:val="24"/>
        </w:rPr>
        <w:t>кала</w:t>
      </w:r>
      <w:r>
        <w:rPr>
          <w:rFonts w:ascii="Georgia" w:hAnsi="Georgia"/>
          <w:b w:val="0"/>
          <w:i w:val="0"/>
          <w:color w:val="000000"/>
          <w:sz w:val="24"/>
        </w:rPr>
        <w:t>.</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Вернемся к теме. Мы уже разъяснили, что сначала она получает один набор МАНЦЕПАХ и одну дверь (далет) через ЗА, а затем, когда отделяется [при пилении], принимает второй набор МАНЦЕПАХ и вторую далет. В этом смысл состояния женщины, когда она пребывает в возрасте отроковицы (</w:t>
      </w:r>
      <w:r>
        <w:rPr>
          <w:rFonts w:ascii="Georgia" w:hAnsi="Georgia"/>
          <w:b w:val="0"/>
          <w:i/>
          <w:color w:val="000000"/>
          <w:sz w:val="24"/>
        </w:rPr>
        <w:t>наара</w:t>
      </w:r>
      <w:r>
        <w:rPr>
          <w:rFonts w:ascii="Georgia" w:hAnsi="Georgia"/>
          <w:b w:val="0"/>
          <w:i w:val="0"/>
          <w:color w:val="000000"/>
          <w:sz w:val="24"/>
        </w:rPr>
        <w:t xml:space="preserve">, </w:t>
      </w:r>
      <w:r>
        <w:rPr>
          <w:rFonts w:ascii="Georgia" w:hAnsi="Georgia" w:cs="Times New Roman"/>
          <w:b/>
          <w:i w:val="0"/>
          <w:color w:val="000000"/>
          <w:sz w:val="24"/>
          <w:rtl/>
          <w:szCs w:val="32"/>
        </w:rPr>
        <w:t>נַעֲרָה</w:t>
      </w:r>
      <w:r>
        <w:rPr>
          <w:rFonts w:ascii="Georgia" w:hAnsi="Georgia"/>
          <w:b w:val="0"/>
          <w:i w:val="0"/>
          <w:color w:val="000000"/>
          <w:sz w:val="24"/>
        </w:rPr>
        <w:t xml:space="preserve">), хотя в Писании это слово иногда пишется как </w:t>
      </w:r>
      <w:r>
        <w:rPr>
          <w:rFonts w:ascii="Georgia" w:hAnsi="Georgia"/>
          <w:b w:val="0"/>
          <w:i/>
          <w:color w:val="000000"/>
          <w:sz w:val="24"/>
        </w:rPr>
        <w:t>наар</w:t>
      </w:r>
      <w:r>
        <w:rPr>
          <w:rFonts w:ascii="Georgia" w:hAnsi="Georgia"/>
          <w:b w:val="0"/>
          <w:i w:val="0"/>
          <w:color w:val="000000"/>
          <w:sz w:val="24"/>
        </w:rPr>
        <w:t xml:space="preserve"> (</w:t>
      </w:r>
      <w:r>
        <w:rPr>
          <w:rFonts w:ascii="Georgia" w:hAnsi="Georgia" w:cs="Times New Roman"/>
          <w:b/>
          <w:i w:val="0"/>
          <w:color w:val="000000"/>
          <w:sz w:val="24"/>
          <w:rtl/>
          <w:szCs w:val="32"/>
        </w:rPr>
        <w:t>נַעַר</w:t>
      </w:r>
      <w:r>
        <w:rPr>
          <w:rFonts w:ascii="Georgia" w:hAnsi="Georgia"/>
          <w:b w:val="0"/>
          <w:i w:val="0"/>
          <w:color w:val="000000"/>
          <w:sz w:val="24"/>
        </w:rPr>
        <w:t xml:space="preserve">) без буквы хэй. Суть в том, что сначала, когда она принимает первый набор МАНЦЕПАХ — упомянутую тайну судов, — она зовется </w:t>
      </w:r>
      <w:r>
        <w:rPr>
          <w:rFonts w:ascii="Georgia" w:hAnsi="Georgia"/>
          <w:b w:val="0"/>
          <w:i/>
          <w:color w:val="000000"/>
          <w:sz w:val="24"/>
        </w:rPr>
        <w:t>наар</w:t>
      </w:r>
      <w:r>
        <w:rPr>
          <w:rFonts w:ascii="Georgia" w:hAnsi="Georgia"/>
          <w:b w:val="0"/>
          <w:i w:val="0"/>
          <w:color w:val="000000"/>
          <w:sz w:val="24"/>
        </w:rPr>
        <w:t>, что по гематрии равно тремстам двадцати судам (</w:t>
      </w:r>
      <w:r>
        <w:rPr>
          <w:rFonts w:ascii="Georgia" w:hAnsi="Georgia" w:cs="Times New Roman"/>
          <w:b/>
          <w:i w:val="0"/>
          <w:color w:val="000000"/>
          <w:sz w:val="24"/>
          <w:rtl/>
          <w:szCs w:val="32"/>
        </w:rPr>
        <w:t>ש״ך</w:t>
      </w:r>
      <w:r>
        <w:rPr>
          <w:rFonts w:ascii="Georgia" w:hAnsi="Georgia"/>
          <w:b w:val="0"/>
          <w:i w:val="0"/>
          <w:color w:val="000000"/>
          <w:sz w:val="24"/>
        </w:rPr>
        <w:t xml:space="preserve"> = 320). Когда же она принимает второй набор МАНЦЕПАХ, к ней добавляется пять [свойств], и она называется </w:t>
      </w:r>
      <w:r>
        <w:rPr>
          <w:rFonts w:ascii="Georgia" w:hAnsi="Georgia"/>
          <w:b w:val="0"/>
          <w:i/>
          <w:color w:val="000000"/>
          <w:sz w:val="24"/>
        </w:rPr>
        <w:t>наара</w:t>
      </w:r>
      <w:r>
        <w:rPr>
          <w:rFonts w:ascii="Georgia" w:hAnsi="Georgia"/>
          <w:b w:val="0"/>
          <w:i w:val="0"/>
          <w:color w:val="000000"/>
          <w:sz w:val="24"/>
        </w:rPr>
        <w:t>, где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указывает на пять букв второго набора МАНЦЕПАХ. В этом и заключается различие между написаниями </w:t>
      </w:r>
      <w:r>
        <w:rPr>
          <w:rFonts w:ascii="Georgia" w:hAnsi="Georgia"/>
          <w:b w:val="0"/>
          <w:i/>
          <w:color w:val="000000"/>
          <w:sz w:val="24"/>
        </w:rPr>
        <w:t>наар</w:t>
      </w:r>
      <w:r>
        <w:rPr>
          <w:rFonts w:ascii="Georgia" w:hAnsi="Georgia"/>
          <w:b w:val="0"/>
          <w:i w:val="0"/>
          <w:color w:val="000000"/>
          <w:sz w:val="24"/>
        </w:rPr>
        <w:t xml:space="preserve"> и </w:t>
      </w:r>
      <w:r>
        <w:rPr>
          <w:rFonts w:ascii="Georgia" w:hAnsi="Georgia"/>
          <w:b w:val="0"/>
          <w:i/>
          <w:color w:val="000000"/>
          <w:sz w:val="24"/>
        </w:rPr>
        <w:t>наара</w:t>
      </w:r>
      <w:r>
        <w:rPr>
          <w:rFonts w:ascii="Georgia" w:hAnsi="Georgia"/>
          <w:b w:val="0"/>
          <w:i w:val="0"/>
          <w:color w:val="000000"/>
          <w:sz w:val="24"/>
        </w:rPr>
        <w:t>.</w:t>
      </w:r>
    </w:p>
    <w:p>
      <w:pPr>
        <w:spacing w:before="40" w:after="120"/>
        <w:jc w:val="both"/>
      </w:pPr>
      <w:r>
        <w:rPr>
          <w:rFonts w:ascii="Georgia" w:hAnsi="Georgia"/>
          <w:b w:val="0"/>
          <w:i w:val="0"/>
          <w:color w:val="000000"/>
          <w:sz w:val="24"/>
        </w:rPr>
        <w:t>Тебе уже известно, что период девичества (состояния отроковицы) длится шесть месяцев — между отрочеством (</w:t>
      </w:r>
      <w:r>
        <w:rPr>
          <w:rFonts w:ascii="Georgia" w:hAnsi="Georgia"/>
          <w:b w:val="0"/>
          <w:i/>
          <w:color w:val="000000"/>
          <w:sz w:val="24"/>
        </w:rPr>
        <w:t>наарут</w:t>
      </w:r>
      <w:r>
        <w:rPr>
          <w:rFonts w:ascii="Georgia" w:hAnsi="Georgia"/>
          <w:b w:val="0"/>
          <w:i w:val="0"/>
          <w:color w:val="000000"/>
          <w:sz w:val="24"/>
        </w:rPr>
        <w:t>) и зрелостью (</w:t>
      </w:r>
      <w:r>
        <w:rPr>
          <w:rFonts w:ascii="Georgia" w:hAnsi="Georgia"/>
          <w:b w:val="0"/>
          <w:i/>
          <w:color w:val="000000"/>
          <w:sz w:val="24"/>
        </w:rPr>
        <w:t>багрут</w:t>
      </w:r>
      <w:r>
        <w:rPr>
          <w:rFonts w:ascii="Georgia" w:hAnsi="Georgia"/>
          <w:b w:val="0"/>
          <w:i w:val="0"/>
          <w:color w:val="000000"/>
          <w:sz w:val="24"/>
        </w:rPr>
        <w:t>). Они соответствуют этим пяти буквам МАНЦЕПАХ плюс букве далет, которую она принимает заново: вместе получается шесть [свойств], отвечающих шести месяцам отрочества.</w:t>
      </w:r>
    </w:p>
    <w:p>
      <w:pPr>
        <w:spacing w:before="40" w:after="120"/>
        <w:jc w:val="both"/>
      </w:pPr>
      <w:r>
        <w:rPr>
          <w:rFonts w:ascii="Georgia" w:hAnsi="Georgia"/>
          <w:b w:val="0"/>
          <w:i w:val="0"/>
          <w:color w:val="000000"/>
          <w:sz w:val="24"/>
        </w:rPr>
        <w:t xml:space="preserve">Что же касается приведенных выше слов из записи: «С того момента, как она отделилась и принимает мохин самостоятельно, помимо ГАР, к ней добавилась буква хэй слова </w:t>
      </w:r>
      <w:r>
        <w:rPr>
          <w:rFonts w:ascii="Georgia" w:hAnsi="Georgia"/>
          <w:b w:val="0"/>
          <w:i/>
          <w:color w:val="000000"/>
          <w:sz w:val="24"/>
        </w:rPr>
        <w:t>наара</w:t>
      </w:r>
      <w:r>
        <w:rPr>
          <w:rFonts w:ascii="Georgia" w:hAnsi="Georgia"/>
          <w:b w:val="0"/>
          <w:i w:val="0"/>
          <w:color w:val="000000"/>
          <w:sz w:val="24"/>
        </w:rPr>
        <w:t>, и это шесть месяцев отрочества...», то их можно истолковать так: когда Малхут отделяется и принимает мохин самостоятельно, она, возрастая позади ЗА подобно самому ЗА, касается Бины. Однако она поднимается не до самой ее головы, а достигает лишь уровня напротив Малхут (в другом чтении: буквы хэй) де-Бина, находящегося напротив Даат де-ЗА. Выходит, что Нуква возрастает и обретает теперь величину (гадлут) шести свойств. Ведь ЗА включает девять сфирот помимо Малхут, являющейся Нуквой, и она вырастает до уровня его шести нижних сфирот, помимо ГАР. Они и составляют тайну шести месяцев отрочества — так можно объяснить приведенные слова.</w:t>
      </w:r>
    </w:p>
    <w:p>
      <w:pPr>
        <w:spacing w:before="40" w:after="120"/>
        <w:jc w:val="both"/>
      </w:pPr>
      <w:r>
        <w:rPr>
          <w:rFonts w:ascii="Georgia" w:hAnsi="Georgia"/>
          <w:b w:val="0"/>
          <w:i w:val="0"/>
          <w:color w:val="000000"/>
          <w:sz w:val="24"/>
        </w:rPr>
        <w:t>Когда же она возвращается [в состояние] паним бе-паним, она именуется достигшей зрелости (</w:t>
      </w:r>
      <w:r>
        <w:rPr>
          <w:rFonts w:ascii="Georgia" w:hAnsi="Georgia"/>
          <w:b w:val="0"/>
          <w:i/>
          <w:color w:val="000000"/>
          <w:sz w:val="24"/>
        </w:rPr>
        <w:t>богерет</w:t>
      </w:r>
      <w:r>
        <w:rPr>
          <w:rFonts w:ascii="Georgia" w:hAnsi="Georgia"/>
          <w:b w:val="0"/>
          <w:i w:val="0"/>
          <w:color w:val="000000"/>
          <w:sz w:val="24"/>
        </w:rPr>
        <w:t xml:space="preserve">, </w:t>
      </w:r>
      <w:r>
        <w:rPr>
          <w:rFonts w:ascii="Georgia" w:hAnsi="Georgia" w:cs="Times New Roman"/>
          <w:b/>
          <w:i w:val="0"/>
          <w:color w:val="000000"/>
          <w:sz w:val="24"/>
          <w:rtl/>
          <w:szCs w:val="32"/>
        </w:rPr>
        <w:t>בּוֹגֶרֶת</w:t>
      </w:r>
      <w:r>
        <w:rPr>
          <w:rFonts w:ascii="Georgia" w:hAnsi="Georgia"/>
          <w:b w:val="0"/>
          <w:i w:val="0"/>
          <w:color w:val="000000"/>
          <w:sz w:val="24"/>
        </w:rPr>
        <w:t xml:space="preserve">). Суть в том, что слово </w:t>
      </w:r>
      <w:r>
        <w:rPr>
          <w:rFonts w:ascii="Georgia" w:hAnsi="Georgia"/>
          <w:b w:val="0"/>
          <w:i/>
          <w:color w:val="000000"/>
          <w:sz w:val="24"/>
        </w:rPr>
        <w:t>богерет</w:t>
      </w:r>
      <w:r>
        <w:rPr>
          <w:rFonts w:ascii="Georgia" w:hAnsi="Georgia"/>
          <w:b w:val="0"/>
          <w:i w:val="0"/>
          <w:color w:val="000000"/>
          <w:sz w:val="24"/>
        </w:rPr>
        <w:t xml:space="preserve"> по гематрии равно слову </w:t>
      </w:r>
      <w:r>
        <w:rPr>
          <w:rFonts w:ascii="Georgia" w:hAnsi="Georgia"/>
          <w:b w:val="0"/>
          <w:i/>
          <w:color w:val="000000"/>
          <w:sz w:val="24"/>
        </w:rPr>
        <w:t>Тора</w:t>
      </w:r>
      <w:r>
        <w:rPr>
          <w:rFonts w:ascii="Georgia" w:hAnsi="Georgia"/>
          <w:b w:val="0"/>
          <w:i w:val="0"/>
          <w:color w:val="000000"/>
          <w:sz w:val="24"/>
        </w:rPr>
        <w:t xml:space="preserve"> (</w:t>
      </w:r>
      <w:r>
        <w:rPr>
          <w:rFonts w:ascii="Georgia" w:hAnsi="Georgia" w:cs="Times New Roman"/>
          <w:b/>
          <w:i w:val="0"/>
          <w:color w:val="000000"/>
          <w:sz w:val="24"/>
          <w:rtl/>
          <w:szCs w:val="32"/>
        </w:rPr>
        <w:t>תּוֹרָה</w:t>
      </w:r>
      <w:r>
        <w:rPr>
          <w:rFonts w:ascii="Georgia" w:hAnsi="Georgia"/>
          <w:b w:val="0"/>
          <w:i w:val="0"/>
          <w:color w:val="000000"/>
          <w:sz w:val="24"/>
        </w:rPr>
        <w:t xml:space="preserve"> = 611), ибо тогда Малхут соединяется паним бе-паним с Зеиром Анпином, становясь Устной Торой, соединяющейся с Письменной Торой.</w:t>
      </w:r>
    </w:p>
    <w:p>
      <w:pPr>
        <w:keepNext/>
        <w:spacing w:before="240" w:after="80"/>
      </w:pPr>
      <w:r>
        <w:rPr>
          <w:rFonts w:ascii="Georgia" w:hAnsi="Georgia"/>
          <w:b w:val="0"/>
          <w:i w:val="0"/>
          <w:color w:val="000000"/>
          <w:sz w:val="27"/>
        </w:rPr>
        <w:t>Пункт 7</w:t>
      </w:r>
    </w:p>
    <w:p>
      <w:pPr>
        <w:spacing w:before="40" w:after="120"/>
        <w:jc w:val="both"/>
      </w:pPr>
      <w:r>
        <w:rPr>
          <w:rFonts w:ascii="Georgia" w:hAnsi="Georgia"/>
          <w:b w:val="0"/>
          <w:i w:val="0"/>
          <w:color w:val="000000"/>
          <w:sz w:val="24"/>
        </w:rPr>
        <w:t xml:space="preserve">Мне представляется, что буквы слова </w:t>
      </w:r>
      <w:r>
        <w:rPr>
          <w:rFonts w:ascii="Georgia" w:hAnsi="Georgia"/>
          <w:b w:val="0"/>
          <w:i/>
          <w:color w:val="000000"/>
          <w:sz w:val="24"/>
        </w:rPr>
        <w:t>богерет</w:t>
      </w:r>
      <w:r>
        <w:rPr>
          <w:rFonts w:ascii="Georgia" w:hAnsi="Georgia"/>
          <w:b w:val="0"/>
          <w:i w:val="0"/>
          <w:color w:val="000000"/>
          <w:sz w:val="24"/>
        </w:rPr>
        <w:t xml:space="preserve"> делятся как </w:t>
      </w:r>
      <w:r>
        <w:rPr>
          <w:rFonts w:ascii="Georgia" w:hAnsi="Georgia"/>
          <w:b w:val="0"/>
          <w:i/>
          <w:color w:val="000000"/>
          <w:sz w:val="24"/>
        </w:rPr>
        <w:t>бе-вав</w:t>
      </w:r>
      <w:r>
        <w:rPr>
          <w:rFonts w:ascii="Georgia" w:hAnsi="Georgia"/>
          <w:b w:val="0"/>
          <w:i w:val="0"/>
          <w:color w:val="000000"/>
          <w:sz w:val="24"/>
        </w:rPr>
        <w:t xml:space="preserve"> и </w:t>
      </w:r>
      <w:r>
        <w:rPr>
          <w:rFonts w:ascii="Georgia" w:hAnsi="Georgia"/>
          <w:b w:val="0"/>
          <w:i/>
          <w:color w:val="000000"/>
          <w:sz w:val="24"/>
        </w:rPr>
        <w:t>гарат</w:t>
      </w:r>
      <w:r>
        <w:rPr>
          <w:rFonts w:ascii="Georgia" w:hAnsi="Georgia"/>
          <w:b w:val="0"/>
          <w:i w:val="0"/>
          <w:color w:val="000000"/>
          <w:sz w:val="24"/>
        </w:rPr>
        <w:t xml:space="preserve"> (</w:t>
      </w:r>
      <w:r>
        <w:rPr>
          <w:rFonts w:ascii="Georgia" w:hAnsi="Georgia" w:cs="Times New Roman"/>
          <w:b/>
          <w:i w:val="0"/>
          <w:color w:val="000000"/>
          <w:sz w:val="24"/>
          <w:rtl/>
          <w:szCs w:val="32"/>
        </w:rPr>
        <w:t>בו׳ גר״ת</w:t>
      </w:r>
      <w:r>
        <w:rPr>
          <w:rFonts w:ascii="Georgia" w:hAnsi="Georgia"/>
          <w:b w:val="0"/>
          <w:i w:val="0"/>
          <w:color w:val="000000"/>
          <w:sz w:val="24"/>
        </w:rPr>
        <w:t>): [в букве вав] она теперь вырастает также до ГАР де-ХАБАД, а буква тав (</w:t>
      </w:r>
      <w:r>
        <w:rPr>
          <w:rFonts w:ascii="Georgia" w:hAnsi="Georgia" w:cs="Times New Roman"/>
          <w:b/>
          <w:i w:val="0"/>
          <w:color w:val="000000"/>
          <w:sz w:val="24"/>
          <w:rtl/>
          <w:szCs w:val="32"/>
        </w:rPr>
        <w:t>ת</w:t>
      </w:r>
      <w:r>
        <w:rPr>
          <w:rFonts w:ascii="Georgia" w:hAnsi="Georgia"/>
          <w:b w:val="0"/>
          <w:i w:val="0"/>
          <w:color w:val="000000"/>
          <w:sz w:val="24"/>
        </w:rPr>
        <w:t xml:space="preserve">) указывает на Нукву. Либо же это разделение на слова: </w:t>
      </w:r>
      <w:r>
        <w:rPr>
          <w:rFonts w:ascii="Georgia" w:hAnsi="Georgia"/>
          <w:b w:val="0"/>
          <w:i/>
          <w:color w:val="000000"/>
          <w:sz w:val="24"/>
        </w:rPr>
        <w:t>бат</w:t>
      </w:r>
      <w:r>
        <w:rPr>
          <w:rFonts w:ascii="Georgia" w:hAnsi="Georgia"/>
          <w:b w:val="0"/>
          <w:i w:val="0"/>
          <w:color w:val="000000"/>
          <w:sz w:val="24"/>
        </w:rPr>
        <w:t xml:space="preserve"> (</w:t>
      </w:r>
      <w:r>
        <w:rPr>
          <w:rFonts w:ascii="Georgia" w:hAnsi="Georgia" w:cs="Times New Roman"/>
          <w:b/>
          <w:i w:val="0"/>
          <w:color w:val="000000"/>
          <w:sz w:val="24"/>
          <w:rtl/>
          <w:szCs w:val="32"/>
        </w:rPr>
        <w:t>בַּת</w:t>
      </w:r>
      <w:r>
        <w:rPr>
          <w:rFonts w:ascii="Georgia" w:hAnsi="Georgia"/>
          <w:b w:val="0"/>
          <w:i w:val="0"/>
          <w:color w:val="000000"/>
          <w:sz w:val="24"/>
        </w:rPr>
        <w:t xml:space="preserve"> — «дочь»), </w:t>
      </w:r>
      <w:r>
        <w:rPr>
          <w:rFonts w:ascii="Georgia" w:hAnsi="Georgia"/>
          <w:b w:val="0"/>
          <w:i/>
          <w:color w:val="000000"/>
          <w:sz w:val="24"/>
        </w:rPr>
        <w:t>гар</w:t>
      </w:r>
      <w:r>
        <w:rPr>
          <w:rFonts w:ascii="Georgia" w:hAnsi="Georgia"/>
          <w:b w:val="0"/>
          <w:i w:val="0"/>
          <w:color w:val="000000"/>
          <w:sz w:val="24"/>
        </w:rPr>
        <w:t xml:space="preserve"> (</w:t>
      </w:r>
      <w:r>
        <w:rPr>
          <w:rFonts w:ascii="Georgia" w:hAnsi="Georgia" w:cs="Times New Roman"/>
          <w:b/>
          <w:i w:val="0"/>
          <w:color w:val="000000"/>
          <w:sz w:val="24"/>
          <w:rtl/>
          <w:szCs w:val="32"/>
        </w:rPr>
        <w:t>גָּר</w:t>
      </w:r>
      <w:r>
        <w:rPr>
          <w:rFonts w:ascii="Georgia" w:hAnsi="Georgia"/>
          <w:b w:val="0"/>
          <w:i w:val="0"/>
          <w:color w:val="000000"/>
          <w:sz w:val="24"/>
        </w:rPr>
        <w:t xml:space="preserve"> — «пребывает») и буква вав (</w:t>
      </w:r>
      <w:r>
        <w:rPr>
          <w:rFonts w:ascii="Georgia" w:hAnsi="Georgia" w:cs="Times New Roman"/>
          <w:b/>
          <w:i w:val="0"/>
          <w:color w:val="000000"/>
          <w:sz w:val="24"/>
          <w:rtl/>
          <w:szCs w:val="32"/>
        </w:rPr>
        <w:t>ו</w:t>
      </w:r>
      <w:r>
        <w:rPr>
          <w:rFonts w:ascii="Georgia" w:hAnsi="Georgia"/>
          <w:b w:val="0"/>
          <w:i w:val="0"/>
          <w:color w:val="000000"/>
          <w:sz w:val="24"/>
        </w:rPr>
        <w:t>), то есть нижняя вав. И тогда она готова к совершенному зивугу.</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Учение об АТБАХ (</w:t>
      </w:r>
      <w:r>
        <w:rPr>
          <w:rFonts w:ascii="Georgia" w:hAnsi="Georgia" w:cs="Times New Roman"/>
          <w:b/>
          <w:i w:val="0"/>
          <w:color w:val="000000"/>
          <w:sz w:val="24"/>
          <w:rtl/>
          <w:szCs w:val="32"/>
        </w:rPr>
        <w:t>אטב״ח</w:t>
      </w:r>
      <w:r>
        <w:rPr>
          <w:rFonts w:ascii="Georgia" w:hAnsi="Georgia"/>
          <w:b w:val="0"/>
          <w:i w:val="0"/>
          <w:color w:val="000000"/>
          <w:sz w:val="24"/>
        </w:rPr>
        <w:t>), призванное объяснить, как устроена система алфавита АТБАХ при исправлении Нуквы — Малхут.</w:t>
      </w:r>
    </w:p>
    <w:p>
      <w:pPr>
        <w:spacing w:before="40" w:after="120"/>
        <w:jc w:val="both"/>
      </w:pPr>
      <w:r>
        <w:rPr>
          <w:rFonts w:ascii="Georgia" w:hAnsi="Georgia"/>
          <w:b w:val="0"/>
          <w:i w:val="0"/>
          <w:color w:val="000000"/>
          <w:sz w:val="24"/>
        </w:rPr>
        <w:t>Знай, что размер Нуквы составляет одно свойство из свойств ЗА, и получается, что она — десятая часть, поскольку в ней есть лишь одно свойство из десяти свойств ЗА. Однако, когда она вырастает и становится законченным парцуфом из десяти сфирот, тогда это свойство разделяется на десять частей соответственно десяти сфирот, и каждая точка из них вырастает и становится одним полным свойством.</w:t>
      </w:r>
    </w:p>
    <w:p>
      <w:pPr>
        <w:spacing w:before="40" w:after="120"/>
        <w:jc w:val="both"/>
      </w:pPr>
      <w:r>
        <w:rPr>
          <w:rFonts w:ascii="Georgia" w:hAnsi="Georgia"/>
          <w:b w:val="0"/>
          <w:i w:val="0"/>
          <w:color w:val="000000"/>
          <w:sz w:val="24"/>
        </w:rPr>
        <w:t>И вот ее порядок: алеф-тэт (</w:t>
      </w:r>
      <w:r>
        <w:rPr>
          <w:rFonts w:ascii="Georgia" w:hAnsi="Georgia" w:cs="Times New Roman"/>
          <w:b/>
          <w:i w:val="0"/>
          <w:color w:val="000000"/>
          <w:sz w:val="24"/>
          <w:rtl/>
          <w:szCs w:val="32"/>
        </w:rPr>
        <w:t>א״ט</w:t>
      </w:r>
      <w:r>
        <w:rPr>
          <w:rFonts w:ascii="Georgia" w:hAnsi="Georgia"/>
          <w:b w:val="0"/>
          <w:i w:val="0"/>
          <w:color w:val="000000"/>
          <w:sz w:val="24"/>
        </w:rPr>
        <w:t>) — это Кетер де-Малхут, бэт-хэт (</w:t>
      </w:r>
      <w:r>
        <w:rPr>
          <w:rFonts w:ascii="Georgia" w:hAnsi="Georgia" w:cs="Times New Roman"/>
          <w:b/>
          <w:i w:val="0"/>
          <w:color w:val="000000"/>
          <w:sz w:val="24"/>
          <w:rtl/>
          <w:szCs w:val="32"/>
        </w:rPr>
        <w:t>ב״ח</w:t>
      </w:r>
      <w:r>
        <w:rPr>
          <w:rFonts w:ascii="Georgia" w:hAnsi="Georgia"/>
          <w:b w:val="0"/>
          <w:i w:val="0"/>
          <w:color w:val="000000"/>
          <w:sz w:val="24"/>
        </w:rPr>
        <w:t>) — Хохма, гимель-зайн (</w:t>
      </w:r>
      <w:r>
        <w:rPr>
          <w:rFonts w:ascii="Georgia" w:hAnsi="Georgia" w:cs="Times New Roman"/>
          <w:b/>
          <w:i w:val="0"/>
          <w:color w:val="000000"/>
          <w:sz w:val="24"/>
          <w:rtl/>
          <w:szCs w:val="32"/>
        </w:rPr>
        <w:t>ג״ז</w:t>
      </w:r>
      <w:r>
        <w:rPr>
          <w:rFonts w:ascii="Georgia" w:hAnsi="Georgia"/>
          <w:b w:val="0"/>
          <w:i w:val="0"/>
          <w:color w:val="000000"/>
          <w:sz w:val="24"/>
        </w:rPr>
        <w:t>) — Бина, далет-вав (</w:t>
      </w:r>
      <w:r>
        <w:rPr>
          <w:rFonts w:ascii="Georgia" w:hAnsi="Georgia" w:cs="Times New Roman"/>
          <w:b/>
          <w:i w:val="0"/>
          <w:color w:val="000000"/>
          <w:sz w:val="24"/>
          <w:rtl/>
          <w:szCs w:val="32"/>
        </w:rPr>
        <w:t>ד״ו</w:t>
      </w:r>
      <w:r>
        <w:rPr>
          <w:rFonts w:ascii="Georgia" w:hAnsi="Georgia"/>
          <w:b w:val="0"/>
          <w:i w:val="0"/>
          <w:color w:val="000000"/>
          <w:sz w:val="24"/>
        </w:rPr>
        <w:t>) — Даат, йод-ламэд (</w:t>
      </w:r>
      <w:r>
        <w:rPr>
          <w:rFonts w:ascii="Georgia" w:hAnsi="Georgia" w:cs="Times New Roman"/>
          <w:b/>
          <w:i w:val="0"/>
          <w:color w:val="000000"/>
          <w:sz w:val="24"/>
          <w:rtl/>
          <w:szCs w:val="32"/>
        </w:rPr>
        <w:t>י״ל</w:t>
      </w:r>
      <w:r>
        <w:rPr>
          <w:rFonts w:ascii="Georgia" w:hAnsi="Georgia"/>
          <w:b w:val="0"/>
          <w:i w:val="0"/>
          <w:color w:val="000000"/>
          <w:sz w:val="24"/>
        </w:rPr>
        <w:t>) [в расчете АТБАХ: йод-цади] — Хесед, каф-пэй (</w:t>
      </w:r>
      <w:r>
        <w:rPr>
          <w:rFonts w:ascii="Georgia" w:hAnsi="Georgia" w:cs="Times New Roman"/>
          <w:b/>
          <w:i w:val="0"/>
          <w:color w:val="000000"/>
          <w:sz w:val="24"/>
          <w:rtl/>
          <w:szCs w:val="32"/>
        </w:rPr>
        <w:t>כ״ף</w:t>
      </w:r>
      <w:r>
        <w:rPr>
          <w:rFonts w:ascii="Georgia" w:hAnsi="Georgia"/>
          <w:b w:val="0"/>
          <w:i w:val="0"/>
          <w:color w:val="000000"/>
          <w:sz w:val="24"/>
        </w:rPr>
        <w:t>) — Гвура, ламэд-айн (</w:t>
      </w:r>
      <w:r>
        <w:rPr>
          <w:rFonts w:ascii="Georgia" w:hAnsi="Georgia" w:cs="Times New Roman"/>
          <w:b/>
          <w:i w:val="0"/>
          <w:color w:val="000000"/>
          <w:sz w:val="24"/>
          <w:rtl/>
          <w:szCs w:val="32"/>
        </w:rPr>
        <w:t>ל״ע</w:t>
      </w:r>
      <w:r>
        <w:rPr>
          <w:rFonts w:ascii="Georgia" w:hAnsi="Georgia"/>
          <w:b w:val="0"/>
          <w:i w:val="0"/>
          <w:color w:val="000000"/>
          <w:sz w:val="24"/>
        </w:rPr>
        <w:t>) — Тиферет, мэм-самэх (</w:t>
      </w:r>
      <w:r>
        <w:rPr>
          <w:rFonts w:ascii="Georgia" w:hAnsi="Georgia" w:cs="Times New Roman"/>
          <w:b/>
          <w:i w:val="0"/>
          <w:color w:val="000000"/>
          <w:sz w:val="24"/>
          <w:rtl/>
          <w:szCs w:val="32"/>
        </w:rPr>
        <w:t>מ״ס</w:t>
      </w:r>
      <w:r>
        <w:rPr>
          <w:rFonts w:ascii="Georgia" w:hAnsi="Georgia"/>
          <w:b w:val="0"/>
          <w:i w:val="0"/>
          <w:color w:val="000000"/>
          <w:sz w:val="24"/>
        </w:rPr>
        <w:t>) — Нецах, куф-цади софит (</w:t>
      </w:r>
      <w:r>
        <w:rPr>
          <w:rFonts w:ascii="Georgia" w:hAnsi="Georgia" w:cs="Times New Roman"/>
          <w:b/>
          <w:i w:val="0"/>
          <w:color w:val="000000"/>
          <w:sz w:val="24"/>
          <w:rtl/>
          <w:szCs w:val="32"/>
        </w:rPr>
        <w:t>ק״ץ</w:t>
      </w:r>
      <w:r>
        <w:rPr>
          <w:rFonts w:ascii="Georgia" w:hAnsi="Georgia"/>
          <w:b w:val="0"/>
          <w:i w:val="0"/>
          <w:color w:val="000000"/>
          <w:sz w:val="24"/>
        </w:rPr>
        <w:t>) — Ход, рэйш-пэй софит (</w:t>
      </w:r>
      <w:r>
        <w:rPr>
          <w:rFonts w:ascii="Georgia" w:hAnsi="Georgia" w:cs="Times New Roman"/>
          <w:b/>
          <w:i w:val="0"/>
          <w:color w:val="000000"/>
          <w:sz w:val="24"/>
          <w:rtl/>
          <w:szCs w:val="32"/>
        </w:rPr>
        <w:t>ר״ף</w:t>
      </w:r>
      <w:r>
        <w:rPr>
          <w:rFonts w:ascii="Georgia" w:hAnsi="Georgia"/>
          <w:b w:val="0"/>
          <w:i w:val="0"/>
          <w:color w:val="000000"/>
          <w:sz w:val="24"/>
        </w:rPr>
        <w:t>) — Есод, шин-нун софит (</w:t>
      </w:r>
      <w:r>
        <w:rPr>
          <w:rFonts w:ascii="Georgia" w:hAnsi="Georgia" w:cs="Times New Roman"/>
          <w:b/>
          <w:i w:val="0"/>
          <w:color w:val="000000"/>
          <w:sz w:val="24"/>
          <w:rtl/>
          <w:szCs w:val="32"/>
        </w:rPr>
        <w:t>ש״ן</w:t>
      </w:r>
      <w:r>
        <w:rPr>
          <w:rFonts w:ascii="Georgia" w:hAnsi="Georgia"/>
          <w:b w:val="0"/>
          <w:i w:val="0"/>
          <w:color w:val="000000"/>
          <w:sz w:val="24"/>
        </w:rPr>
        <w:t>) — Малхут.</w:t>
      </w:r>
    </w:p>
    <w:p>
      <w:pPr>
        <w:spacing w:before="40" w:after="120"/>
        <w:jc w:val="both"/>
      </w:pPr>
      <w:r>
        <w:rPr>
          <w:rFonts w:ascii="Georgia" w:hAnsi="Georgia"/>
          <w:b w:val="0"/>
          <w:i w:val="0"/>
          <w:color w:val="000000"/>
          <w:sz w:val="24"/>
        </w:rPr>
        <w:t>Смысл же заключается в том, что когда Нуква строится и ее парцуф исправляется из двух хеседов и двух третей [третьего хеседа], находящихся в Тиферет, Нецах и Ход де-ЗА, и из пяти гвурот, находящихся в Есод де-ЗА, как объяснено в предшествующем этому учении, см. там. Начнем теперь с Кетера. Ведь Кетер — это одна точка из десяти точек, на которые разделилось свойство Малхут. Однако эта точка Кетера должна получить еще девять других подобных ей точек, и тогда ее Кетер завершится, и станет в нем полное свойство из десяти точек. Ведь то, чем Малхут была до сих пор — [всего лишь] одним свойством из десяти точек, — теперь, после увеличения (роста), требует, чтобы каждая точка из них стала одним [полным] свойством из десяти точек. И поскольку вначале в ее Кетере была лишь одна точка от этого свойства, а теперь к ней добавились еще девять подобных ей точек, он стал законченным свойством — таким, каким вначале была вся Малхут во всей своей совокупности. Выходит, что вначале на его долю приходилась одна точка, а теперь, при росте, к ней добавились девять точек. И в этом смысл алеф-тэт: ее собственная доля — единица,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и ей дали еще девять — букву тэт (</w:t>
      </w:r>
      <w:r>
        <w:rPr>
          <w:rFonts w:ascii="Georgia" w:hAnsi="Georgia" w:cs="Times New Roman"/>
          <w:b/>
          <w:i w:val="0"/>
          <w:color w:val="000000"/>
          <w:sz w:val="24"/>
          <w:rtl/>
          <w:szCs w:val="32"/>
        </w:rPr>
        <w:t>ט</w:t>
      </w:r>
      <w:r>
        <w:rPr>
          <w:rFonts w:ascii="Georgia" w:hAnsi="Georgia"/>
          <w:b w:val="0"/>
          <w:i w:val="0"/>
          <w:color w:val="000000"/>
          <w:sz w:val="24"/>
        </w:rPr>
        <w:t xml:space="preserve"> = 9), чтобы восполнить ее.</w:t>
      </w:r>
    </w:p>
    <w:p>
      <w:pPr>
        <w:spacing w:before="40" w:after="120"/>
        <w:jc w:val="both"/>
      </w:pPr>
      <w:r>
        <w:rPr>
          <w:rFonts w:ascii="Georgia" w:hAnsi="Georgia"/>
          <w:b w:val="0"/>
          <w:i w:val="0"/>
          <w:color w:val="000000"/>
          <w:sz w:val="24"/>
        </w:rPr>
        <w:t>Чтобы объяснить это подробнее, следует сказать: ведь растит Кетер в Нукве не кто иной, как тот хесед, что находится в Тиферет де-ЗА. Дело в том, что в средней линии нет никакого мохин, а есть только хеседы. В двух же линиях ЗА, правой и левой, Има распространяет два своих бедра с двумя находящимися в ней мохин — ХУБ, как известно; но в средней линии мохин нет, поскольку Есод де-Има уже завершился на уровне хазе. Получается, что в правой и левой линиях есть полноценные мохин вплоть до сиюм раглин де-ЗА, однако в средней линии свойство мохин присутствует лишь до хазе, а оттуда и ниже есть только раскрытые хеседы. И сообразно тому, что есть в ЗА, происходит и питание Малхут оттуда: когда она питается от средней линии, она получает питание только от хеседов, так как ничего другого для питания там нет. Но когда она питается от линии Нецах, то получает и от мохин хохма, распространяющегося в ней, и от первого хеседа из пяти хеседов, распространяющегося там; то же самое относится и к Ход.</w:t>
      </w:r>
    </w:p>
    <w:p>
      <w:pPr>
        <w:spacing w:before="40" w:after="120"/>
        <w:jc w:val="both"/>
      </w:pPr>
      <w:r>
        <w:rPr>
          <w:rFonts w:ascii="Georgia" w:hAnsi="Georgia"/>
          <w:b w:val="0"/>
          <w:i w:val="0"/>
          <w:color w:val="000000"/>
          <w:sz w:val="24"/>
        </w:rPr>
        <w:t xml:space="preserve">Теперь объясним это подробнее. Знай также, что растит Малхут всегда хесед — это тайна вод, растящих дерево и насаждения, и в этом тайна стиха: </w:t>
      </w:r>
      <w:r>
        <w:rPr>
          <w:rFonts w:ascii="Georgia" w:hAnsi="Georgia"/>
          <w:b w:val="0"/>
          <w:i/>
          <w:color w:val="000000"/>
          <w:sz w:val="24"/>
        </w:rPr>
        <w:t>«И утвержден будет милостью (хеседом) престол»</w:t>
      </w:r>
      <w:r>
        <w:rPr>
          <w:rFonts w:ascii="Georgia" w:hAnsi="Georgia"/>
          <w:b w:val="0"/>
          <w:i w:val="0"/>
          <w:color w:val="000000"/>
          <w:sz w:val="24"/>
        </w:rPr>
        <w:t xml:space="preserve"> (Йешаяу 16:5). И вот, когда воды текут к корням дерева и растят его, эти воды не становятся телом самого дерева: ведь воды вызывают рост, но сами воды не являются телом выросшего. Понимающему это ясно. Так же обстоит дело и с этими хеседами: [хесед] не становится телом выросшего, а лишь вызывает рост. Поэтому во всем алфавите [АТБАХ] не упоминается сам хесед, а лишь сам рост. И вот хесед, находящийся в Тиферет де-ЗА, вызывает рост девяти точек в Кетере де-Нуква де-ЗА, где была лишь одна точка, и стало [их] десять. И в этом смысл алеф-тэт.</w:t>
      </w:r>
    </w:p>
    <w:p>
      <w:pPr>
        <w:spacing w:before="40" w:after="120"/>
        <w:jc w:val="both"/>
      </w:pPr>
      <w:r>
        <w:rPr>
          <w:rFonts w:ascii="Georgia" w:hAnsi="Georgia"/>
          <w:b w:val="0"/>
          <w:i w:val="0"/>
          <w:color w:val="000000"/>
          <w:sz w:val="24"/>
        </w:rPr>
        <w:t>Бэт-хэт в Хохме означает то, что мы явно видим и находим в Малхут в отношении ее Хохмы: в ней есть две точки,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и вырастили еще восемь, букву хэт (</w:t>
      </w:r>
      <w:r>
        <w:rPr>
          <w:rFonts w:ascii="Georgia" w:hAnsi="Georgia" w:cs="Times New Roman"/>
          <w:b/>
          <w:i w:val="0"/>
          <w:color w:val="000000"/>
          <w:sz w:val="24"/>
          <w:rtl/>
          <w:szCs w:val="32"/>
        </w:rPr>
        <w:t>ח</w:t>
      </w:r>
      <w:r>
        <w:rPr>
          <w:rFonts w:ascii="Georgia" w:hAnsi="Georgia"/>
          <w:b w:val="0"/>
          <w:i w:val="0"/>
          <w:color w:val="000000"/>
          <w:sz w:val="24"/>
        </w:rPr>
        <w:t xml:space="preserve"> = 8), и стало десять, и в этом смысл бэт-хэт.</w:t>
      </w:r>
    </w:p>
    <w:p>
      <w:pPr>
        <w:spacing w:before="40" w:after="120"/>
        <w:jc w:val="both"/>
      </w:pPr>
      <w:r>
        <w:rPr>
          <w:rFonts w:ascii="Georgia" w:hAnsi="Georgia"/>
          <w:b w:val="0"/>
          <w:i w:val="0"/>
          <w:color w:val="000000"/>
          <w:sz w:val="24"/>
        </w:rPr>
        <w:t>Суть же в том, как тебе уже известно, что в ней уже есть одна точка из того, что она взяла от самой Малхут, как сказано выше, — вот одна точка. И еще одну точку она берет от мохин хохма, распространяющегося в Нецах де-ЗА, как известно. Ведь известно, что Хохма в Нукве находится напротив верхней трети (первого сустава) де-Нецах де-ЗА и питается от находящегося в нем мохин хохма. В отличие от ее Кетера, который не берет мохин в средней линии, а только от хеседа; а мы уже объяснили, что хесед не входит в число [точек] роста, а лишь вызывает рост. Точно так же и теперь в Нецах: хотя в нем есть один хесед, мы принимаем в расчет только находящийся в нем мохин хохма, ведь хесед — это то, что растит. И удерживай это правило в памяти, чтобы мне не повторять его постоянно: хесед никогда не принимается в расчет и не входит в число.</w:t>
      </w:r>
    </w:p>
    <w:p>
      <w:pPr>
        <w:spacing w:before="40" w:after="120"/>
        <w:jc w:val="both"/>
      </w:pPr>
      <w:r>
        <w:rPr>
          <w:rFonts w:ascii="Georgia" w:hAnsi="Georgia"/>
          <w:b w:val="0"/>
          <w:i w:val="0"/>
          <w:color w:val="000000"/>
          <w:sz w:val="24"/>
        </w:rPr>
        <w:t>Получается, что здесь есть две точки: одна — от собственной точки хохма самой Малхут, а вторая — мохин хохма в Нецах де-ЗА. А затем хесед в Нецах вызвал рост восьми других точек, и они восполнились до десяти, поскольку упомянутые две точки не относятся к числу выросших, а лишь восемь вновь возникших. И в этом смысл бэт-хэт.</w:t>
      </w:r>
    </w:p>
    <w:p>
      <w:pPr>
        <w:spacing w:before="40" w:after="120"/>
        <w:jc w:val="both"/>
      </w:pPr>
      <w:r>
        <w:rPr>
          <w:rFonts w:ascii="Georgia" w:hAnsi="Georgia"/>
          <w:b w:val="0"/>
          <w:i w:val="0"/>
          <w:color w:val="000000"/>
          <w:sz w:val="24"/>
        </w:rPr>
        <w:t>Гимель-зайн в Бине означает, что в Бине де-Малхут есть три точки: одна — от ее доли, которую она взяла от самой Малхут, как сказано выше; еще одна точка — от мохин бина внутри Ход де-ЗА, как было сказано о Нецах; кроме того, она берет одну точку от самого Ход де-Има, внутри которого помещен этот мохин, как сказано выше, — вот три точки, буква гимель (</w:t>
      </w:r>
      <w:r>
        <w:rPr>
          <w:rFonts w:ascii="Georgia" w:hAnsi="Georgia" w:cs="Times New Roman"/>
          <w:b/>
          <w:i w:val="0"/>
          <w:color w:val="000000"/>
          <w:sz w:val="24"/>
          <w:rtl/>
          <w:szCs w:val="32"/>
        </w:rPr>
        <w:t>ג</w:t>
      </w:r>
      <w:r>
        <w:rPr>
          <w:rFonts w:ascii="Georgia" w:hAnsi="Georgia"/>
          <w:b w:val="0"/>
          <w:i w:val="0"/>
          <w:color w:val="000000"/>
          <w:sz w:val="24"/>
        </w:rPr>
        <w:t xml:space="preserve"> = 3). И тогда хесед, распространяющийся в Ход де-ЗА, растит семь других, букву зайн (</w:t>
      </w:r>
      <w:r>
        <w:rPr>
          <w:rFonts w:ascii="Georgia" w:hAnsi="Georgia" w:cs="Times New Roman"/>
          <w:b/>
          <w:i w:val="0"/>
          <w:color w:val="000000"/>
          <w:sz w:val="24"/>
          <w:rtl/>
          <w:szCs w:val="32"/>
        </w:rPr>
        <w:t>ז</w:t>
      </w:r>
      <w:r>
        <w:rPr>
          <w:rFonts w:ascii="Georgia" w:hAnsi="Georgia"/>
          <w:b w:val="0"/>
          <w:i w:val="0"/>
          <w:color w:val="000000"/>
          <w:sz w:val="24"/>
        </w:rPr>
        <w:t xml:space="preserve"> = 7), и в этом смысл гимель-зайн.</w:t>
      </w:r>
    </w:p>
    <w:p>
      <w:pPr>
        <w:spacing w:before="40" w:after="120"/>
        <w:jc w:val="both"/>
      </w:pPr>
      <w:r>
        <w:rPr>
          <w:rFonts w:ascii="Georgia" w:hAnsi="Georgia"/>
          <w:b w:val="0"/>
          <w:i w:val="0"/>
          <w:color w:val="000000"/>
          <w:sz w:val="24"/>
        </w:rPr>
        <w:t>И если ты скажешь: почему бы и о Хохме де-Малхут не сказать, что там гимель-зайн, ведь Малхут так же берет от Нецах де-Има, в который помещен мохин?</w:t>
      </w:r>
    </w:p>
    <w:p>
      <w:pPr>
        <w:spacing w:before="40" w:after="120"/>
        <w:jc w:val="both"/>
      </w:pPr>
      <w:r>
        <w:rPr>
          <w:rFonts w:ascii="Georgia" w:hAnsi="Georgia"/>
          <w:b w:val="0"/>
          <w:i w:val="0"/>
          <w:color w:val="000000"/>
          <w:sz w:val="24"/>
        </w:rPr>
        <w:t>Ответ таков: эти НЕХИ де-Има, распространяющиеся в ЗА, по самой своей сути на своем месте являются лишь ногами — Нецах и Ход, а не головой. То есть каждый из НЕХИ де-Има разделяется на три трети (сустава), и хотя вся их основа — лишь Нецах и Ход, тем не менее при вхождении в ЗА они меняются: две верхние трети становятся в ЗА [основой для] ХУБ, две средние трети — Хесед и Гвура, а две нижние трети становятся в ЗА собственно Нецах и Ход. Однако, когда Нуква берет теперь свечение от них, это свечение ничем не помогает ей, так как высота роста Малхут равна лишь мере этих двух упомянутых нижних третей. И когда она берет свечение от них, это свечение тоже называется «Нецах и Ход». Следовательно, для ее ХУБ это свечение бесполезно, поскольку оно предназначено для ног, то есть Нецах и Ход, а ей нужно свечение под стать ее ХУБ; значит, это свечение ничем ей не помогает.</w:t>
      </w:r>
    </w:p>
    <w:p>
      <w:pPr>
        <w:spacing w:before="40" w:after="120"/>
        <w:jc w:val="both"/>
      </w:pPr>
      <w:r>
        <w:rPr>
          <w:rFonts w:ascii="Georgia" w:hAnsi="Georgia"/>
          <w:b w:val="0"/>
          <w:i w:val="0"/>
          <w:color w:val="000000"/>
          <w:sz w:val="24"/>
        </w:rPr>
        <w:t>Точно так же обстоит дело и с ее Хесед и Гвура: она не может получить свечение от Нецах и Ход де-Има, так как свечение Нецах и Ход не соответствует ее Хесед и Гвура. И хотя она принимает его, оно тем не менее не обретает имени и вовсе не идет в счет. Однако свечение Нецах и Ход де-Има в Нецах и Ход де-Нуква — оно безусловно обретет имя и войдет в расчет, с Б-жьей помощью, как будет сказано ниже.</w:t>
      </w:r>
    </w:p>
    <w:p>
      <w:pPr>
        <w:spacing w:before="40" w:after="120"/>
        <w:jc w:val="both"/>
      </w:pPr>
      <w:r>
        <w:rPr>
          <w:rFonts w:ascii="Georgia" w:hAnsi="Georgia"/>
          <w:b w:val="0"/>
          <w:i w:val="0"/>
          <w:color w:val="000000"/>
          <w:sz w:val="24"/>
        </w:rPr>
        <w:t>И та же самая причина, о которой мы говорили в отношении Нецах и Ход де-Има, относится и к Нецах и Ход де-ЗА. Ведь несомненно: когда Нуква берет свечение от мохин, находящихся в Нецах и Ход де-ЗА, этот свет выходит не иначе как через одеяние, то есть через масах одеяний НЕХИ де-Има, а затем через масах НЕХИ де-ЗА. И раз так, то когда света выходят и проходят там, они безусловно захватывают [нечто] от них, и света мохин выходят также облаченными в эти одеяния. И это просто, и не стоит распространяться об этом. Однако подобно тому, как те света, что она берет от Нецах и Ход де-Има, не входят в счет, так и Нецах и Ход де-ЗА не входят в счет, ведь на своем месте они считаются ногами, а не мохин; поэтому они идут в счет лишь в Нецах и Ход де-Нуква, где свечения Нецах и Ход равны между собой. Таким образом, следует считать и принимать в расчет только мохин, а не одеяния.</w:t>
      </w:r>
    </w:p>
    <w:p>
      <w:pPr>
        <w:spacing w:before="40" w:after="120"/>
        <w:jc w:val="both"/>
      </w:pPr>
      <w:r>
        <w:rPr>
          <w:rFonts w:ascii="Georgia" w:hAnsi="Georgia"/>
          <w:b w:val="0"/>
          <w:i w:val="0"/>
          <w:color w:val="000000"/>
          <w:sz w:val="24"/>
        </w:rPr>
        <w:t>И если ты спросишь: «Подобно тому как в Нецах ты сосчитал только мохин, почему бы и в Ход не считать только мохин? Как же тогда получается гимель-зайн, и почему ты сосчитал Ход де-Бина?» — ответ таков: действительно, приведенная нами причина достаточна для Нецах и Ход де-ЗА в отношении обеих линий, так как их подобает считать лишь в самом конце, в Нецах и Ход де-Нуква. Однако на самом деле эта причина достаточна только для правой линии — ее Нецах, но не для Ход. Суть же в том, что Нуква всегда держится за левую сторону, а от Имы пробуждаются суды (диним), в особенности по левой линии, которая и есть суды. Поэтому, когда свечение Ход приходит в Малхут, его подобает посчитать, ведь все ее существо — это гвурот, составляющие строение Малхут. К тому же Бина распространяется вплоть до Ход, и здесь проявляется ее природа как гвурот; поэтому ее Ход, представляющий собой всю левую линию, входит в счет.</w:t>
      </w:r>
    </w:p>
    <w:p>
      <w:pPr>
        <w:spacing w:before="40" w:after="120"/>
        <w:jc w:val="both"/>
      </w:pPr>
      <w:r>
        <w:rPr>
          <w:rFonts w:ascii="Georgia" w:hAnsi="Georgia"/>
          <w:b w:val="0"/>
          <w:i w:val="0"/>
          <w:color w:val="000000"/>
          <w:sz w:val="24"/>
        </w:rPr>
        <w:t>Общее же правило таково: хеседы никогда не считаются; мохин считаются в двух мохин ХУБ; одеяния Нецах и Ход де-Зеир Анпин никогда не считаются вплоть до самого низа, в Нецах и Ход де-Нуква, поскольку там они равны по своему свечению; одеяние Нецах де-Има подобно Нецах и Ход де-Зеир Анпин и также не считается до Нецах де-Нуква; а одеяние Ход де-Има считается вместе со всеми ними во всей ее линии.</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Далет-вав в Даат. Знай, что здесь всё наоборот по сравнению с другими буквами. Ведь в предшествующих буквах первые были главными, а последние — добавочными: как в алеф-тэт, где алеф — основа, а тэт — вновь возникшее; и так же в остальных буквах. Но здесь всё наоборот: последняя буква — основа, а первая — вновь возникшая.</w:t>
      </w:r>
    </w:p>
    <w:p>
      <w:pPr>
        <w:spacing w:before="40" w:after="120"/>
        <w:jc w:val="both"/>
      </w:pPr>
      <w:r>
        <w:rPr>
          <w:rFonts w:ascii="Georgia" w:hAnsi="Georgia"/>
          <w:b w:val="0"/>
          <w:i w:val="0"/>
          <w:color w:val="000000"/>
          <w:sz w:val="24"/>
        </w:rPr>
        <w:t>Каким образом? Далет-вав означает, что в ней есть шесть точек,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а четыре,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 4), приходят заново.</w:t>
      </w:r>
    </w:p>
    <w:p>
      <w:pPr>
        <w:spacing w:before="40" w:after="120"/>
        <w:jc w:val="both"/>
      </w:pPr>
      <w:r>
        <w:rPr>
          <w:rFonts w:ascii="Georgia" w:hAnsi="Georgia"/>
          <w:b w:val="0"/>
          <w:i w:val="0"/>
          <w:color w:val="000000"/>
          <w:sz w:val="24"/>
        </w:rPr>
        <w:t>Смысл в том, что хотя мы и говорим, что в Нецах де-ЗА есть один хесед, это [прежде всего] для него самого и для его нужд. Для нужд же Нуквы у него хватает силы светить лишь в верхнюю треть, то есть в Хохму де-Нуква; точно так же и в Ход он светит лишь в Бину де-Нуква. На остальное же продолжение линии у него нет силы распространяться настолько. И хотя в предыдущем учении мы объясняли, что хесед де-Нецах светит по всей правой линии Малхут, это действительно так, однако его свечения хватает для роста лишь в одной только верхней трети. Получается, что хеседы растят в Нукве только в ее КАХАБ. И если ты спросишь: «Что же вызвало остальной рост Нуквы?» — ответ таков: от Даат и ниже они растут за счет гвурот, ведь гвурот распространяются только от Даат и ниже. И гвурот служат и растят Нукву точно так же, как хеседы [растят] ЗА. Ведь и гвурот — это самые настоящие воды, растящие дерево, но только они — женские воды (МАН), и потому они называются «могуществом дождей» (</w:t>
      </w:r>
      <w:r>
        <w:rPr>
          <w:rFonts w:ascii="Georgia" w:hAnsi="Georgia"/>
          <w:b w:val="0"/>
          <w:i/>
          <w:color w:val="000000"/>
          <w:sz w:val="24"/>
        </w:rPr>
        <w:t>гвурот гешамим</w:t>
      </w:r>
      <w:r>
        <w:rPr>
          <w:rFonts w:ascii="Georgia" w:hAnsi="Georgia"/>
          <w:b w:val="0"/>
          <w:i w:val="0"/>
          <w:color w:val="000000"/>
          <w:sz w:val="24"/>
        </w:rPr>
        <w:t>). Вот они и есть самые настоящие воды! Выходит, что от Даат и ниже весь рост происходит за счет гвурот.</w:t>
      </w:r>
    </w:p>
    <w:p>
      <w:pPr>
        <w:spacing w:before="40" w:after="120"/>
        <w:jc w:val="both"/>
      </w:pPr>
      <w:r>
        <w:rPr>
          <w:rFonts w:ascii="Georgia" w:hAnsi="Georgia"/>
          <w:b w:val="0"/>
          <w:i w:val="0"/>
          <w:color w:val="000000"/>
          <w:sz w:val="24"/>
        </w:rPr>
        <w:t>Порядок же таков: ведь Даат де-Нуква находится напротив Есод де-ЗА, как сказано выше в предыдущем учении: после того как хеседы закончили распространяться до Ход, гвурот опустились до Есода, и оттуда Малхут берет их в свой Даат, расположенный прямо напротив него. Ведь Тиферет де-ЗА — это ее Кетер, а его Есод — это ее Даат. И вот там она берет пять гвурот вместе, и они остаются там укорененными. Затем эти пять гвурот опускаются и распространяются от ее Хеседа до Ход, а после от свечения этих распространяющихся гвурот все пять гвурот вместе светят в ее Есод, а затем точно так же и в ее Малхут. И все это происходит в точности так, как было объяснено относительно хеседов, распространяющихся в ЗА: я ведь уже сообщал тебе, что все они запечатлеваются в Даат, и только их свечение распространяется от Хеседа до Ход, а затем второе свечение, добавившееся от этих распространяющихся [свойств], собирается в Есоде, и нет нужды удлинять об этом.</w:t>
      </w:r>
    </w:p>
    <w:p>
      <w:pPr>
        <w:spacing w:before="40" w:after="120"/>
        <w:jc w:val="both"/>
      </w:pPr>
      <w:r>
        <w:rPr>
          <w:rFonts w:ascii="Georgia" w:hAnsi="Georgia"/>
          <w:b w:val="0"/>
          <w:i w:val="0"/>
          <w:color w:val="000000"/>
          <w:sz w:val="24"/>
        </w:rPr>
        <w:t>И вот те пять гвурот, что распространяются в ней от Хеседа до Ход, растят ее. Поэтому, как хеседы не входили в число, так и гвурот не входят в число, ведь они растят, но не являются самим ростом, как сказано о хеседах, и незачем удлинять об этом. Однако в Даат мы считаем пять гвурот вместе с точкой ее собственной доли, которая была у нее изначально, как сказано выше... ...вот и получается шесть, и вырастили четыре других — вот и далет-вав.</w:t>
      </w:r>
    </w:p>
    <w:p>
      <w:pPr>
        <w:spacing w:before="40" w:after="120"/>
        <w:jc w:val="both"/>
      </w:pPr>
      <w:r>
        <w:rPr>
          <w:rFonts w:ascii="Georgia" w:hAnsi="Georgia"/>
          <w:b w:val="0"/>
          <w:i w:val="0"/>
          <w:color w:val="000000"/>
          <w:sz w:val="24"/>
        </w:rPr>
        <w:t xml:space="preserve">И если ты спросишь: «Почему в Даат считаются пять гвурот? Ведь чтобы вырастить одну сфиру, достаточно одной гвуры, а здесь их пять гвурот? И если так, следовало бы считать только четыре гвуры, ведь одна нужна для того, чтобы растить?» — это разрешается тем, о чем сказали наши мудрецы, благословенной памяти (ХАЗАЛЬ): «Благословение дома — во множестве». В этом же смысл стиха: </w:t>
      </w:r>
      <w:r>
        <w:rPr>
          <w:rFonts w:ascii="Georgia" w:hAnsi="Georgia"/>
          <w:b w:val="0"/>
          <w:i/>
          <w:color w:val="000000"/>
          <w:sz w:val="24"/>
        </w:rPr>
        <w:t>«И пятеро из вас прогонят сотню, и сотня из вас прогонит тьму»</w:t>
      </w:r>
      <w:r>
        <w:rPr>
          <w:rFonts w:ascii="Georgia" w:hAnsi="Georgia"/>
          <w:b w:val="0"/>
          <w:i w:val="0"/>
          <w:color w:val="000000"/>
          <w:sz w:val="24"/>
        </w:rPr>
        <w:t xml:space="preserve"> (Ваикра 26:8). И так же сказали наши мудрецы: «Не сравнимы немногие с теми многими, кто исполняет заповедь...» Ведь когда пять гвурот собираются и соединяются вместе, этого с избытком хватает и чтобы вырастить, и чтобы войти в расчет. И это понятно; вот и получилось далет-вав.</w:t>
      </w:r>
    </w:p>
    <w:p>
      <w:pPr>
        <w:spacing w:before="40" w:after="120"/>
        <w:jc w:val="both"/>
      </w:pPr>
      <w:r>
        <w:rPr>
          <w:rFonts w:ascii="Georgia" w:hAnsi="Georgia"/>
          <w:b w:val="0"/>
          <w:i w:val="0"/>
          <w:color w:val="000000"/>
          <w:sz w:val="24"/>
        </w:rPr>
        <w:t>Йод-цади в Хеседе означает: у нее есть только одна точка [в десятках: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возникают заново и вырастают в ней девять других [буква цади (</w:t>
      </w:r>
      <w:r>
        <w:rPr>
          <w:rFonts w:ascii="Georgia" w:hAnsi="Georgia" w:cs="Times New Roman"/>
          <w:b/>
          <w:i w:val="0"/>
          <w:color w:val="000000"/>
          <w:sz w:val="24"/>
          <w:rtl/>
          <w:szCs w:val="32"/>
        </w:rPr>
        <w:t>צ</w:t>
      </w:r>
      <w:r>
        <w:rPr>
          <w:rFonts w:ascii="Georgia" w:hAnsi="Georgia"/>
          <w:b w:val="0"/>
          <w:i w:val="0"/>
          <w:color w:val="000000"/>
          <w:sz w:val="24"/>
        </w:rPr>
        <w:t xml:space="preserve"> = 90)], и в этом смысл йод-цади (</w:t>
      </w:r>
      <w:r>
        <w:rPr>
          <w:rFonts w:ascii="Georgia" w:hAnsi="Georgia" w:cs="Times New Roman"/>
          <w:b/>
          <w:i w:val="0"/>
          <w:color w:val="000000"/>
          <w:sz w:val="24"/>
          <w:rtl/>
          <w:szCs w:val="32"/>
        </w:rPr>
        <w:t>י״ץ</w:t>
      </w:r>
      <w:r>
        <w:rPr>
          <w:rFonts w:ascii="Georgia" w:hAnsi="Georgia"/>
          <w:b w:val="0"/>
          <w:i w:val="0"/>
          <w:color w:val="000000"/>
          <w:sz w:val="24"/>
        </w:rPr>
        <w:t>).</w:t>
      </w:r>
    </w:p>
    <w:p>
      <w:pPr>
        <w:spacing w:before="40" w:after="120"/>
        <w:jc w:val="both"/>
      </w:pPr>
      <w:r>
        <w:rPr>
          <w:rFonts w:ascii="Georgia" w:hAnsi="Georgia"/>
          <w:b w:val="0"/>
          <w:i w:val="0"/>
          <w:color w:val="000000"/>
          <w:sz w:val="24"/>
        </w:rPr>
        <w:t>И если ты спросишь: «Ведь в Хохме, находящейся на этой же линии, мы объяснили, что там бэт-хэт, поскольку сосчитаны и Хохма, и находящийся внутри нее мохин?»... Ответ близок к тому, что мы объяснили выше по поводу хеседов, и то же самое относится к мохин. Ведь те мохин, что распространяются в Нецах и Ход де-ЗА, — не мохин, так как мохин бывают лишь в ГАР де-ЗА, а оттуда и ниже это всего лишь свечение, а не настоящие мохин. И если так, то дай Б-г, чтобы всего того мохин, что распространяется по всему Нецах де-ЗА, хватило на то, чтобы сформировать мохин хохма де-Нуква, и дай Б-г, чтобы здесь [вместе] получилось одно целое мохин; но чтобы он распространился по всей правой линии Нуквы — это невозможно. И подобно этому в левой линии: мохин считается и принимается в расчет лишь в Бине де-Нуква, но от нее и ниже — нет.</w:t>
      </w:r>
    </w:p>
    <w:p>
      <w:pPr>
        <w:spacing w:before="40" w:after="120"/>
        <w:jc w:val="both"/>
      </w:pPr>
      <w:r>
        <w:rPr>
          <w:rFonts w:ascii="Georgia" w:hAnsi="Georgia"/>
          <w:b w:val="0"/>
          <w:i w:val="0"/>
          <w:color w:val="000000"/>
          <w:sz w:val="24"/>
        </w:rPr>
        <w:t>И раз уж это подвернулось нам под руку, объясним теперь: раз дело обстоит так, то как же образуется настоящий мохин в Хохме Нуквы или в ее Бине, коль скоро он сам не является [полноценным] мохин? Суть в том, что благодаря свечению находящихся там раскрытых хеседов... ...они светят там очень сильно, и их облаченное там свечение может раскрыться и способно образовать настоящий мохин здесь, в Нукве.</w:t>
      </w:r>
    </w:p>
    <w:p>
      <w:pPr>
        <w:spacing w:before="40" w:after="120"/>
        <w:jc w:val="both"/>
      </w:pPr>
      <w:r>
        <w:rPr>
          <w:rFonts w:ascii="Georgia" w:hAnsi="Georgia"/>
          <w:b w:val="0"/>
          <w:i w:val="0"/>
          <w:color w:val="000000"/>
          <w:sz w:val="24"/>
        </w:rPr>
        <w:t xml:space="preserve">В этом также объяснение сказанного в Зоаре: </w:t>
      </w:r>
      <w:r>
        <w:rPr>
          <w:rFonts w:ascii="Georgia" w:hAnsi="Georgia"/>
          <w:b w:val="0"/>
          <w:i/>
          <w:color w:val="000000"/>
          <w:sz w:val="24"/>
        </w:rPr>
        <w:t>«суды мужского начала суровы в голове и мягки в завершении»</w:t>
      </w:r>
      <w:r>
        <w:rPr>
          <w:rFonts w:ascii="Georgia" w:hAnsi="Georgia"/>
          <w:b w:val="0"/>
          <w:i w:val="0"/>
          <w:color w:val="000000"/>
          <w:sz w:val="24"/>
        </w:rPr>
        <w:t xml:space="preserve"> (</w:t>
      </w:r>
      <w:r>
        <w:rPr>
          <w:rFonts w:ascii="Georgia" w:hAnsi="Georgia"/>
          <w:b w:val="0"/>
          <w:i/>
          <w:color w:val="000000"/>
          <w:sz w:val="24"/>
        </w:rPr>
        <w:t>динин де-дхура такифин бе-рейша ве-нейхин бе-софа</w:t>
      </w:r>
      <w:r>
        <w:rPr>
          <w:rFonts w:ascii="Georgia" w:hAnsi="Georgia"/>
          <w:b w:val="0"/>
          <w:i w:val="0"/>
          <w:color w:val="000000"/>
          <w:sz w:val="24"/>
        </w:rPr>
        <w:t>), поскольку здесь они светят вдвое сильнее, чем вверху, вплоть до того, что способны образовать мохин для Нуквы.</w:t>
      </w:r>
    </w:p>
    <w:p>
      <w:pPr>
        <w:spacing w:before="40" w:after="120"/>
        <w:jc w:val="both"/>
      </w:pPr>
      <w:r>
        <w:rPr>
          <w:rFonts w:ascii="Georgia" w:hAnsi="Georgia"/>
          <w:b w:val="0"/>
          <w:i w:val="0"/>
          <w:color w:val="000000"/>
          <w:sz w:val="24"/>
        </w:rPr>
        <w:t>И еще одно: ведь свечение этих хеседов светит в НЕХИ де-Аба, вложенных внутрь НЕХИ де-Има, как известно, и тогда светят НЕХИ де-Аба и НЕХИ де-Има, и от них исходит великий свет.</w:t>
      </w:r>
    </w:p>
    <w:p>
      <w:pPr>
        <w:spacing w:before="40" w:after="120"/>
        <w:jc w:val="both"/>
      </w:pPr>
      <w:r>
        <w:rPr>
          <w:rFonts w:ascii="Georgia" w:hAnsi="Georgia"/>
          <w:b w:val="0"/>
          <w:i w:val="0"/>
          <w:color w:val="000000"/>
          <w:sz w:val="24"/>
        </w:rPr>
        <w:t>И еще: ведь здесь, от хазе и ниже, раскрывается Есод де-Аба, как известно, и он светит в стороны — в Нецах и Ход де-Има. И благодаря всем этим упомянутым светам у Нецах и Ход де-Има есть сила образовать мохин в голове Нуквы, хотя они представляют собой лишь уровень ног. А тебе уже известно, что Нуква строится только из НЕХИ де-Има, а не из НЕХИ де-Аба, и незачем удлинять об этом. Однако дай Б-г, чтобы всех этих светов хватило сформировать для нее три мохин, а не то чтобы их хватило на всю ее длину. Выходит, что отсюда и ниже мы больше не считаем мохин, как сказано выше.</w:t>
      </w:r>
    </w:p>
    <w:p>
      <w:pPr>
        <w:spacing w:before="40" w:after="120"/>
        <w:jc w:val="both"/>
      </w:pPr>
      <w:r>
        <w:rPr>
          <w:rFonts w:ascii="Georgia" w:hAnsi="Georgia"/>
          <w:b w:val="0"/>
          <w:i w:val="0"/>
          <w:color w:val="000000"/>
          <w:sz w:val="24"/>
        </w:rPr>
        <w:t>И здесь следует объяснить, что алеф-тэт и йод-цади — это одно и то же по сути, с той лишь разницей, что одно — единицы, а другое — десятки. Ведь алеф-тэт — это десять единиц, а йод-цади — это десять десятков. И нужно понять, почему это кажется противоречащим здравому смыслу: ведь, казалось бы, вверху, в ее голове, должны были быть десятки, которые больше, а внизу, в оконечностях (кцавот), от Хеседа и ниже, должны были быть единицы!</w:t>
      </w:r>
    </w:p>
    <w:p>
      <w:pPr>
        <w:spacing w:before="40" w:after="120"/>
        <w:jc w:val="both"/>
      </w:pPr>
      <w:r>
        <w:rPr>
          <w:rFonts w:ascii="Georgia" w:hAnsi="Georgia"/>
          <w:b w:val="0"/>
          <w:i w:val="0"/>
          <w:color w:val="000000"/>
          <w:sz w:val="24"/>
        </w:rPr>
        <w:t>Ответ ясен: вверху, в голове, растящим началом были хеседы. А хеседы по своей сути пребывают в ЗА, и лишь их свечение выходит сзади него и растит ее. Здесь же гвурот по своей сути пребывают именно в Нукве, и потому они растят чрезвычайно сильно, на уровне десятков. Кроме того, поскольку хеседы по своей сути находятся в ЗА, дай Б-г, чтобы свечение хеседа вообще вышло светить в Хохму или Бину де-Нуква; ведь в ней есть лишь одна треть, как известно: хесед в Нецах делится на три трети, и лишь одна его треть выходит, светит в Хохму де-Нуква и делает ее мохин.</w:t>
      </w:r>
    </w:p>
    <w:p>
      <w:pPr>
        <w:spacing w:before="40" w:after="120"/>
        <w:jc w:val="both"/>
      </w:pPr>
      <w:r>
        <w:rPr>
          <w:rFonts w:ascii="Georgia" w:hAnsi="Georgia"/>
          <w:b w:val="0"/>
          <w:i w:val="0"/>
          <w:color w:val="000000"/>
          <w:sz w:val="24"/>
        </w:rPr>
        <w:t>Таким образом, если сопоставить эти величины, окажется, что свечения гвурот в Нукве более чем в десять раз превосходят свет хеседов, и поэтому здесь они выражены десятками.</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Примечание. Можно сказать: пусть так в отношении девяноста добавочных [точек], но основная-то часть непременно должна быть не больше части ГАР! Ведь если так, всё еще трудно: почему в ГАР они считаются единицами, а здесь десятками? И можно ответить, как выше: «Не сравнимы немногие...», ибо, поскольку здесь много светов, они растят также и ту часть самой Малхут еще на девять частей, и тем не менее мы считаем только их корень, так как они аннулируются перед ее корнем. А если я ошибся, </w:t>
      </w:r>
      <w:r>
        <w:rPr>
          <w:rFonts w:ascii="Georgia" w:hAnsi="Georgia"/>
          <w:b w:val="0"/>
          <w:i/>
          <w:color w:val="000000"/>
          <w:sz w:val="24"/>
        </w:rPr>
        <w:t>«со мной останется [заблуждение мое]»</w:t>
      </w:r>
      <w:r>
        <w:rPr>
          <w:rFonts w:ascii="Georgia" w:hAnsi="Georgia"/>
          <w:b w:val="0"/>
          <w:i w:val="0"/>
          <w:color w:val="000000"/>
          <w:sz w:val="24"/>
        </w:rPr>
        <w:t xml:space="preserve"> (Иов 19:4), и Г-сподь да простит меня. Конец примечания.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Каф-пэй в Гвуре означает: это понятно, ведь у нее есть одна точка от себя самой и одна точка, которую она берет от светящего в ней Ход де-Има, как сказано выше (ибо по всей левой линии мы считаем свойство Ход де-Има, поскольку это левая линия гвурот). Вот две гвурот — буква каф (</w:t>
      </w:r>
      <w:r>
        <w:rPr>
          <w:rFonts w:ascii="Georgia" w:hAnsi="Georgia" w:cs="Times New Roman"/>
          <w:b/>
          <w:i w:val="0"/>
          <w:color w:val="000000"/>
          <w:sz w:val="24"/>
          <w:rtl/>
          <w:szCs w:val="32"/>
        </w:rPr>
        <w:t>כ</w:t>
      </w:r>
      <w:r>
        <w:rPr>
          <w:rFonts w:ascii="Georgia" w:hAnsi="Georgia"/>
          <w:b w:val="0"/>
          <w:i w:val="0"/>
          <w:color w:val="000000"/>
          <w:sz w:val="24"/>
        </w:rPr>
        <w:t xml:space="preserve"> = 20), и вырастают и обновляются в ней восемь светов — буква пэй (</w:t>
      </w:r>
      <w:r>
        <w:rPr>
          <w:rFonts w:ascii="Georgia" w:hAnsi="Georgia" w:cs="Times New Roman"/>
          <w:b/>
          <w:i w:val="0"/>
          <w:color w:val="000000"/>
          <w:sz w:val="24"/>
          <w:rtl/>
          <w:szCs w:val="32"/>
        </w:rPr>
        <w:t>פ</w:t>
      </w:r>
      <w:r>
        <w:rPr>
          <w:rFonts w:ascii="Georgia" w:hAnsi="Georgia"/>
          <w:b w:val="0"/>
          <w:i w:val="0"/>
          <w:color w:val="000000"/>
          <w:sz w:val="24"/>
        </w:rPr>
        <w:t xml:space="preserve"> = 80), вот и получается каф-пэй.</w:t>
      </w:r>
    </w:p>
    <w:p>
      <w:pPr>
        <w:spacing w:before="40" w:after="120"/>
        <w:jc w:val="both"/>
      </w:pPr>
      <w:r>
        <w:rPr>
          <w:rFonts w:ascii="Georgia" w:hAnsi="Georgia"/>
          <w:b w:val="0"/>
          <w:i w:val="0"/>
          <w:color w:val="000000"/>
          <w:sz w:val="24"/>
        </w:rPr>
        <w:t>Ламэд-айн в Тиферет означает: для этого тебе нужно знать сказанное в предыдущем учении относительно принципа «тело и завет (брит) считаются за одно» (</w:t>
      </w:r>
      <w:r>
        <w:rPr>
          <w:rFonts w:ascii="Georgia" w:hAnsi="Georgia"/>
          <w:b w:val="0"/>
          <w:i/>
          <w:color w:val="000000"/>
          <w:sz w:val="24"/>
        </w:rPr>
        <w:t>гуф у-врит хашвинан хад</w:t>
      </w:r>
      <w:r>
        <w:rPr>
          <w:rFonts w:ascii="Georgia" w:hAnsi="Georgia"/>
          <w:b w:val="0"/>
          <w:i w:val="0"/>
          <w:color w:val="000000"/>
          <w:sz w:val="24"/>
        </w:rPr>
        <w:t>). Дело в том, что точка, которая отделилась и досталась на долю Тиферет де-Малхут, послужила не ей самой, а опустилась в Есод и соединилась с точкой Есода, поскольку Есоду не на что опереться в ЗА напротив него. Поэтому ему понадобилось соединиться там с точкой Тиферет, и дай Б-г, чтобы этого хватило! Таким образом, в Тиферет вовсе нет никакой [собственной] точки.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в ламэд-айн — это тайна трех гвурот, находящихся в Тиферет.</w:t>
      </w:r>
    </w:p>
    <w:p>
      <w:pPr>
        <w:spacing w:before="40" w:after="120"/>
        <w:jc w:val="both"/>
      </w:pPr>
      <w:r>
        <w:rPr>
          <w:rFonts w:ascii="Georgia" w:hAnsi="Georgia"/>
          <w:b w:val="0"/>
          <w:i w:val="0"/>
          <w:color w:val="000000"/>
          <w:sz w:val="24"/>
        </w:rPr>
        <w:t>Суть же в следующем: знай, что мы видим отличие Тиферет от остальных оконечностей (кцавот). Оно состоит в том, что гвурот, достающиеся на долю Нецах и Ход, вынуждены проходить через Тиферет, в отличие от остальных. Ведь Нуква может получать свои гвурот для Хеседа и Гвуры от самого Даат, находящегося посередине между Хеседом и Гвурой: две гвурот выходят вместе — одна в правую линию, а другая в левую. И потому Хесед не нуждается в Гвуре, а Гвура не нуждается в Хеседе. Так же и Тиферет не нуждается ни в Хеседе, ни в Гвуре, поскольку [свет] опускается к нему прямо по средней линии. Равным образом и Нецах не нуждается в находящемся над ним Хеседе, а Ход — в находящейся над ним Гвуре, так как свет приходит к ним не иначе как по средней линии в Тиферет, и оттуда распределяется к ним. Таким образом, нет никого, через кого обязательно должны были бы проходить [гвурот], кроме этих двух — гвурот Нецах и Ход, которые вынуждены проходить через Тиферет, и там они оставляют свое свечение. И вместе с собственной гвурой Тиферет получается три гвуры —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в ламэд-айн. И вырастают семь других — буква айн (</w:t>
      </w:r>
      <w:r>
        <w:rPr>
          <w:rFonts w:ascii="Georgia" w:hAnsi="Georgia" w:cs="Times New Roman"/>
          <w:b/>
          <w:i w:val="0"/>
          <w:color w:val="000000"/>
          <w:sz w:val="24"/>
          <w:rtl/>
          <w:szCs w:val="32"/>
        </w:rPr>
        <w:t>ע</w:t>
      </w:r>
      <w:r>
        <w:rPr>
          <w:rFonts w:ascii="Georgia" w:hAnsi="Georgia"/>
          <w:b w:val="0"/>
          <w:i w:val="0"/>
          <w:color w:val="000000"/>
          <w:sz w:val="24"/>
        </w:rPr>
        <w:t xml:space="preserve"> = 70), вот и получается ламэд-айн.</w:t>
      </w:r>
    </w:p>
    <w:p>
      <w:pPr>
        <w:spacing w:before="40" w:after="120"/>
        <w:jc w:val="both"/>
      </w:pPr>
      <w:r>
        <w:rPr>
          <w:rFonts w:ascii="Georgia" w:hAnsi="Georgia"/>
          <w:b w:val="0"/>
          <w:i w:val="0"/>
          <w:color w:val="000000"/>
          <w:sz w:val="24"/>
        </w:rPr>
        <w:t>И если ты спросишь: «Ведь они — то, что растит, как же они вошли в этот расчет?» — ответ на это ясен из того, что мы сказали о тайне Даат: когда множество гвурот собираются вместе, они способны растить его и оставить там свой корень. Так что эти три находящиеся там гвуры сами вырастают и становятся десятью, и это ламэд-айн.</w:t>
      </w:r>
    </w:p>
    <w:p>
      <w:pPr>
        <w:spacing w:before="40" w:after="120"/>
        <w:jc w:val="both"/>
      </w:pPr>
      <w:r>
        <w:rPr>
          <w:rFonts w:ascii="Georgia" w:hAnsi="Georgia"/>
          <w:b w:val="0"/>
          <w:i w:val="0"/>
          <w:color w:val="000000"/>
          <w:sz w:val="24"/>
        </w:rPr>
        <w:t>Кроме того: ладно в остальных сфирот у них была собственная точка их доли, являющаяся корнем всего, из которого строится и растет сфира; но здесь, в Тиферет, ее точка опустилась в Есод, и поэтому, если находящиеся там гвурот не вырастут сами, невозможно будет сформировать Тиферет. И возможно, с помощью сказанного нами разрешится также сказанное выше. Ведь хотя истина состоит в том, что пять гвурот при распространении в теле опускаются ступень за ступенью (так как все они сначала опускаются в Хесед, а затем там остается гвура Хеседа, и четыре другие опускаются вниз в Гвуру, и так далее до самого низа, подобно хеседам), причина понятна из сказанного выше: остальным сфирот не нужно, чтобы в них оставался корень проходящих через них [гвурот], тогда как Тиферет, не имеющий собственной точки, должен взять эти три гвуры, чтобы укоренить их в себе. И это представляется мне более истинным, чем первое объяснение, так как у нас есть общее правило: хеседы или гвурот опускаются ступень за ступенью от Хеседа до Ход.</w:t>
      </w:r>
    </w:p>
    <w:p>
      <w:pPr>
        <w:spacing w:before="40" w:after="120"/>
        <w:jc w:val="both"/>
      </w:pPr>
      <w:r>
        <w:rPr>
          <w:rFonts w:ascii="Georgia" w:hAnsi="Georgia"/>
          <w:b w:val="0"/>
          <w:i w:val="0"/>
          <w:color w:val="000000"/>
          <w:sz w:val="24"/>
        </w:rPr>
        <w:t>Мэм-самэх в Нецах означает: у нее есть одна точка от себя самой, и она берет также Нецах де-ЗА и Нецах де-Има (ведь здесь всё — свойство Нецах, и его свет различим, поэтому они входят в расчет, как сказано выше)... ...и кроме того, она берет гвуру Ход, проходящую через нее, наподобие сказанного нами о Тиферет. Причина же здесь в том, как тебе уже известно, что Нецах и Ход — это «две половины тела», «братья, которые не разделяются», и потому, когда гвура Ход проходит через нее, она оставляет в ней свой корень. Вот четыре точки —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и вырастают шесть — буква самэх (</w:t>
      </w:r>
      <w:r>
        <w:rPr>
          <w:rFonts w:ascii="Georgia" w:hAnsi="Georgia" w:cs="Times New Roman"/>
          <w:b/>
          <w:i w:val="0"/>
          <w:color w:val="000000"/>
          <w:sz w:val="24"/>
          <w:rtl/>
          <w:szCs w:val="32"/>
        </w:rPr>
        <w:t>ס</w:t>
      </w:r>
      <w:r>
        <w:rPr>
          <w:rFonts w:ascii="Georgia" w:hAnsi="Georgia"/>
          <w:b w:val="0"/>
          <w:i w:val="0"/>
          <w:color w:val="000000"/>
          <w:sz w:val="24"/>
        </w:rPr>
        <w:t xml:space="preserve"> = 60), вот и получается мэм-самэх.</w:t>
      </w:r>
    </w:p>
    <w:p>
      <w:pPr>
        <w:spacing w:before="40" w:after="120"/>
        <w:jc w:val="both"/>
      </w:pPr>
      <w:r>
        <w:rPr>
          <w:rFonts w:ascii="Georgia" w:hAnsi="Georgia"/>
          <w:b w:val="0"/>
          <w:i w:val="0"/>
          <w:color w:val="000000"/>
          <w:sz w:val="24"/>
        </w:rPr>
        <w:t>А также потому, что, как тебе уже известно, Нецах и Ход подобны мужскому и женскому началам, поэтому «он — в Нецах, а она — в Ход». И тебе уже известно, что венец гвурот принадлежит Нукве, а венец хеседов — мужскому началу, но тем не менее мужское начало берет оба венца, а Нуква — лишь один; так и здесь: Нецах принимает в себя также отпечаток (рошем) гвуры Ход.</w:t>
      </w:r>
    </w:p>
    <w:p>
      <w:pPr>
        <w:spacing w:before="40" w:after="120"/>
        <w:jc w:val="both"/>
      </w:pPr>
      <w:r>
        <w:rPr>
          <w:rFonts w:ascii="Georgia" w:hAnsi="Georgia"/>
          <w:b w:val="0"/>
          <w:i w:val="0"/>
          <w:color w:val="000000"/>
          <w:sz w:val="24"/>
        </w:rPr>
        <w:t>Куф-цади в Ход означает: тебе уже известна тайна алфавита АВК-БЕХЕР, представляющего собой тайну единиц, десятков и сотен. И алеф-тэт, бэт-хэт, гимель-зайн, далет-вав — это единицы в четырех первых [сфирот]. Йод-цади, каф-пэй, ламэд-айн, мэм-самэх — это десятки, и они [расположены] от Хеседа до Нецах. Куф-цади, рэйш-пэй, шин-нун, тав-мэм — это сотни, и они от Ход и ниже.</w:t>
      </w:r>
    </w:p>
    <w:p>
      <w:pPr>
        <w:spacing w:before="40" w:after="120"/>
        <w:jc w:val="both"/>
      </w:pPr>
      <w:r>
        <w:rPr>
          <w:rFonts w:ascii="Georgia" w:hAnsi="Georgia"/>
          <w:b w:val="0"/>
          <w:i w:val="0"/>
          <w:color w:val="000000"/>
          <w:sz w:val="24"/>
        </w:rPr>
        <w:t>Получается, что за буквой тав в алфавите следуют:</w:t>
      </w:r>
    </w:p>
    <w:p>
      <w:pPr>
        <w:spacing w:before="40" w:after="120"/>
        <w:jc w:val="both"/>
      </w:pPr>
      <w:r>
        <w:rPr>
          <w:rFonts w:ascii="Georgia" w:hAnsi="Georgia"/>
          <w:b w:val="0"/>
          <w:i w:val="0"/>
          <w:color w:val="000000"/>
          <w:sz w:val="24"/>
        </w:rPr>
        <w:t>конечная каф (каф пшута) — это 500 (</w:t>
      </w:r>
      <w:r>
        <w:rPr>
          <w:rFonts w:ascii="Georgia" w:hAnsi="Georgia" w:cs="Times New Roman"/>
          <w:b/>
          <w:i w:val="0"/>
          <w:color w:val="000000"/>
          <w:sz w:val="24"/>
          <w:rtl/>
          <w:szCs w:val="32"/>
        </w:rPr>
        <w:t>ת״ק</w:t>
      </w:r>
      <w:r>
        <w:rPr>
          <w:rFonts w:ascii="Georgia" w:hAnsi="Georgia"/>
          <w:b w:val="0"/>
          <w:i w:val="0"/>
          <w:color w:val="000000"/>
          <w:sz w:val="24"/>
        </w:rPr>
        <w:t>);</w:t>
      </w:r>
    </w:p>
    <w:p>
      <w:pPr>
        <w:spacing w:before="40" w:after="120"/>
        <w:jc w:val="both"/>
      </w:pPr>
      <w:r>
        <w:rPr>
          <w:rFonts w:ascii="Georgia" w:hAnsi="Georgia"/>
          <w:b w:val="0"/>
          <w:i w:val="0"/>
          <w:color w:val="000000"/>
          <w:sz w:val="24"/>
        </w:rPr>
        <w:t>закрытая мэм (мэм стума) — это 600 (</w:t>
      </w:r>
      <w:r>
        <w:rPr>
          <w:rFonts w:ascii="Georgia" w:hAnsi="Georgia" w:cs="Times New Roman"/>
          <w:b/>
          <w:i w:val="0"/>
          <w:color w:val="000000"/>
          <w:sz w:val="24"/>
          <w:rtl/>
          <w:szCs w:val="32"/>
        </w:rPr>
        <w:t>ת״ר</w:t>
      </w:r>
      <w:r>
        <w:rPr>
          <w:rFonts w:ascii="Georgia" w:hAnsi="Georgia"/>
          <w:b w:val="0"/>
          <w:i w:val="0"/>
          <w:color w:val="000000"/>
          <w:sz w:val="24"/>
        </w:rPr>
        <w:t>);</w:t>
      </w:r>
    </w:p>
    <w:p>
      <w:pPr>
        <w:spacing w:before="40" w:after="120"/>
        <w:jc w:val="both"/>
      </w:pPr>
      <w:r>
        <w:rPr>
          <w:rFonts w:ascii="Georgia" w:hAnsi="Georgia"/>
          <w:b w:val="0"/>
          <w:i w:val="0"/>
          <w:color w:val="000000"/>
          <w:sz w:val="24"/>
        </w:rPr>
        <w:t>конечная нун (нун пшута) — это 700 (</w:t>
      </w:r>
      <w:r>
        <w:rPr>
          <w:rFonts w:ascii="Georgia" w:hAnsi="Georgia" w:cs="Times New Roman"/>
          <w:b/>
          <w:i w:val="0"/>
          <w:color w:val="000000"/>
          <w:sz w:val="24"/>
          <w:rtl/>
          <w:szCs w:val="32"/>
        </w:rPr>
        <w:t>ת״ש</w:t>
      </w:r>
      <w:r>
        <w:rPr>
          <w:rFonts w:ascii="Georgia" w:hAnsi="Georgia"/>
          <w:b w:val="0"/>
          <w:i w:val="0"/>
          <w:color w:val="000000"/>
          <w:sz w:val="24"/>
        </w:rPr>
        <w:t>);</w:t>
      </w:r>
    </w:p>
    <w:p>
      <w:pPr>
        <w:spacing w:before="40" w:after="120"/>
        <w:jc w:val="both"/>
      </w:pPr>
      <w:r>
        <w:rPr>
          <w:rFonts w:ascii="Georgia" w:hAnsi="Georgia"/>
          <w:b w:val="0"/>
          <w:i w:val="0"/>
          <w:color w:val="000000"/>
          <w:sz w:val="24"/>
        </w:rPr>
        <w:t>конечная пэй (пэй пшута) — это 800 (</w:t>
      </w:r>
      <w:r>
        <w:rPr>
          <w:rFonts w:ascii="Georgia" w:hAnsi="Georgia" w:cs="Times New Roman"/>
          <w:b/>
          <w:i w:val="0"/>
          <w:color w:val="000000"/>
          <w:sz w:val="24"/>
          <w:rtl/>
          <w:szCs w:val="32"/>
        </w:rPr>
        <w:t>ת״ת</w:t>
      </w:r>
      <w:r>
        <w:rPr>
          <w:rFonts w:ascii="Georgia" w:hAnsi="Georgia"/>
          <w:b w:val="0"/>
          <w:i w:val="0"/>
          <w:color w:val="000000"/>
          <w:sz w:val="24"/>
        </w:rPr>
        <w:t>);</w:t>
      </w:r>
    </w:p>
    <w:p>
      <w:pPr>
        <w:spacing w:before="40" w:after="120"/>
        <w:jc w:val="both"/>
      </w:pPr>
      <w:r>
        <w:rPr>
          <w:rFonts w:ascii="Georgia" w:hAnsi="Georgia"/>
          <w:b w:val="0"/>
          <w:i w:val="0"/>
          <w:color w:val="000000"/>
          <w:sz w:val="24"/>
        </w:rPr>
        <w:t>конечная цади (цади пшута) — это 900 (</w:t>
      </w:r>
      <w:r>
        <w:rPr>
          <w:rFonts w:ascii="Georgia" w:hAnsi="Georgia" w:cs="Times New Roman"/>
          <w:b/>
          <w:i w:val="0"/>
          <w:color w:val="000000"/>
          <w:sz w:val="24"/>
          <w:rtl/>
          <w:szCs w:val="32"/>
        </w:rPr>
        <w:t>תת״ק</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Вот и выходит в нем девять единиц, девять десятков и девять сотен. А когда ты захочешь восполнить тысячу, составляющую десять сотен, тогда ты возвращаешься к букве алеф, являющейся началом букв, и она в своем полном написании — </w:t>
      </w:r>
      <w:r>
        <w:rPr>
          <w:rFonts w:ascii="Georgia" w:hAnsi="Georgia"/>
          <w:b w:val="0"/>
          <w:i/>
          <w:color w:val="000000"/>
          <w:sz w:val="24"/>
        </w:rPr>
        <w:t>алеф</w:t>
      </w:r>
      <w:r>
        <w:rPr>
          <w:rFonts w:ascii="Georgia" w:hAnsi="Georgia"/>
          <w:b w:val="0"/>
          <w:i w:val="0"/>
          <w:color w:val="000000"/>
          <w:sz w:val="24"/>
        </w:rPr>
        <w:t xml:space="preserve"> (</w:t>
      </w:r>
      <w:r>
        <w:rPr>
          <w:rFonts w:ascii="Georgia" w:hAnsi="Georgia" w:cs="Times New Roman"/>
          <w:b/>
          <w:i w:val="0"/>
          <w:color w:val="000000"/>
          <w:sz w:val="24"/>
          <w:rtl/>
          <w:szCs w:val="32"/>
        </w:rPr>
        <w:t>אל״ף</w:t>
      </w:r>
      <w:r>
        <w:rPr>
          <w:rFonts w:ascii="Georgia" w:hAnsi="Georgia"/>
          <w:b w:val="0"/>
          <w:i w:val="0"/>
          <w:color w:val="000000"/>
          <w:sz w:val="24"/>
        </w:rPr>
        <w:t>), что [по буквам совпадает со словом] «тысяча» (</w:t>
      </w:r>
      <w:r>
        <w:rPr>
          <w:rFonts w:ascii="Georgia" w:hAnsi="Georgia"/>
          <w:b w:val="0"/>
          <w:i/>
          <w:color w:val="000000"/>
          <w:sz w:val="24"/>
        </w:rPr>
        <w:t>элеф</w:t>
      </w:r>
      <w:r>
        <w:rPr>
          <w:rFonts w:ascii="Georgia" w:hAnsi="Georgia"/>
          <w:b w:val="0"/>
          <w:i w:val="0"/>
          <w:color w:val="000000"/>
          <w:sz w:val="24"/>
        </w:rPr>
        <w:t xml:space="preserve">, </w:t>
      </w:r>
      <w:r>
        <w:rPr>
          <w:rFonts w:ascii="Georgia" w:hAnsi="Georgia" w:cs="Times New Roman"/>
          <w:b/>
          <w:i w:val="0"/>
          <w:color w:val="000000"/>
          <w:sz w:val="24"/>
          <w:rtl/>
          <w:szCs w:val="32"/>
        </w:rPr>
        <w:t>אֶלֶף</w:t>
      </w:r>
      <w:r>
        <w:rPr>
          <w:rFonts w:ascii="Georgia" w:hAnsi="Georgia"/>
          <w:b w:val="0"/>
          <w:i w:val="0"/>
          <w:color w:val="000000"/>
          <w:sz w:val="24"/>
        </w:rPr>
        <w:t>), и незачем удлинять об этом.</w:t>
      </w:r>
    </w:p>
    <w:p>
      <w:pPr>
        <w:spacing w:before="40" w:after="120"/>
        <w:jc w:val="both"/>
      </w:pPr>
      <w:r>
        <w:rPr>
          <w:rFonts w:ascii="Georgia" w:hAnsi="Georgia"/>
          <w:b w:val="0"/>
          <w:i w:val="0"/>
          <w:color w:val="000000"/>
          <w:sz w:val="24"/>
        </w:rPr>
        <w:t>И вернемся к нашей теме: от Ход и ниже — тайна сотен. Причину того, почему единицы в голове, а десятки в теле, мы уже объяснили, и теперь нам нужно объяснить, почему сотни [начинаются] от Ход и ниже. И объясним сначала смысл куф-цади, что это такое, и из этого прояснится причина.</w:t>
      </w:r>
    </w:p>
    <w:p>
      <w:pPr>
        <w:spacing w:before="40" w:after="120"/>
        <w:jc w:val="both"/>
      </w:pPr>
      <w:r>
        <w:rPr>
          <w:rFonts w:ascii="Georgia" w:hAnsi="Georgia"/>
          <w:b w:val="0"/>
          <w:i w:val="0"/>
          <w:color w:val="000000"/>
          <w:sz w:val="24"/>
        </w:rPr>
        <w:t>Дело в том, что и здесь порядок этих двух букв подобен двум буквам в Даат, то есть далет-вав, о которых мы объяснили, что вторая буква — вав — является главной, а первая буква — далет — вновь возникшей. Так и здесь: первая буква — куф — вновь возникшая, а буква цади — главная, а причину мы объясним ниже, с Б-жьей помощью.</w:t>
      </w:r>
    </w:p>
    <w:p>
      <w:pPr>
        <w:spacing w:before="40" w:after="120"/>
        <w:jc w:val="both"/>
      </w:pPr>
      <w:r>
        <w:rPr>
          <w:rFonts w:ascii="Georgia" w:hAnsi="Georgia"/>
          <w:b w:val="0"/>
          <w:i w:val="0"/>
          <w:color w:val="000000"/>
          <w:sz w:val="24"/>
        </w:rPr>
        <w:t>Разъяснение же таково: ведь у Ход есть лишь одна гвура, и он не подобен Тиферет и Нецах, как сказано выше, поэтому она не входит в расчет, так как представляет собой растящие воды, как сказано выше. Однако в нем есть только три точки, и вот они: одна — собственная точка, имеющаяся в ней, [вторая] — Ход де-Има, и [третья] — Ход де-ЗА, вот три точки. И вот, во всех высших сфирот не соединялись столь суровые свойства гвурот, как здесь. Суть же в том, что, как известно, Нецах и Ход находятся вне тела... ...и потому они — суровые суды. Но при всем том Ход — это крайне, чрезвычайно суровый суд, ведь он — тайна левой линии на ее завершающем этапе. А левая линия — это сама Гвура, тем более в ее нижнем окончании, называемом в Зоаре «плавильным тиглем золота» (</w:t>
      </w:r>
      <w:r>
        <w:rPr>
          <w:rFonts w:ascii="Georgia" w:hAnsi="Georgia"/>
          <w:b w:val="0"/>
          <w:i/>
          <w:color w:val="000000"/>
          <w:sz w:val="24"/>
        </w:rPr>
        <w:t>иттиха де-дахава</w:t>
      </w:r>
      <w:r>
        <w:rPr>
          <w:rFonts w:ascii="Georgia" w:hAnsi="Georgia"/>
          <w:b w:val="0"/>
          <w:i w:val="0"/>
          <w:color w:val="000000"/>
          <w:sz w:val="24"/>
        </w:rPr>
        <w:t>). И это три нижних окончания трех левых линий: одно — это окончание Ход де-Има, второе — окончание Ход де-Зеир Анпин, а третье — окончание Ход де-Нуква. Вот три Ход вместе, каждый из которых сам по себе — бесконечно суровый суд, и тем более при соединении их всех трех вместе, когда они представляют собой безгранично суровые суды! И потому при их соединении они соударяются друг с другом, безмерно растут и расширяются, и взаимно включаются друг в друга, пока из трех не образуются девять (каждый включен из трех). И мало того:... ...но они усилились настолько, что перешли в тайну сотен, а не десятков. И в этом причина того, что здесь — тайна сотен.</w:t>
      </w:r>
    </w:p>
    <w:p>
      <w:pPr>
        <w:spacing w:before="40" w:after="120"/>
        <w:jc w:val="both"/>
      </w:pPr>
      <w:r>
        <w:rPr>
          <w:rFonts w:ascii="Georgia" w:hAnsi="Georgia"/>
          <w:b w:val="0"/>
          <w:i w:val="0"/>
          <w:color w:val="000000"/>
          <w:sz w:val="24"/>
        </w:rPr>
        <w:t>А тебе уже известно, что пять гвурот МАНЦЕПАХ (</w:t>
      </w:r>
      <w:r>
        <w:rPr>
          <w:rFonts w:ascii="Georgia" w:hAnsi="Georgia" w:cs="Times New Roman"/>
          <w:b/>
          <w:i w:val="0"/>
          <w:color w:val="000000"/>
          <w:sz w:val="24"/>
          <w:rtl/>
          <w:szCs w:val="32"/>
        </w:rPr>
        <w:t>מנצפ״ך</w:t>
      </w:r>
      <w:r>
        <w:rPr>
          <w:rFonts w:ascii="Georgia" w:hAnsi="Georgia"/>
          <w:b w:val="0"/>
          <w:i w:val="0"/>
          <w:color w:val="000000"/>
          <w:sz w:val="24"/>
        </w:rPr>
        <w:t>) соответствуют порядку букв: конечная каф, закрытая мэм, конечная нун, конечная пэй, конечная цади. И они распределяются от Хеседа до Ход; и получается, что гвура, достающаяся Ход, — это конечная цади (цади пшута), то есть буква цади софит (</w:t>
      </w:r>
      <w:r>
        <w:rPr>
          <w:rFonts w:ascii="Georgia" w:hAnsi="Georgia" w:cs="Times New Roman"/>
          <w:b/>
          <w:i w:val="0"/>
          <w:color w:val="000000"/>
          <w:sz w:val="24"/>
          <w:rtl/>
          <w:szCs w:val="32"/>
        </w:rPr>
        <w:t>ץ</w:t>
      </w:r>
      <w:r>
        <w:rPr>
          <w:rFonts w:ascii="Georgia" w:hAnsi="Georgia"/>
          <w:b w:val="0"/>
          <w:i w:val="0"/>
          <w:color w:val="000000"/>
          <w:sz w:val="24"/>
        </w:rPr>
        <w:t xml:space="preserve"> = 900) в сочетании куф-цади.</w:t>
      </w:r>
    </w:p>
    <w:p>
      <w:pPr>
        <w:spacing w:before="40" w:after="120"/>
        <w:jc w:val="both"/>
      </w:pPr>
      <w:r>
        <w:rPr>
          <w:rFonts w:ascii="Georgia" w:hAnsi="Georgia"/>
          <w:b w:val="0"/>
          <w:i w:val="0"/>
          <w:color w:val="000000"/>
          <w:sz w:val="24"/>
        </w:rPr>
        <w:t>Таким образом, они сами по себе составляют девятьсот — цади софит, а воды, растящие их, вырастили всего лишь одну часть — букву куф (</w:t>
      </w:r>
      <w:r>
        <w:rPr>
          <w:rFonts w:ascii="Georgia" w:hAnsi="Georgia" w:cs="Times New Roman"/>
          <w:b/>
          <w:i w:val="0"/>
          <w:color w:val="000000"/>
          <w:sz w:val="24"/>
          <w:rtl/>
          <w:szCs w:val="32"/>
        </w:rPr>
        <w:t>ק</w:t>
      </w:r>
      <w:r>
        <w:rPr>
          <w:rFonts w:ascii="Georgia" w:hAnsi="Georgia"/>
          <w:b w:val="0"/>
          <w:i w:val="0"/>
          <w:color w:val="000000"/>
          <w:sz w:val="24"/>
        </w:rPr>
        <w:t xml:space="preserve"> = 100). Вот в чем смысл куф-цади.</w:t>
      </w:r>
    </w:p>
    <w:p>
      <w:pPr>
        <w:spacing w:before="40" w:after="120"/>
        <w:jc w:val="both"/>
      </w:pPr>
      <w:r>
        <w:rPr>
          <w:rFonts w:ascii="Georgia" w:hAnsi="Georgia"/>
          <w:b w:val="0"/>
          <w:i w:val="0"/>
          <w:color w:val="000000"/>
          <w:sz w:val="24"/>
        </w:rPr>
        <w:t>И вот все внешние силы (хицоним) прилепливаются здесь, к сфире Ход, по упомянутой причине, и его название свидетельствует об этом: «конец» (</w:t>
      </w:r>
      <w:r>
        <w:rPr>
          <w:rFonts w:ascii="Georgia" w:hAnsi="Georgia"/>
          <w:b w:val="0"/>
          <w:i/>
          <w:color w:val="000000"/>
          <w:sz w:val="24"/>
        </w:rPr>
        <w:t>кец</w:t>
      </w:r>
      <w:r>
        <w:rPr>
          <w:rFonts w:ascii="Georgia" w:hAnsi="Georgia"/>
          <w:b w:val="0"/>
          <w:i w:val="0"/>
          <w:color w:val="000000"/>
          <w:sz w:val="24"/>
        </w:rPr>
        <w:t xml:space="preserve">, </w:t>
      </w:r>
      <w:r>
        <w:rPr>
          <w:rFonts w:ascii="Georgia" w:hAnsi="Georgia" w:cs="Times New Roman"/>
          <w:b/>
          <w:i w:val="0"/>
          <w:color w:val="000000"/>
          <w:sz w:val="24"/>
          <w:rtl/>
          <w:szCs w:val="32"/>
        </w:rPr>
        <w:t>קֵץ</w:t>
      </w:r>
      <w:r>
        <w:rPr>
          <w:rFonts w:ascii="Georgia" w:hAnsi="Georgia"/>
          <w:b w:val="0"/>
          <w:i w:val="0"/>
          <w:color w:val="000000"/>
          <w:sz w:val="24"/>
        </w:rPr>
        <w:t xml:space="preserve">) — тайна стиха: </w:t>
      </w:r>
      <w:r>
        <w:rPr>
          <w:rFonts w:ascii="Georgia" w:hAnsi="Georgia"/>
          <w:b w:val="0"/>
          <w:i/>
          <w:color w:val="000000"/>
          <w:sz w:val="24"/>
        </w:rPr>
        <w:t>«Конец всякой плоти настал пред лицом Моим»</w:t>
      </w:r>
      <w:r>
        <w:rPr>
          <w:rFonts w:ascii="Georgia" w:hAnsi="Georgia"/>
          <w:b w:val="0"/>
          <w:i w:val="0"/>
          <w:color w:val="000000"/>
          <w:sz w:val="24"/>
        </w:rPr>
        <w:t xml:space="preserve"> (Берешит 6:13), так как известно, что это внешние силы. И потому Самаэль не мог одолеть Яакова нигде, кроме как в суставе его левого бедра, то есть в Ход. И в этом пойми удивительную тайну: когда внешние силы прилепливаются к нему, он переворачивается и становится «изнемогающим» (</w:t>
      </w:r>
      <w:r>
        <w:rPr>
          <w:rFonts w:ascii="Georgia" w:hAnsi="Georgia"/>
          <w:b w:val="0"/>
          <w:i/>
          <w:color w:val="000000"/>
          <w:sz w:val="24"/>
        </w:rPr>
        <w:t>дава</w:t>
      </w:r>
      <w:r>
        <w:rPr>
          <w:rFonts w:ascii="Georgia" w:hAnsi="Georgia"/>
          <w:b w:val="0"/>
          <w:i w:val="0"/>
          <w:color w:val="000000"/>
          <w:sz w:val="24"/>
        </w:rPr>
        <w:t xml:space="preserve">, </w:t>
      </w:r>
      <w:r>
        <w:rPr>
          <w:rFonts w:ascii="Georgia" w:hAnsi="Georgia" w:cs="Times New Roman"/>
          <w:b/>
          <w:i w:val="0"/>
          <w:color w:val="000000"/>
          <w:sz w:val="24"/>
          <w:rtl/>
          <w:szCs w:val="32"/>
        </w:rPr>
        <w:t>דָּוָה</w:t>
      </w:r>
      <w:r>
        <w:rPr>
          <w:rFonts w:ascii="Georgia" w:hAnsi="Georgia"/>
          <w:b w:val="0"/>
          <w:i w:val="0"/>
          <w:color w:val="000000"/>
          <w:sz w:val="24"/>
        </w:rPr>
        <w:t xml:space="preserve">), и это тайна стиха: </w:t>
      </w:r>
      <w:r>
        <w:rPr>
          <w:rFonts w:ascii="Georgia" w:hAnsi="Georgia"/>
          <w:b w:val="0"/>
          <w:i/>
          <w:color w:val="000000"/>
          <w:sz w:val="24"/>
        </w:rPr>
        <w:t>«И краса моя (ходи) обратилась на мне в тление»</w:t>
      </w:r>
      <w:r>
        <w:rPr>
          <w:rFonts w:ascii="Georgia" w:hAnsi="Georgia"/>
          <w:b w:val="0"/>
          <w:i w:val="0"/>
          <w:color w:val="000000"/>
          <w:sz w:val="24"/>
        </w:rPr>
        <w:t xml:space="preserve"> (Даниэль 10:8). Ведь мы уже объяснили, что пять нечистых кровей происходят из тайны этих пяти гвурот МАНЦЕПАХ. Однако выплавление скверны происходит лишь на завершающем этапе, то есть в гвурот сфиры Ход, являющейся пятой [гвурой]. И когда там прилепливаются внешние силы, [этот свет] обращается и становится кровью ниды, и она делается «изнемогающей» (</w:t>
      </w:r>
      <w:r>
        <w:rPr>
          <w:rFonts w:ascii="Georgia" w:hAnsi="Georgia"/>
          <w:b w:val="0"/>
          <w:i/>
          <w:color w:val="000000"/>
          <w:sz w:val="24"/>
        </w:rPr>
        <w:t>дава</w:t>
      </w:r>
      <w:r>
        <w:rPr>
          <w:rFonts w:ascii="Georgia" w:hAnsi="Georgia"/>
          <w:b w:val="0"/>
          <w:i w:val="0"/>
          <w:color w:val="000000"/>
          <w:sz w:val="24"/>
        </w:rPr>
        <w:t xml:space="preserve">), то есть нидой, упомянутой в Торе; и об этом сказано: </w:t>
      </w:r>
      <w:r>
        <w:rPr>
          <w:rFonts w:ascii="Georgia" w:hAnsi="Georgia"/>
          <w:b w:val="0"/>
          <w:i/>
          <w:color w:val="000000"/>
          <w:sz w:val="24"/>
        </w:rPr>
        <w:t>«Он оставил меня опустошенной, всякий день изнемогающей (дава)»</w:t>
      </w:r>
      <w:r>
        <w:rPr>
          <w:rFonts w:ascii="Georgia" w:hAnsi="Georgia"/>
          <w:b w:val="0"/>
          <w:i w:val="0"/>
          <w:color w:val="000000"/>
          <w:sz w:val="24"/>
        </w:rPr>
        <w:t xml:space="preserve"> (Эйха 1:13).</w:t>
      </w:r>
    </w:p>
    <w:p>
      <w:pPr>
        <w:spacing w:before="40" w:after="120"/>
        <w:jc w:val="both"/>
      </w:pPr>
      <w:r>
        <w:rPr>
          <w:rFonts w:ascii="Georgia" w:hAnsi="Georgia"/>
          <w:b w:val="0"/>
          <w:i w:val="0"/>
          <w:color w:val="000000"/>
          <w:sz w:val="24"/>
        </w:rPr>
        <w:t xml:space="preserve">И благодаря этому ты поймешь удивительную тайну в изречении наших мудрецов, благословенной памяти (ХАЗАЛЬ), о том, что дни изгнания длятся тысячу лет; и в этом смысл слов </w:t>
      </w:r>
      <w:r>
        <w:rPr>
          <w:rFonts w:ascii="Georgia" w:hAnsi="Georgia"/>
          <w:b w:val="0"/>
          <w:i/>
          <w:color w:val="000000"/>
          <w:sz w:val="24"/>
        </w:rPr>
        <w:t>«всякий день изнемогающей»</w:t>
      </w:r>
      <w:r>
        <w:rPr>
          <w:rFonts w:ascii="Georgia" w:hAnsi="Georgia"/>
          <w:b w:val="0"/>
          <w:i w:val="0"/>
          <w:color w:val="000000"/>
          <w:sz w:val="24"/>
        </w:rPr>
        <w:t xml:space="preserve">, как сказано: </w:t>
      </w:r>
      <w:r>
        <w:rPr>
          <w:rFonts w:ascii="Georgia" w:hAnsi="Georgia"/>
          <w:b w:val="0"/>
          <w:i/>
          <w:color w:val="000000"/>
          <w:sz w:val="24"/>
        </w:rPr>
        <w:t>«Ибо тысяча лет в очах Твоих...»</w:t>
      </w:r>
      <w:r>
        <w:rPr>
          <w:rFonts w:ascii="Georgia" w:hAnsi="Georgia"/>
          <w:b w:val="0"/>
          <w:i w:val="0"/>
          <w:color w:val="000000"/>
          <w:sz w:val="24"/>
        </w:rPr>
        <w:t xml:space="preserve"> (Теилим 90:4). Суть же в том, что мир существует шесть тысяч лет (</w:t>
      </w:r>
      <w:r>
        <w:rPr>
          <w:rFonts w:ascii="Georgia" w:hAnsi="Georgia"/>
          <w:b w:val="0"/>
          <w:i/>
          <w:color w:val="000000"/>
          <w:sz w:val="24"/>
        </w:rPr>
        <w:t>шит алфей шанин авей альма</w:t>
      </w:r>
      <w:r>
        <w:rPr>
          <w:rFonts w:ascii="Georgia" w:hAnsi="Georgia"/>
          <w:b w:val="0"/>
          <w:i w:val="0"/>
          <w:color w:val="000000"/>
          <w:sz w:val="24"/>
        </w:rPr>
        <w:t xml:space="preserve">), и они [соответствуют сфирот] от Хеседа до Есода. Седьмое же тысячелетие — это Малхут, то есть Шаббат, поднимающийся к Г-споду, как сказано: </w:t>
      </w:r>
      <w:r>
        <w:rPr>
          <w:rFonts w:ascii="Georgia" w:hAnsi="Georgia"/>
          <w:b w:val="0"/>
          <w:i/>
          <w:color w:val="000000"/>
          <w:sz w:val="24"/>
        </w:rPr>
        <w:t>«Шаббат Г-споду»</w:t>
      </w:r>
      <w:r>
        <w:rPr>
          <w:rFonts w:ascii="Georgia" w:hAnsi="Georgia"/>
          <w:b w:val="0"/>
          <w:i w:val="0"/>
          <w:color w:val="000000"/>
          <w:sz w:val="24"/>
        </w:rPr>
        <w:t xml:space="preserve"> (Шмот 20:10). И вот разрушение Храма произошло близко к пятому тысячелетию, то есть к Ход, ибо за него ухватываются внешние силы, поскольку он представляет собой суровые гвурот. И это подобно тому, как говорит Писание: </w:t>
      </w:r>
      <w:r>
        <w:rPr>
          <w:rFonts w:ascii="Georgia" w:hAnsi="Georgia"/>
          <w:b w:val="0"/>
          <w:i/>
          <w:color w:val="000000"/>
          <w:sz w:val="24"/>
        </w:rPr>
        <w:t>«Он оставил меня опустошенной, всякий день изнемогающей»</w:t>
      </w:r>
      <w:r>
        <w:rPr>
          <w:rFonts w:ascii="Georgia" w:hAnsi="Georgia"/>
          <w:b w:val="0"/>
          <w:i w:val="0"/>
          <w:color w:val="000000"/>
          <w:sz w:val="24"/>
        </w:rPr>
        <w:t>, так как Ход превратился в Дава, то есть в пятое тысячелетие. Поэтому изгнание продолжается лишь эти [тысячу] лет, как сказано в Зоаре: «и народы не будут властвовать над Исраэлем более тысячи лет» (</w:t>
      </w:r>
      <w:r>
        <w:rPr>
          <w:rFonts w:ascii="Georgia" w:hAnsi="Georgia"/>
          <w:b w:val="0"/>
          <w:i/>
          <w:color w:val="000000"/>
          <w:sz w:val="24"/>
        </w:rPr>
        <w:t>ве-ла йишлетун аммин бе-Исраэль ятир ме-элеф шанин</w:t>
      </w:r>
      <w:r>
        <w:rPr>
          <w:rFonts w:ascii="Georgia" w:hAnsi="Georgia"/>
          <w:b w:val="0"/>
          <w:i w:val="0"/>
          <w:color w:val="000000"/>
          <w:sz w:val="24"/>
        </w:rPr>
        <w:t>), так как у них нет зацепки нигде, кроме одного лишь Ход.</w:t>
      </w:r>
    </w:p>
    <w:p>
      <w:pPr>
        <w:spacing w:before="40" w:after="120"/>
        <w:jc w:val="both"/>
      </w:pPr>
      <w:r>
        <w:rPr>
          <w:rFonts w:ascii="Georgia" w:hAnsi="Georgia"/>
          <w:b w:val="0"/>
          <w:i w:val="0"/>
          <w:color w:val="000000"/>
          <w:sz w:val="24"/>
        </w:rPr>
        <w:t>И мы уже объяснили выше, почему это тысяча: ведь гематрия куф-цади — тысяча, поскольку буква цади софит (</w:t>
      </w:r>
      <w:r>
        <w:rPr>
          <w:rFonts w:ascii="Georgia" w:hAnsi="Georgia" w:cs="Times New Roman"/>
          <w:b/>
          <w:i w:val="0"/>
          <w:color w:val="000000"/>
          <w:sz w:val="24"/>
          <w:rtl/>
          <w:szCs w:val="32"/>
        </w:rPr>
        <w:t>ץ</w:t>
      </w:r>
      <w:r>
        <w:rPr>
          <w:rFonts w:ascii="Georgia" w:hAnsi="Georgia"/>
          <w:b w:val="0"/>
          <w:i w:val="0"/>
          <w:color w:val="000000"/>
          <w:sz w:val="24"/>
        </w:rPr>
        <w:t xml:space="preserve"> = 900) — это девятьсот, а вместе с буквой куф (</w:t>
      </w:r>
      <w:r>
        <w:rPr>
          <w:rFonts w:ascii="Georgia" w:hAnsi="Georgia" w:cs="Times New Roman"/>
          <w:b/>
          <w:i w:val="0"/>
          <w:color w:val="000000"/>
          <w:sz w:val="24"/>
          <w:rtl/>
          <w:szCs w:val="32"/>
        </w:rPr>
        <w:t>ק</w:t>
      </w:r>
      <w:r>
        <w:rPr>
          <w:rFonts w:ascii="Georgia" w:hAnsi="Georgia"/>
          <w:b w:val="0"/>
          <w:i w:val="0"/>
          <w:color w:val="000000"/>
          <w:sz w:val="24"/>
        </w:rPr>
        <w:t xml:space="preserve"> = 100) получается тысяча. И это то, что в Зоаре называется «тысяча будничных дней» (</w:t>
      </w:r>
      <w:r>
        <w:rPr>
          <w:rFonts w:ascii="Georgia" w:hAnsi="Georgia"/>
          <w:b w:val="0"/>
          <w:i/>
          <w:color w:val="000000"/>
          <w:sz w:val="24"/>
        </w:rPr>
        <w:t>элеф йомин де-холь</w:t>
      </w:r>
      <w:r>
        <w:rPr>
          <w:rFonts w:ascii="Georgia" w:hAnsi="Georgia"/>
          <w:b w:val="0"/>
          <w:i w:val="0"/>
          <w:color w:val="000000"/>
          <w:sz w:val="24"/>
        </w:rPr>
        <w:t xml:space="preserve">), и в этом тайна стиха: </w:t>
      </w:r>
      <w:r>
        <w:rPr>
          <w:rFonts w:ascii="Georgia" w:hAnsi="Georgia"/>
          <w:b w:val="0"/>
          <w:i/>
          <w:color w:val="000000"/>
          <w:sz w:val="24"/>
        </w:rPr>
        <w:t>«Тысяча тебе, Шломо»</w:t>
      </w:r>
      <w:r>
        <w:rPr>
          <w:rFonts w:ascii="Georgia" w:hAnsi="Georgia"/>
          <w:b w:val="0"/>
          <w:i w:val="0"/>
          <w:color w:val="000000"/>
          <w:sz w:val="24"/>
        </w:rPr>
        <w:t xml:space="preserve"> (Шир а-Ширим 8:12), что относится к будничному, и незачем удлинять об этом.</w:t>
      </w:r>
    </w:p>
    <w:p>
      <w:pPr>
        <w:spacing w:before="40" w:after="120"/>
        <w:jc w:val="both"/>
      </w:pPr>
      <w:r>
        <w:rPr>
          <w:rFonts w:ascii="Georgia" w:hAnsi="Georgia"/>
          <w:b w:val="0"/>
          <w:i w:val="0"/>
          <w:color w:val="000000"/>
          <w:sz w:val="24"/>
        </w:rPr>
        <w:t>И в этом ты поймешь также, почему Даат и Ход отличаются своими буквами в алфавите АТБАХ, как сказано выше: первая буква в них добавочная, а вторая — главная. Причина же заключается в том, что, поскольку в них силы гвуры сильнее, чем в остальных сфирот Нуквы, их [собственные] гвурот превышают вновь возникшие. Ведь мы объяснили, что в Даат четыре [точки] — вновь возникшие, а шесть — главные, и они суть гвурот; точно так же и здесь, в Ход: цади софит, то есть девятьсот, — главные, а куф, являющаяся меньшей частью, — вновь возникшая. Ибо когда суды соединяются, они безмерно умножаются; и потому не следует пробуждать и соединять вместе силы судов, но [напротив] разделять их. Ведь воды спокойны и уравновешены, тогда как гвура — это огонь, пламя и бесконечные искры, и это просто.</w:t>
      </w:r>
    </w:p>
    <w:p>
      <w:pPr>
        <w:spacing w:before="40" w:after="120"/>
        <w:jc w:val="both"/>
      </w:pPr>
      <w:r>
        <w:rPr>
          <w:rFonts w:ascii="Georgia" w:hAnsi="Georgia"/>
          <w:b w:val="0"/>
          <w:i w:val="0"/>
          <w:color w:val="000000"/>
          <w:sz w:val="24"/>
        </w:rPr>
        <w:t>Относительно Ход уже было объяснено, почему в нем столь многочисленны гвурот; что же касается Даат, совершенно очевидно, что во всей Нукве нет пяти гвурот, собранных вместе так, как в ее Даат. Тем более что там в них нет никакого смягчения; напротив, внизу они более смягчены тем, что раскрыты. Но при всем том в Даат суды услащены, в особенности потому, что они находятся вверху, в тайне Даат и мохин; в Ход же суды суровы и близки к клипот. Поэтому Даат находится в тайне единиц, а Ход — в тайне сотен, как сказано выше.</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«Суды Г-сподни — истина, все праведны (цадку яхдав)»</w:t>
      </w:r>
      <w:r>
        <w:rPr>
          <w:rFonts w:ascii="Georgia" w:hAnsi="Georgia"/>
          <w:b w:val="0"/>
          <w:i w:val="0"/>
          <w:color w:val="000000"/>
          <w:sz w:val="24"/>
        </w:rPr>
        <w:t xml:space="preserve"> (Теилим 19:10). Ведь буквы Даат и Ход отличаются от остальных сфирот: это далет-вав (</w:t>
      </w:r>
      <w:r>
        <w:rPr>
          <w:rFonts w:ascii="Georgia" w:hAnsi="Georgia" w:cs="Times New Roman"/>
          <w:b/>
          <w:i w:val="0"/>
          <w:color w:val="000000"/>
          <w:sz w:val="24"/>
          <w:rtl/>
          <w:szCs w:val="32"/>
        </w:rPr>
        <w:t>ד״ו</w:t>
      </w:r>
      <w:r>
        <w:rPr>
          <w:rFonts w:ascii="Georgia" w:hAnsi="Georgia"/>
          <w:b w:val="0"/>
          <w:i w:val="0"/>
          <w:color w:val="000000"/>
          <w:sz w:val="24"/>
        </w:rPr>
        <w:t>) и куф-цади (</w:t>
      </w:r>
      <w:r>
        <w:rPr>
          <w:rFonts w:ascii="Georgia" w:hAnsi="Georgia" w:cs="Times New Roman"/>
          <w:b/>
          <w:i w:val="0"/>
          <w:color w:val="000000"/>
          <w:sz w:val="24"/>
          <w:rtl/>
          <w:szCs w:val="32"/>
        </w:rPr>
        <w:t>ק״ץ</w:t>
      </w:r>
      <w:r>
        <w:rPr>
          <w:rFonts w:ascii="Georgia" w:hAnsi="Georgia"/>
          <w:b w:val="0"/>
          <w:i w:val="0"/>
          <w:color w:val="000000"/>
          <w:sz w:val="24"/>
        </w:rPr>
        <w:t xml:space="preserve">). И если ты переставишь их буквы, получится слово </w:t>
      </w:r>
      <w:r>
        <w:rPr>
          <w:rFonts w:ascii="Georgia" w:hAnsi="Georgia"/>
          <w:b w:val="0"/>
          <w:i/>
          <w:color w:val="000000"/>
          <w:sz w:val="24"/>
        </w:rPr>
        <w:t>цадку</w:t>
      </w:r>
      <w:r>
        <w:rPr>
          <w:rFonts w:ascii="Georgia" w:hAnsi="Georgia"/>
          <w:b w:val="0"/>
          <w:i w:val="0"/>
          <w:color w:val="000000"/>
          <w:sz w:val="24"/>
        </w:rPr>
        <w:t xml:space="preserve"> (</w:t>
      </w:r>
      <w:r>
        <w:rPr>
          <w:rFonts w:ascii="Georgia" w:hAnsi="Georgia" w:cs="Times New Roman"/>
          <w:b/>
          <w:i w:val="0"/>
          <w:color w:val="000000"/>
          <w:sz w:val="24"/>
          <w:rtl/>
          <w:szCs w:val="32"/>
        </w:rPr>
        <w:t>צָדְקוּ</w:t>
      </w:r>
      <w:r>
        <w:rPr>
          <w:rFonts w:ascii="Georgia" w:hAnsi="Georgia"/>
          <w:b w:val="0"/>
          <w:i w:val="0"/>
          <w:color w:val="000000"/>
          <w:sz w:val="24"/>
        </w:rPr>
        <w:t>), ибо эти четыре буквы в Даат и Ход «оправдались вместе» (</w:t>
      </w:r>
      <w:r>
        <w:rPr>
          <w:rFonts w:ascii="Georgia" w:hAnsi="Georgia"/>
          <w:b w:val="0"/>
          <w:i/>
          <w:color w:val="000000"/>
          <w:sz w:val="24"/>
        </w:rPr>
        <w:t>цадку яхдав</w:t>
      </w:r>
      <w:r>
        <w:rPr>
          <w:rFonts w:ascii="Georgia" w:hAnsi="Georgia"/>
          <w:b w:val="0"/>
          <w:i w:val="0"/>
          <w:color w:val="000000"/>
          <w:sz w:val="24"/>
        </w:rPr>
        <w:t xml:space="preserve">), отличаясь от остальных сфирот. А мы уже объяснили, что причина этого — в том, что они являются гвурот; и в этом тайна слов </w:t>
      </w:r>
      <w:r>
        <w:rPr>
          <w:rFonts w:ascii="Georgia" w:hAnsi="Georgia"/>
          <w:b w:val="0"/>
          <w:i/>
          <w:color w:val="000000"/>
          <w:sz w:val="24"/>
        </w:rPr>
        <w:t>«суды Г-сподни — истина»</w:t>
      </w:r>
      <w:r>
        <w:rPr>
          <w:rFonts w:ascii="Georgia" w:hAnsi="Georgia"/>
          <w:b w:val="0"/>
          <w:i w:val="0"/>
          <w:color w:val="000000"/>
          <w:sz w:val="24"/>
        </w:rPr>
        <w:t xml:space="preserve">: поскольку эти две сфиры, Даат и Ход, — самые настоящие гвурот, в большей степени, чем обычно, и они называются «судами Г-сподними» (ведь суды — это гвурот), постольку они «оправдались вместе», будучи равны друг другу, да и буквы их составляют в точности слово </w:t>
      </w:r>
      <w:r>
        <w:rPr>
          <w:rFonts w:ascii="Georgia" w:hAnsi="Georgia"/>
          <w:b w:val="0"/>
          <w:i/>
          <w:color w:val="000000"/>
          <w:sz w:val="24"/>
        </w:rPr>
        <w:t>цадку</w:t>
      </w:r>
      <w:r>
        <w:rPr>
          <w:rFonts w:ascii="Georgia" w:hAnsi="Georgia"/>
          <w:b w:val="0"/>
          <w:i w:val="0"/>
          <w:color w:val="000000"/>
          <w:sz w:val="24"/>
        </w:rPr>
        <w:t>. И этого достаточно... ...для этого.</w:t>
      </w:r>
    </w:p>
    <w:p>
      <w:pPr>
        <w:spacing w:before="40" w:after="120"/>
        <w:jc w:val="both"/>
      </w:pPr>
      <w:r>
        <w:rPr>
          <w:rFonts w:ascii="Georgia" w:hAnsi="Georgia"/>
          <w:b w:val="0"/>
          <w:i w:val="0"/>
          <w:color w:val="000000"/>
          <w:sz w:val="24"/>
        </w:rPr>
        <w:t>Рэйш-пэй в Есоде означает: мы уже объяснили, что точка Тиферет опустилась и соединилась с его собственной точкой; вот две точки — двести, буква рэйш (</w:t>
      </w:r>
      <w:r>
        <w:rPr>
          <w:rFonts w:ascii="Georgia" w:hAnsi="Georgia" w:cs="Times New Roman"/>
          <w:b/>
          <w:i w:val="0"/>
          <w:color w:val="000000"/>
          <w:sz w:val="24"/>
          <w:rtl/>
          <w:szCs w:val="32"/>
        </w:rPr>
        <w:t>ר</w:t>
      </w:r>
      <w:r>
        <w:rPr>
          <w:rFonts w:ascii="Georgia" w:hAnsi="Georgia"/>
          <w:b w:val="0"/>
          <w:i w:val="0"/>
          <w:color w:val="000000"/>
          <w:sz w:val="24"/>
        </w:rPr>
        <w:t xml:space="preserve"> = 200), и возникают заново восемь других — восемьсот, буква пэй софит (</w:t>
      </w:r>
      <w:r>
        <w:rPr>
          <w:rFonts w:ascii="Georgia" w:hAnsi="Georgia" w:cs="Times New Roman"/>
          <w:b/>
          <w:i w:val="0"/>
          <w:color w:val="000000"/>
          <w:sz w:val="24"/>
          <w:rtl/>
          <w:szCs w:val="32"/>
        </w:rPr>
        <w:t>ף</w:t>
      </w:r>
      <w:r>
        <w:rPr>
          <w:rFonts w:ascii="Georgia" w:hAnsi="Georgia"/>
          <w:b w:val="0"/>
          <w:i w:val="0"/>
          <w:color w:val="000000"/>
          <w:sz w:val="24"/>
        </w:rPr>
        <w:t xml:space="preserve"> = 800), вот и получается рэйш-пэй.</w:t>
      </w:r>
    </w:p>
    <w:p>
      <w:pPr>
        <w:spacing w:before="40" w:after="120"/>
        <w:jc w:val="both"/>
      </w:pPr>
      <w:r>
        <w:rPr>
          <w:rFonts w:ascii="Georgia" w:hAnsi="Georgia"/>
          <w:b w:val="0"/>
          <w:i w:val="0"/>
          <w:color w:val="000000"/>
          <w:sz w:val="24"/>
        </w:rPr>
        <w:t>И мне представляется: поскольку собрание всех пяти гвурот происходит в Есоде, как известно, они и выражены в тайне сотен. Также мне представляется, что поэтому буквы рэйш-пэй в Есоде соответствуют пяти гвурот МАНЦЕПАХ, собирающимся в нем, числовое значение которых — 280, как известно, ведь гематрия МАНЦЕПАХ равна 280.</w:t>
      </w:r>
    </w:p>
    <w:p>
      <w:pPr>
        <w:spacing w:before="40" w:after="120"/>
        <w:jc w:val="both"/>
      </w:pPr>
      <w:r>
        <w:rPr>
          <w:rFonts w:ascii="Georgia" w:hAnsi="Georgia"/>
          <w:b w:val="0"/>
          <w:i w:val="0"/>
          <w:color w:val="000000"/>
          <w:sz w:val="24"/>
        </w:rPr>
        <w:t>Шин-нун в Малхут ты поймешь из сказанного в предыдущем учении: Малхут в Нукве не имеет никакой опоры в ЗА, и даже собственной настоящей точки у нее нет, а есть всего лишь свечение. И это тайна печати (</w:t>
      </w:r>
      <w:r>
        <w:rPr>
          <w:rFonts w:ascii="Georgia" w:hAnsi="Georgia"/>
          <w:b w:val="0"/>
          <w:i/>
          <w:color w:val="000000"/>
          <w:sz w:val="24"/>
        </w:rPr>
        <w:t>хотам</w:t>
      </w:r>
      <w:r>
        <w:rPr>
          <w:rFonts w:ascii="Georgia" w:hAnsi="Georgia"/>
          <w:b w:val="0"/>
          <w:i w:val="0"/>
          <w:color w:val="000000"/>
          <w:sz w:val="24"/>
        </w:rPr>
        <w:t>), относительно которой мы объясняли там, что это три Имени ЭЙЕ — с наполнением йод, с наполнением алеф и с наполнением хэй, притягивающиеся к ней туда из НЕХИ де-Има, числовое значение которых равно «печать» (</w:t>
      </w:r>
      <w:r>
        <w:rPr>
          <w:rFonts w:ascii="Georgia" w:hAnsi="Georgia"/>
          <w:b w:val="0"/>
          <w:i/>
          <w:color w:val="000000"/>
          <w:sz w:val="24"/>
        </w:rPr>
        <w:t>хотам</w:t>
      </w:r>
      <w:r>
        <w:rPr>
          <w:rFonts w:ascii="Georgia" w:hAnsi="Georgia"/>
          <w:b w:val="0"/>
          <w:i w:val="0"/>
          <w:color w:val="000000"/>
          <w:sz w:val="24"/>
        </w:rPr>
        <w:t xml:space="preserve">, </w:t>
      </w:r>
      <w:r>
        <w:rPr>
          <w:rFonts w:ascii="Georgia" w:hAnsi="Georgia" w:cs="Times New Roman"/>
          <w:b/>
          <w:i w:val="0"/>
          <w:color w:val="000000"/>
          <w:sz w:val="24"/>
          <w:rtl/>
          <w:szCs w:val="32"/>
        </w:rPr>
        <w:t>חוֹתָם</w:t>
      </w:r>
      <w:r>
        <w:rPr>
          <w:rFonts w:ascii="Georgia" w:hAnsi="Georgia"/>
          <w:b w:val="0"/>
          <w:i w:val="0"/>
          <w:color w:val="000000"/>
          <w:sz w:val="24"/>
        </w:rPr>
        <w:t>), и они представляют собой всего лишь свечение и оттиск печати. И эти три Имени —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и к ним добавилась буква нун софит (</w:t>
      </w:r>
      <w:r>
        <w:rPr>
          <w:rFonts w:ascii="Georgia" w:hAnsi="Georgia" w:cs="Times New Roman"/>
          <w:b/>
          <w:i w:val="0"/>
          <w:color w:val="000000"/>
          <w:sz w:val="24"/>
          <w:rtl/>
          <w:szCs w:val="32"/>
        </w:rPr>
        <w:t>ן</w:t>
      </w:r>
      <w:r>
        <w:rPr>
          <w:rFonts w:ascii="Georgia" w:hAnsi="Georgia"/>
          <w:b w:val="0"/>
          <w:i w:val="0"/>
          <w:color w:val="000000"/>
          <w:sz w:val="24"/>
        </w:rPr>
        <w:t xml:space="preserve"> = 700), соответствующие семи другим свойствам, — вот и получается шин-нун.</w:t>
      </w:r>
    </w:p>
    <w:p>
      <w:pPr>
        <w:spacing w:before="40" w:after="120"/>
        <w:jc w:val="both"/>
      </w:pPr>
      <w:r>
        <w:rPr>
          <w:rFonts w:ascii="Georgia" w:hAnsi="Georgia"/>
          <w:b w:val="0"/>
          <w:i w:val="0"/>
          <w:color w:val="000000"/>
          <w:sz w:val="24"/>
        </w:rPr>
        <w:t>Вот и весь алфавит АТБАХ, кроме двух других букв — тав-мэм (</w:t>
      </w:r>
      <w:r>
        <w:rPr>
          <w:rFonts w:ascii="Georgia" w:hAnsi="Georgia" w:cs="Times New Roman"/>
          <w:b/>
          <w:i w:val="0"/>
          <w:color w:val="000000"/>
          <w:sz w:val="24"/>
          <w:rtl/>
          <w:szCs w:val="32"/>
        </w:rPr>
        <w:t>ת״ם</w:t>
      </w:r>
      <w:r>
        <w:rPr>
          <w:rFonts w:ascii="Georgia" w:hAnsi="Georgia"/>
          <w:b w:val="0"/>
          <w:i w:val="0"/>
          <w:color w:val="000000"/>
          <w:sz w:val="24"/>
        </w:rPr>
        <w:t>), объяснения которых я не слышал от моего учителя, благословенной его памяти, но он говорил, что они [находятся] внизу, в тайне Малхут, однако не объяснил их. Однако все эти буквы, которые мы объяснили, образуют пары. Но остались еще три буквы, у которых нет пары: это хэй-нун-каф (</w:t>
      </w:r>
      <w:r>
        <w:rPr>
          <w:rFonts w:ascii="Georgia" w:hAnsi="Georgia" w:cs="Times New Roman"/>
          <w:b/>
          <w:i w:val="0"/>
          <w:color w:val="000000"/>
          <w:sz w:val="24"/>
          <w:rtl/>
          <w:szCs w:val="32"/>
        </w:rPr>
        <w:t>הנ״ך</w:t>
      </w:r>
      <w:r>
        <w:rPr>
          <w:rFonts w:ascii="Georgia" w:hAnsi="Georgia"/>
          <w:b w:val="0"/>
          <w:i w:val="0"/>
          <w:color w:val="000000"/>
          <w:sz w:val="24"/>
        </w:rPr>
        <w:t>) — пять,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в единицах, пятьдесят, буква нун (</w:t>
      </w:r>
      <w:r>
        <w:rPr>
          <w:rFonts w:ascii="Georgia" w:hAnsi="Georgia" w:cs="Times New Roman"/>
          <w:b/>
          <w:i w:val="0"/>
          <w:color w:val="000000"/>
          <w:sz w:val="24"/>
          <w:rtl/>
          <w:szCs w:val="32"/>
        </w:rPr>
        <w:t>נ</w:t>
      </w:r>
      <w:r>
        <w:rPr>
          <w:rFonts w:ascii="Georgia" w:hAnsi="Georgia"/>
          <w:b w:val="0"/>
          <w:i w:val="0"/>
          <w:color w:val="000000"/>
          <w:sz w:val="24"/>
        </w:rPr>
        <w:t xml:space="preserve"> = 50) в десятках, и пятьсот, буква каф софит (</w:t>
      </w:r>
      <w:r>
        <w:rPr>
          <w:rFonts w:ascii="Georgia" w:hAnsi="Georgia" w:cs="Times New Roman"/>
          <w:b/>
          <w:i w:val="0"/>
          <w:color w:val="000000"/>
          <w:sz w:val="24"/>
          <w:rtl/>
          <w:szCs w:val="32"/>
        </w:rPr>
        <w:t>ך</w:t>
      </w:r>
      <w:r>
        <w:rPr>
          <w:rFonts w:ascii="Georgia" w:hAnsi="Georgia"/>
          <w:b w:val="0"/>
          <w:i w:val="0"/>
          <w:color w:val="000000"/>
          <w:sz w:val="24"/>
        </w:rPr>
        <w:t xml:space="preserve"> = 500) в сотнях, и они составляют тайну слова </w:t>
      </w:r>
      <w:r>
        <w:rPr>
          <w:rFonts w:ascii="Georgia" w:hAnsi="Georgia"/>
          <w:b w:val="0"/>
          <w:i/>
          <w:color w:val="000000"/>
          <w:sz w:val="24"/>
        </w:rPr>
        <w:t>коэн</w:t>
      </w:r>
      <w:r>
        <w:rPr>
          <w:rFonts w:ascii="Georgia" w:hAnsi="Georgia"/>
          <w:b w:val="0"/>
          <w:i w:val="0"/>
          <w:color w:val="000000"/>
          <w:sz w:val="24"/>
        </w:rPr>
        <w:t xml:space="preserve"> (</w:t>
      </w:r>
      <w:r>
        <w:rPr>
          <w:rFonts w:ascii="Georgia" w:hAnsi="Georgia" w:cs="Times New Roman"/>
          <w:b/>
          <w:i w:val="0"/>
          <w:color w:val="000000"/>
          <w:sz w:val="24"/>
          <w:rtl/>
          <w:szCs w:val="32"/>
        </w:rPr>
        <w:t>כֹּהֵן</w:t>
      </w:r>
      <w:r>
        <w:rPr>
          <w:rFonts w:ascii="Georgia" w:hAnsi="Georgia"/>
          <w:b w:val="0"/>
          <w:i w:val="0"/>
          <w:color w:val="000000"/>
          <w:sz w:val="24"/>
        </w:rPr>
        <w:t>). Поэтому у того, кто берет в жены дочь коэна, их союз (зивуг) не складывается удачно, поскольку у них нет пары. И большего я не слышал. И все эти исправления были совершены, когда она была малой.</w:t>
      </w:r>
    </w:p>
    <w:p>
      <w:r>
        <w:br w:type="page"/>
      </w:r>
    </w:p>
    <w:p>
      <w:pPr>
        <w:keepNext/>
        <w:spacing w:before="360" w:after="160"/>
        <w:jc w:val="center"/>
      </w:pPr>
      <w:r>
        <w:rPr>
          <w:rFonts w:ascii="Georgia" w:hAnsi="Georgia"/>
          <w:b w:val="0"/>
          <w:i w:val="0"/>
          <w:color w:val="000000"/>
          <w:sz w:val="40"/>
        </w:rPr>
        <w:t>Врата 36: Врата уменьшения Луны</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Третьи врата — Врата уменьшения луны, и они разделяются на четыре главы.</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Что такое уменьшение луны, когда [Творец] сказал ей: </w:t>
      </w:r>
      <w:r>
        <w:rPr>
          <w:rFonts w:ascii="Georgia" w:hAnsi="Georgia"/>
          <w:b w:val="0"/>
          <w:i/>
          <w:color w:val="000000"/>
          <w:sz w:val="24"/>
        </w:rPr>
        <w:t>«Иди и уменьши себя»</w:t>
      </w:r>
      <w:r>
        <w:rPr>
          <w:rFonts w:ascii="Georgia" w:hAnsi="Georgia"/>
          <w:b w:val="0"/>
          <w:i w:val="0"/>
          <w:color w:val="000000"/>
          <w:sz w:val="24"/>
        </w:rPr>
        <w:t xml:space="preserve">? Смысл в том, что все частные свойства Малхут, принадлежащие ей и находившиеся во всех девяти сфирот, упали и опустились вниз вместе с ней. Чего нет в остальных сфирот, ведь у всех них есть своя часть в сфирот, расположенных выше них: Кетер включает их все, так же и Хохма, и все остальные. Малхут же была изъята из них всех, и все они остались только девятью [сфирот], поскольку все, что принадлежало ей наверху вместе с ними, опустилось вниз вместе с ней. А ведь она — завершение их всех, так как без нее они представляют собой лишь девять сфирот, и всё ее [достояние] спустилось вниз. И по этой причине она стала отраженным светом, у которого нет ничего своего, и ей необходимо возвращаться и подниматься наверх. В этом смысл слов: </w:t>
      </w:r>
      <w:r>
        <w:rPr>
          <w:rFonts w:ascii="Georgia" w:hAnsi="Georgia"/>
          <w:b w:val="0"/>
          <w:i/>
          <w:color w:val="000000"/>
          <w:sz w:val="24"/>
        </w:rPr>
        <w:t>лейт ла ми-гарма клам</w:t>
      </w:r>
      <w:r>
        <w:rPr>
          <w:rFonts w:ascii="Georgia" w:hAnsi="Georgia"/>
          <w:b w:val="0"/>
          <w:i w:val="0"/>
          <w:color w:val="000000"/>
          <w:sz w:val="24"/>
        </w:rPr>
        <w:t xml:space="preserve"> — «нет у нее от себя ничего» (</w:t>
      </w:r>
      <w:r>
        <w:rPr>
          <w:rFonts w:ascii="Georgia" w:hAnsi="Georgia" w:cs="Times New Roman"/>
          <w:b/>
          <w:i w:val="0"/>
          <w:color w:val="000000"/>
          <w:sz w:val="24"/>
          <w:rtl/>
          <w:szCs w:val="32"/>
        </w:rPr>
        <w:t>לֵית לָהּ מִגַּרְמָא כְּלָם</w:t>
      </w:r>
      <w:r>
        <w:rPr>
          <w:rFonts w:ascii="Georgia" w:hAnsi="Georgia"/>
          <w:b w:val="0"/>
          <w:i w:val="0"/>
          <w:color w:val="000000"/>
          <w:sz w:val="24"/>
        </w:rPr>
        <w:t xml:space="preserve">), а не сказано </w:t>
      </w:r>
      <w:r>
        <w:rPr>
          <w:rFonts w:ascii="Georgia" w:hAnsi="Georgia"/>
          <w:b w:val="0"/>
          <w:i/>
          <w:color w:val="000000"/>
          <w:sz w:val="24"/>
        </w:rPr>
        <w:t>лейт ба</w:t>
      </w:r>
      <w:r>
        <w:rPr>
          <w:rFonts w:ascii="Georgia" w:hAnsi="Georgia"/>
          <w:b w:val="0"/>
          <w:i w:val="0"/>
          <w:color w:val="000000"/>
          <w:sz w:val="24"/>
        </w:rPr>
        <w:t xml:space="preserve"> — «нет в ней ничего» (</w:t>
      </w:r>
      <w:r>
        <w:rPr>
          <w:rFonts w:ascii="Georgia" w:hAnsi="Georgia" w:cs="Times New Roman"/>
          <w:b/>
          <w:i w:val="0"/>
          <w:color w:val="000000"/>
          <w:sz w:val="24"/>
          <w:rtl/>
          <w:szCs w:val="32"/>
        </w:rPr>
        <w:t>לֵית בָּהּ</w:t>
      </w:r>
      <w:r>
        <w:rPr>
          <w:rFonts w:ascii="Georgia" w:hAnsi="Georgia"/>
          <w:b w:val="0"/>
          <w:i w:val="0"/>
          <w:color w:val="000000"/>
          <w:sz w:val="24"/>
        </w:rPr>
        <w:t xml:space="preserve">), ведь все [ее свойства опустились] вниз. Поэтому мы должны поднимать ее наверх, чтобы вернулись на свои места все свойства Малхут, принадлежащие ей, и она вместе с ними. В этом тайна стиха: </w:t>
      </w:r>
      <w:r>
        <w:rPr>
          <w:rFonts w:ascii="Georgia" w:hAnsi="Georgia"/>
          <w:b w:val="0"/>
          <w:i/>
          <w:color w:val="000000"/>
          <w:sz w:val="24"/>
        </w:rPr>
        <w:t>«Многие дочери действовали доблестно, но ты превзошла всех их»</w:t>
      </w:r>
      <w:r>
        <w:rPr>
          <w:rFonts w:ascii="Georgia" w:hAnsi="Georgia"/>
          <w:b w:val="0"/>
          <w:i w:val="0"/>
          <w:color w:val="000000"/>
          <w:sz w:val="24"/>
        </w:rPr>
        <w:t xml:space="preserve"> (Мишлей 31:29).</w:t>
      </w:r>
    </w:p>
    <w:p>
      <w:pPr>
        <w:spacing w:before="40" w:after="120"/>
        <w:jc w:val="both"/>
      </w:pPr>
      <w:r>
        <w:rPr>
          <w:rFonts w:ascii="Georgia" w:hAnsi="Georgia"/>
          <w:b w:val="0"/>
          <w:i w:val="0"/>
          <w:color w:val="000000"/>
          <w:sz w:val="24"/>
        </w:rPr>
        <w:t>Суть греха Адама а-Ришона (Первого Человека) и к чему он привел в святом [мире] АБЕА относительно величия (гадлут) и уменьшения парцуфа ЗОН, а также относительно того, находятся ли они в состоянии паним бе-паним или ахор бе-ахор в каждом состоянии. То же, к чему он привел во всех мирах, в их ступенях, подъемах и спусках, уже разъяснено в другом рассуждении. Теперь же мы объясним то, что он вызвал в АБЕА и в клипот. Через это объяснится также уменьшение луны, суть этого горького и тягостного изгнания, разрушение Первого и Второго Храмов, египетское изгнание и все состояния, существовавшие во время сотворения [мира].</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Первая редакция. Суть зарождения (ибур) ЗОН: знай, что во время ибура ЗОН в Има Илаа Зеир Анпин (ЗА) находился только на уровне шести концов (ВАК), а Нуква — на уровне одной точки, включающей десять [сфирот], то есть лишь уровня Малхут в ней. И тогда благодаря ибуру, вскармливанию светом (еника) и свету разума (мохин) развился уровень ЗА, пока не завершился до десяти сфирот, как известно. Рост же Малхут происходит только через посредство самого ЗА, поскольку Има Илаа, взращивая его, вложила в него силу также и для роста Малхут. А затем эта ступень роста Малхут вышла наружу через Тиферет, и тогда Малхут также растет до предела своего развития — пока не завершится до всех десяти полных сфирот в ней. Если так, с необходимостью следует: пока Малхут еще не выросла, те высшие девять сфирот, которых недостает Нукве, включены в девять сфирот ЗА. Ведь известно, что в нем [самом] есть сфирот только до Есода, а Нуква дополняет его до десяти.</w:t>
      </w:r>
    </w:p>
    <w:p>
      <w:pPr>
        <w:spacing w:before="40" w:after="120"/>
        <w:jc w:val="both"/>
      </w:pPr>
      <w:r>
        <w:rPr>
          <w:rFonts w:ascii="Georgia" w:hAnsi="Georgia"/>
          <w:b w:val="0"/>
          <w:i w:val="0"/>
          <w:color w:val="000000"/>
          <w:sz w:val="24"/>
        </w:rPr>
        <w:t>И тогда вместе это девятнадцать сфирот: девять его и десять ее. Она называется десятой, поскольку служит десятой по отношению к нему, и он завершается до десяти сфирот вместе с ней, а также в ней самой есть десять сфирот. Однако прежде чем в ней раскрылись ее высшие девять сфирот, все они были включены в девять его сфирот. Отсюда следует, что в каждой сфире из девяти сфирот де-ЗА есть свойство одной сфиры Нуквы, но это лишь десятая ее часть — сфира Малхут в ней. И вот развитие Малхут происходит не за один раз, но на протяжении многих периодов она исправляется и растет постепенно, мало-помалу, как сказано выше. Теперь подробно объясним их общий порядок, хотя частностей и много. Предельное ее уменьшение — не менее одной точки, включающей десять [сфирот], то есть последней точки Малхут в ней, как сказано выше. Предел же ее роста — когда в ней будут все десять ее сфирот, и она будет находиться с ЗА лицом к лицу, полностью равной [ему], и станут два мелеха пользоваться одним венцом (Кетером) — о чем и предъявила претензию луна, как известно.</w:t>
      </w:r>
    </w:p>
    <w:p>
      <w:pPr>
        <w:spacing w:before="40" w:after="120"/>
        <w:jc w:val="both"/>
      </w:pPr>
      <w:r>
        <w:rPr>
          <w:rFonts w:ascii="Georgia" w:hAnsi="Georgia"/>
          <w:b w:val="0"/>
          <w:i w:val="0"/>
          <w:color w:val="000000"/>
          <w:sz w:val="24"/>
        </w:rPr>
        <w:t xml:space="preserve">Смысл в том, что, как известно, из Тиферет де-Има образуется Кетер для ЗА. И когда она тоже поднимется туда, и ее Кетер окажется в Тиферет де-Има, подобно ему, их Кетер станет равен, и оба они станут единым целым, ведь оба они будут на уровне Тиферет де-Има — одной сфиры. Тогда ей не придется получать свое свечение через ЗА, но оба они будут получать свое свечение от Има, каждый сам по себе, и не будут нуждаться друг в друге. И будут ЗОН равны по своему положению, подобно Аба ве-Има, как сказано в Идра: </w:t>
      </w:r>
      <w:r>
        <w:rPr>
          <w:rFonts w:ascii="Georgia" w:hAnsi="Georgia"/>
          <w:b w:val="0"/>
          <w:i/>
          <w:color w:val="000000"/>
          <w:sz w:val="24"/>
        </w:rPr>
        <w:t>«Аба ве-Има вместе выходят и вместе пребывают»</w:t>
      </w:r>
      <w:r>
        <w:rPr>
          <w:rFonts w:ascii="Georgia" w:hAnsi="Georgia"/>
          <w:b w:val="0"/>
          <w:i w:val="0"/>
          <w:color w:val="000000"/>
          <w:sz w:val="24"/>
        </w:rPr>
        <w:t>. И это предел ее роста, и тогда все миры находятся в совершенном исправлении.</w:t>
      </w:r>
    </w:p>
    <w:p>
      <w:pPr>
        <w:spacing w:before="40" w:after="120"/>
        <w:jc w:val="both"/>
      </w:pPr>
      <w:r>
        <w:rPr>
          <w:rFonts w:ascii="Georgia" w:hAnsi="Georgia"/>
          <w:b w:val="0"/>
          <w:i w:val="0"/>
          <w:color w:val="000000"/>
          <w:sz w:val="24"/>
        </w:rPr>
        <w:t>Однако между тем и другим состоянием есть множество ступеней, а в целом их четыре ступени, и вот их порядок снизу вверх:</w:t>
      </w:r>
    </w:p>
    <w:p>
      <w:pPr>
        <w:pStyle w:val="ListNumber"/>
        <w:spacing w:before="20" w:after="40"/>
      </w:pPr>
      <w:r>
        <w:rPr>
          <w:rFonts w:ascii="Georgia" w:hAnsi="Georgia"/>
          <w:b w:val="0"/>
          <w:i w:val="0"/>
          <w:color w:val="000000"/>
          <w:sz w:val="24"/>
        </w:rPr>
        <w:t>Предельное уменьшение, упомянутое выше: когда она представляет собой точку, включающую десять [сфирот], и это свойство Малхут в ней; тогда у нее нет парцуфа, и она стоит ниже его Есода. 2. Она является полноценным парцуфом из десяти сфирот, однако величина ее роста — сзади ЗА, от хазе и ниже. Но ее света, находящиеся в пяти первых [сфирот] ЗА (КАХАБ, Хесед, Гвура), еще не светили в четырех нижних [сфирот] в нем, поэтому они не протянулись в нее и не освещали ее; пойми это в связи со сказанным выше.</w:t>
      </w:r>
    </w:p>
    <w:p>
      <w:pPr>
        <w:pStyle w:val="ListNumber"/>
        <w:spacing w:before="20" w:after="40"/>
      </w:pPr>
      <w:r>
        <w:rPr>
          <w:rFonts w:ascii="Georgia" w:hAnsi="Georgia"/>
          <w:b w:val="0"/>
          <w:i w:val="0"/>
          <w:color w:val="000000"/>
          <w:sz w:val="24"/>
        </w:rPr>
        <w:t>Когда она получает свои света из пяти первых [сфирот] ЗА, и тогда вырастает до его величины, однако все это еще на уровне светов спиной к спине. И вот три состояния на уровне спины. Причина же того, почему со стороны спины нет четырех состояний, состоит в том, что Кетер различим лишь спереди, и потому со стороны спины есть только три состояния.</w:t>
      </w:r>
    </w:p>
    <w:p>
      <w:pPr>
        <w:spacing w:before="40" w:after="120"/>
        <w:jc w:val="both"/>
      </w:pPr>
      <w:r>
        <w:rPr>
          <w:rFonts w:ascii="Georgia" w:hAnsi="Georgia"/>
          <w:b w:val="0"/>
          <w:i w:val="0"/>
          <w:color w:val="000000"/>
          <w:sz w:val="24"/>
        </w:rPr>
        <w:t>Есть еще четыре состояния на уровне лицом к лицу, и вот они:</w:t>
      </w:r>
    </w:p>
    <w:p>
      <w:pPr>
        <w:pStyle w:val="ListNumber"/>
        <w:spacing w:before="20" w:after="40"/>
      </w:pPr>
      <w:r>
        <w:rPr>
          <w:rFonts w:ascii="Georgia" w:hAnsi="Georgia"/>
          <w:b w:val="0"/>
          <w:i w:val="0"/>
          <w:color w:val="000000"/>
          <w:sz w:val="24"/>
        </w:rPr>
        <w:t>Она представляет собой полный парцуф лицом к лицу, но величина ее роста — от хазе де-ЗА и ниже, а ее света уровня лица, находящиеся в пяти первых [сфирот] ЗА, еще не протянулись, чтобы светить в ней. И вот первое состояние — когда она также представляет собой одну точку, включающую десять [сфирот], напротив Есода лицом к лицу, — здесь не место для его объяснения, оно разъяснено в другом месте, в толковании утренней молитвы в благословении «Авот».</w:t>
      </w:r>
    </w:p>
    <w:p>
      <w:pPr>
        <w:spacing w:before="40" w:after="120"/>
        <w:jc w:val="both"/>
      </w:pPr>
      <w:r>
        <w:rPr>
          <w:rFonts w:ascii="Georgia" w:hAnsi="Georgia"/>
          <w:b w:val="0"/>
          <w:i w:val="0"/>
          <w:color w:val="000000"/>
          <w:sz w:val="24"/>
        </w:rPr>
        <w:t>Второе: пять первых [сфирот] ЗА осветили ее сверху, но она все еще [располагается] от хазе и ниже. И тогда он опускается в свой Нецах, а она поднимается в его Ход по свойству имени БУХУ (</w:t>
      </w:r>
      <w:r>
        <w:rPr>
          <w:rFonts w:ascii="Georgia" w:hAnsi="Georgia" w:cs="Times New Roman"/>
          <w:b/>
          <w:i w:val="0"/>
          <w:color w:val="000000"/>
          <w:sz w:val="24"/>
          <w:rtl/>
          <w:szCs w:val="32"/>
        </w:rPr>
        <w:t>בוכ״ו</w:t>
      </w:r>
      <w:r>
        <w:rPr>
          <w:rFonts w:ascii="Georgia" w:hAnsi="Georgia"/>
          <w:b w:val="0"/>
          <w:i w:val="0"/>
          <w:color w:val="000000"/>
          <w:sz w:val="24"/>
        </w:rPr>
        <w:t>), и он склоняет свой рост и совершает там зивуг с ней.</w:t>
      </w:r>
    </w:p>
    <w:p>
      <w:pPr>
        <w:spacing w:before="40" w:after="120"/>
        <w:jc w:val="both"/>
      </w:pPr>
      <w:r>
        <w:rPr>
          <w:rFonts w:ascii="Georgia" w:hAnsi="Georgia"/>
          <w:b w:val="0"/>
          <w:i w:val="0"/>
          <w:color w:val="000000"/>
          <w:sz w:val="24"/>
        </w:rPr>
        <w:t>Третье: она становится велика, подобно ему, во всю величину его роста лицом к лицу, и получает света пяти первых [сфирот] там, когда находится наверху вместе с ними. Однако она все еще получает свои света только через посредство ЗА, и его Кетер больше ее Кетера, поскольку он больше и возвышается над ее Кетером. Отсюда следует, что у Малхут в ней нет соответствующей ступени напротив нее в мужском парцуфе, поскольку она находится ниже его Есода. Поэтому она нуждается в нем, ведь Малхут в ней оказывается ниже всей величины его роста; тогда она должна получать через него, а ее Малхут, не имея соответствия, поднимается до ее собственного Есода, и они включаются там вместе по тайне включения, как у нас известно, и тогда она может получать от Есода де-ЗА. Отсюда следует, что в этом состоянии она обладает парцуфом только из девяти ее высших сфирот, так как десятая ее сфира включена в ее Есод, и тогда также его Кетер возвышается над ее Кетером.</w:t>
      </w:r>
    </w:p>
    <w:p>
      <w:pPr>
        <w:spacing w:before="40" w:after="120"/>
        <w:jc w:val="both"/>
      </w:pPr>
      <w:r>
        <w:rPr>
          <w:rFonts w:ascii="Georgia" w:hAnsi="Georgia"/>
          <w:b w:val="0"/>
          <w:i w:val="0"/>
          <w:color w:val="000000"/>
          <w:sz w:val="24"/>
        </w:rPr>
        <w:t>Четвертое: когда она тоже пользуется одним венцом (Кетером) подобно ему и получает свои света от самой Има, не через посредство ЗА, наподобие Аба ве-Има, и становится совершенной во всех десяти сфирот. И это предел ее роста.</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как эти три состояния проявлялись от начала сотворения мира и доныне.</w:t>
      </w:r>
    </w:p>
    <w:p>
      <w:pPr>
        <w:spacing w:before="40" w:after="120"/>
        <w:jc w:val="both"/>
      </w:pPr>
      <w:r>
        <w:rPr>
          <w:rFonts w:ascii="Georgia" w:hAnsi="Georgia"/>
          <w:b w:val="0"/>
          <w:i w:val="0"/>
          <w:color w:val="000000"/>
          <w:sz w:val="24"/>
        </w:rPr>
        <w:t xml:space="preserve">Во время ибура она все еще была на уровне одной точки, включающей десять [сфирот], и находилась внизу позади Есода де-ЗА. Когда же был сотворен мир Ацилут и возникли ЗОН, она начала расти вплоть до четвертого дня из шести дней творения. Тогда она прошла все три упомянутых состояния, существующих на уровне спиной к спине, вплоть до того, что стала полноценным парцуфом из десяти сфирот сзади, позади хазе, и там была мера ее роста — оттуда и ниже. Также и света пяти первых сфирот де-ЗА светили в ней сверху вниз в положении спиной к спине. Но когда луна предъявила претензию, она уменьшилась от упомянутой меры и вернулась к прежнему состоянию — к наибольшему уменьшению, какое только возможно: ее десять сфирот вновь поднялись, удалились и скрылись в своих корнях в девяти сфирот де-ЗА, откуда они и вышли, как сказано выше. И осталась лишь Малхут в ней — одна точка, включающая десять [сфирот], под задней стороной Есода де-ЗА. В этом смысл слов: </w:t>
      </w:r>
      <w:r>
        <w:rPr>
          <w:rFonts w:ascii="Georgia" w:hAnsi="Georgia"/>
          <w:b w:val="0"/>
          <w:i/>
          <w:color w:val="000000"/>
          <w:sz w:val="24"/>
        </w:rPr>
        <w:t>«Иди и уменьши себя»</w:t>
      </w:r>
      <w:r>
        <w:rPr>
          <w:rFonts w:ascii="Georgia" w:hAnsi="Georgia"/>
          <w:b w:val="0"/>
          <w:i w:val="0"/>
          <w:color w:val="000000"/>
          <w:sz w:val="24"/>
        </w:rPr>
        <w:t>, ведь девять ее высших сфирот удалились и поднялись в ЗА, а она осталась уменьшенной точкой и опустилась под заднюю сторону Есода. Уменьшение луны произошло в четвертый день.</w:t>
      </w:r>
    </w:p>
    <w:p>
      <w:pPr>
        <w:spacing w:before="40" w:after="120"/>
        <w:jc w:val="both"/>
      </w:pPr>
      <w:r>
        <w:rPr>
          <w:rFonts w:ascii="Georgia" w:hAnsi="Georgia"/>
          <w:b w:val="0"/>
          <w:i w:val="0"/>
          <w:color w:val="000000"/>
          <w:sz w:val="24"/>
        </w:rPr>
        <w:t>Затем, в шестой день, она снова стала расти до упомянутого третьего состояния — став полным парцуфом спиной к спине напротив хазе де-ЗА. И тогда в ней присутствуют пять светов пяти первых сфирот де-ЗА, соответствующих пяти первым дням творения: все они светили в шестой день, являющийся свойством Тиферет в нем. Тогда Малхут отстроилась и раскрылась там, а пять первых сфирот светили в ней издалека. В шестой день ЗОН совершили зивуг в положении спиной к спине, и Адам а-Ришон был сотворен только на этой ступени. И если бы Адам а-Ришон не согрешил, он поднял бы женские воды (МАН) в тот первый Шаббат, и благодаря этому ЗОН совершили бы зивуг лицом к лицу на высшей из всех ступеней — когда оба они пользуются одним венцом лицом к лицу, выше чего нет величия, и когда она получает от Има Илаа не через его посредство.</w:t>
      </w:r>
    </w:p>
    <w:p>
      <w:pPr>
        <w:spacing w:before="40" w:after="120"/>
        <w:jc w:val="both"/>
      </w:pPr>
      <w:r>
        <w:rPr>
          <w:rFonts w:ascii="Georgia" w:hAnsi="Georgia"/>
          <w:b w:val="0"/>
          <w:i w:val="0"/>
          <w:color w:val="000000"/>
          <w:sz w:val="24"/>
        </w:rPr>
        <w:t>Однако когда Адам а-Ришон согрешил в шестой день, она снова вернулась вниз, под заднюю сторону Есода, и осталась там лишь точкой, включающей десять [сфирот]. И тогда те девять высших сфирот в ней не вернулись, чтобы подняться, удалиться и скрыться в самом Зеир Анпине, как это было во время уменьшения луны в четвертый день. Но поскольку это произошло из-за греха, все эти девять сфирот опустились вниз в клипот, как будет сказано с Б-жьей помощью. И вот она оказалась в самом крайнем уменьшении из всех. Тогда она произвела Каина и Эвеля через зивуг ЗОН, как упомянуто у нас в рассуждении о Каине и Эвеле и грехе Адама а-Ришона (смотри там, каково было их состояние наверху в этот час).</w:t>
      </w:r>
    </w:p>
    <w:p>
      <w:pPr>
        <w:spacing w:before="40" w:after="120"/>
        <w:jc w:val="both"/>
      </w:pPr>
      <w:r>
        <w:rPr>
          <w:rFonts w:ascii="Georgia" w:hAnsi="Georgia"/>
          <w:b w:val="0"/>
          <w:i w:val="0"/>
          <w:color w:val="000000"/>
          <w:sz w:val="24"/>
        </w:rPr>
        <w:t>А затем, когда наступил первый день Шаббата, Нуква вновь стала выстраиваться по всем шести упомянутым состояниям, и завершилось шестое состояние: она вновь оказалась с ним лицом к лицу во всю величину его роста, за исключением лишь уровня Кетера, который был больше ее Кетера, будучи ступенью более высокой, чем все они, и возвышающейся над ней. Поэтому она все еще должна была получать от Има через его посредство, и тогда они не пользовались одним венцом, что является высшей из всех ступеней, как сказано выше.</w:t>
      </w:r>
    </w:p>
    <w:p>
      <w:pPr>
        <w:spacing w:before="40" w:after="120"/>
        <w:jc w:val="both"/>
      </w:pPr>
      <w:r>
        <w:rPr>
          <w:rFonts w:ascii="Georgia" w:hAnsi="Georgia"/>
          <w:b w:val="0"/>
          <w:i w:val="0"/>
          <w:color w:val="000000"/>
          <w:sz w:val="24"/>
        </w:rPr>
        <w:t>Затем, в первый день недели (будний день), она вернулась ко второму состоянию, став полным парцуфом из десяти сфирот позади хазе де-ЗА, и пять первых сфирот де-ЗА в ней также еще не светили. И этот порядок продолжался от сотворения Адама а-Ришона до исхода Исраэля из Египта: в каждый день Шаббата она вновь встает с ним лицом к лицу, вровень с ним, в шестом упомянутом состоянии, а в будние дни возвращалась в положение спиной к спине полным парцуфом во втором упомянутом состоянии, и пять первых сфирот де-ЗА в ней не светили. Это длилось вплоть до исхода Исраэля из Египта в ночь Песаха.</w:t>
      </w:r>
    </w:p>
    <w:p>
      <w:pPr>
        <w:spacing w:before="40" w:after="120"/>
        <w:jc w:val="both"/>
      </w:pPr>
      <w:r>
        <w:rPr>
          <w:rFonts w:ascii="Georgia" w:hAnsi="Georgia"/>
          <w:b w:val="0"/>
          <w:i w:val="0"/>
          <w:color w:val="000000"/>
          <w:sz w:val="24"/>
        </w:rPr>
        <w:t>Однако, хотя порядок был именно таков, на протяжении этого времени происходили некоторые изменения. Об этом сказали мудрецы (ХАЗАЛЬ): Адам а-Ришон удалил Шхину до первого небосвода, поколение Эноша — до второго, и так далее, пока не подняли ее выше семи небосводов, пока не пришли Авраам, Ицхак, Яаков, Леви, Кехат, Амрам и Моше и не спустили ее ниже семи небосводов, как было вначале. Суть же в том, что, как уже было разъяснено, в первый Шаббат они вновь встали лицом к лицу, но его Кетер все еще был больше ее Кетера и возвышался над ней. Отсюда следует, что Малхут в ней находится ниже всего уровня ЗА, и у нее нет источника питания напротив мужского начала, как сказано выше. Поэтому Малхут должна была подняться в ее собственный Есод, и тогда появится источник питания также и для Малхут в ней. Если так, оказывается, что из семи нижних небосводов в ней уже во времена Адама а-Ришона поднялся первый снизу вверх небосвод — уровень Малхут в ней, поднявшись в ее Есод. И получается, что теперь у нее есть парцуф только из девяти ее высших сфирот. Так происходило во все субботы; также и в будни, когда она возвращалась с ним в положение спиной к спине от хазе и ниже, у нее был парцуф лишь из девяти высших сфирот, соразмерных четырем нижним [сфирот] в нем, поскольку Малхут в ней, являющаяся первым небосводом, удалилась оттуда и поднялась в Есод. Так же поступили все семь поколений, пока не подняли ее выше семи нижних небосводов в ней.</w:t>
      </w:r>
    </w:p>
    <w:p>
      <w:pPr>
        <w:spacing w:before="40" w:after="120"/>
        <w:jc w:val="both"/>
      </w:pPr>
      <w:r>
        <w:rPr>
          <w:rFonts w:ascii="Georgia" w:hAnsi="Georgia"/>
          <w:b w:val="0"/>
          <w:i w:val="0"/>
          <w:color w:val="000000"/>
          <w:sz w:val="24"/>
        </w:rPr>
        <w:t>И тогда все ее семь нижних [сфирот] (ЗАТ) включились в три ее первые [сфирот] (ГАР). Эти три первые [сфирот] стояли напротив трех высших суставов НЕХИ де-ЗА и держались за них спиной к спине, а все ее ЗАТ были включены туда. Вся же остальная часть НЕХИ де-ЗА осталась открытой, без облачения, спускаясь ниже меры роста Нуквы, и тогда мир управлялся через ЗА.</w:t>
      </w:r>
    </w:p>
    <w:p>
      <w:pPr>
        <w:spacing w:before="40" w:after="120"/>
        <w:jc w:val="both"/>
      </w:pPr>
      <w:r>
        <w:rPr>
          <w:rFonts w:ascii="Georgia" w:hAnsi="Georgia"/>
          <w:b w:val="0"/>
          <w:i w:val="0"/>
          <w:color w:val="000000"/>
          <w:sz w:val="24"/>
        </w:rPr>
        <w:t xml:space="preserve">Об этом сказано о жителях Сдома: </w:t>
      </w:r>
      <w:r>
        <w:rPr>
          <w:rFonts w:ascii="Georgia" w:hAnsi="Georgia"/>
          <w:b w:val="0"/>
          <w:i/>
          <w:color w:val="000000"/>
          <w:sz w:val="24"/>
        </w:rPr>
        <w:t>«И Г-сподь пролил дождем на Сдом... от Г-спода с небес»</w:t>
      </w:r>
      <w:r>
        <w:rPr>
          <w:rFonts w:ascii="Georgia" w:hAnsi="Georgia"/>
          <w:b w:val="0"/>
          <w:i w:val="0"/>
          <w:color w:val="000000"/>
          <w:sz w:val="24"/>
        </w:rPr>
        <w:t xml:space="preserve"> (Берешит 19:24), ибо главное управление исходило с небес, то есть от ЗА. Однако поскольку Нуква также была включена в три высших сустава НЕХИ де-ЗА, она упомянута во включении вместе с ним, как сказано: </w:t>
      </w:r>
      <w:r>
        <w:rPr>
          <w:rFonts w:ascii="Georgia" w:hAnsi="Georgia"/>
          <w:b w:val="0"/>
          <w:i/>
          <w:color w:val="000000"/>
          <w:sz w:val="24"/>
        </w:rPr>
        <w:t>«И Г-сподь пролил дождем...»</w:t>
      </w:r>
      <w:r>
        <w:rPr>
          <w:rFonts w:ascii="Georgia" w:hAnsi="Georgia"/>
          <w:b w:val="0"/>
          <w:i w:val="0"/>
          <w:color w:val="000000"/>
          <w:sz w:val="24"/>
        </w:rPr>
        <w:t xml:space="preserve"> — Он и Его суд. И в этом смысл сказанного в Зоаре: суды мужского начала суровы в начале и мягки в конце. Ведь все суды ЗА сосредоточены в его НЕХИ, и когда они распространяются в Нукву и становятся в ней светом разума (мохин), то смягчаются там в конце, поскольку снова стали свойством мохин. Когда же [система находится] в упомянутом состоянии, где ее ЗАТ включены в ее ГАР в начале его НЕХИ, тогда они являются суровыми судами в своем завершении. Поэтому </w:t>
      </w:r>
      <w:r>
        <w:rPr>
          <w:rFonts w:ascii="Georgia" w:hAnsi="Georgia"/>
          <w:b w:val="0"/>
          <w:i/>
          <w:color w:val="000000"/>
          <w:sz w:val="24"/>
        </w:rPr>
        <w:t>«пролил Г-сподь дождем серу и огонь»</w:t>
      </w:r>
      <w:r>
        <w:rPr>
          <w:rFonts w:ascii="Georgia" w:hAnsi="Georgia"/>
          <w:b w:val="0"/>
          <w:i w:val="0"/>
          <w:color w:val="000000"/>
          <w:sz w:val="24"/>
        </w:rPr>
        <w:t xml:space="preserve"> (Берешит 19:24) — суровыми судами с небес, ведь тогда ЗА представляет собой не милосердие, а суд. Ибо милосердием он называется лишь тогда, когда его НЕХИ становятся мохин в рош де-Нуква.</w:t>
      </w:r>
    </w:p>
    <w:p>
      <w:pPr>
        <w:spacing w:before="40" w:after="120"/>
        <w:jc w:val="both"/>
      </w:pPr>
      <w:r>
        <w:rPr>
          <w:rFonts w:ascii="Georgia" w:hAnsi="Georgia"/>
          <w:b w:val="0"/>
          <w:i w:val="0"/>
          <w:color w:val="000000"/>
          <w:sz w:val="24"/>
        </w:rPr>
        <w:t>В этом также смысл выведения солнца из его оболочки, упоминаемого в речениях мудрецов и в «Тиккуним», где это [сочетание] АВАЯ (</w:t>
      </w:r>
      <w:r>
        <w:rPr>
          <w:rFonts w:ascii="Georgia" w:hAnsi="Georgia" w:cs="Times New Roman"/>
          <w:b/>
          <w:i w:val="0"/>
          <w:color w:val="000000"/>
          <w:sz w:val="24"/>
          <w:rtl/>
          <w:szCs w:val="32"/>
        </w:rPr>
        <w:t>יהוה</w:t>
      </w:r>
      <w:r>
        <w:rPr>
          <w:rFonts w:ascii="Georgia" w:hAnsi="Georgia"/>
          <w:b w:val="0"/>
          <w:i w:val="0"/>
          <w:color w:val="000000"/>
          <w:sz w:val="24"/>
        </w:rPr>
        <w:t>) и АДОНАЙ (</w:t>
      </w:r>
      <w:r>
        <w:rPr>
          <w:rFonts w:ascii="Georgia" w:hAnsi="Georgia" w:cs="Times New Roman"/>
          <w:b/>
          <w:i w:val="0"/>
          <w:color w:val="000000"/>
          <w:sz w:val="24"/>
          <w:rtl/>
          <w:szCs w:val="32"/>
        </w:rPr>
        <w:t>אדני</w:t>
      </w:r>
      <w:r>
        <w:rPr>
          <w:rFonts w:ascii="Georgia" w:hAnsi="Georgia"/>
          <w:b w:val="0"/>
          <w:i w:val="0"/>
          <w:color w:val="000000"/>
          <w:sz w:val="24"/>
        </w:rPr>
        <w:t>), как упомянуто в Тиккуне 21 (лист 58). Смысл в том, что солнце — это ЗА, а его оболочка — Нуква, облачающая его НЕХИ, которые суть суровые суды, называемые солнцем, внутри оболочки — головы Нуквы, и тогда их сила ослабевает. Когда же солнце выходит из оболочки, как сказано выше, оно сжигает весь мир тяжкими судами. И выше уже было разъяснено, что это происходило только в будние дни. в субботы же [состояние было] лицом к лицу упомянутым образом. И это продолжалось до тех пор, пока не пришел Авраам и не спустил ее на один небосвод — то есть ступень Хеседа в ней, распространившуюся вниз, ведь известно, что Авраам — муж милосердия (хесед). Так же поступили и остальные [праведники] вплоть до Моше, и тогда распространилась также Малхут в ней, и распространились девять ее сфирот в положении спиной к спине ниже хазе, но свет пяти первых сфирот де-ЗА в ней все еще не светил. И все это — в будние дни, как сказано выше.</w:t>
      </w:r>
    </w:p>
    <w:p>
      <w:pPr>
        <w:spacing w:before="40" w:after="120"/>
        <w:jc w:val="both"/>
      </w:pPr>
      <w:r>
        <w:rPr>
          <w:rFonts w:ascii="Georgia" w:hAnsi="Georgia"/>
          <w:b w:val="0"/>
          <w:i w:val="0"/>
          <w:color w:val="000000"/>
          <w:sz w:val="24"/>
        </w:rPr>
        <w:t>Причина же состояла в том, что все души тех поколений, относившиеся к категории Исраэля, были смешаны в поколении Раскола, в поколении Сдома и в египетском поколении, и добро было смешано со злом, как сказано в отдельном рассуждении с Б-жьей помощью. И потому те праведники не могли протянуть свет пяти первых сфирот вниз, чтобы они освещали ее, как будет сказано с Б-жьей помощью о египетском изгнании. И в этом причина четырехсот лет египетского изгнания: то изгнание было состоянием удаления пяти первых сфирот де-ЗА из четырех его нижних сфирот, где располагается мера роста Малхут.</w:t>
      </w:r>
    </w:p>
    <w:p>
      <w:pPr>
        <w:spacing w:before="40" w:after="120"/>
        <w:jc w:val="both"/>
      </w:pPr>
      <w:r>
        <w:rPr>
          <w:rFonts w:ascii="Georgia" w:hAnsi="Georgia"/>
          <w:b w:val="0"/>
          <w:i w:val="0"/>
          <w:color w:val="000000"/>
          <w:sz w:val="24"/>
        </w:rPr>
        <w:t xml:space="preserve">[Примечание. Мне, Хаиму [Виталю], представляется: в этом тайна стиха </w:t>
      </w:r>
      <w:r>
        <w:rPr>
          <w:rFonts w:ascii="Georgia" w:hAnsi="Georgia"/>
          <w:b w:val="0"/>
          <w:i/>
          <w:color w:val="000000"/>
          <w:sz w:val="24"/>
        </w:rPr>
        <w:t>«И вооруженными поднялись сыны Исраэля из земли Египетской»</w:t>
      </w:r>
      <w:r>
        <w:rPr>
          <w:rFonts w:ascii="Georgia" w:hAnsi="Georgia"/>
          <w:b w:val="0"/>
          <w:i w:val="0"/>
          <w:color w:val="000000"/>
          <w:sz w:val="24"/>
        </w:rPr>
        <w:t xml:space="preserve"> (Шмот 13:18), ибо при их исходе из Египта вернулись пять первых сфирот, каждая из которых включает десять, что составляет пятьдесят (</w:t>
      </w:r>
      <w:r>
        <w:rPr>
          <w:rFonts w:ascii="Georgia" w:hAnsi="Georgia" w:cs="Times New Roman"/>
          <w:b/>
          <w:i w:val="0"/>
          <w:color w:val="000000"/>
          <w:sz w:val="24"/>
          <w:rtl/>
          <w:szCs w:val="32"/>
        </w:rPr>
        <w:t>נ</w:t>
      </w:r>
      <w:r>
        <w:rPr>
          <w:rFonts w:ascii="Georgia" w:hAnsi="Georgia"/>
          <w:b w:val="0"/>
          <w:i w:val="0"/>
          <w:color w:val="000000"/>
          <w:sz w:val="24"/>
        </w:rPr>
        <w:t xml:space="preserve"> = 50), и пойми это. Конец примечания.] И соответственно этим четырем [сфирот], лишенным упомянутого света, изгнание длилось четыреста лет (</w:t>
      </w:r>
      <w:r>
        <w:rPr>
          <w:rFonts w:ascii="Georgia" w:hAnsi="Georgia" w:cs="Times New Roman"/>
          <w:b/>
          <w:i w:val="0"/>
          <w:color w:val="000000"/>
          <w:sz w:val="24"/>
          <w:rtl/>
          <w:szCs w:val="32"/>
        </w:rPr>
        <w:t>ת</w:t>
      </w:r>
      <w:r>
        <w:rPr>
          <w:rFonts w:ascii="Georgia" w:hAnsi="Georgia"/>
          <w:b w:val="0"/>
          <w:i w:val="0"/>
          <w:color w:val="000000"/>
          <w:sz w:val="24"/>
        </w:rPr>
        <w:t xml:space="preserve"> = 400). Затем, когда подошел срок освобождения из Египта, в десятый день месяца взяли пасхального агнца, чтобы указать: тогда она стала полным парцуфом из десяти сфирот по тайне спиной к спине, и потому взяли в десятый день. Затем ждали пять дней, и в ней осветили еще пять первых сфирот в нем, и тогда настала ночь Песаха — пятнадцатого числа месяца.</w:t>
      </w:r>
    </w:p>
    <w:p>
      <w:pPr>
        <w:spacing w:before="40" w:after="120"/>
        <w:jc w:val="both"/>
      </w:pPr>
      <w:r>
        <w:rPr>
          <w:rFonts w:ascii="Georgia" w:hAnsi="Georgia"/>
          <w:b w:val="0"/>
          <w:i w:val="0"/>
          <w:color w:val="000000"/>
          <w:sz w:val="24"/>
        </w:rPr>
        <w:t>В этом тайна сказанного в Зоаре (раздел «Эмор», лист 112) о пятнадцатом дне месяца: тогда луна стоит в полноте — пять над десятью. Смысл: когда она находится по тайне спины, это уровень десяти сфирот, но мера ее роста занимает лишь четыре нижние сфирот де-ЗА, а пять первых сфирот де-ЗА возвышаются над ними. Когда же она растет вместе с ним вверх, то занимает их место, и оказывается, что она теперь на уровне пяти над десятью. Это и происходит в ночь Песаха — пятнадцатого числа месяца, ведь тогда она вновь встала с ним лицом к лицу в упомянутом шестом состоянии. Поэтому в ту ночь мы читаем полный Алель (ведь рост Нуквы, называемой АДОНАЙ (</w:t>
      </w:r>
      <w:r>
        <w:rPr>
          <w:rFonts w:ascii="Georgia" w:hAnsi="Georgia" w:cs="Times New Roman"/>
          <w:b/>
          <w:i w:val="0"/>
          <w:color w:val="000000"/>
          <w:sz w:val="24"/>
          <w:rtl/>
          <w:szCs w:val="32"/>
        </w:rPr>
        <w:t>אדני</w:t>
      </w:r>
      <w:r>
        <w:rPr>
          <w:rFonts w:ascii="Georgia" w:hAnsi="Georgia"/>
          <w:b w:val="0"/>
          <w:i w:val="0"/>
          <w:color w:val="000000"/>
          <w:sz w:val="24"/>
        </w:rPr>
        <w:t xml:space="preserve">), что равно по гематрии слову </w:t>
      </w:r>
      <w:r>
        <w:rPr>
          <w:rFonts w:ascii="Georgia" w:hAnsi="Georgia"/>
          <w:b w:val="0"/>
          <w:i/>
          <w:color w:val="000000"/>
          <w:sz w:val="24"/>
        </w:rPr>
        <w:t>алель</w:t>
      </w:r>
      <w:r>
        <w:rPr>
          <w:rFonts w:ascii="Georgia" w:hAnsi="Georgia"/>
          <w:b w:val="0"/>
          <w:i w:val="0"/>
          <w:color w:val="000000"/>
          <w:sz w:val="24"/>
        </w:rPr>
        <w:t xml:space="preserve"> (</w:t>
      </w:r>
      <w:r>
        <w:rPr>
          <w:rFonts w:ascii="Georgia" w:hAnsi="Georgia" w:cs="Times New Roman"/>
          <w:b/>
          <w:i w:val="0"/>
          <w:color w:val="000000"/>
          <w:sz w:val="24"/>
          <w:rtl/>
          <w:szCs w:val="32"/>
        </w:rPr>
        <w:t>הַלֵּל</w:t>
      </w:r>
      <w:r>
        <w:rPr>
          <w:rFonts w:ascii="Georgia" w:hAnsi="Georgia"/>
          <w:b w:val="0"/>
          <w:i w:val="0"/>
          <w:color w:val="000000"/>
          <w:sz w:val="24"/>
        </w:rPr>
        <w:t xml:space="preserve"> = 65), завершился), но тотчас она опустилась обратно, как вначале, и потому нет полного Алеля в остальные семь дней Песаха.</w:t>
      </w:r>
    </w:p>
    <w:p>
      <w:pPr>
        <w:spacing w:before="40" w:after="120"/>
        <w:jc w:val="both"/>
      </w:pPr>
      <w:r>
        <w:rPr>
          <w:rFonts w:ascii="Georgia" w:hAnsi="Georgia"/>
          <w:b w:val="0"/>
          <w:i w:val="0"/>
          <w:color w:val="000000"/>
          <w:sz w:val="24"/>
        </w:rPr>
        <w:t>Затем, с той поры и до тех пор, пока Шломо не построил Первый Храм, во все дни Шаббата она находилась лицом к лицу в упомянутом шестом состоянии, а во все шесть будних дней находилась спиной к спине в упомянутом третьем состоянии: была полным парцуфом из десяти сфирот от хазе и ниже, и свет пяти первых сфирот де-ЗА постоянно освещал ее. В этом причина памятования об исходе из Египта: то было великое избавление по сравнению с тем, что в дни изгнания она пребывала лишь во втором состоянии — полным парцуфом из десяти сфирот сзади от хазе и ниже, без свечений пяти первых сфирот в ней, чего не скажешь о разрушении Первого Храма, как будет сказано с Б-жьей помощью. А затем, когда Шломо построил Первый Храм, добавилось в ней еще одно состояние: как в Шаббат, так и в будни она всегда пребывала с ним лицом к лицу в шестом состоянии. Однако седьмое состояние — когда два мелеха пользуются одним венцом (Кетером), как сказано выше, — никогда не наступало и не наступит до будущего времени; а если бы так было в Первом Храме, ни один народ и никакой язык не властвовали бы над нами больше никогда.</w:t>
      </w:r>
    </w:p>
    <w:p>
      <w:pPr>
        <w:spacing w:before="40" w:after="120"/>
        <w:jc w:val="both"/>
      </w:pPr>
      <w:r>
        <w:rPr>
          <w:rFonts w:ascii="Georgia" w:hAnsi="Georgia"/>
          <w:b w:val="0"/>
          <w:i w:val="0"/>
          <w:color w:val="000000"/>
          <w:sz w:val="24"/>
        </w:rPr>
        <w:t>В Первом Храме прибавилось также великое свечение, суть которого заключается в следующем: как сказано в другом месте, ЗА изначально состоял из шести концов (ВАК) — ХАГАТ и НЕХИ. Затем ХАГАТ поднялись и стали ХАБАД, а НЕХИ стали ХАГАТ, и Бине потребовалось распространиться в нем и образовать новые НЕХИ. Отсюда следует, что в ЗА есть первый Ход и второй Ход; первый Ход стал затем в нем свойством Гвуры, и известно, что Бина в ЗА распространяется вплоть до его Хода. До Первого Храма Бина распространялась в нем лишь до первого Хода, который впоследствии стал уровнем Гвуры. Выходит, что распространение Бины внутри ЗА охватывало только пять первых сфирот — ХАБАД, Хесед и Гвуру (Кетер же не считается, поскольку Кетер и Даат — одно целое, как известно). В Тиферет де-ЗА Бина также не распространялась, ибо Нецах и Ход де-Има длинны и широко простираются по двум линиям, правой и левой, но ее Есод, находящийся на средней линии, оканчивается в его Даат. И тогда Бина распространялась только в пяти первых [сфирот]. Однако после построения Первого Храма Бина распространилась до второго Хода де-ЗА, и теперь это семь сфирот, в которых Бина распространяется внутри ЗА.</w:t>
      </w:r>
    </w:p>
    <w:p>
      <w:pPr>
        <w:spacing w:before="40" w:after="120"/>
        <w:jc w:val="both"/>
      </w:pPr>
      <w:r>
        <w:rPr>
          <w:rFonts w:ascii="Georgia" w:hAnsi="Georgia"/>
          <w:b w:val="0"/>
          <w:i w:val="0"/>
          <w:color w:val="000000"/>
          <w:sz w:val="24"/>
        </w:rPr>
        <w:t>Затем, когда грехи привели к разрушению, был разрушен Первый Храм, и в самый час разрушения Малхут опустилась позади Есода де-ЗА. Однако девять ее высших сфирот не опустились в клипот, как это было при грехе Адама а-Ришона, но поднялись наверх внутрь ЗА к своим корням, как сказано выше об уменьшении луны. И если бы она не уменьшилась этим великим уменьшением, у клипот и у народов мира не было бы власти разрушить Храм; но поскольку девять высших сфирот вновь скрылись наверху в ЗА, клипот не возобладали над ними.</w:t>
      </w:r>
    </w:p>
    <w:p>
      <w:pPr>
        <w:spacing w:before="40" w:after="120"/>
        <w:jc w:val="both"/>
      </w:pPr>
      <w:r>
        <w:rPr>
          <w:rFonts w:ascii="Georgia" w:hAnsi="Georgia"/>
          <w:b w:val="0"/>
          <w:i w:val="0"/>
          <w:color w:val="000000"/>
          <w:sz w:val="24"/>
        </w:rPr>
        <w:t xml:space="preserve">Тотчас после разрушения Нуква вновь выстроилась в третьем состоянии и стала парцуфом из десяти сфирот спиной к спине от хазе и ниже, притом что и тогда пять первых сфирот де-ЗА освещали ее. Все это происходило в будни, так как в Шаббат она находилась лицом к лицу в шестом состоянии. Получается, что во время разрушения Первого Храма, в течение семидесяти лет вавилонского изгнания, Нуква пребывала в точности в таком же состоянии, как при исходе из Египта и в поколении пустыни. Об этом говорит Писание: </w:t>
      </w:r>
      <w:r>
        <w:rPr>
          <w:rFonts w:ascii="Georgia" w:hAnsi="Georgia"/>
          <w:b w:val="0"/>
          <w:i/>
          <w:color w:val="000000"/>
          <w:sz w:val="24"/>
        </w:rPr>
        <w:t>«Пустыней ли был Я для Исраэля?..»</w:t>
      </w:r>
      <w:r>
        <w:rPr>
          <w:rFonts w:ascii="Georgia" w:hAnsi="Georgia"/>
          <w:b w:val="0"/>
          <w:i w:val="0"/>
          <w:color w:val="000000"/>
          <w:sz w:val="24"/>
        </w:rPr>
        <w:t xml:space="preserve"> (Ирмеяу 2:31). И то, что тогда считалось избавлением из Египта, теперь стало считаться изгнанием. Ведь изначально в египетском плену было полное изгнание, когда даже при нахождении спиной к спине в будние дни свет пяти первых его сфирот не освещал ее, и потому, когда добавилось свечение пяти первых [сфирот], это стало избавлением. Но теперь, когда во времена Первого Храма даже в будние дни они стояли лицом к лицу равного роста, возвращение к третьему состоянию спиной к спине — хотя свет пяти первых сфирот и освещал ее — считалось полным изгнанием.</w:t>
      </w:r>
    </w:p>
    <w:p>
      <w:pPr>
        <w:spacing w:before="40" w:after="120"/>
        <w:jc w:val="both"/>
      </w:pPr>
      <w:r>
        <w:rPr>
          <w:rFonts w:ascii="Georgia" w:hAnsi="Georgia"/>
          <w:b w:val="0"/>
          <w:i w:val="0"/>
          <w:color w:val="000000"/>
          <w:sz w:val="24"/>
        </w:rPr>
        <w:t>Ущерб же, возникший теперь в вавилонском изгнании, состоял в том, что те свечения, которые озаряли семь высших сфирот, в коих Бина распространялась в ЗА во времена Первого Храма, освещая ее лицом к лицу, опустились и протянулись к клипот из-за наших грехов. Однако это коснулось лишь свечений, а не самих девяти первых сфирот Нуквы, которые поднялись в ЗА. Лишь эти семь светов опустились в клипот, а она вернулась в состояние спиной к спине в будние дни, как сказано выше.</w:t>
      </w:r>
    </w:p>
    <w:p>
      <w:pPr>
        <w:spacing w:before="40" w:after="120"/>
        <w:jc w:val="both"/>
      </w:pPr>
      <w:r>
        <w:rPr>
          <w:rFonts w:ascii="Georgia" w:hAnsi="Georgia"/>
          <w:b w:val="0"/>
          <w:i w:val="0"/>
          <w:color w:val="000000"/>
          <w:sz w:val="24"/>
        </w:rPr>
        <w:t xml:space="preserve">В этом смысл семидесяти лет вавилонского изгнания — соответственно семи этим светам, являющимся семью [сфирот], каждая из которых включает десять. Поэтому оно названо «вавилонским изгнанием» (Бавель, </w:t>
      </w:r>
      <w:r>
        <w:rPr>
          <w:rFonts w:ascii="Georgia" w:hAnsi="Georgia" w:cs="Times New Roman"/>
          <w:b/>
          <w:i w:val="0"/>
          <w:color w:val="000000"/>
          <w:sz w:val="24"/>
          <w:rtl/>
          <w:szCs w:val="32"/>
        </w:rPr>
        <w:t>בבל</w:t>
      </w:r>
      <w:r>
        <w:rPr>
          <w:rFonts w:ascii="Georgia" w:hAnsi="Georgia"/>
          <w:b w:val="0"/>
          <w:i w:val="0"/>
          <w:color w:val="000000"/>
          <w:sz w:val="24"/>
        </w:rPr>
        <w:t>), что по гематрии равно слову «нищий» (</w:t>
      </w:r>
      <w:r>
        <w:rPr>
          <w:rFonts w:ascii="Georgia" w:hAnsi="Georgia"/>
          <w:b w:val="0"/>
          <w:i/>
          <w:color w:val="000000"/>
          <w:sz w:val="24"/>
        </w:rPr>
        <w:t>даль</w:t>
      </w:r>
      <w:r>
        <w:rPr>
          <w:rFonts w:ascii="Georgia" w:hAnsi="Georgia"/>
          <w:b w:val="0"/>
          <w:i w:val="0"/>
          <w:color w:val="000000"/>
          <w:sz w:val="24"/>
        </w:rPr>
        <w:t xml:space="preserve">, </w:t>
      </w:r>
      <w:r>
        <w:rPr>
          <w:rFonts w:ascii="Georgia" w:hAnsi="Georgia" w:cs="Times New Roman"/>
          <w:b/>
          <w:i w:val="0"/>
          <w:color w:val="000000"/>
          <w:sz w:val="24"/>
          <w:rtl/>
          <w:szCs w:val="32"/>
        </w:rPr>
        <w:t>דל</w:t>
      </w:r>
      <w:r>
        <w:rPr>
          <w:rFonts w:ascii="Georgia" w:hAnsi="Georgia"/>
          <w:b w:val="0"/>
          <w:i w:val="0"/>
          <w:color w:val="000000"/>
          <w:sz w:val="24"/>
        </w:rPr>
        <w:t xml:space="preserve"> = 34), как известно: Малхут строится через имя БУХУ (</w:t>
      </w:r>
      <w:r>
        <w:rPr>
          <w:rFonts w:ascii="Georgia" w:hAnsi="Georgia" w:cs="Times New Roman"/>
          <w:b/>
          <w:i w:val="0"/>
          <w:color w:val="000000"/>
          <w:sz w:val="24"/>
          <w:rtl/>
          <w:szCs w:val="32"/>
        </w:rPr>
        <w:t>בוכ״ו</w:t>
      </w:r>
      <w:r>
        <w:rPr>
          <w:rFonts w:ascii="Georgia" w:hAnsi="Georgia"/>
          <w:b w:val="0"/>
          <w:i w:val="0"/>
          <w:color w:val="000000"/>
          <w:sz w:val="24"/>
        </w:rPr>
        <w:t xml:space="preserve"> = 34) — замену ЭЙЕ, равную по гематрии тридцати четырем (</w:t>
      </w:r>
      <w:r>
        <w:rPr>
          <w:rFonts w:ascii="Georgia" w:hAnsi="Georgia" w:cs="Times New Roman"/>
          <w:b/>
          <w:i w:val="0"/>
          <w:color w:val="000000"/>
          <w:sz w:val="24"/>
          <w:rtl/>
          <w:szCs w:val="32"/>
        </w:rPr>
        <w:t>ד״ל</w:t>
      </w:r>
      <w:r>
        <w:rPr>
          <w:rFonts w:ascii="Georgia" w:hAnsi="Georgia"/>
          <w:b w:val="0"/>
          <w:i w:val="0"/>
          <w:color w:val="000000"/>
          <w:sz w:val="24"/>
        </w:rPr>
        <w:t xml:space="preserve">). И тогда мера роста Малхут составляет </w:t>
      </w:r>
      <w:r>
        <w:rPr>
          <w:rFonts w:ascii="Georgia" w:hAnsi="Georgia"/>
          <w:b w:val="0"/>
          <w:i/>
          <w:color w:val="000000"/>
          <w:sz w:val="24"/>
        </w:rPr>
        <w:t>«длину полотнища тридцать локтей и ширину четыре локтя»</w:t>
      </w:r>
      <w:r>
        <w:rPr>
          <w:rFonts w:ascii="Georgia" w:hAnsi="Georgia"/>
          <w:b w:val="0"/>
          <w:i w:val="0"/>
          <w:color w:val="000000"/>
          <w:sz w:val="24"/>
        </w:rPr>
        <w:t xml:space="preserve"> (Шмот 26:8) — по числу тридцать четыре (</w:t>
      </w:r>
      <w:r>
        <w:rPr>
          <w:rFonts w:ascii="Georgia" w:hAnsi="Georgia" w:cs="Times New Roman"/>
          <w:b/>
          <w:i w:val="0"/>
          <w:color w:val="000000"/>
          <w:sz w:val="24"/>
          <w:rtl/>
          <w:szCs w:val="32"/>
        </w:rPr>
        <w:t>ד״ל</w:t>
      </w:r>
      <w:r>
        <w:rPr>
          <w:rFonts w:ascii="Georgia" w:hAnsi="Georgia"/>
          <w:b w:val="0"/>
          <w:i w:val="0"/>
          <w:color w:val="000000"/>
          <w:sz w:val="24"/>
        </w:rPr>
        <w:t>); теперь же уменьшились ее строение и прежняя высота, составлявшие тридцать четыре.</w:t>
      </w:r>
    </w:p>
    <w:p>
      <w:pPr>
        <w:spacing w:before="40" w:after="120"/>
        <w:jc w:val="both"/>
      </w:pPr>
      <w:r>
        <w:rPr>
          <w:rFonts w:ascii="Georgia" w:hAnsi="Georgia"/>
          <w:b w:val="0"/>
          <w:i w:val="0"/>
          <w:color w:val="000000"/>
          <w:sz w:val="24"/>
        </w:rPr>
        <w:t>Затем, во Втором Храме, в дни Шаббата она поднималась лицом к лицу в шестом состоянии, а в будние дни поднималась лицом к лицу в пятом состоянии: была полным парцуфом из десяти сфирот величиной от его хазе и ниже лицом к лицу, и пять первых его сфирот светили в ней издалека. Однако она не поднималась прямо напротив них, как это было в Первом Храме в будние дни. В этом причина того, почему во Втором Храме недоставало пяти вещей: Урим и Тумим и других. И в этом смысл сказанного в Зоаре (раздел «Шмот»): Первый Храм соответствует высшей букве хэй (</w:t>
      </w:r>
      <w:r>
        <w:rPr>
          <w:rFonts w:ascii="Georgia" w:hAnsi="Georgia" w:cs="Times New Roman"/>
          <w:b/>
          <w:i w:val="0"/>
          <w:color w:val="000000"/>
          <w:sz w:val="24"/>
          <w:rtl/>
          <w:szCs w:val="32"/>
        </w:rPr>
        <w:t>ה</w:t>
      </w:r>
      <w:r>
        <w:rPr>
          <w:rFonts w:ascii="Georgia" w:hAnsi="Georgia"/>
          <w:b w:val="0"/>
          <w:i w:val="0"/>
          <w:color w:val="000000"/>
          <w:sz w:val="24"/>
        </w:rPr>
        <w:t>), а Второй Храм — нижней букве хэй (</w:t>
      </w:r>
      <w:r>
        <w:rPr>
          <w:rFonts w:ascii="Georgia" w:hAnsi="Georgia" w:cs="Times New Roman"/>
          <w:b/>
          <w:i w:val="0"/>
          <w:color w:val="000000"/>
          <w:sz w:val="24"/>
          <w:rtl/>
          <w:szCs w:val="32"/>
        </w:rPr>
        <w:t>ה</w:t>
      </w:r>
      <w:r>
        <w:rPr>
          <w:rFonts w:ascii="Georgia" w:hAnsi="Georgia"/>
          <w:b w:val="0"/>
          <w:i w:val="0"/>
          <w:color w:val="000000"/>
          <w:sz w:val="24"/>
        </w:rPr>
        <w:t>). Смысл в том, как мы уже разъяснили: в Первом Храме они находились лицом к лицу до самого верха в шестом состоянии, и пять первых сфирот светили в ней; тогда луна называлась пребывающей в полнолунии в пятнадцатый день месяца по тайне пятнадцати — пять над десятью, как сказано выше. Выходит, что когда они находились наверху, она тоже называлась высшей хэй; во Втором же Храме, где она в будни стояла лицом к лицу на уровне четырех нижних сфирот в нем, будучи пятой к ним, она называется нижней хэй.</w:t>
      </w:r>
    </w:p>
    <w:p>
      <w:pPr>
        <w:spacing w:before="40" w:after="120"/>
        <w:jc w:val="both"/>
      </w:pPr>
      <w:r>
        <w:rPr>
          <w:rFonts w:ascii="Georgia" w:hAnsi="Georgia"/>
          <w:b w:val="0"/>
          <w:i w:val="0"/>
          <w:color w:val="000000"/>
          <w:sz w:val="24"/>
        </w:rPr>
        <w:t>Есть и другая причина, связанная со сказанным выше: в Первом Храме Има Илаа, называемая высшей хэй, распространялась до второго Хода де-ЗА, и Малхут питалась от нее, так как там находится место Малхут. Во Втором же Храме Бина распространялась лишь до первого Хода де-ЗА, являющегося нынешней Гвурой, как сказано выше. Получается, что Малхут в будни во Втором Храме, хотя и стояла лицом к лицу, находилась от хазе и ниже и не питалась от высшей хэй; поэтому она называется нижней хэй, так как не получала питание от пяти первых сфирот. Запомни это предисловие о распространении Бины до первого Хода и до второго Хода — когда происходит одно, а когда другое.</w:t>
      </w:r>
    </w:p>
    <w:p>
      <w:pPr>
        <w:spacing w:before="40" w:after="120"/>
        <w:jc w:val="both"/>
      </w:pPr>
      <w:r>
        <w:rPr>
          <w:rFonts w:ascii="Georgia" w:hAnsi="Georgia"/>
          <w:b w:val="0"/>
          <w:i w:val="0"/>
          <w:color w:val="000000"/>
          <w:sz w:val="24"/>
        </w:rPr>
        <w:t xml:space="preserve">А затем, при разрушении Второго Храма, произошло самое глубокое уменьшение из всех времен, в точности подобное времени греха Адама а-Ришона: она оказалась в таком же положении, как в первом состоянии Ацилута спиной к спине, когда была точкой, включающей десять [сфирот] (только свойством Малхут в ней), позади его Есода. Но добавился изъян: те девять ее сфирот опустились вниз в клипот, и тогда пропали опоры — НЕХИ де-ЗА, поддерживающие ее. В этом тайна стиха: </w:t>
      </w:r>
      <w:r>
        <w:rPr>
          <w:rFonts w:ascii="Georgia" w:hAnsi="Georgia"/>
          <w:b w:val="0"/>
          <w:i/>
          <w:color w:val="000000"/>
          <w:sz w:val="24"/>
        </w:rPr>
        <w:t>«Поверг с небес на землю...»</w:t>
      </w:r>
      <w:r>
        <w:rPr>
          <w:rFonts w:ascii="Georgia" w:hAnsi="Georgia"/>
          <w:b w:val="0"/>
          <w:i w:val="0"/>
          <w:color w:val="000000"/>
          <w:sz w:val="24"/>
        </w:rPr>
        <w:t xml:space="preserve"> (Эйха 2:1), ибо Тиферет Исраэль, то есть ЗА, поверг Малхут, называемую «землей», которая прежде находилась в его Тиферет, именуемом «небесами», и оттуда сбросил ее даже ниже подножия ног своих — его НЕХИ, так что она упала под заднюю сторону его Есода.</w:t>
      </w:r>
    </w:p>
    <w:p>
      <w:pPr>
        <w:spacing w:before="40" w:after="120"/>
        <w:jc w:val="both"/>
      </w:pPr>
      <w:r>
        <w:rPr>
          <w:rFonts w:ascii="Georgia" w:hAnsi="Georgia"/>
          <w:b w:val="0"/>
          <w:i w:val="0"/>
          <w:color w:val="000000"/>
          <w:sz w:val="24"/>
        </w:rPr>
        <w:t xml:space="preserve">Об этом сказано: </w:t>
      </w:r>
      <w:r>
        <w:rPr>
          <w:rFonts w:ascii="Georgia" w:hAnsi="Georgia"/>
          <w:b w:val="0"/>
          <w:i/>
          <w:color w:val="000000"/>
          <w:sz w:val="24"/>
        </w:rPr>
        <w:t>«И превзошел грех дочери народа моего грех Сдома...»</w:t>
      </w:r>
      <w:r>
        <w:rPr>
          <w:rFonts w:ascii="Georgia" w:hAnsi="Georgia"/>
          <w:b w:val="0"/>
          <w:i w:val="0"/>
          <w:color w:val="000000"/>
          <w:sz w:val="24"/>
        </w:rPr>
        <w:t xml:space="preserve"> (Эйха 4:6), ведь в поколении жителей Сдома Малхут находилась сзади НЕХИ де-ЗА, как сказано выше по тайне стиха </w:t>
      </w:r>
      <w:r>
        <w:rPr>
          <w:rFonts w:ascii="Georgia" w:hAnsi="Georgia"/>
          <w:b w:val="0"/>
          <w:i/>
          <w:color w:val="000000"/>
          <w:sz w:val="24"/>
        </w:rPr>
        <w:t>«И Г-сподь пролил дождем...»</w:t>
      </w:r>
      <w:r>
        <w:rPr>
          <w:rFonts w:ascii="Georgia" w:hAnsi="Georgia"/>
          <w:b w:val="0"/>
          <w:i w:val="0"/>
          <w:color w:val="000000"/>
          <w:sz w:val="24"/>
        </w:rPr>
        <w:t xml:space="preserve">, теперь же она пала как одинокая точка под Есод, а девять ее сфирот опустились в клипот — и тем более свечение пяти первых сфирот де-ЗА, павшее при разрушении Первого Храма. Выходит, что грех Адама а-Ришона и грех разрушения Второго Храма по сути одинаковы, с той лишь разницей, что грех Адама а-Ришона дал реальное исправление клипот, которые изначально были неупорядоченными, как будет сказано с Б-жьей помощью. Во время же разрушения [Второго Храма] грехом Исраэля клипот уже были исправлены, и содеянное лишь вернуло и облачило в них святость, как сказано выше. В этом тайна стиха: </w:t>
      </w:r>
      <w:r>
        <w:rPr>
          <w:rFonts w:ascii="Georgia" w:hAnsi="Georgia"/>
          <w:b w:val="0"/>
          <w:i/>
          <w:color w:val="000000"/>
          <w:sz w:val="24"/>
        </w:rPr>
        <w:t>«Они же, как Адам, нарушили завет...»</w:t>
      </w:r>
      <w:r>
        <w:rPr>
          <w:rFonts w:ascii="Georgia" w:hAnsi="Georgia"/>
          <w:b w:val="0"/>
          <w:i w:val="0"/>
          <w:color w:val="000000"/>
          <w:sz w:val="24"/>
        </w:rPr>
        <w:t xml:space="preserve"> (Ошеа 6:7). По этой причине в дни Машиаха не будут больше говорить: </w:t>
      </w:r>
      <w:r>
        <w:rPr>
          <w:rFonts w:ascii="Georgia" w:hAnsi="Georgia"/>
          <w:b w:val="0"/>
          <w:i/>
          <w:color w:val="000000"/>
          <w:sz w:val="24"/>
        </w:rPr>
        <w:t>«Жив Г-сподь, Который вывел вас из земли Египетской...»</w:t>
      </w:r>
      <w:r>
        <w:rPr>
          <w:rFonts w:ascii="Georgia" w:hAnsi="Georgia"/>
          <w:b w:val="0"/>
          <w:i w:val="0"/>
          <w:color w:val="000000"/>
          <w:sz w:val="24"/>
        </w:rPr>
        <w:t xml:space="preserve"> (Ирмеяу 23:7), ибо это изгнание неизмеримо тяжелее упомянутого египетского изгнания.</w:t>
      </w:r>
    </w:p>
    <w:p>
      <w:pPr>
        <w:spacing w:before="40" w:after="120"/>
        <w:jc w:val="both"/>
      </w:pPr>
      <w:r>
        <w:rPr>
          <w:rFonts w:ascii="Georgia" w:hAnsi="Georgia"/>
          <w:b w:val="0"/>
          <w:i w:val="0"/>
          <w:color w:val="000000"/>
          <w:sz w:val="24"/>
        </w:rPr>
        <w:t xml:space="preserve">Облачение же девяти ее сфирот в клипот заключается в следующем: как сказано в другом месте, эти клипот также подразделяются на нечистые Ацилут, Брия и Ецира, и каждый мир включает десять сфирот, разделяющихся на пять парцуфим. Нуква Зеир Анпина нечистой стороны Ацилута — это Лилит, супруга Самаэля; прежде она находилась на уровне точки, включающей десять [сфирот], под Есодом Самаэля, ее супруга, а теперь эти девять сфирот облачились в нее и образовали в ней полные десять сфирот. В этом смысл сказанного в Писании: </w:t>
      </w:r>
      <w:r>
        <w:rPr>
          <w:rFonts w:ascii="Georgia" w:hAnsi="Georgia"/>
          <w:b w:val="0"/>
          <w:i/>
          <w:color w:val="000000"/>
          <w:sz w:val="24"/>
        </w:rPr>
        <w:t>«И царство Его всем владеет»</w:t>
      </w:r>
      <w:r>
        <w:rPr>
          <w:rFonts w:ascii="Georgia" w:hAnsi="Georgia"/>
          <w:b w:val="0"/>
          <w:i w:val="0"/>
          <w:color w:val="000000"/>
          <w:sz w:val="24"/>
        </w:rPr>
        <w:t xml:space="preserve"> (Теилим 103:19), о чем в «Тиккуним» сказано, что это Адам мира Асия, облачившийся в десять клипот. Адам мира Асия — это уровень тех девяти сфирот Малхут мира Ацилут святости, именуемых Асией в Ацилуте, которые облачились в Нукву нечистой стороны, соответствующую ей в нечистом мире Ацилут. В этом также смысл стиха: </w:t>
      </w:r>
      <w:r>
        <w:rPr>
          <w:rFonts w:ascii="Georgia" w:hAnsi="Georgia"/>
          <w:b w:val="0"/>
          <w:i/>
          <w:color w:val="000000"/>
          <w:sz w:val="24"/>
        </w:rPr>
        <w:t>«Наполнюсь разрушенным...»</w:t>
      </w:r>
      <w:r>
        <w:rPr>
          <w:rFonts w:ascii="Georgia" w:hAnsi="Georgia"/>
          <w:b w:val="0"/>
          <w:i w:val="0"/>
          <w:color w:val="000000"/>
          <w:sz w:val="24"/>
        </w:rPr>
        <w:t xml:space="preserve"> (Йехезкель 26:2), о чем сказали мудрецы: Цор наполнился лишь за счет разрушения Иерусалима — святой Нуквы мира Ацилут. И в этом смысл сказанного в трактате «Хагига» (5б) на стих: </w:t>
      </w:r>
      <w:r>
        <w:rPr>
          <w:rFonts w:ascii="Georgia" w:hAnsi="Georgia"/>
          <w:b w:val="0"/>
          <w:i/>
          <w:color w:val="000000"/>
          <w:sz w:val="24"/>
        </w:rPr>
        <w:t>«Если же не послушаете этого, втайне будет плакать душа моя из-за гордости...»</w:t>
      </w:r>
      <w:r>
        <w:rPr>
          <w:rFonts w:ascii="Georgia" w:hAnsi="Georgia"/>
          <w:b w:val="0"/>
          <w:i w:val="0"/>
          <w:color w:val="000000"/>
          <w:sz w:val="24"/>
        </w:rPr>
        <w:t xml:space="preserve"> (Ирмеяу 13:17) — из-за величия народа Исраэля, которое было отнято у них и передано народам мира; пойми это как следует.</w:t>
      </w:r>
    </w:p>
    <w:p>
      <w:pPr>
        <w:spacing w:before="40" w:after="120"/>
        <w:jc w:val="both"/>
      </w:pPr>
      <w:r>
        <w:rPr>
          <w:rFonts w:ascii="Georgia" w:hAnsi="Georgia"/>
          <w:b w:val="0"/>
          <w:i w:val="0"/>
          <w:color w:val="000000"/>
          <w:sz w:val="24"/>
        </w:rPr>
        <w:t xml:space="preserve">Отсюда следует, что при облачении девяти сфирот Малхут в Лилит стороны клипы главная утрата постигла ЗА, поскольку из него они вышли, как сказано выше. Об этом сказано в Зоаре (раздел «Бемидбар», лист 119) на стих: </w:t>
      </w:r>
      <w:r>
        <w:rPr>
          <w:rFonts w:ascii="Georgia" w:hAnsi="Georgia"/>
          <w:b w:val="0"/>
          <w:i/>
          <w:color w:val="000000"/>
          <w:sz w:val="24"/>
        </w:rPr>
        <w:t>«Голос ее пойдет, как змеиный...»</w:t>
      </w:r>
      <w:r>
        <w:rPr>
          <w:rFonts w:ascii="Georgia" w:hAnsi="Georgia"/>
          <w:b w:val="0"/>
          <w:i w:val="0"/>
          <w:color w:val="000000"/>
          <w:sz w:val="24"/>
        </w:rPr>
        <w:t xml:space="preserve"> (Ирмеяу 46:22); пойми этот вопрос глубоко. То, что осталось в святой Малхут мира Ацилут, — это лишь уровень Малхут в ней, именуемый хвостом, по тайне сказанного мудрецами на стих </w:t>
      </w:r>
      <w:r>
        <w:rPr>
          <w:rFonts w:ascii="Georgia" w:hAnsi="Georgia"/>
          <w:b w:val="0"/>
          <w:i/>
          <w:color w:val="000000"/>
          <w:sz w:val="24"/>
        </w:rPr>
        <w:t>«И перестроил Г-сподь Б-г ребро...»</w:t>
      </w:r>
      <w:r>
        <w:rPr>
          <w:rFonts w:ascii="Georgia" w:hAnsi="Georgia"/>
          <w:b w:val="0"/>
          <w:i w:val="0"/>
          <w:color w:val="000000"/>
          <w:sz w:val="24"/>
        </w:rPr>
        <w:t xml:space="preserve"> (Берешит 2:22): Рав сказал, что это был хвост. И только этот хвост остался в ней, а девять ее первых сфирот, являющиеся ее головой (рош), опустились в клипот и повержены во прах по тайне стиха: </w:t>
      </w:r>
      <w:r>
        <w:rPr>
          <w:rFonts w:ascii="Georgia" w:hAnsi="Georgia"/>
          <w:b w:val="0"/>
          <w:i/>
          <w:color w:val="000000"/>
          <w:sz w:val="24"/>
        </w:rPr>
        <w:t>«И праха, который будет на полу скинии...»</w:t>
      </w:r>
      <w:r>
        <w:rPr>
          <w:rFonts w:ascii="Georgia" w:hAnsi="Georgia"/>
          <w:b w:val="0"/>
          <w:i w:val="0"/>
          <w:color w:val="000000"/>
          <w:sz w:val="24"/>
        </w:rPr>
        <w:t xml:space="preserve"> (Бемидбар 5:17). Поэтому сыны Исраэля, чье питание происходит от Малхут, не властвуют в изгнании, но повержена во прах их душа. Народы же, чье питание происходит от хвоста, господствуют, ибо всякое руководство и власть сейчас пребывают лишь в упомянутом хвосте. Оттуда народы мира, также относящиеся к свойству хвоста, получают изобилие (шефа) и властвуют в этом изгнании. В этом также тайна сказанного в Писании: </w:t>
      </w:r>
      <w:r>
        <w:rPr>
          <w:rFonts w:ascii="Georgia" w:hAnsi="Georgia"/>
          <w:b w:val="0"/>
          <w:i/>
          <w:color w:val="000000"/>
          <w:sz w:val="24"/>
        </w:rPr>
        <w:t>«Так обезображен был более всякого человека лик его...»</w:t>
      </w:r>
      <w:r>
        <w:rPr>
          <w:rFonts w:ascii="Georgia" w:hAnsi="Georgia"/>
          <w:b w:val="0"/>
          <w:i w:val="0"/>
          <w:color w:val="000000"/>
          <w:sz w:val="24"/>
        </w:rPr>
        <w:t xml:space="preserve"> (Йешаяу 52:14), и пойми это.</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Поговорим теперь и о мире Брия. Ведь Адам а-Ришон согрешил также и в святом [мире] Брия и вызвал тьму и ущерб также и в Абе, поэтому в Брия различима одна лишь Има. В этом смысл [слов]: «Има гнездится в [мире] Брия, в трех высших сфирот Престола» (</w:t>
      </w:r>
      <w:r>
        <w:rPr>
          <w:rFonts w:ascii="Georgia" w:hAnsi="Georgia"/>
          <w:b w:val="0"/>
          <w:i/>
          <w:color w:val="000000"/>
          <w:sz w:val="24"/>
        </w:rPr>
        <w:t>курсия</w:t>
      </w:r>
      <w:r>
        <w:rPr>
          <w:rFonts w:ascii="Georgia" w:hAnsi="Georgia"/>
          <w:b w:val="0"/>
          <w:i w:val="0"/>
          <w:color w:val="000000"/>
          <w:sz w:val="24"/>
        </w:rPr>
        <w:t xml:space="preserve">), ведь для Абы ве-Имы </w:t>
      </w:r>
      <w:r>
        <w:rPr>
          <w:rFonts w:ascii="Georgia" w:hAnsi="Georgia"/>
          <w:b w:val="0"/>
          <w:i/>
          <w:color w:val="000000"/>
          <w:sz w:val="24"/>
        </w:rPr>
        <w:t>«тьму сделал Он укрытием Своим»</w:t>
      </w:r>
      <w:r>
        <w:rPr>
          <w:rFonts w:ascii="Georgia" w:hAnsi="Georgia"/>
          <w:b w:val="0"/>
          <w:i w:val="0"/>
          <w:color w:val="000000"/>
          <w:sz w:val="24"/>
        </w:rPr>
        <w:t xml:space="preserve"> (Теилим 18:12). Напротив же них в нечистом [мире] Брия возникло исправление нечистых Абы ве-Имы, находящихся там, и к ним протянулся свет от [святых] Абы ве-Имы, как будет сказано с Б-жьей помощью.</w:t>
      </w:r>
    </w:p>
    <w:p>
      <w:pPr>
        <w:spacing w:before="40" w:after="120"/>
        <w:jc w:val="both"/>
      </w:pPr>
      <w:r>
        <w:rPr>
          <w:rFonts w:ascii="Georgia" w:hAnsi="Georgia"/>
          <w:b w:val="0"/>
          <w:i w:val="0"/>
          <w:color w:val="000000"/>
          <w:sz w:val="24"/>
        </w:rPr>
        <w:t>Также и в [мире] Ецира Адам а-Ришон привел к тому, что удалился свет Имы, и остался только свет ЗА. В этом смысл [слов]: «ЗА гнездится в Метатроне», и три первые сфирот (ГАР) его были там сокрыты тьмой и не светили. Напротив же них в нечистом [мире] Ецира исправился находящийся в нем ЗА, и к нему протянулся свет.</w:t>
      </w:r>
    </w:p>
    <w:p>
      <w:pPr>
        <w:spacing w:before="40" w:after="120"/>
        <w:jc w:val="both"/>
      </w:pPr>
      <w:r>
        <w:rPr>
          <w:rFonts w:ascii="Georgia" w:hAnsi="Georgia"/>
          <w:b w:val="0"/>
          <w:i w:val="0"/>
          <w:color w:val="000000"/>
          <w:sz w:val="24"/>
        </w:rPr>
        <w:t xml:space="preserve">Также и в [мире] Асия его грех привел к удалению света ЗА, так что осталась одна лишь Нуква. В этом смысл [слов]: «Малхут гнездится в Офане». Напротив нее в нечистой Асии добавилось исправление к структуре АА; это великая тайна, которую запрещено раскрывать, и относится она к уровню непостижимой головы (реша де-ло итъяда). Из этого ты видишь, как [в святости] свет постепенно уменьшается в своем порядке, а в нечистоте, напротив, нарастает в своем строении; и в этом смысл стиха: </w:t>
      </w:r>
      <w:r>
        <w:rPr>
          <w:rFonts w:ascii="Georgia" w:hAnsi="Georgia"/>
          <w:b w:val="0"/>
          <w:i/>
          <w:color w:val="000000"/>
          <w:sz w:val="24"/>
        </w:rPr>
        <w:t>«Наполнюсь от разоренной»</w:t>
      </w:r>
      <w:r>
        <w:rPr>
          <w:rFonts w:ascii="Georgia" w:hAnsi="Georgia"/>
          <w:b w:val="0"/>
          <w:i w:val="0"/>
          <w:color w:val="000000"/>
          <w:sz w:val="24"/>
        </w:rPr>
        <w:t xml:space="preserve"> (Йехезкель 26:2), как сказано выше.</w:t>
      </w:r>
    </w:p>
    <w:p>
      <w:pPr>
        <w:spacing w:before="40" w:after="120"/>
        <w:jc w:val="both"/>
      </w:pPr>
      <w:r>
        <w:rPr>
          <w:rFonts w:ascii="Georgia" w:hAnsi="Georgia"/>
          <w:b w:val="0"/>
          <w:i w:val="0"/>
          <w:color w:val="000000"/>
          <w:sz w:val="24"/>
        </w:rPr>
        <w:t>И знай: то, что мы говорили выше, будто Ецира и Асия представляют собой смесь добра и зла, относится к ним самим, а не к десяти сфирот, гнездящимся в них, упаси Б-г, как уже разъяснялось.</w:t>
      </w:r>
    </w:p>
    <w:p>
      <w:pPr>
        <w:spacing w:before="40" w:after="120"/>
        <w:jc w:val="both"/>
      </w:pPr>
      <w:r>
        <w:rPr>
          <w:rFonts w:ascii="Georgia" w:hAnsi="Georgia"/>
          <w:b w:val="0"/>
          <w:i w:val="0"/>
          <w:color w:val="000000"/>
          <w:sz w:val="24"/>
        </w:rPr>
        <w:t xml:space="preserve">Также тебе известно, что Адам а-Ришон и Исраэль совершили один и тот же грех, с той лишь разницей, что Адам а-Ришон сначала выстроил строение клипот, а затем облек в них святость. Исраэль же застал клипот уже исправленными и лишь вернул и вновь облек в них святость тем же путем, о котором говорилось выше. Об этом сказано: </w:t>
      </w:r>
      <w:r>
        <w:rPr>
          <w:rFonts w:ascii="Georgia" w:hAnsi="Georgia"/>
          <w:b w:val="0"/>
          <w:i/>
          <w:color w:val="000000"/>
          <w:sz w:val="24"/>
        </w:rPr>
        <w:t>«Так обезображен был [лик] его, [что стал] не как у человека»</w:t>
      </w:r>
      <w:r>
        <w:rPr>
          <w:rFonts w:ascii="Georgia" w:hAnsi="Georgia"/>
          <w:b w:val="0"/>
          <w:i w:val="0"/>
          <w:color w:val="000000"/>
          <w:sz w:val="24"/>
        </w:rPr>
        <w:t xml:space="preserve"> (Йешаяу 52:14), и: </w:t>
      </w:r>
      <w:r>
        <w:rPr>
          <w:rFonts w:ascii="Georgia" w:hAnsi="Georgia"/>
          <w:b w:val="0"/>
          <w:i/>
          <w:color w:val="000000"/>
          <w:sz w:val="24"/>
        </w:rPr>
        <w:t>«Они же, подобно Адаму, нарушили завет»</w:t>
      </w:r>
      <w:r>
        <w:rPr>
          <w:rFonts w:ascii="Georgia" w:hAnsi="Georgia"/>
          <w:b w:val="0"/>
          <w:i w:val="0"/>
          <w:color w:val="000000"/>
          <w:sz w:val="24"/>
        </w:rPr>
        <w:t xml:space="preserve"> (Ошеа 6:7), — пойми же это.</w:t>
      </w:r>
    </w:p>
    <w:p>
      <w:pPr>
        <w:spacing w:before="40" w:after="120"/>
        <w:jc w:val="both"/>
      </w:pPr>
      <w:r>
        <w:rPr>
          <w:rFonts w:ascii="Georgia" w:hAnsi="Georgia"/>
          <w:b w:val="0"/>
          <w:i w:val="0"/>
          <w:color w:val="000000"/>
          <w:sz w:val="24"/>
        </w:rPr>
        <w:t xml:space="preserve">А то, что эти девять сфирот Малхут были отданы внешним [силам], упомянуто в трактате «Хагига» (5б) по поводу стиха: </w:t>
      </w:r>
      <w:r>
        <w:rPr>
          <w:rFonts w:ascii="Georgia" w:hAnsi="Georgia"/>
          <w:b w:val="0"/>
          <w:i/>
          <w:color w:val="000000"/>
          <w:sz w:val="24"/>
        </w:rPr>
        <w:t>«Если же вы не послушаете этого, то втайне будет плакать душа моя из-за гордости»</w:t>
      </w:r>
      <w:r>
        <w:rPr>
          <w:rFonts w:ascii="Georgia" w:hAnsi="Georgia"/>
          <w:b w:val="0"/>
          <w:i w:val="0"/>
          <w:color w:val="000000"/>
          <w:sz w:val="24"/>
        </w:rPr>
        <w:t xml:space="preserve"> (Ирмеяу 13:17) — из-за величия Исраэля, которое было отнято у них и отдано народам мира; ведь это в точности то же самое учение, о котором говорилось выше. В этом тайна стиха: </w:t>
      </w:r>
      <w:r>
        <w:rPr>
          <w:rFonts w:ascii="Georgia" w:hAnsi="Georgia"/>
          <w:b w:val="0"/>
          <w:i/>
          <w:color w:val="000000"/>
          <w:sz w:val="24"/>
        </w:rPr>
        <w:t>«И царство Его всем владеет»</w:t>
      </w:r>
      <w:r>
        <w:rPr>
          <w:rFonts w:ascii="Georgia" w:hAnsi="Georgia"/>
          <w:b w:val="0"/>
          <w:i w:val="0"/>
          <w:color w:val="000000"/>
          <w:sz w:val="24"/>
        </w:rPr>
        <w:t xml:space="preserve"> (Теилим 103:19): это относится к Адаму де-Асия, который был облечен клипот, то есть к Малхут де-Ацилут, именуемой Адамом де-Асия.</w:t>
      </w:r>
    </w:p>
    <w:p>
      <w:pPr>
        <w:spacing w:before="40" w:after="120"/>
        <w:jc w:val="both"/>
      </w:pPr>
      <w:r>
        <w:rPr>
          <w:rFonts w:ascii="Georgia" w:hAnsi="Georgia"/>
          <w:b w:val="0"/>
          <w:i w:val="0"/>
          <w:color w:val="000000"/>
          <w:sz w:val="24"/>
        </w:rPr>
        <w:t>И пойми это в связи с тайной облачения во вретище (</w:t>
      </w:r>
      <w:r>
        <w:rPr>
          <w:rFonts w:ascii="Georgia" w:hAnsi="Georgia"/>
          <w:b w:val="0"/>
          <w:i/>
          <w:color w:val="000000"/>
          <w:sz w:val="24"/>
        </w:rPr>
        <w:t>сак</w:t>
      </w:r>
      <w:r>
        <w:rPr>
          <w:rFonts w:ascii="Georgia" w:hAnsi="Georgia"/>
          <w:b w:val="0"/>
          <w:i w:val="0"/>
          <w:color w:val="000000"/>
          <w:sz w:val="24"/>
        </w:rPr>
        <w:t xml:space="preserve">), а также с [описанием] Эсава: </w:t>
      </w:r>
      <w:r>
        <w:rPr>
          <w:rFonts w:ascii="Georgia" w:hAnsi="Georgia"/>
          <w:b w:val="0"/>
          <w:i/>
          <w:color w:val="000000"/>
          <w:sz w:val="24"/>
        </w:rPr>
        <w:t>«весь как власяница»</w:t>
      </w:r>
      <w:r>
        <w:rPr>
          <w:rFonts w:ascii="Georgia" w:hAnsi="Georgia"/>
          <w:b w:val="0"/>
          <w:i w:val="0"/>
          <w:color w:val="000000"/>
          <w:sz w:val="24"/>
        </w:rPr>
        <w:t xml:space="preserve"> (Берешит 25:25), с ним [было] </w:t>
      </w:r>
      <w:r>
        <w:rPr>
          <w:rFonts w:ascii="Georgia" w:hAnsi="Georgia"/>
          <w:b w:val="0"/>
          <w:i/>
          <w:color w:val="000000"/>
          <w:sz w:val="24"/>
        </w:rPr>
        <w:t>«четыреста человек»</w:t>
      </w:r>
      <w:r>
        <w:rPr>
          <w:rFonts w:ascii="Georgia" w:hAnsi="Georgia"/>
          <w:b w:val="0"/>
          <w:i w:val="0"/>
          <w:color w:val="000000"/>
          <w:sz w:val="24"/>
        </w:rPr>
        <w:t xml:space="preserve"> (Берешит 32:7), и его укоренение происходит от их четырех миров. Отсюда понятно, что в нечистом Ацилуте нет исправления, кроме как в ЗОН — Самаэле и Лилит, которые находятся в нечистой Ецире напротив Яакова, гнездящегося в Ецире и получающего 13 исправлений бороды (тиккуней дикна) АА; поэтому Эсав и назван </w:t>
      </w:r>
      <w:r>
        <w:rPr>
          <w:rFonts w:ascii="Georgia" w:hAnsi="Georgia"/>
          <w:b w:val="0"/>
          <w:i/>
          <w:color w:val="000000"/>
          <w:sz w:val="24"/>
        </w:rPr>
        <w:t>«весь как власяница»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оказывается, что когда эти девять сфирот Нуквы облеклись в клипу, главная утрата пришлась на ЗА, ведь именно от него они изошли к Малхут. Исходя из этого ты поймешь сказанное нашими мудрецами (ХАЗАЛЬ): Ирмеяу не сказал </w:t>
      </w:r>
      <w:r>
        <w:rPr>
          <w:rFonts w:ascii="Georgia" w:hAnsi="Georgia"/>
          <w:b w:val="0"/>
          <w:i/>
          <w:color w:val="000000"/>
          <w:sz w:val="24"/>
        </w:rPr>
        <w:t>«и Грозный»</w:t>
      </w:r>
      <w:r>
        <w:rPr>
          <w:rFonts w:ascii="Georgia" w:hAnsi="Georgia"/>
          <w:b w:val="0"/>
          <w:i w:val="0"/>
          <w:color w:val="000000"/>
          <w:sz w:val="24"/>
        </w:rPr>
        <w:t xml:space="preserve">, поскольку [рассудил]: чужаки пляшут в Его чертоге — где же Его грозные деяния? Даниэль не сказал </w:t>
      </w:r>
      <w:r>
        <w:rPr>
          <w:rFonts w:ascii="Georgia" w:hAnsi="Georgia"/>
          <w:b w:val="0"/>
          <w:i/>
          <w:color w:val="000000"/>
          <w:sz w:val="24"/>
        </w:rPr>
        <w:t>«Могучий»</w:t>
      </w:r>
      <w:r>
        <w:rPr>
          <w:rFonts w:ascii="Georgia" w:hAnsi="Georgia"/>
          <w:b w:val="0"/>
          <w:i w:val="0"/>
          <w:color w:val="000000"/>
          <w:sz w:val="24"/>
        </w:rPr>
        <w:t>... (Йома 69б).</w:t>
      </w:r>
    </w:p>
    <w:p>
      <w:pPr>
        <w:spacing w:before="40" w:after="120"/>
        <w:jc w:val="both"/>
      </w:pPr>
      <w:r>
        <w:rPr>
          <w:rFonts w:ascii="Georgia" w:hAnsi="Georgia"/>
          <w:b w:val="0"/>
          <w:i w:val="0"/>
          <w:color w:val="000000"/>
          <w:sz w:val="24"/>
        </w:rPr>
        <w:t>Суть же в том, как тебе уже известно, что при разрушении Первого Храма то свечение, которое доходило до нее лицом к лицу от пяти первых [сфирот] в Тиферет, удалилось, и она ушла к клипот, однако все еще оставалась целостным парцуфом из десяти сфирот. Впрочем, так обстояло дело после разрушения. Во время же самого разрушения у чужеземцев и клипот не было бы никакой возможности властвовать в Храме, если бы в то самое мгновение Малхут не вернулась к состоянию одной точки, и все ее строение не разрушилось до основания. И лишь после завершения разрушения десять сфирот вновь вернулись [в положение] ахор бе-ахор.</w:t>
      </w:r>
    </w:p>
    <w:p>
      <w:pPr>
        <w:spacing w:before="40" w:after="120"/>
        <w:jc w:val="both"/>
      </w:pPr>
      <w:r>
        <w:rPr>
          <w:rFonts w:ascii="Georgia" w:hAnsi="Georgia"/>
          <w:b w:val="0"/>
          <w:i w:val="0"/>
          <w:color w:val="000000"/>
          <w:sz w:val="24"/>
        </w:rPr>
        <w:t xml:space="preserve">Когда же Ирмеяу, мир ему, увидел это, он не пожелал сказать </w:t>
      </w:r>
      <w:r>
        <w:rPr>
          <w:rFonts w:ascii="Georgia" w:hAnsi="Georgia"/>
          <w:b w:val="0"/>
          <w:i/>
          <w:color w:val="000000"/>
          <w:sz w:val="24"/>
        </w:rPr>
        <w:t>«и Грозный»</w:t>
      </w:r>
      <w:r>
        <w:rPr>
          <w:rFonts w:ascii="Georgia" w:hAnsi="Georgia"/>
          <w:b w:val="0"/>
          <w:i w:val="0"/>
          <w:color w:val="000000"/>
          <w:sz w:val="24"/>
        </w:rPr>
        <w:t>, ведь «Грозный» (</w:t>
      </w:r>
      <w:r>
        <w:rPr>
          <w:rFonts w:ascii="Georgia" w:hAnsi="Georgia"/>
          <w:b w:val="0"/>
          <w:i/>
          <w:color w:val="000000"/>
          <w:sz w:val="24"/>
        </w:rPr>
        <w:t>нора</w:t>
      </w:r>
      <w:r>
        <w:rPr>
          <w:rFonts w:ascii="Georgia" w:hAnsi="Georgia"/>
          <w:b w:val="0"/>
          <w:i w:val="0"/>
          <w:color w:val="000000"/>
          <w:sz w:val="24"/>
        </w:rPr>
        <w:t>) — это тайна Тиферет де-ЗА, как уже говорилось. А от половины этого Тиферет начиналась гальгальта Нуквы и начало ее строения; и поскольку теперь все ее строение разрушилось, стало быть, не подобало упоминать «Грозный».</w:t>
      </w:r>
    </w:p>
    <w:p>
      <w:pPr>
        <w:spacing w:before="40" w:after="120"/>
        <w:jc w:val="both"/>
      </w:pPr>
      <w:r>
        <w:rPr>
          <w:rFonts w:ascii="Georgia" w:hAnsi="Georgia"/>
          <w:b w:val="0"/>
          <w:i w:val="0"/>
          <w:color w:val="000000"/>
          <w:sz w:val="24"/>
        </w:rPr>
        <w:t xml:space="preserve">Знай также, что буквы слова </w:t>
      </w:r>
      <w:r>
        <w:rPr>
          <w:rFonts w:ascii="Georgia" w:hAnsi="Georgia"/>
          <w:b w:val="0"/>
          <w:i/>
          <w:color w:val="000000"/>
          <w:sz w:val="24"/>
        </w:rPr>
        <w:t>нора</w:t>
      </w:r>
      <w:r>
        <w:rPr>
          <w:rFonts w:ascii="Georgia" w:hAnsi="Georgia"/>
          <w:b w:val="0"/>
          <w:i w:val="0"/>
          <w:color w:val="000000"/>
          <w:sz w:val="24"/>
        </w:rPr>
        <w:t xml:space="preserve"> (</w:t>
      </w:r>
      <w:r>
        <w:rPr>
          <w:rFonts w:ascii="Georgia" w:hAnsi="Georgia" w:cs="Times New Roman"/>
          <w:b/>
          <w:i w:val="0"/>
          <w:color w:val="000000"/>
          <w:sz w:val="24"/>
          <w:rtl/>
          <w:szCs w:val="32"/>
        </w:rPr>
        <w:t>נוֹרָא</w:t>
      </w:r>
      <w:r>
        <w:rPr>
          <w:rFonts w:ascii="Georgia" w:hAnsi="Georgia"/>
          <w:b w:val="0"/>
          <w:i w:val="0"/>
          <w:color w:val="000000"/>
          <w:sz w:val="24"/>
        </w:rPr>
        <w:t xml:space="preserve">) образуют слово </w:t>
      </w:r>
      <w:r>
        <w:rPr>
          <w:rFonts w:ascii="Georgia" w:hAnsi="Georgia"/>
          <w:b w:val="0"/>
          <w:i/>
          <w:color w:val="000000"/>
          <w:sz w:val="24"/>
        </w:rPr>
        <w:t>арон</w:t>
      </w:r>
      <w:r>
        <w:rPr>
          <w:rFonts w:ascii="Georgia" w:hAnsi="Georgia"/>
          <w:b w:val="0"/>
          <w:i w:val="0"/>
          <w:color w:val="000000"/>
          <w:sz w:val="24"/>
        </w:rPr>
        <w:t xml:space="preserve"> — «ковчег» (</w:t>
      </w:r>
      <w:r>
        <w:rPr>
          <w:rFonts w:ascii="Georgia" w:hAnsi="Georgia" w:cs="Times New Roman"/>
          <w:b/>
          <w:i w:val="0"/>
          <w:color w:val="000000"/>
          <w:sz w:val="24"/>
          <w:rtl/>
          <w:szCs w:val="32"/>
        </w:rPr>
        <w:t>אָרוֹן</w:t>
      </w:r>
      <w:r>
        <w:rPr>
          <w:rFonts w:ascii="Georgia" w:hAnsi="Georgia"/>
          <w:b w:val="0"/>
          <w:i w:val="0"/>
          <w:color w:val="000000"/>
          <w:sz w:val="24"/>
        </w:rPr>
        <w:t xml:space="preserve">), намекая на Малхут, именуемую ковчегом, поскольку там находится начало ее строения; и числовое значение слова </w:t>
      </w:r>
      <w:r>
        <w:rPr>
          <w:rFonts w:ascii="Georgia" w:hAnsi="Georgia"/>
          <w:b w:val="0"/>
          <w:i/>
          <w:color w:val="000000"/>
          <w:sz w:val="24"/>
        </w:rPr>
        <w:t>арон</w:t>
      </w:r>
      <w:r>
        <w:rPr>
          <w:rFonts w:ascii="Georgia" w:hAnsi="Georgia"/>
          <w:b w:val="0"/>
          <w:i w:val="0"/>
          <w:color w:val="000000"/>
          <w:sz w:val="24"/>
        </w:rPr>
        <w:t xml:space="preserve"> (</w:t>
      </w:r>
      <w:r>
        <w:rPr>
          <w:rFonts w:ascii="Georgia" w:hAnsi="Georgia" w:cs="Times New Roman"/>
          <w:b/>
          <w:i w:val="0"/>
          <w:color w:val="000000"/>
          <w:sz w:val="24"/>
          <w:rtl/>
          <w:szCs w:val="32"/>
        </w:rPr>
        <w:t>אָרוֹן</w:t>
      </w:r>
      <w:r>
        <w:rPr>
          <w:rFonts w:ascii="Georgia" w:hAnsi="Georgia"/>
          <w:b w:val="0"/>
          <w:i w:val="0"/>
          <w:color w:val="000000"/>
          <w:sz w:val="24"/>
        </w:rPr>
        <w:t xml:space="preserve"> = 257) равно слову </w:t>
      </w:r>
      <w:r>
        <w:rPr>
          <w:rFonts w:ascii="Georgia" w:hAnsi="Georgia"/>
          <w:b w:val="0"/>
          <w:i/>
          <w:color w:val="000000"/>
          <w:sz w:val="24"/>
        </w:rPr>
        <w:t>незер</w:t>
      </w:r>
      <w:r>
        <w:rPr>
          <w:rFonts w:ascii="Georgia" w:hAnsi="Georgia"/>
          <w:b w:val="0"/>
          <w:i w:val="0"/>
          <w:color w:val="000000"/>
          <w:sz w:val="24"/>
        </w:rPr>
        <w:t xml:space="preserve"> — «венец» (</w:t>
      </w:r>
      <w:r>
        <w:rPr>
          <w:rFonts w:ascii="Georgia" w:hAnsi="Georgia" w:cs="Times New Roman"/>
          <w:b/>
          <w:i w:val="0"/>
          <w:color w:val="000000"/>
          <w:sz w:val="24"/>
          <w:rtl/>
          <w:szCs w:val="32"/>
        </w:rPr>
        <w:t>נֵזֶר</w:t>
      </w:r>
      <w:r>
        <w:rPr>
          <w:rFonts w:ascii="Georgia" w:hAnsi="Georgia"/>
          <w:b w:val="0"/>
          <w:i w:val="0"/>
          <w:color w:val="000000"/>
          <w:sz w:val="24"/>
        </w:rPr>
        <w:t xml:space="preserve"> = 257), ведь от этого </w:t>
      </w:r>
      <w:r>
        <w:rPr>
          <w:rFonts w:ascii="Georgia" w:hAnsi="Georgia"/>
          <w:b w:val="0"/>
          <w:i/>
          <w:color w:val="000000"/>
          <w:sz w:val="24"/>
        </w:rPr>
        <w:t>нора</w:t>
      </w:r>
      <w:r>
        <w:rPr>
          <w:rFonts w:ascii="Georgia" w:hAnsi="Georgia"/>
          <w:b w:val="0"/>
          <w:i w:val="0"/>
          <w:color w:val="000000"/>
          <w:sz w:val="24"/>
        </w:rPr>
        <w:t xml:space="preserve"> берет начало тайна ее венца и Кетера.</w:t>
      </w:r>
    </w:p>
    <w:p>
      <w:pPr>
        <w:spacing w:before="40" w:after="120"/>
        <w:jc w:val="both"/>
      </w:pPr>
      <w:r>
        <w:rPr>
          <w:rFonts w:ascii="Georgia" w:hAnsi="Georgia"/>
          <w:b w:val="0"/>
          <w:i w:val="0"/>
          <w:color w:val="000000"/>
          <w:sz w:val="24"/>
        </w:rPr>
        <w:t xml:space="preserve">Знай также, что этот Тиферет разделен на две половины, так что образуются два [проявления] грозного, и в этом тайна стиха: </w:t>
      </w:r>
      <w:r>
        <w:rPr>
          <w:rFonts w:ascii="Georgia" w:hAnsi="Georgia"/>
          <w:b w:val="0"/>
          <w:i/>
          <w:color w:val="000000"/>
          <w:sz w:val="24"/>
        </w:rPr>
        <w:t>«Грозными [делами] в справедливости ответишь нам»</w:t>
      </w:r>
      <w:r>
        <w:rPr>
          <w:rFonts w:ascii="Georgia" w:hAnsi="Georgia"/>
          <w:b w:val="0"/>
          <w:i w:val="0"/>
          <w:color w:val="000000"/>
          <w:sz w:val="24"/>
        </w:rPr>
        <w:t xml:space="preserve"> (Теилим 65:6). Поэтому Ирмеяу и сказал: «Чужаки пляшут в Его чертоге — где же Его грозные деяния?» При этом он употребил слово </w:t>
      </w:r>
      <w:r>
        <w:rPr>
          <w:rFonts w:ascii="Georgia" w:hAnsi="Georgia"/>
          <w:b w:val="0"/>
          <w:i/>
          <w:color w:val="000000"/>
          <w:sz w:val="24"/>
        </w:rPr>
        <w:t>айе</w:t>
      </w:r>
      <w:r>
        <w:rPr>
          <w:rFonts w:ascii="Georgia" w:hAnsi="Georgia"/>
          <w:b w:val="0"/>
          <w:i w:val="0"/>
          <w:color w:val="000000"/>
          <w:sz w:val="24"/>
        </w:rPr>
        <w:t xml:space="preserve"> — «где» (</w:t>
      </w:r>
      <w:r>
        <w:rPr>
          <w:rFonts w:ascii="Georgia" w:hAnsi="Georgia" w:cs="Times New Roman"/>
          <w:b/>
          <w:i w:val="0"/>
          <w:color w:val="000000"/>
          <w:sz w:val="24"/>
          <w:rtl/>
          <w:szCs w:val="32"/>
        </w:rPr>
        <w:t>אַיֵּה</w:t>
      </w:r>
      <w:r>
        <w:rPr>
          <w:rFonts w:ascii="Georgia" w:hAnsi="Georgia"/>
          <w:b w:val="0"/>
          <w:i w:val="0"/>
          <w:color w:val="000000"/>
          <w:sz w:val="24"/>
        </w:rPr>
        <w:t xml:space="preserve">), намекая на то, что из тайны этого </w:t>
      </w:r>
      <w:r>
        <w:rPr>
          <w:rFonts w:ascii="Georgia" w:hAnsi="Georgia"/>
          <w:b w:val="0"/>
          <w:i/>
          <w:color w:val="000000"/>
          <w:sz w:val="24"/>
        </w:rPr>
        <w:t>нора</w:t>
      </w:r>
      <w:r>
        <w:rPr>
          <w:rFonts w:ascii="Georgia" w:hAnsi="Georgia"/>
          <w:b w:val="0"/>
          <w:i w:val="0"/>
          <w:color w:val="000000"/>
          <w:sz w:val="24"/>
        </w:rPr>
        <w:t xml:space="preserve"> для нее образуются три первые сфирот (ГАР) — КАХАБ, именуемые </w:t>
      </w:r>
      <w:r>
        <w:rPr>
          <w:rFonts w:ascii="Georgia" w:hAnsi="Georgia"/>
          <w:b w:val="0"/>
          <w:i/>
          <w:color w:val="000000"/>
          <w:sz w:val="24"/>
        </w:rPr>
        <w:t>айе</w:t>
      </w:r>
      <w:r>
        <w:rPr>
          <w:rFonts w:ascii="Georgia" w:hAnsi="Georgia"/>
          <w:b w:val="0"/>
          <w:i w:val="0"/>
          <w:color w:val="000000"/>
          <w:sz w:val="24"/>
        </w:rPr>
        <w:t>. И в этом смысл слов: «Где Его грозные деяния?»</w:t>
      </w:r>
    </w:p>
    <w:p>
      <w:pPr>
        <w:spacing w:before="40" w:after="120"/>
        <w:jc w:val="both"/>
      </w:pPr>
      <w:r>
        <w:rPr>
          <w:rFonts w:ascii="Georgia" w:hAnsi="Georgia"/>
          <w:b w:val="0"/>
          <w:i w:val="0"/>
          <w:color w:val="000000"/>
          <w:sz w:val="24"/>
        </w:rPr>
        <w:t xml:space="preserve">Даниэль же жил в конце разрушения [Первого Храма], когда завершились семьдесят лет изгнания, и предвидел, что даже если Храм и восстановится на своем месте, его ждет разрушение. А тебе уже известно, что при разрушении Второго Храма вся Малхут была разрушена и осталась лишь в виде одной точки. И тогда все происходило иначе, чем при первом разрушении: ведь [при первом разрушении] тайна пяти первых [сфирот] опустилась к внешним, но остальные девять сфирот Малхут вернулись наверх к своему корню — подобно тому, как это было вначале в тайне [слов]: </w:t>
      </w:r>
      <w:r>
        <w:rPr>
          <w:rFonts w:ascii="Georgia" w:hAnsi="Georgia"/>
          <w:b w:val="0"/>
          <w:i/>
          <w:color w:val="000000"/>
          <w:sz w:val="24"/>
        </w:rPr>
        <w:t>«Иди и умали себя»</w:t>
      </w:r>
      <w:r>
        <w:rPr>
          <w:rFonts w:ascii="Georgia" w:hAnsi="Georgia"/>
          <w:b w:val="0"/>
          <w:i w:val="0"/>
          <w:color w:val="000000"/>
          <w:sz w:val="24"/>
        </w:rPr>
        <w:t xml:space="preserve"> (Хулин 60б), когда девять сфирот остались наверху. Но при разрушении Второго Храма даже ее девять сфирот опустились и ушли в изгнание среди клипот.</w:t>
      </w:r>
    </w:p>
    <w:p>
      <w:pPr>
        <w:spacing w:before="40" w:after="120"/>
        <w:jc w:val="both"/>
      </w:pPr>
      <w:r>
        <w:rPr>
          <w:rFonts w:ascii="Georgia" w:hAnsi="Georgia"/>
          <w:b w:val="0"/>
          <w:i w:val="0"/>
          <w:color w:val="000000"/>
          <w:sz w:val="24"/>
        </w:rPr>
        <w:t xml:space="preserve">Поэтому [Даниэль] не сказал </w:t>
      </w:r>
      <w:r>
        <w:rPr>
          <w:rFonts w:ascii="Georgia" w:hAnsi="Georgia"/>
          <w:b w:val="0"/>
          <w:i/>
          <w:color w:val="000000"/>
          <w:sz w:val="24"/>
        </w:rPr>
        <w:t>«Могучий»</w:t>
      </w:r>
      <w:r>
        <w:rPr>
          <w:rFonts w:ascii="Georgia" w:hAnsi="Georgia"/>
          <w:b w:val="0"/>
          <w:i w:val="0"/>
          <w:color w:val="000000"/>
          <w:sz w:val="24"/>
        </w:rPr>
        <w:t>, ведь все бытие Малхут проистекает со стороны Гвуры, и оттуда она строится в девяти высших сфирот по тайне «венца, сокрытого в Абе ве-Име». И вот множество гвурот распространяется от нее к Малхут: это тайна Хода в Тиферет, который становится Биной в Малхут, а также Есод, Гвура и Ход в Малхут — все они называются гвурот. Поэтому он и сказал: «Чужаки порабощают Его сыновей» — а они и есть тайна этих гвурот, являющихся сыновьями Имы, высшей Гвуры. А раз так, где же Его проявления могущества? Поэтому он и не упомянул «Могучий», чей уровень еще выше, ведь даже девять сфирот их ушли в изгнание среди клипот.</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Первая редакция. Все это относится к будням, когда она постоянно пребывает лишь на уровне точки в присущей ей Малхут под Есодом де-ЗА. Однако благодаря молитвам Исраэля и тех, кто исполняет заповедь молитвы, у нас есть сила поднять ее до состояния целостного парцуфа ахор бе-ахор от хазе де-ЗА и ниже.</w:t>
      </w:r>
    </w:p>
    <w:p>
      <w:pPr>
        <w:spacing w:before="40" w:after="120"/>
        <w:jc w:val="both"/>
      </w:pPr>
      <w:r>
        <w:rPr>
          <w:rFonts w:ascii="Georgia" w:hAnsi="Georgia"/>
          <w:b w:val="0"/>
          <w:i w:val="0"/>
          <w:color w:val="000000"/>
          <w:sz w:val="24"/>
        </w:rPr>
        <w:t>Затем она поворачивается паним бе-паним, и тогда он опускается в свой Нецах, а она поднимается в его Ход. Ведь хотя она и находится от хазе де-ЗА и ниже, то есть выше Нецаха и Хода, тем не менее, чтобы перейти в положение лицом к лицу, ей необходимо вновь стать одной точкой под Есодом. И тогда она поднимается в Ход де-ЗА, представляющий собой Бину де-Яаков, в которой заключен аспект Имени БУХУ (</w:t>
      </w:r>
      <w:r>
        <w:rPr>
          <w:rFonts w:ascii="Georgia" w:hAnsi="Georgia" w:cs="Times New Roman"/>
          <w:b/>
          <w:i w:val="0"/>
          <w:color w:val="000000"/>
          <w:sz w:val="24"/>
          <w:rtl/>
          <w:szCs w:val="32"/>
        </w:rPr>
        <w:t>בוכ״ו</w:t>
      </w:r>
      <w:r>
        <w:rPr>
          <w:rFonts w:ascii="Georgia" w:hAnsi="Georgia"/>
          <w:b w:val="0"/>
          <w:i w:val="0"/>
          <w:color w:val="000000"/>
          <w:sz w:val="24"/>
        </w:rPr>
        <w:t>), как известно. И тогда ему приходится согнуться (пригнуть свой рост до Нецаха), чтобы совершить с ней зивуг. После же молитвы она вновь возвращается к состоянию точки ахор бе-ахор в его Есоде.</w:t>
      </w:r>
    </w:p>
    <w:p>
      <w:pPr>
        <w:spacing w:before="40" w:after="120"/>
        <w:jc w:val="both"/>
      </w:pPr>
      <w:r>
        <w:rPr>
          <w:rFonts w:ascii="Georgia" w:hAnsi="Georgia"/>
          <w:b w:val="0"/>
          <w:i w:val="0"/>
          <w:color w:val="000000"/>
          <w:sz w:val="24"/>
        </w:rPr>
        <w:t>В Шаббат же сама святость Шаббата сама по себе дает ей то, что в будни достигалось молитвой, как сказано выше. Затем благодаря субботней молитве она поворачивается лицом к лицу в шестом состоянии, и это происходит исключительно благодаря нашей молитве, когда она поднимается на множество ступеней при нашей встрече Шаббата, а также во всех молитвах от Шахарит до Мусафа, когда и устанавливается шестое состояние лицом к лицу.</w:t>
      </w:r>
    </w:p>
    <w:p>
      <w:pPr>
        <w:spacing w:before="40" w:after="120"/>
        <w:jc w:val="both"/>
      </w:pPr>
      <w:r>
        <w:rPr>
          <w:rFonts w:ascii="Georgia" w:hAnsi="Georgia"/>
          <w:b w:val="0"/>
          <w:i w:val="0"/>
          <w:color w:val="000000"/>
          <w:sz w:val="24"/>
        </w:rPr>
        <w:t>Впрочем, сама по себе в день Шаббата она находится лицом к лицу в НЕХИ де-ЗА — то есть в том состоянии, которого в будни мы достигаем молитвой. То же, что существует само по себе в будние дни, относится к первому состоянию спиной к спине, когда она стояла в виде точки под Есодом, а первые девять сфирот опускаются в клипу Малхут, именуемую Лилит нечистого Ацилута; и это будет подробнее разъяснено в [разделе о мирах] АБЕА клипот, смотри там в соответствующем учении.</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Разъясним теперь в общих чертах суть трех зивугов, существующих в ЗОН. Первый — это зивуг ахор бе-ахор, когда Нуква находится ахор бе-ахор от хазе де-ЗА и ниже. Второй — когда оба они равны во весь свой рост паним бе-паним. Третий — когда она обращена лицом к лицу, но имеет малый рост [и расположена] от хазе и ниже, как сказано выше.</w:t>
      </w:r>
    </w:p>
    <w:p>
      <w:pPr>
        <w:spacing w:before="40" w:after="120"/>
        <w:jc w:val="both"/>
      </w:pPr>
      <w:r>
        <w:rPr>
          <w:rFonts w:ascii="Georgia" w:hAnsi="Georgia"/>
          <w:b w:val="0"/>
          <w:i w:val="0"/>
          <w:color w:val="000000"/>
          <w:sz w:val="24"/>
        </w:rPr>
        <w:t>И знай, что во время сотворения мира происходили только первые два зивуга, третьего же зивуга тогда не существовало; и, как упоминалось выше в учении, этот третий зивуг возник лишь со времен Второго Храма и далее.</w:t>
      </w:r>
    </w:p>
    <w:p>
      <w:pPr>
        <w:spacing w:before="40" w:after="120"/>
        <w:jc w:val="both"/>
      </w:pPr>
      <w:r>
        <w:rPr>
          <w:rFonts w:ascii="Georgia" w:hAnsi="Georgia"/>
          <w:b w:val="0"/>
          <w:i w:val="0"/>
          <w:color w:val="000000"/>
          <w:sz w:val="24"/>
        </w:rPr>
        <w:t>Разъясним теперь суть двух первых зивугов. До сотворения мира и до сотворения Адама а-Ришона все миры находились в состоянии спиной к спине, что соответствует свойству Асии — то есть обратной стороне (</w:t>
      </w:r>
      <w:r>
        <w:rPr>
          <w:rFonts w:ascii="Georgia" w:hAnsi="Georgia"/>
          <w:b w:val="0"/>
          <w:i/>
          <w:color w:val="000000"/>
          <w:sz w:val="24"/>
        </w:rPr>
        <w:t>ахор</w:t>
      </w:r>
      <w:r>
        <w:rPr>
          <w:rFonts w:ascii="Georgia" w:hAnsi="Georgia"/>
          <w:b w:val="0"/>
          <w:i w:val="0"/>
          <w:color w:val="000000"/>
          <w:sz w:val="24"/>
        </w:rPr>
        <w:t>), — и пойми это как следует. Поэтому 39 видов работы (</w:t>
      </w:r>
      <w:r>
        <w:rPr>
          <w:rFonts w:ascii="Georgia" w:hAnsi="Georgia" w:cs="Times New Roman"/>
          <w:b/>
          <w:i w:val="0"/>
          <w:color w:val="000000"/>
          <w:sz w:val="24"/>
          <w:rtl/>
          <w:szCs w:val="32"/>
        </w:rPr>
        <w:t>ט״ל</w:t>
      </w:r>
      <w:r>
        <w:rPr>
          <w:rFonts w:ascii="Georgia" w:hAnsi="Georgia"/>
          <w:b w:val="0"/>
          <w:i w:val="0"/>
          <w:color w:val="000000"/>
          <w:sz w:val="24"/>
        </w:rPr>
        <w:t xml:space="preserve"> = 39) относятся к будням, ведь они принадлежат тайне Асии: там находится действие, являющееся аспектом спиной к спине; и этот порядок действует во всех мирах. И тогда, в шесть дней творения, бывших буднями, эти 39 видов работы совершались на уровне Асии, представляющей собой состояние спиной к спине. Причина же того, что они находились в положении спиной к спине, заключалась в следующем: когда три первые сфирот (ГАР) еще не были исправлены, свет, опустившись в семь нижних сфирот (ЗАТ), оказался для них невыносим, и потому они умерли по тайне стиха: </w:t>
      </w:r>
      <w:r>
        <w:rPr>
          <w:rFonts w:ascii="Georgia" w:hAnsi="Georgia"/>
          <w:b w:val="0"/>
          <w:i/>
          <w:color w:val="000000"/>
          <w:sz w:val="24"/>
        </w:rPr>
        <w:t>«И вот цари...»</w:t>
      </w:r>
      <w:r>
        <w:rPr>
          <w:rFonts w:ascii="Georgia" w:hAnsi="Georgia"/>
          <w:b w:val="0"/>
          <w:i w:val="0"/>
          <w:color w:val="000000"/>
          <w:sz w:val="24"/>
        </w:rPr>
        <w:t xml:space="preserve"> (Берешит 36:31), как известно.</w:t>
      </w:r>
    </w:p>
    <w:p>
      <w:pPr>
        <w:spacing w:before="40" w:after="120"/>
        <w:jc w:val="both"/>
      </w:pPr>
      <w:r>
        <w:rPr>
          <w:rFonts w:ascii="Georgia" w:hAnsi="Georgia"/>
          <w:b w:val="0"/>
          <w:i w:val="0"/>
          <w:color w:val="000000"/>
          <w:sz w:val="24"/>
        </w:rPr>
        <w:t>После же того как исправились ГАР — то есть три первые точки: АА де-Ацилут (Кетер де-Ацилут) и ХУБ (Аба ве-Има) — и стали парцуфами, свет уменьшился благодаря исправлению через распространение парцуфа, как объясняется в соответствующем месте. И тогда благодаря распространению света возникло исправление, позволившее нижним принять свет, и у ЗОН появилась способность принять свет.</w:t>
      </w:r>
    </w:p>
    <w:p>
      <w:pPr>
        <w:spacing w:before="40" w:after="120"/>
        <w:jc w:val="both"/>
      </w:pPr>
      <w:r>
        <w:rPr>
          <w:rFonts w:ascii="Georgia" w:hAnsi="Georgia"/>
          <w:b w:val="0"/>
          <w:i w:val="0"/>
          <w:color w:val="000000"/>
          <w:sz w:val="24"/>
        </w:rPr>
        <w:t>Когда же Аба ве-Има исправились и стали парцуфом, остатки выяснений, оставшиеся от них, и содержавшиеся в них суровые суды полностью опустились вниз, в ЗОН. И тогда ЗОН сначала исправились в положении спиной к спине, и все суды и все клипот находились там, как сказано выше. Когда же Высший Источник увидел, что если Он исправит ЗОН лицом к лицу, то клипот и суды прилепятся к их обратной стороне — ведь обратная сторона есть свойство суда, как известно, и особенно внизу, на уровне ЗОН, — Он оставил их в положении спиной к спине. Благодаря этому клипот не смогли ухватиться там. При этом не требовалось никакой защиты для лицевой стороны, чтобы они не прилепились к ней, ведь у клипот нет никакой хватки за лицевую сторону.</w:t>
      </w:r>
    </w:p>
    <w:p>
      <w:pPr>
        <w:spacing w:before="40" w:after="120"/>
        <w:jc w:val="both"/>
      </w:pPr>
      <w:r>
        <w:rPr>
          <w:rFonts w:ascii="Georgia" w:hAnsi="Georgia"/>
          <w:b w:val="0"/>
          <w:i w:val="0"/>
          <w:color w:val="000000"/>
          <w:sz w:val="24"/>
        </w:rPr>
        <w:t>И вот все миры находились тогда в положении спиной к спине по упомянутой причине. В учении о ступенях миров уже разъяснялось, насколько возвышенными были высшие миры до сотворения Адама а-Ришона: когда ЗОН находились там наверху, на месте Абы ве-Имы, они и там пребывали в положении спиной к спине, и тогда совершили зивуг и породили Адама а-Ришона из состояния спиной к спине, находясь наверху, — пойми же это как следует.</w:t>
      </w:r>
    </w:p>
    <w:p>
      <w:pPr>
        <w:spacing w:before="40" w:after="120"/>
        <w:jc w:val="both"/>
      </w:pPr>
      <w:r>
        <w:rPr>
          <w:rFonts w:ascii="Georgia" w:hAnsi="Georgia"/>
          <w:b w:val="0"/>
          <w:i w:val="0"/>
          <w:color w:val="000000"/>
          <w:sz w:val="24"/>
        </w:rPr>
        <w:t xml:space="preserve">После же того как Адам а-Ришон был сотворен, чтобы </w:t>
      </w:r>
      <w:r>
        <w:rPr>
          <w:rFonts w:ascii="Georgia" w:hAnsi="Georgia"/>
          <w:b w:val="0"/>
          <w:i/>
          <w:color w:val="000000"/>
          <w:sz w:val="24"/>
        </w:rPr>
        <w:t>«возделывать [сад] и хранить его»</w:t>
      </w:r>
      <w:r>
        <w:rPr>
          <w:rFonts w:ascii="Georgia" w:hAnsi="Georgia"/>
          <w:b w:val="0"/>
          <w:i w:val="0"/>
          <w:color w:val="000000"/>
          <w:sz w:val="24"/>
        </w:rPr>
        <w:t xml:space="preserve"> (Берешит 2:15), как сказано в стихе, он своей молитвой в тот день срезал тернии в винограднике и удалил находившиеся там клипот. Благодаря этому ЗОН вернулись в положение лицом к лицу, равные во весь свой рост во втором [упомянутом] состоянии. И подобно тому как он произвел исправление в мире Ацилут, он вызвал исправление и во всех мирах Брия и Ецира, вернув их [в положение] лицом к лицу. Однако мир Асия он не исправил, поскольку там зло преобладает над добром, как будет сказано с Б-жьей помощью в учении об АБЕА, и отходы преобладают над съедобным, и там находится очень много клипот. Поэтому мир Асия остался в положении обратной стороны, и там, за эту обратную сторону, держатся клипот, находящиеся в Асии и именуемые «чужими богами».</w:t>
      </w:r>
    </w:p>
    <w:p>
      <w:pPr>
        <w:spacing w:before="40" w:after="120"/>
        <w:jc w:val="both"/>
      </w:pPr>
      <w:r>
        <w:rPr>
          <w:rFonts w:ascii="Georgia" w:hAnsi="Georgia"/>
          <w:b w:val="0"/>
          <w:i w:val="0"/>
          <w:color w:val="000000"/>
          <w:sz w:val="24"/>
        </w:rPr>
        <w:t>В трех же высших мирах он произвел исправление и вернул их в положение лицом к лицу: сначала произошло спиливание (</w:t>
      </w:r>
      <w:r>
        <w:rPr>
          <w:rFonts w:ascii="Georgia" w:hAnsi="Georgia"/>
          <w:b w:val="0"/>
          <w:i/>
          <w:color w:val="000000"/>
          <w:sz w:val="24"/>
        </w:rPr>
        <w:t>несира</w:t>
      </w:r>
      <w:r>
        <w:rPr>
          <w:rFonts w:ascii="Georgia" w:hAnsi="Georgia"/>
          <w:b w:val="0"/>
          <w:i w:val="0"/>
          <w:color w:val="000000"/>
          <w:sz w:val="24"/>
        </w:rPr>
        <w:t>) обратных сторон, как известно, а затем ЗОН в Ацилуте повернулись лицом к лицу, и тогда наступил день Шаббата. В этом и заключается причина того, почему в Шаббат были запрещены 39 видов работы: ведь они относятся к аспекту спиной к спине — к сфере действия, именуемой Асией, — и совершающий их возвращает миры в состояние спиной к спине, как это было вначале.</w:t>
      </w:r>
    </w:p>
    <w:p>
      <w:pPr>
        <w:spacing w:before="40" w:after="120"/>
        <w:jc w:val="both"/>
      </w:pPr>
      <w:r>
        <w:rPr>
          <w:rFonts w:ascii="Georgia" w:hAnsi="Georgia"/>
          <w:b w:val="0"/>
          <w:i w:val="0"/>
          <w:color w:val="000000"/>
          <w:sz w:val="24"/>
        </w:rPr>
        <w:t>Что же касается упомянутого третьего зивуга — зивуга лицом к лицу от хазе и ниже, — то при сотворении мира его не было, но возник он лишь во времена Второго Храма, как сказано выше. И именно его мы осуществляем сейчас своими молитвами в будние дни после разрушения [Храма], как говорилось выше.</w:t>
      </w:r>
    </w:p>
    <w:p>
      <w:r>
        <w:br w:type="page"/>
      </w:r>
    </w:p>
    <w:p>
      <w:pPr>
        <w:keepNext/>
        <w:spacing w:before="360" w:after="160"/>
        <w:jc w:val="center"/>
      </w:pPr>
      <w:r>
        <w:rPr>
          <w:rFonts w:ascii="Georgia" w:hAnsi="Georgia"/>
          <w:b w:val="0"/>
          <w:i w:val="0"/>
          <w:color w:val="000000"/>
          <w:sz w:val="40"/>
        </w:rPr>
        <w:t>Врата 37: Врата Яакова и Леи</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Четвертые врата — Врата Яакова и Леи; они делятся на пять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Теперь объясним суть Яакова и Леи в общих чертах. Выше мы уже разъяснили, что они представляют собой обратную сторону (ахораим) де-Аба ве-Има, упавшую во время смерти мелахим. Однако они не опустились в мир Брия, а остались в Ацилуте на месте Рахели — Нуквы де-ЗА. Поэтому о них говорится не как об умерших, а лишь как об упавших и аннулированных. И поскольку это так, то при исправлении ЗОН, то есть Исраэля и Рахели, эти ахораим исправляются лишь после того, как исправлены ЗОН; у них нет никакой возможности исправиться, пока не будут исправлены ЗОН. И хотя это ахораим де-Аба ве-Има, которые выше ЗОН, и, казалось бы, им следовало исправиться первыми, всё же, поскольку они — самая внешняя, предельная часть ахораим де-Аба ве-Има, представляющая собой суды (диним), сначала в состоянии величия (гадлут) должны исправиться ЗОН, у которых есть также лицевая сторона (паним). Лишь затем исправляются ахораим де-Аба ве-Има: коль скоро они упали на место Нуквы, то при ее исправлении исправятся и они, как сказано выше. Выше уже говорилось, что об этих ахораим не сказано «смерть», поскольку они остались в мире Ацилут, в отличие от ЗОН. И об этом мудрецы сказали: «[Три явления —] опавшие плоды (</w:t>
      </w:r>
      <w:r>
        <w:rPr>
          <w:rFonts w:ascii="Georgia" w:hAnsi="Georgia"/>
          <w:b w:val="0"/>
          <w:i/>
          <w:color w:val="000000"/>
          <w:sz w:val="24"/>
        </w:rPr>
        <w:t>новлот</w:t>
      </w:r>
      <w:r>
        <w:rPr>
          <w:rFonts w:ascii="Georgia" w:hAnsi="Georgia"/>
          <w:b w:val="0"/>
          <w:i w:val="0"/>
          <w:color w:val="000000"/>
          <w:sz w:val="24"/>
        </w:rPr>
        <w:t xml:space="preserve">, </w:t>
      </w:r>
      <w:r>
        <w:rPr>
          <w:rFonts w:ascii="Georgia" w:hAnsi="Georgia" w:cs="Times New Roman"/>
          <w:b/>
          <w:i w:val="0"/>
          <w:color w:val="000000"/>
          <w:sz w:val="24"/>
          <w:rtl/>
          <w:szCs w:val="32"/>
        </w:rPr>
        <w:t>נוֹבְלוֹת</w:t>
      </w:r>
      <w:r>
        <w:rPr>
          <w:rFonts w:ascii="Georgia" w:hAnsi="Georgia"/>
          <w:b w:val="0"/>
          <w:i w:val="0"/>
          <w:color w:val="000000"/>
          <w:sz w:val="24"/>
        </w:rPr>
        <w:t>): опавший плод высшей мудрости — Тора» (Брахот 57б).</w:t>
      </w:r>
    </w:p>
    <w:p>
      <w:pPr>
        <w:spacing w:before="40" w:after="120"/>
        <w:jc w:val="both"/>
      </w:pPr>
      <w:r>
        <w:rPr>
          <w:rFonts w:ascii="Georgia" w:hAnsi="Georgia"/>
          <w:b w:val="0"/>
          <w:i w:val="0"/>
          <w:color w:val="000000"/>
          <w:sz w:val="24"/>
        </w:rPr>
        <w:t>Также в трактате Дмай (1:1) они сказали: «падалица фиников» (</w:t>
      </w:r>
      <w:r>
        <w:rPr>
          <w:rFonts w:ascii="Georgia" w:hAnsi="Georgia"/>
          <w:b w:val="0"/>
          <w:i/>
          <w:color w:val="000000"/>
          <w:sz w:val="24"/>
        </w:rPr>
        <w:t>новлот тмара</w:t>
      </w:r>
      <w:r>
        <w:rPr>
          <w:rFonts w:ascii="Georgia" w:hAnsi="Georgia"/>
          <w:b w:val="0"/>
          <w:i w:val="0"/>
          <w:color w:val="000000"/>
          <w:sz w:val="24"/>
        </w:rPr>
        <w:t xml:space="preserve">, </w:t>
      </w:r>
      <w:r>
        <w:rPr>
          <w:rFonts w:ascii="Georgia" w:hAnsi="Georgia" w:cs="Times New Roman"/>
          <w:b/>
          <w:i w:val="0"/>
          <w:color w:val="000000"/>
          <w:sz w:val="24"/>
          <w:rtl/>
          <w:szCs w:val="32"/>
        </w:rPr>
        <w:t>נוֹבְלוֹת תְּמָרָה</w:t>
      </w:r>
      <w:r>
        <w:rPr>
          <w:rFonts w:ascii="Georgia" w:hAnsi="Georgia"/>
          <w:b w:val="0"/>
          <w:i w:val="0"/>
          <w:color w:val="000000"/>
          <w:sz w:val="24"/>
        </w:rPr>
        <w:t>). Смысл в том, что Аба в Ацилуте называется просто Хохмой, и от Абы его ахораим упали вниз, на место Нуквы де-Ацилут, как сказано выше. Яаков же — это Письменная Тора, образованная из ахораим, опавших от высшей Хохмы, то есть от Абы, как будет с Б-жьей помощью разъяснено далее. А так как это суровые и горькие суды — ведь это самые внешние из всех ахораим де-Аба ве-Има, — они и названы «падалицей фиников», что указывает на горечь и суровые суды.</w:t>
      </w:r>
    </w:p>
    <w:p>
      <w:pPr>
        <w:spacing w:before="40" w:after="120"/>
        <w:jc w:val="both"/>
      </w:pPr>
      <w:r>
        <w:rPr>
          <w:rFonts w:ascii="Georgia" w:hAnsi="Georgia"/>
          <w:b w:val="0"/>
          <w:i w:val="0"/>
          <w:color w:val="000000"/>
          <w:sz w:val="24"/>
        </w:rPr>
        <w:t xml:space="preserve">Или же это можно истолковать иначе, исходя из стиха: </w:t>
      </w:r>
      <w:r>
        <w:rPr>
          <w:rFonts w:ascii="Georgia" w:hAnsi="Georgia"/>
          <w:b w:val="0"/>
          <w:i/>
          <w:color w:val="000000"/>
          <w:sz w:val="24"/>
        </w:rPr>
        <w:t>«Тору заповедал нам Моше, наследие…»</w:t>
      </w:r>
      <w:r>
        <w:rPr>
          <w:rFonts w:ascii="Georgia" w:hAnsi="Georgia"/>
          <w:b w:val="0"/>
          <w:i w:val="0"/>
          <w:color w:val="000000"/>
          <w:sz w:val="24"/>
        </w:rPr>
        <w:t xml:space="preserve"> (Дварим 33:4). Ведь эта мудрость — кли Есод де-Аба, облаченное внутрь Тиферет де-ЗА; под действием светов, которые выходят и падают из него наружу из ЗА, там формируется свойство Яакова, именуемое Торой. В этом и заключается скрытый смысл стиха </w:t>
      </w:r>
      <w:r>
        <w:rPr>
          <w:rFonts w:ascii="Georgia" w:hAnsi="Georgia"/>
          <w:b w:val="0"/>
          <w:i/>
          <w:color w:val="000000"/>
          <w:sz w:val="24"/>
        </w:rPr>
        <w:t>«Тору заповедал нам Моше…»</w:t>
      </w:r>
      <w:r>
        <w:rPr>
          <w:rFonts w:ascii="Georgia" w:hAnsi="Georgia"/>
          <w:b w:val="0"/>
          <w:i w:val="0"/>
          <w:color w:val="000000"/>
          <w:sz w:val="24"/>
        </w:rPr>
        <w:t xml:space="preserve">: Моше — это Есод де-Аба, распространяющийся внутри ЗА, как мы объясняли; именно он выводит Тору наружу, и это есть </w:t>
      </w:r>
      <w:r>
        <w:rPr>
          <w:rFonts w:ascii="Georgia" w:hAnsi="Georgia"/>
          <w:b w:val="0"/>
          <w:i/>
          <w:color w:val="000000"/>
          <w:sz w:val="24"/>
        </w:rPr>
        <w:t>«община Яакова»</w:t>
      </w:r>
      <w:r>
        <w:rPr>
          <w:rFonts w:ascii="Georgia" w:hAnsi="Georgia"/>
          <w:b w:val="0"/>
          <w:i w:val="0"/>
          <w:color w:val="000000"/>
          <w:sz w:val="24"/>
        </w:rPr>
        <w:t xml:space="preserve"> (</w:t>
      </w:r>
      <w:r>
        <w:rPr>
          <w:rFonts w:ascii="Georgia" w:hAnsi="Georgia"/>
          <w:b w:val="0"/>
          <w:i/>
          <w:color w:val="000000"/>
          <w:sz w:val="24"/>
        </w:rPr>
        <w:t>кехилат Яаков</w:t>
      </w:r>
      <w:r>
        <w:rPr>
          <w:rFonts w:ascii="Georgia" w:hAnsi="Georgia"/>
          <w:b w:val="0"/>
          <w:i w:val="0"/>
          <w:color w:val="000000"/>
          <w:sz w:val="24"/>
        </w:rPr>
        <w:t xml:space="preserve">, </w:t>
      </w:r>
      <w:r>
        <w:rPr>
          <w:rFonts w:ascii="Georgia" w:hAnsi="Georgia" w:cs="Times New Roman"/>
          <w:b/>
          <w:i w:val="0"/>
          <w:color w:val="000000"/>
          <w:sz w:val="24"/>
          <w:rtl/>
          <w:szCs w:val="32"/>
        </w:rPr>
        <w:t>קְהִלַּת יַעֲקֹב</w:t>
      </w:r>
      <w:r>
        <w:rPr>
          <w:rFonts w:ascii="Georgia" w:hAnsi="Georgia"/>
          <w:b w:val="0"/>
          <w:i w:val="0"/>
          <w:color w:val="000000"/>
          <w:sz w:val="24"/>
        </w:rPr>
        <w:t>), в которой собираются воедино света, выходящие из Есод де-Аба наружу, образуя парцуф Яакова.</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опишем, как эти ахораим спустились вниз, на место Нуквы де-ЗА. Яаков, представляющий собой ахораим де-Аба, упал вниз и встал перед Нуквой де-ЗА в то время, когда она еще находилась там и не опустилась [в Брия]. При этом ахораим де-Яаков оказались напротив лица Рахели, как будет объяснено ниже. А ахораим де-Има, то есть Лея, также опустились вниз в Ацилуте и встали позади Рахели, Нуквы де-ЗА. Получилось, что лицо Леи было обращено к спине Рахели, а лицо Рахели — к спине Яакова, так что Рахель оказалась посередине, поскольку ЗА тогда еще не вырос, и его ноги не распространились вниз в виде Йешуруна, как говорилось ранее.</w:t>
      </w:r>
    </w:p>
    <w:p>
      <w:pPr>
        <w:spacing w:before="40" w:after="120"/>
        <w:jc w:val="both"/>
      </w:pPr>
      <w:r>
        <w:rPr>
          <w:rFonts w:ascii="Georgia" w:hAnsi="Georgia"/>
          <w:b w:val="0"/>
          <w:i w:val="0"/>
          <w:color w:val="000000"/>
          <w:sz w:val="24"/>
        </w:rPr>
        <w:t>Когда же вышли мелахим де-ЗА, они тоже упали, действительно умерли и сошли в мир Брия. И когда Нуква спустилась вниз, в Брия, ее место между Яаковом и Леей осталось пустым и свободным. Тогда, всё то время, пока ЗА оставался без исправления внизу, в Брия, Яаков и Лея пребывали там в положении «лицом к спине» (паним бе-ахор) — то есть лицо Леи было обращено к спине Яакова (это и есть упомянутая вторая ступень), — пока не исправились ЗОН. Но относительно высших Аба ве-Има во «Вратах мелахим» (гл. 8) объяснялось, что они находились в положении «лицом к спине» (паним бе-ахор): лицо Абы было обращено к спине Имы, то есть противоположно Яакову и Лее. Причина этого различия в том, что лица Абы, Зеир Анпина и Имы, когда те облачают АА, как известно, обращены в ту же сторону, что и лицо АА, чтобы принимать свечение лика АА, который склоняет свой стан, озаряет их лица и взирает на них. Подобным же образом и ЗА должен взирать и светить в лицо Яакову, который ниже и короче его, поскольку голова Яакова начинается лишь на уровне хазе де-ЗА, как сказано выше. И когда лицо Яакова обращено в ту же сторону, куда обращено лицо ЗА, оказывается, что при наклоне ЗА может смотреть в лицо Яакову и озарять его лицо — наподобие буквы хэй (</w:t>
      </w:r>
      <w:r>
        <w:rPr>
          <w:rFonts w:ascii="Georgia" w:hAnsi="Georgia" w:cs="Times New Roman"/>
          <w:b/>
          <w:i w:val="0"/>
          <w:color w:val="000000"/>
          <w:sz w:val="24"/>
          <w:rtl/>
          <w:szCs w:val="32"/>
        </w:rPr>
        <w:t>ה</w:t>
      </w:r>
      <w:r>
        <w:rPr>
          <w:rFonts w:ascii="Georgia" w:hAnsi="Georgia"/>
          <w:b w:val="0"/>
          <w:i w:val="0"/>
          <w:color w:val="000000"/>
          <w:sz w:val="24"/>
        </w:rPr>
        <w:t>). Если бы ЗА и Яаков стояли паним бе-паним, то Яаков оказался бы расположен очень низко. И когда ЗА склонил бы свой стан и голову вниз, чтобы посмотреть на него, он смотрел бы лишь на ахораим де-Яаков.</w:t>
      </w:r>
    </w:p>
    <w:p>
      <w:pPr>
        <w:spacing w:before="40" w:after="120"/>
        <w:jc w:val="both"/>
      </w:pPr>
      <w:r>
        <w:rPr>
          <w:rFonts w:ascii="Georgia" w:hAnsi="Georgia"/>
          <w:b w:val="0"/>
          <w:i w:val="0"/>
          <w:color w:val="000000"/>
          <w:sz w:val="24"/>
        </w:rPr>
        <w:t>Поэтому Яаков был вынужден встать спиной к лицу ЗА, чтобы принимать свечение лика ЗА, подобно Абе — корню Яакова, как сказано выше, который также принимает свечение лика АА. И поскольку Яаков был вынужден встать именно так, Лея, в свою очередь, обратила лицо к спине Яакова, чтобы смотреть на него и принимать его свечение со стороны ахор, и у нее есть способность принимать эти света. Однако наверху, у Имы Илаа, когда Аба обратил к ней лицо после того, как исправился рош де-Атик Йомин, Има была вынуждена остаться со стороны спины (ахор), поскольку она не способна повернуть лицо навстречу лицу Абы, обратившего лицо в сторону наклона лика АА и Атика, как сказано выше. Поэтому Лея и Яаков остались так, что ее лицо обращено к его спине. Когда же ЗОН исправились и поднялись наверх [на свое место] в Ацилуте, ЗА (то есть Исраэль) вырос во время второго ибура (зачатия), и тогда его ноги удлинились и распространились до самого низа в виде Йешуруна, как говорилось ранее.</w:t>
      </w:r>
    </w:p>
    <w:p>
      <w:pPr>
        <w:spacing w:before="40" w:after="120"/>
        <w:jc w:val="both"/>
      </w:pPr>
      <w:r>
        <w:rPr>
          <w:rFonts w:ascii="Georgia" w:hAnsi="Georgia"/>
          <w:b w:val="0"/>
          <w:i w:val="0"/>
          <w:color w:val="000000"/>
          <w:sz w:val="24"/>
        </w:rPr>
        <w:t>Тогда и Нуква, Рахель, встала с ним ахор бе-ахор от хазе и ниже, в результате чего ЗОН встали между Леей и Яаковом. Прежде, пока ЗА до исправления был мал и его ноги не распространялись до самого низа, там было пространство, способное вместить три парцуфа — Лею, Яакова и Рахель — друг за другом, как сказано выше. Теперь же, когда ноги ЗА распространились вниз, места для четырех парцуфов вместе уже не осталось. Тогда Лея поднялась наверх и встала позади ЗА, лицом к спине, до уровня его хазе, а одна лишь Рахель осталась внизу с ЗА спиной к спине; Яаков же обратил спину к лицу ЗА. Так там остались стоять лишь три ступени, и тогда ЗА стал называться Йешурун (</w:t>
      </w:r>
      <w:r>
        <w:rPr>
          <w:rFonts w:ascii="Georgia" w:hAnsi="Georgia"/>
          <w:b w:val="0"/>
          <w:i/>
          <w:color w:val="000000"/>
          <w:sz w:val="24"/>
        </w:rPr>
        <w:t>Йешурун</w:t>
      </w:r>
      <w:r>
        <w:rPr>
          <w:rFonts w:ascii="Georgia" w:hAnsi="Georgia"/>
          <w:b w:val="0"/>
          <w:i w:val="0"/>
          <w:color w:val="000000"/>
          <w:sz w:val="24"/>
        </w:rPr>
        <w:t xml:space="preserve">, </w:t>
      </w:r>
      <w:r>
        <w:rPr>
          <w:rFonts w:ascii="Georgia" w:hAnsi="Georgia" w:cs="Times New Roman"/>
          <w:b/>
          <w:i w:val="0"/>
          <w:color w:val="000000"/>
          <w:sz w:val="24"/>
          <w:rtl/>
          <w:szCs w:val="32"/>
        </w:rPr>
        <w:t>יְשׁוּרוּן</w:t>
      </w:r>
      <w:r>
        <w:rPr>
          <w:rFonts w:ascii="Georgia" w:hAnsi="Georgia"/>
          <w:b w:val="0"/>
          <w:i w:val="0"/>
          <w:color w:val="000000"/>
          <w:sz w:val="24"/>
        </w:rPr>
        <w:t xml:space="preserve"> — от слова </w:t>
      </w:r>
      <w:r>
        <w:rPr>
          <w:rFonts w:ascii="Georgia" w:hAnsi="Georgia"/>
          <w:b w:val="0"/>
          <w:i/>
          <w:color w:val="000000"/>
          <w:sz w:val="24"/>
        </w:rPr>
        <w:t>шура</w:t>
      </w:r>
      <w:r>
        <w:rPr>
          <w:rFonts w:ascii="Georgia" w:hAnsi="Georgia"/>
          <w:b w:val="0"/>
          <w:i w:val="0"/>
          <w:color w:val="000000"/>
          <w:sz w:val="24"/>
        </w:rPr>
        <w:t xml:space="preserve">, </w:t>
      </w:r>
      <w:r>
        <w:rPr>
          <w:rFonts w:ascii="Georgia" w:hAnsi="Georgia" w:cs="Times New Roman"/>
          <w:b/>
          <w:i w:val="0"/>
          <w:color w:val="000000"/>
          <w:sz w:val="24"/>
          <w:rtl/>
          <w:szCs w:val="32"/>
        </w:rPr>
        <w:t>שׁוּרָה</w:t>
      </w:r>
      <w:r>
        <w:rPr>
          <w:rFonts w:ascii="Georgia" w:hAnsi="Georgia"/>
          <w:b w:val="0"/>
          <w:i w:val="0"/>
          <w:color w:val="000000"/>
          <w:sz w:val="24"/>
        </w:rPr>
        <w:t>, «ряд»), в виде ряда из трех человек. Из-за нехватки места Лея поднялась наверх, а Рахель осталась на своем истинном месте — напротив хазе де-ЗА; кроме того, Рахель осталась там потому, что она женского рода, а свойство Нуквы — это сторона спины (ахор).</w:t>
      </w:r>
    </w:p>
    <w:p>
      <w:pPr>
        <w:spacing w:before="40" w:after="120"/>
        <w:jc w:val="both"/>
      </w:pPr>
      <w:r>
        <w:rPr>
          <w:rFonts w:ascii="Georgia" w:hAnsi="Georgia"/>
          <w:b w:val="0"/>
          <w:i w:val="0"/>
          <w:color w:val="000000"/>
          <w:sz w:val="24"/>
        </w:rPr>
        <w:t>И еще потому, что у нее всё еще нет силы стоять с ЗА паним бе-паним до разделения (несира), как известно. Однако необходимо объяснить, почему поднялась именно Лея, а не Яаков. Причина этого складывается из нескольких оснований, которые мы разъясним. Выше уже говорилось, что здесь есть две стороны: с одной стороны, до исправления у Абы было преимущество перед Имой, а с другой стороны, у Имы было преимущество перед Абой. И вот в чем они заключаются: когда исправился рош де-Атик, Аба ве-Има перешли на третью ступень — «лицом к спине» (паним бе-ахор), то есть лицо Абы оказалось напротив спины Имы. Выходит, что с одной стороны преимущество принадлежит Абе: он обладал силой принять свет высшего лика непосредственно своим лицом, тогда как у Имы не было силы принять свет иначе как через спину (ахор). С другой же стороны преимущество принадлежит Име: ее ахораим приняли великий свет паним и подсластились сильнее, чем ахораим де-Аба, не получившие высшего свечения.</w:t>
      </w:r>
    </w:p>
    <w:p>
      <w:pPr>
        <w:spacing w:before="40" w:after="120"/>
        <w:jc w:val="both"/>
      </w:pPr>
      <w:r>
        <w:rPr>
          <w:rFonts w:ascii="Georgia" w:hAnsi="Georgia"/>
          <w:b w:val="0"/>
          <w:i w:val="0"/>
          <w:color w:val="000000"/>
          <w:sz w:val="24"/>
        </w:rPr>
        <w:t>Поэтому между Яаковом и Леей возникли два различия, которые мы сейчас объясним. В силу того, что у Абы есть преимущество перед Имой, как сказано выше, у него была сила принять свечение непосредственно через лицевую сторону, а ведь известно, что и Яаков принимает свечение от Абы, своего корня. Поэтому у ахораим де-Аба, включающих в себя десять сфирот, как сказано выше, была сила полностью исправиться во время исправления, и из них сформировался Яаков — полноценный парцуф из десяти сфирот ахораим де-Аба; кроме того, это произошло и потому, что он относится к мужскому началу, которое более совершенно, чем женское. Лея же возникла из ахор де-Има, не имевшей тогда сил принять свечение через свое лицо, и потому сейчас у ахор де-Има тоже не хватило сил исправить все свои десять сфирот, кроме одной лишь десятой — Малхут, из которой одной и образовался парцуф Леи, как сказано выше. Что же касается второй стороны, где у Имы было преимущество перед Абой, состоящее в том, что ахораим де-Има приняли большее свечение и подсластились сильнее, чем ахораим де-Аба, — нет сомнения, что ахораим де-Има, опустившиеся вниз, теперь, когда Аба ве-Има стоят лицом к спине после исправления рош де-Атик, как говорилось ранее, приняли великое свечение от Имы — то, чего не получили опустившиеся ахораим де-Аба. По этой причине у Леи появилось преимущество перед Яаковом: у нее была сила подняться выше хазе де-ЗА, тогда как Яаков остался ниже хазе.</w:t>
      </w:r>
    </w:p>
    <w:p>
      <w:pPr>
        <w:spacing w:before="40" w:after="120"/>
        <w:jc w:val="both"/>
      </w:pPr>
      <w:r>
        <w:rPr>
          <w:rFonts w:ascii="Georgia" w:hAnsi="Georgia"/>
          <w:b w:val="0"/>
          <w:i w:val="0"/>
          <w:color w:val="000000"/>
          <w:sz w:val="24"/>
        </w:rPr>
        <w:t>Но поскольку он мужского начала, он стоит перед лицом ЗА, а Лея, будучи женским началом, встала сзади. И есть еще одна причина, почему Лея поднялась наверх, а Яаков — нет: ее основное место и питание — от Малхут де-Твуна, которая тоже облачается внутрь ЗА, как описано; а она пребывает наверху, в рош де-ЗА, и потому Лея должна подняться туда, чтобы принять от нее свечение. Все же питание Яакова происходит снизу — от Есод де-Аба, раскрывающегося от хазе де-ЗА и ниже, как говорилось выше, и поэтому он остался внизу. А почему Яаков повернулся спиной к лицу ЗА, мы уже тоже объяснили ранее. Что касается Леи, то хотя мы и объяснили ранее, почему вначале, до исправления ЗА, ее лицо было обращено к спине Яакова, все же необходимо ответить: почему после исправления она осталась в таком же положении, а не встала ахор бе-ахор с ЗА, который теперь разделяет ее и Яакова, подобно Рахели, также стоящей спиной к спине с ЗА?</w:t>
      </w:r>
    </w:p>
    <w:p>
      <w:pPr>
        <w:spacing w:before="40" w:after="120"/>
        <w:jc w:val="both"/>
      </w:pPr>
      <w:r>
        <w:rPr>
          <w:rFonts w:ascii="Georgia" w:hAnsi="Georgia"/>
          <w:b w:val="0"/>
          <w:i w:val="0"/>
          <w:color w:val="000000"/>
          <w:sz w:val="24"/>
        </w:rPr>
        <w:t xml:space="preserve">Причина в том, как мы уже говорили, что Рахель находится спиной к спине с ЗА потому, что она — женское начало, представляющее собой суровые суды, и в особенности потому, что она — последняя ступень в Ацилуте, близкая к внешним силам, и </w:t>
      </w:r>
      <w:r>
        <w:rPr>
          <w:rFonts w:ascii="Georgia" w:hAnsi="Georgia"/>
          <w:b w:val="0"/>
          <w:i/>
          <w:color w:val="000000"/>
          <w:sz w:val="24"/>
        </w:rPr>
        <w:t>«ноги ее нисходят к смерти»</w:t>
      </w:r>
      <w:r>
        <w:rPr>
          <w:rFonts w:ascii="Georgia" w:hAnsi="Georgia"/>
          <w:b w:val="0"/>
          <w:i w:val="0"/>
          <w:color w:val="000000"/>
          <w:sz w:val="24"/>
        </w:rPr>
        <w:t xml:space="preserve"> (Мишлей 5:5). И мы опасаемся, как бы внешние силы не ухватились за ахораим, почему она и соединена с ЗА спиной [к спине], как сказано выше. Лея же стоит наверху, позади ГАР де-ЗА, и внешние силы не могут ухватиться за нее так, как за Рахель, стоящую на месте четырех нижних сфирот (по другой версии: ЗАТ де-ЗА). Кроме того, она не такова, как Рахель — главная Нуква де-ЗА. И еще: она не входит в число десяти сфирот, объемлющих весь Ацилут, а представляет собой лишь ахораим третьей сфиры, поэтому не столь опасно, если внешние силы ухватятся за нее, как в случае с Рахелью. И к тому же она — ахораим де-Има, а ведь известно, что именно Има отталкивает клипот, и они бегут от нее, так что у внешних сил нет к ней такой зацепки, как к Рахели. Если же ты скажешь: «Но даже если это не принесет пользы, то и вреда не причинит, так разве не лучше было бы ей стоять спиной к спине?» — то ответ таков. Выше уже объяснялось, что существование клипы необходимо для высшей цели — ради награды и наказания в этом мире, как сказали мудрецы: «</w:t>
      </w:r>
      <w:r>
        <w:rPr>
          <w:rFonts w:ascii="Georgia" w:hAnsi="Georgia"/>
          <w:b w:val="0"/>
          <w:i/>
          <w:color w:val="000000"/>
          <w:sz w:val="24"/>
        </w:rPr>
        <w:t>„Очень хорошо“</w:t>
      </w:r>
      <w:r>
        <w:rPr>
          <w:rFonts w:ascii="Georgia" w:hAnsi="Georgia"/>
          <w:b w:val="0"/>
          <w:i w:val="0"/>
          <w:color w:val="000000"/>
          <w:sz w:val="24"/>
        </w:rPr>
        <w:t xml:space="preserve"> (Берешит 1:31) — это ангел смерти» (Берешит Рабба 9:5). Необходимо, чтобы и клипот получили свою долю жизненной силы. И увидел Источник, что наименьшая из всех возможных ступеней — это ахораим де-Лея, поскольку там нет столь сильной зацепки, как со стороны спины Малхут (Рахели), как сказано выше. Поэтому Он оставил ахораим де-Лея обращенными наружу открытыми, чтобы внешние силы могли ухватиться там и питаться оттуда ровно настолько, сколько необходимо для поддержания их жизни, — в отличие от того, если бы они ухватились за Рахель, где зацепка была бы слишком велика.</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подробно объясним устройство парцуфа Яаков. Известно, что все света, протягивающиеся к Яакову, — это света, выходящие изнутри Зеир Анпина (ЗА) наружу. Это те раскрытые света, которые происходят из келим НЕХИ де-Аба и из находящихся внутри них мохин со стороны Аба, раскрывающихся только от хазе де-ЗА и ниже, где заканчивается Есод де-Има, как сказано выше. Кетер де-Яаков располагается напротив двух нижних третей Тиферет де-ЗА, [простирающихся] от хазе и до завершения тела (гуф), именуемого Тиферет. Суть этого подобна тому, как я писал в других рассуждениях: как у ЗА, именуемого Исраэль, есть окружающие света, составляющие тайну его тфилин, так же подобные аспекты есть и у Яакова. А именно: на этом уровне раскрывается Есод де-Аба, в который облачается Даат де-ЗА со стороны Аба. Ранее уже объяснялось, что Даат включает в себя четыре составляющие: Хохма и Бина (ХУБ), Хесед и Гвура.</w:t>
      </w:r>
    </w:p>
    <w:p>
      <w:pPr>
        <w:spacing w:before="40" w:after="120"/>
        <w:jc w:val="both"/>
      </w:pPr>
      <w:r>
        <w:rPr>
          <w:rFonts w:ascii="Georgia" w:hAnsi="Georgia"/>
          <w:b w:val="0"/>
          <w:i w:val="0"/>
          <w:color w:val="000000"/>
          <w:sz w:val="24"/>
        </w:rPr>
        <w:t>Поэтому он производит два склонения: между ХУБ мохин со стороны Аба и между ХУБ мохин со стороны Има. Из них свет выходит наружу ЗА напротив его лица, и там они становятся четырьмя окружающими [светами] для Яакова, составляя тайну его тфилин. Посмотри в наших разъяснениях порядок ручного и головного тфилин (тфила шель яд и шель рош) Яакова — там тебе откроются глубокие и великие учения о Рахели и Яакове. Затем от ХУБ мохин со стороны Аба, облаченных в НЕ де-Аба, которые, в свою очередь, облачены в НЕ де-Има, свет упомянутых ХУБ выходит оттуда наружу. Из этого света образуется вместилище (кли), называемое Кетер, внутрь которого собираются и входят те четыре упомянутых аспекта Даат и становятся там мохин внутри этого Кетера. И это — Кетер де-Яаков. Не удивляйся тому, как возможно, чтобы из света ХУБ образовались келим, а из света Даат — мохин: в этом нет ничего удивительного. Ведь упомянутый свет ХУБ выходит наружу, будучи облаченным во множество одеяний: это келим НЕ де-Аба, облаченные в НЕ де-Има, которые к тому же облачены в две руки самого ЗА.</w:t>
      </w:r>
    </w:p>
    <w:p>
      <w:pPr>
        <w:spacing w:before="40" w:after="120"/>
        <w:jc w:val="both"/>
      </w:pPr>
      <w:r>
        <w:rPr>
          <w:rFonts w:ascii="Georgia" w:hAnsi="Georgia"/>
          <w:b w:val="0"/>
          <w:i w:val="0"/>
          <w:color w:val="000000"/>
          <w:sz w:val="24"/>
        </w:rPr>
        <w:t>Затем этот свет выходит наружу, пробиваясь через средние суставы рук ЗА, называемые на разговорном языке локтем (</w:t>
      </w:r>
      <w:r>
        <w:rPr>
          <w:rFonts w:ascii="Georgia" w:hAnsi="Georgia"/>
          <w:b w:val="0"/>
          <w:i/>
          <w:color w:val="000000"/>
          <w:sz w:val="24"/>
        </w:rPr>
        <w:t>кубито</w:t>
      </w:r>
      <w:r>
        <w:rPr>
          <w:rFonts w:ascii="Georgia" w:hAnsi="Georgia"/>
          <w:b w:val="0"/>
          <w:i w:val="0"/>
          <w:color w:val="000000"/>
          <w:sz w:val="24"/>
        </w:rPr>
        <w:t xml:space="preserve">, </w:t>
      </w:r>
      <w:r>
        <w:rPr>
          <w:rFonts w:ascii="Georgia" w:hAnsi="Georgia" w:cs="Times New Roman"/>
          <w:b/>
          <w:i w:val="0"/>
          <w:color w:val="000000"/>
          <w:sz w:val="24"/>
          <w:rtl/>
          <w:szCs w:val="32"/>
        </w:rPr>
        <w:t>קובד״ו</w:t>
      </w:r>
      <w:r>
        <w:rPr>
          <w:rFonts w:ascii="Georgia" w:hAnsi="Georgia"/>
          <w:b w:val="0"/>
          <w:i w:val="0"/>
          <w:color w:val="000000"/>
          <w:sz w:val="24"/>
        </w:rPr>
        <w:t>), на месте возложения ручного тфилин ЗА. После этого данные света возвращаются, чтобы войти и облачиться внутрь самого тела ЗА, а затем вновь выходят из хазе наружу. И от этого свечения образуется кли для Кетер де-Яаков. Свет же Даат имеет лишь два одеяния: Есод де-Аба и Тиферет де-ЗА, поэтому при выходе наружу он не столь сильно облачен. И потому он становится моахом для Кетер де-Яаков. Посмотри в учении о Лее, и ты увидишь, как пробивание сквозь суставы рук происходит иначе — из мохин де-Има ради Леи. Также выше ты сможешь понять, как устроено распространение светов по линиям рук и голеней. Причина же того, почему света, выходящие из ХУБ через суставы рук, вновь возвращаются, чтобы облачиться в тело ЗА, состоит в том, что Кетер де-Яаков образуется только из Тиферет де-ЗА, так как все они относятся к средней линии, и оттуда он формируется, как сказано выше.</w:t>
      </w:r>
    </w:p>
    <w:p>
      <w:pPr>
        <w:spacing w:before="40" w:after="120"/>
        <w:jc w:val="both"/>
      </w:pPr>
      <w:r>
        <w:rPr>
          <w:rFonts w:ascii="Georgia" w:hAnsi="Georgia"/>
          <w:b w:val="0"/>
          <w:i w:val="0"/>
          <w:color w:val="000000"/>
          <w:sz w:val="24"/>
        </w:rPr>
        <w:t>Затем из нижнего сустава Нецах де-Аба, внутри которого облачена нижняя треть моаха Хохма со стороны Аба, облаченная в нижний сустав Нецах де-Има, [свет] облачается в три сустава Нецах де-ЗА. Оттуда этот свет выходит наружу к Яакову, и из него образуются три части также в правой линии — Хохма, Хесед и Нецах. Точно так же в левой линии Яакова распределяется свет, выходящий из нижней трети Бины со стороны Аба, облаченной в нижний сустав Ход де-Има, которая облачена в три сустава Ход де-Зеир Анпин, — из него образуются Бина, Гвура и Ход де-Яаков. Теперь перейдем к средней линии Яакова. Ведь ранее уже говорилось, что Есод де-Аба облачается внутрь Тиферет де-ЗА, из которого формируется Кетер де-Яаков, как сказано выше. Корона же Есод де-Аба, облаченная в кли Есод де-ЗА, также распределяется в Даат, Тиферет и Есод де-Яаков, составляющие его среднюю линию. И после того как мы объяснили, что из ХУБ со стороны Аба образуются ХУБ Яакова, следует также знать, что и от Даат со стороны Аба, облаченного в Есод де-Аба (в котором, как мы объясняли, содержатся четыре мохин: ХУБ, а также Хесед и Гвура), — от этих ХУБ, находящихся в Даат со стороны Аба, [света] также поднялись и облачились в ХУБ Яакова, образованные из самих мохин ХУБ со стороны Аба, облаченных в НЕ де-Аба. В Хохме Яакова соединились собственно Хохма со стороны Аба и Хохма от Даат де-Аба, а в Бине Яакова соединились собственно Бина со стороны Аба и Бина от Даат де-Аба. Две же нижние части — Хесед и Гвура в Даат со стороны Аба — вошли в Даат Яакова, и он стал включать в себя Хесед и Гвуру, как известно. Все это относится к тому, что находится напротив высшего корня Есод де-ЗА, примыкающего вплоть до уровня верхних суставов бедер, то есть НЕ, как сказано выше, и все это распространяется до хазе Яакова.</w:t>
      </w:r>
    </w:p>
    <w:p>
      <w:pPr>
        <w:spacing w:before="40" w:after="120"/>
        <w:jc w:val="both"/>
      </w:pPr>
      <w:r>
        <w:rPr>
          <w:rFonts w:ascii="Georgia" w:hAnsi="Georgia"/>
          <w:b w:val="0"/>
          <w:i w:val="0"/>
          <w:color w:val="000000"/>
          <w:sz w:val="24"/>
        </w:rPr>
        <w:t>Затем остальное протяжение Есод де-ЗА образует напротив себя остальное завершение Тиферет, именуемое телом Яакова, а корона Есод де-ЗА находится напротив самого Есода Яакова. И знай: подобно тому как в ЗА разделяются пять хасадим и пять гвурот, так же они распространяются и разделяются в Яакове. Пять хасадим в его собственном Даат разделяются на пять хасадим и распространяются в ХАГАТ и НЕ де-Яаков, а пять гвурот в его Даат также разделяются затем на пять гвурот, протягиваются до Есод де-Яаков, собираются и соединяются там.</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Первая редакция. В Торе имя Яаков упоминается дважды подряд — это соответствует Яакову, выходящему с лицевой стороны ЗА, и Рахели, выходящей со стороны спины ЗА; поэтому в Зоаре Шхина названа Яаковом.</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подробно объясним устройство парцуфа Лея, жены Яакова. Мы уже объясняли, что Яаков происходит от всех десяти сфирот ахораим де-Аба. Лея же происходит только из одной лишь последней Малхут во всех десяти сфирот ахораим де-Има, а остальные девять [сфирот] ахораим не смогли выясниться и исправиться, и причина этого уже приводилась выше. Есть еще и другая причина: поскольку это полные суды (диним гмурим), представляющие собой самые внешние ахораим в Име, от которой, как известно, «пробуждаются суды», из них смогли выясниться только ахораим Малхут де-Има, и из нее сформировался парцуф Лея. Девять же других сфирот ахораим де-Има, которые упали, остались внизу на месте своего падения и не смогли выясниться тогда, во время исправления Ацилута. Но с тех пор и впредь, от сотворения человека и до прихода Машиаха, все, что изо дня в день исправляется в свойстве ахораим де-Има посредством наших молитв, происходит лишь из этих девяти оставшихся, и они не завершат свое выяснение полностью до прихода Машиаха, в скором времени, в наши дни. Малхут же исправилась во время [исправления] Ацилута. Рабби Ицхак Коэн сказал мне (как мне представляется), что слышал от моего учителя, благословенной памяти: было два вида ахораим. Первый — это ахораим Имы, упавшие в то время, когда Аба ве-Има находились ахор бе-ахор.</w:t>
      </w:r>
    </w:p>
    <w:p>
      <w:pPr>
        <w:spacing w:before="40" w:after="120"/>
        <w:jc w:val="both"/>
      </w:pPr>
      <w:r>
        <w:rPr>
          <w:rFonts w:ascii="Georgia" w:hAnsi="Georgia"/>
          <w:b w:val="0"/>
          <w:i w:val="0"/>
          <w:color w:val="000000"/>
          <w:sz w:val="24"/>
        </w:rPr>
        <w:t>Затем вторично упали другие ахораим Имы, когда Аба ве-Има находились паним бе-ахор, поскольку тогда во второй раз произошло повреждение в ахораим де-Има, так как и тогда она не могла принять свет лица и осталась сзади, как сказано выше. Но у Абы ахораим упали лишь один раз — когда он тоже находился ахор бе-ахор с Имой и не мог вынести свет лица. Однако после того как он вернулся в положение паним бе-ахор с Имой, Аба исправился, а у Имы ахораим упали во второй раз. И вот, первые ахораим вовсе не выяснились и не смогут выясниться до прихода Машиаха. Что же касается вторых ахораим, то Малхут в них выяснилась и стала Леей во время исправления Ацилута, а девять других сфирот продолжают выясняться с тех пор и далее, как сказано выше, вплоть до прихода Машиаха, и тогда их выяснение завершится.</w:t>
      </w:r>
    </w:p>
    <w:p>
      <w:pPr>
        <w:spacing w:before="40" w:after="120"/>
        <w:jc w:val="both"/>
      </w:pPr>
      <w:r>
        <w:rPr>
          <w:rFonts w:ascii="Georgia" w:hAnsi="Georgia"/>
          <w:b w:val="0"/>
          <w:i w:val="0"/>
          <w:color w:val="000000"/>
          <w:sz w:val="24"/>
        </w:rPr>
        <w:t>Однако я не помню, чтобы слышал так, кроме того, как я написал [выше]. И вот, когда НЕХИ де-Има входят и облачаются внутрь ЗА, чтобы сформировать для него мохин, как упоминалось, совершенно очевидно, что тем более Малхут де-Има, находящаяся ниже ее НЕХИ, вошла раньше них, будучи ниже всех, и место ее пребывания — в Даат де-ЗА. И тогда эта Малхут де-Има, находящаяся во внутренней части ЗА в его Даат, когда Лея, являющаяся ее ахораим, поднимается снизу до уровня Даат, как сказано выше (по той причине, что нет места, способного вместить четыре парцуфа вместе), — тогда Малхут де-Има, облаченная в Даат де-ЗА, испытывает стремление и тягу соединиться со своим свойством ахораим, называемым Лея. И тогда она притягивает ее туда и ставит напротив себя снаружи от Даат де-ЗА: сама она внутри, а Лея напротив нее снаружи. И пока еще Лея пребывает в виде одной точки, ведь она еще не исправлена и представляет собой лишь одну только Малхут де-ахораим де-Има, то есть одну сфиру.</w:t>
      </w:r>
    </w:p>
    <w:p>
      <w:pPr>
        <w:spacing w:before="40" w:after="120"/>
        <w:jc w:val="both"/>
      </w:pPr>
      <w:r>
        <w:rPr>
          <w:rFonts w:ascii="Georgia" w:hAnsi="Georgia"/>
          <w:b w:val="0"/>
          <w:i w:val="0"/>
          <w:color w:val="000000"/>
          <w:sz w:val="24"/>
        </w:rPr>
        <w:t xml:space="preserve">Затем та светила ей, растила и исправляла ее, и она стала полным парцуфом. А раз так, получается, что начало головы (рош) Леи находится напротив Даат де-ЗА и [простирается] вниз до уровня хазе, где начинается голова Рахели, [простирающаяся] до сиюм раглин де-ЗА. Но выше Даат де-ЗА у Леи нет ни подъема, ни роста вовсе, так как ее корень — Малхут де-Има — находится в Даат де-ЗА, как сказано выше. Во многих местах, а также в намерении при чтении «Шма» на словах </w:t>
      </w:r>
      <w:r>
        <w:rPr>
          <w:rFonts w:ascii="Georgia" w:hAnsi="Georgia"/>
          <w:b w:val="0"/>
          <w:i/>
          <w:color w:val="000000"/>
          <w:sz w:val="24"/>
        </w:rPr>
        <w:t>«Благословенно Имя славы царства Его вовеки веков»</w:t>
      </w:r>
      <w:r>
        <w:rPr>
          <w:rFonts w:ascii="Georgia" w:hAnsi="Georgia"/>
          <w:b w:val="0"/>
          <w:i w:val="0"/>
          <w:color w:val="000000"/>
          <w:sz w:val="24"/>
        </w:rPr>
        <w:t xml:space="preserve"> нами уже объяснялось, что Лея называется мерой (</w:t>
      </w:r>
      <w:r>
        <w:rPr>
          <w:rFonts w:ascii="Georgia" w:hAnsi="Georgia"/>
          <w:b w:val="0"/>
          <w:i/>
          <w:color w:val="000000"/>
          <w:sz w:val="24"/>
        </w:rPr>
        <w:t>мидат</w:t>
      </w:r>
      <w:r>
        <w:rPr>
          <w:rFonts w:ascii="Georgia" w:hAnsi="Georgia"/>
          <w:b w:val="0"/>
          <w:i w:val="0"/>
          <w:color w:val="000000"/>
          <w:sz w:val="24"/>
        </w:rPr>
        <w:t xml:space="preserve">, </w:t>
      </w:r>
      <w:r>
        <w:rPr>
          <w:rFonts w:ascii="Georgia" w:hAnsi="Georgia" w:cs="Times New Roman"/>
          <w:b/>
          <w:i w:val="0"/>
          <w:color w:val="000000"/>
          <w:sz w:val="24"/>
          <w:rtl/>
          <w:szCs w:val="32"/>
        </w:rPr>
        <w:t>מִדַּת</w:t>
      </w:r>
      <w:r>
        <w:rPr>
          <w:rFonts w:ascii="Georgia" w:hAnsi="Georgia"/>
          <w:b w:val="0"/>
          <w:i w:val="0"/>
          <w:color w:val="000000"/>
          <w:sz w:val="24"/>
        </w:rPr>
        <w:t xml:space="preserve">) согласно стиху: </w:t>
      </w:r>
      <w:r>
        <w:rPr>
          <w:rFonts w:ascii="Georgia" w:hAnsi="Georgia"/>
          <w:b w:val="0"/>
          <w:i/>
          <w:color w:val="000000"/>
          <w:sz w:val="24"/>
        </w:rPr>
        <w:t>«...и мера дней моих — какова она...»</w:t>
      </w:r>
      <w:r>
        <w:rPr>
          <w:rFonts w:ascii="Georgia" w:hAnsi="Georgia"/>
          <w:b w:val="0"/>
          <w:i w:val="0"/>
          <w:color w:val="000000"/>
          <w:sz w:val="24"/>
        </w:rPr>
        <w:t xml:space="preserve"> (Теилим 39:5). Это потому, что она берет четыре буквы алеф из четырех Имен ЭЙЕ, находящихся в мохин де-ЗА, и в ней присутствует свечение четырех мохин. Сама по себе Лея имеет лишь ахор Малхут де-Има, то есть всего одну сфиру.</w:t>
      </w:r>
    </w:p>
    <w:p>
      <w:pPr>
        <w:spacing w:before="40" w:after="120"/>
        <w:jc w:val="both"/>
      </w:pPr>
      <w:r>
        <w:rPr>
          <w:rFonts w:ascii="Georgia" w:hAnsi="Georgia"/>
          <w:b w:val="0"/>
          <w:i w:val="0"/>
          <w:color w:val="000000"/>
          <w:sz w:val="24"/>
        </w:rPr>
        <w:t>Однако когда она поднялась вверх напротив Даат де-ЗА, внутренняя Малхут де-Има, стоящая внутри Даат де-ЗА, силой своего свечения наделяет ее тремя нижними сфирот Имы — НЕХИ, хотя их ахораим и не поднялись, как сказано выше. И тогда Лея распространяется и становится одним полным парцуфом из четырех сфирот, представляющих собой исключительно НЕХИМ де-Има. Рахель же, нуква де-ЗА, хотя высота ее строения также охватывает лишь четыре нижние сфирот ЗА, тем не менее содержит в себе все десять сфирот. У Леи же есть лишь эти четыре сфиры, и помни это. И поскольку она содержит эти четыре сфиры и становится одним полным парцуфом, она обретает статус высшей буквы хэй, ведь известно, что Лея и Рахель — это две буквы хэй: высшая и нижняя. Ты уже знаешь, что женский парцуф имеет форму буквы хэй (</w:t>
      </w:r>
      <w:r>
        <w:rPr>
          <w:rFonts w:ascii="Georgia" w:hAnsi="Georgia" w:cs="Times New Roman"/>
          <w:b/>
          <w:i w:val="0"/>
          <w:color w:val="000000"/>
          <w:sz w:val="24"/>
          <w:rtl/>
          <w:szCs w:val="32"/>
        </w:rPr>
        <w:t>ה</w:t>
      </w:r>
      <w:r>
        <w:rPr>
          <w:rFonts w:ascii="Georgia" w:hAnsi="Georgia"/>
          <w:b w:val="0"/>
          <w:i w:val="0"/>
          <w:color w:val="000000"/>
          <w:sz w:val="24"/>
        </w:rPr>
        <w:t>) и что в ней есть три линии — правая, левая и средняя, охватывающие весь ее парцуф. Об этом и сказано выше, что Лея называется мерой (</w:t>
      </w:r>
      <w:r>
        <w:rPr>
          <w:rFonts w:ascii="Georgia" w:hAnsi="Georgia"/>
          <w:b w:val="0"/>
          <w:i/>
          <w:color w:val="000000"/>
          <w:sz w:val="24"/>
        </w:rPr>
        <w:t>мидат</w:t>
      </w:r>
      <w:r>
        <w:rPr>
          <w:rFonts w:ascii="Georgia" w:hAnsi="Georgia"/>
          <w:b w:val="0"/>
          <w:i w:val="0"/>
          <w:color w:val="000000"/>
          <w:sz w:val="24"/>
        </w:rPr>
        <w:t>) по числу (гематрии) четырех букв алеф, которые она берет из четырех Имен ЭЙЕ. Ведь известно, что Има именуется ЭЙЕ, и каждая ее сфира называется ЭЙЕ.</w:t>
      </w:r>
    </w:p>
    <w:p>
      <w:pPr>
        <w:spacing w:before="40" w:after="120"/>
        <w:jc w:val="both"/>
      </w:pPr>
      <w:r>
        <w:rPr>
          <w:rFonts w:ascii="Georgia" w:hAnsi="Georgia"/>
          <w:b w:val="0"/>
          <w:i w:val="0"/>
          <w:color w:val="000000"/>
          <w:sz w:val="24"/>
        </w:rPr>
        <w:t>Получается, что четыре нижние сфирот в ней — НЕХИМ, входящие внутрь ЗА как мохин, представляют собой четыре раза ЭЙЕ; главное их пребывание — в ЗА, а к Лее доходит лишь их свечение, и они образуют те самые четыре буквы алеф. Это же буквально выражено и в имени Лея (</w:t>
      </w:r>
      <w:r>
        <w:rPr>
          <w:rFonts w:ascii="Georgia" w:hAnsi="Georgia" w:cs="Times New Roman"/>
          <w:b/>
          <w:i w:val="0"/>
          <w:color w:val="000000"/>
          <w:sz w:val="24"/>
          <w:rtl/>
          <w:szCs w:val="32"/>
        </w:rPr>
        <w:t>לֵאָה</w:t>
      </w:r>
      <w:r>
        <w:rPr>
          <w:rFonts w:ascii="Georgia" w:hAnsi="Georgia"/>
          <w:b w:val="0"/>
          <w:i w:val="0"/>
          <w:color w:val="000000"/>
          <w:sz w:val="24"/>
        </w:rPr>
        <w:t>): буква алеф (</w:t>
      </w:r>
      <w:r>
        <w:rPr>
          <w:rFonts w:ascii="Georgia" w:hAnsi="Georgia" w:cs="Times New Roman"/>
          <w:b/>
          <w:i w:val="0"/>
          <w:color w:val="000000"/>
          <w:sz w:val="24"/>
          <w:rtl/>
          <w:szCs w:val="32"/>
        </w:rPr>
        <w:t>א</w:t>
      </w:r>
      <w:r>
        <w:rPr>
          <w:rFonts w:ascii="Georgia" w:hAnsi="Georgia"/>
          <w:b w:val="0"/>
          <w:i w:val="0"/>
          <w:color w:val="000000"/>
          <w:sz w:val="24"/>
        </w:rPr>
        <w:t>) в имени Лея — это Малхут, служащая корнем Леи, как сказано выше; буква ламэд (</w:t>
      </w:r>
      <w:r>
        <w:rPr>
          <w:rFonts w:ascii="Georgia" w:hAnsi="Georgia" w:cs="Times New Roman"/>
          <w:b/>
          <w:i w:val="0"/>
          <w:color w:val="000000"/>
          <w:sz w:val="24"/>
          <w:rtl/>
          <w:szCs w:val="32"/>
        </w:rPr>
        <w:t>ל</w:t>
      </w:r>
      <w:r>
        <w:rPr>
          <w:rFonts w:ascii="Georgia" w:hAnsi="Georgia"/>
          <w:b w:val="0"/>
          <w:i w:val="0"/>
          <w:color w:val="000000"/>
          <w:sz w:val="24"/>
        </w:rPr>
        <w:t>) в имени Лея — это три последние сфирот, НЕХИ де-Има. Вот четыре сфиры, которые она берет, и тогда она обретает форму буквы хэй (</w:t>
      </w:r>
      <w:r>
        <w:rPr>
          <w:rFonts w:ascii="Georgia" w:hAnsi="Georgia" w:cs="Times New Roman"/>
          <w:b/>
          <w:i w:val="0"/>
          <w:color w:val="000000"/>
          <w:sz w:val="24"/>
          <w:rtl/>
          <w:szCs w:val="32"/>
        </w:rPr>
        <w:t>ה</w:t>
      </w:r>
      <w:r>
        <w:rPr>
          <w:rFonts w:ascii="Georgia" w:hAnsi="Georgia"/>
          <w:b w:val="0"/>
          <w:i w:val="0"/>
          <w:color w:val="000000"/>
          <w:sz w:val="24"/>
        </w:rPr>
        <w:t xml:space="preserve">), которая и есть буква хэй в имени Лея. Все эти свойства вместе и составляют имя Лея. В этом же тайна стиха: </w:t>
      </w:r>
      <w:r>
        <w:rPr>
          <w:rFonts w:ascii="Georgia" w:hAnsi="Georgia"/>
          <w:b w:val="0"/>
          <w:i/>
          <w:color w:val="000000"/>
          <w:sz w:val="24"/>
        </w:rPr>
        <w:t>«Пою Г-споду, ибо высоко вознесся Он...»</w:t>
      </w:r>
      <w:r>
        <w:rPr>
          <w:rFonts w:ascii="Georgia" w:hAnsi="Georgia"/>
          <w:b w:val="0"/>
          <w:i w:val="0"/>
          <w:color w:val="000000"/>
          <w:sz w:val="24"/>
        </w:rPr>
        <w:t xml:space="preserve"> (Шмот 15:1), ведь этот стих сказан о Лее, которая возвысилась и поднялась вверх к Даат де-ЗА, выше головы Рахели, на высокое место, как сказано выше. И там она образовала три буквы слова </w:t>
      </w:r>
      <w:r>
        <w:rPr>
          <w:rFonts w:ascii="Georgia" w:hAnsi="Georgia"/>
          <w:b w:val="0"/>
          <w:i/>
          <w:color w:val="000000"/>
          <w:sz w:val="24"/>
        </w:rPr>
        <w:t>гаа</w:t>
      </w:r>
      <w:r>
        <w:rPr>
          <w:rFonts w:ascii="Georgia" w:hAnsi="Georgia"/>
          <w:b w:val="0"/>
          <w:i w:val="0"/>
          <w:color w:val="000000"/>
          <w:sz w:val="24"/>
        </w:rPr>
        <w:t xml:space="preserve"> (</w:t>
      </w:r>
      <w:r>
        <w:rPr>
          <w:rFonts w:ascii="Georgia" w:hAnsi="Georgia" w:cs="Times New Roman"/>
          <w:b/>
          <w:i w:val="0"/>
          <w:color w:val="000000"/>
          <w:sz w:val="24"/>
          <w:rtl/>
          <w:szCs w:val="32"/>
        </w:rPr>
        <w:t>גא״ה</w:t>
      </w:r>
      <w:r>
        <w:rPr>
          <w:rFonts w:ascii="Georgia" w:hAnsi="Georgia"/>
          <w:b w:val="0"/>
          <w:i w:val="0"/>
          <w:color w:val="000000"/>
          <w:sz w:val="24"/>
        </w:rPr>
        <w:t>): ведь буква гимель (</w:t>
      </w:r>
      <w:r>
        <w:rPr>
          <w:rFonts w:ascii="Georgia" w:hAnsi="Georgia" w:cs="Times New Roman"/>
          <w:b/>
          <w:i w:val="0"/>
          <w:color w:val="000000"/>
          <w:sz w:val="24"/>
          <w:rtl/>
          <w:szCs w:val="32"/>
        </w:rPr>
        <w:t>ג</w:t>
      </w:r>
      <w:r>
        <w:rPr>
          <w:rFonts w:ascii="Georgia" w:hAnsi="Georgia"/>
          <w:b w:val="0"/>
          <w:i w:val="0"/>
          <w:color w:val="000000"/>
          <w:sz w:val="24"/>
        </w:rPr>
        <w:t>) соответствует НЕХИ де-Има, а алеф (</w:t>
      </w:r>
      <w:r>
        <w:rPr>
          <w:rFonts w:ascii="Georgia" w:hAnsi="Georgia" w:cs="Times New Roman"/>
          <w:b/>
          <w:i w:val="0"/>
          <w:color w:val="000000"/>
          <w:sz w:val="24"/>
          <w:rtl/>
          <w:szCs w:val="32"/>
        </w:rPr>
        <w:t>א</w:t>
      </w:r>
      <w:r>
        <w:rPr>
          <w:rFonts w:ascii="Georgia" w:hAnsi="Georgia"/>
          <w:b w:val="0"/>
          <w:i w:val="0"/>
          <w:color w:val="000000"/>
          <w:sz w:val="24"/>
        </w:rPr>
        <w:t>) — это Малхут де-Има; соединились все четыре и стали парцуфом в форме буквы хэй (</w:t>
      </w:r>
      <w:r>
        <w:rPr>
          <w:rFonts w:ascii="Georgia" w:hAnsi="Georgia" w:cs="Times New Roman"/>
          <w:b/>
          <w:i w:val="0"/>
          <w:color w:val="000000"/>
          <w:sz w:val="24"/>
          <w:rtl/>
          <w:szCs w:val="32"/>
        </w:rPr>
        <w:t>ה</w:t>
      </w:r>
      <w:r>
        <w:rPr>
          <w:rFonts w:ascii="Georgia" w:hAnsi="Georgia"/>
          <w:b w:val="0"/>
          <w:i w:val="0"/>
          <w:color w:val="000000"/>
          <w:sz w:val="24"/>
        </w:rPr>
        <w:t xml:space="preserve">), как сказано выше. Соединение этих трех букв образует слово </w:t>
      </w:r>
      <w:r>
        <w:rPr>
          <w:rFonts w:ascii="Georgia" w:hAnsi="Georgia"/>
          <w:b w:val="0"/>
          <w:i/>
          <w:color w:val="000000"/>
          <w:sz w:val="24"/>
        </w:rPr>
        <w:t>гаа</w:t>
      </w:r>
      <w:r>
        <w:rPr>
          <w:rFonts w:ascii="Georgia" w:hAnsi="Georgia"/>
          <w:b w:val="0"/>
          <w:i w:val="0"/>
          <w:color w:val="000000"/>
          <w:sz w:val="24"/>
        </w:rPr>
        <w:t>, и по числовому значению они соответствуют имени Лея (</w:t>
      </w:r>
      <w:r>
        <w:rPr>
          <w:rFonts w:ascii="Georgia" w:hAnsi="Georgia" w:cs="Times New Roman"/>
          <w:b/>
          <w:i w:val="0"/>
          <w:color w:val="000000"/>
          <w:sz w:val="24"/>
          <w:rtl/>
          <w:szCs w:val="32"/>
        </w:rPr>
        <w:t>לֵאָה</w:t>
      </w:r>
      <w:r>
        <w:rPr>
          <w:rFonts w:ascii="Georgia" w:hAnsi="Georgia"/>
          <w:b w:val="0"/>
          <w:i w:val="0"/>
          <w:color w:val="000000"/>
          <w:sz w:val="24"/>
        </w:rPr>
        <w:t>), поскольку буквы гимель (</w:t>
      </w:r>
      <w:r>
        <w:rPr>
          <w:rFonts w:ascii="Georgia" w:hAnsi="Georgia" w:cs="Times New Roman"/>
          <w:b/>
          <w:i w:val="0"/>
          <w:color w:val="000000"/>
          <w:sz w:val="24"/>
          <w:rtl/>
          <w:szCs w:val="32"/>
        </w:rPr>
        <w:t>ג</w:t>
      </w:r>
      <w:r>
        <w:rPr>
          <w:rFonts w:ascii="Georgia" w:hAnsi="Georgia"/>
          <w:b w:val="0"/>
          <w:i w:val="0"/>
          <w:color w:val="000000"/>
          <w:sz w:val="24"/>
        </w:rPr>
        <w:t>) и ламэд (</w:t>
      </w:r>
      <w:r>
        <w:rPr>
          <w:rFonts w:ascii="Georgia" w:hAnsi="Georgia" w:cs="Times New Roman"/>
          <w:b/>
          <w:i w:val="0"/>
          <w:color w:val="000000"/>
          <w:sz w:val="24"/>
          <w:rtl/>
          <w:szCs w:val="32"/>
        </w:rPr>
        <w:t>ל</w:t>
      </w:r>
      <w:r>
        <w:rPr>
          <w:rFonts w:ascii="Georgia" w:hAnsi="Georgia"/>
          <w:b w:val="0"/>
          <w:i w:val="0"/>
          <w:color w:val="000000"/>
          <w:sz w:val="24"/>
        </w:rPr>
        <w:t>) тождественны в системе счета АЙК БЕХАР (</w:t>
      </w:r>
      <w:r>
        <w:rPr>
          <w:rFonts w:ascii="Georgia" w:hAnsi="Georgia" w:cs="Times New Roman"/>
          <w:b/>
          <w:i w:val="0"/>
          <w:color w:val="000000"/>
          <w:sz w:val="24"/>
          <w:rtl/>
          <w:szCs w:val="32"/>
        </w:rPr>
        <w:t>אי״ק בכ״ר</w:t>
      </w:r>
      <w:r>
        <w:rPr>
          <w:rFonts w:ascii="Georgia" w:hAnsi="Georgia"/>
          <w:b w:val="0"/>
          <w:i w:val="0"/>
          <w:color w:val="000000"/>
          <w:sz w:val="24"/>
        </w:rPr>
        <w:t>): [группа] ГАЛАШ (</w:t>
      </w:r>
      <w:r>
        <w:rPr>
          <w:rFonts w:ascii="Georgia" w:hAnsi="Georgia" w:cs="Times New Roman"/>
          <w:b/>
          <w:i w:val="0"/>
          <w:color w:val="000000"/>
          <w:sz w:val="24"/>
          <w:rtl/>
          <w:szCs w:val="32"/>
        </w:rPr>
        <w:t>גל״ש</w:t>
      </w:r>
      <w:r>
        <w:rPr>
          <w:rFonts w:ascii="Georgia" w:hAnsi="Georgia"/>
          <w:b w:val="0"/>
          <w:i w:val="0"/>
          <w:color w:val="000000"/>
          <w:sz w:val="24"/>
        </w:rPr>
        <w:t xml:space="preserve">) и так далее. Вторая редакция. В этом смысл слов </w:t>
      </w:r>
      <w:r>
        <w:rPr>
          <w:rFonts w:ascii="Georgia" w:hAnsi="Georgia"/>
          <w:b w:val="0"/>
          <w:i/>
          <w:color w:val="000000"/>
          <w:sz w:val="24"/>
        </w:rPr>
        <w:t>«ибо высоко вознесся Он»</w:t>
      </w:r>
      <w:r>
        <w:rPr>
          <w:rFonts w:ascii="Georgia" w:hAnsi="Georgia"/>
          <w:b w:val="0"/>
          <w:i w:val="0"/>
          <w:color w:val="000000"/>
          <w:sz w:val="24"/>
        </w:rPr>
        <w:t xml:space="preserve"> (</w:t>
      </w:r>
      <w:r>
        <w:rPr>
          <w:rFonts w:ascii="Georgia" w:hAnsi="Georgia"/>
          <w:b w:val="0"/>
          <w:i/>
          <w:color w:val="000000"/>
          <w:sz w:val="24"/>
        </w:rPr>
        <w:t>ки гао гаа</w:t>
      </w:r>
      <w:r>
        <w:rPr>
          <w:rFonts w:ascii="Georgia" w:hAnsi="Georgia"/>
          <w:b w:val="0"/>
          <w:i w:val="0"/>
          <w:color w:val="000000"/>
          <w:sz w:val="24"/>
        </w:rPr>
        <w:t xml:space="preserve">, </w:t>
      </w:r>
      <w:r>
        <w:rPr>
          <w:rFonts w:ascii="Georgia" w:hAnsi="Georgia" w:cs="Times New Roman"/>
          <w:b/>
          <w:i w:val="0"/>
          <w:color w:val="000000"/>
          <w:sz w:val="24"/>
          <w:rtl/>
          <w:szCs w:val="32"/>
        </w:rPr>
        <w:t>כִּי גָאֹה גָּאָה</w:t>
      </w:r>
      <w:r>
        <w:rPr>
          <w:rFonts w:ascii="Georgia" w:hAnsi="Georgia"/>
          <w:b w:val="0"/>
          <w:i w:val="0"/>
          <w:color w:val="000000"/>
          <w:sz w:val="24"/>
        </w:rPr>
        <w:t>): Лея — это десятая часть десяти сфирот ахораим де-Има, которые упали, и она представляет собой внешнюю сторону Малхут де-Има, содержа в себе лишь ахораим одной сфиры, и располагается напротив ХАГАТ де-ЗА.</w:t>
      </w:r>
    </w:p>
    <w:p>
      <w:pPr>
        <w:spacing w:before="40" w:after="120"/>
        <w:jc w:val="both"/>
      </w:pPr>
      <w:r>
        <w:rPr>
          <w:rFonts w:ascii="Georgia" w:hAnsi="Georgia"/>
          <w:b w:val="0"/>
          <w:i w:val="0"/>
          <w:color w:val="000000"/>
          <w:sz w:val="24"/>
        </w:rPr>
        <w:t xml:space="preserve">Смысл слов </w:t>
      </w:r>
      <w:r>
        <w:rPr>
          <w:rFonts w:ascii="Georgia" w:hAnsi="Georgia"/>
          <w:b w:val="0"/>
          <w:i/>
          <w:color w:val="000000"/>
          <w:sz w:val="24"/>
        </w:rPr>
        <w:t>«ибо высоко вознесся Он»</w:t>
      </w:r>
      <w:r>
        <w:rPr>
          <w:rFonts w:ascii="Georgia" w:hAnsi="Georgia"/>
          <w:b w:val="0"/>
          <w:i w:val="0"/>
          <w:color w:val="000000"/>
          <w:sz w:val="24"/>
        </w:rPr>
        <w:t xml:space="preserve"> заключается в том, что здесь дважды употреблено слово </w:t>
      </w:r>
      <w:r>
        <w:rPr>
          <w:rFonts w:ascii="Georgia" w:hAnsi="Georgia"/>
          <w:b w:val="0"/>
          <w:i/>
          <w:color w:val="000000"/>
          <w:sz w:val="24"/>
        </w:rPr>
        <w:t>гаа</w:t>
      </w:r>
      <w:r>
        <w:rPr>
          <w:rFonts w:ascii="Georgia" w:hAnsi="Georgia"/>
          <w:b w:val="0"/>
          <w:i w:val="0"/>
          <w:color w:val="000000"/>
          <w:sz w:val="24"/>
        </w:rPr>
        <w:t xml:space="preserve"> («вознесся»). Первое понятно: внешняя точка Леи, находившаяся внизу напротив хазе де-ЗА, возвысилась тем, что поднялась на высокое место — напротив задней стороны Даат де-рош де-ЗА. Второе же </w:t>
      </w:r>
      <w:r>
        <w:rPr>
          <w:rFonts w:ascii="Georgia" w:hAnsi="Georgia"/>
          <w:b w:val="0"/>
          <w:i/>
          <w:color w:val="000000"/>
          <w:sz w:val="24"/>
        </w:rPr>
        <w:t>гаа</w:t>
      </w:r>
      <w:r>
        <w:rPr>
          <w:rFonts w:ascii="Georgia" w:hAnsi="Georgia"/>
          <w:b w:val="0"/>
          <w:i w:val="0"/>
          <w:color w:val="000000"/>
          <w:sz w:val="24"/>
        </w:rPr>
        <w:t xml:space="preserve"> означает, что затем ей было мало подняться туда напротив Даат де-ЗА, но она возвысилась еще больше: своей внутренней частью она соединилась также с Малхут де-Бина, находящейся внутри Даат де-ЗА. И тогда та дает силу внешней точке Леи, и та получает свечение трех сфирот НЕХИ де-Има. В результате благодаря этому возвышению она обретает четыре сфиры — НЕХИМ, становится парцуфом и называется высшей буквой хэй. И на это указывает намек в буквах слова </w:t>
      </w:r>
      <w:r>
        <w:rPr>
          <w:rFonts w:ascii="Georgia" w:hAnsi="Georgia"/>
          <w:b w:val="0"/>
          <w:i/>
          <w:color w:val="000000"/>
          <w:sz w:val="24"/>
        </w:rPr>
        <w:t>гаа</w:t>
      </w:r>
      <w:r>
        <w:rPr>
          <w:rFonts w:ascii="Georgia" w:hAnsi="Georgia"/>
          <w:b w:val="0"/>
          <w:i w:val="0"/>
          <w:color w:val="000000"/>
          <w:sz w:val="24"/>
        </w:rPr>
        <w:t xml:space="preserve"> (</w:t>
      </w:r>
      <w:r>
        <w:rPr>
          <w:rFonts w:ascii="Georgia" w:hAnsi="Georgia" w:cs="Times New Roman"/>
          <w:b/>
          <w:i w:val="0"/>
          <w:color w:val="000000"/>
          <w:sz w:val="24"/>
          <w:rtl/>
          <w:szCs w:val="32"/>
        </w:rPr>
        <w:t>גא״ה</w:t>
      </w:r>
      <w:r>
        <w:rPr>
          <w:rFonts w:ascii="Georgia" w:hAnsi="Georgia"/>
          <w:b w:val="0"/>
          <w:i w:val="0"/>
          <w:color w:val="000000"/>
          <w:sz w:val="24"/>
        </w:rPr>
        <w:t>) и в буквах имени Лея (</w:t>
      </w:r>
      <w:r>
        <w:rPr>
          <w:rFonts w:ascii="Georgia" w:hAnsi="Georgia" w:cs="Times New Roman"/>
          <w:b/>
          <w:i w:val="0"/>
          <w:color w:val="000000"/>
          <w:sz w:val="24"/>
          <w:rtl/>
          <w:szCs w:val="32"/>
        </w:rPr>
        <w:t>לֵאָה</w:t>
      </w:r>
      <w:r>
        <w:rPr>
          <w:rFonts w:ascii="Georgia" w:hAnsi="Georgia"/>
          <w:b w:val="0"/>
          <w:i w:val="0"/>
          <w:color w:val="000000"/>
          <w:sz w:val="24"/>
        </w:rPr>
        <w:t>):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в слове </w:t>
      </w:r>
      <w:r>
        <w:rPr>
          <w:rFonts w:ascii="Georgia" w:hAnsi="Georgia"/>
          <w:b w:val="0"/>
          <w:i/>
          <w:color w:val="000000"/>
          <w:sz w:val="24"/>
        </w:rPr>
        <w:t>гаа</w:t>
      </w:r>
      <w:r>
        <w:rPr>
          <w:rFonts w:ascii="Georgia" w:hAnsi="Georgia"/>
          <w:b w:val="0"/>
          <w:i w:val="0"/>
          <w:color w:val="000000"/>
          <w:sz w:val="24"/>
        </w:rPr>
        <w:t xml:space="preserve"> — это та точка, которая служит главным корнем Леи, ее внешней точкой, и она же — буква алеф в имени Лея.</w:t>
      </w:r>
    </w:p>
    <w:p>
      <w:pPr>
        <w:spacing w:before="40" w:after="120"/>
        <w:jc w:val="both"/>
      </w:pPr>
      <w:r>
        <w:rPr>
          <w:rFonts w:ascii="Georgia" w:hAnsi="Georgia"/>
          <w:b w:val="0"/>
          <w:i w:val="0"/>
          <w:color w:val="000000"/>
          <w:sz w:val="24"/>
        </w:rPr>
        <w:t>Затем она возвысилась, поднялась вверх и принимает НЕХИ де-Има, составляющие три сфиры, и это — буква гимель (</w:t>
      </w:r>
      <w:r>
        <w:rPr>
          <w:rFonts w:ascii="Georgia" w:hAnsi="Georgia" w:cs="Times New Roman"/>
          <w:b/>
          <w:i w:val="0"/>
          <w:color w:val="000000"/>
          <w:sz w:val="24"/>
          <w:rtl/>
          <w:szCs w:val="32"/>
        </w:rPr>
        <w:t>ג</w:t>
      </w:r>
      <w:r>
        <w:rPr>
          <w:rFonts w:ascii="Georgia" w:hAnsi="Georgia"/>
          <w:b w:val="0"/>
          <w:i w:val="0"/>
          <w:color w:val="000000"/>
          <w:sz w:val="24"/>
        </w:rPr>
        <w:t xml:space="preserve">) в слове </w:t>
      </w:r>
      <w:r>
        <w:rPr>
          <w:rFonts w:ascii="Georgia" w:hAnsi="Georgia"/>
          <w:b w:val="0"/>
          <w:i/>
          <w:color w:val="000000"/>
          <w:sz w:val="24"/>
        </w:rPr>
        <w:t>гаа</w:t>
      </w:r>
      <w:r>
        <w:rPr>
          <w:rFonts w:ascii="Georgia" w:hAnsi="Georgia"/>
          <w:b w:val="0"/>
          <w:i w:val="0"/>
          <w:color w:val="000000"/>
          <w:sz w:val="24"/>
        </w:rPr>
        <w:t>, соответствующая букве ламэд (</w:t>
      </w:r>
      <w:r>
        <w:rPr>
          <w:rFonts w:ascii="Georgia" w:hAnsi="Georgia" w:cs="Times New Roman"/>
          <w:b/>
          <w:i w:val="0"/>
          <w:color w:val="000000"/>
          <w:sz w:val="24"/>
          <w:rtl/>
          <w:szCs w:val="32"/>
        </w:rPr>
        <w:t>ל</w:t>
      </w:r>
      <w:r>
        <w:rPr>
          <w:rFonts w:ascii="Georgia" w:hAnsi="Georgia"/>
          <w:b w:val="0"/>
          <w:i w:val="0"/>
          <w:color w:val="000000"/>
          <w:sz w:val="24"/>
        </w:rPr>
        <w:t>) в имени Лея. Затем она возвысилась еще больше и стала буквой хэй (</w:t>
      </w:r>
      <w:r>
        <w:rPr>
          <w:rFonts w:ascii="Georgia" w:hAnsi="Georgia" w:cs="Times New Roman"/>
          <w:b/>
          <w:i w:val="0"/>
          <w:color w:val="000000"/>
          <w:sz w:val="24"/>
          <w:rtl/>
          <w:szCs w:val="32"/>
        </w:rPr>
        <w:t>ה</w:t>
      </w:r>
      <w:r>
        <w:rPr>
          <w:rFonts w:ascii="Georgia" w:hAnsi="Georgia"/>
          <w:b w:val="0"/>
          <w:i w:val="0"/>
          <w:color w:val="000000"/>
          <w:sz w:val="24"/>
        </w:rPr>
        <w:t xml:space="preserve">), поскольку тогда она представляет собой полный парцуф и называется высшей буквой хэй; и это — буква хэй в слове </w:t>
      </w:r>
      <w:r>
        <w:rPr>
          <w:rFonts w:ascii="Georgia" w:hAnsi="Georgia"/>
          <w:b w:val="0"/>
          <w:i/>
          <w:color w:val="000000"/>
          <w:sz w:val="24"/>
        </w:rPr>
        <w:t>гаа</w:t>
      </w:r>
      <w:r>
        <w:rPr>
          <w:rFonts w:ascii="Georgia" w:hAnsi="Georgia"/>
          <w:b w:val="0"/>
          <w:i w:val="0"/>
          <w:color w:val="000000"/>
          <w:sz w:val="24"/>
        </w:rPr>
        <w:t xml:space="preserve">, и она же — буква хэй в имени Лея. В этом смысл слов </w:t>
      </w:r>
      <w:r>
        <w:rPr>
          <w:rFonts w:ascii="Georgia" w:hAnsi="Georgia"/>
          <w:b w:val="0"/>
          <w:i/>
          <w:color w:val="000000"/>
          <w:sz w:val="24"/>
        </w:rPr>
        <w:t>«ибо высоко вознесся Он»</w:t>
      </w:r>
      <w:r>
        <w:rPr>
          <w:rFonts w:ascii="Georgia" w:hAnsi="Georgia"/>
          <w:b w:val="0"/>
          <w:i w:val="0"/>
          <w:color w:val="000000"/>
          <w:sz w:val="24"/>
        </w:rPr>
        <w:t xml:space="preserve">, то есть она вознеслась и поднялась на высокое место, а также буквально воплотила в себе буквы слова </w:t>
      </w:r>
      <w:r>
        <w:rPr>
          <w:rFonts w:ascii="Georgia" w:hAnsi="Georgia"/>
          <w:b w:val="0"/>
          <w:i/>
          <w:color w:val="000000"/>
          <w:sz w:val="24"/>
        </w:rPr>
        <w:t>гаа</w:t>
      </w:r>
      <w:r>
        <w:rPr>
          <w:rFonts w:ascii="Georgia" w:hAnsi="Georgia"/>
          <w:b w:val="0"/>
          <w:i w:val="0"/>
          <w:color w:val="000000"/>
          <w:sz w:val="24"/>
        </w:rPr>
        <w:t>, как сказано выше.</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После того как было объяснено, как Лея исправляется посредством внутренних НЕХИМ де-Има, находящихся внутри Зеир Анпина, объясним теперь ее связь с самим ЗА и то, как ее свечения выходят изнутри ЗА наружу к ней. Подобно тому как выше объяснялось, что Рахель строится и исправляется из суставов НЕХИ де-ЗА и из них образуются три ее линии, точно так же три линии Леи образуются из ХАГАТ де-ЗА. Однако нужно пояснить следующее: ведь ранее объяснялось, что голова Рахели начинается от хазе де-ЗА и [простирается] вниз, и там же заканчивается высота строения Леи, так что Малхут Леи не задевает Малхут Рахели даже на волос. Мы же воочию видим, что когда человек вытягивает руки вдоль тела, первый сустав, называемый на разговорном языке локтем (</w:t>
      </w:r>
      <w:r>
        <w:rPr>
          <w:rFonts w:ascii="Georgia" w:hAnsi="Georgia"/>
          <w:b w:val="0"/>
          <w:i/>
          <w:color w:val="000000"/>
          <w:sz w:val="24"/>
        </w:rPr>
        <w:t>кубито</w:t>
      </w:r>
      <w:r>
        <w:rPr>
          <w:rFonts w:ascii="Georgia" w:hAnsi="Georgia"/>
          <w:b w:val="0"/>
          <w:i w:val="0"/>
          <w:color w:val="000000"/>
          <w:sz w:val="24"/>
        </w:rPr>
        <w:t>), доходит до конца туловища, а два других сустава — предплечье и кисть руки — остаются висеть, спускаясь вдоль бедер, то есть НЕ де-ЗА. Если бы это было так, то Лея, строящаяся из трех суставов рук, глубоко вторгалась бы в пределы Рахели.</w:t>
      </w:r>
    </w:p>
    <w:p>
      <w:pPr>
        <w:spacing w:before="40" w:after="120"/>
        <w:jc w:val="both"/>
      </w:pPr>
      <w:r>
        <w:rPr>
          <w:rFonts w:ascii="Georgia" w:hAnsi="Georgia"/>
          <w:b w:val="0"/>
          <w:i w:val="0"/>
          <w:color w:val="000000"/>
          <w:sz w:val="24"/>
        </w:rPr>
        <w:t>Но объяснение таково: как говорилось ранее, руки и голени представляют собой осязаемые органы из плоти и костей, и свет не может пробиться и выйти наружу иначе как между суставами — только через суставы свет может входить внутрь или выходить наружу, поскольку там есть полость; и хотя она закрыта, свет пробивается, входит в нее и выходит. В каждой из этих рук, сзади которых строится Лея, есть три сустава. Свет, спускающийся из моаха Хохма де-ЗА в правую руку — Хесед в нем — для нужд самого ЗА, безусловно спускается сверху вниз в виде прямого света. Сначала свет опускается из упомянутого моаха и входит в верхний сустав руки, соединенный с самим плечом ЗА, а оттуда опускается во второй сустав и далее — в третий сустав, поскольку свечение ЗА представляет собой прямой свет сверху вниз, являющийся мужским светом. Иначе обстоит дело с Рахелью, нуквой де-ЗА, чье свечение имеет природу отраженного света снизу вверх, называемого женским светом, как объяснялось нами: после того как хасадим опустились сверху вниз в Есод де-ЗА, они вновь поднялись снизу вверх, и из этого света сформировалась Рахель. Так же происходит и с Леей, ведь она тоже женского пола (нуква) и строится посредством отраженного света. А именно: когда свет опустился из моаха Хохма де-ЗА и вошел в ЗА в верхний сустав руки до конца этого сустава прямым путем, вплоть до локтя (</w:t>
      </w:r>
      <w:r>
        <w:rPr>
          <w:rFonts w:ascii="Georgia" w:hAnsi="Georgia"/>
          <w:b w:val="0"/>
          <w:i/>
          <w:color w:val="000000"/>
          <w:sz w:val="24"/>
        </w:rPr>
        <w:t>кубито</w:t>
      </w:r>
      <w:r>
        <w:rPr>
          <w:rFonts w:ascii="Georgia" w:hAnsi="Georgia"/>
          <w:b w:val="0"/>
          <w:i w:val="0"/>
          <w:color w:val="000000"/>
          <w:sz w:val="24"/>
        </w:rPr>
        <w:t xml:space="preserve">, </w:t>
      </w:r>
      <w:r>
        <w:rPr>
          <w:rFonts w:ascii="Georgia" w:hAnsi="Georgia" w:cs="Times New Roman"/>
          <w:b/>
          <w:i w:val="0"/>
          <w:color w:val="000000"/>
          <w:sz w:val="24"/>
          <w:rtl/>
          <w:szCs w:val="32"/>
        </w:rPr>
        <w:t>קובד״ו</w:t>
      </w:r>
      <w:r>
        <w:rPr>
          <w:rFonts w:ascii="Georgia" w:hAnsi="Georgia"/>
          <w:b w:val="0"/>
          <w:i w:val="0"/>
          <w:color w:val="000000"/>
          <w:sz w:val="24"/>
        </w:rPr>
        <w:t>), и когда Источник пожелал, чтобы там был построен парцуф Лея, этот свет повернул снизу вверх — от локтя до верха верхнего сустава, до места его соединения с плечом. Оттуда свет выходит наружу, открыто проявляясь вовне вплоть до начала горла, и это свечение образует Хесед — правую руку Леи в виде женского отраженного света. Точно так же происходит в левой руке ЗА: из верхнего сустава в ней образуется рука Гвуры Леи в виде отраженного света, также доходящего до начала горла.</w:t>
      </w:r>
    </w:p>
    <w:p>
      <w:pPr>
        <w:spacing w:before="40" w:after="120"/>
        <w:jc w:val="both"/>
      </w:pPr>
      <w:r>
        <w:rPr>
          <w:rFonts w:ascii="Georgia" w:hAnsi="Georgia"/>
          <w:b w:val="0"/>
          <w:i w:val="0"/>
          <w:color w:val="000000"/>
          <w:sz w:val="24"/>
        </w:rPr>
        <w:t>Затем свет, опускающийся прямым путем во второй сустав правой руки ЗА от локтя до сустава кисти, вновь поднялся снизу вверх в виде женского отраженного света до самого локтя и вышел там из области локтя наружу, открыто проявившись. И тогда образовался Нецах — правая голень Леи, протянувшись до начала первого сустава руки, до места его соединения с плечом. Получается, что Нецах де-Лея образуется из второго сустава ЗА, но располагается напротив верхнего сустава руки ЗА. Хесед же Леи образуется из верхнего сустава руки ЗА, но располагается напротив пространства от начала горла ЗА до начала верхнего сустава руки ЗА. И это обусловлено тем, что свечение выходит снизу вверх, как сказано выше. Точно так же обстоит дело с Ходом и Гвурой Леи, которые образуются из первого и второго суставов левой руки ЗА.</w:t>
      </w:r>
    </w:p>
    <w:p>
      <w:pPr>
        <w:spacing w:before="40" w:after="120"/>
        <w:jc w:val="both"/>
      </w:pPr>
      <w:r>
        <w:rPr>
          <w:rFonts w:ascii="Georgia" w:hAnsi="Georgia"/>
          <w:b w:val="0"/>
          <w:i w:val="0"/>
          <w:color w:val="000000"/>
          <w:sz w:val="24"/>
        </w:rPr>
        <w:t xml:space="preserve">Причина такого устройства заключается в том, чтобы появилось место, способное вместить весь парцуф Лея, и ей не пришлось спускаться в пределы Рахели, как я затруднялся выше. Таким образом разрешаются упомянутые вопросы: ведь ноги Леи опускаются лишь до концов локтей рук ЗА и не вторгаются в границы Рахели. Подобным же образом происходило и в средней линии: свет поднялся снизу вверх, и образовалась ее средняя линия — ее Тиферет. Однако аспекта Есод в ней нет, так как у нее есть только Тиферет, образующийся напротив верхней трети Тиферет де-ЗА. Есод же не образуется в ней до тех пор, пока Има, находящаяся внутри ЗА в первой трети Тиферет де-ЗА, не передаст его ей, как сказано относительно намерения на стих </w:t>
      </w:r>
      <w:r>
        <w:rPr>
          <w:rFonts w:ascii="Georgia" w:hAnsi="Georgia"/>
          <w:b w:val="0"/>
          <w:i/>
          <w:color w:val="000000"/>
          <w:sz w:val="24"/>
        </w:rPr>
        <w:t>«И прошел...»</w:t>
      </w:r>
      <w:r>
        <w:rPr>
          <w:rFonts w:ascii="Georgia" w:hAnsi="Georgia"/>
          <w:b w:val="0"/>
          <w:i w:val="0"/>
          <w:color w:val="000000"/>
          <w:sz w:val="24"/>
        </w:rPr>
        <w:t>, то есть на тринадцать качеств милосердия; и там объясняется, как пробивается Есод де-Има, выходит наружу и передается Лее; посмотри там внимательно.</w:t>
      </w:r>
    </w:p>
    <w:p>
      <w:pPr>
        <w:spacing w:before="40" w:after="120"/>
        <w:jc w:val="both"/>
      </w:pPr>
      <w:r>
        <w:rPr>
          <w:rFonts w:ascii="Georgia" w:hAnsi="Georgia"/>
          <w:b w:val="0"/>
          <w:i w:val="0"/>
          <w:color w:val="000000"/>
          <w:sz w:val="24"/>
        </w:rPr>
        <w:t>Также в благословении отцов на словах «Б-г великий» (</w:t>
      </w:r>
      <w:r>
        <w:rPr>
          <w:rFonts w:ascii="Georgia" w:hAnsi="Georgia"/>
          <w:b w:val="0"/>
          <w:i/>
          <w:color w:val="000000"/>
          <w:sz w:val="24"/>
        </w:rPr>
        <w:t>а-Эль а-гадоль</w:t>
      </w:r>
      <w:r>
        <w:rPr>
          <w:rFonts w:ascii="Georgia" w:hAnsi="Georgia"/>
          <w:b w:val="0"/>
          <w:i w:val="0"/>
          <w:color w:val="000000"/>
          <w:sz w:val="24"/>
        </w:rPr>
        <w:t xml:space="preserve">, </w:t>
      </w:r>
      <w:r>
        <w:rPr>
          <w:rFonts w:ascii="Georgia" w:hAnsi="Georgia" w:cs="Times New Roman"/>
          <w:b/>
          <w:i w:val="0"/>
          <w:color w:val="000000"/>
          <w:sz w:val="24"/>
          <w:rtl/>
          <w:szCs w:val="32"/>
        </w:rPr>
        <w:t>הָאֵל הַגָּדוֹל</w:t>
      </w:r>
      <w:r>
        <w:rPr>
          <w:rFonts w:ascii="Georgia" w:hAnsi="Georgia"/>
          <w:b w:val="0"/>
          <w:i w:val="0"/>
          <w:color w:val="000000"/>
          <w:sz w:val="24"/>
        </w:rPr>
        <w:t>) объяснялось построение парцуфа Лея и парцуфа Рахель; и там было разъяснено, что в Лее пока образовались только ее семь нижних сфирот (ЗАТ), а также аспект ее Даат. А во время благословения коэнов благодаря воздеванию рук образуются также ХУБ Леи; посмотри там. Вкратце же мы объясним здесь устройство трех ее первых сфирот (ГАР): Даат Леи образуется из Даат де-ЗА, ведь Лея стоит прямо напротив него, как сказано выше. Два же моаха ХУБ Леи устроены в точности как воздевание рук коэнами во время их благословения, как объяснялось нами в намерениях благословения коэнов, и посмотри там внимательно. Суть кратко в следующем: чтобы сформировать в Лее ее ХУБ, ЗА поднимает обе свои руки вверх напротив трех первых сфирот (ГАР) так, чтобы кончики его пальцев находились прямо на высоте его головы: пальцы правой руки — с правой стороны Даат, а пальцы левой руки — напротив левой стороны Даат.</w:t>
      </w:r>
    </w:p>
    <w:p>
      <w:pPr>
        <w:spacing w:before="40" w:after="120"/>
        <w:jc w:val="both"/>
      </w:pPr>
      <w:r>
        <w:rPr>
          <w:rFonts w:ascii="Georgia" w:hAnsi="Georgia"/>
          <w:b w:val="0"/>
          <w:i w:val="0"/>
          <w:color w:val="000000"/>
          <w:sz w:val="24"/>
        </w:rPr>
        <w:t>И тогда света выходят снизу вверх в виде отраженного света через кончики пальцев из-под ногтей, как упоминалось ранее. И тогда они раскрываются там, и образуются ХУБ Леи с двух сторон Даат, распространяясь от Даат кверху в виде отраженного света. Получается, что они выше Даат, ведь ХУБ всегда выше Даат. Упомянутое свечение начинает подниматься и распространяться снизу вверх по двум сторонам Даат, и тогда образуются два ее моаха, как сказано выше. Затем ЗА снова опускает руки вниз, как обычно, поскольку построение парцуфа Лея уже завершено и больше нет необходимости поднимать их. Из этого ты также поймешь другую причину того, почему руки ЗА устроены иначе: они подвижны и отделены от остальных органов, так что правая и левая линии не представляют собой сплошного непрерывного ряда сверху донизу, как средняя линия. Это сделано для того, чтобы он мог поднимать их, когда пожелает, и опускать, — и все это ради исправления Леи. Есть и другая причина, о которой говорилось выше: это нужно для самого ЗА, чтобы от него не питались клипот.</w:t>
      </w:r>
    </w:p>
    <w:p>
      <w:r>
        <w:br w:type="page"/>
      </w:r>
    </w:p>
    <w:p>
      <w:pPr>
        <w:keepNext/>
        <w:spacing w:before="360" w:after="160"/>
        <w:jc w:val="center"/>
      </w:pPr>
      <w:r>
        <w:rPr>
          <w:rFonts w:ascii="Georgia" w:hAnsi="Georgia"/>
          <w:b w:val="0"/>
          <w:i w:val="0"/>
          <w:color w:val="000000"/>
          <w:sz w:val="40"/>
        </w:rPr>
        <w:t>Врата 38: Врата Леи и Рахели</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Пятые врата — врата Леи и Рахели; они разделяются на девять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После того как мы разъяснили суть Рахели и Леи, объясним теперь их обеих: как намекается на них во многих местах Писания.</w:t>
      </w:r>
    </w:p>
    <w:p>
      <w:pPr>
        <w:spacing w:before="40" w:after="120"/>
        <w:jc w:val="both"/>
      </w:pPr>
      <w:r>
        <w:rPr>
          <w:rFonts w:ascii="Georgia" w:hAnsi="Georgia"/>
          <w:b w:val="0"/>
          <w:i w:val="0"/>
          <w:color w:val="000000"/>
          <w:sz w:val="24"/>
        </w:rPr>
        <w:t xml:space="preserve">Вот в Писании сказано: </w:t>
      </w:r>
      <w:r>
        <w:rPr>
          <w:rFonts w:ascii="Georgia" w:hAnsi="Georgia"/>
          <w:b w:val="0"/>
          <w:i/>
          <w:color w:val="000000"/>
          <w:sz w:val="24"/>
        </w:rPr>
        <w:t>«Открой мне, Г-споди, кончину мою и меру дней моих, какова она…»</w:t>
      </w:r>
      <w:r>
        <w:rPr>
          <w:rFonts w:ascii="Georgia" w:hAnsi="Georgia"/>
          <w:b w:val="0"/>
          <w:i w:val="0"/>
          <w:color w:val="000000"/>
          <w:sz w:val="24"/>
        </w:rPr>
        <w:t xml:space="preserve"> (Теилим 39:5). Ведь Давид, мир ему, происходил от Малхут, как известно; и в «Сава де-Мишпатим» [сказано]: «Давид пребывал в мире Нуквы». Кроме того, мы находим, что он был потомком Леи — по тайне Машиаха, сына Давида, происходящего от Йегуды, сына Леи. Получается, что он укоренен в них обеих. И потому он пожелал исследовать, узнать и постичь в мудрости суть этих двух женщин — Леи и Рахели: как устроено их бытие.</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«Открой мне, Г-споди, кончину мою…»</w:t>
      </w:r>
      <w:r>
        <w:rPr>
          <w:rFonts w:ascii="Georgia" w:hAnsi="Georgia"/>
          <w:b w:val="0"/>
          <w:i w:val="0"/>
          <w:color w:val="000000"/>
          <w:sz w:val="24"/>
        </w:rPr>
        <w:t xml:space="preserve"> (Теилим 39:5) — то есть дай мне познать мудрость, чтобы я постиг свойства «кончины моей» и «меры дней моих», которыми являются Рахель и Лея, ведь от них зависят мера дней моих и моя кончина, поскольку оттуда притягивается ко мне жизненная сила.</w:t>
      </w:r>
    </w:p>
    <w:p>
      <w:pPr>
        <w:spacing w:before="40" w:after="120"/>
        <w:jc w:val="both"/>
      </w:pPr>
      <w:r>
        <w:rPr>
          <w:rFonts w:ascii="Georgia" w:hAnsi="Georgia"/>
          <w:b w:val="0"/>
          <w:i w:val="0"/>
          <w:color w:val="000000"/>
          <w:sz w:val="24"/>
        </w:rPr>
        <w:t>И поскольку Рахель — нижняя, будучи последней Малхут на завершающем этапе десяти сфирот Ацилута, а также стоит у ног ЗА, напротив его НЕХИ, как сказано выше, — поэтому он назвал ее «кончина моя» (</w:t>
      </w:r>
      <w:r>
        <w:rPr>
          <w:rFonts w:ascii="Georgia" w:hAnsi="Georgia"/>
          <w:b w:val="0"/>
          <w:i/>
          <w:color w:val="000000"/>
          <w:sz w:val="24"/>
        </w:rPr>
        <w:t>кици</w:t>
      </w:r>
      <w:r>
        <w:rPr>
          <w:rFonts w:ascii="Georgia" w:hAnsi="Georgia"/>
          <w:b w:val="0"/>
          <w:i w:val="0"/>
          <w:color w:val="000000"/>
          <w:sz w:val="24"/>
        </w:rPr>
        <w:t>), от слова «конец» (</w:t>
      </w:r>
      <w:r>
        <w:rPr>
          <w:rFonts w:ascii="Georgia" w:hAnsi="Georgia"/>
          <w:b w:val="0"/>
          <w:i/>
          <w:color w:val="000000"/>
          <w:sz w:val="24"/>
        </w:rPr>
        <w:t>кец</w:t>
      </w:r>
      <w:r>
        <w:rPr>
          <w:rFonts w:ascii="Georgia" w:hAnsi="Georgia"/>
          <w:b w:val="0"/>
          <w:i w:val="0"/>
          <w:color w:val="000000"/>
          <w:sz w:val="24"/>
        </w:rPr>
        <w:t xml:space="preserve">, </w:t>
      </w:r>
      <w:r>
        <w:rPr>
          <w:rFonts w:ascii="Georgia" w:hAnsi="Georgia" w:cs="Times New Roman"/>
          <w:b/>
          <w:i w:val="0"/>
          <w:color w:val="000000"/>
          <w:sz w:val="24"/>
          <w:rtl/>
          <w:szCs w:val="32"/>
        </w:rPr>
        <w:t>קֵץ</w:t>
      </w:r>
      <w:r>
        <w:rPr>
          <w:rFonts w:ascii="Georgia" w:hAnsi="Georgia"/>
          <w:b w:val="0"/>
          <w:i w:val="0"/>
          <w:color w:val="000000"/>
          <w:sz w:val="24"/>
        </w:rPr>
        <w:t>) и «завершение» (соф). Лею же он назвал «мера» (</w:t>
      </w:r>
      <w:r>
        <w:rPr>
          <w:rFonts w:ascii="Georgia" w:hAnsi="Georgia"/>
          <w:b w:val="0"/>
          <w:i/>
          <w:color w:val="000000"/>
          <w:sz w:val="24"/>
        </w:rPr>
        <w:t>мидат</w:t>
      </w:r>
      <w:r>
        <w:rPr>
          <w:rFonts w:ascii="Georgia" w:hAnsi="Georgia"/>
          <w:b w:val="0"/>
          <w:i w:val="0"/>
          <w:color w:val="000000"/>
          <w:sz w:val="24"/>
        </w:rPr>
        <w:t xml:space="preserve">, </w:t>
      </w:r>
      <w:r>
        <w:rPr>
          <w:rFonts w:ascii="Georgia" w:hAnsi="Georgia" w:cs="Times New Roman"/>
          <w:b/>
          <w:i w:val="0"/>
          <w:color w:val="000000"/>
          <w:sz w:val="24"/>
          <w:rtl/>
          <w:szCs w:val="32"/>
        </w:rPr>
        <w:t>מִדַּת</w:t>
      </w:r>
      <w:r>
        <w:rPr>
          <w:rFonts w:ascii="Georgia" w:hAnsi="Georgia"/>
          <w:b w:val="0"/>
          <w:i w:val="0"/>
          <w:color w:val="000000"/>
          <w:sz w:val="24"/>
        </w:rPr>
        <w:t xml:space="preserve">), согласно тому, что объяснялось выше: как мы разъяснили в каване [слов] </w:t>
      </w:r>
      <w:r>
        <w:rPr>
          <w:rFonts w:ascii="Georgia" w:hAnsi="Georgia"/>
          <w:b w:val="0"/>
          <w:i/>
          <w:color w:val="000000"/>
          <w:sz w:val="24"/>
        </w:rPr>
        <w:t>Барух шем квод малхуто ле-олам ва-эд</w:t>
      </w:r>
      <w:r>
        <w:rPr>
          <w:rFonts w:ascii="Georgia" w:hAnsi="Georgia"/>
          <w:b w:val="0"/>
          <w:i w:val="0"/>
          <w:color w:val="000000"/>
          <w:sz w:val="24"/>
        </w:rPr>
        <w:t xml:space="preserve"> («Благословенно Имя славы царства Его вовеки»), Лея получает свечение от четырех мохин ЗА, которые суть четыре [Имени] АВАЯ, облаченные внутрь НЕХИ де-Има, чья тайна — четыре Имени ЭЙЕ. Лея берет четыре буквы алеф (</w:t>
      </w:r>
      <w:r>
        <w:rPr>
          <w:rFonts w:ascii="Georgia" w:hAnsi="Georgia" w:cs="Times New Roman"/>
          <w:b/>
          <w:i w:val="0"/>
          <w:color w:val="000000"/>
          <w:sz w:val="24"/>
          <w:rtl/>
          <w:szCs w:val="32"/>
        </w:rPr>
        <w:t>אלפי״ן</w:t>
      </w:r>
      <w:r>
        <w:rPr>
          <w:rFonts w:ascii="Georgia" w:hAnsi="Georgia"/>
          <w:b w:val="0"/>
          <w:i w:val="0"/>
          <w:color w:val="000000"/>
          <w:sz w:val="24"/>
        </w:rPr>
        <w:t xml:space="preserve">) из них, и они становятся четырьмя мохин в ней. И вот четыре [полных написания буквы] алеф (каждое равно 111, итого 444) по гематрии равны слову </w:t>
      </w:r>
      <w:r>
        <w:rPr>
          <w:rFonts w:ascii="Georgia" w:hAnsi="Georgia"/>
          <w:b w:val="0"/>
          <w:i/>
          <w:color w:val="000000"/>
          <w:sz w:val="24"/>
        </w:rPr>
        <w:t>мидат</w:t>
      </w:r>
      <w:r>
        <w:rPr>
          <w:rFonts w:ascii="Georgia" w:hAnsi="Georgia"/>
          <w:b w:val="0"/>
          <w:i w:val="0"/>
          <w:color w:val="000000"/>
          <w:sz w:val="24"/>
        </w:rPr>
        <w:t xml:space="preserve"> (</w:t>
      </w:r>
      <w:r>
        <w:rPr>
          <w:rFonts w:ascii="Georgia" w:hAnsi="Georgia" w:cs="Times New Roman"/>
          <w:b/>
          <w:i w:val="0"/>
          <w:color w:val="000000"/>
          <w:sz w:val="24"/>
          <w:rtl/>
          <w:szCs w:val="32"/>
        </w:rPr>
        <w:t>מִדַּת</w:t>
      </w:r>
      <w:r>
        <w:rPr>
          <w:rFonts w:ascii="Georgia" w:hAnsi="Georgia"/>
          <w:b w:val="0"/>
          <w:i w:val="0"/>
          <w:color w:val="000000"/>
          <w:sz w:val="24"/>
        </w:rPr>
        <w:t xml:space="preserve"> = 444), смысл которого уже разбирался нами ранее в ином контексте, см. там. И в этом значение слов: </w:t>
      </w:r>
      <w:r>
        <w:rPr>
          <w:rFonts w:ascii="Georgia" w:hAnsi="Georgia"/>
          <w:b w:val="0"/>
          <w:i/>
          <w:color w:val="000000"/>
          <w:sz w:val="24"/>
        </w:rPr>
        <w:t>«…и какова мера дней моих»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пребывал Давид, мир ему, в сомнении, желая узнать множество различий и свойств, существующих между Леей и Рахелью, и стремился познать их тайну. И один из вопросов, которые задал Давид, мир ему, состоял в том, чтобы уяснить одно обстоятельство, разъясненное нами в каване </w:t>
      </w:r>
      <w:r>
        <w:rPr>
          <w:rFonts w:ascii="Georgia" w:hAnsi="Georgia"/>
          <w:b w:val="0"/>
          <w:i/>
          <w:color w:val="000000"/>
          <w:sz w:val="24"/>
        </w:rPr>
        <w:t>Барух шем квод малхуто ле-олам ва-эд</w:t>
      </w:r>
      <w:r>
        <w:rPr>
          <w:rFonts w:ascii="Georgia" w:hAnsi="Georgia"/>
          <w:b w:val="0"/>
          <w:i w:val="0"/>
          <w:color w:val="000000"/>
          <w:sz w:val="24"/>
        </w:rPr>
        <w:t xml:space="preserve">: Кетер ее [Леи] образован четырьмя буквами алеф из четырех Имен ЭЙЕ, как сказано выше, — когда они простые, лишь каждый [алеф] включен из четырех; получается, что это шестнадцать букв, и потому Кетер Леи содержит только шестнадцать светов. Кетер же Рахели образован остальными буквами упомянутых четырех Имен ЭЙЕ, то есть четырежды </w:t>
      </w:r>
      <w:r>
        <w:rPr>
          <w:rFonts w:ascii="Georgia" w:hAnsi="Georgia"/>
          <w:b w:val="0"/>
          <w:i/>
          <w:color w:val="000000"/>
          <w:sz w:val="24"/>
        </w:rPr>
        <w:t>хэй-йод-хэй</w:t>
      </w:r>
      <w:r>
        <w:rPr>
          <w:rFonts w:ascii="Georgia" w:hAnsi="Georgia"/>
          <w:b w:val="0"/>
          <w:i w:val="0"/>
          <w:color w:val="000000"/>
          <w:sz w:val="24"/>
        </w:rPr>
        <w:t xml:space="preserve"> (</w:t>
      </w:r>
      <w:r>
        <w:rPr>
          <w:rFonts w:ascii="Georgia" w:hAnsi="Georgia" w:cs="Times New Roman"/>
          <w:b/>
          <w:i w:val="0"/>
          <w:color w:val="000000"/>
          <w:sz w:val="24"/>
          <w:rtl/>
          <w:szCs w:val="32"/>
        </w:rPr>
        <w:t>היה</w:t>
      </w:r>
      <w:r>
        <w:rPr>
          <w:rFonts w:ascii="Georgia" w:hAnsi="Georgia"/>
          <w:b w:val="0"/>
          <w:i w:val="0"/>
          <w:color w:val="000000"/>
          <w:sz w:val="24"/>
        </w:rPr>
        <w:t>), что по счету дает число восемьдесят (</w:t>
      </w:r>
      <w:r>
        <w:rPr>
          <w:rFonts w:ascii="Georgia" w:hAnsi="Georgia" w:cs="Times New Roman"/>
          <w:b/>
          <w:i w:val="0"/>
          <w:color w:val="000000"/>
          <w:sz w:val="24"/>
          <w:rtl/>
          <w:szCs w:val="32"/>
        </w:rPr>
        <w:t>פ</w:t>
      </w:r>
      <w:r>
        <w:rPr>
          <w:rFonts w:ascii="Georgia" w:hAnsi="Georgia"/>
          <w:b w:val="0"/>
          <w:i w:val="0"/>
          <w:color w:val="000000"/>
          <w:sz w:val="24"/>
        </w:rPr>
        <w:t>) и тем же образом восемьдесят светов.</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«…и мера дней моих — какова она»</w:t>
      </w:r>
      <w:r>
        <w:rPr>
          <w:rFonts w:ascii="Georgia" w:hAnsi="Georgia"/>
          <w:b w:val="0"/>
          <w:i w:val="0"/>
          <w:color w:val="000000"/>
          <w:sz w:val="24"/>
        </w:rPr>
        <w:t xml:space="preserve"> (</w:t>
      </w:r>
      <w:r>
        <w:rPr>
          <w:rFonts w:ascii="Georgia" w:hAnsi="Georgia"/>
          <w:b w:val="0"/>
          <w:i/>
          <w:color w:val="000000"/>
          <w:sz w:val="24"/>
        </w:rPr>
        <w:t>ма хи</w:t>
      </w:r>
      <w:r>
        <w:rPr>
          <w:rFonts w:ascii="Georgia" w:hAnsi="Georgia"/>
          <w:b w:val="0"/>
          <w:i w:val="0"/>
          <w:color w:val="000000"/>
          <w:sz w:val="24"/>
        </w:rPr>
        <w:t xml:space="preserve">). Ведь Лея названа «мерой дней моих»: почему же она получает лишь по числу слова </w:t>
      </w:r>
      <w:r>
        <w:rPr>
          <w:rFonts w:ascii="Georgia" w:hAnsi="Georgia"/>
          <w:b w:val="0"/>
          <w:i/>
          <w:color w:val="000000"/>
          <w:sz w:val="24"/>
        </w:rPr>
        <w:t>хи</w:t>
      </w:r>
      <w:r>
        <w:rPr>
          <w:rFonts w:ascii="Georgia" w:hAnsi="Georgia"/>
          <w:b w:val="0"/>
          <w:i w:val="0"/>
          <w:color w:val="000000"/>
          <w:sz w:val="24"/>
        </w:rPr>
        <w:t xml:space="preserve"> (</w:t>
      </w:r>
      <w:r>
        <w:rPr>
          <w:rFonts w:ascii="Georgia" w:hAnsi="Georgia" w:cs="Times New Roman"/>
          <w:b/>
          <w:i w:val="0"/>
          <w:color w:val="000000"/>
          <w:sz w:val="24"/>
          <w:rtl/>
          <w:szCs w:val="32"/>
        </w:rPr>
        <w:t>הִיא</w:t>
      </w:r>
      <w:r>
        <w:rPr>
          <w:rFonts w:ascii="Georgia" w:hAnsi="Georgia"/>
          <w:b w:val="0"/>
          <w:i w:val="0"/>
          <w:color w:val="000000"/>
          <w:sz w:val="24"/>
        </w:rPr>
        <w:t xml:space="preserve"> = 16), то есть только шестнадцать светов, тогда как у Рахели восемьдесят светов в ее Кетере? И я хотел бы спросить: </w:t>
      </w:r>
      <w:r>
        <w:rPr>
          <w:rFonts w:ascii="Georgia" w:hAnsi="Georgia"/>
          <w:b w:val="0"/>
          <w:i/>
          <w:color w:val="000000"/>
          <w:sz w:val="24"/>
        </w:rPr>
        <w:t>«…дабы я знал, насколько я бренный»</w:t>
      </w:r>
      <w:r>
        <w:rPr>
          <w:rFonts w:ascii="Georgia" w:hAnsi="Georgia"/>
          <w:b w:val="0"/>
          <w:i w:val="0"/>
          <w:color w:val="000000"/>
          <w:sz w:val="24"/>
        </w:rPr>
        <w:t xml:space="preserve"> (</w:t>
      </w:r>
      <w:r>
        <w:rPr>
          <w:rFonts w:ascii="Georgia" w:hAnsi="Georgia"/>
          <w:b w:val="0"/>
          <w:i/>
          <w:color w:val="000000"/>
          <w:sz w:val="24"/>
        </w:rPr>
        <w:t>ма хадель ани</w:t>
      </w:r>
      <w:r>
        <w:rPr>
          <w:rFonts w:ascii="Georgia" w:hAnsi="Georgia"/>
          <w:b w:val="0"/>
          <w:i w:val="0"/>
          <w:color w:val="000000"/>
          <w:sz w:val="24"/>
        </w:rPr>
        <w:t>): ведь я происхожу от свойства Леи, как сказано выше, и я бренный и уступаю по сравнению со свойством Рахели — почему же это так?</w:t>
      </w:r>
    </w:p>
    <w:p>
      <w:pPr>
        <w:spacing w:before="40" w:after="120"/>
        <w:jc w:val="both"/>
      </w:pPr>
      <w:r>
        <w:rPr>
          <w:rFonts w:ascii="Georgia" w:hAnsi="Georgia"/>
          <w:b w:val="0"/>
          <w:i w:val="0"/>
          <w:color w:val="000000"/>
          <w:sz w:val="24"/>
        </w:rPr>
        <w:t xml:space="preserve">Также словами </w:t>
      </w:r>
      <w:r>
        <w:rPr>
          <w:rFonts w:ascii="Georgia" w:hAnsi="Georgia"/>
          <w:b w:val="0"/>
          <w:i/>
          <w:color w:val="000000"/>
          <w:sz w:val="24"/>
        </w:rPr>
        <w:t>ма хи</w:t>
      </w:r>
      <w:r>
        <w:rPr>
          <w:rFonts w:ascii="Georgia" w:hAnsi="Georgia"/>
          <w:b w:val="0"/>
          <w:i w:val="0"/>
          <w:color w:val="000000"/>
          <w:sz w:val="24"/>
        </w:rPr>
        <w:t xml:space="preserve"> (</w:t>
      </w:r>
      <w:r>
        <w:rPr>
          <w:rFonts w:ascii="Georgia" w:hAnsi="Georgia" w:cs="Times New Roman"/>
          <w:b/>
          <w:i w:val="0"/>
          <w:color w:val="000000"/>
          <w:sz w:val="24"/>
          <w:rtl/>
          <w:szCs w:val="32"/>
        </w:rPr>
        <w:t>מַה הִיא</w:t>
      </w:r>
      <w:r>
        <w:rPr>
          <w:rFonts w:ascii="Georgia" w:hAnsi="Georgia"/>
          <w:b w:val="0"/>
          <w:i w:val="0"/>
          <w:color w:val="000000"/>
          <w:sz w:val="24"/>
        </w:rPr>
        <w:t>) намекается на разъясненное нами: ЗА — это АВАЯ с наполнением алеф, что по гематрии дает МА (</w:t>
      </w:r>
      <w:r>
        <w:rPr>
          <w:rFonts w:ascii="Georgia" w:hAnsi="Georgia" w:cs="Times New Roman"/>
          <w:b/>
          <w:i w:val="0"/>
          <w:color w:val="000000"/>
          <w:sz w:val="24"/>
          <w:rtl/>
          <w:szCs w:val="32"/>
        </w:rPr>
        <w:t>מָ״ה</w:t>
      </w:r>
      <w:r>
        <w:rPr>
          <w:rFonts w:ascii="Georgia" w:hAnsi="Georgia"/>
          <w:b w:val="0"/>
          <w:i w:val="0"/>
          <w:color w:val="000000"/>
          <w:sz w:val="24"/>
        </w:rPr>
        <w:t xml:space="preserve"> = 45). И в нем есть дважды МА: одно — от груди (хазе) и выше, где находится одно МА, чтобы вывести Лею позади него; и у него есть второе МА, чтобы вывести Рахель от его хазе и ниже. Получается, что Лея выходит от свойства совершенного Имени МА точно так же, как у Рахели есть другое Имя МА. Если так, раз они равны в отношении этого МА, почему же они различаются относительно слова </w:t>
      </w:r>
      <w:r>
        <w:rPr>
          <w:rFonts w:ascii="Georgia" w:hAnsi="Georgia"/>
          <w:b w:val="0"/>
          <w:i/>
          <w:color w:val="000000"/>
          <w:sz w:val="24"/>
        </w:rPr>
        <w:t>хи</w:t>
      </w:r>
      <w:r>
        <w:rPr>
          <w:rFonts w:ascii="Georgia" w:hAnsi="Georgia"/>
          <w:b w:val="0"/>
          <w:i w:val="0"/>
          <w:color w:val="000000"/>
          <w:sz w:val="24"/>
        </w:rPr>
        <w:t xml:space="preserve"> (</w:t>
      </w:r>
      <w:r>
        <w:rPr>
          <w:rFonts w:ascii="Georgia" w:hAnsi="Georgia" w:cs="Times New Roman"/>
          <w:b/>
          <w:i w:val="0"/>
          <w:color w:val="000000"/>
          <w:sz w:val="24"/>
          <w:rtl/>
          <w:szCs w:val="32"/>
        </w:rPr>
        <w:t>הִיא</w:t>
      </w:r>
      <w:r>
        <w:rPr>
          <w:rFonts w:ascii="Georgia" w:hAnsi="Georgia"/>
          <w:b w:val="0"/>
          <w:i w:val="0"/>
          <w:color w:val="000000"/>
          <w:sz w:val="24"/>
        </w:rPr>
        <w:t xml:space="preserve">), так что в Лее есть лишь шестнадцать светов по числу </w:t>
      </w:r>
      <w:r>
        <w:rPr>
          <w:rFonts w:ascii="Georgia" w:hAnsi="Georgia"/>
          <w:b w:val="0"/>
          <w:i/>
          <w:color w:val="000000"/>
          <w:sz w:val="24"/>
        </w:rPr>
        <w:t>хи</w:t>
      </w:r>
      <w:r>
        <w:rPr>
          <w:rFonts w:ascii="Georgia" w:hAnsi="Georgia"/>
          <w:b w:val="0"/>
          <w:i w:val="0"/>
          <w:color w:val="000000"/>
          <w:sz w:val="24"/>
        </w:rPr>
        <w:t>, в отличие от Рахели, как сказано выше?</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«…и мера дней моих, какова она»</w:t>
      </w:r>
      <w:r>
        <w:rPr>
          <w:rFonts w:ascii="Georgia" w:hAnsi="Georgia"/>
          <w:b w:val="0"/>
          <w:i w:val="0"/>
          <w:color w:val="000000"/>
          <w:sz w:val="24"/>
        </w:rPr>
        <w:t xml:space="preserve"> (</w:t>
      </w:r>
      <w:r>
        <w:rPr>
          <w:rFonts w:ascii="Georgia" w:hAnsi="Georgia"/>
          <w:b w:val="0"/>
          <w:i/>
          <w:color w:val="000000"/>
          <w:sz w:val="24"/>
        </w:rPr>
        <w:t>ма хи</w:t>
      </w:r>
      <w:r>
        <w:rPr>
          <w:rFonts w:ascii="Georgia" w:hAnsi="Georgia"/>
          <w:b w:val="0"/>
          <w:i w:val="0"/>
          <w:color w:val="000000"/>
          <w:sz w:val="24"/>
        </w:rPr>
        <w:t xml:space="preserve">): раз она происходит от МА, почему же она оказалась лишь </w:t>
      </w:r>
      <w:r>
        <w:rPr>
          <w:rFonts w:ascii="Georgia" w:hAnsi="Georgia"/>
          <w:b w:val="0"/>
          <w:i/>
          <w:color w:val="000000"/>
          <w:sz w:val="24"/>
        </w:rPr>
        <w:t>хи</w:t>
      </w:r>
      <w:r>
        <w:rPr>
          <w:rFonts w:ascii="Georgia" w:hAnsi="Georgia"/>
          <w:b w:val="0"/>
          <w:i w:val="0"/>
          <w:color w:val="000000"/>
          <w:sz w:val="24"/>
        </w:rPr>
        <w:t>?</w:t>
      </w:r>
    </w:p>
    <w:p>
      <w:pPr>
        <w:spacing w:before="40" w:after="120"/>
        <w:jc w:val="both"/>
      </w:pPr>
      <w:r>
        <w:rPr>
          <w:rFonts w:ascii="Georgia" w:hAnsi="Georgia"/>
          <w:b w:val="0"/>
          <w:i w:val="0"/>
          <w:color w:val="000000"/>
          <w:sz w:val="24"/>
        </w:rPr>
        <w:t>В этом стихе намекаются и другие вопросы относительно Леи и Рахели, но я забыл их.</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благодаря этому станет понятен вопрос об Адаме а-Ришоне, у которого было две жены: одна звалась Лилит, а вторая — Хава. Суть в том, что Адам а-Ришон подобен ЗА, а у ЗА есть две женские стороны — Лея и Рахель.</w:t>
      </w:r>
    </w:p>
    <w:p>
      <w:pPr>
        <w:spacing w:before="40" w:after="120"/>
        <w:jc w:val="both"/>
      </w:pPr>
      <w:r>
        <w:rPr>
          <w:rFonts w:ascii="Georgia" w:hAnsi="Georgia"/>
          <w:b w:val="0"/>
          <w:i w:val="0"/>
          <w:color w:val="000000"/>
          <w:sz w:val="24"/>
        </w:rPr>
        <w:t>И мы уже разъяснили, что Лея — это очень суровые суды, поскольку она происходит от ахораим де-Има, и кроме того, она находится наверху, в скрытом месте. Рахель же подслащается, так как находится в месте раскрытия хасадим.</w:t>
      </w:r>
    </w:p>
    <w:p>
      <w:pPr>
        <w:spacing w:before="40" w:after="120"/>
        <w:jc w:val="both"/>
      </w:pPr>
      <w:r>
        <w:rPr>
          <w:rFonts w:ascii="Georgia" w:hAnsi="Georgia"/>
          <w:b w:val="0"/>
          <w:i w:val="0"/>
          <w:color w:val="000000"/>
          <w:sz w:val="24"/>
        </w:rPr>
        <w:t xml:space="preserve">И вот ЗА называется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45), поскольку он — тайна [Имени] МА (</w:t>
      </w:r>
      <w:r>
        <w:rPr>
          <w:rFonts w:ascii="Georgia" w:hAnsi="Georgia" w:cs="Times New Roman"/>
          <w:b/>
          <w:i w:val="0"/>
          <w:color w:val="000000"/>
          <w:sz w:val="24"/>
          <w:rtl/>
          <w:szCs w:val="32"/>
        </w:rPr>
        <w:t>מָ״ה</w:t>
      </w:r>
      <w:r>
        <w:rPr>
          <w:rFonts w:ascii="Georgia" w:hAnsi="Georgia"/>
          <w:b w:val="0"/>
          <w:i w:val="0"/>
          <w:color w:val="000000"/>
          <w:sz w:val="24"/>
        </w:rPr>
        <w:t xml:space="preserve"> = 45): ведь АВАЯ с наполнением алеф по гематрии равна МА и слову </w:t>
      </w:r>
      <w:r>
        <w:rPr>
          <w:rFonts w:ascii="Georgia" w:hAnsi="Georgia"/>
          <w:b w:val="0"/>
          <w:i/>
          <w:color w:val="000000"/>
          <w:sz w:val="24"/>
        </w:rPr>
        <w:t>адам</w:t>
      </w:r>
      <w:r>
        <w:rPr>
          <w:rFonts w:ascii="Georgia" w:hAnsi="Georgia"/>
          <w:b w:val="0"/>
          <w:i w:val="0"/>
          <w:color w:val="000000"/>
          <w:sz w:val="24"/>
        </w:rPr>
        <w:t xml:space="preserve">. Известно также, что простое [написание] АВАЯ — главное, тогда как наполнение (милуй) относится к женскому началу (нуква), поскольку она вся состоит из судов, и само слово </w:t>
      </w:r>
      <w:r>
        <w:rPr>
          <w:rFonts w:ascii="Georgia" w:hAnsi="Georgia"/>
          <w:b w:val="0"/>
          <w:i/>
          <w:color w:val="000000"/>
          <w:sz w:val="24"/>
        </w:rPr>
        <w:t>милуй</w:t>
      </w:r>
      <w:r>
        <w:rPr>
          <w:rFonts w:ascii="Georgia" w:hAnsi="Georgia"/>
          <w:b w:val="0"/>
          <w:i w:val="0"/>
          <w:color w:val="000000"/>
          <w:sz w:val="24"/>
        </w:rPr>
        <w:t xml:space="preserve"> (</w:t>
      </w:r>
      <w:r>
        <w:rPr>
          <w:rFonts w:ascii="Georgia" w:hAnsi="Georgia" w:cs="Times New Roman"/>
          <w:b/>
          <w:i w:val="0"/>
          <w:color w:val="000000"/>
          <w:sz w:val="24"/>
          <w:rtl/>
          <w:szCs w:val="32"/>
        </w:rPr>
        <w:t>מִלּוּי</w:t>
      </w:r>
      <w:r>
        <w:rPr>
          <w:rFonts w:ascii="Georgia" w:hAnsi="Georgia"/>
          <w:b w:val="0"/>
          <w:i w:val="0"/>
          <w:color w:val="000000"/>
          <w:sz w:val="24"/>
        </w:rPr>
        <w:t>) по гематрии равно ЭЛОКИМ (</w:t>
      </w:r>
      <w:r>
        <w:rPr>
          <w:rFonts w:ascii="Georgia" w:hAnsi="Georgia" w:cs="Times New Roman"/>
          <w:b/>
          <w:i w:val="0"/>
          <w:color w:val="000000"/>
          <w:sz w:val="24"/>
          <w:rtl/>
          <w:szCs w:val="32"/>
        </w:rPr>
        <w:t>אֱלֹקִים</w:t>
      </w:r>
      <w:r>
        <w:rPr>
          <w:rFonts w:ascii="Georgia" w:hAnsi="Georgia"/>
          <w:b w:val="0"/>
          <w:i w:val="0"/>
          <w:color w:val="000000"/>
          <w:sz w:val="24"/>
        </w:rPr>
        <w:t xml:space="preserve"> = 86). Кроме того, оно называется наполнением потому, что вся сила Нуквы, сущность ее светов и ее силы сокрыты внутри ЗА, ведь венец гвуры (атра де-гвура) находится внутри ЗА, а затем выходит наружу из него. Таким образом, Нуква — это наполнение ЗА, ведь наполнение подобно зародышу, наполняющему утробу матери; поэтому наполнение относится к свойству нуквы.</w:t>
      </w:r>
    </w:p>
    <w:p>
      <w:pPr>
        <w:spacing w:before="40" w:after="120"/>
        <w:jc w:val="both"/>
      </w:pPr>
      <w:r>
        <w:rPr>
          <w:rFonts w:ascii="Georgia" w:hAnsi="Georgia"/>
          <w:b w:val="0"/>
          <w:i w:val="0"/>
          <w:color w:val="000000"/>
          <w:sz w:val="24"/>
        </w:rPr>
        <w:t>И вот буквы наполнения Имени МА по гематрии составляют 19: если отнять простые буквы [АВАЯ], числовое значение которых 26, останутся буквы наполнения, равные по гематрии 19 (</w:t>
      </w:r>
      <w:r>
        <w:rPr>
          <w:rFonts w:ascii="Georgia" w:hAnsi="Georgia" w:cs="Times New Roman"/>
          <w:b/>
          <w:i w:val="0"/>
          <w:color w:val="000000"/>
          <w:sz w:val="24"/>
          <w:rtl/>
          <w:szCs w:val="32"/>
        </w:rPr>
        <w:t>י״ט</w:t>
      </w:r>
      <w:r>
        <w:rPr>
          <w:rFonts w:ascii="Georgia" w:hAnsi="Georgia"/>
          <w:b w:val="0"/>
          <w:i w:val="0"/>
          <w:color w:val="000000"/>
          <w:sz w:val="24"/>
        </w:rPr>
        <w:t>), что составляет гематрию имени Хава (</w:t>
      </w:r>
      <w:r>
        <w:rPr>
          <w:rFonts w:ascii="Georgia" w:hAnsi="Georgia" w:cs="Times New Roman"/>
          <w:b/>
          <w:i w:val="0"/>
          <w:color w:val="000000"/>
          <w:sz w:val="24"/>
          <w:rtl/>
          <w:szCs w:val="32"/>
        </w:rPr>
        <w:t>חַוָּה</w:t>
      </w:r>
      <w:r>
        <w:rPr>
          <w:rFonts w:ascii="Georgia" w:hAnsi="Georgia"/>
          <w:b w:val="0"/>
          <w:i w:val="0"/>
          <w:color w:val="000000"/>
          <w:sz w:val="24"/>
        </w:rPr>
        <w:t xml:space="preserve"> = 19).</w:t>
      </w:r>
    </w:p>
    <w:p>
      <w:pPr>
        <w:spacing w:before="40" w:after="120"/>
        <w:jc w:val="both"/>
      </w:pPr>
      <w:r>
        <w:rPr>
          <w:rFonts w:ascii="Georgia" w:hAnsi="Georgia"/>
          <w:b w:val="0"/>
          <w:i w:val="0"/>
          <w:color w:val="000000"/>
          <w:sz w:val="24"/>
        </w:rPr>
        <w:t>И отсюда ты поймешь, почему Хава — жена Адама и подлинная плоть от плоти его.</w:t>
      </w:r>
    </w:p>
    <w:p>
      <w:pPr>
        <w:spacing w:before="40" w:after="120"/>
        <w:jc w:val="both"/>
      </w:pPr>
      <w:r>
        <w:rPr>
          <w:rFonts w:ascii="Georgia" w:hAnsi="Georgia"/>
          <w:b w:val="0"/>
          <w:i w:val="0"/>
          <w:color w:val="000000"/>
          <w:sz w:val="24"/>
        </w:rPr>
        <w:t xml:space="preserve">И мы уже объясняли в другом месте, что в ЗА есть два уровня: один — от головы (рош) до груди (хазе), где у него находится первый Есод, которым он соединяется с Леей; а вторая его половина — от хазе и ниже, где расположено место раскрытых хасадим. Получается, что в нем есть два Имени МА с наполнением алеф, как упомянуто по поводу стиха: </w:t>
      </w:r>
      <w:r>
        <w:rPr>
          <w:rFonts w:ascii="Georgia" w:hAnsi="Georgia"/>
          <w:b w:val="0"/>
          <w:i/>
          <w:color w:val="000000"/>
          <w:sz w:val="24"/>
        </w:rPr>
        <w:t>«Открой мне, Г-споди, кончину мою…»</w:t>
      </w:r>
      <w:r>
        <w:rPr>
          <w:rFonts w:ascii="Georgia" w:hAnsi="Georgia"/>
          <w:b w:val="0"/>
          <w:i w:val="0"/>
          <w:color w:val="000000"/>
          <w:sz w:val="24"/>
        </w:rPr>
        <w:t xml:space="preserve"> (Теилим 39:5). И от обоих происходят два наполнения, каждое из которых по гематрии равно имени Хава. Однако высшая, первая Хава — это свойство Леи, а нижняя Хава — Рахель.</w:t>
      </w:r>
    </w:p>
    <w:p>
      <w:pPr>
        <w:spacing w:before="40" w:after="120"/>
        <w:jc w:val="both"/>
      </w:pPr>
      <w:r>
        <w:rPr>
          <w:rFonts w:ascii="Georgia" w:hAnsi="Georgia"/>
          <w:b w:val="0"/>
          <w:i w:val="0"/>
          <w:color w:val="000000"/>
          <w:sz w:val="24"/>
        </w:rPr>
        <w:t>И поскольку свойство Леи представляет собой крайне суровые суды по упомянутой причине, то, хотя там, наверху, в высшем мире Ацилут, она пребывает в совершенной святости, в этом нижнем материальном мире при сотворении Адама а-Ришона свойство Леи не смогло проявиться подслащенным в тайне святости. Оно вышло в виде крайне суровых судов — в тайне клипы «злой змей» (</w:t>
      </w:r>
      <w:r>
        <w:rPr>
          <w:rFonts w:ascii="Georgia" w:hAnsi="Georgia"/>
          <w:b w:val="0"/>
          <w:i/>
          <w:color w:val="000000"/>
          <w:sz w:val="24"/>
        </w:rPr>
        <w:t>хевья биша</w:t>
      </w:r>
      <w:r>
        <w:rPr>
          <w:rFonts w:ascii="Georgia" w:hAnsi="Georgia"/>
          <w:b w:val="0"/>
          <w:i w:val="0"/>
          <w:color w:val="000000"/>
          <w:sz w:val="24"/>
        </w:rPr>
        <w:t xml:space="preserve">, </w:t>
      </w:r>
      <w:r>
        <w:rPr>
          <w:rFonts w:ascii="Georgia" w:hAnsi="Georgia" w:cs="Times New Roman"/>
          <w:b/>
          <w:i w:val="0"/>
          <w:color w:val="000000"/>
          <w:sz w:val="24"/>
          <w:rtl/>
          <w:szCs w:val="32"/>
        </w:rPr>
        <w:t>חִוְיָא בִישָׁא</w:t>
      </w:r>
      <w:r>
        <w:rPr>
          <w:rFonts w:ascii="Georgia" w:hAnsi="Georgia"/>
          <w:b w:val="0"/>
          <w:i w:val="0"/>
          <w:color w:val="000000"/>
          <w:sz w:val="24"/>
        </w:rPr>
        <w:t>). Это и есть свойство Лилит — первой Хавы, соединявшейся с Адамом прежде сотворения второй Хавы.</w:t>
      </w:r>
    </w:p>
    <w:p>
      <w:pPr>
        <w:spacing w:before="40" w:after="120"/>
        <w:jc w:val="both"/>
      </w:pPr>
      <w:r>
        <w:rPr>
          <w:rFonts w:ascii="Georgia" w:hAnsi="Georgia"/>
          <w:b w:val="0"/>
          <w:i w:val="0"/>
          <w:color w:val="000000"/>
          <w:sz w:val="24"/>
        </w:rPr>
        <w:t>Затем вышла вторая Хава — подслащенная; она и осталась женой Адама, а та [первая] удалилась, поскольку оставалась предельно смешана с клипот, почему первая Хава и была названа Лилит.</w:t>
      </w:r>
    </w:p>
    <w:p>
      <w:pPr>
        <w:spacing w:before="40" w:after="120"/>
        <w:jc w:val="both"/>
      </w:pPr>
      <w:r>
        <w:rPr>
          <w:rFonts w:ascii="Georgia" w:hAnsi="Georgia"/>
          <w:b w:val="0"/>
          <w:i w:val="0"/>
          <w:color w:val="000000"/>
          <w:sz w:val="24"/>
        </w:rPr>
        <w:t>Но затем, когда пришел Яаков, чей облик был подобен облику Адама а-Ришона (</w:t>
      </w:r>
      <w:r>
        <w:rPr>
          <w:rFonts w:ascii="Georgia" w:hAnsi="Georgia"/>
          <w:b w:val="0"/>
          <w:i/>
          <w:color w:val="000000"/>
          <w:sz w:val="24"/>
        </w:rPr>
        <w:t>шуфрей ме-эйн шуфрей де-Адам</w:t>
      </w:r>
      <w:r>
        <w:rPr>
          <w:rFonts w:ascii="Georgia" w:hAnsi="Georgia"/>
          <w:b w:val="0"/>
          <w:i w:val="0"/>
          <w:color w:val="000000"/>
          <w:sz w:val="24"/>
        </w:rPr>
        <w:t xml:space="preserve">), и исправил изъян запретных связей Адама а-Ришона — как упомянуто в Зоаре (раздел Кдошим, а также в разделе Толдот по поводу благословений, которые он хитростью взял у своего брата Эсава), — тогда он взял обеих. Ведь тогда Лея подсластилась, вошла в тайну святости и отделилась от клипы. И в этом тайна сказанного нашими мудрецами, благословенной памяти (ХАЗАЛЬ), о стихе: </w:t>
      </w:r>
      <w:r>
        <w:rPr>
          <w:rFonts w:ascii="Georgia" w:hAnsi="Georgia"/>
          <w:b w:val="0"/>
          <w:i/>
          <w:color w:val="000000"/>
          <w:sz w:val="24"/>
        </w:rPr>
        <w:t>«А глаза Леи были мягкими…»</w:t>
      </w:r>
      <w:r>
        <w:rPr>
          <w:rFonts w:ascii="Georgia" w:hAnsi="Georgia"/>
          <w:b w:val="0"/>
          <w:i w:val="0"/>
          <w:color w:val="000000"/>
          <w:sz w:val="24"/>
        </w:rPr>
        <w:t xml:space="preserve"> (Берешит 29:17) — от слез, так как она плакала из-за того, что ей предстояло выпасть на долю Эсава. И благодаря своим молитвам и слезам она подсластилась и тогда была отдана в удел Яакову; пойми же это как следует.</w:t>
      </w:r>
    </w:p>
    <w:p>
      <w:pPr>
        <w:spacing w:before="40" w:after="120"/>
        <w:jc w:val="both"/>
      </w:pPr>
      <w:r>
        <w:rPr>
          <w:rFonts w:ascii="Georgia" w:hAnsi="Georgia"/>
          <w:b w:val="0"/>
          <w:i w:val="0"/>
          <w:color w:val="000000"/>
          <w:sz w:val="24"/>
        </w:rPr>
        <w:t xml:space="preserve">И вот в этом стихе написано об Адаме а-Ришоне: </w:t>
      </w:r>
      <w:r>
        <w:rPr>
          <w:rFonts w:ascii="Georgia" w:hAnsi="Georgia"/>
          <w:b w:val="0"/>
          <w:i/>
          <w:color w:val="000000"/>
          <w:sz w:val="24"/>
        </w:rPr>
        <w:t>«И сказал человек: на этот раз — кость от костей моих и плоть от плоти моей…»</w:t>
      </w:r>
      <w:r>
        <w:rPr>
          <w:rFonts w:ascii="Georgia" w:hAnsi="Georgia"/>
          <w:b w:val="0"/>
          <w:i w:val="0"/>
          <w:color w:val="000000"/>
          <w:sz w:val="24"/>
        </w:rPr>
        <w:t xml:space="preserve"> (Берешит 2:23). А в «Тиккуним» (лист 99) сказано: «Это две жены: одна из костей, а другая из плоти».</w:t>
      </w:r>
    </w:p>
    <w:p>
      <w:pPr>
        <w:spacing w:before="40" w:after="120"/>
        <w:jc w:val="both"/>
      </w:pPr>
      <w:r>
        <w:rPr>
          <w:rFonts w:ascii="Georgia" w:hAnsi="Georgia"/>
          <w:b w:val="0"/>
          <w:i w:val="0"/>
          <w:color w:val="000000"/>
          <w:sz w:val="24"/>
        </w:rPr>
        <w:t>Суть в том, что Лея называется «кость», поскольку она представляет собой суровые суды, [твердые], как кость. И кроме того, она относится к свойству ребра: ведь место Леи находилось позади ребер, которые суть кости. Рахель же — «плоть от плоти его», мягкий суд (</w:t>
      </w:r>
      <w:r>
        <w:rPr>
          <w:rFonts w:ascii="Georgia" w:hAnsi="Georgia"/>
          <w:b w:val="0"/>
          <w:i/>
          <w:color w:val="000000"/>
          <w:sz w:val="24"/>
        </w:rPr>
        <w:t>дина рафья</w:t>
      </w:r>
      <w:r>
        <w:rPr>
          <w:rFonts w:ascii="Georgia" w:hAnsi="Georgia"/>
          <w:b w:val="0"/>
          <w:i w:val="0"/>
          <w:color w:val="000000"/>
          <w:sz w:val="24"/>
        </w:rPr>
        <w:t>), в месте раскрытия хасадим.</w:t>
      </w:r>
    </w:p>
    <w:p>
      <w:pPr>
        <w:spacing w:before="40" w:after="120"/>
        <w:jc w:val="both"/>
      </w:pPr>
      <w:r>
        <w:rPr>
          <w:rFonts w:ascii="Georgia" w:hAnsi="Georgia"/>
          <w:b w:val="0"/>
          <w:i w:val="0"/>
          <w:color w:val="000000"/>
          <w:sz w:val="24"/>
        </w:rPr>
        <w:t xml:space="preserve">И ход речи Адама а-Ришона таков: ведь у него было две жены — одна кость от костей его, а вторая плоть от плоти его, — но лишь эта вторая, называемая «плоть», </w:t>
      </w:r>
      <w:r>
        <w:rPr>
          <w:rFonts w:ascii="Georgia" w:hAnsi="Georgia"/>
          <w:b w:val="0"/>
          <w:i/>
          <w:color w:val="000000"/>
          <w:sz w:val="24"/>
        </w:rPr>
        <w:t>«…будет названа женщиной…»</w:t>
      </w:r>
      <w:r>
        <w:rPr>
          <w:rFonts w:ascii="Georgia" w:hAnsi="Georgia"/>
          <w:b w:val="0"/>
          <w:i w:val="0"/>
          <w:color w:val="000000"/>
          <w:sz w:val="24"/>
        </w:rPr>
        <w:t xml:space="preserve"> (Берешит 2:23), а не первая, которая есть кость и тогда еще не была подслащена, как сказано выше; подсластилась же она позже, во времена Яакова, в качестве Леи.</w:t>
      </w:r>
    </w:p>
    <w:p>
      <w:pPr>
        <w:spacing w:before="40" w:after="120"/>
        <w:jc w:val="both"/>
      </w:pPr>
      <w:r>
        <w:rPr>
          <w:rFonts w:ascii="Georgia" w:hAnsi="Georgia"/>
          <w:b w:val="0"/>
          <w:i w:val="0"/>
          <w:color w:val="000000"/>
          <w:sz w:val="24"/>
        </w:rPr>
        <w:t xml:space="preserve">Причина же того, что сказано: </w:t>
      </w:r>
      <w:r>
        <w:rPr>
          <w:rFonts w:ascii="Georgia" w:hAnsi="Georgia"/>
          <w:b w:val="0"/>
          <w:i/>
          <w:color w:val="000000"/>
          <w:sz w:val="24"/>
        </w:rPr>
        <w:t>«И полюбил Яаков Рахель…»</w:t>
      </w:r>
      <w:r>
        <w:rPr>
          <w:rFonts w:ascii="Georgia" w:hAnsi="Georgia"/>
          <w:b w:val="0"/>
          <w:i w:val="0"/>
          <w:color w:val="000000"/>
          <w:sz w:val="24"/>
        </w:rPr>
        <w:t xml:space="preserve"> (Берешит 29:18), а не Лею, кроется в двух причинах.</w:t>
      </w:r>
    </w:p>
    <w:p>
      <w:pPr>
        <w:spacing w:before="40" w:after="120"/>
        <w:jc w:val="both"/>
      </w:pPr>
      <w:r>
        <w:rPr>
          <w:rFonts w:ascii="Georgia" w:hAnsi="Georgia"/>
          <w:b w:val="0"/>
          <w:i w:val="0"/>
          <w:color w:val="000000"/>
          <w:sz w:val="24"/>
        </w:rPr>
        <w:t xml:space="preserve">Первая причина: нижний Яаков, [пребывавший] в этом мире, еще не постигал всего строения парцуфа ЗА, а лишь от уровня хазе и ниже — в месте Рахели. Поэтому тогда </w:t>
      </w:r>
      <w:r>
        <w:rPr>
          <w:rFonts w:ascii="Georgia" w:hAnsi="Georgia"/>
          <w:b w:val="0"/>
          <w:i/>
          <w:color w:val="000000"/>
          <w:sz w:val="24"/>
        </w:rPr>
        <w:t>«полюбил Яаков Рахель»</w:t>
      </w:r>
      <w:r>
        <w:rPr>
          <w:rFonts w:ascii="Georgia" w:hAnsi="Georgia"/>
          <w:b w:val="0"/>
          <w:i w:val="0"/>
          <w:color w:val="000000"/>
          <w:sz w:val="24"/>
        </w:rPr>
        <w:t>, и не написано «и полюбил Исраэль», являющийся ЗА, которому принадлежали обе — и Лея, и Рахель. Яаков же любил Рахель, нижнюю подобно ему, относящуюся к открытому миру (</w:t>
      </w:r>
      <w:r>
        <w:rPr>
          <w:rFonts w:ascii="Georgia" w:hAnsi="Georgia"/>
          <w:b w:val="0"/>
          <w:i/>
          <w:color w:val="000000"/>
          <w:sz w:val="24"/>
        </w:rPr>
        <w:t>альма де-итгалья</w:t>
      </w:r>
      <w:r>
        <w:rPr>
          <w:rFonts w:ascii="Georgia" w:hAnsi="Georgia"/>
          <w:b w:val="0"/>
          <w:i w:val="0"/>
          <w:color w:val="000000"/>
          <w:sz w:val="24"/>
        </w:rPr>
        <w:t>). Лея же относится к скрытому миру (</w:t>
      </w:r>
      <w:r>
        <w:rPr>
          <w:rFonts w:ascii="Georgia" w:hAnsi="Georgia"/>
          <w:b w:val="0"/>
          <w:i/>
          <w:color w:val="000000"/>
          <w:sz w:val="24"/>
        </w:rPr>
        <w:t>альма де-иткасья</w:t>
      </w:r>
      <w:r>
        <w:rPr>
          <w:rFonts w:ascii="Georgia" w:hAnsi="Georgia"/>
          <w:b w:val="0"/>
          <w:i w:val="0"/>
          <w:color w:val="000000"/>
          <w:sz w:val="24"/>
        </w:rPr>
        <w:t>), как объяснено у нас: она представляет собой форму буквы далет в узле головного тфилин (тфилин шель рош). Поэтому Яаков не желал соединяться с ней, так как не достигал [постижением] той высоты. И об этом сказано в Зоаре (раздел Ваеце, лист 123б), что Лея и Рахель — это два мира, «от мира и до мира»: семь лет — скрытый мир и так далее.</w:t>
      </w:r>
    </w:p>
    <w:p>
      <w:pPr>
        <w:spacing w:before="40" w:after="120"/>
        <w:jc w:val="both"/>
      </w:pPr>
      <w:r>
        <w:rPr>
          <w:rFonts w:ascii="Georgia" w:hAnsi="Georgia"/>
          <w:b w:val="0"/>
          <w:i w:val="0"/>
          <w:color w:val="000000"/>
          <w:sz w:val="24"/>
        </w:rPr>
        <w:t>Смысл здесь в том, что от Малхут де-Има, находящейся в Даат де-ЗА, позади него вышла Лея — в тайне буквы далет в узле головного тфилин, как упомянуто выше. И поскольку Лея происходит от свойства Имы, ее «семь лет» сокрыты. А эти семь ступеней — КАХАБ, Даат, Хесед, Гвура и треть Тиферет до хазе де-ЗА. Ведь эти семь ступеней оставались сокрытыми и не были раскрыты Яакову до того, как он стал называться Исраэлем, как сказано выше, — ведь тогда он постиг весь парцуф ЗА, именуемый Исраэлем, как известно.</w:t>
      </w:r>
    </w:p>
    <w:p>
      <w:pPr>
        <w:spacing w:before="40" w:after="120"/>
        <w:jc w:val="both"/>
      </w:pPr>
      <w:r>
        <w:rPr>
          <w:rFonts w:ascii="Georgia" w:hAnsi="Georgia"/>
          <w:b w:val="0"/>
          <w:i w:val="0"/>
          <w:color w:val="000000"/>
          <w:sz w:val="24"/>
        </w:rPr>
        <w:t xml:space="preserve">И об этом же сказано в Зоаре (Ваеце, лист 154а) на стих: </w:t>
      </w:r>
      <w:r>
        <w:rPr>
          <w:rFonts w:ascii="Georgia" w:hAnsi="Georgia"/>
          <w:b w:val="0"/>
          <w:i/>
          <w:color w:val="000000"/>
          <w:sz w:val="24"/>
        </w:rPr>
        <w:t>«И увидел Г-сподь, что нелюбима Лея…»</w:t>
      </w:r>
      <w:r>
        <w:rPr>
          <w:rFonts w:ascii="Georgia" w:hAnsi="Georgia"/>
          <w:b w:val="0"/>
          <w:i w:val="0"/>
          <w:color w:val="000000"/>
          <w:sz w:val="24"/>
        </w:rPr>
        <w:t xml:space="preserve"> (Берешит 29:31): «Оттого, что ненавистна человеку нагота его матери». Смысл в том, что Лея происходит от Малхут де-Има, как сказано выше, — которая является матерью Яакова.</w:t>
      </w:r>
    </w:p>
    <w:p>
      <w:pPr>
        <w:spacing w:before="40" w:after="120"/>
        <w:jc w:val="both"/>
      </w:pPr>
      <w:r>
        <w:rPr>
          <w:rFonts w:ascii="Georgia" w:hAnsi="Georgia"/>
          <w:b w:val="0"/>
          <w:i w:val="0"/>
          <w:color w:val="000000"/>
          <w:sz w:val="24"/>
        </w:rPr>
        <w:t xml:space="preserve">И знай, что высшая половина Имы называется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 «Кто»), как известно; а когда распространяются здесь в виде Леи буквы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 «эти»), образуется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Ведь высшие ступени Имы называются </w:t>
      </w:r>
      <w:r>
        <w:rPr>
          <w:rFonts w:ascii="Georgia" w:hAnsi="Georgia"/>
          <w:b w:val="0"/>
          <w:i/>
          <w:color w:val="000000"/>
          <w:sz w:val="24"/>
        </w:rPr>
        <w:t>Ми</w:t>
      </w:r>
      <w:r>
        <w:rPr>
          <w:rFonts w:ascii="Georgia" w:hAnsi="Georgia"/>
          <w:b w:val="0"/>
          <w:i w:val="0"/>
          <w:color w:val="000000"/>
          <w:sz w:val="24"/>
        </w:rPr>
        <w:t xml:space="preserve">, а от середины ее Тиферет и ниже, облачающиеся в ЗА, как известно, называются </w:t>
      </w:r>
      <w:r>
        <w:rPr>
          <w:rFonts w:ascii="Georgia" w:hAnsi="Georgia"/>
          <w:b w:val="0"/>
          <w:i/>
          <w:color w:val="000000"/>
          <w:sz w:val="24"/>
        </w:rPr>
        <w:t>эле</w:t>
      </w:r>
      <w:r>
        <w:rPr>
          <w:rFonts w:ascii="Georgia" w:hAnsi="Georgia"/>
          <w:b w:val="0"/>
          <w:i w:val="0"/>
          <w:color w:val="000000"/>
          <w:sz w:val="24"/>
        </w:rPr>
        <w:t xml:space="preserve">; соединение же всего вместе называется ЭЛОКИМ. И вот из этого </w:t>
      </w:r>
      <w:r>
        <w:rPr>
          <w:rFonts w:ascii="Georgia" w:hAnsi="Georgia"/>
          <w:b w:val="0"/>
          <w:i/>
          <w:color w:val="000000"/>
          <w:sz w:val="24"/>
        </w:rPr>
        <w:t>эле</w:t>
      </w:r>
      <w:r>
        <w:rPr>
          <w:rFonts w:ascii="Georgia" w:hAnsi="Georgia"/>
          <w:b w:val="0"/>
          <w:i w:val="0"/>
          <w:color w:val="000000"/>
          <w:sz w:val="24"/>
        </w:rPr>
        <w:t xml:space="preserve"> формируется свойство Леи.</w:t>
      </w:r>
    </w:p>
    <w:p>
      <w:pPr>
        <w:spacing w:before="40" w:after="120"/>
        <w:jc w:val="both"/>
      </w:pPr>
      <w:r>
        <w:rPr>
          <w:rFonts w:ascii="Georgia" w:hAnsi="Georgia"/>
          <w:b w:val="0"/>
          <w:i w:val="0"/>
          <w:color w:val="000000"/>
          <w:sz w:val="24"/>
        </w:rPr>
        <w:t xml:space="preserve">И в этом тайна сказанного в «Сава де-Мишпатим» (лист 105) на стих: </w:t>
      </w:r>
      <w:r>
        <w:rPr>
          <w:rFonts w:ascii="Georgia" w:hAnsi="Georgia"/>
          <w:b w:val="0"/>
          <w:i/>
          <w:color w:val="000000"/>
          <w:sz w:val="24"/>
        </w:rPr>
        <w:t>«Кто это, [что] летят как облако…»</w:t>
      </w:r>
      <w:r>
        <w:rPr>
          <w:rFonts w:ascii="Georgia" w:hAnsi="Georgia"/>
          <w:b w:val="0"/>
          <w:i w:val="0"/>
          <w:color w:val="000000"/>
          <w:sz w:val="24"/>
        </w:rPr>
        <w:t xml:space="preserve"> (Йешаяу 60:8) — обратись туда, и ты поймешь его слова благодаря тому, что мы здесь объяснили.</w:t>
      </w:r>
    </w:p>
    <w:p>
      <w:pPr>
        <w:spacing w:before="40" w:after="120"/>
        <w:jc w:val="both"/>
      </w:pPr>
      <w:r>
        <w:rPr>
          <w:rFonts w:ascii="Georgia" w:hAnsi="Georgia"/>
          <w:b w:val="0"/>
          <w:i w:val="0"/>
          <w:color w:val="000000"/>
          <w:sz w:val="24"/>
        </w:rPr>
        <w:t>И знай, что у этой Леи всегда есть полный парцуф, как и у ЗА, а высота ее роста — от Кетера де-ЗА до его хазе. (Впрочем, обрати внимание далее: там объясняется, что ее начало — от Даат де-ЗА, и это требует осмысления. Возможно, это можно понять из того, что мы объясняли ранее).</w:t>
      </w:r>
    </w:p>
    <w:p>
      <w:pPr>
        <w:spacing w:before="40" w:after="120"/>
        <w:jc w:val="both"/>
      </w:pPr>
      <w:r>
        <w:rPr>
          <w:rFonts w:ascii="Georgia" w:hAnsi="Georgia"/>
          <w:b w:val="0"/>
          <w:i w:val="0"/>
          <w:color w:val="000000"/>
          <w:sz w:val="24"/>
        </w:rPr>
        <w:t>И уже говорилось нами выше, что Есод де-Има распространяется до хазе де-ЗА, где находится уровень сосцов ЗА, которые образовались там из затворов и створок, имеющихся в расположенном там Есоде де-Има. И в этом тайна сосцов Зеир Анпина. И вот Есод де-Лея также находится там снаружи, напротив сосцов ЗА.</w:t>
      </w:r>
    </w:p>
    <w:p>
      <w:pPr>
        <w:spacing w:before="40" w:after="120"/>
        <w:jc w:val="both"/>
      </w:pPr>
      <w:r>
        <w:rPr>
          <w:rFonts w:ascii="Georgia" w:hAnsi="Georgia"/>
          <w:b w:val="0"/>
          <w:i w:val="0"/>
          <w:color w:val="000000"/>
          <w:sz w:val="24"/>
        </w:rPr>
        <w:t>Ты также знаешь, что верхняя половина Тиферет де-ЗА изначально была Есодом, как объяснено у нас по поводу состояния гадлут де-ЗА: ведь он состоял из шести концов (ВАК), и его ХАГАТ поднялись и стали ХАБАД, а НЕХИ стали ХАГАТ. Получается, что Есод стал Тиферет.</w:t>
      </w:r>
    </w:p>
    <w:p>
      <w:pPr>
        <w:spacing w:before="40" w:after="120"/>
        <w:jc w:val="both"/>
      </w:pPr>
      <w:r>
        <w:rPr>
          <w:rFonts w:ascii="Georgia" w:hAnsi="Georgia"/>
          <w:b w:val="0"/>
          <w:i w:val="0"/>
          <w:color w:val="000000"/>
          <w:sz w:val="24"/>
        </w:rPr>
        <w:t>И если так, то сейчас в одном месте оказываются три уровня есодот: Есод де-Има, Есод де-Лея (когда она возвращается к самому ЗА, чтобы встать паним бе-паним с ним и соединиться с ним) и Есод самого ЗА, который теперь называется Тиферет, как сказано выше.</w:t>
      </w:r>
    </w:p>
    <w:p>
      <w:pPr>
        <w:spacing w:before="40" w:after="120"/>
        <w:jc w:val="both"/>
      </w:pPr>
      <w:r>
        <w:rPr>
          <w:rFonts w:ascii="Georgia" w:hAnsi="Georgia"/>
          <w:b w:val="0"/>
          <w:i w:val="0"/>
          <w:color w:val="000000"/>
          <w:sz w:val="24"/>
        </w:rPr>
        <w:t>Выходит, что Есод де-Има и Есод де-Лея соединяются вместе и становятся единой утробой, с которой соединяется упомянутый Есод самого ЗА, ныне называемый Тиферет. И в этом тайна сказанного: «Оттого, что ненавистна человеку нагота его матери» — буквально нагота, в самом прямом смысле. И знай, что однажды я слышал от своего учителя, благословенна его память для жизни будущего мира: когда Лея соединяется с самим ЗА, он соединяется с ней непосредственно через сам Даат.</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«И познал Адам Хаву, жену свою…»</w:t>
      </w:r>
      <w:r>
        <w:rPr>
          <w:rFonts w:ascii="Georgia" w:hAnsi="Georgia"/>
          <w:b w:val="0"/>
          <w:i w:val="0"/>
          <w:color w:val="000000"/>
          <w:sz w:val="24"/>
        </w:rPr>
        <w:t xml:space="preserve"> (Берешит 4:1) — ведь это соединение (зивуг) совершается через Даат, и совершается оно скрытно. Поэтому сначала она была сокрыта от Яакова, и не было известно, что это Лея, до самого утра; пойми же это.</w:t>
      </w:r>
    </w:p>
    <w:p>
      <w:pPr>
        <w:spacing w:before="40" w:after="120"/>
        <w:jc w:val="both"/>
      </w:pPr>
      <w:r>
        <w:rPr>
          <w:rFonts w:ascii="Georgia" w:hAnsi="Georgia"/>
          <w:b w:val="0"/>
          <w:i w:val="0"/>
          <w:color w:val="000000"/>
          <w:sz w:val="24"/>
        </w:rPr>
        <w:t>И требуется осмысление, как согласовать эти предания между собой. Возможно, этот высший Есод, являющийся вершиной Тиферет, иногда становится также уровнем Даат де-ЗА, когда тот опускается туда, как известно; и это требует осмысления.</w:t>
      </w:r>
    </w:p>
    <w:p>
      <w:pPr>
        <w:spacing w:before="40" w:after="120"/>
        <w:jc w:val="both"/>
      </w:pPr>
      <w:r>
        <w:rPr>
          <w:rFonts w:ascii="Georgia" w:hAnsi="Georgia"/>
          <w:b w:val="0"/>
          <w:i w:val="0"/>
          <w:color w:val="000000"/>
          <w:sz w:val="24"/>
        </w:rPr>
        <w:t>И знай, что Моше рабейну, мир ему, о котором в Зоаре сказано, что он постиг [уровни] вплоть до Бины, достиг этого лишь благодаря той самой Лее, которая происходит от Малхут де-Бина и становится буквой далет в узле тфилин.</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«И увидишь спину Мою…»</w:t>
      </w:r>
      <w:r>
        <w:rPr>
          <w:rFonts w:ascii="Georgia" w:hAnsi="Georgia"/>
          <w:b w:val="0"/>
          <w:i w:val="0"/>
          <w:color w:val="000000"/>
          <w:sz w:val="24"/>
        </w:rPr>
        <w:t xml:space="preserve"> (Шмот 33:23), в соответствии со словами наших мудрецов, благословенной памяти (ХАЗАЛЬ), в Гемаре: «Это учит, что Он показал ему узел тфилин» (Брахот 7а). Смысл здесь также в том, что Лея, пребывающая в узле тфилин, видит спину ЗА, поскольку она стоит лицом к спине ЗА, как сказано выше. И вот Моше относится к Лее, и в этом [смысл стиха]: </w:t>
      </w:r>
      <w:r>
        <w:rPr>
          <w:rFonts w:ascii="Georgia" w:hAnsi="Georgia"/>
          <w:b w:val="0"/>
          <w:i/>
          <w:color w:val="000000"/>
          <w:sz w:val="24"/>
        </w:rPr>
        <w:t>«И увидишь спину Мою…»</w:t>
      </w:r>
      <w:r>
        <w:rPr>
          <w:rFonts w:ascii="Georgia" w:hAnsi="Georgia"/>
          <w:b w:val="0"/>
          <w:i w:val="0"/>
          <w:color w:val="000000"/>
          <w:sz w:val="24"/>
        </w:rPr>
        <w:t xml:space="preserve"> (Шмот 33:23), и смысл этих слов ясен.</w:t>
      </w:r>
    </w:p>
    <w:p>
      <w:pPr>
        <w:spacing w:before="40" w:after="120"/>
        <w:jc w:val="both"/>
      </w:pPr>
      <w:r>
        <w:rPr>
          <w:rFonts w:ascii="Georgia" w:hAnsi="Georgia"/>
          <w:b w:val="0"/>
          <w:i w:val="0"/>
          <w:color w:val="000000"/>
          <w:sz w:val="24"/>
        </w:rPr>
        <w:t xml:space="preserve">Вторая же причина того, почему сказано: </w:t>
      </w:r>
      <w:r>
        <w:rPr>
          <w:rFonts w:ascii="Georgia" w:hAnsi="Georgia"/>
          <w:b w:val="0"/>
          <w:i/>
          <w:color w:val="000000"/>
          <w:sz w:val="24"/>
        </w:rPr>
        <w:t>«И полюбил Яаков Рахель…»</w:t>
      </w:r>
      <w:r>
        <w:rPr>
          <w:rFonts w:ascii="Georgia" w:hAnsi="Georgia"/>
          <w:b w:val="0"/>
          <w:i w:val="0"/>
          <w:color w:val="000000"/>
          <w:sz w:val="24"/>
        </w:rPr>
        <w:t xml:space="preserve"> (Берешит 29:18), понятна из стиха: </w:t>
      </w:r>
      <w:r>
        <w:rPr>
          <w:rFonts w:ascii="Georgia" w:hAnsi="Georgia"/>
          <w:b w:val="0"/>
          <w:i/>
          <w:color w:val="000000"/>
          <w:sz w:val="24"/>
        </w:rPr>
        <w:t>«Кожу за кожу, а все, что есть у человека, отдаст он за душу свою»</w:t>
      </w:r>
      <w:r>
        <w:rPr>
          <w:rFonts w:ascii="Georgia" w:hAnsi="Georgia"/>
          <w:b w:val="0"/>
          <w:i w:val="0"/>
          <w:color w:val="000000"/>
          <w:sz w:val="24"/>
        </w:rPr>
        <w:t xml:space="preserve"> (Иов 2:4). Смысл в том, что «человек» (</w:t>
      </w:r>
      <w:r>
        <w:rPr>
          <w:rFonts w:ascii="Georgia" w:hAnsi="Georgia"/>
          <w:b w:val="0"/>
          <w:i/>
          <w:color w:val="000000"/>
          <w:sz w:val="24"/>
        </w:rPr>
        <w:t>иш</w:t>
      </w:r>
      <w:r>
        <w:rPr>
          <w:rFonts w:ascii="Georgia" w:hAnsi="Georgia"/>
          <w:b w:val="0"/>
          <w:i w:val="0"/>
          <w:color w:val="000000"/>
          <w:sz w:val="24"/>
        </w:rPr>
        <w:t>) здесь — это ЗА, и у него две жены — Лея и Рахель.</w:t>
      </w:r>
    </w:p>
    <w:p>
      <w:pPr>
        <w:spacing w:before="40" w:after="120"/>
        <w:jc w:val="both"/>
      </w:pPr>
      <w:r>
        <w:rPr>
          <w:rFonts w:ascii="Georgia" w:hAnsi="Georgia"/>
          <w:b w:val="0"/>
          <w:i w:val="0"/>
          <w:color w:val="000000"/>
          <w:sz w:val="24"/>
        </w:rPr>
        <w:t>И вот Лея — это уровень «кожи», как сказано выше, тогда как Рахель — подлинная душа его (</w:t>
      </w:r>
      <w:r>
        <w:rPr>
          <w:rFonts w:ascii="Georgia" w:hAnsi="Georgia"/>
          <w:b w:val="0"/>
          <w:i/>
          <w:color w:val="000000"/>
          <w:sz w:val="24"/>
        </w:rPr>
        <w:t>нафшо</w:t>
      </w:r>
      <w:r>
        <w:rPr>
          <w:rFonts w:ascii="Georgia" w:hAnsi="Georgia"/>
          <w:b w:val="0"/>
          <w:i w:val="0"/>
          <w:color w:val="000000"/>
          <w:sz w:val="24"/>
        </w:rPr>
        <w:t>). Поэтому ЗА отдаст свою кожу за кожу Леи по любви к ней; однако у Рахели есть превосходство над Леей, так как все, что есть у упомянутого мужа, отдаст он за душу свою — то есть за Рахель, и для нее недостаточно отдать лишь одну свою кожу.</w:t>
      </w:r>
    </w:p>
    <w:p>
      <w:pPr>
        <w:spacing w:before="40" w:after="120"/>
        <w:jc w:val="both"/>
      </w:pPr>
      <w:r>
        <w:rPr>
          <w:rFonts w:ascii="Georgia" w:hAnsi="Georgia"/>
          <w:b w:val="0"/>
          <w:i w:val="0"/>
          <w:color w:val="000000"/>
          <w:sz w:val="24"/>
        </w:rPr>
        <w:t>И теперь объясним упомянутую причину: почему Лея названа «кожей», а Рахель названа «душой» (нефеш); и суть здесь в следующем. Ведь Рахель — истинная Нуква ЗА и подлинная пара ему, поскольку она принадлежит к десяти точкам, включающим мир Ацилут, являясь последней Малхут из них.</w:t>
      </w:r>
    </w:p>
    <w:p>
      <w:pPr>
        <w:spacing w:before="40" w:after="120"/>
        <w:jc w:val="both"/>
      </w:pPr>
      <w:r>
        <w:rPr>
          <w:rFonts w:ascii="Georgia" w:hAnsi="Georgia"/>
          <w:b w:val="0"/>
          <w:i w:val="0"/>
          <w:color w:val="000000"/>
          <w:sz w:val="24"/>
        </w:rPr>
        <w:t>Тогда как Лея в основе своей — это ахораим де-Има, упавшие сюда, вниз, на это место. И она приходится женой ЗА лишь в переносном смысле: упав сюда, вниз, она прилепилась к коже ЗА. Рахель же — душа его, ведь Малхут — это нефеш, а ЗА — руах, как известно.</w:t>
      </w:r>
    </w:p>
    <w:p>
      <w:pPr>
        <w:spacing w:before="40" w:after="120"/>
        <w:jc w:val="both"/>
      </w:pPr>
      <w:r>
        <w:rPr>
          <w:rFonts w:ascii="Georgia" w:hAnsi="Georgia"/>
          <w:b w:val="0"/>
          <w:i w:val="0"/>
          <w:color w:val="000000"/>
          <w:sz w:val="24"/>
        </w:rPr>
        <w:t>Есть и еще одна причина: ведь место Леи находится наверху, в месте сокрытых светов, поскольку Есод де-Има достигает хазе. Поэтому ее свечение — лишь на уровне кожи; то есть как мы объясняли по поводу формы буквы далет в узле головного тфилин, являющейся Леей, а узел представляет собой лишь кожу. У Рахели же, являющейся ручным тфилин (тфила шель яд), есть и кожа — в виде коробочек ручного тфилин, и подлинные мохин — в тайне отрывков [Торы], см. там.</w:t>
      </w:r>
    </w:p>
    <w:p>
      <w:pPr>
        <w:spacing w:before="40" w:after="120"/>
        <w:jc w:val="both"/>
      </w:pPr>
      <w:r>
        <w:rPr>
          <w:rFonts w:ascii="Georgia" w:hAnsi="Georgia"/>
          <w:b w:val="0"/>
          <w:i w:val="0"/>
          <w:color w:val="000000"/>
          <w:sz w:val="24"/>
        </w:rPr>
        <w:t>Вкратце же суть такова: поскольку Лея находится напротив места сокрытия светов, к ней наружу сквозь кожу ЗА проходит лишь малое свечение от его мохин; причем не от самих мохин, а лишь от их одеяний и келим, которыми являются НЕХИ де-Има. И потому на нее намекает буква далет в узле головного тфилин — ведь она бедна и нища (</w:t>
      </w:r>
      <w:r>
        <w:rPr>
          <w:rFonts w:ascii="Georgia" w:hAnsi="Georgia"/>
          <w:b w:val="0"/>
          <w:i/>
          <w:color w:val="000000"/>
          <w:sz w:val="24"/>
        </w:rPr>
        <w:t>дала ве-ания</w:t>
      </w:r>
      <w:r>
        <w:rPr>
          <w:rFonts w:ascii="Georgia" w:hAnsi="Georgia"/>
          <w:b w:val="0"/>
          <w:i w:val="0"/>
          <w:color w:val="000000"/>
          <w:sz w:val="24"/>
        </w:rPr>
        <w:t xml:space="preserve">, </w:t>
      </w:r>
      <w:r>
        <w:rPr>
          <w:rFonts w:ascii="Georgia" w:hAnsi="Georgia" w:cs="Times New Roman"/>
          <w:b/>
          <w:i w:val="0"/>
          <w:color w:val="000000"/>
          <w:sz w:val="24"/>
          <w:rtl/>
          <w:szCs w:val="32"/>
        </w:rPr>
        <w:t>דַּלָּה וַעֲנִיָּה</w:t>
      </w:r>
      <w:r>
        <w:rPr>
          <w:rFonts w:ascii="Georgia" w:hAnsi="Georgia"/>
          <w:b w:val="0"/>
          <w:i w:val="0"/>
          <w:color w:val="000000"/>
          <w:sz w:val="24"/>
        </w:rPr>
        <w:t xml:space="preserve"> — намек на букву далет), а то, что она принимает форму буквы далет, соответствуя четырем мохин, — это лишь общее свечение сквозь кожу.</w:t>
      </w:r>
    </w:p>
    <w:p>
      <w:pPr>
        <w:spacing w:before="40" w:after="120"/>
        <w:jc w:val="both"/>
      </w:pPr>
      <w:r>
        <w:rPr>
          <w:rFonts w:ascii="Georgia" w:hAnsi="Georgia"/>
          <w:b w:val="0"/>
          <w:i w:val="0"/>
          <w:color w:val="000000"/>
          <w:sz w:val="24"/>
        </w:rPr>
        <w:t xml:space="preserve">Суть же кожи разъясняется в соответствии со стихом: </w:t>
      </w:r>
      <w:r>
        <w:rPr>
          <w:rFonts w:ascii="Georgia" w:hAnsi="Georgia"/>
          <w:b w:val="0"/>
          <w:i/>
          <w:color w:val="000000"/>
          <w:sz w:val="24"/>
        </w:rPr>
        <w:t>«И когда после кожи моей разрушится это…»</w:t>
      </w:r>
      <w:r>
        <w:rPr>
          <w:rFonts w:ascii="Georgia" w:hAnsi="Georgia"/>
          <w:b w:val="0"/>
          <w:i w:val="0"/>
          <w:color w:val="000000"/>
          <w:sz w:val="24"/>
        </w:rPr>
        <w:t xml:space="preserve"> (Иов 19:26); и посмотри там, как внутренние свечения соударяются друг с другом, и число их соударений равно гематрии слова «кожа»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עוֹר</w:t>
      </w:r>
      <w:r>
        <w:rPr>
          <w:rFonts w:ascii="Georgia" w:hAnsi="Georgia"/>
          <w:b w:val="0"/>
          <w:i w:val="0"/>
          <w:color w:val="000000"/>
          <w:sz w:val="24"/>
        </w:rPr>
        <w:t xml:space="preserve"> = 276), и потому она названа кожей. И объясним здесь подробнее: НЕХИ де-Аба облачены внутрь НЕХИ де-Има в голове (рош) ЗА. Аба и Има — это две первые буквы АВАЯ, то есть йод и хэй (</w:t>
      </w:r>
      <w:r>
        <w:rPr>
          <w:rFonts w:ascii="Georgia" w:hAnsi="Georgia" w:cs="Times New Roman"/>
          <w:b/>
          <w:i w:val="0"/>
          <w:color w:val="000000"/>
          <w:sz w:val="24"/>
          <w:rtl/>
          <w:szCs w:val="32"/>
        </w:rPr>
        <w:t>י״ה</w:t>
      </w:r>
      <w:r>
        <w:rPr>
          <w:rFonts w:ascii="Georgia" w:hAnsi="Georgia"/>
          <w:b w:val="0"/>
          <w:i w:val="0"/>
          <w:color w:val="000000"/>
          <w:sz w:val="24"/>
        </w:rPr>
        <w:t>). Они соударяются друг с другом: внутренний Аба — с внешней Имой, чтобы вывести ее света наружу. И тогда буква йод в полном написании (</w:t>
      </w:r>
      <w:r>
        <w:rPr>
          <w:rFonts w:ascii="Georgia" w:hAnsi="Georgia" w:cs="Times New Roman"/>
          <w:b/>
          <w:i w:val="0"/>
          <w:color w:val="000000"/>
          <w:sz w:val="24"/>
          <w:rtl/>
          <w:szCs w:val="32"/>
        </w:rPr>
        <w:t>יוֹד</w:t>
      </w:r>
      <w:r>
        <w:rPr>
          <w:rFonts w:ascii="Georgia" w:hAnsi="Georgia"/>
          <w:b w:val="0"/>
          <w:i w:val="0"/>
          <w:color w:val="000000"/>
          <w:sz w:val="24"/>
        </w:rPr>
        <w:t xml:space="preserve"> = 20), умноженная на букву хэй в полном написании (</w:t>
      </w:r>
      <w:r>
        <w:rPr>
          <w:rFonts w:ascii="Georgia" w:hAnsi="Georgia" w:cs="Times New Roman"/>
          <w:b/>
          <w:i w:val="0"/>
          <w:color w:val="000000"/>
          <w:sz w:val="24"/>
          <w:rtl/>
          <w:szCs w:val="32"/>
        </w:rPr>
        <w:t>הֵא</w:t>
      </w:r>
      <w:r>
        <w:rPr>
          <w:rFonts w:ascii="Georgia" w:hAnsi="Georgia"/>
          <w:b w:val="0"/>
          <w:i w:val="0"/>
          <w:color w:val="000000"/>
          <w:sz w:val="24"/>
        </w:rPr>
        <w:t xml:space="preserve"> = 6), дает число 120 (</w:t>
      </w:r>
      <w:r>
        <w:rPr>
          <w:rFonts w:ascii="Georgia" w:hAnsi="Georgia" w:cs="Times New Roman"/>
          <w:b/>
          <w:i w:val="0"/>
          <w:color w:val="000000"/>
          <w:sz w:val="24"/>
          <w:rtl/>
          <w:szCs w:val="32"/>
        </w:rPr>
        <w:t>ק״ך</w:t>
      </w:r>
      <w:r>
        <w:rPr>
          <w:rFonts w:ascii="Georgia" w:hAnsi="Georgia"/>
          <w:b w:val="0"/>
          <w:i w:val="0"/>
          <w:color w:val="000000"/>
          <w:sz w:val="24"/>
        </w:rPr>
        <w:t xml:space="preserve"> = 120).</w:t>
      </w:r>
    </w:p>
    <w:p>
      <w:pPr>
        <w:spacing w:before="40" w:after="120"/>
        <w:jc w:val="both"/>
      </w:pPr>
      <w:r>
        <w:rPr>
          <w:rFonts w:ascii="Georgia" w:hAnsi="Georgia"/>
          <w:b w:val="0"/>
          <w:i w:val="0"/>
          <w:color w:val="000000"/>
          <w:sz w:val="24"/>
        </w:rPr>
        <w:t>Затем свечение буквы хэй (</w:t>
      </w:r>
      <w:r>
        <w:rPr>
          <w:rFonts w:ascii="Georgia" w:hAnsi="Georgia" w:cs="Times New Roman"/>
          <w:b/>
          <w:i w:val="0"/>
          <w:color w:val="000000"/>
          <w:sz w:val="24"/>
          <w:rtl/>
          <w:szCs w:val="32"/>
        </w:rPr>
        <w:t>הֵא</w:t>
      </w:r>
      <w:r>
        <w:rPr>
          <w:rFonts w:ascii="Georgia" w:hAnsi="Georgia"/>
          <w:b w:val="0"/>
          <w:i w:val="0"/>
          <w:color w:val="000000"/>
          <w:sz w:val="24"/>
        </w:rPr>
        <w:t xml:space="preserve"> = 6), то есть Имы, соударяется с буквой вав в полном написании (</w:t>
      </w:r>
      <w:r>
        <w:rPr>
          <w:rFonts w:ascii="Georgia" w:hAnsi="Georgia" w:cs="Times New Roman"/>
          <w:b/>
          <w:i w:val="0"/>
          <w:color w:val="000000"/>
          <w:sz w:val="24"/>
          <w:rtl/>
          <w:szCs w:val="32"/>
        </w:rPr>
        <w:t>וָאו</w:t>
      </w:r>
      <w:r>
        <w:rPr>
          <w:rFonts w:ascii="Georgia" w:hAnsi="Georgia"/>
          <w:b w:val="0"/>
          <w:i w:val="0"/>
          <w:color w:val="000000"/>
          <w:sz w:val="24"/>
        </w:rPr>
        <w:t xml:space="preserve"> = 13), то есть ЗА, выходя наружу, что дает 78 (</w:t>
      </w:r>
      <w:r>
        <w:rPr>
          <w:rFonts w:ascii="Georgia" w:hAnsi="Georgia" w:cs="Times New Roman"/>
          <w:b/>
          <w:i w:val="0"/>
          <w:color w:val="000000"/>
          <w:sz w:val="24"/>
          <w:rtl/>
          <w:szCs w:val="32"/>
        </w:rPr>
        <w:t>ע״ח</w:t>
      </w:r>
      <w:r>
        <w:rPr>
          <w:rFonts w:ascii="Georgia" w:hAnsi="Georgia"/>
          <w:b w:val="0"/>
          <w:i w:val="0"/>
          <w:color w:val="000000"/>
          <w:sz w:val="24"/>
        </w:rPr>
        <w:t xml:space="preserve"> = 78).</w:t>
      </w:r>
    </w:p>
    <w:p>
      <w:pPr>
        <w:spacing w:before="40" w:after="120"/>
        <w:jc w:val="both"/>
      </w:pPr>
      <w:r>
        <w:rPr>
          <w:rFonts w:ascii="Georgia" w:hAnsi="Georgia"/>
          <w:b w:val="0"/>
          <w:i w:val="0"/>
          <w:color w:val="000000"/>
          <w:sz w:val="24"/>
        </w:rPr>
        <w:t>Затем свечение буквы вав (</w:t>
      </w:r>
      <w:r>
        <w:rPr>
          <w:rFonts w:ascii="Georgia" w:hAnsi="Georgia" w:cs="Times New Roman"/>
          <w:b/>
          <w:i w:val="0"/>
          <w:color w:val="000000"/>
          <w:sz w:val="24"/>
          <w:rtl/>
          <w:szCs w:val="32"/>
        </w:rPr>
        <w:t>וָאו</w:t>
      </w:r>
      <w:r>
        <w:rPr>
          <w:rFonts w:ascii="Georgia" w:hAnsi="Georgia"/>
          <w:b w:val="0"/>
          <w:i w:val="0"/>
          <w:color w:val="000000"/>
          <w:sz w:val="24"/>
        </w:rPr>
        <w:t xml:space="preserve"> = 13) соударяется с буквой хэй (</w:t>
      </w:r>
      <w:r>
        <w:rPr>
          <w:rFonts w:ascii="Georgia" w:hAnsi="Georgia" w:cs="Times New Roman"/>
          <w:b/>
          <w:i w:val="0"/>
          <w:color w:val="000000"/>
          <w:sz w:val="24"/>
          <w:rtl/>
          <w:szCs w:val="32"/>
        </w:rPr>
        <w:t>הֵא</w:t>
      </w:r>
      <w:r>
        <w:rPr>
          <w:rFonts w:ascii="Georgia" w:hAnsi="Georgia"/>
          <w:b w:val="0"/>
          <w:i w:val="0"/>
          <w:color w:val="000000"/>
          <w:sz w:val="24"/>
        </w:rPr>
        <w:t xml:space="preserve"> = 6), то есть ЗА — с внешней Леей, что также дает 78 (</w:t>
      </w:r>
      <w:r>
        <w:rPr>
          <w:rFonts w:ascii="Georgia" w:hAnsi="Georgia" w:cs="Times New Roman"/>
          <w:b/>
          <w:i w:val="0"/>
          <w:color w:val="000000"/>
          <w:sz w:val="24"/>
          <w:rtl/>
          <w:szCs w:val="32"/>
        </w:rPr>
        <w:t>ע״ח</w:t>
      </w:r>
      <w:r>
        <w:rPr>
          <w:rFonts w:ascii="Georgia" w:hAnsi="Georgia"/>
          <w:b w:val="0"/>
          <w:i w:val="0"/>
          <w:color w:val="000000"/>
          <w:sz w:val="24"/>
        </w:rPr>
        <w:t xml:space="preserve"> = 78).</w:t>
      </w:r>
    </w:p>
    <w:p>
      <w:pPr>
        <w:spacing w:before="40" w:after="120"/>
        <w:jc w:val="both"/>
      </w:pPr>
      <w:r>
        <w:rPr>
          <w:rFonts w:ascii="Georgia" w:hAnsi="Georgia"/>
          <w:b w:val="0"/>
          <w:i w:val="0"/>
          <w:color w:val="000000"/>
          <w:sz w:val="24"/>
        </w:rPr>
        <w:t>Сумма всех соударений равна 276 (</w:t>
      </w:r>
      <w:r>
        <w:rPr>
          <w:rFonts w:ascii="Georgia" w:hAnsi="Georgia" w:cs="Times New Roman"/>
          <w:b/>
          <w:i w:val="0"/>
          <w:color w:val="000000"/>
          <w:sz w:val="24"/>
          <w:rtl/>
          <w:szCs w:val="32"/>
        </w:rPr>
        <w:t>רע״ו</w:t>
      </w:r>
      <w:r>
        <w:rPr>
          <w:rFonts w:ascii="Georgia" w:hAnsi="Georgia"/>
          <w:b w:val="0"/>
          <w:i w:val="0"/>
          <w:color w:val="000000"/>
          <w:sz w:val="24"/>
        </w:rPr>
        <w:t xml:space="preserve"> = 276). Вот почему света Леи составляют число 276 и выходят сквозь кожу ЗА.</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«Кожу за кожу…»</w:t>
      </w:r>
      <w:r>
        <w:rPr>
          <w:rFonts w:ascii="Georgia" w:hAnsi="Georgia"/>
          <w:b w:val="0"/>
          <w:i w:val="0"/>
          <w:color w:val="000000"/>
          <w:sz w:val="24"/>
        </w:rPr>
        <w:t xml:space="preserve"> (Иов 2:4) — ведь свечения кожи, именуемой Леей, проходят сквозь кожу ЗА. Рахель же находится напротив раскрытых светов, и потому очевидно, что света, приходящие на ее долю, а именно венец гвуры де-Даат и прочие мохин, даются ей не иначе как в виде подлинных мохин. Получается, что все, что есть у ЗА, есть также и у Рахели. И об этом сказано в Писании: </w:t>
      </w:r>
      <w:r>
        <w:rPr>
          <w:rFonts w:ascii="Georgia" w:hAnsi="Georgia"/>
          <w:b w:val="0"/>
          <w:i/>
          <w:color w:val="000000"/>
          <w:sz w:val="24"/>
        </w:rPr>
        <w:t>«…а все, что есть у человека, отдаст он за душу свою»</w:t>
      </w:r>
      <w:r>
        <w:rPr>
          <w:rFonts w:ascii="Georgia" w:hAnsi="Georgia"/>
          <w:b w:val="0"/>
          <w:i w:val="0"/>
          <w:color w:val="000000"/>
          <w:sz w:val="24"/>
        </w:rPr>
        <w:t xml:space="preserve"> (Иов 2:4). И ты уже знаешь, что Рахель называется нефеш, а ЗА называется руах.</w:t>
      </w:r>
    </w:p>
    <w:p>
      <w:pPr>
        <w:spacing w:before="40" w:after="120"/>
        <w:jc w:val="both"/>
      </w:pPr>
      <w:r>
        <w:rPr>
          <w:rFonts w:ascii="Georgia" w:hAnsi="Georgia"/>
          <w:b w:val="0"/>
          <w:i w:val="0"/>
          <w:color w:val="000000"/>
          <w:sz w:val="24"/>
        </w:rPr>
        <w:t>Мы можем также сказать, что два упоминания «кожи» здесь — это Рахель и Лея, ведь и у Рахели свечения выходят и проходят наружу сквозь кожу ЗА. И смысл стиха в том, что хотя обе они относятся к уровню кожи и равны в этом свойстве, поскольку свечение обеих выходит к ним сквозь кожу ЗА, все же у Рахели есть превосходство над Леей: ведь все, что есть у мужа (ЗА), то есть подлинные мохин, отдаст он за душу свою — то есть за упомянутую Рахель.</w:t>
      </w:r>
    </w:p>
    <w:p>
      <w:pPr>
        <w:spacing w:before="40" w:after="120"/>
        <w:jc w:val="both"/>
      </w:pPr>
      <w:r>
        <w:rPr>
          <w:rFonts w:ascii="Georgia" w:hAnsi="Georgia"/>
          <w:b w:val="0"/>
          <w:i w:val="0"/>
          <w:color w:val="000000"/>
          <w:sz w:val="24"/>
        </w:rPr>
        <w:t xml:space="preserve">И вернемся к нашей теме: стих говорит: </w:t>
      </w:r>
      <w:r>
        <w:rPr>
          <w:rFonts w:ascii="Georgia" w:hAnsi="Georgia"/>
          <w:b w:val="0"/>
          <w:i/>
          <w:color w:val="000000"/>
          <w:sz w:val="24"/>
        </w:rPr>
        <w:t>«И полюбил Яаков Рахель…»</w:t>
      </w:r>
      <w:r>
        <w:rPr>
          <w:rFonts w:ascii="Georgia" w:hAnsi="Georgia"/>
          <w:b w:val="0"/>
          <w:i w:val="0"/>
          <w:color w:val="000000"/>
          <w:sz w:val="24"/>
        </w:rPr>
        <w:t xml:space="preserve"> (Берешит 29:18), поскольку ЗА любил Рахель больше, чем Лею, ведь этой он дал подлинные мохин, а той — лишь общее свечение. И хотя поистине, если Писание говорит о ЗА, следовало бы сказать: «И полюбил Исраэль Рахель», ведь ЗА — это Исраэль, а не Яаков, как сказано выше, — в своем месте, однако это объясняется причиной сказанного нашими мудрецами, благословенной памяти (ХАЗАЛЬ): «Яаков — избранный из праотцев» (Берешит Рабба 76:1).</w:t>
      </w:r>
    </w:p>
    <w:p>
      <w:pPr>
        <w:spacing w:before="40" w:after="120"/>
        <w:jc w:val="both"/>
      </w:pPr>
      <w:r>
        <w:rPr>
          <w:rFonts w:ascii="Georgia" w:hAnsi="Georgia"/>
          <w:b w:val="0"/>
          <w:i w:val="0"/>
          <w:color w:val="000000"/>
          <w:sz w:val="24"/>
        </w:rPr>
        <w:t>Причина в том, что вначале Яаков пребывал в тайне того Яакова, который образуется из ахораим де-Аба, как сказано выше, а это ахораим де-Аба, находящиеся очень высоко. И мало того: затем своими поступками он поднялся еще выше, и к нему протянулась душа от самого ЗА, именуемого Исраэлем. И порой он действует под именем Яаков, а порой — в тайне Исраэля. Поэтому всякий, кто называет его Яаковом, не нарушает предписывающей заповеди по указанной причине.</w:t>
      </w:r>
    </w:p>
    <w:p>
      <w:pPr>
        <w:spacing w:before="40" w:after="120"/>
        <w:jc w:val="both"/>
      </w:pPr>
      <w:r>
        <w:rPr>
          <w:rFonts w:ascii="Georgia" w:hAnsi="Georgia"/>
          <w:b w:val="0"/>
          <w:i w:val="0"/>
          <w:color w:val="000000"/>
          <w:sz w:val="24"/>
        </w:rPr>
        <w:t>Авраам же и Ицхак представляют собой свойства Хесед и Гвура в ЗА: они частные ступени в ЗА, а не отдельный совершенный парцуф, и потому Яаков — избранный из праотцев.</w:t>
      </w:r>
    </w:p>
    <w:p>
      <w:pPr>
        <w:spacing w:before="40" w:after="120"/>
        <w:jc w:val="both"/>
      </w:pPr>
      <w:r>
        <w:rPr>
          <w:rFonts w:ascii="Georgia" w:hAnsi="Georgia"/>
          <w:b w:val="0"/>
          <w:i w:val="0"/>
          <w:color w:val="000000"/>
          <w:sz w:val="24"/>
        </w:rPr>
        <w:t>Также поэтому называющий Авраама «Аврам» нарушает предписывающую заповедь (Брахот 13а), ведь буква хэй (</w:t>
      </w:r>
      <w:r>
        <w:rPr>
          <w:rFonts w:ascii="Georgia" w:hAnsi="Georgia" w:cs="Times New Roman"/>
          <w:b/>
          <w:i w:val="0"/>
          <w:color w:val="000000"/>
          <w:sz w:val="24"/>
          <w:rtl/>
          <w:szCs w:val="32"/>
        </w:rPr>
        <w:t>ה</w:t>
      </w:r>
      <w:r>
        <w:rPr>
          <w:rFonts w:ascii="Georgia" w:hAnsi="Georgia"/>
          <w:b w:val="0"/>
          <w:i w:val="0"/>
          <w:color w:val="000000"/>
          <w:sz w:val="24"/>
        </w:rPr>
        <w:t xml:space="preserve">), добавленная к имени Авраам, — это пять хасадим, которые никогда не изменяются и не убывают. Однако ступень парцуфа Исраэль или Яаков меняется в зависимости от времен. И оказывается, что хотя написано: </w:t>
      </w:r>
      <w:r>
        <w:rPr>
          <w:rFonts w:ascii="Georgia" w:hAnsi="Georgia"/>
          <w:b w:val="0"/>
          <w:i/>
          <w:color w:val="000000"/>
          <w:sz w:val="24"/>
        </w:rPr>
        <w:t>«И полюбил Яаков Рахель…»</w:t>
      </w:r>
      <w:r>
        <w:rPr>
          <w:rFonts w:ascii="Georgia" w:hAnsi="Georgia"/>
          <w:b w:val="0"/>
          <w:i w:val="0"/>
          <w:color w:val="000000"/>
          <w:sz w:val="24"/>
        </w:rPr>
        <w:t xml:space="preserve"> (Берешит 29:18), возможно, речь идет о самом ЗА, который, находясь в тайне шести концов (ВАК), подобен Яакову, а в своем состоянии гадлут называется Исраэлем.</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«Не Яаков впредь будет имя твое, но Исраэль, ибо ты боролся с Б-жественным…»</w:t>
      </w:r>
      <w:r>
        <w:rPr>
          <w:rFonts w:ascii="Georgia" w:hAnsi="Georgia"/>
          <w:b w:val="0"/>
          <w:i w:val="0"/>
          <w:color w:val="000000"/>
          <w:sz w:val="24"/>
        </w:rPr>
        <w:t xml:space="preserve"> (Берешит 32:29).</w:t>
      </w:r>
    </w:p>
    <w:p>
      <w:pPr>
        <w:spacing w:before="40" w:after="120"/>
        <w:jc w:val="both"/>
      </w:pPr>
      <w:r>
        <w:rPr>
          <w:rFonts w:ascii="Georgia" w:hAnsi="Georgia"/>
          <w:b w:val="0"/>
          <w:i w:val="0"/>
          <w:color w:val="000000"/>
          <w:sz w:val="24"/>
        </w:rPr>
        <w:t>Смысл в том, что в состоянии катнут у ЗА есть мохин де-катнут от свойства Имени ЭЛОКИМ, как сказано выше. Ведь во время катнута у него есть лишь два мохин: у малого нет Даат, являющегося третьим разумом, а есть лишь ХУБ (Хохма и Бина); и они представляют собой два Имени ЭЛОКИМ, которые по гематрии равны имени Яаков (</w:t>
      </w:r>
      <w:r>
        <w:rPr>
          <w:rFonts w:ascii="Georgia" w:hAnsi="Georgia" w:cs="Times New Roman"/>
          <w:b/>
          <w:i w:val="0"/>
          <w:color w:val="000000"/>
          <w:sz w:val="24"/>
          <w:rtl/>
          <w:szCs w:val="32"/>
        </w:rPr>
        <w:t>יַעֲקֹב</w:t>
      </w:r>
      <w:r>
        <w:rPr>
          <w:rFonts w:ascii="Georgia" w:hAnsi="Georgia"/>
          <w:b w:val="0"/>
          <w:i w:val="0"/>
          <w:color w:val="000000"/>
          <w:sz w:val="24"/>
        </w:rPr>
        <w:t xml:space="preserve"> = 182).</w:t>
      </w:r>
    </w:p>
    <w:p>
      <w:pPr>
        <w:spacing w:before="40" w:after="120"/>
        <w:jc w:val="both"/>
      </w:pPr>
      <w:r>
        <w:rPr>
          <w:rFonts w:ascii="Georgia" w:hAnsi="Georgia"/>
          <w:b w:val="0"/>
          <w:i w:val="0"/>
          <w:color w:val="000000"/>
          <w:sz w:val="24"/>
        </w:rPr>
        <w:t>А во время гадлута он называется Исраэлем, поскольку входят мохин де-гадлут и вытесняют мохин де-катнут вниз,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«…ибо ты боролся с Б-жественным…»</w:t>
      </w:r>
      <w:r>
        <w:rPr>
          <w:rFonts w:ascii="Georgia" w:hAnsi="Georgia"/>
          <w:b w:val="0"/>
          <w:i w:val="0"/>
          <w:color w:val="000000"/>
          <w:sz w:val="24"/>
        </w:rPr>
        <w:t xml:space="preserve"> (</w:t>
      </w:r>
      <w:r>
        <w:rPr>
          <w:rFonts w:ascii="Georgia" w:hAnsi="Georgia"/>
          <w:b w:val="0"/>
          <w:i/>
          <w:color w:val="000000"/>
          <w:sz w:val="24"/>
        </w:rPr>
        <w:t>ки сарита</w:t>
      </w:r>
      <w:r>
        <w:rPr>
          <w:rFonts w:ascii="Georgia" w:hAnsi="Georgia"/>
          <w:b w:val="0"/>
          <w:i w:val="0"/>
          <w:color w:val="000000"/>
          <w:sz w:val="24"/>
        </w:rPr>
        <w:t xml:space="preserve">, </w:t>
      </w:r>
      <w:r>
        <w:rPr>
          <w:rFonts w:ascii="Georgia" w:hAnsi="Georgia" w:cs="Times New Roman"/>
          <w:b/>
          <w:i w:val="0"/>
          <w:color w:val="000000"/>
          <w:sz w:val="24"/>
          <w:rtl/>
          <w:szCs w:val="32"/>
        </w:rPr>
        <w:t>כִּי שָׂרִיתָ</w:t>
      </w:r>
      <w:r>
        <w:rPr>
          <w:rFonts w:ascii="Georgia" w:hAnsi="Georgia"/>
          <w:b w:val="0"/>
          <w:i w:val="0"/>
          <w:color w:val="000000"/>
          <w:sz w:val="24"/>
        </w:rPr>
        <w:t>) — ведь он властвует над ними (</w:t>
      </w:r>
      <w:r>
        <w:rPr>
          <w:rFonts w:ascii="Georgia" w:hAnsi="Georgia"/>
          <w:b w:val="0"/>
          <w:i/>
          <w:color w:val="000000"/>
          <w:sz w:val="24"/>
        </w:rPr>
        <w:t>соре</w:t>
      </w:r>
      <w:r>
        <w:rPr>
          <w:rFonts w:ascii="Georgia" w:hAnsi="Georgia"/>
          <w:b w:val="0"/>
          <w:i w:val="0"/>
          <w:color w:val="000000"/>
          <w:sz w:val="24"/>
        </w:rPr>
        <w:t xml:space="preserve">, </w:t>
      </w:r>
      <w:r>
        <w:rPr>
          <w:rFonts w:ascii="Georgia" w:hAnsi="Georgia" w:cs="Times New Roman"/>
          <w:b/>
          <w:i w:val="0"/>
          <w:color w:val="000000"/>
          <w:sz w:val="24"/>
          <w:rtl/>
          <w:szCs w:val="32"/>
        </w:rPr>
        <w:t>שׂוֹרֶה</w:t>
      </w:r>
      <w:r>
        <w:rPr>
          <w:rFonts w:ascii="Georgia" w:hAnsi="Georgia"/>
          <w:b w:val="0"/>
          <w:i w:val="0"/>
          <w:color w:val="000000"/>
          <w:sz w:val="24"/>
        </w:rPr>
        <w:t>) и способен оттеснить их вниз; пойми же это.</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Теперь объясним связь между Леей и Рахелью, и благодаря этому прояснятся некоторые стихи и высказывания наших мудрецов, благословенной памяти (ХАЗАЛЬ). Мудрецы истолковали стих </w:t>
      </w:r>
      <w:r>
        <w:rPr>
          <w:rFonts w:ascii="Georgia" w:hAnsi="Georgia"/>
          <w:b w:val="0"/>
          <w:i/>
          <w:color w:val="000000"/>
          <w:sz w:val="24"/>
        </w:rPr>
        <w:t>«Следствие смирения — трепет пред Г-сподом…»</w:t>
      </w:r>
      <w:r>
        <w:rPr>
          <w:rFonts w:ascii="Georgia" w:hAnsi="Georgia"/>
          <w:b w:val="0"/>
          <w:i w:val="0"/>
          <w:color w:val="000000"/>
          <w:sz w:val="24"/>
        </w:rPr>
        <w:t xml:space="preserve"> (Мишлей 22:4): «То, что трепет сделал венцом для своей головы, смирение сделало подошвой для своей пяты». Смысл этих слов в том, что [две женские ипостаси] ЗА — Лея и Рахель — называются «смирением» и «трепетом пред Г-сподом». Рахель называется «трепетом пред Г-сподом», [как сказано]: </w:t>
      </w:r>
      <w:r>
        <w:rPr>
          <w:rFonts w:ascii="Georgia" w:hAnsi="Georgia"/>
          <w:b w:val="0"/>
          <w:i/>
          <w:color w:val="000000"/>
          <w:sz w:val="24"/>
        </w:rPr>
        <w:t>«Начало мудрости — страх пред Г-сподом…»</w:t>
      </w:r>
      <w:r>
        <w:rPr>
          <w:rFonts w:ascii="Georgia" w:hAnsi="Georgia"/>
          <w:b w:val="0"/>
          <w:i w:val="0"/>
          <w:color w:val="000000"/>
          <w:sz w:val="24"/>
        </w:rPr>
        <w:t xml:space="preserve"> (Теилим 111:10), ведь она — начало всех сфирот снизу вверх и вход для всех них. Она же называется «доблестной женой, боящейся Г-спода» (Мишлей 31:10, 31:30), что составляет тайну стиха </w:t>
      </w:r>
      <w:r>
        <w:rPr>
          <w:rFonts w:ascii="Georgia" w:hAnsi="Georgia"/>
          <w:b w:val="0"/>
          <w:i/>
          <w:color w:val="000000"/>
          <w:sz w:val="24"/>
        </w:rPr>
        <w:t>«И сделаю из кадходов зубцы твои…»</w:t>
      </w:r>
      <w:r>
        <w:rPr>
          <w:rFonts w:ascii="Georgia" w:hAnsi="Georgia"/>
          <w:b w:val="0"/>
          <w:i w:val="0"/>
          <w:color w:val="000000"/>
          <w:sz w:val="24"/>
        </w:rPr>
        <w:t xml:space="preserve"> (Йешаяу 54:12), где дважды двадцать четыре (</w:t>
      </w:r>
      <w:r>
        <w:rPr>
          <w:rFonts w:ascii="Georgia" w:hAnsi="Georgia" w:cs="Times New Roman"/>
          <w:b/>
          <w:i w:val="0"/>
          <w:color w:val="000000"/>
          <w:sz w:val="24"/>
          <w:rtl/>
          <w:szCs w:val="32"/>
        </w:rPr>
        <w:t>כ״ד כ״ד</w:t>
      </w:r>
      <w:r>
        <w:rPr>
          <w:rFonts w:ascii="Georgia" w:hAnsi="Georgia"/>
          <w:b w:val="0"/>
          <w:i w:val="0"/>
          <w:color w:val="000000"/>
          <w:sz w:val="24"/>
        </w:rPr>
        <w:t xml:space="preserve"> = 48) составляют гематрию слова </w:t>
      </w:r>
      <w:r>
        <w:rPr>
          <w:rFonts w:ascii="Georgia" w:hAnsi="Georgia"/>
          <w:b w:val="0"/>
          <w:i/>
          <w:color w:val="000000"/>
          <w:sz w:val="24"/>
        </w:rPr>
        <w:t>хаиль</w:t>
      </w:r>
      <w:r>
        <w:rPr>
          <w:rFonts w:ascii="Georgia" w:hAnsi="Georgia"/>
          <w:b w:val="0"/>
          <w:i w:val="0"/>
          <w:color w:val="000000"/>
          <w:sz w:val="24"/>
        </w:rPr>
        <w:t xml:space="preserve"> (</w:t>
      </w:r>
      <w:r>
        <w:rPr>
          <w:rFonts w:ascii="Georgia" w:hAnsi="Georgia" w:cs="Times New Roman"/>
          <w:b/>
          <w:i w:val="0"/>
          <w:color w:val="000000"/>
          <w:sz w:val="24"/>
          <w:rtl/>
          <w:szCs w:val="32"/>
        </w:rPr>
        <w:t>חַיִל</w:t>
      </w:r>
      <w:r>
        <w:rPr>
          <w:rFonts w:ascii="Georgia" w:hAnsi="Georgia"/>
          <w:b w:val="0"/>
          <w:i w:val="0"/>
          <w:color w:val="000000"/>
          <w:sz w:val="24"/>
        </w:rPr>
        <w:t xml:space="preserve"> = 48) — «доблесть». Лея же называется «смирением», потому что находится вверху, сзади рош де-ЗА; известно ведь, что смирение проявляется в человеке тем, что он опускает голову и склоняет ее вниз перед другим человеком из-за своей скромности, и уступает тому, кто больше него. И об этом сказано: </w:t>
      </w:r>
      <w:r>
        <w:rPr>
          <w:rFonts w:ascii="Georgia" w:hAnsi="Georgia"/>
          <w:b w:val="0"/>
          <w:i/>
          <w:color w:val="000000"/>
          <w:sz w:val="24"/>
        </w:rPr>
        <w:t>«А человек Моше был смиреннейшим [из людей]…»</w:t>
      </w:r>
      <w:r>
        <w:rPr>
          <w:rFonts w:ascii="Georgia" w:hAnsi="Georgia"/>
          <w:b w:val="0"/>
          <w:i w:val="0"/>
          <w:color w:val="000000"/>
          <w:sz w:val="24"/>
        </w:rPr>
        <w:t xml:space="preserve"> (Бемидбар 12:3). Ведь в другом месте уже объяснялось, что Моше взял [в жены] Ципору, а она — одно из четырех свойств (бхинот) Леи, и все они названы именем Леи. Ципора — одно из них, и она тоже стоит вверху, напротив Даат де-ЗА. Так становится ясно, каким образом Моше воспринял высшее свойство смирения. Рахель же — это нижняя буква хэй (</w:t>
      </w:r>
      <w:r>
        <w:rPr>
          <w:rFonts w:ascii="Georgia" w:hAnsi="Georgia" w:cs="Times New Roman"/>
          <w:b/>
          <w:i w:val="0"/>
          <w:color w:val="000000"/>
          <w:sz w:val="24"/>
          <w:rtl/>
          <w:szCs w:val="32"/>
        </w:rPr>
        <w:t>ה</w:t>
      </w:r>
      <w:r>
        <w:rPr>
          <w:rFonts w:ascii="Georgia" w:hAnsi="Georgia"/>
          <w:b w:val="0"/>
          <w:i w:val="0"/>
          <w:color w:val="000000"/>
          <w:sz w:val="24"/>
        </w:rPr>
        <w:t xml:space="preserve">), малая, называемая «трепетом»; для Моше она — малая [ступень], в тайне сказанного: </w:t>
      </w:r>
      <w:r>
        <w:rPr>
          <w:rFonts w:ascii="Georgia" w:hAnsi="Georgia"/>
          <w:b w:val="0"/>
          <w:i/>
          <w:color w:val="000000"/>
          <w:sz w:val="24"/>
        </w:rPr>
        <w:t>«Имя старшей — Лея, а имя младшей — Рахель»</w:t>
      </w:r>
      <w:r>
        <w:rPr>
          <w:rFonts w:ascii="Georgia" w:hAnsi="Georgia"/>
          <w:b w:val="0"/>
          <w:i w:val="0"/>
          <w:color w:val="000000"/>
          <w:sz w:val="24"/>
        </w:rPr>
        <w:t xml:space="preserve"> (Берешит 29:16). В этом же тайна сказанного нашими мудрецами о стихе </w:t>
      </w:r>
      <w:r>
        <w:rPr>
          <w:rFonts w:ascii="Georgia" w:hAnsi="Georgia"/>
          <w:b w:val="0"/>
          <w:i/>
          <w:color w:val="000000"/>
          <w:sz w:val="24"/>
        </w:rPr>
        <w:t>«И ныне, Исраэль, чего Г-сподь, Б-г твой, требует от тебя? Только трепета…»</w:t>
      </w:r>
      <w:r>
        <w:rPr>
          <w:rFonts w:ascii="Georgia" w:hAnsi="Georgia"/>
          <w:b w:val="0"/>
          <w:i w:val="0"/>
          <w:color w:val="000000"/>
          <w:sz w:val="24"/>
        </w:rPr>
        <w:t xml:space="preserve"> (Дварим 10:12): «Разве трепет — это малая вещь?» И ответили: «Да, для Моше это малая вещь» (Брахот 33б). И выше уже объяснялось, что Лея выходит из свечения Малхут де-Има, облачающейся в ЗА в тайне мохин (света разума). НЕХИ де-Има становятся одеяниями для трех мохин ХАБАД де-ЗА.</w:t>
      </w:r>
    </w:p>
    <w:p>
      <w:pPr>
        <w:spacing w:before="40" w:after="120"/>
        <w:jc w:val="both"/>
      </w:pPr>
      <w:r>
        <w:rPr>
          <w:rFonts w:ascii="Georgia" w:hAnsi="Georgia"/>
          <w:b w:val="0"/>
          <w:i w:val="0"/>
          <w:color w:val="000000"/>
          <w:sz w:val="24"/>
        </w:rPr>
        <w:t>Однако Малхут де-Има вовсе не служит ЗА, и в этом тайна сказанного нашими мудрецами о семи небесных сводах, нижний из которых называется Вилон: «он ничему не служит, но выходит вечером и скрывается утром» (Хагига 12б). Смысл же в том, что небосвод, называемый обычно просто «небосводом» [ракиа], в котором закреплены солнце, луна, звезды и созвездия, — это Есод де-Твуна, повсюду называемый небосводом; и он представляет собой малую букву вав (</w:t>
      </w:r>
      <w:r>
        <w:rPr>
          <w:rFonts w:ascii="Georgia" w:hAnsi="Georgia" w:cs="Times New Roman"/>
          <w:b/>
          <w:i w:val="0"/>
          <w:color w:val="000000"/>
          <w:sz w:val="24"/>
          <w:rtl/>
          <w:szCs w:val="32"/>
        </w:rPr>
        <w:t>ו</w:t>
      </w:r>
      <w:r>
        <w:rPr>
          <w:rFonts w:ascii="Georgia" w:hAnsi="Georgia"/>
          <w:b w:val="0"/>
          <w:i w:val="0"/>
          <w:color w:val="000000"/>
          <w:sz w:val="24"/>
        </w:rPr>
        <w:t xml:space="preserve">) в тайне стиха </w:t>
      </w:r>
      <w:r>
        <w:rPr>
          <w:rFonts w:ascii="Georgia" w:hAnsi="Georgia"/>
          <w:b w:val="0"/>
          <w:i/>
          <w:color w:val="000000"/>
          <w:sz w:val="24"/>
        </w:rPr>
        <w:t>«Простирающий небеса, как завесу…»</w:t>
      </w:r>
      <w:r>
        <w:rPr>
          <w:rFonts w:ascii="Georgia" w:hAnsi="Georgia"/>
          <w:b w:val="0"/>
          <w:i w:val="0"/>
          <w:color w:val="000000"/>
          <w:sz w:val="24"/>
        </w:rPr>
        <w:t xml:space="preserve"> (Теилим 104:2). В нем закреплены солнце, луна и прочие [светила], поскольку все света вышли оттуда; ведь известно, что солнце и луна, то есть ЗОН, закреплены в нем и оттуда питаются: одно — от хасадим, а другое — от гвурот, пребывающих в Даат, который облачен в этот Есод де-Твуна. Звезды — это света хасадим, которые выходят оттуда и падают внутрь Есод де-ЗА, как известно, с силой соударяются там, рассеиваются и становятся тонкими искрами, составляющими тайну светящих звезд. В этом тайна стиха </w:t>
      </w:r>
      <w:r>
        <w:rPr>
          <w:rFonts w:ascii="Georgia" w:hAnsi="Georgia"/>
          <w:b w:val="0"/>
          <w:i/>
          <w:color w:val="000000"/>
          <w:sz w:val="24"/>
        </w:rPr>
        <w:t>«И обращающие многих к правде — как звезды…»</w:t>
      </w:r>
      <w:r>
        <w:rPr>
          <w:rFonts w:ascii="Georgia" w:hAnsi="Georgia"/>
          <w:b w:val="0"/>
          <w:i w:val="0"/>
          <w:color w:val="000000"/>
          <w:sz w:val="24"/>
        </w:rPr>
        <w:t xml:space="preserve"> (Даниэль 12:3), ведь корень обращающих многих к правде — в Есоде, называемом «праведником» (цадик), и они получают свечение звезд от хасадим внутри Есода и светят подобно им. И мне кажется, я слышал от своего учителя, благословенной памяти, что созвездия женского рода и происходят из искр, образующихся в Есоде от падения гвурот — они тоже [падают] сверху до Есод де-ЗА, соударяются там, падают, рассеиваются и становятся искрами. Малхут же де-Твуна — это то, что называется «Вилон», который ничему не служит для ЗА; однако она излучает свое свечение и выводит его наружу для нужд Леи, стоящей снаружи ЗА. И если так, поскольку Лея происходит из этого свойства Малхут де-Твуна, которая является свойством венца (атары) ее Есода, как известно, — помни это. В таком случае оказывается, что ее место — в Даат де-ЗА, так как там ее главное место; и у Леи, выходящей из ее свечения, высота роста ее Кетера неизбежно начинается там же и [простирается] вниз до упомянутого хазе. Кетер же Рахели начинается от хазе и ниже, вплоть до самого сиюм раглин де-ЗА.</w:t>
      </w:r>
    </w:p>
    <w:p>
      <w:pPr>
        <w:spacing w:before="40" w:after="120"/>
        <w:jc w:val="both"/>
      </w:pPr>
      <w:r>
        <w:rPr>
          <w:rFonts w:ascii="Georgia" w:hAnsi="Georgia"/>
          <w:b w:val="0"/>
          <w:i w:val="0"/>
          <w:color w:val="000000"/>
          <w:sz w:val="24"/>
        </w:rPr>
        <w:t>Таким образом, там, где оканчиваются ноги и пятки Леи, оттуда начинается Кетер Рахели — ниже ног Леи. И в этом смысл сказанного нашими мудрецами: «То, что трепет сделал венцом для своей головы, смирение сделало подошвой для своей пяты». То есть то, что было ногами Леи, называемой «смирением», трепет — то есть Рахель — сделал венцом для своей головы, как сказано выше. Однако эти слова все еще требуют разъяснения: ведь из выражений наших мудрецов следует, что венец для трепета образуется из самой пяты смирения, а не сказано, будто венец трепета находится под пятой смирения. Поэтому нужно объяснить этот вопрос подробнее. Согласно сказанному выше, от вершины Кетера Леи до сиюм раглин де-Рахель располагаются семь сфирот: Даат, ХАГАТ и НЕХИ, ведь Малхут, находящаяся в самом ЗА, — это корень Рахели, как известно. И следовало бы ожидать, чтобы у этих двух жен — любимой Рахели и нелюбимой Леи — нельзя было урезать долю нелюбимой ради любимой, но обе они получили бы равные доли и унаследовали место своего мужа, ЗА, поровну: Лея взяла бы три с половиной сфиры — Даат, Хесед, Гвуру и верхнюю половину Тиферет, а Рахель взяла бы от середины Тиферет и ниже, до сиюм раглин де-ЗА, то есть другие три сфиры и нижнюю половину Тиферет.</w:t>
      </w:r>
    </w:p>
    <w:p>
      <w:pPr>
        <w:spacing w:before="40" w:after="120"/>
        <w:jc w:val="both"/>
      </w:pPr>
      <w:r>
        <w:rPr>
          <w:rFonts w:ascii="Georgia" w:hAnsi="Georgia"/>
          <w:b w:val="0"/>
          <w:i w:val="0"/>
          <w:color w:val="000000"/>
          <w:sz w:val="24"/>
        </w:rPr>
        <w:t>Однако дело обстоит иначе: Лея берет только верхнюю треть из трех третей Тиферет де-ЗА до хазе, а Рахель берет обе нижние трети Тиферет де-ЗА для своего Кетера, как объясняется в другом месте. Там приведены многие причины, и одна из них заключается в том, что на уровне хазе завершается Есод де-Има; поэтому оттуда и ниже, где света этих хасадим раскрыты, строится Рахель со стороны ахораим де-ЗА, и все это уже объяснялось ранее. И из-за этого они стали бы соперницами, и между ними возникла бы зависть из-за этого. Что же сделал высший Источник? Он устроил так, что верхняя треть Тиферет полностью принадлежит Лее, а нижняя треть — полностью Рахели. Но средней третью обе сестры пользуются поровну, и она находится во владении и совместном пользовании обеих. То есть разделить среднюю треть на две части невозможно, ведь вся она — одно свойство и не делится.</w:t>
      </w:r>
    </w:p>
    <w:p>
      <w:pPr>
        <w:spacing w:before="40" w:after="120"/>
        <w:jc w:val="both"/>
      </w:pPr>
      <w:r>
        <w:rPr>
          <w:rFonts w:ascii="Georgia" w:hAnsi="Georgia"/>
          <w:b w:val="0"/>
          <w:i w:val="0"/>
          <w:color w:val="000000"/>
          <w:sz w:val="24"/>
        </w:rPr>
        <w:t xml:space="preserve">Однако Кетер Рахели поднимается туда, и ноги Леи также опускаются туда, и ноги Леи облачаются в Кетер Рахели ровно в меру этой средней трети — и вот, обе они пользуются ею поровну. И в этом смысл сказанного нашими мудрецами: «То, что смирение сделало подошвой для своей пяты» — то есть ноги Леи, — из них же самих сделаны голова и Кетер Рахели, называемой «трепетом». Однако знай, что иногда Рахель забирает все место этой средней трети, и ноги Леи не распространяются внутри Кетера Рахели на меру этой трети. И об этом говорится у нас в намерении при чтении «Шма» в отрывке «И полюби»: нужно направить намерение на то, чтобы передать Рахели два света соответственно числовому значению слова </w:t>
      </w:r>
      <w:r>
        <w:rPr>
          <w:rFonts w:ascii="Georgia" w:hAnsi="Georgia"/>
          <w:b w:val="0"/>
          <w:i/>
          <w:color w:val="000000"/>
          <w:sz w:val="24"/>
        </w:rPr>
        <w:t>ве-ахавта</w:t>
      </w:r>
      <w:r>
        <w:rPr>
          <w:rFonts w:ascii="Georgia" w:hAnsi="Georgia"/>
          <w:b w:val="0"/>
          <w:i w:val="0"/>
          <w:color w:val="000000"/>
          <w:sz w:val="24"/>
        </w:rPr>
        <w:t xml:space="preserve"> (</w:t>
      </w:r>
      <w:r>
        <w:rPr>
          <w:rFonts w:ascii="Georgia" w:hAnsi="Georgia" w:cs="Times New Roman"/>
          <w:b/>
          <w:i w:val="0"/>
          <w:color w:val="000000"/>
          <w:sz w:val="24"/>
          <w:rtl/>
          <w:szCs w:val="32"/>
        </w:rPr>
        <w:t>וְאָהַבְתָּ</w:t>
      </w:r>
      <w:r>
        <w:rPr>
          <w:rFonts w:ascii="Georgia" w:hAnsi="Georgia"/>
          <w:b w:val="0"/>
          <w:i w:val="0"/>
          <w:color w:val="000000"/>
          <w:sz w:val="24"/>
        </w:rPr>
        <w:t xml:space="preserve"> = 414), что равно двум значениям слова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xml:space="preserve"> = 207; 207 × 2 = 414). Рахель же называется словом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как с Б-жьей помощью будет сказано ниже, согласно изречению наших мудрецов: «Слова </w:t>
      </w:r>
      <w:r>
        <w:rPr>
          <w:rFonts w:ascii="Georgia" w:hAnsi="Georgia"/>
          <w:b w:val="0"/>
          <w:i/>
          <w:color w:val="000000"/>
          <w:sz w:val="24"/>
        </w:rPr>
        <w:t>эт</w:t>
      </w:r>
      <w:r>
        <w:rPr>
          <w:rFonts w:ascii="Georgia" w:hAnsi="Georgia"/>
          <w:b w:val="0"/>
          <w:i w:val="0"/>
          <w:color w:val="000000"/>
          <w:sz w:val="24"/>
        </w:rPr>
        <w:t xml:space="preserve"> и </w:t>
      </w:r>
      <w:r>
        <w:rPr>
          <w:rFonts w:ascii="Georgia" w:hAnsi="Georgia"/>
          <w:b w:val="0"/>
          <w:i/>
          <w:color w:val="000000"/>
          <w:sz w:val="24"/>
        </w:rPr>
        <w:t>гам</w:t>
      </w:r>
      <w:r>
        <w:rPr>
          <w:rFonts w:ascii="Georgia" w:hAnsi="Georgia"/>
          <w:b w:val="0"/>
          <w:i w:val="0"/>
          <w:color w:val="000000"/>
          <w:sz w:val="24"/>
        </w:rPr>
        <w:t xml:space="preserve"> служат для умножения». И в этом смысл слов </w:t>
      </w:r>
      <w:r>
        <w:rPr>
          <w:rFonts w:ascii="Georgia" w:hAnsi="Georgia"/>
          <w:b w:val="0"/>
          <w:i/>
          <w:color w:val="000000"/>
          <w:sz w:val="24"/>
        </w:rPr>
        <w:t>«И полюби [Г-спода]»</w:t>
      </w:r>
      <w:r>
        <w:rPr>
          <w:rFonts w:ascii="Georgia" w:hAnsi="Georgia"/>
          <w:b w:val="0"/>
          <w:i w:val="0"/>
          <w:color w:val="000000"/>
          <w:sz w:val="24"/>
        </w:rPr>
        <w:t xml:space="preserve"> (Дварим 6:5), где написано </w:t>
      </w:r>
      <w:r>
        <w:rPr>
          <w:rFonts w:ascii="Georgia" w:hAnsi="Georgia"/>
          <w:b w:val="0"/>
          <w:i/>
          <w:color w:val="000000"/>
          <w:sz w:val="24"/>
        </w:rPr>
        <w:t>«ве-ахавта эт»</w:t>
      </w:r>
      <w:r>
        <w:rPr>
          <w:rFonts w:ascii="Georgia" w:hAnsi="Georgia"/>
          <w:b w:val="0"/>
          <w:i w:val="0"/>
          <w:color w:val="000000"/>
          <w:sz w:val="24"/>
        </w:rPr>
        <w:t xml:space="preserve">, то есть «полюби Рахель, называемую </w:t>
      </w:r>
      <w:r>
        <w:rPr>
          <w:rFonts w:ascii="Georgia" w:hAnsi="Georgia"/>
          <w:b w:val="0"/>
          <w:i/>
          <w:color w:val="000000"/>
          <w:sz w:val="24"/>
        </w:rPr>
        <w:t>эт</w:t>
      </w:r>
      <w:r>
        <w:rPr>
          <w:rFonts w:ascii="Georgia" w:hAnsi="Georgia"/>
          <w:b w:val="0"/>
          <w:i w:val="0"/>
          <w:color w:val="000000"/>
          <w:sz w:val="24"/>
        </w:rPr>
        <w:t xml:space="preserve">». И выражено это языком любви подобно стиху </w:t>
      </w:r>
      <w:r>
        <w:rPr>
          <w:rFonts w:ascii="Georgia" w:hAnsi="Georgia"/>
          <w:b w:val="0"/>
          <w:i/>
          <w:color w:val="000000"/>
          <w:sz w:val="24"/>
        </w:rPr>
        <w:t>«И полюбил Яаков Рахель…»</w:t>
      </w:r>
      <w:r>
        <w:rPr>
          <w:rFonts w:ascii="Georgia" w:hAnsi="Georgia"/>
          <w:b w:val="0"/>
          <w:i w:val="0"/>
          <w:color w:val="000000"/>
          <w:sz w:val="24"/>
        </w:rPr>
        <w:t xml:space="preserve"> (Берешит 29:18), ведь особенная любовь выражается в том, что он дал ей долю большую, чем Лее, как сказано выше; и это — два данных света по числу слова </w:t>
      </w:r>
      <w:r>
        <w:rPr>
          <w:rFonts w:ascii="Georgia" w:hAnsi="Georgia"/>
          <w:b w:val="0"/>
          <w:i/>
          <w:color w:val="000000"/>
          <w:sz w:val="24"/>
        </w:rPr>
        <w:t>ве-ахавта</w:t>
      </w:r>
      <w:r>
        <w:rPr>
          <w:rFonts w:ascii="Georgia" w:hAnsi="Georgia"/>
          <w:b w:val="0"/>
          <w:i w:val="0"/>
          <w:color w:val="000000"/>
          <w:sz w:val="24"/>
        </w:rPr>
        <w:t>. И эти света — две нижние трети Тиферет, как сказано выше. И поскольку верхняя треть находится в скрытом месте, тогда как эти две трети находятся в открытом месте, где светят хасадим, постольку [каждая из них] называется словом «свет»: «свет,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b w:val="0"/>
          <w:i/>
          <w:color w:val="000000"/>
          <w:sz w:val="24"/>
        </w:rPr>
        <w:t>ор</w:t>
      </w:r>
      <w:r>
        <w:rPr>
          <w:rFonts w:ascii="Georgia" w:hAnsi="Georgia"/>
          <w:b w:val="0"/>
          <w:i w:val="0"/>
          <w:color w:val="000000"/>
          <w:sz w:val="24"/>
        </w:rPr>
        <w:t>). И это уже объяснялось выше относительно Кетера Рахели, который составляет две трети Тиферет де-ЗА, называемые дважды «светом» (</w:t>
      </w:r>
      <w:r>
        <w:rPr>
          <w:rFonts w:ascii="Georgia" w:hAnsi="Georgia"/>
          <w:b w:val="0"/>
          <w:i/>
          <w:color w:val="000000"/>
          <w:sz w:val="24"/>
        </w:rPr>
        <w:t>ор</w:t>
      </w:r>
      <w:r>
        <w:rPr>
          <w:rFonts w:ascii="Georgia" w:hAnsi="Georgia"/>
          <w:b w:val="0"/>
          <w:i w:val="0"/>
          <w:color w:val="000000"/>
          <w:sz w:val="24"/>
        </w:rPr>
        <w:t xml:space="preserve">, </w:t>
      </w:r>
      <w:r>
        <w:rPr>
          <w:rFonts w:ascii="Georgia" w:hAnsi="Georgia"/>
          <w:b w:val="0"/>
          <w:i/>
          <w:color w:val="000000"/>
          <w:sz w:val="24"/>
        </w:rPr>
        <w:t>ор</w:t>
      </w:r>
      <w:r>
        <w:rPr>
          <w:rFonts w:ascii="Georgia" w:hAnsi="Georgia"/>
          <w:b w:val="0"/>
          <w:i w:val="0"/>
          <w:color w:val="000000"/>
          <w:sz w:val="24"/>
        </w:rPr>
        <w:t xml:space="preserve">) в тайне стиха </w:t>
      </w:r>
      <w:r>
        <w:rPr>
          <w:rFonts w:ascii="Georgia" w:hAnsi="Georgia"/>
          <w:b w:val="0"/>
          <w:i/>
          <w:color w:val="000000"/>
          <w:sz w:val="24"/>
        </w:rPr>
        <w:t>«И сделаю из кадходов зубцы твои…»</w:t>
      </w:r>
      <w:r>
        <w:rPr>
          <w:rFonts w:ascii="Georgia" w:hAnsi="Georgia"/>
          <w:b w:val="0"/>
          <w:i w:val="0"/>
          <w:color w:val="000000"/>
          <w:sz w:val="24"/>
        </w:rPr>
        <w:t xml:space="preserve"> (Йешаяу 54:12); тогда как в Кетере Леи есть лишь один свет, как подробно говорилось там и будет объяснено далее.</w:t>
      </w:r>
    </w:p>
    <w:p>
      <w:pPr>
        <w:spacing w:before="40" w:after="120"/>
        <w:jc w:val="both"/>
      </w:pPr>
      <w:r>
        <w:rPr>
          <w:rFonts w:ascii="Georgia" w:hAnsi="Georgia"/>
          <w:b w:val="0"/>
          <w:i w:val="0"/>
          <w:color w:val="000000"/>
          <w:sz w:val="24"/>
        </w:rPr>
        <w:t xml:space="preserve">Получается, что бывает время, когда Рахель берет обе трети одна, а бывает время, когда хотя средняя треть всегда принадлежит ей, тем не менее ноги Леи облачаются в ее Кетер прямо внутри него в меру этой средней трети (а иногда Рахель забирает эту треть буквально тайком, кражей, ровно в меру этой средней трети), но мера Кетера Рахели всегда составляет две трети. И в этом тайна стиха </w:t>
      </w:r>
      <w:r>
        <w:rPr>
          <w:rFonts w:ascii="Georgia" w:hAnsi="Georgia"/>
          <w:b w:val="0"/>
          <w:i/>
          <w:color w:val="000000"/>
          <w:sz w:val="24"/>
        </w:rPr>
        <w:t>«И украла Рахель терафим, которые были у ее отца»</w:t>
      </w:r>
      <w:r>
        <w:rPr>
          <w:rFonts w:ascii="Georgia" w:hAnsi="Georgia"/>
          <w:b w:val="0"/>
          <w:i w:val="0"/>
          <w:color w:val="000000"/>
          <w:sz w:val="24"/>
        </w:rPr>
        <w:t xml:space="preserve"> (Берешит 31:19). Смысл в том, что место средней трети, которое иногда Рахель забирает только себе путем захвата и похищения, называется терафим. Выходит, что Лаван — это высшая белизна (ловен эльон), то есть высший Аба (Аба илаа), и у него две дочери — Рахель и Лея, как приводится в Зоаре (раздел Ваеце 162а) на стих </w:t>
      </w:r>
      <w:r>
        <w:rPr>
          <w:rFonts w:ascii="Georgia" w:hAnsi="Georgia"/>
          <w:b w:val="0"/>
          <w:i/>
          <w:color w:val="000000"/>
          <w:sz w:val="24"/>
        </w:rPr>
        <w:t>«А у Лавана было две дочери…»</w:t>
      </w:r>
      <w:r>
        <w:rPr>
          <w:rFonts w:ascii="Georgia" w:hAnsi="Georgia"/>
          <w:b w:val="0"/>
          <w:i w:val="0"/>
          <w:color w:val="000000"/>
          <w:sz w:val="24"/>
        </w:rPr>
        <w:t xml:space="preserve"> (Берешит 29:16), см. там. И иногда Рахель крадет у Леи среднюю треть, называемую терафим, и забирает ее себе одной, ведь это имущество ее отца, и ничего из него она не дает своей сестре Лее.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[Примечание. Лаван указывает на Хохму, называемую Ливаном (Леванон), Яаков указывает на ЗА, а Рахель указывает на Нукву де-ЗА, и потому Лаван — тесть Яакова. Известно, что золото ценнее серебра, и потому гвурот ценнее хасадим. В этом смысл сказанного нашими мудрецами: «Праведники сидят, и венцы их на головах их» (Брахот 17а) — ведь Нуква, [будучи] Гвурой, является венцом своего мужа, который есть Хесед. Но это [относится ко] времени услаждения гвурот; пока же они еще не услаждены, хасадим, несомненно, важнее гвурот. Поэтому до того, как Лаван исправился, в [его имени] сначала был намек на Хохму — буквы ламэд и бэт (</w:t>
      </w:r>
      <w:r>
        <w:rPr>
          <w:rFonts w:ascii="Georgia" w:hAnsi="Georgia" w:cs="Times New Roman"/>
          <w:b/>
          <w:i w:val="0"/>
          <w:color w:val="000000"/>
          <w:sz w:val="24"/>
          <w:rtl/>
          <w:szCs w:val="32"/>
        </w:rPr>
        <w:t>ל״ב</w:t>
      </w:r>
      <w:r>
        <w:rPr>
          <w:rFonts w:ascii="Georgia" w:hAnsi="Georgia"/>
          <w:b w:val="0"/>
          <w:i w:val="0"/>
          <w:color w:val="000000"/>
          <w:sz w:val="24"/>
        </w:rPr>
        <w:t xml:space="preserve"> = 32) из [имени] Лаван (</w:t>
      </w:r>
      <w:r>
        <w:rPr>
          <w:rFonts w:ascii="Georgia" w:hAnsi="Georgia" w:cs="Times New Roman"/>
          <w:b/>
          <w:i w:val="0"/>
          <w:color w:val="000000"/>
          <w:sz w:val="24"/>
          <w:rtl/>
          <w:szCs w:val="32"/>
        </w:rPr>
        <w:t>לָבָן</w:t>
      </w:r>
      <w:r>
        <w:rPr>
          <w:rFonts w:ascii="Georgia" w:hAnsi="Georgia"/>
          <w:b w:val="0"/>
          <w:i w:val="0"/>
          <w:color w:val="000000"/>
          <w:sz w:val="24"/>
        </w:rPr>
        <w:t>), [указывающие на] 32 пути мудрости, а затем — буква нун софит (</w:t>
      </w:r>
      <w:r>
        <w:rPr>
          <w:rFonts w:ascii="Georgia" w:hAnsi="Georgia" w:cs="Times New Roman"/>
          <w:b/>
          <w:i w:val="0"/>
          <w:color w:val="000000"/>
          <w:sz w:val="24"/>
          <w:rtl/>
          <w:szCs w:val="32"/>
        </w:rPr>
        <w:t>ן</w:t>
      </w:r>
      <w:r>
        <w:rPr>
          <w:rFonts w:ascii="Georgia" w:hAnsi="Georgia"/>
          <w:b w:val="0"/>
          <w:i w:val="0"/>
          <w:color w:val="000000"/>
          <w:sz w:val="24"/>
        </w:rPr>
        <w:t xml:space="preserve"> = 50), [указывающая на] 50 врат Бины, которая является женским началом. Но после того, как он исправился, он перевоплотился в Наваля Кармелита, и тогда Нуква стала венцом своего мужа: ведь буква нун (</w:t>
      </w:r>
      <w:r>
        <w:rPr>
          <w:rFonts w:ascii="Georgia" w:hAnsi="Georgia" w:cs="Times New Roman"/>
          <w:b/>
          <w:i w:val="0"/>
          <w:color w:val="000000"/>
          <w:sz w:val="24"/>
          <w:rtl/>
          <w:szCs w:val="32"/>
        </w:rPr>
        <w:t>נ</w:t>
      </w:r>
      <w:r>
        <w:rPr>
          <w:rFonts w:ascii="Georgia" w:hAnsi="Georgia"/>
          <w:b w:val="0"/>
          <w:i w:val="0"/>
          <w:color w:val="000000"/>
          <w:sz w:val="24"/>
        </w:rPr>
        <w:t>), то есть Бина — 50 врат Бины (</w:t>
      </w:r>
      <w:r>
        <w:rPr>
          <w:rFonts w:ascii="Georgia" w:hAnsi="Georgia" w:cs="Times New Roman"/>
          <w:b/>
          <w:i w:val="0"/>
          <w:color w:val="000000"/>
          <w:sz w:val="24"/>
          <w:rtl/>
          <w:szCs w:val="32"/>
        </w:rPr>
        <w:t>נש״ב</w:t>
      </w:r>
      <w:r>
        <w:rPr>
          <w:rFonts w:ascii="Georgia" w:hAnsi="Georgia"/>
          <w:b w:val="0"/>
          <w:i w:val="0"/>
          <w:color w:val="000000"/>
          <w:sz w:val="24"/>
        </w:rPr>
        <w:t>), — встала в начале слова Наваль (</w:t>
      </w:r>
      <w:r>
        <w:rPr>
          <w:rFonts w:ascii="Georgia" w:hAnsi="Georgia" w:cs="Times New Roman"/>
          <w:b/>
          <w:i w:val="0"/>
          <w:color w:val="000000"/>
          <w:sz w:val="24"/>
          <w:rtl/>
          <w:szCs w:val="32"/>
        </w:rPr>
        <w:t>נָבָל</w:t>
      </w:r>
      <w:r>
        <w:rPr>
          <w:rFonts w:ascii="Georgia" w:hAnsi="Georgia"/>
          <w:b w:val="0"/>
          <w:i w:val="0"/>
          <w:color w:val="000000"/>
          <w:sz w:val="24"/>
        </w:rPr>
        <w:t>), а после нее — Хохма, то есть 32 пути (</w:t>
      </w:r>
      <w:r>
        <w:rPr>
          <w:rFonts w:ascii="Georgia" w:hAnsi="Georgia" w:cs="Times New Roman"/>
          <w:b/>
          <w:i w:val="0"/>
          <w:color w:val="000000"/>
          <w:sz w:val="24"/>
          <w:rtl/>
          <w:szCs w:val="32"/>
        </w:rPr>
        <w:t>ל״ב</w:t>
      </w:r>
      <w:r>
        <w:rPr>
          <w:rFonts w:ascii="Georgia" w:hAnsi="Georgia"/>
          <w:b w:val="0"/>
          <w:i w:val="0"/>
          <w:color w:val="000000"/>
          <w:sz w:val="24"/>
        </w:rPr>
        <w:t>). И даже сама Хохма исправилась тем, что буква бэт (</w:t>
      </w:r>
      <w:r>
        <w:rPr>
          <w:rFonts w:ascii="Georgia" w:hAnsi="Georgia" w:cs="Times New Roman"/>
          <w:b/>
          <w:i w:val="0"/>
          <w:color w:val="000000"/>
          <w:sz w:val="24"/>
          <w:rtl/>
          <w:szCs w:val="32"/>
        </w:rPr>
        <w:t>ב</w:t>
      </w:r>
      <w:r>
        <w:rPr>
          <w:rFonts w:ascii="Georgia" w:hAnsi="Georgia"/>
          <w:b w:val="0"/>
          <w:i w:val="0"/>
          <w:color w:val="000000"/>
          <w:sz w:val="24"/>
        </w:rPr>
        <w:t>) встала перед буквой ламэд (</w:t>
      </w:r>
      <w:r>
        <w:rPr>
          <w:rFonts w:ascii="Georgia" w:hAnsi="Georgia" w:cs="Times New Roman"/>
          <w:b/>
          <w:i w:val="0"/>
          <w:color w:val="000000"/>
          <w:sz w:val="24"/>
          <w:rtl/>
          <w:szCs w:val="32"/>
        </w:rPr>
        <w:t>ל</w:t>
      </w:r>
      <w:r>
        <w:rPr>
          <w:rFonts w:ascii="Georgia" w:hAnsi="Georgia"/>
          <w:b w:val="0"/>
          <w:i w:val="0"/>
          <w:color w:val="000000"/>
          <w:sz w:val="24"/>
        </w:rPr>
        <w:t>), ведь в алфавите буква бэт идет вначале. А поскольку Лаван исправился в Навале Кармелите, [достигшем ступени] Бины, называемой грядущим миром, постольку у него есть доля в грядущем мире. Конец примечания.]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 xml:space="preserve">Мне, Хаиму, представляется, что на это намекает стих: </w:t>
      </w:r>
      <w:r>
        <w:rPr>
          <w:rFonts w:ascii="Georgia" w:hAnsi="Georgia"/>
          <w:b w:val="0"/>
          <w:i/>
          <w:color w:val="000000"/>
          <w:sz w:val="24"/>
        </w:rPr>
        <w:t>«Все оно побелело: чист он»</w:t>
      </w:r>
      <w:r>
        <w:rPr>
          <w:rFonts w:ascii="Georgia" w:hAnsi="Georgia"/>
          <w:b w:val="0"/>
          <w:i w:val="0"/>
          <w:color w:val="000000"/>
          <w:sz w:val="24"/>
        </w:rPr>
        <w:t xml:space="preserve"> (Ваикра 13:13). Смысл в том, что когда имя Лаван целиком перевернется, так что буква нун (</w:t>
      </w:r>
      <w:r>
        <w:rPr>
          <w:rFonts w:ascii="Georgia" w:hAnsi="Georgia" w:cs="Times New Roman"/>
          <w:b/>
          <w:i w:val="0"/>
          <w:color w:val="000000"/>
          <w:sz w:val="24"/>
          <w:rtl/>
          <w:szCs w:val="32"/>
        </w:rPr>
        <w:t>נ</w:t>
      </w:r>
      <w:r>
        <w:rPr>
          <w:rFonts w:ascii="Georgia" w:hAnsi="Georgia"/>
          <w:b w:val="0"/>
          <w:i w:val="0"/>
          <w:color w:val="000000"/>
          <w:sz w:val="24"/>
        </w:rPr>
        <w:t>) встанет перед 32 (</w:t>
      </w:r>
      <w:r>
        <w:rPr>
          <w:rFonts w:ascii="Georgia" w:hAnsi="Georgia" w:cs="Times New Roman"/>
          <w:b/>
          <w:i w:val="0"/>
          <w:color w:val="000000"/>
          <w:sz w:val="24"/>
          <w:rtl/>
          <w:szCs w:val="32"/>
        </w:rPr>
        <w:t>ל״ב</w:t>
      </w:r>
      <w:r>
        <w:rPr>
          <w:rFonts w:ascii="Georgia" w:hAnsi="Georgia"/>
          <w:b w:val="0"/>
          <w:i w:val="0"/>
          <w:color w:val="000000"/>
          <w:sz w:val="24"/>
        </w:rPr>
        <w:t>), и эти 32 тоже перевернутся так, что буква бэт (</w:t>
      </w:r>
      <w:r>
        <w:rPr>
          <w:rFonts w:ascii="Georgia" w:hAnsi="Georgia" w:cs="Times New Roman"/>
          <w:b/>
          <w:i w:val="0"/>
          <w:color w:val="000000"/>
          <w:sz w:val="24"/>
          <w:rtl/>
          <w:szCs w:val="32"/>
        </w:rPr>
        <w:t>ב</w:t>
      </w:r>
      <w:r>
        <w:rPr>
          <w:rFonts w:ascii="Georgia" w:hAnsi="Georgia"/>
          <w:b w:val="0"/>
          <w:i w:val="0"/>
          <w:color w:val="000000"/>
          <w:sz w:val="24"/>
        </w:rPr>
        <w:t>) встанет перед буквой ламэд (</w:t>
      </w:r>
      <w:r>
        <w:rPr>
          <w:rFonts w:ascii="Georgia" w:hAnsi="Georgia" w:cs="Times New Roman"/>
          <w:b/>
          <w:i w:val="0"/>
          <w:color w:val="000000"/>
          <w:sz w:val="24"/>
          <w:rtl/>
          <w:szCs w:val="32"/>
        </w:rPr>
        <w:t>ל</w:t>
      </w:r>
      <w:r>
        <w:rPr>
          <w:rFonts w:ascii="Georgia" w:hAnsi="Georgia"/>
          <w:b w:val="0"/>
          <w:i w:val="0"/>
          <w:color w:val="000000"/>
          <w:sz w:val="24"/>
        </w:rPr>
        <w:t>), — это укажет на то, что Бина, женское начало, станет венцом своего мужа, когда исправятся гвурот. И в этом смысл слов «все оно побелело» (</w:t>
      </w:r>
      <w:r>
        <w:rPr>
          <w:rFonts w:ascii="Georgia" w:hAnsi="Georgia"/>
          <w:b w:val="0"/>
          <w:i/>
          <w:color w:val="000000"/>
          <w:sz w:val="24"/>
        </w:rPr>
        <w:t>куло хафах лаван</w:t>
      </w:r>
      <w:r>
        <w:rPr>
          <w:rFonts w:ascii="Georgia" w:hAnsi="Georgia"/>
          <w:b w:val="0"/>
          <w:i w:val="0"/>
          <w:color w:val="000000"/>
          <w:sz w:val="24"/>
        </w:rPr>
        <w:t>): само слово Лаван (</w:t>
      </w:r>
      <w:r>
        <w:rPr>
          <w:rFonts w:ascii="Georgia" w:hAnsi="Georgia" w:cs="Times New Roman"/>
          <w:b/>
          <w:i w:val="0"/>
          <w:color w:val="000000"/>
          <w:sz w:val="24"/>
          <w:rtl/>
          <w:szCs w:val="32"/>
        </w:rPr>
        <w:t>לָבָן</w:t>
      </w:r>
      <w:r>
        <w:rPr>
          <w:rFonts w:ascii="Georgia" w:hAnsi="Georgia"/>
          <w:b w:val="0"/>
          <w:i w:val="0"/>
          <w:color w:val="000000"/>
          <w:sz w:val="24"/>
        </w:rPr>
        <w:t>) целиком перевернется и будет читаться от конца к началу как Наваль (</w:t>
      </w:r>
      <w:r>
        <w:rPr>
          <w:rFonts w:ascii="Georgia" w:hAnsi="Georgia" w:cs="Times New Roman"/>
          <w:b/>
          <w:i w:val="0"/>
          <w:color w:val="000000"/>
          <w:sz w:val="24"/>
          <w:rtl/>
          <w:szCs w:val="32"/>
        </w:rPr>
        <w:t>נָבָל</w:t>
      </w:r>
      <w:r>
        <w:rPr>
          <w:rFonts w:ascii="Georgia" w:hAnsi="Georgia"/>
          <w:b w:val="0"/>
          <w:i w:val="0"/>
          <w:color w:val="000000"/>
          <w:sz w:val="24"/>
        </w:rPr>
        <w:t>), и тогда «чист он» (</w:t>
      </w:r>
      <w:r>
        <w:rPr>
          <w:rFonts w:ascii="Georgia" w:hAnsi="Georgia"/>
          <w:b w:val="0"/>
          <w:i/>
          <w:color w:val="000000"/>
          <w:sz w:val="24"/>
        </w:rPr>
        <w:t>тахор ху</w:t>
      </w:r>
      <w:r>
        <w:rPr>
          <w:rFonts w:ascii="Georgia" w:hAnsi="Georgia"/>
          <w:b w:val="0"/>
          <w:i w:val="0"/>
          <w:color w:val="000000"/>
          <w:sz w:val="24"/>
        </w:rPr>
        <w:t>) — то есть это укажет на то, что Бина, называемая «Он», от которой исходит венец Гвуры, очистилась, и в этом смысл слов «чист он».</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Значение этих терафим (</w:t>
      </w:r>
      <w:r>
        <w:rPr>
          <w:rFonts w:ascii="Georgia" w:hAnsi="Georgia"/>
          <w:b w:val="0"/>
          <w:i/>
          <w:color w:val="000000"/>
          <w:sz w:val="24"/>
        </w:rPr>
        <w:t>трафим</w:t>
      </w:r>
      <w:r>
        <w:rPr>
          <w:rFonts w:ascii="Georgia" w:hAnsi="Georgia"/>
          <w:b w:val="0"/>
          <w:i w:val="0"/>
          <w:color w:val="000000"/>
          <w:sz w:val="24"/>
        </w:rPr>
        <w:t xml:space="preserve">, </w:t>
      </w:r>
      <w:r>
        <w:rPr>
          <w:rFonts w:ascii="Georgia" w:hAnsi="Georgia" w:cs="Times New Roman"/>
          <w:b/>
          <w:i w:val="0"/>
          <w:color w:val="000000"/>
          <w:sz w:val="24"/>
          <w:rtl/>
          <w:szCs w:val="32"/>
        </w:rPr>
        <w:t>תְּרָפִים</w:t>
      </w:r>
      <w:r>
        <w:rPr>
          <w:rFonts w:ascii="Georgia" w:hAnsi="Georgia"/>
          <w:b w:val="0"/>
          <w:i w:val="0"/>
          <w:color w:val="000000"/>
          <w:sz w:val="24"/>
        </w:rPr>
        <w:t xml:space="preserve">) связано со словом </w:t>
      </w:r>
      <w:r>
        <w:rPr>
          <w:rFonts w:ascii="Georgia" w:hAnsi="Georgia"/>
          <w:b w:val="0"/>
          <w:i/>
          <w:color w:val="000000"/>
          <w:sz w:val="24"/>
        </w:rPr>
        <w:t>то́реф</w:t>
      </w:r>
      <w:r>
        <w:rPr>
          <w:rFonts w:ascii="Georgia" w:hAnsi="Georgia"/>
          <w:b w:val="0"/>
          <w:i w:val="0"/>
          <w:color w:val="000000"/>
          <w:sz w:val="24"/>
        </w:rPr>
        <w:t xml:space="preserve"> (</w:t>
      </w:r>
      <w:r>
        <w:rPr>
          <w:rFonts w:ascii="Georgia" w:hAnsi="Georgia" w:cs="Times New Roman"/>
          <w:b/>
          <w:i w:val="0"/>
          <w:color w:val="000000"/>
          <w:sz w:val="24"/>
          <w:rtl/>
          <w:szCs w:val="32"/>
        </w:rPr>
        <w:t>תּוֹרֶף</w:t>
      </w:r>
      <w:r>
        <w:rPr>
          <w:rFonts w:ascii="Georgia" w:hAnsi="Georgia"/>
          <w:b w:val="0"/>
          <w:i w:val="0"/>
          <w:color w:val="000000"/>
          <w:sz w:val="24"/>
        </w:rPr>
        <w:t xml:space="preserve">), означающим срамное место (наготу), подобно выражению </w:t>
      </w:r>
      <w:r>
        <w:rPr>
          <w:rFonts w:ascii="Georgia" w:hAnsi="Georgia"/>
          <w:b w:val="0"/>
          <w:i/>
          <w:color w:val="000000"/>
          <w:sz w:val="24"/>
        </w:rPr>
        <w:t>«бейт а-турпа»</w:t>
      </w:r>
      <w:r>
        <w:rPr>
          <w:rFonts w:ascii="Georgia" w:hAnsi="Georgia"/>
          <w:b w:val="0"/>
          <w:i w:val="0"/>
          <w:color w:val="000000"/>
          <w:sz w:val="24"/>
        </w:rPr>
        <w:t xml:space="preserve"> (</w:t>
      </w:r>
      <w:r>
        <w:rPr>
          <w:rFonts w:ascii="Georgia" w:hAnsi="Georgia" w:cs="Times New Roman"/>
          <w:b/>
          <w:i w:val="0"/>
          <w:color w:val="000000"/>
          <w:sz w:val="24"/>
          <w:rtl/>
          <w:szCs w:val="32"/>
        </w:rPr>
        <w:t>בֵּית הַתּוֹרְפָּה</w:t>
      </w:r>
      <w:r>
        <w:rPr>
          <w:rFonts w:ascii="Georgia" w:hAnsi="Georgia"/>
          <w:b w:val="0"/>
          <w:i w:val="0"/>
          <w:color w:val="000000"/>
          <w:sz w:val="24"/>
        </w:rPr>
        <w:t>), упоминаемому в Гемаре (Брахот 24а, Шаббат 152а). И они представляют собой две ноги Леи, которые входят и облачаются внутрь Кетера Рахели, как сказано выше; поэтому о терафим сказано во множественном числе, так как это две ноги. Разъяснение этого дела состоит в том, что место раскрытия Есод де-Има внутри ЗА находится в его хазе; получается, что его раскрытие и отворение происходит в средней трети [Тиферет], и это есть отворение и раскрытие находящегося там срамного места (</w:t>
      </w:r>
      <w:r>
        <w:rPr>
          <w:rFonts w:ascii="Georgia" w:hAnsi="Georgia"/>
          <w:b w:val="0"/>
          <w:i/>
          <w:color w:val="000000"/>
          <w:sz w:val="24"/>
        </w:rPr>
        <w:t>бейт а-тореф</w:t>
      </w:r>
      <w:r>
        <w:rPr>
          <w:rFonts w:ascii="Georgia" w:hAnsi="Georgia"/>
          <w:b w:val="0"/>
          <w:i w:val="0"/>
          <w:color w:val="000000"/>
          <w:sz w:val="24"/>
        </w:rPr>
        <w:t xml:space="preserve">, </w:t>
      </w:r>
      <w:r>
        <w:rPr>
          <w:rFonts w:ascii="Georgia" w:hAnsi="Georgia" w:cs="Times New Roman"/>
          <w:b/>
          <w:i w:val="0"/>
          <w:color w:val="000000"/>
          <w:sz w:val="24"/>
          <w:rtl/>
          <w:szCs w:val="32"/>
        </w:rPr>
        <w:t>בֵּית הַתּוֹרֶף</w:t>
      </w:r>
      <w:r>
        <w:rPr>
          <w:rFonts w:ascii="Georgia" w:hAnsi="Georgia"/>
          <w:b w:val="0"/>
          <w:i w:val="0"/>
          <w:color w:val="000000"/>
          <w:sz w:val="24"/>
        </w:rPr>
        <w:t>) Твуны. Что же касается похищения терафим Рахелью и того, почему благодаря этому Лавану не сообщили о бегстве Яакова, — это объясняется так, как мы изложили в учении о Балаке, Бильаме, Узе и Азаэле, см. там внимательно. Там разъяснялось, что это место — уровень Древа познания добра и зла (в саду Ацилута), возле которого согрешили Адам а-Ришон и Хава, ведь там, в хазе ЗА, находится место раскрытия хасадим из Даат де-ЗА. И потому там есть питание и зацепка для внешних сил, называемых сущностным злом, чего нет выше, где света скрыты. Свечение этих пяти хасадим, раскрывающихся и выходящих к внешним силам, идет через те самые ноги Леи, входящие внутрь Кетера Рахели, как сказано выше, и они приходятся как раз напротив отверстия Есод де-Твуна. Ведь когда эти света выходят из Есод де-Твуна наружу, за пределы ЗА, чтобы образовать Кетер для Рахели, как известно, — тогда вследствие облачения ног Леи внутрь Кетера Рахели свет уменьшается и темнеет, и этот свет не может выйти и перейти на лицевую сторону Рахели, так как известно, что она стоит спиной к спине с ЗА.</w:t>
      </w:r>
    </w:p>
    <w:p>
      <w:pPr>
        <w:spacing w:before="40" w:after="120"/>
        <w:jc w:val="both"/>
      </w:pPr>
      <w:r>
        <w:rPr>
          <w:rFonts w:ascii="Georgia" w:hAnsi="Georgia"/>
          <w:b w:val="0"/>
          <w:i w:val="0"/>
          <w:color w:val="000000"/>
          <w:sz w:val="24"/>
        </w:rPr>
        <w:t>Сначала света ударяют в обратную сторону (ахораим), а затем оттуда переходят к ее лицу; но поскольку пятки Леи находятся там, посреди Кетера Рахели, свет не проходит к лицевой стороне Кетера Рахели, ведь эти две пятки Леи служат полной преградой и сами забирают света, выходящие изнутри. Известно, что пятки Леи — это суровые и совершенно законченные суды (диним кашим). Ведь это Нецах и Ход, а все свойства Нецах и Ход являются судами, будучи краями, близкими к клипот, и в особенности потому, что они называются «вне тела» (лебар ми-гуфа), как известно: Нецах и Ход находятся вне тела. К тому же это ноги Леи, все свойства которой — суровые суды, поскольку она происходит от Малхут де-Твуна, как сказано выше. Сама же Твуна — это НЕХИ де-Бина, то есть ее нижние части; а о самой Бине в Зоаре сказано, что «суды пробуждаются от нее» (Зоар II, 122а). Более того, сама Лея происходит из ахораим Малхут де-Твуна, а не со стороны ее лица; и в особенности потому, что [речь идет] даже не обо всех ее ногах, а о самой нижней части ее ног — пятках, как с Б-жьей помощью будет сказано.</w:t>
      </w:r>
    </w:p>
    <w:p>
      <w:pPr>
        <w:spacing w:before="40" w:after="120"/>
        <w:jc w:val="both"/>
      </w:pPr>
      <w:r>
        <w:rPr>
          <w:rFonts w:ascii="Georgia" w:hAnsi="Georgia"/>
          <w:b w:val="0"/>
          <w:i w:val="0"/>
          <w:color w:val="000000"/>
          <w:sz w:val="24"/>
        </w:rPr>
        <w:t xml:space="preserve">И вот, в силу всех приведенных доводов оказывается, что эти пятки Леи — абсолютные суды, и потому здесь есть место зацепки и питания для клипот. И как мы написали в учении о Балаке, Бильаме, Узе и Азаэле, их корень — упомянутые четыре света в двух этих ногах и пятках Леи, откуда питаются внешние силы. Поэтому Бильам шел к горам востока к Узе и Азаэлю, как сказано в Зоаре (Зоар III, 208а): прежде чем прийти к Балаку, Бильам пошел и затворился в горах востока вместе с Узой и Азаэлем. И об этом стих: </w:t>
      </w:r>
      <w:r>
        <w:rPr>
          <w:rFonts w:ascii="Georgia" w:hAnsi="Georgia"/>
          <w:b w:val="0"/>
          <w:i/>
          <w:color w:val="000000"/>
          <w:sz w:val="24"/>
        </w:rPr>
        <w:t>«Из Арама привел меня Балак, царь Моава, с гор востока…»</w:t>
      </w:r>
      <w:r>
        <w:rPr>
          <w:rFonts w:ascii="Georgia" w:hAnsi="Georgia"/>
          <w:b w:val="0"/>
          <w:i w:val="0"/>
          <w:color w:val="000000"/>
          <w:sz w:val="24"/>
        </w:rPr>
        <w:t xml:space="preserve"> (Бемидбар 23:7). И у нас в учении о Балаке и Бильаме уже объяснялось, что ступень Бильама происходила от светов, выходящих из тех самых пяток Леи, поглощаемых (</w:t>
      </w:r>
      <w:r>
        <w:rPr>
          <w:rFonts w:ascii="Georgia" w:hAnsi="Georgia"/>
          <w:b w:val="0"/>
          <w:i/>
          <w:color w:val="000000"/>
          <w:sz w:val="24"/>
        </w:rPr>
        <w:t>нивлаим</w:t>
      </w:r>
      <w:r>
        <w:rPr>
          <w:rFonts w:ascii="Georgia" w:hAnsi="Georgia"/>
          <w:b w:val="0"/>
          <w:i w:val="0"/>
          <w:color w:val="000000"/>
          <w:sz w:val="24"/>
        </w:rPr>
        <w:t xml:space="preserve">, </w:t>
      </w:r>
      <w:r>
        <w:rPr>
          <w:rFonts w:ascii="Georgia" w:hAnsi="Georgia" w:cs="Times New Roman"/>
          <w:b/>
          <w:i w:val="0"/>
          <w:color w:val="000000"/>
          <w:sz w:val="24"/>
          <w:rtl/>
          <w:szCs w:val="32"/>
        </w:rPr>
        <w:t>נִבְלָעִים</w:t>
      </w:r>
      <w:r>
        <w:rPr>
          <w:rFonts w:ascii="Georgia" w:hAnsi="Georgia"/>
          <w:b w:val="0"/>
          <w:i w:val="0"/>
          <w:color w:val="000000"/>
          <w:sz w:val="24"/>
        </w:rPr>
        <w:t>) внутри Кетера Рахели, к внешним силам; и таково значение [имени] Бильам (</w:t>
      </w:r>
      <w:r>
        <w:rPr>
          <w:rFonts w:ascii="Georgia" w:hAnsi="Georgia" w:cs="Times New Roman"/>
          <w:b/>
          <w:i w:val="0"/>
          <w:color w:val="000000"/>
          <w:sz w:val="24"/>
          <w:rtl/>
          <w:szCs w:val="32"/>
        </w:rPr>
        <w:t>בִּלְעָם</w:t>
      </w:r>
      <w:r>
        <w:rPr>
          <w:rFonts w:ascii="Georgia" w:hAnsi="Georgia"/>
          <w:b w:val="0"/>
          <w:i w:val="0"/>
          <w:color w:val="000000"/>
          <w:sz w:val="24"/>
        </w:rPr>
        <w:t xml:space="preserve">). Потому он и шел к горам востока к Узе и Азаэлю, питание которых происходило оттуда. И у нас уже объяснялось, что Лаван Арамей — дед Бильама, и он сам перевоплотился в Бильама; и от него Бильам, сын его сына, научился колдовству. Это знание было мудростью Лавана Арамея, который похвалялся и говорил: </w:t>
      </w:r>
      <w:r>
        <w:rPr>
          <w:rFonts w:ascii="Georgia" w:hAnsi="Georgia"/>
          <w:b w:val="0"/>
          <w:i/>
          <w:color w:val="000000"/>
          <w:sz w:val="24"/>
        </w:rPr>
        <w:t>«Есть сила в руке моей сделать вам зло…»</w:t>
      </w:r>
      <w:r>
        <w:rPr>
          <w:rFonts w:ascii="Georgia" w:hAnsi="Georgia"/>
          <w:b w:val="0"/>
          <w:i w:val="0"/>
          <w:color w:val="000000"/>
          <w:sz w:val="24"/>
        </w:rPr>
        <w:t xml:space="preserve"> (Берешит 31:29), подобно сказанному о Бильаме: </w:t>
      </w:r>
      <w:r>
        <w:rPr>
          <w:rFonts w:ascii="Georgia" w:hAnsi="Georgia"/>
          <w:b w:val="0"/>
          <w:i/>
          <w:color w:val="000000"/>
          <w:sz w:val="24"/>
        </w:rPr>
        <w:t>«Ведь я знаю: кого ты благословишь — благословен, а кого проклянешь — проклят»</w:t>
      </w:r>
      <w:r>
        <w:rPr>
          <w:rFonts w:ascii="Georgia" w:hAnsi="Georgia"/>
          <w:b w:val="0"/>
          <w:i w:val="0"/>
          <w:color w:val="000000"/>
          <w:sz w:val="24"/>
        </w:rPr>
        <w:t xml:space="preserve"> (Бемидбар 22:6). В этом и заключается суть знания о терафим Лавана: с помощью этих терафим он постигал все свои озарения. Когда же Рахель украла их, те света не вышли через пятки Леи наружу к внешним силам, чтобы светить им, и он не узнал, что [Яаков] бежал. Таким образом, терафим — это света, выходящие к внешним силам из срамного места (</w:t>
      </w:r>
      <w:r>
        <w:rPr>
          <w:rFonts w:ascii="Georgia" w:hAnsi="Georgia"/>
          <w:b w:val="0"/>
          <w:i/>
          <w:color w:val="000000"/>
          <w:sz w:val="24"/>
        </w:rPr>
        <w:t>то́реф</w:t>
      </w:r>
      <w:r>
        <w:rPr>
          <w:rFonts w:ascii="Georgia" w:hAnsi="Georgia"/>
          <w:b w:val="0"/>
          <w:i w:val="0"/>
          <w:color w:val="000000"/>
          <w:sz w:val="24"/>
        </w:rPr>
        <w:t xml:space="preserve">, </w:t>
      </w:r>
      <w:r>
        <w:rPr>
          <w:rFonts w:ascii="Georgia" w:hAnsi="Georgia" w:cs="Times New Roman"/>
          <w:b/>
          <w:i w:val="0"/>
          <w:color w:val="000000"/>
          <w:sz w:val="24"/>
          <w:rtl/>
          <w:szCs w:val="32"/>
        </w:rPr>
        <w:t>תּוֹרֶף</w:t>
      </w:r>
      <w:r>
        <w:rPr>
          <w:rFonts w:ascii="Georgia" w:hAnsi="Georgia"/>
          <w:b w:val="0"/>
          <w:i w:val="0"/>
          <w:color w:val="000000"/>
          <w:sz w:val="24"/>
        </w:rPr>
        <w:t>) Твуны, то есть ее Есода, облаченного на уровне хазе де-ЗА.</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Этот же вопрос связан с грехом Адама а-Ришон [при вкушении] от Древа познания добра и зла, как мы объяснили выше, ведь именно здесь его место. И это в точности согласуется со сказанным нашими мудрецами, благословенной памяти (ХАЗАЛЬ), что грех Хавы заключался в том, что она выжала виноград и дала ему [испить]. Смысл же этого в том, что пятки Леи, входящие в Кетер Рахели, представляют собой виноград (</w:t>
      </w:r>
      <w:r>
        <w:rPr>
          <w:rFonts w:ascii="Georgia" w:hAnsi="Georgia"/>
          <w:b w:val="0"/>
          <w:i/>
          <w:color w:val="000000"/>
          <w:sz w:val="24"/>
        </w:rPr>
        <w:t>анавим</w:t>
      </w:r>
      <w:r>
        <w:rPr>
          <w:rFonts w:ascii="Georgia" w:hAnsi="Georgia"/>
          <w:b w:val="0"/>
          <w:i w:val="0"/>
          <w:color w:val="000000"/>
          <w:sz w:val="24"/>
        </w:rPr>
        <w:t xml:space="preserve">, </w:t>
      </w:r>
      <w:r>
        <w:rPr>
          <w:rFonts w:ascii="Georgia" w:hAnsi="Georgia" w:cs="Times New Roman"/>
          <w:b/>
          <w:i w:val="0"/>
          <w:color w:val="000000"/>
          <w:sz w:val="24"/>
          <w:rtl/>
          <w:szCs w:val="32"/>
        </w:rPr>
        <w:t>עֲנָבִים</w:t>
      </w:r>
      <w:r>
        <w:rPr>
          <w:rFonts w:ascii="Georgia" w:hAnsi="Georgia"/>
          <w:b w:val="0"/>
          <w:i w:val="0"/>
          <w:color w:val="000000"/>
          <w:sz w:val="24"/>
        </w:rPr>
        <w:t>), что по гематрии равно слову «пятка» (</w:t>
      </w:r>
      <w:r>
        <w:rPr>
          <w:rFonts w:ascii="Georgia" w:hAnsi="Georgia"/>
          <w:b w:val="0"/>
          <w:i/>
          <w:color w:val="000000"/>
          <w:sz w:val="24"/>
        </w:rPr>
        <w:t>экев</w:t>
      </w:r>
      <w:r>
        <w:rPr>
          <w:rFonts w:ascii="Georgia" w:hAnsi="Georgia"/>
          <w:b w:val="0"/>
          <w:i w:val="0"/>
          <w:color w:val="000000"/>
          <w:sz w:val="24"/>
        </w:rPr>
        <w:t xml:space="preserve">, </w:t>
      </w:r>
      <w:r>
        <w:rPr>
          <w:rFonts w:ascii="Georgia" w:hAnsi="Georgia" w:cs="Times New Roman"/>
          <w:b/>
          <w:i w:val="0"/>
          <w:color w:val="000000"/>
          <w:sz w:val="24"/>
          <w:rtl/>
          <w:szCs w:val="32"/>
        </w:rPr>
        <w:t>עָקֵב</w:t>
      </w:r>
      <w:r>
        <w:rPr>
          <w:rFonts w:ascii="Georgia" w:hAnsi="Georgia"/>
          <w:b w:val="0"/>
          <w:i w:val="0"/>
          <w:color w:val="000000"/>
          <w:sz w:val="24"/>
        </w:rPr>
        <w:t xml:space="preserve"> = 172), согласно упомянутой тайне стиха </w:t>
      </w:r>
      <w:r>
        <w:rPr>
          <w:rFonts w:ascii="Georgia" w:hAnsi="Georgia"/>
          <w:b w:val="0"/>
          <w:i/>
          <w:color w:val="000000"/>
          <w:sz w:val="24"/>
        </w:rPr>
        <w:t>«Следствие смирения...»</w:t>
      </w:r>
      <w:r>
        <w:rPr>
          <w:rFonts w:ascii="Georgia" w:hAnsi="Georgia"/>
          <w:b w:val="0"/>
          <w:i w:val="0"/>
          <w:color w:val="000000"/>
          <w:sz w:val="24"/>
        </w:rPr>
        <w:t xml:space="preserve"> (</w:t>
      </w:r>
      <w:r>
        <w:rPr>
          <w:rFonts w:ascii="Georgia" w:hAnsi="Georgia"/>
          <w:b w:val="0"/>
          <w:i/>
          <w:color w:val="000000"/>
          <w:sz w:val="24"/>
        </w:rPr>
        <w:t>экев анава</w:t>
      </w:r>
      <w:r>
        <w:rPr>
          <w:rFonts w:ascii="Georgia" w:hAnsi="Georgia"/>
          <w:b w:val="0"/>
          <w:i w:val="0"/>
          <w:color w:val="000000"/>
          <w:sz w:val="24"/>
        </w:rPr>
        <w:t>, Мишлей 22:4). А вино в винограде — это суды (диним), находящиеся в этих пятках. И известно, что внешние [силы] питаются только отходами вина — его осадком, дрожжами, являющимися остатками святого суда (и причиной тому стала Хава). Это изобилие (шефа), от которого питаются внешние, — суровый суд, мутное вино, полное осадка, и оно поглощено внутри пяток Леи подобно вину, сокрытому внутри виноградин. Хава же выжала этот виноград, и ее намерение состояло в том, чтобы через это выжимание вышел поглощенный там осадок. И из этого вина отпили Адам и Хава — «чашу яда», долю внешних сил, именуемую стороной смерти (</w:t>
      </w:r>
      <w:r>
        <w:rPr>
          <w:rFonts w:ascii="Georgia" w:hAnsi="Georgia"/>
          <w:b w:val="0"/>
          <w:i/>
          <w:color w:val="000000"/>
          <w:sz w:val="24"/>
        </w:rPr>
        <w:t>ситра де-мота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они были наказаны смертью и навлекли на нее [на Рахель] смерть. Возможно также, что в этом заключается тайна смерти Рахели из-за терафим, как сказали наши мудрецы, благословенной памяти. Взгляни же: коль скоро виноград по гематрии равен слову </w:t>
      </w:r>
      <w:r>
        <w:rPr>
          <w:rFonts w:ascii="Georgia" w:hAnsi="Georgia"/>
          <w:b w:val="0"/>
          <w:i/>
          <w:color w:val="000000"/>
          <w:sz w:val="24"/>
        </w:rPr>
        <w:t>экев</w:t>
      </w:r>
      <w:r>
        <w:rPr>
          <w:rFonts w:ascii="Georgia" w:hAnsi="Georgia"/>
          <w:b w:val="0"/>
          <w:i w:val="0"/>
          <w:color w:val="000000"/>
          <w:sz w:val="24"/>
        </w:rPr>
        <w:t xml:space="preserve">, как упомянуто выше, виноград давят для извлечения вина не иначе как пятками. При этом слово «виноград» стоит во множественном числе, так как это две упомянутые пятки, каждая из которых называется Именем ЭЛОКИМ, поскольку они — суды, как сказано выше. Ведь две ноги — это два Имени ЭЛОКИМ (а вместе с десятью их буквами — также по гематрии «виноград»), и они равны по гематрии слову </w:t>
      </w:r>
      <w:r>
        <w:rPr>
          <w:rFonts w:ascii="Georgia" w:hAnsi="Georgia"/>
          <w:b w:val="0"/>
          <w:i/>
          <w:color w:val="000000"/>
          <w:sz w:val="24"/>
        </w:rPr>
        <w:t>экев</w:t>
      </w:r>
      <w:r>
        <w:rPr>
          <w:rFonts w:ascii="Georgia" w:hAnsi="Georgia"/>
          <w:b w:val="0"/>
          <w:i w:val="0"/>
          <w:color w:val="000000"/>
          <w:sz w:val="24"/>
        </w:rPr>
        <w:t xml:space="preserve"> (</w:t>
      </w:r>
      <w:r>
        <w:rPr>
          <w:rFonts w:ascii="Georgia" w:hAnsi="Georgia" w:cs="Times New Roman"/>
          <w:b/>
          <w:i w:val="0"/>
          <w:color w:val="000000"/>
          <w:sz w:val="24"/>
          <w:rtl/>
          <w:szCs w:val="32"/>
        </w:rPr>
        <w:t>עק״ב</w:t>
      </w:r>
      <w:r>
        <w:rPr>
          <w:rFonts w:ascii="Georgia" w:hAnsi="Georgia"/>
          <w:b w:val="0"/>
          <w:i w:val="0"/>
          <w:color w:val="000000"/>
          <w:sz w:val="24"/>
        </w:rPr>
        <w:t xml:space="preserve"> = 172). Ведь Имя ЭЛОКИМ, служащее корнем суда, находится в свойстве винограда, и внутри него сокрыто и поглощено вино.</w:t>
      </w:r>
    </w:p>
    <w:p>
      <w:pPr>
        <w:spacing w:before="40" w:after="120"/>
        <w:jc w:val="both"/>
      </w:pPr>
      <w:r>
        <w:rPr>
          <w:rFonts w:ascii="Georgia" w:hAnsi="Georgia"/>
          <w:b w:val="0"/>
          <w:i w:val="0"/>
          <w:color w:val="000000"/>
          <w:sz w:val="24"/>
        </w:rPr>
        <w:t xml:space="preserve">Но по правде говоря, поскольку это два Имени ЭЛОКИМ, да и [слово] «виноград» во множественном числе означает как минимум два [элемента], почему же они равны по гематрии слову </w:t>
      </w:r>
      <w:r>
        <w:rPr>
          <w:rFonts w:ascii="Georgia" w:hAnsi="Georgia"/>
          <w:b w:val="0"/>
          <w:i/>
          <w:color w:val="000000"/>
          <w:sz w:val="24"/>
        </w:rPr>
        <w:t>экев</w:t>
      </w:r>
      <w:r>
        <w:rPr>
          <w:rFonts w:ascii="Georgia" w:hAnsi="Georgia"/>
          <w:b w:val="0"/>
          <w:i w:val="0"/>
          <w:color w:val="000000"/>
          <w:sz w:val="24"/>
        </w:rPr>
        <w:t xml:space="preserve">, как сказано выше, — которое стоит в единственном числе? Дело в том, что поскольку обе пятки поглощены в Кетере Рахели, как сказано выше, они соединяются и становятся одной пяткой. И в этом смысл выражения </w:t>
      </w:r>
      <w:r>
        <w:rPr>
          <w:rFonts w:ascii="Georgia" w:hAnsi="Georgia"/>
          <w:b w:val="0"/>
          <w:i/>
          <w:color w:val="000000"/>
          <w:sz w:val="24"/>
        </w:rPr>
        <w:t>«Следствие смирения...»</w:t>
      </w:r>
      <w:r>
        <w:rPr>
          <w:rFonts w:ascii="Georgia" w:hAnsi="Georgia"/>
          <w:b w:val="0"/>
          <w:i w:val="0"/>
          <w:color w:val="000000"/>
          <w:sz w:val="24"/>
        </w:rPr>
        <w:t xml:space="preserve"> (</w:t>
      </w:r>
      <w:r>
        <w:rPr>
          <w:rFonts w:ascii="Georgia" w:hAnsi="Georgia"/>
          <w:b w:val="0"/>
          <w:i/>
          <w:color w:val="000000"/>
          <w:sz w:val="24"/>
        </w:rPr>
        <w:t>экев анава</w:t>
      </w:r>
      <w:r>
        <w:rPr>
          <w:rFonts w:ascii="Georgia" w:hAnsi="Georgia"/>
          <w:b w:val="0"/>
          <w:i w:val="0"/>
          <w:color w:val="000000"/>
          <w:sz w:val="24"/>
        </w:rPr>
        <w:t>, Мишлей 22:4) — ведь написано не «пятки смирения» (</w:t>
      </w:r>
      <w:r>
        <w:rPr>
          <w:rFonts w:ascii="Georgia" w:hAnsi="Georgia"/>
          <w:b w:val="0"/>
          <w:i/>
          <w:color w:val="000000"/>
          <w:sz w:val="24"/>
        </w:rPr>
        <w:t>иквей а-анава</w:t>
      </w:r>
      <w:r>
        <w:rPr>
          <w:rFonts w:ascii="Georgia" w:hAnsi="Georgia"/>
          <w:b w:val="0"/>
          <w:i w:val="0"/>
          <w:color w:val="000000"/>
          <w:sz w:val="24"/>
        </w:rPr>
        <w:t xml:space="preserve">, </w:t>
      </w:r>
      <w:r>
        <w:rPr>
          <w:rFonts w:ascii="Georgia" w:hAnsi="Georgia" w:cs="Times New Roman"/>
          <w:b/>
          <w:i w:val="0"/>
          <w:color w:val="000000"/>
          <w:sz w:val="24"/>
          <w:rtl/>
          <w:szCs w:val="32"/>
        </w:rPr>
        <w:t>עִקְבֵי הָעֲנָוָה</w:t>
      </w:r>
      <w:r>
        <w:rPr>
          <w:rFonts w:ascii="Georgia" w:hAnsi="Georgia"/>
          <w:b w:val="0"/>
          <w:i w:val="0"/>
          <w:color w:val="000000"/>
          <w:sz w:val="24"/>
        </w:rPr>
        <w:t>), [а слово «пятка/следствие» (</w:t>
      </w:r>
      <w:r>
        <w:rPr>
          <w:rFonts w:ascii="Georgia" w:hAnsi="Georgia"/>
          <w:b w:val="0"/>
          <w:i/>
          <w:color w:val="000000"/>
          <w:sz w:val="24"/>
        </w:rPr>
        <w:t>экев</w:t>
      </w:r>
      <w:r>
        <w:rPr>
          <w:rFonts w:ascii="Georgia" w:hAnsi="Georgia"/>
          <w:b w:val="0"/>
          <w:i w:val="0"/>
          <w:color w:val="000000"/>
          <w:sz w:val="24"/>
        </w:rPr>
        <w:t xml:space="preserve">, </w:t>
      </w:r>
      <w:r>
        <w:rPr>
          <w:rFonts w:ascii="Georgia" w:hAnsi="Georgia" w:cs="Times New Roman"/>
          <w:b/>
          <w:i w:val="0"/>
          <w:color w:val="000000"/>
          <w:sz w:val="24"/>
          <w:rtl/>
          <w:szCs w:val="32"/>
        </w:rPr>
        <w:t>עֵקֶב</w:t>
      </w:r>
      <w:r>
        <w:rPr>
          <w:rFonts w:ascii="Georgia" w:hAnsi="Georgia"/>
          <w:b w:val="0"/>
          <w:i w:val="0"/>
          <w:color w:val="000000"/>
          <w:sz w:val="24"/>
        </w:rPr>
        <w:t>) стоит в единственном числе].</w:t>
      </w:r>
    </w:p>
    <w:p>
      <w:pPr>
        <w:spacing w:before="40" w:after="120"/>
        <w:jc w:val="both"/>
      </w:pPr>
      <w:r>
        <w:rPr>
          <w:rFonts w:ascii="Georgia" w:hAnsi="Georgia"/>
          <w:b w:val="0"/>
          <w:i w:val="0"/>
          <w:color w:val="000000"/>
          <w:sz w:val="24"/>
        </w:rPr>
        <w:t>Мне, Хаиму [Виталю], представляется, что я слышал от моего учителя, благословенна его память, что в этом же заключается тайна сказанного в недельной главе Тецаве и в «Сифра де-Цниюта»: «Суды Нуквы суровы в начале и мягки в конце». Ведь в Кетере Рахели находятся пятки Леи, представляющие собой наивысшую силу судов, как сказано выше.</w:t>
      </w:r>
    </w:p>
    <w:p>
      <w:pPr>
        <w:spacing w:before="40" w:after="120"/>
        <w:jc w:val="both"/>
      </w:pPr>
      <w:r>
        <w:rPr>
          <w:rFonts w:ascii="Georgia" w:hAnsi="Georgia"/>
          <w:b w:val="0"/>
          <w:i w:val="0"/>
          <w:color w:val="000000"/>
          <w:sz w:val="24"/>
        </w:rPr>
        <w:t>И вот, разъяснен вопрос о грехе Адама а-Ришон — как он произошел в Древе познания, представляющем собой две нижние трети Тиферет де-ЗА, которые являются раскрытыми светами Даат со стороны содержащихся в нем хасадим. Теперь ты поймешь и речения Зоара, которые кажутся противоречащими друг другу: в одних местах представляется, что грех Адама а-Ришон произошел в Нукве, в других — что в мужском начале (Захар), а в третьих — что в Кетере, где [водворилась] тьма, как упоминается в «Тиккуним» и в Зоаре к недельной главе Берешит. И всё это истина: ведь это Кетер, и притом Нуквы, Рахели, и находится он на уровне хазе де-ЗА. И в этом же смысл того, что [человек] «положил тьму между Кетером и Причиной Причин», как мы подробно объяснили при разборе греха Адама а-Ришон и вопроса о тех четырех мудрецах, которые вошли в Пардес.</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Вторая редакция.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и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служат для включения (умножения), </w:t>
      </w:r>
      <w:r>
        <w:rPr>
          <w:rFonts w:ascii="Georgia" w:hAnsi="Georgia"/>
          <w:b w:val="0"/>
          <w:i/>
          <w:color w:val="000000"/>
          <w:sz w:val="24"/>
        </w:rPr>
        <w:t>ах</w:t>
      </w:r>
      <w:r>
        <w:rPr>
          <w:rFonts w:ascii="Georgia" w:hAnsi="Georgia"/>
          <w:b w:val="0"/>
          <w:i w:val="0"/>
          <w:color w:val="000000"/>
          <w:sz w:val="24"/>
        </w:rPr>
        <w:t xml:space="preserve"> (</w:t>
      </w:r>
      <w:r>
        <w:rPr>
          <w:rFonts w:ascii="Georgia" w:hAnsi="Georgia" w:cs="Times New Roman"/>
          <w:b/>
          <w:i w:val="0"/>
          <w:color w:val="000000"/>
          <w:sz w:val="24"/>
          <w:rtl/>
          <w:szCs w:val="32"/>
        </w:rPr>
        <w:t>אַךְ</w:t>
      </w:r>
      <w:r>
        <w:rPr>
          <w:rFonts w:ascii="Georgia" w:hAnsi="Georgia"/>
          <w:b w:val="0"/>
          <w:i w:val="0"/>
          <w:color w:val="000000"/>
          <w:sz w:val="24"/>
        </w:rPr>
        <w:t xml:space="preserve">) и </w:t>
      </w:r>
      <w:r>
        <w:rPr>
          <w:rFonts w:ascii="Georgia" w:hAnsi="Georgia"/>
          <w:b w:val="0"/>
          <w:i/>
          <w:color w:val="000000"/>
          <w:sz w:val="24"/>
        </w:rPr>
        <w:t>рак</w:t>
      </w:r>
      <w:r>
        <w:rPr>
          <w:rFonts w:ascii="Georgia" w:hAnsi="Georgia"/>
          <w:b w:val="0"/>
          <w:i w:val="0"/>
          <w:color w:val="000000"/>
          <w:sz w:val="24"/>
        </w:rPr>
        <w:t xml:space="preserve"> (</w:t>
      </w:r>
      <w:r>
        <w:rPr>
          <w:rFonts w:ascii="Georgia" w:hAnsi="Georgia" w:cs="Times New Roman"/>
          <w:b/>
          <w:i w:val="0"/>
          <w:color w:val="000000"/>
          <w:sz w:val="24"/>
          <w:rtl/>
          <w:szCs w:val="32"/>
        </w:rPr>
        <w:t>רַק</w:t>
      </w:r>
      <w:r>
        <w:rPr>
          <w:rFonts w:ascii="Georgia" w:hAnsi="Georgia"/>
          <w:b w:val="0"/>
          <w:i w:val="0"/>
          <w:color w:val="000000"/>
          <w:sz w:val="24"/>
        </w:rPr>
        <w:t>) — для исключения (уменьшения)». Тайна этих слов [в следующем]: уже известно, что парцуф ЗА включает в себя двух жен — Лею и Рахель. И они представляют собой две стороны, являющиеся двумя умножениями и двумя уменьшениями в одном парцуфе ЗА. Ведь умножение всегда относится к Нукве, поскольку сначала был сотворен Адам, а затем Святой, благословен Он, взял ребро, умножил его [строение] и сотворил из него Нукву. И вот, от хазе и выше, в сокрытом месте, сзади располагается Лея, называемая скрытым миром (</w:t>
      </w:r>
      <w:r>
        <w:rPr>
          <w:rFonts w:ascii="Georgia" w:hAnsi="Georgia"/>
          <w:b w:val="0"/>
          <w:i/>
          <w:color w:val="000000"/>
          <w:sz w:val="24"/>
        </w:rPr>
        <w:t>алма де-иткасья</w:t>
      </w:r>
      <w:r>
        <w:rPr>
          <w:rFonts w:ascii="Georgia" w:hAnsi="Georgia"/>
          <w:b w:val="0"/>
          <w:i w:val="0"/>
          <w:color w:val="000000"/>
          <w:sz w:val="24"/>
        </w:rPr>
        <w:t>). И у нее есть умножение и уменьшение. Уменьшение состоит в том, что иногда она находится на уровне [буквы] йод (</w:t>
      </w:r>
      <w:r>
        <w:rPr>
          <w:rFonts w:ascii="Georgia" w:hAnsi="Georgia" w:cs="Times New Roman"/>
          <w:b/>
          <w:i w:val="0"/>
          <w:color w:val="000000"/>
          <w:sz w:val="24"/>
          <w:rtl/>
          <w:szCs w:val="32"/>
        </w:rPr>
        <w:t>י</w:t>
      </w:r>
      <w:r>
        <w:rPr>
          <w:rFonts w:ascii="Georgia" w:hAnsi="Georgia"/>
          <w:b w:val="0"/>
          <w:i w:val="0"/>
          <w:color w:val="000000"/>
          <w:sz w:val="24"/>
        </w:rPr>
        <w:t xml:space="preserve">) из десяти сфирот ахораим де-Има, как известно, являясь внешней частью Малхут де-Има, и в ней есть лишь ахораим сфирот. И в этом смысл [слова] </w:t>
      </w:r>
      <w:r>
        <w:rPr>
          <w:rFonts w:ascii="Georgia" w:hAnsi="Georgia"/>
          <w:b w:val="0"/>
          <w:i/>
          <w:color w:val="000000"/>
          <w:sz w:val="24"/>
        </w:rPr>
        <w:t>ах</w:t>
      </w:r>
      <w:r>
        <w:rPr>
          <w:rFonts w:ascii="Georgia" w:hAnsi="Georgia"/>
          <w:b w:val="0"/>
          <w:i w:val="0"/>
          <w:color w:val="000000"/>
          <w:sz w:val="24"/>
        </w:rPr>
        <w:t xml:space="preserve"> (</w:t>
      </w:r>
      <w:r>
        <w:rPr>
          <w:rFonts w:ascii="Georgia" w:hAnsi="Georgia" w:cs="Times New Roman"/>
          <w:b/>
          <w:i w:val="0"/>
          <w:color w:val="000000"/>
          <w:sz w:val="24"/>
          <w:rtl/>
          <w:szCs w:val="32"/>
        </w:rPr>
        <w:t>אַךְ</w:t>
      </w:r>
      <w:r>
        <w:rPr>
          <w:rFonts w:ascii="Georgia" w:hAnsi="Georgia"/>
          <w:b w:val="0"/>
          <w:i w:val="0"/>
          <w:color w:val="000000"/>
          <w:sz w:val="24"/>
        </w:rPr>
        <w:t>), служащего для уменьшения: «</w:t>
      </w:r>
      <w:r>
        <w:rPr>
          <w:rFonts w:ascii="Georgia" w:hAnsi="Georgia"/>
          <w:b w:val="0"/>
          <w:i/>
          <w:color w:val="000000"/>
          <w:sz w:val="24"/>
        </w:rPr>
        <w:t>ах</w:t>
      </w:r>
      <w:r>
        <w:rPr>
          <w:rFonts w:ascii="Georgia" w:hAnsi="Georgia"/>
          <w:b w:val="0"/>
          <w:i w:val="0"/>
          <w:color w:val="000000"/>
          <w:sz w:val="24"/>
        </w:rPr>
        <w:t xml:space="preserve"> — Лея». Ведь она представляет собой уровень йод из ахораим де-Има, в которой пребывает Имя ЭЙЕ с числовым значением [слова] </w:t>
      </w:r>
      <w:r>
        <w:rPr>
          <w:rFonts w:ascii="Georgia" w:hAnsi="Georgia"/>
          <w:b w:val="0"/>
          <w:i/>
          <w:color w:val="000000"/>
          <w:sz w:val="24"/>
        </w:rPr>
        <w:t>ах</w:t>
      </w:r>
      <w:r>
        <w:rPr>
          <w:rFonts w:ascii="Georgia" w:hAnsi="Georgia"/>
          <w:b w:val="0"/>
          <w:i w:val="0"/>
          <w:color w:val="000000"/>
          <w:sz w:val="24"/>
        </w:rPr>
        <w:t xml:space="preserve"> (</w:t>
      </w:r>
      <w:r>
        <w:rPr>
          <w:rFonts w:ascii="Georgia" w:hAnsi="Georgia" w:cs="Times New Roman"/>
          <w:b/>
          <w:i w:val="0"/>
          <w:color w:val="000000"/>
          <w:sz w:val="24"/>
          <w:rtl/>
          <w:szCs w:val="32"/>
        </w:rPr>
        <w:t>אַךְ</w:t>
      </w:r>
      <w:r>
        <w:rPr>
          <w:rFonts w:ascii="Georgia" w:hAnsi="Georgia"/>
          <w:b w:val="0"/>
          <w:i w:val="0"/>
          <w:color w:val="000000"/>
          <w:sz w:val="24"/>
        </w:rPr>
        <w:t xml:space="preserve"> = 21). А иногда в ней присутствуют два умножения, то есть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и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поскольку она берет из облачений четырех мохин, представляющих собой четыре Имени ЭЙЕ с их наполнениями.</w:t>
      </w:r>
    </w:p>
    <w:p>
      <w:pPr>
        <w:spacing w:before="40" w:after="120"/>
        <w:jc w:val="both"/>
      </w:pPr>
      <w:r>
        <w:rPr>
          <w:rFonts w:ascii="Georgia" w:hAnsi="Georgia"/>
          <w:b w:val="0"/>
          <w:i w:val="0"/>
          <w:color w:val="000000"/>
          <w:sz w:val="24"/>
        </w:rPr>
        <w:t xml:space="preserve">Однако сначала она взяла лишь их совокупность — четыре первые буквы, число которых наибольшее, и они также наиболее возвышенны и многочисленны, и из них образовался ее Кетер; а [также] четыре буквы алеф, составляющие по гематрии </w:t>
      </w:r>
      <w:r>
        <w:rPr>
          <w:rFonts w:ascii="Georgia" w:hAnsi="Georgia"/>
          <w:b w:val="0"/>
          <w:i/>
          <w:color w:val="000000"/>
          <w:sz w:val="24"/>
        </w:rPr>
        <w:t>мидат</w:t>
      </w:r>
      <w:r>
        <w:rPr>
          <w:rFonts w:ascii="Georgia" w:hAnsi="Georgia"/>
          <w:b w:val="0"/>
          <w:i w:val="0"/>
          <w:color w:val="000000"/>
          <w:sz w:val="24"/>
        </w:rPr>
        <w:t xml:space="preserve"> (</w:t>
      </w:r>
      <w:r>
        <w:rPr>
          <w:rFonts w:ascii="Georgia" w:hAnsi="Georgia" w:cs="Times New Roman"/>
          <w:b/>
          <w:i w:val="0"/>
          <w:color w:val="000000"/>
          <w:sz w:val="24"/>
          <w:rtl/>
          <w:szCs w:val="32"/>
        </w:rPr>
        <w:t>מִדַּת</w:t>
      </w:r>
      <w:r>
        <w:rPr>
          <w:rFonts w:ascii="Georgia" w:hAnsi="Georgia"/>
          <w:b w:val="0"/>
          <w:i w:val="0"/>
          <w:color w:val="000000"/>
          <w:sz w:val="24"/>
        </w:rPr>
        <w:t xml:space="preserve"> = 444), как мы объяснили по стиху </w:t>
      </w:r>
      <w:r>
        <w:rPr>
          <w:rFonts w:ascii="Georgia" w:hAnsi="Georgia"/>
          <w:b w:val="0"/>
          <w:i/>
          <w:color w:val="000000"/>
          <w:sz w:val="24"/>
        </w:rPr>
        <w:t>«...и какова мера дней моих...»</w:t>
      </w:r>
      <w:r>
        <w:rPr>
          <w:rFonts w:ascii="Georgia" w:hAnsi="Georgia"/>
          <w:b w:val="0"/>
          <w:i w:val="0"/>
          <w:color w:val="000000"/>
          <w:sz w:val="24"/>
        </w:rPr>
        <w:t xml:space="preserve"> (Теилим 39:5). И вот, слово </w:t>
      </w:r>
      <w:r>
        <w:rPr>
          <w:rFonts w:ascii="Georgia" w:hAnsi="Georgia"/>
          <w:b w:val="0"/>
          <w:i/>
          <w:color w:val="000000"/>
          <w:sz w:val="24"/>
        </w:rPr>
        <w:t>мидат</w:t>
      </w:r>
      <w:r>
        <w:rPr>
          <w:rFonts w:ascii="Georgia" w:hAnsi="Georgia"/>
          <w:b w:val="0"/>
          <w:i w:val="0"/>
          <w:color w:val="000000"/>
          <w:sz w:val="24"/>
        </w:rPr>
        <w:t xml:space="preserve"> равно по числу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 43) и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 401), и оба эти умножения пребывают в Лее, являясь тайной упомянутого ее Кетера, созданного из четырех букв алеф, на которые намекает большая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в слове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b w:val="0"/>
          <w:i/>
          <w:color w:val="000000"/>
          <w:sz w:val="24"/>
        </w:rPr>
        <w:t>«...Один»</w:t>
      </w:r>
      <w:r>
        <w:rPr>
          <w:rFonts w:ascii="Georgia" w:hAnsi="Georgia"/>
          <w:b w:val="0"/>
          <w:i w:val="0"/>
          <w:color w:val="000000"/>
          <w:sz w:val="24"/>
        </w:rPr>
        <w:t>, Дварим 6:4), представляющая собой Лею, как сказано там выше.</w:t>
      </w:r>
    </w:p>
    <w:p>
      <w:pPr>
        <w:spacing w:before="40" w:after="120"/>
        <w:jc w:val="both"/>
      </w:pPr>
      <w:r>
        <w:rPr>
          <w:rFonts w:ascii="Georgia" w:hAnsi="Georgia"/>
          <w:b w:val="0"/>
          <w:i w:val="0"/>
          <w:color w:val="000000"/>
          <w:sz w:val="24"/>
        </w:rPr>
        <w:t xml:space="preserve">Вот еще одно объяснение тому, что </w:t>
      </w:r>
      <w:r>
        <w:rPr>
          <w:rFonts w:ascii="Georgia" w:hAnsi="Georgia"/>
          <w:b w:val="0"/>
          <w:i/>
          <w:color w:val="000000"/>
          <w:sz w:val="24"/>
        </w:rPr>
        <w:t>гам</w:t>
      </w:r>
      <w:r>
        <w:rPr>
          <w:rFonts w:ascii="Georgia" w:hAnsi="Georgia"/>
          <w:b w:val="0"/>
          <w:i w:val="0"/>
          <w:color w:val="000000"/>
          <w:sz w:val="24"/>
        </w:rPr>
        <w:t xml:space="preserve"> и </w:t>
      </w:r>
      <w:r>
        <w:rPr>
          <w:rFonts w:ascii="Georgia" w:hAnsi="Georgia"/>
          <w:b w:val="0"/>
          <w:i/>
          <w:color w:val="000000"/>
          <w:sz w:val="24"/>
        </w:rPr>
        <w:t>эт</w:t>
      </w:r>
      <w:r>
        <w:rPr>
          <w:rFonts w:ascii="Georgia" w:hAnsi="Georgia"/>
          <w:b w:val="0"/>
          <w:i w:val="0"/>
          <w:color w:val="000000"/>
          <w:sz w:val="24"/>
        </w:rPr>
        <w:t xml:space="preserve"> служат для умножения: ведь Лея выходит от хазе де-ЗА и выше и охватывает три его линии, в которых находятся четыре сфиры — Хохма и Бина (ХУБ), Хесед и Гвура, поскольку в Даат у нее еще нет доли, и они суть тайна [числа] четыре (буквы далет). И эти четыре сфиры, каждая из которых включает десять, дают по гематрии 40 (букву мэм, </w:t>
      </w:r>
      <w:r>
        <w:rPr>
          <w:rFonts w:ascii="Georgia" w:hAnsi="Georgia" w:cs="Times New Roman"/>
          <w:b/>
          <w:i w:val="0"/>
          <w:color w:val="000000"/>
          <w:sz w:val="24"/>
          <w:rtl/>
          <w:szCs w:val="32"/>
        </w:rPr>
        <w:t>מ</w:t>
      </w:r>
      <w:r>
        <w:rPr>
          <w:rFonts w:ascii="Georgia" w:hAnsi="Georgia"/>
          <w:b w:val="0"/>
          <w:i w:val="0"/>
          <w:color w:val="000000"/>
          <w:sz w:val="24"/>
        </w:rPr>
        <w:t xml:space="preserve">); а десятка, умноженная на десять, дает 400 (букву тав, </w:t>
      </w:r>
      <w:r>
        <w:rPr>
          <w:rFonts w:ascii="Georgia" w:hAnsi="Georgia" w:cs="Times New Roman"/>
          <w:b/>
          <w:i w:val="0"/>
          <w:color w:val="000000"/>
          <w:sz w:val="24"/>
          <w:rtl/>
          <w:szCs w:val="32"/>
        </w:rPr>
        <w:t>ת</w:t>
      </w:r>
      <w:r>
        <w:rPr>
          <w:rFonts w:ascii="Georgia" w:hAnsi="Georgia"/>
          <w:b w:val="0"/>
          <w:i w:val="0"/>
          <w:color w:val="000000"/>
          <w:sz w:val="24"/>
        </w:rPr>
        <w:t xml:space="preserve">), и [вместе с четырьмя сфирот как буквой далет, </w:t>
      </w:r>
      <w:r>
        <w:rPr>
          <w:rFonts w:ascii="Georgia" w:hAnsi="Georgia" w:cs="Times New Roman"/>
          <w:b/>
          <w:i w:val="0"/>
          <w:color w:val="000000"/>
          <w:sz w:val="24"/>
          <w:rtl/>
          <w:szCs w:val="32"/>
        </w:rPr>
        <w:t>ד</w:t>
      </w:r>
      <w:r>
        <w:rPr>
          <w:rFonts w:ascii="Georgia" w:hAnsi="Georgia"/>
          <w:b w:val="0"/>
          <w:i w:val="0"/>
          <w:color w:val="000000"/>
          <w:sz w:val="24"/>
        </w:rPr>
        <w:t xml:space="preserve"> = 4] они составляют слово </w:t>
      </w:r>
      <w:r>
        <w:rPr>
          <w:rFonts w:ascii="Georgia" w:hAnsi="Georgia"/>
          <w:b w:val="0"/>
          <w:i/>
          <w:color w:val="000000"/>
          <w:sz w:val="24"/>
        </w:rPr>
        <w:t>мидат</w:t>
      </w:r>
      <w:r>
        <w:rPr>
          <w:rFonts w:ascii="Georgia" w:hAnsi="Georgia"/>
          <w:b w:val="0"/>
          <w:i w:val="0"/>
          <w:color w:val="000000"/>
          <w:sz w:val="24"/>
        </w:rPr>
        <w:t xml:space="preserve"> (</w:t>
      </w:r>
      <w:r>
        <w:rPr>
          <w:rFonts w:ascii="Georgia" w:hAnsi="Georgia" w:cs="Times New Roman"/>
          <w:b/>
          <w:i w:val="0"/>
          <w:color w:val="000000"/>
          <w:sz w:val="24"/>
          <w:rtl/>
          <w:szCs w:val="32"/>
        </w:rPr>
        <w:t>מִדַּת</w:t>
      </w:r>
      <w:r>
        <w:rPr>
          <w:rFonts w:ascii="Georgia" w:hAnsi="Georgia"/>
          <w:b w:val="0"/>
          <w:i w:val="0"/>
          <w:color w:val="000000"/>
          <w:sz w:val="24"/>
        </w:rPr>
        <w:t xml:space="preserve"> = 444), равное числу </w:t>
      </w:r>
      <w:r>
        <w:rPr>
          <w:rFonts w:ascii="Georgia" w:hAnsi="Georgia"/>
          <w:b w:val="0"/>
          <w:i/>
          <w:color w:val="000000"/>
          <w:sz w:val="24"/>
        </w:rPr>
        <w:t>гам</w:t>
      </w:r>
      <w:r>
        <w:rPr>
          <w:rFonts w:ascii="Georgia" w:hAnsi="Georgia"/>
          <w:b w:val="0"/>
          <w:i w:val="0"/>
          <w:color w:val="000000"/>
          <w:sz w:val="24"/>
        </w:rPr>
        <w:t xml:space="preserve"> и </w:t>
      </w:r>
      <w:r>
        <w:rPr>
          <w:rFonts w:ascii="Georgia" w:hAnsi="Georgia"/>
          <w:b w:val="0"/>
          <w:i/>
          <w:color w:val="000000"/>
          <w:sz w:val="24"/>
        </w:rPr>
        <w:t>эт</w:t>
      </w:r>
      <w:r>
        <w:rPr>
          <w:rFonts w:ascii="Georgia" w:hAnsi="Georgia"/>
          <w:b w:val="0"/>
          <w:i w:val="0"/>
          <w:color w:val="000000"/>
          <w:sz w:val="24"/>
        </w:rPr>
        <w:t xml:space="preserve">. Есть еще один аспект умножения, а именно: все те четыре сфиры, каждая из которых включает десять, составляют 40 (букву мэм); кроме того, она охватывает покрытую треть Тиферет, а это треть от десяти, то есть три (буква гимель), — и вот получается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 43). К тому же Лея — это Малхут де-Има, в которой находится основа 22 букв (большие буквы находятся в Бине, где расположена Лея, и они идут) от алеф до тав, что составляет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 вот и получается, что </w:t>
      </w:r>
      <w:r>
        <w:rPr>
          <w:rFonts w:ascii="Georgia" w:hAnsi="Georgia"/>
          <w:b w:val="0"/>
          <w:i/>
          <w:color w:val="000000"/>
          <w:sz w:val="24"/>
        </w:rPr>
        <w:t>гам</w:t>
      </w:r>
      <w:r>
        <w:rPr>
          <w:rFonts w:ascii="Georgia" w:hAnsi="Georgia"/>
          <w:b w:val="0"/>
          <w:i w:val="0"/>
          <w:color w:val="000000"/>
          <w:sz w:val="24"/>
        </w:rPr>
        <w:t xml:space="preserve"> и </w:t>
      </w:r>
      <w:r>
        <w:rPr>
          <w:rFonts w:ascii="Georgia" w:hAnsi="Georgia"/>
          <w:b w:val="0"/>
          <w:i/>
          <w:color w:val="000000"/>
          <w:sz w:val="24"/>
        </w:rPr>
        <w:t>эт</w:t>
      </w:r>
      <w:r>
        <w:rPr>
          <w:rFonts w:ascii="Georgia" w:hAnsi="Georgia"/>
          <w:b w:val="0"/>
          <w:i w:val="0"/>
          <w:color w:val="000000"/>
          <w:sz w:val="24"/>
        </w:rPr>
        <w:t xml:space="preserve"> служат для умножения.</w:t>
      </w:r>
    </w:p>
    <w:p>
      <w:pPr>
        <w:spacing w:before="40" w:after="120"/>
        <w:jc w:val="both"/>
      </w:pPr>
      <w:r>
        <w:rPr>
          <w:rFonts w:ascii="Georgia" w:hAnsi="Georgia"/>
          <w:b w:val="0"/>
          <w:i w:val="0"/>
          <w:color w:val="000000"/>
          <w:sz w:val="24"/>
        </w:rPr>
        <w:t>И есть еще одно умножение: ведь она — ахораим де-Бина, и в ней пребывает Имя ЭЙЕ, развернутое в виде ахораим, что составляет 44 (</w:t>
      </w:r>
      <w:r>
        <w:rPr>
          <w:rFonts w:ascii="Georgia" w:hAnsi="Georgia" w:cs="Times New Roman"/>
          <w:b/>
          <w:i w:val="0"/>
          <w:color w:val="000000"/>
          <w:sz w:val="24"/>
          <w:rtl/>
          <w:szCs w:val="32"/>
        </w:rPr>
        <w:t>מ״ד</w:t>
      </w:r>
      <w:r>
        <w:rPr>
          <w:rFonts w:ascii="Georgia" w:hAnsi="Georgia"/>
          <w:b w:val="0"/>
          <w:i w:val="0"/>
          <w:color w:val="000000"/>
          <w:sz w:val="24"/>
        </w:rPr>
        <w:t>); отними отсюда алеф (</w:t>
      </w:r>
      <w:r>
        <w:rPr>
          <w:rFonts w:ascii="Georgia" w:hAnsi="Georgia" w:cs="Times New Roman"/>
          <w:b/>
          <w:i w:val="0"/>
          <w:color w:val="000000"/>
          <w:sz w:val="24"/>
          <w:rtl/>
          <w:szCs w:val="32"/>
        </w:rPr>
        <w:t>א</w:t>
      </w:r>
      <w:r>
        <w:rPr>
          <w:rFonts w:ascii="Georgia" w:hAnsi="Georgia"/>
          <w:b w:val="0"/>
          <w:i w:val="0"/>
          <w:color w:val="000000"/>
          <w:sz w:val="24"/>
        </w:rPr>
        <w:t xml:space="preserve"> = 1), останется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 43), и это смысл того, что </w:t>
      </w:r>
      <w:r>
        <w:rPr>
          <w:rFonts w:ascii="Georgia" w:hAnsi="Georgia"/>
          <w:b w:val="0"/>
          <w:i/>
          <w:color w:val="000000"/>
          <w:sz w:val="24"/>
        </w:rPr>
        <w:t>гам</w:t>
      </w:r>
      <w:r>
        <w:rPr>
          <w:rFonts w:ascii="Georgia" w:hAnsi="Georgia"/>
          <w:b w:val="0"/>
          <w:i w:val="0"/>
          <w:color w:val="000000"/>
          <w:sz w:val="24"/>
        </w:rPr>
        <w:t xml:space="preserve"> служит для умножения. (И вот, в Рахели также есть </w:t>
      </w:r>
      <w:r>
        <w:rPr>
          <w:rFonts w:ascii="Georgia" w:hAnsi="Georgia"/>
          <w:b w:val="0"/>
          <w:i/>
          <w:color w:val="000000"/>
          <w:sz w:val="24"/>
        </w:rPr>
        <w:t>гам</w:t>
      </w:r>
      <w:r>
        <w:rPr>
          <w:rFonts w:ascii="Georgia" w:hAnsi="Georgia"/>
          <w:b w:val="0"/>
          <w:i w:val="0"/>
          <w:color w:val="000000"/>
          <w:sz w:val="24"/>
        </w:rPr>
        <w:t xml:space="preserve">, </w:t>
      </w:r>
      <w:r>
        <w:rPr>
          <w:rFonts w:ascii="Georgia" w:hAnsi="Georgia"/>
          <w:b w:val="0"/>
          <w:i/>
          <w:color w:val="000000"/>
          <w:sz w:val="24"/>
        </w:rPr>
        <w:t>эт</w:t>
      </w:r>
      <w:r>
        <w:rPr>
          <w:rFonts w:ascii="Georgia" w:hAnsi="Georgia"/>
          <w:b w:val="0"/>
          <w:i w:val="0"/>
          <w:color w:val="000000"/>
          <w:sz w:val="24"/>
        </w:rPr>
        <w:t xml:space="preserve">, </w:t>
      </w:r>
      <w:r>
        <w:rPr>
          <w:rFonts w:ascii="Georgia" w:hAnsi="Georgia"/>
          <w:b w:val="0"/>
          <w:i/>
          <w:color w:val="000000"/>
          <w:sz w:val="24"/>
        </w:rPr>
        <w:t>ах</w:t>
      </w:r>
      <w:r>
        <w:rPr>
          <w:rFonts w:ascii="Georgia" w:hAnsi="Georgia"/>
          <w:b w:val="0"/>
          <w:i w:val="0"/>
          <w:color w:val="000000"/>
          <w:sz w:val="24"/>
        </w:rPr>
        <w:t xml:space="preserve"> и </w:t>
      </w:r>
      <w:r>
        <w:rPr>
          <w:rFonts w:ascii="Georgia" w:hAnsi="Georgia"/>
          <w:b w:val="0"/>
          <w:i/>
          <w:color w:val="000000"/>
          <w:sz w:val="24"/>
        </w:rPr>
        <w:t>рак</w:t>
      </w:r>
      <w:r>
        <w:rPr>
          <w:rFonts w:ascii="Georgia" w:hAnsi="Georgia"/>
          <w:b w:val="0"/>
          <w:i w:val="0"/>
          <w:color w:val="000000"/>
          <w:sz w:val="24"/>
        </w:rPr>
        <w:t xml:space="preserve">, и объясним сначала то, что относится к Рахели). Слова же </w:t>
      </w:r>
      <w:r>
        <w:rPr>
          <w:rFonts w:ascii="Georgia" w:hAnsi="Georgia"/>
          <w:b w:val="0"/>
          <w:i/>
          <w:color w:val="000000"/>
          <w:sz w:val="24"/>
        </w:rPr>
        <w:t>ах</w:t>
      </w:r>
      <w:r>
        <w:rPr>
          <w:rFonts w:ascii="Georgia" w:hAnsi="Georgia"/>
          <w:b w:val="0"/>
          <w:i w:val="0"/>
          <w:color w:val="000000"/>
          <w:sz w:val="24"/>
        </w:rPr>
        <w:t xml:space="preserve"> (</w:t>
      </w:r>
      <w:r>
        <w:rPr>
          <w:rFonts w:ascii="Georgia" w:hAnsi="Georgia" w:cs="Times New Roman"/>
          <w:b/>
          <w:i w:val="0"/>
          <w:color w:val="000000"/>
          <w:sz w:val="24"/>
          <w:rtl/>
          <w:szCs w:val="32"/>
        </w:rPr>
        <w:t>אַךְ</w:t>
      </w:r>
      <w:r>
        <w:rPr>
          <w:rFonts w:ascii="Georgia" w:hAnsi="Georgia"/>
          <w:b w:val="0"/>
          <w:i w:val="0"/>
          <w:color w:val="000000"/>
          <w:sz w:val="24"/>
        </w:rPr>
        <w:t xml:space="preserve">) и </w:t>
      </w:r>
      <w:r>
        <w:rPr>
          <w:rFonts w:ascii="Georgia" w:hAnsi="Georgia"/>
          <w:b w:val="0"/>
          <w:i/>
          <w:color w:val="000000"/>
          <w:sz w:val="24"/>
        </w:rPr>
        <w:t>рак</w:t>
      </w:r>
      <w:r>
        <w:rPr>
          <w:rFonts w:ascii="Georgia" w:hAnsi="Georgia"/>
          <w:b w:val="0"/>
          <w:i w:val="0"/>
          <w:color w:val="000000"/>
          <w:sz w:val="24"/>
        </w:rPr>
        <w:t xml:space="preserve"> (</w:t>
      </w:r>
      <w:r>
        <w:rPr>
          <w:rFonts w:ascii="Georgia" w:hAnsi="Georgia" w:cs="Times New Roman"/>
          <w:b/>
          <w:i w:val="0"/>
          <w:color w:val="000000"/>
          <w:sz w:val="24"/>
          <w:rtl/>
          <w:szCs w:val="32"/>
        </w:rPr>
        <w:t>רַק</w:t>
      </w:r>
      <w:r>
        <w:rPr>
          <w:rFonts w:ascii="Georgia" w:hAnsi="Georgia"/>
          <w:b w:val="0"/>
          <w:i w:val="0"/>
          <w:color w:val="000000"/>
          <w:sz w:val="24"/>
        </w:rPr>
        <w:t>), являющиеся двумя уменьшениями, относятся к Рахели, поскольку она получает уменьшенную меру светов Леи, как известно из каванот при чтении «Шма». И поэтому она — суд; а также оттого, что у нее нет высшего свечения, она остается в своем уменьшении, являясь судом. Ведь она — свойство Имени АДОНАЙ, и три буквы слова «суд» (</w:t>
      </w:r>
      <w:r>
        <w:rPr>
          <w:rFonts w:ascii="Georgia" w:hAnsi="Georgia"/>
          <w:b w:val="0"/>
          <w:i/>
          <w:color w:val="000000"/>
          <w:sz w:val="24"/>
        </w:rPr>
        <w:t>дин</w:t>
      </w:r>
      <w:r>
        <w:rPr>
          <w:rFonts w:ascii="Georgia" w:hAnsi="Georgia"/>
          <w:b w:val="0"/>
          <w:i w:val="0"/>
          <w:color w:val="000000"/>
          <w:sz w:val="24"/>
        </w:rPr>
        <w:t xml:space="preserve">, </w:t>
      </w:r>
      <w:r>
        <w:rPr>
          <w:rFonts w:ascii="Georgia" w:hAnsi="Georgia" w:cs="Times New Roman"/>
          <w:b/>
          <w:i w:val="0"/>
          <w:color w:val="000000"/>
          <w:sz w:val="24"/>
          <w:rtl/>
          <w:szCs w:val="32"/>
        </w:rPr>
        <w:t>דִּין</w:t>
      </w:r>
      <w:r>
        <w:rPr>
          <w:rFonts w:ascii="Georgia" w:hAnsi="Georgia"/>
          <w:b w:val="0"/>
          <w:i w:val="0"/>
          <w:color w:val="000000"/>
          <w:sz w:val="24"/>
        </w:rPr>
        <w:t xml:space="preserve"> = 64), содержащиеся в ней, умноженные пять раз соответственно пяти гвурот, дают 320 (</w:t>
      </w:r>
      <w:r>
        <w:rPr>
          <w:rFonts w:ascii="Georgia" w:hAnsi="Georgia" w:cs="Times New Roman"/>
          <w:b/>
          <w:i w:val="0"/>
          <w:color w:val="000000"/>
          <w:sz w:val="24"/>
          <w:rtl/>
          <w:szCs w:val="32"/>
        </w:rPr>
        <w:t>ש״ך</w:t>
      </w:r>
      <w:r>
        <w:rPr>
          <w:rFonts w:ascii="Georgia" w:hAnsi="Georgia"/>
          <w:b w:val="0"/>
          <w:i w:val="0"/>
          <w:color w:val="000000"/>
          <w:sz w:val="24"/>
        </w:rPr>
        <w:t xml:space="preserve">) искр законченного суда, так как это буквы слова «суд» (5 × 64 = 320). И это суть </w:t>
      </w:r>
      <w:r>
        <w:rPr>
          <w:rFonts w:ascii="Georgia" w:hAnsi="Georgia"/>
          <w:b w:val="0"/>
          <w:i/>
          <w:color w:val="000000"/>
          <w:sz w:val="24"/>
        </w:rPr>
        <w:t>ах</w:t>
      </w:r>
      <w:r>
        <w:rPr>
          <w:rFonts w:ascii="Georgia" w:hAnsi="Georgia"/>
          <w:b w:val="0"/>
          <w:i w:val="0"/>
          <w:color w:val="000000"/>
          <w:sz w:val="24"/>
        </w:rPr>
        <w:t xml:space="preserve"> и </w:t>
      </w:r>
      <w:r>
        <w:rPr>
          <w:rFonts w:ascii="Georgia" w:hAnsi="Georgia"/>
          <w:b w:val="0"/>
          <w:i/>
          <w:color w:val="000000"/>
          <w:sz w:val="24"/>
        </w:rPr>
        <w:t>рак</w:t>
      </w:r>
      <w:r>
        <w:rPr>
          <w:rFonts w:ascii="Georgia" w:hAnsi="Georgia"/>
          <w:b w:val="0"/>
          <w:i w:val="0"/>
          <w:color w:val="000000"/>
          <w:sz w:val="24"/>
        </w:rPr>
        <w:t xml:space="preserve"> (</w:t>
      </w:r>
      <w:r>
        <w:rPr>
          <w:rFonts w:ascii="Georgia" w:hAnsi="Georgia" w:cs="Times New Roman"/>
          <w:b/>
          <w:i w:val="0"/>
          <w:color w:val="000000"/>
          <w:sz w:val="24"/>
          <w:rtl/>
          <w:szCs w:val="32"/>
        </w:rPr>
        <w:t>אַךְ</w:t>
      </w:r>
      <w:r>
        <w:rPr>
          <w:rFonts w:ascii="Georgia" w:hAnsi="Georgia"/>
          <w:b w:val="0"/>
          <w:i w:val="0"/>
          <w:color w:val="000000"/>
          <w:sz w:val="24"/>
        </w:rPr>
        <w:t xml:space="preserve"> и </w:t>
      </w:r>
      <w:r>
        <w:rPr>
          <w:rFonts w:ascii="Georgia" w:hAnsi="Georgia" w:cs="Times New Roman"/>
          <w:b/>
          <w:i w:val="0"/>
          <w:color w:val="000000"/>
          <w:sz w:val="24"/>
          <w:rtl/>
          <w:szCs w:val="32"/>
        </w:rPr>
        <w:t>רַק</w:t>
      </w:r>
      <w:r>
        <w:rPr>
          <w:rFonts w:ascii="Georgia" w:hAnsi="Georgia"/>
          <w:b w:val="0"/>
          <w:i w:val="0"/>
          <w:color w:val="000000"/>
          <w:sz w:val="24"/>
        </w:rPr>
        <w:t>), составляющие 320 судов, когда она пребывает в уменьшении без высшего свечения (ведь букву алеф уже взяла Лея, как сказано выше).</w:t>
      </w:r>
    </w:p>
    <w:p>
      <w:pPr>
        <w:spacing w:before="40" w:after="120"/>
        <w:jc w:val="both"/>
      </w:pPr>
      <w:r>
        <w:rPr>
          <w:rFonts w:ascii="Georgia" w:hAnsi="Georgia"/>
          <w:b w:val="0"/>
          <w:i w:val="0"/>
          <w:color w:val="000000"/>
          <w:sz w:val="24"/>
        </w:rPr>
        <w:t xml:space="preserve">Когда же к ней приходит свечение от Има от букв алеф в Имени ЭЙЕ, тогда в ней прибавляются свечение и смягчение; и это пять букв алеф (при этом Имя АДОНАЙ становится мягким судом, </w:t>
      </w:r>
      <w:r>
        <w:rPr>
          <w:rFonts w:ascii="Georgia" w:hAnsi="Georgia"/>
          <w:b w:val="0"/>
          <w:i/>
          <w:color w:val="000000"/>
          <w:sz w:val="24"/>
        </w:rPr>
        <w:t>дина рафья</w:t>
      </w:r>
      <w:r>
        <w:rPr>
          <w:rFonts w:ascii="Georgia" w:hAnsi="Georgia"/>
          <w:b w:val="0"/>
          <w:i w:val="0"/>
          <w:color w:val="000000"/>
          <w:sz w:val="24"/>
        </w:rPr>
        <w:t>), а вместе с пятью частями суда (</w:t>
      </w:r>
      <w:r>
        <w:rPr>
          <w:rFonts w:ascii="Georgia" w:hAnsi="Georgia"/>
          <w:b w:val="0"/>
          <w:i/>
          <w:color w:val="000000"/>
          <w:sz w:val="24"/>
        </w:rPr>
        <w:t>дин</w:t>
      </w:r>
      <w:r>
        <w:rPr>
          <w:rFonts w:ascii="Georgia" w:hAnsi="Georgia"/>
          <w:b w:val="0"/>
          <w:i w:val="0"/>
          <w:color w:val="000000"/>
          <w:sz w:val="24"/>
        </w:rPr>
        <w:t>) получается 325 (</w:t>
      </w:r>
      <w:r>
        <w:rPr>
          <w:rFonts w:ascii="Georgia" w:hAnsi="Georgia" w:cs="Times New Roman"/>
          <w:b/>
          <w:i w:val="0"/>
          <w:color w:val="000000"/>
          <w:sz w:val="24"/>
          <w:rtl/>
          <w:szCs w:val="32"/>
        </w:rPr>
        <w:t>שכ״ה</w:t>
      </w:r>
      <w:r>
        <w:rPr>
          <w:rFonts w:ascii="Georgia" w:hAnsi="Georgia"/>
          <w:b w:val="0"/>
          <w:i w:val="0"/>
          <w:color w:val="000000"/>
          <w:sz w:val="24"/>
        </w:rPr>
        <w:t xml:space="preserve">), что соответствует выражению </w:t>
      </w:r>
      <w:r>
        <w:rPr>
          <w:rFonts w:ascii="Georgia" w:hAnsi="Georgia"/>
          <w:b w:val="0"/>
          <w:i/>
          <w:color w:val="000000"/>
          <w:sz w:val="24"/>
        </w:rPr>
        <w:t>«отроковица, прекрасная видом»</w:t>
      </w:r>
      <w:r>
        <w:rPr>
          <w:rFonts w:ascii="Georgia" w:hAnsi="Georgia"/>
          <w:b w:val="0"/>
          <w:i w:val="0"/>
          <w:color w:val="000000"/>
          <w:sz w:val="24"/>
        </w:rPr>
        <w:t xml:space="preserve"> (</w:t>
      </w:r>
      <w:r>
        <w:rPr>
          <w:rFonts w:ascii="Georgia" w:hAnsi="Georgia"/>
          <w:b w:val="0"/>
          <w:i/>
          <w:color w:val="000000"/>
          <w:sz w:val="24"/>
        </w:rPr>
        <w:t>наара товат марэ</w:t>
      </w:r>
      <w:r>
        <w:rPr>
          <w:rFonts w:ascii="Georgia" w:hAnsi="Georgia"/>
          <w:b w:val="0"/>
          <w:i w:val="0"/>
          <w:color w:val="000000"/>
          <w:sz w:val="24"/>
        </w:rPr>
        <w:t xml:space="preserve">, Берешит 24:16). Однако во время уменьшения она соответствует словам </w:t>
      </w:r>
      <w:r>
        <w:rPr>
          <w:rFonts w:ascii="Georgia" w:hAnsi="Georgia"/>
          <w:b w:val="0"/>
          <w:i/>
          <w:color w:val="000000"/>
          <w:sz w:val="24"/>
        </w:rPr>
        <w:t>ах</w:t>
      </w:r>
      <w:r>
        <w:rPr>
          <w:rFonts w:ascii="Georgia" w:hAnsi="Georgia"/>
          <w:b w:val="0"/>
          <w:i w:val="0"/>
          <w:color w:val="000000"/>
          <w:sz w:val="24"/>
        </w:rPr>
        <w:t xml:space="preserve"> и </w:t>
      </w:r>
      <w:r>
        <w:rPr>
          <w:rFonts w:ascii="Georgia" w:hAnsi="Georgia"/>
          <w:b w:val="0"/>
          <w:i/>
          <w:color w:val="000000"/>
          <w:sz w:val="24"/>
        </w:rPr>
        <w:t>рак</w:t>
      </w:r>
      <w:r>
        <w:rPr>
          <w:rFonts w:ascii="Georgia" w:hAnsi="Georgia"/>
          <w:b w:val="0"/>
          <w:i w:val="0"/>
          <w:color w:val="000000"/>
          <w:sz w:val="24"/>
        </w:rPr>
        <w:t xml:space="preserve"> с гематрией 320 (</w:t>
      </w:r>
      <w:r>
        <w:rPr>
          <w:rFonts w:ascii="Georgia" w:hAnsi="Georgia" w:cs="Times New Roman"/>
          <w:b/>
          <w:i w:val="0"/>
          <w:color w:val="000000"/>
          <w:sz w:val="24"/>
          <w:rtl/>
          <w:szCs w:val="32"/>
        </w:rPr>
        <w:t>ש״ך</w:t>
      </w:r>
      <w:r>
        <w:rPr>
          <w:rFonts w:ascii="Georgia" w:hAnsi="Georgia"/>
          <w:b w:val="0"/>
          <w:i w:val="0"/>
          <w:color w:val="000000"/>
          <w:sz w:val="24"/>
        </w:rPr>
        <w:t xml:space="preserve">). И в этом смысл </w:t>
      </w:r>
      <w:r>
        <w:rPr>
          <w:rFonts w:ascii="Georgia" w:hAnsi="Georgia"/>
          <w:b w:val="0"/>
          <w:i/>
          <w:color w:val="000000"/>
          <w:sz w:val="24"/>
        </w:rPr>
        <w:t>ах</w:t>
      </w:r>
      <w:r>
        <w:rPr>
          <w:rFonts w:ascii="Georgia" w:hAnsi="Georgia"/>
          <w:b w:val="0"/>
          <w:i w:val="0"/>
          <w:color w:val="000000"/>
          <w:sz w:val="24"/>
        </w:rPr>
        <w:t xml:space="preserve"> и </w:t>
      </w:r>
      <w:r>
        <w:rPr>
          <w:rFonts w:ascii="Georgia" w:hAnsi="Georgia"/>
          <w:b w:val="0"/>
          <w:i/>
          <w:color w:val="000000"/>
          <w:sz w:val="24"/>
        </w:rPr>
        <w:t>рак</w:t>
      </w:r>
      <w:r>
        <w:rPr>
          <w:rFonts w:ascii="Georgia" w:hAnsi="Georgia"/>
          <w:b w:val="0"/>
          <w:i w:val="0"/>
          <w:color w:val="000000"/>
          <w:sz w:val="24"/>
        </w:rPr>
        <w:t xml:space="preserve">, то есть буквы слова </w:t>
      </w:r>
      <w:r>
        <w:rPr>
          <w:rFonts w:ascii="Georgia" w:hAnsi="Georgia"/>
          <w:b w:val="0"/>
          <w:i/>
          <w:color w:val="000000"/>
          <w:sz w:val="24"/>
        </w:rPr>
        <w:t>рак</w:t>
      </w:r>
      <w:r>
        <w:rPr>
          <w:rFonts w:ascii="Georgia" w:hAnsi="Georgia"/>
          <w:b w:val="0"/>
          <w:i w:val="0"/>
          <w:color w:val="000000"/>
          <w:sz w:val="24"/>
        </w:rPr>
        <w:t xml:space="preserve"> и [буква каф софит от слова] </w:t>
      </w:r>
      <w:r>
        <w:rPr>
          <w:rFonts w:ascii="Georgia" w:hAnsi="Georgia"/>
          <w:b w:val="0"/>
          <w:i/>
          <w:color w:val="000000"/>
          <w:sz w:val="24"/>
        </w:rPr>
        <w:t>ах</w:t>
      </w:r>
      <w:r>
        <w:rPr>
          <w:rFonts w:ascii="Georgia" w:hAnsi="Georgia"/>
          <w:b w:val="0"/>
          <w:i w:val="0"/>
          <w:color w:val="000000"/>
          <w:sz w:val="24"/>
        </w:rPr>
        <w:t xml:space="preserve"> (300 + 20 = 320), ведь слово </w:t>
      </w:r>
      <w:r>
        <w:rPr>
          <w:rFonts w:ascii="Georgia" w:hAnsi="Georgia"/>
          <w:b w:val="0"/>
          <w:i/>
          <w:color w:val="000000"/>
          <w:sz w:val="24"/>
        </w:rPr>
        <w:t>ах</w:t>
      </w:r>
      <w:r>
        <w:rPr>
          <w:rFonts w:ascii="Georgia" w:hAnsi="Georgia"/>
          <w:b w:val="0"/>
          <w:i w:val="0"/>
          <w:color w:val="000000"/>
          <w:sz w:val="24"/>
        </w:rPr>
        <w:t xml:space="preserve"> намекает на Имя ЭЙЕ, которому недоставало упомянутого света букв алеф; и потому она — суд в виде «отрока» (</w:t>
      </w:r>
      <w:r>
        <w:rPr>
          <w:rFonts w:ascii="Georgia" w:hAnsi="Georgia"/>
          <w:b w:val="0"/>
          <w:i/>
          <w:color w:val="000000"/>
          <w:sz w:val="24"/>
        </w:rPr>
        <w:t>наар</w:t>
      </w:r>
      <w:r>
        <w:rPr>
          <w:rFonts w:ascii="Georgia" w:hAnsi="Georgia"/>
          <w:b w:val="0"/>
          <w:i w:val="0"/>
          <w:color w:val="000000"/>
          <w:sz w:val="24"/>
        </w:rPr>
        <w:t xml:space="preserve">, </w:t>
      </w:r>
      <w:r>
        <w:rPr>
          <w:rFonts w:ascii="Georgia" w:hAnsi="Georgia" w:cs="Times New Roman"/>
          <w:b/>
          <w:i w:val="0"/>
          <w:color w:val="000000"/>
          <w:sz w:val="24"/>
          <w:rtl/>
          <w:szCs w:val="32"/>
        </w:rPr>
        <w:t>נַעַר</w:t>
      </w:r>
      <w:r>
        <w:rPr>
          <w:rFonts w:ascii="Georgia" w:hAnsi="Georgia"/>
          <w:b w:val="0"/>
          <w:i w:val="0"/>
          <w:color w:val="000000"/>
          <w:sz w:val="24"/>
        </w:rPr>
        <w:t xml:space="preserve"> = 320, без буквы хэй). Когда же она получает от букв алеф, она становится «отроковицей» (</w:t>
      </w:r>
      <w:r>
        <w:rPr>
          <w:rFonts w:ascii="Georgia" w:hAnsi="Georgia"/>
          <w:b w:val="0"/>
          <w:i/>
          <w:color w:val="000000"/>
          <w:sz w:val="24"/>
        </w:rPr>
        <w:t>наара</w:t>
      </w:r>
      <w:r>
        <w:rPr>
          <w:rFonts w:ascii="Georgia" w:hAnsi="Georgia"/>
          <w:b w:val="0"/>
          <w:i w:val="0"/>
          <w:color w:val="000000"/>
          <w:sz w:val="24"/>
        </w:rPr>
        <w:t xml:space="preserve">, </w:t>
      </w:r>
      <w:r>
        <w:rPr>
          <w:rFonts w:ascii="Georgia" w:hAnsi="Georgia" w:cs="Times New Roman"/>
          <w:b/>
          <w:i w:val="0"/>
          <w:color w:val="000000"/>
          <w:sz w:val="24"/>
          <w:rtl/>
          <w:szCs w:val="32"/>
        </w:rPr>
        <w:t>נַעֲרָה</w:t>
      </w:r>
      <w:r>
        <w:rPr>
          <w:rFonts w:ascii="Georgia" w:hAnsi="Georgia"/>
          <w:b w:val="0"/>
          <w:i w:val="0"/>
          <w:color w:val="000000"/>
          <w:sz w:val="24"/>
        </w:rPr>
        <w:t xml:space="preserve"> = 325), так как суд смягчается.</w:t>
      </w:r>
    </w:p>
    <w:p>
      <w:pPr>
        <w:spacing w:before="40" w:after="120"/>
        <w:jc w:val="both"/>
      </w:pPr>
      <w:r>
        <w:rPr>
          <w:rFonts w:ascii="Georgia" w:hAnsi="Georgia"/>
          <w:b w:val="0"/>
          <w:i w:val="0"/>
          <w:color w:val="000000"/>
          <w:sz w:val="24"/>
        </w:rPr>
        <w:t xml:space="preserve">(Теперь объясним [значение] </w:t>
      </w:r>
      <w:r>
        <w:rPr>
          <w:rFonts w:ascii="Georgia" w:hAnsi="Georgia"/>
          <w:b w:val="0"/>
          <w:i/>
          <w:color w:val="000000"/>
          <w:sz w:val="24"/>
        </w:rPr>
        <w:t>гам</w:t>
      </w:r>
      <w:r>
        <w:rPr>
          <w:rFonts w:ascii="Georgia" w:hAnsi="Georgia"/>
          <w:b w:val="0"/>
          <w:i w:val="0"/>
          <w:color w:val="000000"/>
          <w:sz w:val="24"/>
        </w:rPr>
        <w:t xml:space="preserve"> и </w:t>
      </w:r>
      <w:r>
        <w:rPr>
          <w:rFonts w:ascii="Georgia" w:hAnsi="Georgia"/>
          <w:b w:val="0"/>
          <w:i/>
          <w:color w:val="000000"/>
          <w:sz w:val="24"/>
        </w:rPr>
        <w:t>эт</w:t>
      </w:r>
      <w:r>
        <w:rPr>
          <w:rFonts w:ascii="Georgia" w:hAnsi="Georgia"/>
          <w:b w:val="0"/>
          <w:i w:val="0"/>
          <w:color w:val="000000"/>
          <w:sz w:val="24"/>
        </w:rPr>
        <w:t xml:space="preserve"> в Рахели. Ведь она получает свечение 22 букв от алеф до тав от Бины через посредство ЗА, как сказано о словах «Благословен Ты» (</w:t>
      </w:r>
      <w:r>
        <w:rPr>
          <w:rFonts w:ascii="Georgia" w:hAnsi="Georgia"/>
          <w:b w:val="0"/>
          <w:i/>
          <w:color w:val="000000"/>
          <w:sz w:val="24"/>
        </w:rPr>
        <w:t>Барух Ата</w:t>
      </w:r>
      <w:r>
        <w:rPr>
          <w:rFonts w:ascii="Georgia" w:hAnsi="Georgia"/>
          <w:b w:val="0"/>
          <w:i w:val="0"/>
          <w:color w:val="000000"/>
          <w:sz w:val="24"/>
        </w:rPr>
        <w:t xml:space="preserve">) в молитве Амида. И это буквы нижней трети [Тиферет] де-ЗА и НЕХИМ, составляющие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 43), а 22 буквы — это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и в этом смысл </w:t>
      </w:r>
      <w:r>
        <w:rPr>
          <w:rFonts w:ascii="Georgia" w:hAnsi="Georgia"/>
          <w:b w:val="0"/>
          <w:i/>
          <w:color w:val="000000"/>
          <w:sz w:val="24"/>
        </w:rPr>
        <w:t>гам</w:t>
      </w:r>
      <w:r>
        <w:rPr>
          <w:rFonts w:ascii="Georgia" w:hAnsi="Georgia"/>
          <w:b w:val="0"/>
          <w:i w:val="0"/>
          <w:color w:val="000000"/>
          <w:sz w:val="24"/>
        </w:rPr>
        <w:t xml:space="preserve"> и </w:t>
      </w:r>
      <w:r>
        <w:rPr>
          <w:rFonts w:ascii="Georgia" w:hAnsi="Georgia"/>
          <w:b w:val="0"/>
          <w:i/>
          <w:color w:val="000000"/>
          <w:sz w:val="24"/>
        </w:rPr>
        <w:t>эт</w:t>
      </w:r>
      <w:r>
        <w:rPr>
          <w:rFonts w:ascii="Georgia" w:hAnsi="Georgia"/>
          <w:b w:val="0"/>
          <w:i w:val="0"/>
          <w:color w:val="000000"/>
          <w:sz w:val="24"/>
        </w:rPr>
        <w:t xml:space="preserve"> в Рахели. При этом </w:t>
      </w:r>
      <w:r>
        <w:rPr>
          <w:rFonts w:ascii="Georgia" w:hAnsi="Georgia"/>
          <w:b w:val="0"/>
          <w:i/>
          <w:color w:val="000000"/>
          <w:sz w:val="24"/>
        </w:rPr>
        <w:t>гам</w:t>
      </w:r>
      <w:r>
        <w:rPr>
          <w:rFonts w:ascii="Georgia" w:hAnsi="Georgia"/>
          <w:b w:val="0"/>
          <w:i w:val="0"/>
          <w:color w:val="000000"/>
          <w:sz w:val="24"/>
        </w:rPr>
        <w:t xml:space="preserve"> и 22 буквы дают по гематрии число Имени АДОНАЙ (43 + 22 = 65), пребывающего в Рахели. И вот, </w:t>
      </w:r>
      <w:r>
        <w:rPr>
          <w:rFonts w:ascii="Georgia" w:hAnsi="Georgia"/>
          <w:b w:val="0"/>
          <w:i/>
          <w:color w:val="000000"/>
          <w:sz w:val="24"/>
        </w:rPr>
        <w:t>гам</w:t>
      </w:r>
      <w:r>
        <w:rPr>
          <w:rFonts w:ascii="Georgia" w:hAnsi="Georgia"/>
          <w:b w:val="0"/>
          <w:i w:val="0"/>
          <w:color w:val="000000"/>
          <w:sz w:val="24"/>
        </w:rPr>
        <w:t xml:space="preserve"> светит в Рахели со стороны Леи, а 22 буквы приходят от Леи — Малхут де-Твуна, откуда берут начало буквы, поскольку иногда в ней светят те самые </w:t>
      </w:r>
      <w:r>
        <w:rPr>
          <w:rFonts w:ascii="Georgia" w:hAnsi="Georgia"/>
          <w:b w:val="0"/>
          <w:i/>
          <w:color w:val="000000"/>
          <w:sz w:val="24"/>
        </w:rPr>
        <w:t>гам</w:t>
      </w:r>
      <w:r>
        <w:rPr>
          <w:rFonts w:ascii="Georgia" w:hAnsi="Georgia"/>
          <w:b w:val="0"/>
          <w:i w:val="0"/>
          <w:color w:val="000000"/>
          <w:sz w:val="24"/>
        </w:rPr>
        <w:t xml:space="preserve"> и </w:t>
      </w:r>
      <w:r>
        <w:rPr>
          <w:rFonts w:ascii="Georgia" w:hAnsi="Georgia"/>
          <w:b w:val="0"/>
          <w:i/>
          <w:color w:val="000000"/>
          <w:sz w:val="24"/>
        </w:rPr>
        <w:t>эт</w:t>
      </w:r>
      <w:r>
        <w:rPr>
          <w:rFonts w:ascii="Georgia" w:hAnsi="Georgia"/>
          <w:b w:val="0"/>
          <w:i w:val="0"/>
          <w:color w:val="000000"/>
          <w:sz w:val="24"/>
        </w:rPr>
        <w:t>, которые находятся в Лее).</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Объясним также сказанное нашими мудрецами, благословенной памяти: «Слова с предлогами </w:t>
      </w:r>
      <w:r>
        <w:rPr>
          <w:rFonts w:ascii="Georgia" w:hAnsi="Georgia"/>
          <w:b w:val="0"/>
          <w:i/>
          <w:color w:val="000000"/>
          <w:sz w:val="24"/>
        </w:rPr>
        <w:t>эт</w:t>
      </w:r>
      <w:r>
        <w:rPr>
          <w:rFonts w:ascii="Georgia" w:hAnsi="Georgia"/>
          <w:b w:val="0"/>
          <w:i w:val="0"/>
          <w:color w:val="000000"/>
          <w:sz w:val="24"/>
        </w:rPr>
        <w:t xml:space="preserve"> и </w:t>
      </w:r>
      <w:r>
        <w:rPr>
          <w:rFonts w:ascii="Georgia" w:hAnsi="Georgia"/>
          <w:b w:val="0"/>
          <w:i/>
          <w:color w:val="000000"/>
          <w:sz w:val="24"/>
        </w:rPr>
        <w:t>гам</w:t>
      </w:r>
      <w:r>
        <w:rPr>
          <w:rFonts w:ascii="Georgia" w:hAnsi="Georgia"/>
          <w:b w:val="0"/>
          <w:i w:val="0"/>
          <w:color w:val="000000"/>
          <w:sz w:val="24"/>
        </w:rPr>
        <w:t xml:space="preserve"> служат для умножения», поскольку здесь говорится о двух аспектах — Лее и Рахели. Выше уже было объяснено, как Лея берет от мохин де-ЗА свойство четырех букв алеф четырех Имен ЭЙЕ, облачающих НЕХИ де-Твуна, внутри которых облачаются мохин; и они по гематрии составляют </w:t>
      </w:r>
      <w:r>
        <w:rPr>
          <w:rFonts w:ascii="Georgia" w:hAnsi="Georgia"/>
          <w:b w:val="0"/>
          <w:i/>
          <w:color w:val="000000"/>
          <w:sz w:val="24"/>
        </w:rPr>
        <w:t>мидат</w:t>
      </w:r>
      <w:r>
        <w:rPr>
          <w:rFonts w:ascii="Georgia" w:hAnsi="Georgia"/>
          <w:b w:val="0"/>
          <w:i w:val="0"/>
          <w:color w:val="000000"/>
          <w:sz w:val="24"/>
        </w:rPr>
        <w:t xml:space="preserve"> (</w:t>
      </w:r>
      <w:r>
        <w:rPr>
          <w:rFonts w:ascii="Georgia" w:hAnsi="Georgia" w:cs="Times New Roman"/>
          <w:b/>
          <w:i w:val="0"/>
          <w:color w:val="000000"/>
          <w:sz w:val="24"/>
          <w:rtl/>
          <w:szCs w:val="32"/>
        </w:rPr>
        <w:t>מִדַּת</w:t>
      </w:r>
      <w:r>
        <w:rPr>
          <w:rFonts w:ascii="Georgia" w:hAnsi="Georgia"/>
          <w:b w:val="0"/>
          <w:i w:val="0"/>
          <w:color w:val="000000"/>
          <w:sz w:val="24"/>
        </w:rPr>
        <w:t xml:space="preserve"> = 444), согласно тайне стиха </w:t>
      </w:r>
      <w:r>
        <w:rPr>
          <w:rFonts w:ascii="Georgia" w:hAnsi="Georgia"/>
          <w:b w:val="0"/>
          <w:i/>
          <w:color w:val="000000"/>
          <w:sz w:val="24"/>
        </w:rPr>
        <w:t>«...и какова мера дней моих...»</w:t>
      </w:r>
      <w:r>
        <w:rPr>
          <w:rFonts w:ascii="Georgia" w:hAnsi="Georgia"/>
          <w:b w:val="0"/>
          <w:i w:val="0"/>
          <w:color w:val="000000"/>
          <w:sz w:val="24"/>
        </w:rPr>
        <w:t xml:space="preserve"> (Теилим 39:5), как сказано выше.</w:t>
      </w:r>
    </w:p>
    <w:p>
      <w:pPr>
        <w:spacing w:before="40" w:after="120"/>
        <w:jc w:val="both"/>
      </w:pPr>
      <w:r>
        <w:rPr>
          <w:rFonts w:ascii="Georgia" w:hAnsi="Georgia"/>
          <w:b w:val="0"/>
          <w:i w:val="0"/>
          <w:color w:val="000000"/>
          <w:sz w:val="24"/>
        </w:rPr>
        <w:t xml:space="preserve">И сначала их берет Лея, находящаяся наверху, близко к мохин де-ЗА, а затем они нисходят в Рахель. В этом и состоит смысл слов </w:t>
      </w:r>
      <w:r>
        <w:rPr>
          <w:rFonts w:ascii="Georgia" w:hAnsi="Georgia"/>
          <w:b w:val="0"/>
          <w:i/>
          <w:color w:val="000000"/>
          <w:sz w:val="24"/>
        </w:rPr>
        <w:t>эт</w:t>
      </w:r>
      <w:r>
        <w:rPr>
          <w:rFonts w:ascii="Georgia" w:hAnsi="Georgia"/>
          <w:b w:val="0"/>
          <w:i w:val="0"/>
          <w:color w:val="000000"/>
          <w:sz w:val="24"/>
        </w:rPr>
        <w:t xml:space="preserve"> и </w:t>
      </w:r>
      <w:r>
        <w:rPr>
          <w:rFonts w:ascii="Georgia" w:hAnsi="Georgia"/>
          <w:b w:val="0"/>
          <w:i/>
          <w:color w:val="000000"/>
          <w:sz w:val="24"/>
        </w:rPr>
        <w:t>гам</w:t>
      </w:r>
      <w:r>
        <w:rPr>
          <w:rFonts w:ascii="Georgia" w:hAnsi="Georgia"/>
          <w:b w:val="0"/>
          <w:i w:val="0"/>
          <w:color w:val="000000"/>
          <w:sz w:val="24"/>
        </w:rPr>
        <w:t xml:space="preserve">, представляющих собой Рахель и Лею, которые происходят от умножения протяжения изобилия (шефа), находящегося в ЗА: из его мохин наружу выходят оба упомянутых свойства. Потому они и называются «умножениями» — оттого что умножаются, возрастают и выходят сзади него: благодаря добавлению и умножению свечения находящихся в нем мохин выходят два упомянутых умножения — Рахель и Лея. Рахель называется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как упоминается в Зоаре, что везде слово </w:t>
      </w:r>
      <w:r>
        <w:rPr>
          <w:rFonts w:ascii="Georgia" w:hAnsi="Georgia"/>
          <w:b w:val="0"/>
          <w:i/>
          <w:color w:val="000000"/>
          <w:sz w:val="24"/>
        </w:rPr>
        <w:t>эт</w:t>
      </w:r>
      <w:r>
        <w:rPr>
          <w:rFonts w:ascii="Georgia" w:hAnsi="Georgia"/>
          <w:b w:val="0"/>
          <w:i w:val="0"/>
          <w:color w:val="000000"/>
          <w:sz w:val="24"/>
        </w:rPr>
        <w:t xml:space="preserve"> указывает на Нукву; а Лея — это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Суть же в том, что от четырех букв алеф, составляющих по гематрии </w:t>
      </w:r>
      <w:r>
        <w:rPr>
          <w:rFonts w:ascii="Georgia" w:hAnsi="Georgia"/>
          <w:b w:val="0"/>
          <w:i/>
          <w:color w:val="000000"/>
          <w:sz w:val="24"/>
        </w:rPr>
        <w:t>мидат</w:t>
      </w:r>
      <w:r>
        <w:rPr>
          <w:rFonts w:ascii="Georgia" w:hAnsi="Georgia"/>
          <w:b w:val="0"/>
          <w:i w:val="0"/>
          <w:color w:val="000000"/>
          <w:sz w:val="24"/>
        </w:rPr>
        <w:t xml:space="preserve"> (</w:t>
      </w:r>
      <w:r>
        <w:rPr>
          <w:rFonts w:ascii="Georgia" w:hAnsi="Georgia" w:cs="Times New Roman"/>
          <w:b/>
          <w:i w:val="0"/>
          <w:color w:val="000000"/>
          <w:sz w:val="24"/>
          <w:rtl/>
          <w:szCs w:val="32"/>
        </w:rPr>
        <w:t>מִדַּת</w:t>
      </w:r>
      <w:r>
        <w:rPr>
          <w:rFonts w:ascii="Georgia" w:hAnsi="Georgia"/>
          <w:b w:val="0"/>
          <w:i w:val="0"/>
          <w:color w:val="000000"/>
          <w:sz w:val="24"/>
        </w:rPr>
        <w:t xml:space="preserve"> = 444), отделяется свечение: число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 43) из числа </w:t>
      </w:r>
      <w:r>
        <w:rPr>
          <w:rFonts w:ascii="Georgia" w:hAnsi="Georgia"/>
          <w:b w:val="0"/>
          <w:i/>
          <w:color w:val="000000"/>
          <w:sz w:val="24"/>
        </w:rPr>
        <w:t>мидат</w:t>
      </w:r>
      <w:r>
        <w:rPr>
          <w:rFonts w:ascii="Georgia" w:hAnsi="Georgia"/>
          <w:b w:val="0"/>
          <w:i w:val="0"/>
          <w:color w:val="000000"/>
          <w:sz w:val="24"/>
        </w:rPr>
        <w:t xml:space="preserve"> берет Лея, а число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 401) из числа </w:t>
      </w:r>
      <w:r>
        <w:rPr>
          <w:rFonts w:ascii="Georgia" w:hAnsi="Georgia"/>
          <w:b w:val="0"/>
          <w:i/>
          <w:color w:val="000000"/>
          <w:sz w:val="24"/>
        </w:rPr>
        <w:t>мидат</w:t>
      </w:r>
      <w:r>
        <w:rPr>
          <w:rFonts w:ascii="Georgia" w:hAnsi="Georgia"/>
          <w:b w:val="0"/>
          <w:i w:val="0"/>
          <w:color w:val="000000"/>
          <w:sz w:val="24"/>
        </w:rPr>
        <w:t xml:space="preserve"> берет Рахель; и обе они вместе, </w:t>
      </w:r>
      <w:r>
        <w:rPr>
          <w:rFonts w:ascii="Georgia" w:hAnsi="Georgia"/>
          <w:b w:val="0"/>
          <w:i/>
          <w:color w:val="000000"/>
          <w:sz w:val="24"/>
        </w:rPr>
        <w:t>гам</w:t>
      </w:r>
      <w:r>
        <w:rPr>
          <w:rFonts w:ascii="Georgia" w:hAnsi="Georgia"/>
          <w:b w:val="0"/>
          <w:i w:val="0"/>
          <w:color w:val="000000"/>
          <w:sz w:val="24"/>
        </w:rPr>
        <w:t xml:space="preserve"> и </w:t>
      </w:r>
      <w:r>
        <w:rPr>
          <w:rFonts w:ascii="Georgia" w:hAnsi="Georgia"/>
          <w:b w:val="0"/>
          <w:i/>
          <w:color w:val="000000"/>
          <w:sz w:val="24"/>
        </w:rPr>
        <w:t>эт</w:t>
      </w:r>
      <w:r>
        <w:rPr>
          <w:rFonts w:ascii="Georgia" w:hAnsi="Georgia"/>
          <w:b w:val="0"/>
          <w:i w:val="0"/>
          <w:color w:val="000000"/>
          <w:sz w:val="24"/>
        </w:rPr>
        <w:t xml:space="preserve">, по гематрии равны </w:t>
      </w:r>
      <w:r>
        <w:rPr>
          <w:rFonts w:ascii="Georgia" w:hAnsi="Georgia"/>
          <w:b w:val="0"/>
          <w:i/>
          <w:color w:val="000000"/>
          <w:sz w:val="24"/>
        </w:rPr>
        <w:t>мидат</w:t>
      </w:r>
      <w:r>
        <w:rPr>
          <w:rFonts w:ascii="Georgia" w:hAnsi="Georgia"/>
          <w:b w:val="0"/>
          <w:i w:val="0"/>
          <w:color w:val="000000"/>
          <w:sz w:val="24"/>
        </w:rPr>
        <w:t xml:space="preserve"> (43 + 401 = 444), как сказано выше. Обоснование этого я слышал от моего учителя, благословенна его память, но забыл и сомневаюсь в том, что именно слышал, поэтому запишу всё, что помню из услышанного. Мне представляется, что причина, по которой Лея берет число светов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 43), состоит в следующем: протяженность распространения Леи вдоль ЗА охватывает две сфиры по правой линии — Хохму и Хесед, и две сфиры по левой линии — Бину и Гвуру. Среднюю же линию, то есть Даат, считать не следует, поскольку мы считаем правую и левую линии. И вот, это четыре сфиры, каждая из которых включает десять, что по гематрии дает 40 (</w:t>
      </w:r>
      <w:r>
        <w:rPr>
          <w:rFonts w:ascii="Georgia" w:hAnsi="Georgia" w:cs="Times New Roman"/>
          <w:b/>
          <w:i w:val="0"/>
          <w:color w:val="000000"/>
          <w:sz w:val="24"/>
          <w:rtl/>
          <w:szCs w:val="32"/>
        </w:rPr>
        <w:t>מ</w:t>
      </w:r>
      <w:r>
        <w:rPr>
          <w:rFonts w:ascii="Georgia" w:hAnsi="Georgia"/>
          <w:b w:val="0"/>
          <w:i w:val="0"/>
          <w:color w:val="000000"/>
          <w:sz w:val="24"/>
        </w:rPr>
        <w:t>); кроме того, [она берет] верхнюю треть Тиферет, числовое значение которой три (</w:t>
      </w:r>
      <w:r>
        <w:rPr>
          <w:rFonts w:ascii="Georgia" w:hAnsi="Georgia" w:cs="Times New Roman"/>
          <w:b/>
          <w:i w:val="0"/>
          <w:color w:val="000000"/>
          <w:sz w:val="24"/>
          <w:rtl/>
          <w:szCs w:val="32"/>
        </w:rPr>
        <w:t>ג</w:t>
      </w:r>
      <w:r>
        <w:rPr>
          <w:rFonts w:ascii="Georgia" w:hAnsi="Georgia"/>
          <w:b w:val="0"/>
          <w:i w:val="0"/>
          <w:color w:val="000000"/>
          <w:sz w:val="24"/>
        </w:rPr>
        <w:t xml:space="preserve">), — и вот получается </w:t>
      </w:r>
      <w:r>
        <w:rPr>
          <w:rFonts w:ascii="Georgia" w:hAnsi="Georgia"/>
          <w:b w:val="0"/>
          <w:i/>
          <w:color w:val="000000"/>
          <w:sz w:val="24"/>
        </w:rPr>
        <w:t>гам</w:t>
      </w:r>
      <w:r>
        <w:rPr>
          <w:rFonts w:ascii="Georgia" w:hAnsi="Georgia"/>
          <w:b w:val="0"/>
          <w:i w:val="0"/>
          <w:color w:val="000000"/>
          <w:sz w:val="24"/>
        </w:rPr>
        <w:t xml:space="preserve"> (</w:t>
      </w:r>
      <w:r>
        <w:rPr>
          <w:rFonts w:ascii="Georgia" w:hAnsi="Georgia" w:cs="Times New Roman"/>
          <w:b/>
          <w:i w:val="0"/>
          <w:color w:val="000000"/>
          <w:sz w:val="24"/>
          <w:rtl/>
          <w:szCs w:val="32"/>
        </w:rPr>
        <w:t>גַּם</w:t>
      </w:r>
      <w:r>
        <w:rPr>
          <w:rFonts w:ascii="Georgia" w:hAnsi="Georgia"/>
          <w:b w:val="0"/>
          <w:i w:val="0"/>
          <w:color w:val="000000"/>
          <w:sz w:val="24"/>
        </w:rPr>
        <w:t xml:space="preserve"> = 43).</w:t>
      </w:r>
    </w:p>
    <w:p>
      <w:pPr>
        <w:spacing w:before="40" w:after="120"/>
        <w:jc w:val="both"/>
      </w:pPr>
      <w:r>
        <w:rPr>
          <w:rFonts w:ascii="Georgia" w:hAnsi="Georgia"/>
          <w:b w:val="0"/>
          <w:i w:val="0"/>
          <w:color w:val="000000"/>
          <w:sz w:val="24"/>
        </w:rPr>
        <w:t>Мне также представляется, что я слышал [другой вариант]: начало Леи — от Даат, включающего Хохму и Бину (ХУБ), а также собственно Хесед и Гвуру, являющиеся правой и левой руками де-ЗА, — итого четыре сфиры, составляющие 40 (</w:t>
      </w:r>
      <w:r>
        <w:rPr>
          <w:rFonts w:ascii="Georgia" w:hAnsi="Georgia" w:cs="Times New Roman"/>
          <w:b/>
          <w:i w:val="0"/>
          <w:color w:val="000000"/>
          <w:sz w:val="24"/>
          <w:rtl/>
          <w:szCs w:val="32"/>
        </w:rPr>
        <w:t>מ</w:t>
      </w:r>
      <w:r>
        <w:rPr>
          <w:rFonts w:ascii="Georgia" w:hAnsi="Georgia"/>
          <w:b w:val="0"/>
          <w:i w:val="0"/>
          <w:color w:val="000000"/>
          <w:sz w:val="24"/>
        </w:rPr>
        <w:t>); и треть Тиферет — это 3, что дает 43 (</w:t>
      </w:r>
      <w:r>
        <w:rPr>
          <w:rFonts w:ascii="Georgia" w:hAnsi="Georgia" w:cs="Times New Roman"/>
          <w:b/>
          <w:i w:val="0"/>
          <w:color w:val="000000"/>
          <w:sz w:val="24"/>
          <w:rtl/>
          <w:szCs w:val="32"/>
        </w:rPr>
        <w:t>מ״ג</w:t>
      </w:r>
      <w:r>
        <w:rPr>
          <w:rFonts w:ascii="Georgia" w:hAnsi="Georgia"/>
          <w:b w:val="0"/>
          <w:i w:val="0"/>
          <w:color w:val="000000"/>
          <w:sz w:val="24"/>
        </w:rPr>
        <w:t>), а все остальные света берет Рахель. Мне также представляется, что я слышал еще одно объяснение: ЗА питается от лицевой стороны (паним) НЕХИ де-Твуна, распространяющихся внутри него, как известно; женские же начала — Лея и Рахель — питаются от ахораим де-Твуна, и по этой причине мужское и женское называются «спереди и сзади» (</w:t>
      </w:r>
      <w:r>
        <w:rPr>
          <w:rFonts w:ascii="Georgia" w:hAnsi="Georgia"/>
          <w:b w:val="0"/>
          <w:i/>
          <w:color w:val="000000"/>
          <w:sz w:val="24"/>
        </w:rPr>
        <w:t>кедем ве-ахор</w:t>
      </w:r>
      <w:r>
        <w:rPr>
          <w:rFonts w:ascii="Georgia" w:hAnsi="Georgia"/>
          <w:b w:val="0"/>
          <w:i w:val="0"/>
          <w:color w:val="000000"/>
          <w:sz w:val="24"/>
        </w:rPr>
        <w:t>). При этом основная часть Твуны находится напротив Леи, ведь Рахель начинается [лишь] после того, как оканчивается Есод де-Твуна, ниже которого раскрывается Есод де-Аба. Выходит, что главное питание Леи происходит от Твуны, и питается она от ее ахораим, как сказано выше. А ахораим Твуны — это квадрат (развертывание ахораим) Имени ЭЙЕ в следующем виде: алеф (</w:t>
      </w:r>
      <w:r>
        <w:rPr>
          <w:rFonts w:ascii="Georgia" w:hAnsi="Georgia" w:cs="Times New Roman"/>
          <w:b/>
          <w:i w:val="0"/>
          <w:color w:val="000000"/>
          <w:sz w:val="24"/>
          <w:rtl/>
          <w:szCs w:val="32"/>
        </w:rPr>
        <w:t>א</w:t>
      </w:r>
      <w:r>
        <w:rPr>
          <w:rFonts w:ascii="Georgia" w:hAnsi="Georgia"/>
          <w:b w:val="0"/>
          <w:i w:val="0"/>
          <w:color w:val="000000"/>
          <w:sz w:val="24"/>
        </w:rPr>
        <w:t>), алеф-хэй (</w:t>
      </w:r>
      <w:r>
        <w:rPr>
          <w:rFonts w:ascii="Georgia" w:hAnsi="Georgia" w:cs="Times New Roman"/>
          <w:b/>
          <w:i w:val="0"/>
          <w:color w:val="000000"/>
          <w:sz w:val="24"/>
          <w:rtl/>
          <w:szCs w:val="32"/>
        </w:rPr>
        <w:t>אה</w:t>
      </w:r>
      <w:r>
        <w:rPr>
          <w:rFonts w:ascii="Georgia" w:hAnsi="Georgia"/>
          <w:b w:val="0"/>
          <w:i w:val="0"/>
          <w:color w:val="000000"/>
          <w:sz w:val="24"/>
        </w:rPr>
        <w:t>), алеф-хэй-йод (</w:t>
      </w:r>
      <w:r>
        <w:rPr>
          <w:rFonts w:ascii="Georgia" w:hAnsi="Georgia" w:cs="Times New Roman"/>
          <w:b/>
          <w:i w:val="0"/>
          <w:color w:val="000000"/>
          <w:sz w:val="24"/>
          <w:rtl/>
          <w:szCs w:val="32"/>
        </w:rPr>
        <w:t>אהי</w:t>
      </w:r>
      <w:r>
        <w:rPr>
          <w:rFonts w:ascii="Georgia" w:hAnsi="Georgia"/>
          <w:b w:val="0"/>
          <w:i w:val="0"/>
          <w:color w:val="000000"/>
          <w:sz w:val="24"/>
        </w:rPr>
        <w:t>), алеф-хэй-йод-хэй (</w:t>
      </w:r>
      <w:r>
        <w:rPr>
          <w:rFonts w:ascii="Georgia" w:hAnsi="Georgia" w:cs="Times New Roman"/>
          <w:b/>
          <w:i w:val="0"/>
          <w:color w:val="000000"/>
          <w:sz w:val="24"/>
          <w:rtl/>
          <w:szCs w:val="32"/>
        </w:rPr>
        <w:t>אהיה</w:t>
      </w:r>
      <w:r>
        <w:rPr>
          <w:rFonts w:ascii="Georgia" w:hAnsi="Georgia"/>
          <w:b w:val="0"/>
          <w:i w:val="0"/>
          <w:color w:val="000000"/>
          <w:sz w:val="24"/>
        </w:rPr>
        <w:t>), что по гематрии составляет 44 (</w:t>
      </w:r>
      <w:r>
        <w:rPr>
          <w:rFonts w:ascii="Georgia" w:hAnsi="Georgia" w:cs="Times New Roman"/>
          <w:b/>
          <w:i w:val="0"/>
          <w:color w:val="000000"/>
          <w:sz w:val="24"/>
          <w:rtl/>
          <w:szCs w:val="32"/>
        </w:rPr>
        <w:t>מ״ד</w:t>
      </w:r>
      <w:r>
        <w:rPr>
          <w:rFonts w:ascii="Georgia" w:hAnsi="Georgia"/>
          <w:b w:val="0"/>
          <w:i w:val="0"/>
          <w:color w:val="000000"/>
          <w:sz w:val="24"/>
        </w:rPr>
        <w:t>).</w:t>
      </w:r>
    </w:p>
    <w:p>
      <w:pPr>
        <w:spacing w:before="40" w:after="120"/>
        <w:jc w:val="both"/>
      </w:pPr>
      <w:r>
        <w:rPr>
          <w:rFonts w:ascii="Georgia" w:hAnsi="Georgia"/>
          <w:b w:val="0"/>
          <w:i w:val="0"/>
          <w:color w:val="000000"/>
          <w:sz w:val="24"/>
        </w:rPr>
        <w:t>Примечание. Представляется моему скромному разумению, [Хаиму], что здесь требуется углубленное исследование: ведь известно во всех местах в рассуждениях, что Бина — это свойство Имени ЭЙЕ, а Твуна — это Имя САГ (63). Если так, то Лея, будучи ахораим де-Твуна, должна образовываться из ахораим Имени САГ в таком виде: йод (</w:t>
      </w:r>
      <w:r>
        <w:rPr>
          <w:rFonts w:ascii="Georgia" w:hAnsi="Georgia" w:cs="Times New Roman"/>
          <w:b/>
          <w:i w:val="0"/>
          <w:color w:val="000000"/>
          <w:sz w:val="24"/>
          <w:rtl/>
          <w:szCs w:val="32"/>
        </w:rPr>
        <w:t>יוד</w:t>
      </w:r>
      <w:r>
        <w:rPr>
          <w:rFonts w:ascii="Georgia" w:hAnsi="Georgia"/>
          <w:b w:val="0"/>
          <w:i w:val="0"/>
          <w:color w:val="000000"/>
          <w:sz w:val="24"/>
        </w:rPr>
        <w:t>), йод-хэй (</w:t>
      </w:r>
      <w:r>
        <w:rPr>
          <w:rFonts w:ascii="Georgia" w:hAnsi="Georgia" w:cs="Times New Roman"/>
          <w:b/>
          <w:i w:val="0"/>
          <w:color w:val="000000"/>
          <w:sz w:val="24"/>
          <w:rtl/>
          <w:szCs w:val="32"/>
        </w:rPr>
        <w:t>יוד הי</w:t>
      </w:r>
      <w:r>
        <w:rPr>
          <w:rFonts w:ascii="Georgia" w:hAnsi="Georgia"/>
          <w:b w:val="0"/>
          <w:i w:val="0"/>
          <w:color w:val="000000"/>
          <w:sz w:val="24"/>
        </w:rPr>
        <w:t>), йод-хэй-вав (</w:t>
      </w:r>
      <w:r>
        <w:rPr>
          <w:rFonts w:ascii="Georgia" w:hAnsi="Georgia" w:cs="Times New Roman"/>
          <w:b/>
          <w:i w:val="0"/>
          <w:color w:val="000000"/>
          <w:sz w:val="24"/>
          <w:rtl/>
          <w:szCs w:val="32"/>
        </w:rPr>
        <w:t>יוד הי ואו</w:t>
      </w:r>
      <w:r>
        <w:rPr>
          <w:rFonts w:ascii="Georgia" w:hAnsi="Georgia"/>
          <w:b w:val="0"/>
          <w:i w:val="0"/>
          <w:color w:val="000000"/>
          <w:sz w:val="24"/>
        </w:rPr>
        <w:t>), йод-хэй-вав-хэй (</w:t>
      </w:r>
      <w:r>
        <w:rPr>
          <w:rFonts w:ascii="Georgia" w:hAnsi="Georgia" w:cs="Times New Roman"/>
          <w:b/>
          <w:i w:val="0"/>
          <w:color w:val="000000"/>
          <w:sz w:val="24"/>
          <w:rtl/>
          <w:szCs w:val="32"/>
        </w:rPr>
        <w:t>יוד הי ואו הי</w:t>
      </w:r>
      <w:r>
        <w:rPr>
          <w:rFonts w:ascii="Georgia" w:hAnsi="Georgia"/>
          <w:b w:val="0"/>
          <w:i w:val="0"/>
          <w:color w:val="000000"/>
          <w:sz w:val="24"/>
        </w:rPr>
        <w:t>); а вместе с общим числом букв САГ они составляют 176 (</w:t>
      </w:r>
      <w:r>
        <w:rPr>
          <w:rFonts w:ascii="Georgia" w:hAnsi="Georgia" w:cs="Times New Roman"/>
          <w:b/>
          <w:i w:val="0"/>
          <w:color w:val="000000"/>
          <w:sz w:val="24"/>
          <w:rtl/>
          <w:szCs w:val="32"/>
        </w:rPr>
        <w:t>קע״ו</w:t>
      </w:r>
      <w:r>
        <w:rPr>
          <w:rFonts w:ascii="Georgia" w:hAnsi="Georgia"/>
          <w:b w:val="0"/>
          <w:i w:val="0"/>
          <w:color w:val="000000"/>
          <w:sz w:val="24"/>
        </w:rPr>
        <w:t xml:space="preserve">), что равно числу слова </w:t>
      </w:r>
      <w:r>
        <w:rPr>
          <w:rFonts w:ascii="Georgia" w:hAnsi="Georgia"/>
          <w:b w:val="0"/>
          <w:i/>
          <w:color w:val="000000"/>
          <w:sz w:val="24"/>
        </w:rPr>
        <w:t>ле-олам</w:t>
      </w:r>
      <w:r>
        <w:rPr>
          <w:rFonts w:ascii="Georgia" w:hAnsi="Georgia"/>
          <w:b w:val="0"/>
          <w:i w:val="0"/>
          <w:color w:val="000000"/>
          <w:sz w:val="24"/>
        </w:rPr>
        <w:t xml:space="preserve"> («навеки»), как приведено в «Шаар а-Каванот» в каванот на слова </w:t>
      </w:r>
      <w:r>
        <w:rPr>
          <w:rFonts w:ascii="Georgia" w:hAnsi="Georgia"/>
          <w:b w:val="0"/>
          <w:i/>
          <w:color w:val="000000"/>
          <w:sz w:val="24"/>
        </w:rPr>
        <w:t>Барух шем</w:t>
      </w:r>
      <w:r>
        <w:rPr>
          <w:rFonts w:ascii="Georgia" w:hAnsi="Georgia"/>
          <w:b w:val="0"/>
          <w:i w:val="0"/>
          <w:color w:val="000000"/>
          <w:sz w:val="24"/>
        </w:rPr>
        <w:t xml:space="preserve"> [квод малхуто ле-олам ва-эд]. Конец примечания.</w:t>
      </w:r>
    </w:p>
    <w:p>
      <w:pPr>
        <w:spacing w:before="40" w:after="120"/>
        <w:jc w:val="both"/>
      </w:pPr>
      <w:r>
        <w:rPr>
          <w:rFonts w:ascii="Georgia" w:hAnsi="Georgia"/>
          <w:b w:val="0"/>
          <w:i w:val="0"/>
          <w:color w:val="000000"/>
          <w:sz w:val="24"/>
        </w:rPr>
        <w:t>И из тех светов берет Лея [43 света], а один свет из них дается Рахели, называемой буквой тав (</w:t>
      </w:r>
      <w:r>
        <w:rPr>
          <w:rFonts w:ascii="Georgia" w:hAnsi="Georgia" w:cs="Times New Roman"/>
          <w:b/>
          <w:i w:val="0"/>
          <w:color w:val="000000"/>
          <w:sz w:val="24"/>
          <w:rtl/>
          <w:szCs w:val="32"/>
        </w:rPr>
        <w:t>ת</w:t>
      </w:r>
      <w:r>
        <w:rPr>
          <w:rFonts w:ascii="Georgia" w:hAnsi="Georgia"/>
          <w:b w:val="0"/>
          <w:i w:val="0"/>
          <w:color w:val="000000"/>
          <w:sz w:val="24"/>
        </w:rPr>
        <w:t xml:space="preserve"> = 400), по той причине, что она расположена напротив четырех сфирот де-ЗА — ТАНЕХИ, каждая из которых включает десять, а десять от десяти дают 400 (</w:t>
      </w:r>
      <w:r>
        <w:rPr>
          <w:rFonts w:ascii="Georgia" w:hAnsi="Georgia" w:cs="Times New Roman"/>
          <w:b/>
          <w:i w:val="0"/>
          <w:color w:val="000000"/>
          <w:sz w:val="24"/>
          <w:rtl/>
          <w:szCs w:val="32"/>
        </w:rPr>
        <w:t>ת</w:t>
      </w:r>
      <w:r>
        <w:rPr>
          <w:rFonts w:ascii="Georgia" w:hAnsi="Georgia"/>
          <w:b w:val="0"/>
          <w:i w:val="0"/>
          <w:color w:val="000000"/>
          <w:sz w:val="24"/>
        </w:rPr>
        <w:t xml:space="preserve">); и еще один свет, который она берет из 44 светов Леи, дает вместе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 401) в Рахели. Однако тот один свет, который Рахель берет от Леи, — это упомянутое [в стихе] </w:t>
      </w:r>
      <w:r>
        <w:rPr>
          <w:rFonts w:ascii="Georgia" w:hAnsi="Georgia"/>
          <w:b w:val="0"/>
          <w:i/>
          <w:color w:val="000000"/>
          <w:sz w:val="24"/>
        </w:rPr>
        <w:t>«Следствие смирения...»</w:t>
      </w:r>
      <w:r>
        <w:rPr>
          <w:rFonts w:ascii="Georgia" w:hAnsi="Georgia"/>
          <w:b w:val="0"/>
          <w:i w:val="0"/>
          <w:color w:val="000000"/>
          <w:sz w:val="24"/>
        </w:rPr>
        <w:t xml:space="preserve"> (</w:t>
      </w:r>
      <w:r>
        <w:rPr>
          <w:rFonts w:ascii="Georgia" w:hAnsi="Georgia"/>
          <w:b w:val="0"/>
          <w:i/>
          <w:color w:val="000000"/>
          <w:sz w:val="24"/>
        </w:rPr>
        <w:t>экев анава</w:t>
      </w:r>
      <w:r>
        <w:rPr>
          <w:rFonts w:ascii="Georgia" w:hAnsi="Georgia"/>
          <w:b w:val="0"/>
          <w:i w:val="0"/>
          <w:color w:val="000000"/>
          <w:sz w:val="24"/>
        </w:rPr>
        <w:t>, Мишлей 22:4), ведь Рахель принимает от Леи ее пятки внутрь своего Кетера; и это малое свечение, включенное в свойство одного лишь света.</w:t>
      </w:r>
    </w:p>
    <w:p>
      <w:pPr>
        <w:spacing w:before="40" w:after="120"/>
        <w:jc w:val="both"/>
      </w:pPr>
      <w:r>
        <w:rPr>
          <w:rFonts w:ascii="Georgia" w:hAnsi="Georgia"/>
          <w:b w:val="0"/>
          <w:i w:val="0"/>
          <w:color w:val="000000"/>
          <w:sz w:val="24"/>
        </w:rPr>
        <w:t xml:space="preserve">Мне также представляется, что я слышал [следующее]: сказанное нашими мудрецами, благословенной памяти, что слова </w:t>
      </w:r>
      <w:r>
        <w:rPr>
          <w:rFonts w:ascii="Georgia" w:hAnsi="Georgia"/>
          <w:b w:val="0"/>
          <w:i/>
          <w:color w:val="000000"/>
          <w:sz w:val="24"/>
        </w:rPr>
        <w:t>ах</w:t>
      </w:r>
      <w:r>
        <w:rPr>
          <w:rFonts w:ascii="Georgia" w:hAnsi="Georgia"/>
          <w:b w:val="0"/>
          <w:i w:val="0"/>
          <w:color w:val="000000"/>
          <w:sz w:val="24"/>
        </w:rPr>
        <w:t xml:space="preserve"> и </w:t>
      </w:r>
      <w:r>
        <w:rPr>
          <w:rFonts w:ascii="Georgia" w:hAnsi="Georgia"/>
          <w:b w:val="0"/>
          <w:i/>
          <w:color w:val="000000"/>
          <w:sz w:val="24"/>
        </w:rPr>
        <w:t>рак</w:t>
      </w:r>
      <w:r>
        <w:rPr>
          <w:rFonts w:ascii="Georgia" w:hAnsi="Georgia"/>
          <w:b w:val="0"/>
          <w:i w:val="0"/>
          <w:color w:val="000000"/>
          <w:sz w:val="24"/>
        </w:rPr>
        <w:t xml:space="preserve"> служат для исключения (уменьшения), также объясняется применительно к этим двум упомянутым свойствам. Ведь </w:t>
      </w:r>
      <w:r>
        <w:rPr>
          <w:rFonts w:ascii="Georgia" w:hAnsi="Georgia"/>
          <w:b w:val="0"/>
          <w:i/>
          <w:color w:val="000000"/>
          <w:sz w:val="24"/>
        </w:rPr>
        <w:t>ах</w:t>
      </w:r>
      <w:r>
        <w:rPr>
          <w:rFonts w:ascii="Georgia" w:hAnsi="Georgia"/>
          <w:b w:val="0"/>
          <w:i w:val="0"/>
          <w:color w:val="000000"/>
          <w:sz w:val="24"/>
        </w:rPr>
        <w:t xml:space="preserve"> и </w:t>
      </w:r>
      <w:r>
        <w:rPr>
          <w:rFonts w:ascii="Georgia" w:hAnsi="Georgia"/>
          <w:b w:val="0"/>
          <w:i/>
          <w:color w:val="000000"/>
          <w:sz w:val="24"/>
        </w:rPr>
        <w:t>рак</w:t>
      </w:r>
      <w:r>
        <w:rPr>
          <w:rFonts w:ascii="Georgia" w:hAnsi="Georgia"/>
          <w:b w:val="0"/>
          <w:i w:val="0"/>
          <w:color w:val="000000"/>
          <w:sz w:val="24"/>
        </w:rPr>
        <w:t xml:space="preserve"> (</w:t>
      </w:r>
      <w:r>
        <w:rPr>
          <w:rFonts w:ascii="Georgia" w:hAnsi="Georgia" w:cs="Times New Roman"/>
          <w:b/>
          <w:i w:val="0"/>
          <w:color w:val="000000"/>
          <w:sz w:val="24"/>
          <w:rtl/>
          <w:szCs w:val="32"/>
        </w:rPr>
        <w:t>אַךְ</w:t>
      </w:r>
      <w:r>
        <w:rPr>
          <w:rFonts w:ascii="Georgia" w:hAnsi="Georgia"/>
          <w:b w:val="0"/>
          <w:i w:val="0"/>
          <w:color w:val="000000"/>
          <w:sz w:val="24"/>
        </w:rPr>
        <w:t xml:space="preserve"> и </w:t>
      </w:r>
      <w:r>
        <w:rPr>
          <w:rFonts w:ascii="Georgia" w:hAnsi="Georgia" w:cs="Times New Roman"/>
          <w:b/>
          <w:i w:val="0"/>
          <w:color w:val="000000"/>
          <w:sz w:val="24"/>
          <w:rtl/>
          <w:szCs w:val="32"/>
        </w:rPr>
        <w:t>רַק</w:t>
      </w:r>
      <w:r>
        <w:rPr>
          <w:rFonts w:ascii="Georgia" w:hAnsi="Georgia"/>
          <w:b w:val="0"/>
          <w:i w:val="0"/>
          <w:color w:val="000000"/>
          <w:sz w:val="24"/>
        </w:rPr>
        <w:t>) составляют по гематрии 320 (</w:t>
      </w:r>
      <w:r>
        <w:rPr>
          <w:rFonts w:ascii="Georgia" w:hAnsi="Georgia" w:cs="Times New Roman"/>
          <w:b/>
          <w:i w:val="0"/>
          <w:color w:val="000000"/>
          <w:sz w:val="24"/>
          <w:rtl/>
          <w:szCs w:val="32"/>
        </w:rPr>
        <w:t>ש״ך</w:t>
      </w:r>
      <w:r>
        <w:rPr>
          <w:rFonts w:ascii="Georgia" w:hAnsi="Georgia"/>
          <w:b w:val="0"/>
          <w:i w:val="0"/>
          <w:color w:val="000000"/>
          <w:sz w:val="24"/>
        </w:rPr>
        <w:t>), что является тайной 320 судов, как сказано выше. Смысл же в том, что во время господства 320 судов эти женские начала уменьшаются и у них нет свечения; и то, что было «отроковицей» (</w:t>
      </w:r>
      <w:r>
        <w:rPr>
          <w:rFonts w:ascii="Georgia" w:hAnsi="Georgia"/>
          <w:b w:val="0"/>
          <w:i/>
          <w:color w:val="000000"/>
          <w:sz w:val="24"/>
        </w:rPr>
        <w:t>наара</w:t>
      </w:r>
      <w:r>
        <w:rPr>
          <w:rFonts w:ascii="Georgia" w:hAnsi="Georgia"/>
          <w:b w:val="0"/>
          <w:i w:val="0"/>
          <w:color w:val="000000"/>
          <w:sz w:val="24"/>
        </w:rPr>
        <w:t xml:space="preserve">, </w:t>
      </w:r>
      <w:r>
        <w:rPr>
          <w:rFonts w:ascii="Georgia" w:hAnsi="Georgia" w:cs="Times New Roman"/>
          <w:b/>
          <w:i w:val="0"/>
          <w:color w:val="000000"/>
          <w:sz w:val="24"/>
          <w:rtl/>
          <w:szCs w:val="32"/>
        </w:rPr>
        <w:t>נַעֲרָה</w:t>
      </w:r>
      <w:r>
        <w:rPr>
          <w:rFonts w:ascii="Georgia" w:hAnsi="Georgia"/>
          <w:b w:val="0"/>
          <w:i w:val="0"/>
          <w:color w:val="000000"/>
          <w:sz w:val="24"/>
        </w:rPr>
        <w:t xml:space="preserve"> = 325), становится «отроком» (</w:t>
      </w:r>
      <w:r>
        <w:rPr>
          <w:rFonts w:ascii="Georgia" w:hAnsi="Georgia"/>
          <w:b w:val="0"/>
          <w:i/>
          <w:color w:val="000000"/>
          <w:sz w:val="24"/>
        </w:rPr>
        <w:t>наар</w:t>
      </w:r>
      <w:r>
        <w:rPr>
          <w:rFonts w:ascii="Georgia" w:hAnsi="Georgia"/>
          <w:b w:val="0"/>
          <w:i w:val="0"/>
          <w:color w:val="000000"/>
          <w:sz w:val="24"/>
        </w:rPr>
        <w:t xml:space="preserve">, </w:t>
      </w:r>
      <w:r>
        <w:rPr>
          <w:rFonts w:ascii="Georgia" w:hAnsi="Georgia" w:cs="Times New Roman"/>
          <w:b/>
          <w:i w:val="0"/>
          <w:color w:val="000000"/>
          <w:sz w:val="24"/>
          <w:rtl/>
          <w:szCs w:val="32"/>
        </w:rPr>
        <w:t>נַעַר</w:t>
      </w:r>
      <w:r>
        <w:rPr>
          <w:rFonts w:ascii="Georgia" w:hAnsi="Georgia"/>
          <w:b w:val="0"/>
          <w:i w:val="0"/>
          <w:color w:val="000000"/>
          <w:sz w:val="24"/>
        </w:rPr>
        <w:t xml:space="preserve"> = 320) без буквы хэй (</w:t>
      </w:r>
      <w:r>
        <w:rPr>
          <w:rFonts w:ascii="Georgia" w:hAnsi="Georgia" w:cs="Times New Roman"/>
          <w:b/>
          <w:i w:val="0"/>
          <w:color w:val="000000"/>
          <w:sz w:val="24"/>
          <w:rtl/>
          <w:szCs w:val="32"/>
        </w:rPr>
        <w:t>ה</w:t>
      </w:r>
      <w:r>
        <w:rPr>
          <w:rFonts w:ascii="Georgia" w:hAnsi="Georgia"/>
          <w:b w:val="0"/>
          <w:i w:val="0"/>
          <w:color w:val="000000"/>
          <w:sz w:val="24"/>
        </w:rPr>
        <w:t xml:space="preserve"> = 5), что соответствует свойству 320 судов, как подробно разъяснено там.</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Я счел нужным разъяснить несколько стихов в недельной главе Экев, которые касаются темы Леи и Рахели, как мы с Б-жьей помощью объясним далее. И вот они: </w:t>
      </w:r>
      <w:r>
        <w:rPr>
          <w:rFonts w:ascii="Georgia" w:hAnsi="Georgia"/>
          <w:b w:val="0"/>
          <w:i/>
          <w:color w:val="000000"/>
          <w:sz w:val="24"/>
        </w:rPr>
        <w:t>«Когда я взошел на гору принять каменные скрижали, скрижали завета...»</w:t>
      </w:r>
      <w:r>
        <w:rPr>
          <w:rFonts w:ascii="Georgia" w:hAnsi="Georgia"/>
          <w:b w:val="0"/>
          <w:i w:val="0"/>
          <w:color w:val="000000"/>
          <w:sz w:val="24"/>
        </w:rPr>
        <w:t xml:space="preserve"> (Дварим 9:9). Если ты вглядишься в них, то найдешь множество различий: один раз они названы двумя совместными именами — «каменные скрижали, скрижали завета», в другой раз названы только «каменные скрижали» или только «скрижали завета», а еще раз — просто «скрижали», без сопровождающего определения; и многие другие тонкости разрешатся в ходе нашего объяснения.</w:t>
      </w:r>
    </w:p>
    <w:p>
      <w:pPr>
        <w:spacing w:before="40" w:after="120"/>
        <w:jc w:val="both"/>
      </w:pPr>
      <w:r>
        <w:rPr>
          <w:rFonts w:ascii="Georgia" w:hAnsi="Georgia"/>
          <w:b w:val="0"/>
          <w:i w:val="0"/>
          <w:color w:val="000000"/>
          <w:sz w:val="24"/>
        </w:rPr>
        <w:t xml:space="preserve">Мы уже разъясняли, что в поколении пустыни Нуква де-ЗА находилась с ним ахор бе-ахор, и это продолжалось до тех пор, пока не был построен Первый Храм, когда она вернулась в положение паним бе-паним даже в будни. И если бы Исраэль не согрешил с тельцом, они были бы достойны того, чтобы ЗОН уже тогда вернулись в положение паним бе-паним, как во времена Храма, — и это [произошло бы] благодаря получению скрижалей. Знай же, что скрижали в целом — это тайна сфирот Нецах и Ход. А то, что сказано в Зоаре и в «Саба де-Мишпатим» о стихе </w:t>
      </w:r>
      <w:r>
        <w:rPr>
          <w:rFonts w:ascii="Georgia" w:hAnsi="Georgia"/>
          <w:b w:val="0"/>
          <w:i/>
          <w:color w:val="000000"/>
          <w:sz w:val="24"/>
        </w:rPr>
        <w:t>«И скрижали — дело Всесильного они...»</w:t>
      </w:r>
      <w:r>
        <w:rPr>
          <w:rFonts w:ascii="Georgia" w:hAnsi="Georgia"/>
          <w:b w:val="0"/>
          <w:i w:val="0"/>
          <w:color w:val="000000"/>
          <w:sz w:val="24"/>
        </w:rPr>
        <w:t xml:space="preserve"> (Шмот 32:16), что они — буквы вав и хэй (</w:t>
      </w:r>
      <w:r>
        <w:rPr>
          <w:rFonts w:ascii="Georgia" w:hAnsi="Georgia" w:cs="Times New Roman"/>
          <w:b/>
          <w:i w:val="0"/>
          <w:color w:val="000000"/>
          <w:sz w:val="24"/>
          <w:rtl/>
          <w:szCs w:val="32"/>
        </w:rPr>
        <w:t>ו״ה</w:t>
      </w:r>
      <w:r>
        <w:rPr>
          <w:rFonts w:ascii="Georgia" w:hAnsi="Georgia"/>
          <w:b w:val="0"/>
          <w:i w:val="0"/>
          <w:color w:val="000000"/>
          <w:sz w:val="24"/>
        </w:rPr>
        <w:t>), где скрижали соответствуют букве хэй (</w:t>
      </w:r>
      <w:r>
        <w:rPr>
          <w:rFonts w:ascii="Georgia" w:hAnsi="Georgia" w:cs="Times New Roman"/>
          <w:b/>
          <w:i w:val="0"/>
          <w:color w:val="000000"/>
          <w:sz w:val="24"/>
          <w:rtl/>
          <w:szCs w:val="32"/>
        </w:rPr>
        <w:t>ה</w:t>
      </w:r>
      <w:r>
        <w:rPr>
          <w:rFonts w:ascii="Georgia" w:hAnsi="Georgia"/>
          <w:b w:val="0"/>
          <w:i w:val="0"/>
          <w:color w:val="000000"/>
          <w:sz w:val="24"/>
        </w:rPr>
        <w:t>), то есть ЗОН, являющиеся буквами вав и хэй АВАЯ, сами по себе представляют категорию скрижалей, — это не вызывает противоречия. Ведь в Зоаре и в Тиккуним уже объяснялось: «Он — в Нецах, а она — в Ход», и получается, что сами ЗОН — это Нецах и Ход.</w:t>
      </w:r>
    </w:p>
    <w:p>
      <w:pPr>
        <w:spacing w:before="40" w:after="120"/>
        <w:jc w:val="both"/>
      </w:pPr>
      <w:r>
        <w:rPr>
          <w:rFonts w:ascii="Georgia" w:hAnsi="Georgia"/>
          <w:b w:val="0"/>
          <w:i w:val="0"/>
          <w:color w:val="000000"/>
          <w:sz w:val="24"/>
        </w:rPr>
        <w:t>Разъяснение же состоит в том, что, как известно, высота Нуквы де-ЗА располагается в пределах Нецах и Ход де-ЗА. Ведь три сустава, имеющиеся в каждом из них, распределяются в ней следующим образом: два верхних сустава — это ее ХУБ, два средних сустава — ее ХАГАТ, являющиеся ее телом (гуф), а два нижних сустава — это ее Нецах и Ход. И вот, когда Моше поднялся принять скрижали, он взял со стороны тела Рахели, соответствующего двум средним суставам его Нецах и Ход (и этот уровень называется «каменными скрижалями»), а также со стороны Нецах и Ход де-ЗА (и этот его уровень называется «скрижалями завета»). Ведь женское начало называется камнем, а мужское начало — заветом. А поскольку они [были даны] со стороны тела Нуквы, то есть ее Тиферет, слово «скрижали» написано полно по первой букве вав (</w:t>
      </w:r>
      <w:r>
        <w:rPr>
          <w:rFonts w:ascii="Georgia" w:hAnsi="Georgia" w:cs="Times New Roman"/>
          <w:b/>
          <w:i w:val="0"/>
          <w:color w:val="000000"/>
          <w:sz w:val="24"/>
          <w:rtl/>
          <w:szCs w:val="32"/>
        </w:rPr>
        <w:t>לוּחֹת</w:t>
      </w:r>
      <w:r>
        <w:rPr>
          <w:rFonts w:ascii="Georgia" w:hAnsi="Georgia"/>
          <w:b w:val="0"/>
          <w:i w:val="0"/>
          <w:color w:val="000000"/>
          <w:sz w:val="24"/>
        </w:rPr>
        <w:t>): ведь Тиферет — это первая вав, а Есод — вторая вав, как известно из тайны двух букв вав (</w:t>
      </w:r>
      <w:r>
        <w:rPr>
          <w:rFonts w:ascii="Georgia" w:hAnsi="Georgia" w:cs="Times New Roman"/>
          <w:b/>
          <w:i w:val="0"/>
          <w:color w:val="000000"/>
          <w:sz w:val="24"/>
          <w:rtl/>
          <w:szCs w:val="32"/>
        </w:rPr>
        <w:t>ו״ו</w:t>
      </w:r>
      <w:r>
        <w:rPr>
          <w:rFonts w:ascii="Georgia" w:hAnsi="Georgia"/>
          <w:b w:val="0"/>
          <w:i w:val="0"/>
          <w:color w:val="000000"/>
          <w:sz w:val="24"/>
        </w:rPr>
        <w:t>). По этой же причине [в начале] не сказано «две скрижали», поскольку Нецах и Ход едины: они — «две половины тела» и не являются двумя отдельными друг от друга свойствами. Ведь они соединяются и образуют одно тело, будучи соединены в двух верхних суставах и в двух средних суставах, как сказано выше, и разделяются лишь на завершающем этапе, в двух нижних суставах, которые становятся Нецах и Ход — «двумя отдельными бедрами» в завершении ее строения.</w:t>
      </w:r>
    </w:p>
    <w:p>
      <w:pPr>
        <w:spacing w:before="40" w:after="120"/>
        <w:jc w:val="both"/>
      </w:pPr>
      <w:r>
        <w:rPr>
          <w:rFonts w:ascii="Georgia" w:hAnsi="Georgia"/>
          <w:b w:val="0"/>
          <w:i w:val="0"/>
          <w:color w:val="000000"/>
          <w:sz w:val="24"/>
        </w:rPr>
        <w:t xml:space="preserve">И вот, когда Всевышний дал их ему изначально, написано: </w:t>
      </w:r>
      <w:r>
        <w:rPr>
          <w:rFonts w:ascii="Georgia" w:hAnsi="Georgia"/>
          <w:b w:val="0"/>
          <w:i/>
          <w:color w:val="000000"/>
          <w:sz w:val="24"/>
        </w:rPr>
        <w:t>«И дал мне Г-сподь две каменные скрижали...»</w:t>
      </w:r>
      <w:r>
        <w:rPr>
          <w:rFonts w:ascii="Georgia" w:hAnsi="Georgia"/>
          <w:b w:val="0"/>
          <w:i w:val="0"/>
          <w:color w:val="000000"/>
          <w:sz w:val="24"/>
        </w:rPr>
        <w:t xml:space="preserve"> (Дварим 9:10) — со стороны тела Нуквы, так как оттуда начали [восхождение] снизу вверх: ведь он находился еще в начале сорока дней и еще не учил Тору на Небесах. Но тем не менее это происходило из высшего места в ней, со стороны ее Тиферет, и потому здесь написано «каменные скрижали» (</w:t>
      </w:r>
      <w:r>
        <w:rPr>
          <w:rFonts w:ascii="Georgia" w:hAnsi="Georgia" w:cs="Times New Roman"/>
          <w:b/>
          <w:i w:val="0"/>
          <w:color w:val="000000"/>
          <w:sz w:val="24"/>
          <w:rtl/>
          <w:szCs w:val="32"/>
        </w:rPr>
        <w:t>לוּחֹת</w:t>
      </w:r>
      <w:r>
        <w:rPr>
          <w:rFonts w:ascii="Georgia" w:hAnsi="Georgia"/>
          <w:b w:val="0"/>
          <w:i w:val="0"/>
          <w:color w:val="000000"/>
          <w:sz w:val="24"/>
        </w:rPr>
        <w:t xml:space="preserve">) полно по первой букве вав, указывающей на ее Тиферет. Однако </w:t>
      </w:r>
      <w:r>
        <w:rPr>
          <w:rFonts w:ascii="Georgia" w:hAnsi="Georgia"/>
          <w:b w:val="0"/>
          <w:i/>
          <w:color w:val="000000"/>
          <w:sz w:val="24"/>
        </w:rPr>
        <w:t>«по окончании сорока дней...»</w:t>
      </w:r>
      <w:r>
        <w:rPr>
          <w:rFonts w:ascii="Georgia" w:hAnsi="Georgia"/>
          <w:b w:val="0"/>
          <w:i w:val="0"/>
          <w:color w:val="000000"/>
          <w:sz w:val="24"/>
        </w:rPr>
        <w:t xml:space="preserve"> (Дварим 9:11), когда он уже был достоин получить также категорию Нецах и Ход де-ЗА (которая тогда называется «скрижалями завета») и мог подняться до места Завета, — поскольку совершился грех тельца, были даны лишь две скрижали: каменные скрижали (скрижали завета). В этом проявилось несколько изменений.</w:t>
      </w:r>
    </w:p>
    <w:p>
      <w:pPr>
        <w:spacing w:before="40" w:after="120"/>
        <w:jc w:val="both"/>
      </w:pPr>
      <w:r>
        <w:rPr>
          <w:rFonts w:ascii="Georgia" w:hAnsi="Georgia"/>
          <w:b w:val="0"/>
          <w:i w:val="0"/>
          <w:color w:val="000000"/>
          <w:sz w:val="24"/>
        </w:rPr>
        <w:t>Первое: они оказались в состоянии разделенности надвое, что соответствует положению внизу, в ее Нецах и Ход — двух ее нижних суставах, где как раз и происходит разделение надвое, как сказано выше. Поэтому во всех [словах] «скрижали» отсутствовали обе буквы вав (</w:t>
      </w:r>
      <w:r>
        <w:rPr>
          <w:rFonts w:ascii="Georgia" w:hAnsi="Georgia" w:cs="Times New Roman"/>
          <w:b/>
          <w:i w:val="0"/>
          <w:color w:val="000000"/>
          <w:sz w:val="24"/>
          <w:rtl/>
          <w:szCs w:val="32"/>
        </w:rPr>
        <w:t>לֻחֹת</w:t>
      </w:r>
      <w:r>
        <w:rPr>
          <w:rFonts w:ascii="Georgia" w:hAnsi="Georgia"/>
          <w:b w:val="0"/>
          <w:i w:val="0"/>
          <w:color w:val="000000"/>
          <w:sz w:val="24"/>
        </w:rPr>
        <w:t xml:space="preserve"> написано без букв вав): ведь они находятся внизу, в ее бедрах, а не наверху, в ее Тиферет, как сказано выше. И это повреждение относится к уровню Нуквы.</w:t>
      </w:r>
    </w:p>
    <w:p>
      <w:pPr>
        <w:spacing w:before="40" w:after="120"/>
        <w:jc w:val="both"/>
      </w:pPr>
      <w:r>
        <w:rPr>
          <w:rFonts w:ascii="Georgia" w:hAnsi="Georgia"/>
          <w:b w:val="0"/>
          <w:i w:val="0"/>
          <w:color w:val="000000"/>
          <w:sz w:val="24"/>
        </w:rPr>
        <w:t>Еще одно повреждение — со стороны ЗА: ведь хотя это и были «скрижали завета», в них отсутствовала первая буква вав, но была поставлена вторая, соответствующая Есоду, который находится внизу, на уровне Нуквы.</w:t>
      </w:r>
    </w:p>
    <w:p>
      <w:pPr>
        <w:spacing w:before="40" w:after="120"/>
        <w:jc w:val="both"/>
      </w:pPr>
      <w:r>
        <w:rPr>
          <w:rFonts w:ascii="Georgia" w:hAnsi="Georgia"/>
          <w:b w:val="0"/>
          <w:i w:val="0"/>
          <w:color w:val="000000"/>
          <w:sz w:val="24"/>
        </w:rPr>
        <w:t xml:space="preserve">И тогда: </w:t>
      </w:r>
      <w:r>
        <w:rPr>
          <w:rFonts w:ascii="Georgia" w:hAnsi="Georgia"/>
          <w:b w:val="0"/>
          <w:i/>
          <w:color w:val="000000"/>
          <w:sz w:val="24"/>
        </w:rPr>
        <w:t>«И сказал мне Г-сподь: ...сошли скоро с пути, который ты заповедал им...»</w:t>
      </w:r>
      <w:r>
        <w:rPr>
          <w:rFonts w:ascii="Georgia" w:hAnsi="Georgia"/>
          <w:b w:val="0"/>
          <w:i w:val="0"/>
          <w:color w:val="000000"/>
          <w:sz w:val="24"/>
        </w:rPr>
        <w:t xml:space="preserve"> (Дварим 9:12). Написано </w:t>
      </w:r>
      <w:r>
        <w:rPr>
          <w:rFonts w:ascii="Georgia" w:hAnsi="Georgia"/>
          <w:b w:val="0"/>
          <w:i/>
          <w:color w:val="000000"/>
          <w:sz w:val="24"/>
        </w:rPr>
        <w:t>цивитам</w:t>
      </w:r>
      <w:r>
        <w:rPr>
          <w:rFonts w:ascii="Georgia" w:hAnsi="Georgia"/>
          <w:b w:val="0"/>
          <w:i w:val="0"/>
          <w:color w:val="000000"/>
          <w:sz w:val="24"/>
        </w:rPr>
        <w:t xml:space="preserve"> (</w:t>
      </w:r>
      <w:r>
        <w:rPr>
          <w:rFonts w:ascii="Georgia" w:hAnsi="Georgia" w:cs="Times New Roman"/>
          <w:b/>
          <w:i w:val="0"/>
          <w:color w:val="000000"/>
          <w:sz w:val="24"/>
          <w:rtl/>
          <w:szCs w:val="32"/>
        </w:rPr>
        <w:t>צִוִּיתָם</w:t>
      </w:r>
      <w:r>
        <w:rPr>
          <w:rFonts w:ascii="Georgia" w:hAnsi="Georgia"/>
          <w:b w:val="0"/>
          <w:i w:val="0"/>
          <w:color w:val="000000"/>
          <w:sz w:val="24"/>
        </w:rPr>
        <w:t xml:space="preserve">) — [«ты заповедал им»], и это подобно той первой заповеди, которую Моше заповедал в недельной главе Бо, в отрывке «Освяти Мне всякого первенца...» (Шмот 13:2), где сказано: </w:t>
      </w:r>
      <w:r>
        <w:rPr>
          <w:rFonts w:ascii="Georgia" w:hAnsi="Georgia"/>
          <w:b w:val="0"/>
          <w:i/>
          <w:color w:val="000000"/>
          <w:sz w:val="24"/>
        </w:rPr>
        <w:t>«И сказал Моше народу: помните этот день...»</w:t>
      </w:r>
      <w:r>
        <w:rPr>
          <w:rFonts w:ascii="Georgia" w:hAnsi="Georgia"/>
          <w:b w:val="0"/>
          <w:i w:val="0"/>
          <w:color w:val="000000"/>
          <w:sz w:val="24"/>
        </w:rPr>
        <w:t xml:space="preserve"> (Шмот 13:3), — ведь «народ» без уточнения означает «смешанное множество» (эрев рав). И там, в той главе, мы разъяснили суть этой заповеди — не есть квасного (хамец); посмотри там. И вот там мы объяснили, что Моше по собственной воле пожелал передать эту заповедь «смешанному множеству», чтобы дать им заслугу и ввести их под крылья Шхины. Однако Всевышний заповедал иначе: </w:t>
      </w:r>
      <w:r>
        <w:rPr>
          <w:rFonts w:ascii="Georgia" w:hAnsi="Georgia"/>
          <w:b w:val="0"/>
          <w:i/>
          <w:color w:val="000000"/>
          <w:sz w:val="24"/>
        </w:rPr>
        <w:t>«Освяти Мне всякого первенца...»</w:t>
      </w:r>
      <w:r>
        <w:rPr>
          <w:rFonts w:ascii="Georgia" w:hAnsi="Georgia"/>
          <w:b w:val="0"/>
          <w:i w:val="0"/>
          <w:color w:val="000000"/>
          <w:sz w:val="24"/>
        </w:rPr>
        <w:t xml:space="preserve"> (Шмот 13:2), — и об этом сказано: </w:t>
      </w:r>
      <w:r>
        <w:rPr>
          <w:rFonts w:ascii="Georgia" w:hAnsi="Georgia"/>
          <w:b w:val="0"/>
          <w:i/>
          <w:color w:val="000000"/>
          <w:sz w:val="24"/>
        </w:rPr>
        <w:t>«...который ты заповедал им»</w:t>
      </w:r>
      <w:r>
        <w:rPr>
          <w:rFonts w:ascii="Georgia" w:hAnsi="Georgia"/>
          <w:b w:val="0"/>
          <w:i w:val="0"/>
          <w:color w:val="000000"/>
          <w:sz w:val="24"/>
        </w:rPr>
        <w:t>, то есть ты, а не Я.</w:t>
      </w:r>
    </w:p>
    <w:p>
      <w:pPr>
        <w:spacing w:before="40" w:after="120"/>
        <w:jc w:val="both"/>
      </w:pPr>
      <w:r>
        <w:rPr>
          <w:rFonts w:ascii="Georgia" w:hAnsi="Georgia"/>
          <w:b w:val="0"/>
          <w:i w:val="0"/>
          <w:color w:val="000000"/>
          <w:sz w:val="24"/>
        </w:rPr>
        <w:t xml:space="preserve">Слова же </w:t>
      </w:r>
      <w:r>
        <w:rPr>
          <w:rFonts w:ascii="Georgia" w:hAnsi="Georgia"/>
          <w:b w:val="0"/>
          <w:i/>
          <w:color w:val="000000"/>
          <w:sz w:val="24"/>
        </w:rPr>
        <w:t>«сошли скоро с пути...»</w:t>
      </w:r>
      <w:r>
        <w:rPr>
          <w:rFonts w:ascii="Georgia" w:hAnsi="Georgia"/>
          <w:b w:val="0"/>
          <w:i w:val="0"/>
          <w:color w:val="000000"/>
          <w:sz w:val="24"/>
        </w:rPr>
        <w:t xml:space="preserve"> указывают на путь, идущий от Есода к Нукве, по тайне стиха: </w:t>
      </w:r>
      <w:r>
        <w:rPr>
          <w:rFonts w:ascii="Georgia" w:hAnsi="Georgia"/>
          <w:b w:val="0"/>
          <w:i/>
          <w:color w:val="000000"/>
          <w:sz w:val="24"/>
        </w:rPr>
        <w:t>«Дающий в море дорогу...»</w:t>
      </w:r>
      <w:r>
        <w:rPr>
          <w:rFonts w:ascii="Georgia" w:hAnsi="Georgia"/>
          <w:b w:val="0"/>
          <w:i w:val="0"/>
          <w:color w:val="000000"/>
          <w:sz w:val="24"/>
        </w:rPr>
        <w:t xml:space="preserve"> (Йешаяу 43:16). И подобно тому как есть путь от Есода де-ЗА к нижней Малхут — Рахели, точно так же есть высший путь от Даат де-ЗА к высшей Малхут — Лее, являющейся буквой далет (</w:t>
      </w:r>
      <w:r>
        <w:rPr>
          <w:rFonts w:ascii="Georgia" w:hAnsi="Georgia" w:cs="Times New Roman"/>
          <w:b/>
          <w:i w:val="0"/>
          <w:color w:val="000000"/>
          <w:sz w:val="24"/>
          <w:rtl/>
          <w:szCs w:val="32"/>
        </w:rPr>
        <w:t>ד</w:t>
      </w:r>
      <w:r>
        <w:rPr>
          <w:rFonts w:ascii="Georgia" w:hAnsi="Georgia"/>
          <w:b w:val="0"/>
          <w:i w:val="0"/>
          <w:color w:val="000000"/>
          <w:sz w:val="24"/>
        </w:rPr>
        <w:t>) в слове «Эхад» (</w:t>
      </w:r>
      <w:r>
        <w:rPr>
          <w:rFonts w:ascii="Georgia" w:hAnsi="Georgia"/>
          <w:b w:val="0"/>
          <w:i/>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соответствии с этим сказано: </w:t>
      </w:r>
      <w:r>
        <w:rPr>
          <w:rFonts w:ascii="Georgia" w:hAnsi="Georgia"/>
          <w:b w:val="0"/>
          <w:i/>
          <w:color w:val="000000"/>
          <w:sz w:val="24"/>
        </w:rPr>
        <w:t>«сошли скоро с пути, который ты заповедал им...»</w:t>
      </w:r>
      <w:r>
        <w:rPr>
          <w:rFonts w:ascii="Georgia" w:hAnsi="Georgia"/>
          <w:b w:val="0"/>
          <w:i w:val="0"/>
          <w:color w:val="000000"/>
          <w:sz w:val="24"/>
        </w:rPr>
        <w:t xml:space="preserve">, ведь грех литого кумира (масеха), которого они сделали, коснулся высоты Леи, как мы сейчас объясним. Суть же в том, что грех тельца содержит в себе общее повреждение как мужского, так и женского начала. Тайна литого кумира (масеха) пребывает наверху, в Даат, совершающем зивуг с высшей Малхут — Леей, а телец — внизу, в Есоде де-ЗА, совершающем зивуг с нижней Малхут — Рахелью. Знай, что слово </w:t>
      </w:r>
      <w:r>
        <w:rPr>
          <w:rFonts w:ascii="Georgia" w:hAnsi="Georgia"/>
          <w:b w:val="0"/>
          <w:i/>
          <w:color w:val="000000"/>
          <w:sz w:val="24"/>
        </w:rPr>
        <w:t>эгель</w:t>
      </w:r>
      <w:r>
        <w:rPr>
          <w:rFonts w:ascii="Georgia" w:hAnsi="Georgia"/>
          <w:b w:val="0"/>
          <w:i w:val="0"/>
          <w:color w:val="000000"/>
          <w:sz w:val="24"/>
        </w:rPr>
        <w:t xml:space="preserve"> (</w:t>
      </w:r>
      <w:r>
        <w:rPr>
          <w:rFonts w:ascii="Georgia" w:hAnsi="Georgia" w:cs="Times New Roman"/>
          <w:b/>
          <w:i w:val="0"/>
          <w:color w:val="000000"/>
          <w:sz w:val="24"/>
          <w:rtl/>
          <w:szCs w:val="32"/>
        </w:rPr>
        <w:t>עֵגֶל</w:t>
      </w:r>
      <w:r>
        <w:rPr>
          <w:rFonts w:ascii="Georgia" w:hAnsi="Georgia"/>
          <w:b w:val="0"/>
          <w:i w:val="0"/>
          <w:color w:val="000000"/>
          <w:sz w:val="24"/>
        </w:rPr>
        <w:t>) по гематрии равно 103 (</w:t>
      </w:r>
      <w:r>
        <w:rPr>
          <w:rFonts w:ascii="Georgia" w:hAnsi="Georgia" w:cs="Times New Roman"/>
          <w:b/>
          <w:i w:val="0"/>
          <w:color w:val="000000"/>
          <w:sz w:val="24"/>
          <w:rtl/>
          <w:szCs w:val="32"/>
        </w:rPr>
        <w:t>ק״ג</w:t>
      </w:r>
      <w:r>
        <w:rPr>
          <w:rFonts w:ascii="Georgia" w:hAnsi="Georgia"/>
          <w:b w:val="0"/>
          <w:i w:val="0"/>
          <w:color w:val="000000"/>
          <w:sz w:val="24"/>
        </w:rPr>
        <w:t>): имя САГ (</w:t>
      </w:r>
      <w:r>
        <w:rPr>
          <w:rFonts w:ascii="Georgia" w:hAnsi="Georgia" w:cs="Times New Roman"/>
          <w:b/>
          <w:i w:val="0"/>
          <w:color w:val="000000"/>
          <w:sz w:val="24"/>
          <w:rtl/>
          <w:szCs w:val="32"/>
        </w:rPr>
        <w:t>ס״ג</w:t>
      </w:r>
      <w:r>
        <w:rPr>
          <w:rFonts w:ascii="Georgia" w:hAnsi="Georgia"/>
          <w:b w:val="0"/>
          <w:i w:val="0"/>
          <w:color w:val="000000"/>
          <w:sz w:val="24"/>
        </w:rPr>
        <w:t>) вместе с десятью своими буквами составляет 73 (</w:t>
      </w:r>
      <w:r>
        <w:rPr>
          <w:rFonts w:ascii="Georgia" w:hAnsi="Georgia" w:cs="Times New Roman"/>
          <w:b/>
          <w:i w:val="0"/>
          <w:color w:val="000000"/>
          <w:sz w:val="24"/>
          <w:rtl/>
          <w:szCs w:val="32"/>
        </w:rPr>
        <w:t>ע״ג</w:t>
      </w:r>
      <w:r>
        <w:rPr>
          <w:rFonts w:ascii="Georgia" w:hAnsi="Georgia"/>
          <w:b w:val="0"/>
          <w:i w:val="0"/>
          <w:color w:val="000000"/>
          <w:sz w:val="24"/>
        </w:rPr>
        <w:t>), само Имя АВАЯ (</w:t>
      </w:r>
      <w:r>
        <w:rPr>
          <w:rFonts w:ascii="Georgia" w:hAnsi="Georgia" w:cs="Times New Roman"/>
          <w:b/>
          <w:i w:val="0"/>
          <w:color w:val="000000"/>
          <w:sz w:val="24"/>
          <w:rtl/>
          <w:szCs w:val="32"/>
        </w:rPr>
        <w:t>יהוה</w:t>
      </w:r>
      <w:r>
        <w:rPr>
          <w:rFonts w:ascii="Georgia" w:hAnsi="Georgia"/>
          <w:b w:val="0"/>
          <w:i w:val="0"/>
          <w:color w:val="000000"/>
          <w:sz w:val="24"/>
        </w:rPr>
        <w:t>) равно 26 (</w:t>
      </w:r>
      <w:r>
        <w:rPr>
          <w:rFonts w:ascii="Georgia" w:hAnsi="Georgia" w:cs="Times New Roman"/>
          <w:b/>
          <w:i w:val="0"/>
          <w:color w:val="000000"/>
          <w:sz w:val="24"/>
          <w:rtl/>
          <w:szCs w:val="32"/>
        </w:rPr>
        <w:t>כ״ו</w:t>
      </w:r>
      <w:r>
        <w:rPr>
          <w:rFonts w:ascii="Georgia" w:hAnsi="Georgia"/>
          <w:b w:val="0"/>
          <w:i w:val="0"/>
          <w:color w:val="000000"/>
          <w:sz w:val="24"/>
        </w:rPr>
        <w:t xml:space="preserve">), а вместе с четырьмя своими буквами всё это составит 103, что соответствует гематрии слова </w:t>
      </w:r>
      <w:r>
        <w:rPr>
          <w:rFonts w:ascii="Georgia" w:hAnsi="Georgia"/>
          <w:b w:val="0"/>
          <w:i/>
          <w:color w:val="000000"/>
          <w:sz w:val="24"/>
        </w:rPr>
        <w:t>эгель</w:t>
      </w:r>
      <w:r>
        <w:rPr>
          <w:rFonts w:ascii="Georgia" w:hAnsi="Georgia"/>
          <w:b w:val="0"/>
          <w:i w:val="0"/>
          <w:color w:val="000000"/>
          <w:sz w:val="24"/>
        </w:rPr>
        <w:t>.</w:t>
      </w:r>
    </w:p>
    <w:p>
      <w:pPr>
        <w:spacing w:before="40" w:after="120"/>
        <w:jc w:val="both"/>
      </w:pPr>
      <w:r>
        <w:rPr>
          <w:rFonts w:ascii="Georgia" w:hAnsi="Georgia"/>
          <w:b w:val="0"/>
          <w:i w:val="0"/>
          <w:color w:val="000000"/>
          <w:sz w:val="24"/>
        </w:rPr>
        <w:t>Литой же кумир (</w:t>
      </w:r>
      <w:r>
        <w:rPr>
          <w:rFonts w:ascii="Georgia" w:hAnsi="Georgia"/>
          <w:b w:val="0"/>
          <w:i/>
          <w:color w:val="000000"/>
          <w:sz w:val="24"/>
        </w:rPr>
        <w:t>масеха</w:t>
      </w:r>
      <w:r>
        <w:rPr>
          <w:rFonts w:ascii="Georgia" w:hAnsi="Georgia"/>
          <w:b w:val="0"/>
          <w:i w:val="0"/>
          <w:color w:val="000000"/>
          <w:sz w:val="24"/>
        </w:rPr>
        <w:t xml:space="preserve">, </w:t>
      </w:r>
      <w:r>
        <w:rPr>
          <w:rFonts w:ascii="Georgia" w:hAnsi="Georgia" w:cs="Times New Roman"/>
          <w:b/>
          <w:i w:val="0"/>
          <w:color w:val="000000"/>
          <w:sz w:val="24"/>
          <w:rtl/>
          <w:szCs w:val="32"/>
        </w:rPr>
        <w:t>מַסֵּכָה</w:t>
      </w:r>
      <w:r>
        <w:rPr>
          <w:rFonts w:ascii="Georgia" w:hAnsi="Georgia"/>
          <w:b w:val="0"/>
          <w:i w:val="0"/>
          <w:color w:val="000000"/>
          <w:sz w:val="24"/>
        </w:rPr>
        <w:t>) — это тайна 125 (</w:t>
      </w:r>
      <w:r>
        <w:rPr>
          <w:rFonts w:ascii="Georgia" w:hAnsi="Georgia" w:cs="Times New Roman"/>
          <w:b/>
          <w:i w:val="0"/>
          <w:color w:val="000000"/>
          <w:sz w:val="24"/>
          <w:rtl/>
          <w:szCs w:val="32"/>
        </w:rPr>
        <w:t>קכ״ה</w:t>
      </w:r>
      <w:r>
        <w:rPr>
          <w:rFonts w:ascii="Georgia" w:hAnsi="Georgia"/>
          <w:b w:val="0"/>
          <w:i w:val="0"/>
          <w:color w:val="000000"/>
          <w:sz w:val="24"/>
        </w:rPr>
        <w:t xml:space="preserve">) талантов золота, которые в нем содержались, по числу слова </w:t>
      </w:r>
      <w:r>
        <w:rPr>
          <w:rFonts w:ascii="Georgia" w:hAnsi="Georgia"/>
          <w:b w:val="0"/>
          <w:i/>
          <w:color w:val="000000"/>
          <w:sz w:val="24"/>
        </w:rPr>
        <w:t>масеха</w:t>
      </w:r>
      <w:r>
        <w:rPr>
          <w:rFonts w:ascii="Georgia" w:hAnsi="Georgia"/>
          <w:b w:val="0"/>
          <w:i w:val="0"/>
          <w:color w:val="000000"/>
          <w:sz w:val="24"/>
        </w:rPr>
        <w:t xml:space="preserve">, как сказали мудрецы (ХАЗАЛЬ). Они представляют собой тайну 125 видов нечистоты, нисходящих в мир со стороны злого змея, вносящего [скверну] в Нукву, и это мужские силы, как упоминается в недельной главе Ахарей Мот (лист 79). И Всевышний упомянул лишь литого кумира, представляющего собой повреждение мужского начала, как сказано выше. Причина в том, что это повреждение гораздо тяжелее повреждения Нуквы, и поэтому сказано: </w:t>
      </w:r>
      <w:r>
        <w:rPr>
          <w:rFonts w:ascii="Georgia" w:hAnsi="Georgia"/>
          <w:b w:val="0"/>
          <w:i/>
          <w:color w:val="000000"/>
          <w:sz w:val="24"/>
        </w:rPr>
        <w:t>«...сделали себе литого кумира»</w:t>
      </w:r>
      <w:r>
        <w:rPr>
          <w:rFonts w:ascii="Georgia" w:hAnsi="Georgia"/>
          <w:b w:val="0"/>
          <w:i w:val="0"/>
          <w:color w:val="000000"/>
          <w:sz w:val="24"/>
        </w:rPr>
        <w:t>, и не сказано «сделали себе тельца литого». Грех тельца коснулся также и того, что наверху — Леи, в тайне буквы далет в слове «Эхад». Ты ведь уже знаешь, что НЕХИ Твуны служат облачениями для мохин де-ЗА, а Малхут Твуны вышла наружу в тайне узла головного тфилина на затылке, позади головы; она и есть тайна большой буквы далет в слове «Эхад», и в ней нет ничего, кроме упомянутой одной точки.</w:t>
      </w:r>
    </w:p>
    <w:p>
      <w:pPr>
        <w:spacing w:before="40" w:after="120"/>
        <w:jc w:val="both"/>
      </w:pPr>
      <w:r>
        <w:rPr>
          <w:rFonts w:ascii="Georgia" w:hAnsi="Georgia"/>
          <w:b w:val="0"/>
          <w:i w:val="0"/>
          <w:color w:val="000000"/>
          <w:sz w:val="24"/>
        </w:rPr>
        <w:t>Нижняя же Рахель получает все свои света исключительно от мужского начала — ЗА, и от него свет постоянно приходит к ней. Все девять ее нижних сфирот изначально, когда Источник выделил их из Себя в Ацилуте, не вышли, но приходят к ней впоследствии, во время исправления, лишь в качестве добавления, как сказано выше. И потому грехи нижних обладают силой удалить это добавление.</w:t>
      </w:r>
    </w:p>
    <w:p>
      <w:pPr>
        <w:spacing w:before="40" w:after="120"/>
        <w:jc w:val="both"/>
      </w:pPr>
      <w:r>
        <w:rPr>
          <w:rFonts w:ascii="Georgia" w:hAnsi="Georgia"/>
          <w:b w:val="0"/>
          <w:i w:val="0"/>
          <w:color w:val="000000"/>
          <w:sz w:val="24"/>
        </w:rPr>
        <w:t xml:space="preserve">Когда же совершился грех тельца и повредили также нижнюю Рахель, ее света удалились. Тогда высший Источник пожелал возвести новое строение в мире, чтобы у нижних не было силы действием [греха] разрушать и сокрушать в нижней Малхут — Рахели. Он задумал стереть строение Рахели, чтобы всё строение Малхут воплотилось в высшей Лее, и чтобы ее строение составили подлинные десять сфирот по тайне Аба ве-Има, и вернуть ее в положение паним бе-паним с ЗА. Тогда грехи нижних не властвовали бы над тем местом, поскольку она строилась бы не мужским началом — ЗА, как Рахель, а Самими Аба ве-Има, и оставалась бы совершенной вовеки, и не терпела бы непрестанного ущерба во время повреждения, подобно Рахели. В этом тайна стиха: </w:t>
      </w:r>
      <w:r>
        <w:rPr>
          <w:rFonts w:ascii="Georgia" w:hAnsi="Georgia"/>
          <w:b w:val="0"/>
          <w:i/>
          <w:color w:val="000000"/>
          <w:sz w:val="24"/>
        </w:rPr>
        <w:t>«Я видел этот народ, и вот, народ жестоковыйный он...»</w:t>
      </w:r>
      <w:r>
        <w:rPr>
          <w:rFonts w:ascii="Georgia" w:hAnsi="Georgia"/>
          <w:b w:val="0"/>
          <w:i w:val="0"/>
          <w:color w:val="000000"/>
          <w:sz w:val="24"/>
        </w:rPr>
        <w:t xml:space="preserve"> (Дварим 9:13). Это означает, что их повреждение достигло также и Леи, являющейся узлом головного тфилина на затылке, как сказано выше; и об этом сказано: </w:t>
      </w:r>
      <w:r>
        <w:rPr>
          <w:rFonts w:ascii="Georgia" w:hAnsi="Georgia"/>
          <w:b w:val="0"/>
          <w:i/>
          <w:color w:val="000000"/>
          <w:sz w:val="24"/>
        </w:rPr>
        <w:t>«...народ жестоковыйный 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Причиной же этого послужило то, что Лея была лишь одной точкой — обратной стороной (ахораим) Малхут Твуны — и не обладала десятью сфирот, как Рахель. Но и у Рахели, хотя в ней и есть десять сфирот, девять нижних [сфирот] удаляются во время повреждения, поскольку они пришли к ней благодаря добавлению, как сказано выше. Поэтому сказано: </w:t>
      </w:r>
      <w:r>
        <w:rPr>
          <w:rFonts w:ascii="Georgia" w:hAnsi="Georgia"/>
          <w:b w:val="0"/>
          <w:i/>
          <w:color w:val="000000"/>
          <w:sz w:val="24"/>
        </w:rPr>
        <w:t>«Оставь Меня, и Я истреблю их...»</w:t>
      </w:r>
      <w:r>
        <w:rPr>
          <w:rFonts w:ascii="Georgia" w:hAnsi="Georgia"/>
          <w:b w:val="0"/>
          <w:i w:val="0"/>
          <w:color w:val="000000"/>
          <w:sz w:val="24"/>
        </w:rPr>
        <w:t xml:space="preserve"> (Дварим 9:14), — [буквально: «сотру имя их»], где «имя их» — это Рахель, их имя, ведь она их мать, а они ее дети, укорененные в Малхут Рахели, именуемой Именем (</w:t>
      </w:r>
      <w:r>
        <w:rPr>
          <w:rFonts w:ascii="Georgia" w:hAnsi="Georgia"/>
          <w:b w:val="0"/>
          <w:i/>
          <w:color w:val="000000"/>
          <w:sz w:val="24"/>
        </w:rPr>
        <w:t>шем</w:t>
      </w:r>
      <w:r>
        <w:rPr>
          <w:rFonts w:ascii="Georgia" w:hAnsi="Georgia"/>
          <w:b w:val="0"/>
          <w:i w:val="0"/>
          <w:color w:val="000000"/>
          <w:sz w:val="24"/>
        </w:rPr>
        <w:t xml:space="preserve">, </w:t>
      </w:r>
      <w:r>
        <w:rPr>
          <w:rFonts w:ascii="Georgia" w:hAnsi="Georgia" w:cs="Times New Roman"/>
          <w:b/>
          <w:i w:val="0"/>
          <w:color w:val="000000"/>
          <w:sz w:val="24"/>
          <w:rtl/>
          <w:szCs w:val="32"/>
        </w:rPr>
        <w:t>שֵׁם</w:t>
      </w:r>
      <w:r>
        <w:rPr>
          <w:rFonts w:ascii="Georgia" w:hAnsi="Georgia"/>
          <w:b w:val="0"/>
          <w:i w:val="0"/>
          <w:color w:val="000000"/>
          <w:sz w:val="24"/>
        </w:rPr>
        <w:t xml:space="preserve">), как известно. И это имя — не великое высшее Имя, пребывающее над Небесами, а нижнее, находящееся под ЗА, который называется Небесами. И это имя — Рахель, как известно. [И тогда Всевышний сказал]: «Тогда Я исправлю и построю Лею посредством Аба ве-Има полным строением из десяти совершенных сфирот, и она больше не сможет разрушиться из-за греха нижних. И благодаря этому: </w:t>
      </w:r>
      <w:r>
        <w:rPr>
          <w:rFonts w:ascii="Georgia" w:hAnsi="Georgia"/>
          <w:b w:val="0"/>
          <w:i/>
          <w:color w:val="000000"/>
          <w:sz w:val="24"/>
        </w:rPr>
        <w:t>„...и сделаю тебя народом великим“</w:t>
      </w:r>
      <w:r>
        <w:rPr>
          <w:rFonts w:ascii="Georgia" w:hAnsi="Georgia"/>
          <w:b w:val="0"/>
          <w:i w:val="0"/>
          <w:color w:val="000000"/>
          <w:sz w:val="24"/>
        </w:rPr>
        <w:t xml:space="preserve"> (Дварим 9:14)». Ведь сыны Исраэля происходят от уровня Нецах и Ход де-ЗА, и потому называются «сынами Исраэля», как известно: Исраэль — это Тиферет де-ЗА, а его сыновья — Нецах и Ход; поэтому изъян их деяний наносит повреждение вплоть дотуда и удаляет света.</w:t>
      </w:r>
    </w:p>
    <w:p>
      <w:pPr>
        <w:spacing w:before="40" w:after="120"/>
        <w:jc w:val="both"/>
      </w:pPr>
      <w:r>
        <w:rPr>
          <w:rFonts w:ascii="Georgia" w:hAnsi="Georgia"/>
          <w:b w:val="0"/>
          <w:i w:val="0"/>
          <w:color w:val="000000"/>
          <w:sz w:val="24"/>
        </w:rPr>
        <w:t xml:space="preserve">Теперь же, когда [строение] будет на уровне Леи — большой буквы далет в слове «Эхад», как известно из тайны стиха </w:t>
      </w:r>
      <w:r>
        <w:rPr>
          <w:rFonts w:ascii="Georgia" w:hAnsi="Georgia"/>
          <w:b w:val="0"/>
          <w:i/>
          <w:color w:val="000000"/>
          <w:sz w:val="24"/>
        </w:rPr>
        <w:t>«И увидишь ты то, что позади Меня...»</w:t>
      </w:r>
      <w:r>
        <w:rPr>
          <w:rFonts w:ascii="Georgia" w:hAnsi="Georgia"/>
          <w:b w:val="0"/>
          <w:i w:val="0"/>
          <w:color w:val="000000"/>
          <w:sz w:val="24"/>
        </w:rPr>
        <w:t xml:space="preserve"> (Шмот 33:23), ты навсегда станешь великим народом, непрерывно и беспорочно, когда Лея будет исправлена указанным образом.</w:t>
      </w:r>
    </w:p>
    <w:p>
      <w:pPr>
        <w:spacing w:before="40" w:after="120"/>
        <w:jc w:val="both"/>
      </w:pPr>
      <w:r>
        <w:rPr>
          <w:rFonts w:ascii="Georgia" w:hAnsi="Georgia"/>
          <w:b w:val="0"/>
          <w:i w:val="0"/>
          <w:color w:val="000000"/>
          <w:sz w:val="24"/>
        </w:rPr>
        <w:t>А то, что Моше происходит от Леи, объясняется так: Даат де-ЗА со стороны Имы приходит облаченным в Есод Твуны, и от этого Даат произошел Моше. И вот напротив него на затылке находится Лея — Малхут Твуны. Выходит, что справедливы все речения Зоара о том, что Моше — это тайна Даат, и от Есода Имы, и от тайны Малхут (то есть Малхут Имы), и всё это едино. Оказывается, всё намерение высшего Источника состояло в том, чтобы упразднить все проявления нижней Нуквы де-ЗА — Рахели — и создать для ЗА новую Нукву из этого высшего уровня буквы далет — Леи, включающей в себя десять совершенных сфирот.</w:t>
      </w:r>
    </w:p>
    <w:p>
      <w:pPr>
        <w:spacing w:before="40" w:after="120"/>
        <w:jc w:val="both"/>
      </w:pPr>
      <w:r>
        <w:rPr>
          <w:rFonts w:ascii="Georgia" w:hAnsi="Georgia"/>
          <w:b w:val="0"/>
          <w:i w:val="0"/>
          <w:color w:val="000000"/>
          <w:sz w:val="24"/>
        </w:rPr>
        <w:t xml:space="preserve">Мудрецы (ХАЗАЛЬ) уже сказали, что это благословение исполнилось в потомстве Моше, как сказано: </w:t>
      </w:r>
      <w:r>
        <w:rPr>
          <w:rFonts w:ascii="Georgia" w:hAnsi="Georgia"/>
          <w:b w:val="0"/>
          <w:i/>
          <w:color w:val="000000"/>
          <w:sz w:val="24"/>
        </w:rPr>
        <w:t>«...и сыновья Рехавьи чрезвычайно умножились...»</w:t>
      </w:r>
      <w:r>
        <w:rPr>
          <w:rFonts w:ascii="Georgia" w:hAnsi="Georgia"/>
          <w:b w:val="0"/>
          <w:i w:val="0"/>
          <w:color w:val="000000"/>
          <w:sz w:val="24"/>
        </w:rPr>
        <w:t xml:space="preserve"> (Диврей а-ямим I 23:17) — более шестидесяти мириад. Суть же в том, что Исраэль привел к тому, что нижняя Малхут — Рахель — вновь обратилась в одну точку: девять сфирот, пришедших в качестве добавления, удалились, и остался лишь ее Кетер в виде одной точки. Они также привели к тому, что и в самом ЗА удалились его ГАР, пришедшие в качестве добавления, и не осталось в нем ничего, кроме его ВАК, пришедших в то время, когда Источник выделил [их] из Себя, в качестве корня и основы, как сказано выше. И эти ВАК — тайна шестидесяти мириад, как известно, а сыновья Моше умножились сверх этих шестидесяти мириад, являющихся ВАК де-ЗА.</w:t>
      </w:r>
    </w:p>
    <w:p>
      <w:pPr>
        <w:spacing w:before="40" w:after="120"/>
        <w:jc w:val="both"/>
      </w:pPr>
      <w:r>
        <w:rPr>
          <w:rFonts w:ascii="Georgia" w:hAnsi="Georgia"/>
          <w:b w:val="0"/>
          <w:i w:val="0"/>
          <w:color w:val="000000"/>
          <w:sz w:val="24"/>
        </w:rPr>
        <w:t xml:space="preserve">Примечание. Кажется моему ничтожному разумению, Хаиму, что таков смысл стиха: </w:t>
      </w:r>
      <w:r>
        <w:rPr>
          <w:rFonts w:ascii="Georgia" w:hAnsi="Georgia"/>
          <w:b w:val="0"/>
          <w:i/>
          <w:color w:val="000000"/>
          <w:sz w:val="24"/>
        </w:rPr>
        <w:t>«Шестьсот тысяч пеших этот народ, среди которого я нахожусь...»</w:t>
      </w:r>
      <w:r>
        <w:rPr>
          <w:rFonts w:ascii="Georgia" w:hAnsi="Georgia"/>
          <w:b w:val="0"/>
          <w:i w:val="0"/>
          <w:color w:val="000000"/>
          <w:sz w:val="24"/>
        </w:rPr>
        <w:t xml:space="preserve"> (Бемидбар 11:21), — то есть Моше представляет собой Есод де-Аба, облаченный внутрь ЗА, являющегося ВАК (которые и есть эти шестьдесят мириад); и сказано в точности: </w:t>
      </w:r>
      <w:r>
        <w:rPr>
          <w:rFonts w:ascii="Georgia" w:hAnsi="Georgia"/>
          <w:b w:val="0"/>
          <w:i/>
          <w:color w:val="000000"/>
          <w:sz w:val="24"/>
        </w:rPr>
        <w:t>«...среди которого я нахожусь»</w:t>
      </w:r>
      <w:r>
        <w:rPr>
          <w:rFonts w:ascii="Georgia" w:hAnsi="Georgia"/>
          <w:b w:val="0"/>
          <w:i w:val="0"/>
          <w:color w:val="000000"/>
          <w:sz w:val="24"/>
        </w:rPr>
        <w:t>. Конец примечания.</w:t>
      </w:r>
    </w:p>
    <w:p>
      <w:pPr>
        <w:spacing w:before="40" w:after="120"/>
        <w:jc w:val="both"/>
      </w:pPr>
      <w:r>
        <w:rPr>
          <w:rFonts w:ascii="Georgia" w:hAnsi="Georgia"/>
          <w:b w:val="0"/>
          <w:i w:val="0"/>
          <w:color w:val="000000"/>
          <w:sz w:val="24"/>
        </w:rPr>
        <w:t xml:space="preserve">И они поднялись наверх и пребывали в высшей Малхут — Лее, стоящей наверху, позади Даат де-ЗА, выше ВАК. И тогда Лея также была построена в тайне цельного парцуфа по подобию Рахели, как Он и задумал сделать, согласно сказанному: </w:t>
      </w:r>
      <w:r>
        <w:rPr>
          <w:rFonts w:ascii="Georgia" w:hAnsi="Georgia"/>
          <w:b w:val="0"/>
          <w:i/>
          <w:color w:val="000000"/>
          <w:sz w:val="24"/>
        </w:rPr>
        <w:t>«...и сделаю тебя народом великим»</w:t>
      </w:r>
      <w:r>
        <w:rPr>
          <w:rFonts w:ascii="Georgia" w:hAnsi="Georgia"/>
          <w:b w:val="0"/>
          <w:i w:val="0"/>
          <w:color w:val="000000"/>
          <w:sz w:val="24"/>
        </w:rPr>
        <w:t>; и как мы объяснили в другом месте, каким образом Лея также становится совершенным и полным парцуфом, хотя в корне своем была лишь одной точкой — только Малхут Твуны.</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«И увидишь ты то, что позади Меня, а лицо Мое не будет видимо»</w:t>
      </w:r>
      <w:r>
        <w:rPr>
          <w:rFonts w:ascii="Georgia" w:hAnsi="Georgia"/>
          <w:b w:val="0"/>
          <w:i w:val="0"/>
          <w:color w:val="000000"/>
          <w:sz w:val="24"/>
        </w:rPr>
        <w:t xml:space="preserve"> (Шмот 33:23). Ведь Всевышний замыслил упразднить нижнюю Рахель по упомянутой выше причине: всякий раз, когда грешит Исраэль, укорененный в ней, она повреждается, терпит ущерб и остается в виде одной точки, так как девять нижних сфирот удаляются. При построении же Леи посредством Аба ве-Има (ведь и она изначально была всего лишь одной точкой — Малхут Твуны), когда она будет построена из десяти совершенных сфирот, нижняя Рахель упразднится, и тогда сыновья Моше, происходящие от нее, станут великим народом, ведь тогда никакое повреждение не сможет умалить ее, как сказано выше. По этой причине Он и задумал исправить и построить Лею, называемую обратной стороной (ахорей де-ЗА) по тайне буквы далет (</w:t>
      </w:r>
      <w:r>
        <w:rPr>
          <w:rFonts w:ascii="Georgia" w:hAnsi="Georgia" w:cs="Times New Roman"/>
          <w:b/>
          <w:i w:val="0"/>
          <w:color w:val="000000"/>
          <w:sz w:val="24"/>
          <w:rtl/>
          <w:szCs w:val="32"/>
        </w:rPr>
        <w:t>ד</w:t>
      </w:r>
      <w:r>
        <w:rPr>
          <w:rFonts w:ascii="Georgia" w:hAnsi="Georgia"/>
          <w:b w:val="0"/>
          <w:i w:val="0"/>
          <w:color w:val="000000"/>
          <w:sz w:val="24"/>
        </w:rPr>
        <w:t xml:space="preserve">) узла тфилина, как сказали мудрецы (ХАЗАЛЬ), а затем повернуть ее лицом к лицу с ЗА. Однако Моше этого не захотел, и Святой [Творец], благословен Он, внял ему, исполнив и Свои слова, и слова Моше, Своего раба: исполнилось и то и другое. Он не стер нижнюю Рахель, но и высшую Лею, бывшую тогда лишь одной точкой, Он исправил в десять сфирот полного парцуфа, однако не повернул ее лицом к лицу. В этом тайна слов: </w:t>
      </w:r>
      <w:r>
        <w:rPr>
          <w:rFonts w:ascii="Georgia" w:hAnsi="Georgia"/>
          <w:b w:val="0"/>
          <w:i/>
          <w:color w:val="000000"/>
          <w:sz w:val="24"/>
        </w:rPr>
        <w:t>«И увидишь ты то, что позади Меня...»</w:t>
      </w:r>
      <w:r>
        <w:rPr>
          <w:rFonts w:ascii="Georgia" w:hAnsi="Georgia"/>
          <w:b w:val="0"/>
          <w:i w:val="0"/>
          <w:color w:val="000000"/>
          <w:sz w:val="24"/>
        </w:rPr>
        <w:t xml:space="preserve"> (Шмот 33:23) — это исправленный узел тфилина. Слова же </w:t>
      </w:r>
      <w:r>
        <w:rPr>
          <w:rFonts w:ascii="Georgia" w:hAnsi="Georgia"/>
          <w:b w:val="0"/>
          <w:i/>
          <w:color w:val="000000"/>
          <w:sz w:val="24"/>
        </w:rPr>
        <w:t>«...а лицо Мое не будет видимо»</w:t>
      </w:r>
      <w:r>
        <w:rPr>
          <w:rFonts w:ascii="Georgia" w:hAnsi="Georgia"/>
          <w:b w:val="0"/>
          <w:i w:val="0"/>
          <w:color w:val="000000"/>
          <w:sz w:val="24"/>
        </w:rPr>
        <w:t>, означающие возвращение в положение лицом к лицу с ЗА, [указывают, что] этого не произойдет.</w:t>
      </w:r>
    </w:p>
    <w:p>
      <w:pPr>
        <w:spacing w:before="40" w:after="120"/>
        <w:jc w:val="both"/>
      </w:pPr>
      <w:r>
        <w:rPr>
          <w:rFonts w:ascii="Georgia" w:hAnsi="Georgia"/>
          <w:b w:val="0"/>
          <w:i w:val="0"/>
          <w:color w:val="000000"/>
          <w:sz w:val="24"/>
        </w:rPr>
        <w:t xml:space="preserve">Далее он говорит: </w:t>
      </w:r>
      <w:r>
        <w:rPr>
          <w:rFonts w:ascii="Georgia" w:hAnsi="Georgia"/>
          <w:b w:val="0"/>
          <w:i/>
          <w:color w:val="000000"/>
          <w:sz w:val="24"/>
        </w:rPr>
        <w:t>«И повернулся я, и сошел с горы, а две скрижали...»</w:t>
      </w:r>
      <w:r>
        <w:rPr>
          <w:rFonts w:ascii="Georgia" w:hAnsi="Georgia"/>
          <w:b w:val="0"/>
          <w:i w:val="0"/>
          <w:color w:val="000000"/>
          <w:sz w:val="24"/>
        </w:rPr>
        <w:t xml:space="preserve"> (Дварим 9:15) — ведь, спускаясь с горы, я увидел и рассмотрел великий изъян, который вы произвели как в мужском, так и в женском начале. И относительно повреждения в мужском начале он сказал: </w:t>
      </w:r>
      <w:r>
        <w:rPr>
          <w:rFonts w:ascii="Georgia" w:hAnsi="Georgia"/>
          <w:b w:val="0"/>
          <w:i/>
          <w:color w:val="000000"/>
          <w:sz w:val="24"/>
        </w:rPr>
        <w:t>«И повернулся я, и сошел с горы... и две скрижали завета на обеих руках моих»</w:t>
      </w:r>
      <w:r>
        <w:rPr>
          <w:rFonts w:ascii="Georgia" w:hAnsi="Georgia"/>
          <w:b w:val="0"/>
          <w:i w:val="0"/>
          <w:color w:val="000000"/>
          <w:sz w:val="24"/>
        </w:rPr>
        <w:t xml:space="preserve"> (Дварим 9:15). Смысл в том, что ЗА вновь вернулся в состояние одних только ВАК. И оказывается, что две скрижали завета, являющиеся уровнем Нецах и Ход де-ЗА, которые пришли к нему в качестве добавления (как объяснено к стиху </w:t>
      </w:r>
      <w:r>
        <w:rPr>
          <w:rFonts w:ascii="Georgia" w:hAnsi="Georgia"/>
          <w:b w:val="0"/>
          <w:i/>
          <w:color w:val="000000"/>
          <w:sz w:val="24"/>
        </w:rPr>
        <w:t>«...утвердил небеса разумом»</w:t>
      </w:r>
      <w:r>
        <w:rPr>
          <w:rFonts w:ascii="Georgia" w:hAnsi="Georgia"/>
          <w:b w:val="0"/>
          <w:i w:val="0"/>
          <w:color w:val="000000"/>
          <w:sz w:val="24"/>
        </w:rPr>
        <w:t xml:space="preserve"> (Мишлей 3:19): ХАГАТ поднялись и стали ХАБАД, НЕХИ поднялись и стали ХАГАТ, а у ЗА образовались новые НЕХИ со стороны Твуны, и он восполнился до десяти сфирот), теперь вернулись — эти Нецах и Ход, пришедшие в качестве добавления от Твуны, — и поднялись наверх, на свое место в высшей Твуне.</w:t>
      </w:r>
    </w:p>
    <w:p>
      <w:pPr>
        <w:spacing w:before="40" w:after="120"/>
        <w:jc w:val="both"/>
      </w:pPr>
      <w:r>
        <w:rPr>
          <w:rFonts w:ascii="Georgia" w:hAnsi="Georgia"/>
          <w:b w:val="0"/>
          <w:i w:val="0"/>
          <w:color w:val="000000"/>
          <w:sz w:val="24"/>
        </w:rPr>
        <w:t xml:space="preserve">Таким образом, эти Нецах и Ход, находившиеся под ХАГАТ (являющимися руками), поднялись выше ХАГАТ — то есть выше ВАК де-ЗА, в Твуну. В этом тайна слов: </w:t>
      </w:r>
      <w:r>
        <w:rPr>
          <w:rFonts w:ascii="Georgia" w:hAnsi="Georgia"/>
          <w:b w:val="0"/>
          <w:i/>
          <w:color w:val="000000"/>
          <w:sz w:val="24"/>
        </w:rPr>
        <w:t>«...и две скрижали завета на обеих руках моих»</w:t>
      </w:r>
      <w:r>
        <w:rPr>
          <w:rFonts w:ascii="Georgia" w:hAnsi="Georgia"/>
          <w:b w:val="0"/>
          <w:i w:val="0"/>
          <w:color w:val="000000"/>
          <w:sz w:val="24"/>
        </w:rPr>
        <w:t xml:space="preserve"> — они удалились поверх обеих рук, то есть высших рук, ХАГАТ де-ЗА. А относительно повреждения, которое произвели в Рахели, Нукве де-ЗА, он сказал: </w:t>
      </w:r>
      <w:r>
        <w:rPr>
          <w:rFonts w:ascii="Georgia" w:hAnsi="Georgia"/>
          <w:b w:val="0"/>
          <w:i/>
          <w:color w:val="000000"/>
          <w:sz w:val="24"/>
        </w:rPr>
        <w:t>«И увидел я...»</w:t>
      </w:r>
      <w:r>
        <w:rPr>
          <w:rFonts w:ascii="Georgia" w:hAnsi="Georgia"/>
          <w:b w:val="0"/>
          <w:i w:val="0"/>
          <w:color w:val="000000"/>
          <w:sz w:val="24"/>
        </w:rPr>
        <w:t xml:space="preserve"> </w:t>
      </w:r>
      <w:r>
        <w:rPr>
          <w:rFonts w:ascii="Georgia" w:hAnsi="Georgia"/>
          <w:b w:val="0"/>
          <w:i/>
          <w:color w:val="000000"/>
          <w:sz w:val="24"/>
        </w:rPr>
        <w:t>«...и вот, согрешили вы пред Г-сподом, Б-гом вашим: сделали себе тельца литого...»</w:t>
      </w:r>
      <w:r>
        <w:rPr>
          <w:rFonts w:ascii="Georgia" w:hAnsi="Georgia"/>
          <w:b w:val="0"/>
          <w:i w:val="0"/>
          <w:color w:val="000000"/>
          <w:sz w:val="24"/>
        </w:rPr>
        <w:t xml:space="preserve"> (Дварим 9:16). И он не сказал «Б-гом нашим», поскольку Моше находится наверху, в Лее, а сыны Исраэля — внизу, в Рахели, называемой ЭЛОКЕЙХЕМ (ваш [Б-г]), как сказано в Зоаре: во всей книге Дварим (Мишнэ Тора) написано ЭЛОКЕХА, а не ЭЛОКЕЙНУ, соответственно Нукве — Рахели.</w:t>
      </w:r>
    </w:p>
    <w:p>
      <w:pPr>
        <w:spacing w:before="40" w:after="120"/>
        <w:jc w:val="both"/>
      </w:pPr>
      <w:r>
        <w:rPr>
          <w:rFonts w:ascii="Georgia" w:hAnsi="Georgia"/>
          <w:b w:val="0"/>
          <w:i w:val="0"/>
          <w:color w:val="000000"/>
          <w:sz w:val="24"/>
        </w:rPr>
        <w:t xml:space="preserve">И этот грех состоял в том, что вы сделали себе тельца литого. Смысл в том, что Всевышний сообщил мне лишь о том, как вы повредили мужское начало (и это повреждение называется литым кумиром, </w:t>
      </w:r>
      <w:r>
        <w:rPr>
          <w:rFonts w:ascii="Georgia" w:hAnsi="Georgia"/>
          <w:b w:val="0"/>
          <w:i/>
          <w:color w:val="000000"/>
          <w:sz w:val="24"/>
        </w:rPr>
        <w:t>масеха</w:t>
      </w:r>
      <w:r>
        <w:rPr>
          <w:rFonts w:ascii="Georgia" w:hAnsi="Georgia"/>
          <w:b w:val="0"/>
          <w:i w:val="0"/>
          <w:color w:val="000000"/>
          <w:sz w:val="24"/>
        </w:rPr>
        <w:t>, по упомянутой выше тайне нечистых мужских сил, из-за которых Святой [Творец], благословен Он, и хотел стереть их имя, как сказано выше). Я же теперь увидел, что вы согрешили также и против нижней Малхут — ЭЛОКЕЙХЕМ, называемой Рахелью; и я не пожелал, упаси Б-г, чтобы Он стер ее имя и ее исправление.</w:t>
      </w:r>
    </w:p>
    <w:p>
      <w:pPr>
        <w:spacing w:before="40" w:after="120"/>
        <w:jc w:val="both"/>
      </w:pPr>
      <w:r>
        <w:rPr>
          <w:rFonts w:ascii="Georgia" w:hAnsi="Georgia"/>
          <w:b w:val="0"/>
          <w:i w:val="0"/>
          <w:color w:val="000000"/>
          <w:sz w:val="24"/>
        </w:rPr>
        <w:t xml:space="preserve">Поэтому: </w:t>
      </w:r>
      <w:r>
        <w:rPr>
          <w:rFonts w:ascii="Georgia" w:hAnsi="Georgia"/>
          <w:b w:val="0"/>
          <w:i/>
          <w:color w:val="000000"/>
          <w:sz w:val="24"/>
        </w:rPr>
        <w:t>«И повергся я пред Г-сподом [на сорок дней]...»</w:t>
      </w:r>
      <w:r>
        <w:rPr>
          <w:rFonts w:ascii="Georgia" w:hAnsi="Georgia"/>
          <w:b w:val="0"/>
          <w:i w:val="0"/>
          <w:color w:val="000000"/>
          <w:sz w:val="24"/>
        </w:rPr>
        <w:t xml:space="preserve"> (Дварим 9:18, 9:25). И тогда: </w:t>
      </w:r>
      <w:r>
        <w:rPr>
          <w:rFonts w:ascii="Georgia" w:hAnsi="Georgia"/>
          <w:b w:val="0"/>
          <w:i/>
          <w:color w:val="000000"/>
          <w:sz w:val="24"/>
        </w:rPr>
        <w:t>«В то время сказал мне Г-сподь: вытеши себе две скрижали каменные, подобные первым...»</w:t>
      </w:r>
      <w:r>
        <w:rPr>
          <w:rFonts w:ascii="Georgia" w:hAnsi="Georgia"/>
          <w:b w:val="0"/>
          <w:i w:val="0"/>
          <w:color w:val="000000"/>
          <w:sz w:val="24"/>
        </w:rPr>
        <w:t xml:space="preserve"> (Дварим 10:1), берущие начало со стороны нижней Малхут — Рахели, именуемой «каменными скрижалями».</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Разберем раздел о язвах, и попутно прояснятся некоторые вопросы, касающиеся Рахели и Леи. Написано: </w:t>
      </w:r>
      <w:r>
        <w:rPr>
          <w:rFonts w:ascii="Georgia" w:hAnsi="Georgia"/>
          <w:b w:val="0"/>
          <w:i/>
          <w:color w:val="000000"/>
          <w:sz w:val="24"/>
        </w:rPr>
        <w:t>«Если у человека появится на коже плоти его опухоль, или лишай, или пятно…»</w:t>
      </w:r>
      <w:r>
        <w:rPr>
          <w:rFonts w:ascii="Georgia" w:hAnsi="Georgia"/>
          <w:b w:val="0"/>
          <w:i w:val="0"/>
          <w:color w:val="000000"/>
          <w:sz w:val="24"/>
        </w:rPr>
        <w:t xml:space="preserve"> (Ваикра 13:2). «Человек»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это Зеир Анпин (ЗА), в котором пребывает имя МА (45) с буквенным наполнением алеф, равное по числу слову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45). И таков порядок распределения этого Имени в нем: кончик буквы йод — это Кетер в нем; [буква] йод (</w:t>
      </w:r>
      <w:r>
        <w:rPr>
          <w:rFonts w:ascii="Georgia" w:hAnsi="Georgia" w:cs="Times New Roman"/>
          <w:b/>
          <w:i w:val="0"/>
          <w:color w:val="000000"/>
          <w:sz w:val="24"/>
          <w:rtl/>
          <w:szCs w:val="32"/>
        </w:rPr>
        <w:t>י</w:t>
      </w:r>
      <w:r>
        <w:rPr>
          <w:rFonts w:ascii="Georgia" w:hAnsi="Georgia"/>
          <w:b w:val="0"/>
          <w:i w:val="0"/>
          <w:color w:val="000000"/>
          <w:sz w:val="24"/>
        </w:rPr>
        <w:t>) — Хохма в нем; [буква] хэй (</w:t>
      </w:r>
      <w:r>
        <w:rPr>
          <w:rFonts w:ascii="Georgia" w:hAnsi="Georgia" w:cs="Times New Roman"/>
          <w:b/>
          <w:i w:val="0"/>
          <w:color w:val="000000"/>
          <w:sz w:val="24"/>
          <w:rtl/>
          <w:szCs w:val="32"/>
        </w:rPr>
        <w:t>ה</w:t>
      </w:r>
      <w:r>
        <w:rPr>
          <w:rFonts w:ascii="Georgia" w:hAnsi="Georgia"/>
          <w:b w:val="0"/>
          <w:i w:val="0"/>
          <w:color w:val="000000"/>
          <w:sz w:val="24"/>
        </w:rPr>
        <w:t>) — Бина в нем; а буква алеф (</w:t>
      </w:r>
      <w:r>
        <w:rPr>
          <w:rFonts w:ascii="Georgia" w:hAnsi="Georgia" w:cs="Times New Roman"/>
          <w:b/>
          <w:i w:val="0"/>
          <w:color w:val="000000"/>
          <w:sz w:val="24"/>
          <w:rtl/>
          <w:szCs w:val="32"/>
        </w:rPr>
        <w:t>א</w:t>
      </w:r>
      <w:r>
        <w:rPr>
          <w:rFonts w:ascii="Georgia" w:hAnsi="Georgia"/>
          <w:b w:val="0"/>
          <w:i w:val="0"/>
          <w:color w:val="000000"/>
          <w:sz w:val="24"/>
        </w:rPr>
        <w:t>) из наполнения буквы хэй — в его Даат. Три буквы [наполнения] вав (</w:t>
      </w:r>
      <w:r>
        <w:rPr>
          <w:rFonts w:ascii="Georgia" w:hAnsi="Georgia" w:cs="Times New Roman"/>
          <w:b/>
          <w:i w:val="0"/>
          <w:color w:val="000000"/>
          <w:sz w:val="24"/>
          <w:rtl/>
          <w:szCs w:val="32"/>
        </w:rPr>
        <w:t>ואו</w:t>
      </w:r>
      <w:r>
        <w:rPr>
          <w:rFonts w:ascii="Georgia" w:hAnsi="Georgia"/>
          <w:b w:val="0"/>
          <w:i w:val="0"/>
          <w:color w:val="000000"/>
          <w:sz w:val="24"/>
        </w:rPr>
        <w:t>) находятся в Тиферет (в трех его третях, как известно). Последняя буква хэй — в Нецах и Ход, представляющих собой две половины тела, а буква алеф из наполнения этой буквы хэй — в его Есоде. И в этом имени АВАЯ (</w:t>
      </w:r>
      <w:r>
        <w:rPr>
          <w:rFonts w:ascii="Georgia" w:hAnsi="Georgia" w:cs="Times New Roman"/>
          <w:b/>
          <w:i w:val="0"/>
          <w:color w:val="000000"/>
          <w:sz w:val="24"/>
          <w:rtl/>
          <w:szCs w:val="32"/>
        </w:rPr>
        <w:t>יהוה</w:t>
      </w:r>
      <w:r>
        <w:rPr>
          <w:rFonts w:ascii="Georgia" w:hAnsi="Georgia"/>
          <w:b w:val="0"/>
          <w:i w:val="0"/>
          <w:color w:val="000000"/>
          <w:sz w:val="24"/>
        </w:rPr>
        <w:t>) есть три буквы алеф в тайне наполнения, и все три они находятся на его средней линии: первая — в Даат, вторая — в Тиферет, в средней трети, и третья — в Есоде. Каждый из этих трех [алефов] представляет собой один свет; получается, что у ЗА есть три полных света. А трижды свет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xml:space="preserve"> = 207; 3 × 207 = 621) по гематрии равно Кетер (</w:t>
      </w:r>
      <w:r>
        <w:rPr>
          <w:rFonts w:ascii="Georgia" w:hAnsi="Georgia" w:cs="Times New Roman"/>
          <w:b/>
          <w:i w:val="0"/>
          <w:color w:val="000000"/>
          <w:sz w:val="24"/>
          <w:rtl/>
          <w:szCs w:val="32"/>
        </w:rPr>
        <w:t>כֶּתֶר</w:t>
      </w:r>
      <w:r>
        <w:rPr>
          <w:rFonts w:ascii="Georgia" w:hAnsi="Georgia"/>
          <w:b w:val="0"/>
          <w:i w:val="0"/>
          <w:color w:val="000000"/>
          <w:sz w:val="24"/>
        </w:rPr>
        <w:t xml:space="preserve"> = 620, с колелем 621), ведь его Кетер полон тремя светами. Эти три света относятся к свойству хасадим, являясь тайной пятикратного упоминания слова «свет» в деянии Творения в первый день (Берешит 1:3–5), и пятикратного упоминания слова «вода» во второй день (Берешит 1:6–8). Это пять хасадим (пять раз «свет») и пять гвурот (пять раз «вода»), в тайне [мишны]: </w:t>
      </w:r>
      <w:r>
        <w:rPr>
          <w:rFonts w:ascii="Georgia" w:hAnsi="Georgia"/>
          <w:b w:val="0"/>
          <w:i/>
          <w:color w:val="000000"/>
          <w:sz w:val="24"/>
        </w:rPr>
        <w:t>«С какого времени упоминают о могуществе дождей?»</w:t>
      </w:r>
      <w:r>
        <w:rPr>
          <w:rFonts w:ascii="Georgia" w:hAnsi="Georgia"/>
          <w:b w:val="0"/>
          <w:i w:val="0"/>
          <w:color w:val="000000"/>
          <w:sz w:val="24"/>
        </w:rPr>
        <w:t xml:space="preserve"> (Таанит 1:1).</w:t>
      </w:r>
    </w:p>
    <w:p>
      <w:pPr>
        <w:spacing w:before="40" w:after="120"/>
        <w:jc w:val="both"/>
      </w:pPr>
      <w:r>
        <w:rPr>
          <w:rFonts w:ascii="Georgia" w:hAnsi="Georgia"/>
          <w:b w:val="0"/>
          <w:i w:val="0"/>
          <w:color w:val="000000"/>
          <w:sz w:val="24"/>
        </w:rPr>
        <w:t>И эти пять хасадим исходят со стороны высшей Имы (Има Илаа), облачающейся в ЗА, и в них есть три состояния. Первое — когда все пять хасадим находятся наверху, в Даат де-ЗА. Второе — на средней линии, в средней трети Тиферет де-ЗА: ведь дотуда они были скрыты внутри Есод де-Твуна, а там, в хазе де-ЗА, раскрылись, и там у них появляется второе состояние — они раскрыты, чего не было наверху. Третье состояние — это то, как все света вновь собираются и соединяются вместе внизу, в самом Есоде. Получается, что у хасадим де-ЗА со стороны Имы было три состояния, и все три — на средней линии: в Даат, Тиферет и Есоде. И именно они сами суть те три буквы алеф, о которых мы говорили, что они есть в имени МА всего ЗА, и все три они также находятся на средней линии — в Даат, Тиферет и Есоде. И смысл трех этих состояний — это как раз упомянутые три света: свет, свет, свет; пойми же это очень глубоко!</w:t>
      </w:r>
    </w:p>
    <w:p>
      <w:pPr>
        <w:spacing w:before="40" w:after="120"/>
        <w:jc w:val="both"/>
      </w:pPr>
      <w:r>
        <w:rPr>
          <w:rFonts w:ascii="Georgia" w:hAnsi="Georgia"/>
          <w:b w:val="0"/>
          <w:i w:val="0"/>
          <w:color w:val="000000"/>
          <w:sz w:val="24"/>
        </w:rPr>
        <w:t xml:space="preserve">Однако у ЗА сзади есть две жены — это Лея и Рахель. Известно, что Лея располагается от Даат де-ЗА до хазе, а Рахель — от хазе до сиюм раглин (окончания ног) его. И если так, то когда мы разделим эти три упомянутых света, являющихся тремя состояниями хасадим де-ЗА со стороны Твуны, они разделятся между ними обеими. Оказывается, что Лея берет только один верхний свет, который находится в Даат де-ЗА, поскольку там ее голова и начало; Рахель же берет два нижних света: один — в хазе, в средней трети [Тиферет], а второй свет — в Есод де-ЗА, ведь все это место принадлежит Рахели. И об этом подробно говорилось выше по поводу трех этих светов в тайне стиха: </w:t>
      </w:r>
      <w:r>
        <w:rPr>
          <w:rFonts w:ascii="Georgia" w:hAnsi="Georgia"/>
          <w:b w:val="0"/>
          <w:i/>
          <w:color w:val="000000"/>
          <w:sz w:val="24"/>
        </w:rPr>
        <w:t>«И сделаю из рубинов оконницы твои…»</w:t>
      </w:r>
      <w:r>
        <w:rPr>
          <w:rFonts w:ascii="Georgia" w:hAnsi="Georgia"/>
          <w:b w:val="0"/>
          <w:i w:val="0"/>
          <w:color w:val="000000"/>
          <w:sz w:val="24"/>
        </w:rPr>
        <w:t xml:space="preserve"> (Йешаяу 54:12).</w:t>
      </w:r>
    </w:p>
    <w:p>
      <w:pPr>
        <w:spacing w:before="40" w:after="120"/>
        <w:jc w:val="both"/>
      </w:pPr>
      <w:r>
        <w:rPr>
          <w:rFonts w:ascii="Georgia" w:hAnsi="Georgia"/>
          <w:b w:val="0"/>
          <w:i w:val="0"/>
          <w:color w:val="000000"/>
          <w:sz w:val="24"/>
        </w:rPr>
        <w:t>Получается согласно этому, что Кетер де-ЗА полон из трех упомянутых светов, составляющих по гематрии Кетер; в Кетере же Рахели есть два раза свет, составляющие лишь две трети Кетера, а Кетер Леи — это одна треть, то есть всего один свет. И кроме этого преимущества, имеющегося у Рахели перед Леей, у нее есть еще одно преимущество: два света Рахели — это раскрытые хасадим, как известно, тогда как один свет Леи находится в месте сокрытия хасадим. И в этом причина того, почему суды Леи вдвое многочисленнее, чем у Рахели, как сказано выше.</w:t>
      </w:r>
    </w:p>
    <w:p>
      <w:pPr>
        <w:spacing w:before="40" w:after="120"/>
        <w:jc w:val="both"/>
      </w:pPr>
      <w:r>
        <w:rPr>
          <w:rFonts w:ascii="Georgia" w:hAnsi="Georgia"/>
          <w:b w:val="0"/>
          <w:i w:val="0"/>
          <w:color w:val="000000"/>
          <w:sz w:val="24"/>
        </w:rPr>
        <w:t xml:space="preserve">После того как ее вопрос был разъяснен выше, перейдем к толкованию стихов: </w:t>
      </w:r>
      <w:r>
        <w:rPr>
          <w:rFonts w:ascii="Georgia" w:hAnsi="Georgia"/>
          <w:b w:val="0"/>
          <w:i/>
          <w:color w:val="000000"/>
          <w:sz w:val="24"/>
        </w:rPr>
        <w:t>«Если у человека появится…»</w:t>
      </w:r>
      <w:r>
        <w:rPr>
          <w:rFonts w:ascii="Georgia" w:hAnsi="Georgia"/>
          <w:b w:val="0"/>
          <w:i w:val="0"/>
          <w:color w:val="000000"/>
          <w:sz w:val="24"/>
        </w:rPr>
        <w:t xml:space="preserve"> (Ваикра 13:2) и далее. Дело в том, что три упомянутых света выходят наружу, чтобы выстроить и сформировать парцуфим Леи и Рахели, лишь тогда, когда свойства мохин де-ЗА со стороны Абы также облачены внутри них, как сказано выше. Причина в том, что именно мохин де-Аба отгоняют внешние силы, не давая им ухватиться за раскрытые хасадим Бины от хазе и ниже — где [место] называется «Древом познания добра и зла», откуда и питаются внешние, как сказано выше. А когда свет мохин де-ЗА со стороны Абы не раскрывается, тогда внешние прикрепляются. И потому вместо трех светов — трех букв алеф в наполнении имени МА, как разъяснялось, — которые выходят и выстраивают Лею и Рахель позади ЗА, вместо них выходят три вида язв, называемые опухолью (</w:t>
      </w:r>
      <w:r>
        <w:rPr>
          <w:rFonts w:ascii="Georgia" w:hAnsi="Georgia"/>
          <w:b w:val="0"/>
          <w:i/>
          <w:color w:val="000000"/>
          <w:sz w:val="24"/>
        </w:rPr>
        <w:t>сэт</w:t>
      </w:r>
      <w:r>
        <w:rPr>
          <w:rFonts w:ascii="Georgia" w:hAnsi="Georgia"/>
          <w:b w:val="0"/>
          <w:i w:val="0"/>
          <w:color w:val="000000"/>
          <w:sz w:val="24"/>
        </w:rPr>
        <w:t xml:space="preserve">, </w:t>
      </w:r>
      <w:r>
        <w:rPr>
          <w:rFonts w:ascii="Georgia" w:hAnsi="Georgia" w:cs="Times New Roman"/>
          <w:b/>
          <w:i w:val="0"/>
          <w:color w:val="000000"/>
          <w:sz w:val="24"/>
          <w:rtl/>
          <w:szCs w:val="32"/>
        </w:rPr>
        <w:t>שְׂאֵת</w:t>
      </w:r>
      <w:r>
        <w:rPr>
          <w:rFonts w:ascii="Georgia" w:hAnsi="Georgia"/>
          <w:b w:val="0"/>
          <w:i w:val="0"/>
          <w:color w:val="000000"/>
          <w:sz w:val="24"/>
        </w:rPr>
        <w:t>), лишаем (</w:t>
      </w:r>
      <w:r>
        <w:rPr>
          <w:rFonts w:ascii="Georgia" w:hAnsi="Georgia"/>
          <w:b w:val="0"/>
          <w:i/>
          <w:color w:val="000000"/>
          <w:sz w:val="24"/>
        </w:rPr>
        <w:t>сапахат</w:t>
      </w:r>
      <w:r>
        <w:rPr>
          <w:rFonts w:ascii="Georgia" w:hAnsi="Georgia"/>
          <w:b w:val="0"/>
          <w:i w:val="0"/>
          <w:color w:val="000000"/>
          <w:sz w:val="24"/>
        </w:rPr>
        <w:t xml:space="preserve">, </w:t>
      </w:r>
      <w:r>
        <w:rPr>
          <w:rFonts w:ascii="Georgia" w:hAnsi="Georgia" w:cs="Times New Roman"/>
          <w:b/>
          <w:i w:val="0"/>
          <w:color w:val="000000"/>
          <w:sz w:val="24"/>
          <w:rtl/>
          <w:szCs w:val="32"/>
        </w:rPr>
        <w:t>סַפַּחַת</w:t>
      </w:r>
      <w:r>
        <w:rPr>
          <w:rFonts w:ascii="Georgia" w:hAnsi="Georgia"/>
          <w:b w:val="0"/>
          <w:i w:val="0"/>
          <w:color w:val="000000"/>
          <w:sz w:val="24"/>
        </w:rPr>
        <w:t>) и пятном (</w:t>
      </w:r>
      <w:r>
        <w:rPr>
          <w:rFonts w:ascii="Georgia" w:hAnsi="Georgia"/>
          <w:b w:val="0"/>
          <w:i/>
          <w:color w:val="000000"/>
          <w:sz w:val="24"/>
        </w:rPr>
        <w:t>баэрет</w:t>
      </w:r>
      <w:r>
        <w:rPr>
          <w:rFonts w:ascii="Georgia" w:hAnsi="Georgia"/>
          <w:b w:val="0"/>
          <w:i w:val="0"/>
          <w:color w:val="000000"/>
          <w:sz w:val="24"/>
        </w:rPr>
        <w:t xml:space="preserve">, </w:t>
      </w:r>
      <w:r>
        <w:rPr>
          <w:rFonts w:ascii="Georgia" w:hAnsi="Georgia" w:cs="Times New Roman"/>
          <w:b/>
          <w:i w:val="0"/>
          <w:color w:val="000000"/>
          <w:sz w:val="24"/>
          <w:rtl/>
          <w:szCs w:val="32"/>
        </w:rPr>
        <w:t>בַּהֶרֶת</w:t>
      </w:r>
      <w:r>
        <w:rPr>
          <w:rFonts w:ascii="Georgia" w:hAnsi="Georgia"/>
          <w:b w:val="0"/>
          <w:i w:val="0"/>
          <w:color w:val="000000"/>
          <w:sz w:val="24"/>
        </w:rPr>
        <w:t>), от которых получают питание все внешние силы, и парцуфим Леи и Рахели там не образуются. И помни это правило: эти два парцуфа — Лея и Рахель — не формируются здесь иначе как после раскрытия мохин де-Аба в ЗА.</w:t>
      </w:r>
    </w:p>
    <w:p>
      <w:pPr>
        <w:spacing w:before="40" w:after="120"/>
        <w:jc w:val="both"/>
      </w:pPr>
      <w:r>
        <w:rPr>
          <w:rFonts w:ascii="Georgia" w:hAnsi="Georgia"/>
          <w:b w:val="0"/>
          <w:i w:val="0"/>
          <w:color w:val="000000"/>
          <w:sz w:val="24"/>
        </w:rPr>
        <w:t xml:space="preserve">И не удивляйся этому, ведь язва — это не сама нечистота, а проявление суровых святых судов, из которых черпают питание нечистые внешние силы; исправляется же это только через Аарона-коэна — высшего Абу. И таковы слова Зоара (раздел Тазриа, 49б): «Сказал рабби Ицхак: но ведь написано: </w:t>
      </w:r>
      <w:r>
        <w:rPr>
          <w:rFonts w:ascii="Georgia" w:hAnsi="Georgia"/>
          <w:b w:val="0"/>
          <w:i/>
          <w:color w:val="000000"/>
          <w:sz w:val="24"/>
        </w:rPr>
        <w:t>„Если язва проказы будет на человеке, то пусть приведут его к коэну“</w:t>
      </w:r>
      <w:r>
        <w:rPr>
          <w:rFonts w:ascii="Georgia" w:hAnsi="Georgia"/>
          <w:b w:val="0"/>
          <w:i w:val="0"/>
          <w:color w:val="000000"/>
          <w:sz w:val="24"/>
        </w:rPr>
        <w:t xml:space="preserve"> (Ваикра 13:9); если так, то [коэн] — это Святой, благословен Он? Сказал ему: да… Сказал ему рабби Ицхак: так мы учили: „Язва проказы“: язва — это суровый суд, пребывающий в мире; проказа — это сокрытие высшего света, сокрытие высшего добра, не сходящего из [высшего] мира; </w:t>
      </w:r>
      <w:r>
        <w:rPr>
          <w:rFonts w:ascii="Georgia" w:hAnsi="Georgia"/>
          <w:b w:val="0"/>
          <w:i/>
          <w:color w:val="000000"/>
          <w:sz w:val="24"/>
        </w:rPr>
        <w:t>„если будет на человеке“</w:t>
      </w:r>
      <w:r>
        <w:rPr>
          <w:rFonts w:ascii="Georgia" w:hAnsi="Georgia"/>
          <w:b w:val="0"/>
          <w:i w:val="0"/>
          <w:color w:val="000000"/>
          <w:sz w:val="24"/>
        </w:rPr>
        <w:t xml:space="preserve"> — на обычном человеке; </w:t>
      </w:r>
      <w:r>
        <w:rPr>
          <w:rFonts w:ascii="Georgia" w:hAnsi="Georgia"/>
          <w:b w:val="0"/>
          <w:i/>
          <w:color w:val="000000"/>
          <w:sz w:val="24"/>
        </w:rPr>
        <w:t>„то пусть приведут его к коэну“</w:t>
      </w:r>
      <w:r>
        <w:rPr>
          <w:rFonts w:ascii="Georgia" w:hAnsi="Georgia"/>
          <w:b w:val="0"/>
          <w:i w:val="0"/>
          <w:color w:val="000000"/>
          <w:sz w:val="24"/>
        </w:rPr>
        <w:t xml:space="preserve"> — это земной коэн, через которого [все] исправляется, чтобы отворить то сокрытие и зажечь светильник и т.д.». Там же, в Зоаре (46а), разъясняется подобным же образом; и там же (51б) сказано: «И когда сходила язва проказы, она очищала место и изгоняла нечистый дух из его места…». И нет необходимости пространно толковать все эти слова Зоара, так как они понятны сами по себе из того, что мы написали; и на то, что мы пишем сейчас, обрати свои глаза и сердце и пойми.</w:t>
      </w:r>
    </w:p>
    <w:p>
      <w:pPr>
        <w:spacing w:before="40" w:after="120"/>
        <w:jc w:val="both"/>
      </w:pPr>
      <w:r>
        <w:rPr>
          <w:rFonts w:ascii="Georgia" w:hAnsi="Georgia"/>
          <w:b w:val="0"/>
          <w:i w:val="0"/>
          <w:color w:val="000000"/>
          <w:sz w:val="24"/>
        </w:rPr>
        <w:t xml:space="preserve">Смысл его слов в том, что язва относится к святости, но представляет собой суровый суд. А коэн — это Аба, изгоняющий нечистый дух, находящийся в человеке или в пораженном доме. Причиной же этой язвы служит проказа, чей перевод [на арамейский] — </w:t>
      </w:r>
      <w:r>
        <w:rPr>
          <w:rFonts w:ascii="Georgia" w:hAnsi="Georgia"/>
          <w:b w:val="0"/>
          <w:i/>
          <w:color w:val="000000"/>
          <w:sz w:val="24"/>
        </w:rPr>
        <w:t>сагиру</w:t>
      </w:r>
      <w:r>
        <w:rPr>
          <w:rFonts w:ascii="Georgia" w:hAnsi="Georgia"/>
          <w:b w:val="0"/>
          <w:i w:val="0"/>
          <w:color w:val="000000"/>
          <w:sz w:val="24"/>
        </w:rPr>
        <w:t xml:space="preserve"> (</w:t>
      </w:r>
      <w:r>
        <w:rPr>
          <w:rFonts w:ascii="Georgia" w:hAnsi="Georgia" w:cs="Times New Roman"/>
          <w:b/>
          <w:i w:val="0"/>
          <w:color w:val="000000"/>
          <w:sz w:val="24"/>
          <w:rtl/>
          <w:szCs w:val="32"/>
        </w:rPr>
        <w:t>סְגִירוּ</w:t>
      </w:r>
      <w:r>
        <w:rPr>
          <w:rFonts w:ascii="Georgia" w:hAnsi="Georgia"/>
          <w:b w:val="0"/>
          <w:i w:val="0"/>
          <w:color w:val="000000"/>
          <w:sz w:val="24"/>
        </w:rPr>
        <w:t>, замкнутость). И смысл в том, что сокрытие высшего света — то есть мохин де-ЗА со стороны Абы, высшей Хохмы, которые не раскрылись в ЗА, — и порождает проказу, являющуюся прикреплением внешних сил.</w:t>
      </w:r>
    </w:p>
    <w:p>
      <w:pPr>
        <w:spacing w:before="40" w:after="120"/>
        <w:jc w:val="both"/>
      </w:pPr>
      <w:r>
        <w:rPr>
          <w:rFonts w:ascii="Georgia" w:hAnsi="Georgia"/>
          <w:b w:val="0"/>
          <w:i w:val="0"/>
          <w:color w:val="000000"/>
          <w:sz w:val="24"/>
        </w:rPr>
        <w:t xml:space="preserve">И в этом тайна сказанного нашими мудрецами (ХАЗАЛЬ), что прокаженный считается словно мертвым (Недарим 64б). Ведь мы уже объясняли в рассуждении о трауре, что уход высших мохин де-ЗА со стороны Абы служит причиной смерти. И в этом тайна стиха: </w:t>
      </w:r>
      <w:r>
        <w:rPr>
          <w:rFonts w:ascii="Georgia" w:hAnsi="Georgia"/>
          <w:b w:val="0"/>
          <w:i/>
          <w:color w:val="000000"/>
          <w:sz w:val="24"/>
        </w:rPr>
        <w:t>«Умирают, но не в мудрости»</w:t>
      </w:r>
      <w:r>
        <w:rPr>
          <w:rFonts w:ascii="Georgia" w:hAnsi="Georgia"/>
          <w:b w:val="0"/>
          <w:i w:val="0"/>
          <w:color w:val="000000"/>
          <w:sz w:val="24"/>
        </w:rPr>
        <w:t xml:space="preserve"> (Иов 4:21), так как причина смерти — отсутствие Хохмы, являющейся светом разума (мохин), как сказано выше. Ведь </w:t>
      </w:r>
      <w:r>
        <w:rPr>
          <w:rFonts w:ascii="Georgia" w:hAnsi="Georgia"/>
          <w:b w:val="0"/>
          <w:i/>
          <w:color w:val="000000"/>
          <w:sz w:val="24"/>
        </w:rPr>
        <w:t>«мудрость дает жизнь владеющему ею»</w:t>
      </w:r>
      <w:r>
        <w:rPr>
          <w:rFonts w:ascii="Georgia" w:hAnsi="Georgia"/>
          <w:b w:val="0"/>
          <w:i w:val="0"/>
          <w:color w:val="000000"/>
          <w:sz w:val="24"/>
        </w:rPr>
        <w:t xml:space="preserve"> (Коэлет 7:12), а при ее уходе наступает смерть, являющаяся противоположностью и сменой жизни. И поскольку проказа прокаженного — это также следствие ухода мохин Хохмы, как сказано, потому он и считается словно мертвым.</w:t>
      </w:r>
    </w:p>
    <w:p>
      <w:pPr>
        <w:spacing w:before="40" w:after="120"/>
        <w:jc w:val="both"/>
      </w:pPr>
      <w:r>
        <w:rPr>
          <w:rFonts w:ascii="Georgia" w:hAnsi="Georgia"/>
          <w:b w:val="0"/>
          <w:i w:val="0"/>
          <w:color w:val="000000"/>
          <w:sz w:val="24"/>
        </w:rPr>
        <w:t>И мне представляется, что слово «прокаженный» (</w:t>
      </w:r>
      <w:r>
        <w:rPr>
          <w:rFonts w:ascii="Georgia" w:hAnsi="Georgia"/>
          <w:b w:val="0"/>
          <w:i/>
          <w:color w:val="000000"/>
          <w:sz w:val="24"/>
        </w:rPr>
        <w:t>мецора</w:t>
      </w:r>
      <w:r>
        <w:rPr>
          <w:rFonts w:ascii="Georgia" w:hAnsi="Georgia"/>
          <w:b w:val="0"/>
          <w:i w:val="0"/>
          <w:color w:val="000000"/>
          <w:sz w:val="24"/>
        </w:rPr>
        <w:t xml:space="preserve">, </w:t>
      </w:r>
      <w:r>
        <w:rPr>
          <w:rFonts w:ascii="Georgia" w:hAnsi="Georgia" w:cs="Times New Roman"/>
          <w:b/>
          <w:i w:val="0"/>
          <w:color w:val="000000"/>
          <w:sz w:val="24"/>
          <w:rtl/>
          <w:szCs w:val="32"/>
        </w:rPr>
        <w:t>מְצוֹרָע</w:t>
      </w:r>
      <w:r>
        <w:rPr>
          <w:rFonts w:ascii="Georgia" w:hAnsi="Georgia"/>
          <w:b w:val="0"/>
          <w:i w:val="0"/>
          <w:color w:val="000000"/>
          <w:sz w:val="24"/>
        </w:rPr>
        <w:t>) по гематрии равно 406 (</w:t>
      </w:r>
      <w:r>
        <w:rPr>
          <w:rFonts w:ascii="Georgia" w:hAnsi="Georgia" w:cs="Times New Roman"/>
          <w:b/>
          <w:i w:val="0"/>
          <w:color w:val="000000"/>
          <w:sz w:val="24"/>
          <w:rtl/>
          <w:szCs w:val="32"/>
        </w:rPr>
        <w:t>ת״ו</w:t>
      </w:r>
      <w:r>
        <w:rPr>
          <w:rFonts w:ascii="Georgia" w:hAnsi="Georgia"/>
          <w:b w:val="0"/>
          <w:i w:val="0"/>
          <w:color w:val="000000"/>
          <w:sz w:val="24"/>
        </w:rPr>
        <w:t xml:space="preserve">), что указывает на нехватку Хохмы — то есть Абы, являющегося именем АБ (72) с наполнением йод, в котором десять букв. Четыре из них представляют собой буквы йод, каждая из которых включает в себя десять, что дает 400 (букву тав, </w:t>
      </w:r>
      <w:r>
        <w:rPr>
          <w:rFonts w:ascii="Georgia" w:hAnsi="Georgia" w:cs="Times New Roman"/>
          <w:b/>
          <w:i w:val="0"/>
          <w:color w:val="000000"/>
          <w:sz w:val="24"/>
          <w:rtl/>
          <w:szCs w:val="32"/>
        </w:rPr>
        <w:t>ת</w:t>
      </w:r>
      <w:r>
        <w:rPr>
          <w:rFonts w:ascii="Georgia" w:hAnsi="Georgia"/>
          <w:b w:val="0"/>
          <w:i w:val="0"/>
          <w:color w:val="000000"/>
          <w:sz w:val="24"/>
        </w:rPr>
        <w:t xml:space="preserve"> = 400), а вместе с шестью другими буквами получается 406 (</w:t>
      </w:r>
      <w:r>
        <w:rPr>
          <w:rFonts w:ascii="Georgia" w:hAnsi="Georgia" w:cs="Times New Roman"/>
          <w:b/>
          <w:i w:val="0"/>
          <w:color w:val="000000"/>
          <w:sz w:val="24"/>
          <w:rtl/>
          <w:szCs w:val="32"/>
        </w:rPr>
        <w:t>ת״ו</w:t>
      </w:r>
      <w:r>
        <w:rPr>
          <w:rFonts w:ascii="Georgia" w:hAnsi="Georgia"/>
          <w:b w:val="0"/>
          <w:i w:val="0"/>
          <w:color w:val="000000"/>
          <w:sz w:val="24"/>
        </w:rPr>
        <w:t xml:space="preserve"> = 406) — в намек на то, что уход Абы из ЗА порождает проказу.</w:t>
      </w:r>
    </w:p>
    <w:p>
      <w:pPr>
        <w:spacing w:before="40" w:after="120"/>
        <w:jc w:val="both"/>
      </w:pPr>
      <w:r>
        <w:rPr>
          <w:rFonts w:ascii="Georgia" w:hAnsi="Georgia"/>
          <w:b w:val="0"/>
          <w:i w:val="0"/>
          <w:color w:val="000000"/>
          <w:sz w:val="24"/>
        </w:rPr>
        <w:t>И вот когда возникает сокрытие высшего света — мохин со стороны Абы, и нет там мохин, кроме как со стороны Имы, тогда это называется «язва». И это то, о чем сказано в Зоаре, что это сила суровых судов высшей святости, изгоняющая внешние силы и клипот, как известно: свойство Бины отгоняет внешние силы в тайне лазурной нити (</w:t>
      </w:r>
      <w:r>
        <w:rPr>
          <w:rFonts w:ascii="Georgia" w:hAnsi="Georgia"/>
          <w:b w:val="0"/>
          <w:i/>
          <w:color w:val="000000"/>
          <w:sz w:val="24"/>
        </w:rPr>
        <w:t>тхелет</w:t>
      </w:r>
      <w:r>
        <w:rPr>
          <w:rFonts w:ascii="Georgia" w:hAnsi="Georgia"/>
          <w:b w:val="0"/>
          <w:i w:val="0"/>
          <w:color w:val="000000"/>
          <w:sz w:val="24"/>
        </w:rPr>
        <w:t>), однако эта сила есть у Бины лишь тогда, когда она находится вместе с Хохмой. Однако теперь, когда она пребывает одна, без Хохмы, дело обстоит иначе; и по этой же причине она сейчас — суровый суд, будучи отделенной от Хохмы. Поэтому слово «язва» (</w:t>
      </w:r>
      <w:r>
        <w:rPr>
          <w:rFonts w:ascii="Georgia" w:hAnsi="Georgia"/>
          <w:b w:val="0"/>
          <w:i/>
          <w:color w:val="000000"/>
          <w:sz w:val="24"/>
        </w:rPr>
        <w:t>нега</w:t>
      </w:r>
      <w:r>
        <w:rPr>
          <w:rFonts w:ascii="Georgia" w:hAnsi="Georgia"/>
          <w:b w:val="0"/>
          <w:i w:val="0"/>
          <w:color w:val="000000"/>
          <w:sz w:val="24"/>
        </w:rPr>
        <w:t xml:space="preserve">, </w:t>
      </w:r>
      <w:r>
        <w:rPr>
          <w:rFonts w:ascii="Georgia" w:hAnsi="Georgia" w:cs="Times New Roman"/>
          <w:b/>
          <w:i w:val="0"/>
          <w:color w:val="000000"/>
          <w:sz w:val="24"/>
          <w:rtl/>
          <w:szCs w:val="32"/>
        </w:rPr>
        <w:t>נֶגַע</w:t>
      </w:r>
      <w:r>
        <w:rPr>
          <w:rFonts w:ascii="Georgia" w:hAnsi="Georgia"/>
          <w:b w:val="0"/>
          <w:i w:val="0"/>
          <w:color w:val="000000"/>
          <w:sz w:val="24"/>
        </w:rPr>
        <w:t>) по гематрии равно 123 (</w:t>
      </w:r>
      <w:r>
        <w:rPr>
          <w:rFonts w:ascii="Georgia" w:hAnsi="Georgia" w:cs="Times New Roman"/>
          <w:b/>
          <w:i w:val="0"/>
          <w:color w:val="000000"/>
          <w:sz w:val="24"/>
          <w:rtl/>
          <w:szCs w:val="32"/>
        </w:rPr>
        <w:t>קכ״ג</w:t>
      </w:r>
      <w:r>
        <w:rPr>
          <w:rFonts w:ascii="Georgia" w:hAnsi="Georgia"/>
          <w:b w:val="0"/>
          <w:i w:val="0"/>
          <w:color w:val="000000"/>
          <w:sz w:val="24"/>
        </w:rPr>
        <w:t>), что соответствует числу наполнения имени ЭЙЕ с алефами. Ведь само оно равно 143 (</w:t>
      </w:r>
      <w:r>
        <w:rPr>
          <w:rFonts w:ascii="Georgia" w:hAnsi="Georgia" w:cs="Times New Roman"/>
          <w:b/>
          <w:i w:val="0"/>
          <w:color w:val="000000"/>
          <w:sz w:val="24"/>
          <w:rtl/>
          <w:szCs w:val="32"/>
        </w:rPr>
        <w:t>קמ״ג</w:t>
      </w:r>
      <w:r>
        <w:rPr>
          <w:rFonts w:ascii="Georgia" w:hAnsi="Georgia"/>
          <w:b w:val="0"/>
          <w:i w:val="0"/>
          <w:color w:val="000000"/>
          <w:sz w:val="24"/>
        </w:rPr>
        <w:t>), а само наполнение отдельно, после того как ты вычтешь простые буквы [21], составляет по гематрии 122, а с колелем (с самим словом) — 123 (</w:t>
      </w:r>
      <w:r>
        <w:rPr>
          <w:rFonts w:ascii="Georgia" w:hAnsi="Georgia" w:cs="Times New Roman"/>
          <w:b/>
          <w:i w:val="0"/>
          <w:color w:val="000000"/>
          <w:sz w:val="24"/>
          <w:rtl/>
          <w:szCs w:val="32"/>
        </w:rPr>
        <w:t>קכ״ג</w:t>
      </w:r>
      <w:r>
        <w:rPr>
          <w:rFonts w:ascii="Georgia" w:hAnsi="Georgia"/>
          <w:b w:val="0"/>
          <w:i w:val="0"/>
          <w:color w:val="000000"/>
          <w:sz w:val="24"/>
        </w:rPr>
        <w:t>). И поскольку эти язвы возникают в человеке, то есть в ЗА, в котором пребывает имя МА с алефами, как будет сказано с Б-жьей помощью, то и свойство Имы в нем в тайне мохин, называемое ЭЙЕ, мы также обозначаем как имя ЭЙЕ с алефами.</w:t>
      </w:r>
    </w:p>
    <w:p>
      <w:pPr>
        <w:spacing w:before="40" w:after="120"/>
        <w:jc w:val="both"/>
      </w:pPr>
      <w:r>
        <w:rPr>
          <w:rFonts w:ascii="Georgia" w:hAnsi="Georgia"/>
          <w:b w:val="0"/>
          <w:i w:val="0"/>
          <w:color w:val="000000"/>
          <w:sz w:val="24"/>
        </w:rPr>
        <w:t>Впрочем, это не сама Бина, а только ее наполнение, входящее в тайне мохин в Зеир Анпин и наполняющее полости Гальгальты.</w:t>
      </w:r>
    </w:p>
    <w:p>
      <w:pPr>
        <w:spacing w:before="40" w:after="120"/>
        <w:jc w:val="both"/>
      </w:pPr>
      <w:r>
        <w:rPr>
          <w:rFonts w:ascii="Georgia" w:hAnsi="Georgia"/>
          <w:b w:val="0"/>
          <w:i w:val="0"/>
          <w:color w:val="000000"/>
          <w:sz w:val="24"/>
        </w:rPr>
        <w:t xml:space="preserve">Также мне кажется, я слышал, что таков смысл сказанного: </w:t>
      </w:r>
      <w:r>
        <w:rPr>
          <w:rFonts w:ascii="Georgia" w:hAnsi="Georgia"/>
          <w:b w:val="0"/>
          <w:i/>
          <w:color w:val="000000"/>
          <w:sz w:val="24"/>
        </w:rPr>
        <w:t>«Вот учение о прокаженном…»</w:t>
      </w:r>
      <w:r>
        <w:rPr>
          <w:rFonts w:ascii="Georgia" w:hAnsi="Georgia"/>
          <w:b w:val="0"/>
          <w:i w:val="0"/>
          <w:color w:val="000000"/>
          <w:sz w:val="24"/>
        </w:rPr>
        <w:t xml:space="preserve"> (Ваикра 14:2). Ведь все его состояние прокаженного вызвано уходом мохин со стороны Абы — Хохмы, которая называется Торой, как известно. А раз так, то исправление его возможно не иначе как через изучение Торы, как сказали наши мудрецы (ХАЗАЛЬ; Ваикра Раба 16:6). Поэтому и сказано: </w:t>
      </w:r>
      <w:r>
        <w:rPr>
          <w:rFonts w:ascii="Georgia" w:hAnsi="Georgia"/>
          <w:b w:val="0"/>
          <w:i/>
          <w:color w:val="000000"/>
          <w:sz w:val="24"/>
        </w:rPr>
        <w:t>«учение о прокаженном»</w:t>
      </w:r>
      <w:r>
        <w:rPr>
          <w:rFonts w:ascii="Georgia" w:hAnsi="Georgia"/>
          <w:b w:val="0"/>
          <w:i w:val="0"/>
          <w:color w:val="000000"/>
          <w:sz w:val="24"/>
        </w:rPr>
        <w:t xml:space="preserve">, а не сказано: «вот очищение прокаженного» или тому подобное. И поскольку причиной проказы и язвы является уход мохин де-ЗА со стороны Абы, потому и сказано: </w:t>
      </w:r>
      <w:r>
        <w:rPr>
          <w:rFonts w:ascii="Georgia" w:hAnsi="Georgia"/>
          <w:b w:val="0"/>
          <w:i/>
          <w:color w:val="000000"/>
          <w:sz w:val="24"/>
        </w:rPr>
        <w:t>«то пусть приведут его к Аарону-коэну…»</w:t>
      </w:r>
      <w:r>
        <w:rPr>
          <w:rFonts w:ascii="Georgia" w:hAnsi="Georgia"/>
          <w:b w:val="0"/>
          <w:i w:val="0"/>
          <w:color w:val="000000"/>
          <w:sz w:val="24"/>
        </w:rPr>
        <w:t xml:space="preserve"> (Ваикра 13:2) — чтобы он притянул и раскрыл это сокрытие высшего света и привлек их наверх, в ЗА, и благодаря этому проказа удалится.</w:t>
      </w:r>
    </w:p>
    <w:p>
      <w:pPr>
        <w:spacing w:before="40" w:after="120"/>
        <w:jc w:val="both"/>
      </w:pPr>
      <w:r>
        <w:rPr>
          <w:rFonts w:ascii="Georgia" w:hAnsi="Georgia"/>
          <w:b w:val="0"/>
          <w:i w:val="0"/>
          <w:color w:val="000000"/>
          <w:sz w:val="24"/>
        </w:rPr>
        <w:t>Ведь Аарон-коэн происходит со стороны Абы, как известно и как написано в своем месте: имя Аарон (</w:t>
      </w:r>
      <w:r>
        <w:rPr>
          <w:rFonts w:ascii="Georgia" w:hAnsi="Georgia" w:cs="Times New Roman"/>
          <w:b/>
          <w:i w:val="0"/>
          <w:color w:val="000000"/>
          <w:sz w:val="24"/>
          <w:rtl/>
          <w:szCs w:val="32"/>
        </w:rPr>
        <w:t>אַהֲרֹן</w:t>
      </w:r>
      <w:r>
        <w:rPr>
          <w:rFonts w:ascii="Georgia" w:hAnsi="Georgia"/>
          <w:b w:val="0"/>
          <w:i w:val="0"/>
          <w:color w:val="000000"/>
          <w:sz w:val="24"/>
        </w:rPr>
        <w:t xml:space="preserve"> = 256) по гематрии равно АБ (72) плюс 184 (</w:t>
      </w:r>
      <w:r>
        <w:rPr>
          <w:rFonts w:ascii="Georgia" w:hAnsi="Georgia" w:cs="Times New Roman"/>
          <w:b/>
          <w:i w:val="0"/>
          <w:color w:val="000000"/>
          <w:sz w:val="24"/>
          <w:rtl/>
          <w:szCs w:val="32"/>
        </w:rPr>
        <w:t>קפ״ד</w:t>
      </w:r>
      <w:r>
        <w:rPr>
          <w:rFonts w:ascii="Georgia" w:hAnsi="Georgia"/>
          <w:b w:val="0"/>
          <w:i w:val="0"/>
          <w:color w:val="000000"/>
          <w:sz w:val="24"/>
        </w:rPr>
        <w:t>), являющимся простым и наполненным [светами] ахораим имени АВАЯ с йодами в Абе, в свойстве его Есода, распространяющегося внутри ЗА, как известно. И так же сыновья его — Элазар и Итамар: я уже сообщал тебе, что они также находятся на уровне Нецах и Ход де-Аба, распространяющихся в ЗА. И посредством Аарона или его сыновей, являющихся Нецах и Ход, которые называются «сыновьями», как принято у нас и как упомянуто в Зоаре, всё это исправится.</w:t>
      </w:r>
    </w:p>
    <w:p>
      <w:pPr>
        <w:spacing w:before="40" w:after="120"/>
        <w:jc w:val="both"/>
      </w:pPr>
      <w:r>
        <w:rPr>
          <w:rFonts w:ascii="Georgia" w:hAnsi="Georgia"/>
          <w:b w:val="0"/>
          <w:i w:val="0"/>
          <w:color w:val="000000"/>
          <w:sz w:val="24"/>
        </w:rPr>
        <w:t xml:space="preserve">Ведь когда приходят мохин со стороны Абы в ЗА, тогда начинают светить хасадим мохин де-Има, и удалится проказа, являющаяся удержанием внешних сил за них. Ибо все их удержание происходит там из-за того, что свойство Бины таково, что от нее пробуждаются суды, особенно когда она отделена от Абы. И это то, о чем сказано в Зоаре: </w:t>
      </w:r>
      <w:r>
        <w:rPr>
          <w:rFonts w:ascii="Georgia" w:hAnsi="Georgia"/>
          <w:b w:val="0"/>
          <w:i/>
          <w:color w:val="000000"/>
          <w:sz w:val="24"/>
        </w:rPr>
        <w:t>«и пусть приведут его к Аарону-коэну»</w:t>
      </w:r>
      <w:r>
        <w:rPr>
          <w:rFonts w:ascii="Georgia" w:hAnsi="Georgia"/>
          <w:b w:val="0"/>
          <w:i w:val="0"/>
          <w:color w:val="000000"/>
          <w:sz w:val="24"/>
        </w:rPr>
        <w:t xml:space="preserve"> — поднимут его наверх и т.д. И мне кажется, я слышал объяснение слов </w:t>
      </w:r>
      <w:r>
        <w:rPr>
          <w:rFonts w:ascii="Georgia" w:hAnsi="Georgia"/>
          <w:b w:val="0"/>
          <w:i/>
          <w:color w:val="000000"/>
          <w:sz w:val="24"/>
        </w:rPr>
        <w:t>«пусть приведут его к Аарону»</w:t>
      </w:r>
      <w:r>
        <w:rPr>
          <w:rFonts w:ascii="Georgia" w:hAnsi="Georgia"/>
          <w:b w:val="0"/>
          <w:i w:val="0"/>
          <w:color w:val="000000"/>
          <w:sz w:val="24"/>
        </w:rPr>
        <w:t xml:space="preserve"> в ином виде, согласно сказанному в Зоаре (раздел Тазриа, 49б): «Так же и здесь: пусть введут его к коэну, чтобы очистить его, и вознесут это дело пред ним…». Это подобно тому, что мы разъясняли по поводу передачи коэну великого возношения (трума гдола): мы объясняли, что это означает возвращение света на свое место в ЗА.</w:t>
      </w:r>
    </w:p>
    <w:p>
      <w:pPr>
        <w:spacing w:before="40" w:after="120"/>
        <w:jc w:val="both"/>
      </w:pPr>
      <w:r>
        <w:rPr>
          <w:rFonts w:ascii="Georgia" w:hAnsi="Georgia"/>
          <w:b w:val="0"/>
          <w:i w:val="0"/>
          <w:color w:val="000000"/>
          <w:sz w:val="24"/>
        </w:rPr>
        <w:t>Таков же смысл и здесь: то, что прокаженного показывают земному коэну, вызывает наверху действие, благодаря которому те света хасадим мохин со стороны Имы, выходящие наружу и становящиеся там, снаружи, язвами (как будет сказано с Б-жьей помощью), возвращаются на свое место внутрь ЗА и соединяются со своим корнем — с Есод де-Има внутри ЗА, в котором находится корень хасадим, называемый «коэном», как известно. И это то, о чем сказано: «и вознесут его к коэну, и внесут дело пред ним», — то есть чтобы свет не выходил наружу и не отрывался от своего места, давая тем самым возможность внешним ухватиться за него. Но пусть будет [состояние] «достигает и не достигает» (</w:t>
      </w:r>
      <w:r>
        <w:rPr>
          <w:rFonts w:ascii="Georgia" w:hAnsi="Georgia"/>
          <w:b w:val="0"/>
          <w:i/>
          <w:color w:val="000000"/>
          <w:sz w:val="24"/>
        </w:rPr>
        <w:t>мати ве-ло мати</w:t>
      </w:r>
      <w:r>
        <w:rPr>
          <w:rFonts w:ascii="Georgia" w:hAnsi="Georgia"/>
          <w:b w:val="0"/>
          <w:i w:val="0"/>
          <w:color w:val="000000"/>
          <w:sz w:val="24"/>
        </w:rPr>
        <w:t>): свет выходит наружу, возвращается, входит и прилепляется к своему месту, как сказано выше. И благодаря этому у внешних сил не будет возможности ухватиться за них и питаться от них, поскольку они соединены со своим корнем.</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«то пусть приведут его к Аарону-коэну»</w:t>
      </w:r>
      <w:r>
        <w:rPr>
          <w:rFonts w:ascii="Georgia" w:hAnsi="Georgia"/>
          <w:b w:val="0"/>
          <w:i w:val="0"/>
          <w:color w:val="000000"/>
          <w:sz w:val="24"/>
        </w:rPr>
        <w:t xml:space="preserve"> — «это земной коэн»: то есть хасадим внутри Есод де-Има, когда они находятся внизу, внутри ЗА.</w:t>
      </w:r>
    </w:p>
    <w:p>
      <w:pPr>
        <w:spacing w:before="40" w:after="120"/>
        <w:jc w:val="both"/>
      </w:pPr>
      <w:r>
        <w:rPr>
          <w:rFonts w:ascii="Georgia" w:hAnsi="Georgia"/>
          <w:b w:val="0"/>
          <w:i w:val="0"/>
          <w:color w:val="000000"/>
          <w:sz w:val="24"/>
        </w:rPr>
        <w:t>Теперь объясним, в чем суть этой проказы и язвы при выходе светов наружу.</w:t>
      </w:r>
    </w:p>
    <w:p>
      <w:pPr>
        <w:spacing w:before="40" w:after="120"/>
        <w:jc w:val="both"/>
      </w:pPr>
      <w:r>
        <w:rPr>
          <w:rFonts w:ascii="Georgia" w:hAnsi="Georgia"/>
          <w:b w:val="0"/>
          <w:i w:val="0"/>
          <w:color w:val="000000"/>
          <w:sz w:val="24"/>
        </w:rPr>
        <w:t xml:space="preserve">Дело в том, что те света, которые должны были выходить наружу и строить парцуфим Леи и Рахели вне ЗА, прилепленными к его спине на коже его плоти, как известно, — теперь, из-за отсутствия мохин со стороны Абы, как сказано, захватываются внешними силами. Внешние ухватываются за эти света хасадим Есод де-Има, выходящие наружу, и тем самым выстраивают там образ вместо Леи и Рахели; и это и есть то, что называется язвами. Ведь ты уже знаешь, что Лея и Рахель прилеплены снаружи ЗА на коже его плоти: ведь Лея во всем своем проявлении — это только кожа, в тайне узла головного тфилина, представляющего собой лишь кожу, как сказано выше. И это смысл сказанного нашими мудрецами (ХАЗАЛЬ; Арахин 15б): </w:t>
      </w:r>
      <w:r>
        <w:rPr>
          <w:rFonts w:ascii="Georgia" w:hAnsi="Georgia"/>
          <w:b w:val="0"/>
          <w:i/>
          <w:color w:val="000000"/>
          <w:sz w:val="24"/>
        </w:rPr>
        <w:t>«Вот учение о прокаженном»</w:t>
      </w:r>
      <w:r>
        <w:rPr>
          <w:rFonts w:ascii="Georgia" w:hAnsi="Georgia"/>
          <w:b w:val="0"/>
          <w:i w:val="0"/>
          <w:color w:val="000000"/>
          <w:sz w:val="24"/>
        </w:rPr>
        <w:t xml:space="preserve"> — о распускающем дурную славу (</w:t>
      </w:r>
      <w:r>
        <w:rPr>
          <w:rFonts w:ascii="Georgia" w:hAnsi="Georgia"/>
          <w:b w:val="0"/>
          <w:i/>
          <w:color w:val="000000"/>
          <w:sz w:val="24"/>
        </w:rPr>
        <w:t>моци шем ра</w:t>
      </w:r>
      <w:r>
        <w:rPr>
          <w:rFonts w:ascii="Georgia" w:hAnsi="Georgia"/>
          <w:b w:val="0"/>
          <w:i w:val="0"/>
          <w:color w:val="000000"/>
          <w:sz w:val="24"/>
        </w:rPr>
        <w:t>). Имеется в виду следующее: известно, что Нуква называется «Именем» (</w:t>
      </w:r>
      <w:r>
        <w:rPr>
          <w:rFonts w:ascii="Georgia" w:hAnsi="Georgia"/>
          <w:b w:val="0"/>
          <w:i/>
          <w:color w:val="000000"/>
          <w:sz w:val="24"/>
        </w:rPr>
        <w:t>шем</w:t>
      </w:r>
      <w:r>
        <w:rPr>
          <w:rFonts w:ascii="Georgia" w:hAnsi="Georgia"/>
          <w:b w:val="0"/>
          <w:i w:val="0"/>
          <w:color w:val="000000"/>
          <w:sz w:val="24"/>
        </w:rPr>
        <w:t>), и это Лея и Рахель; высшая же Бина называется «Именем Твоим великим». И вот прокаженный, говорящий злое, приводит к тому, что и наверху, на месте Леи или Рахели, называемых «добрым именем», вместо них выходят клипот, называемые «дурным именем».</w:t>
      </w:r>
    </w:p>
    <w:p>
      <w:pPr>
        <w:spacing w:before="40" w:after="120"/>
        <w:jc w:val="both"/>
      </w:pPr>
      <w:r>
        <w:rPr>
          <w:rFonts w:ascii="Georgia" w:hAnsi="Georgia"/>
          <w:b w:val="0"/>
          <w:i w:val="0"/>
          <w:color w:val="000000"/>
          <w:sz w:val="24"/>
        </w:rPr>
        <w:t>Выше уже разъяснялось, что Лея берет для своего Кетера один свет от хасадим Бины, тогда как Рахель берет два света. И потому из первого света, выходящего к Лее, вместо нее образуется нуква, называемая опухолью (</w:t>
      </w:r>
      <w:r>
        <w:rPr>
          <w:rFonts w:ascii="Georgia" w:hAnsi="Georgia"/>
          <w:b w:val="0"/>
          <w:i/>
          <w:color w:val="000000"/>
          <w:sz w:val="24"/>
        </w:rPr>
        <w:t>сэт</w:t>
      </w:r>
      <w:r>
        <w:rPr>
          <w:rFonts w:ascii="Georgia" w:hAnsi="Georgia"/>
          <w:b w:val="0"/>
          <w:i w:val="0"/>
          <w:color w:val="000000"/>
          <w:sz w:val="24"/>
        </w:rPr>
        <w:t xml:space="preserve">, </w:t>
      </w:r>
      <w:r>
        <w:rPr>
          <w:rFonts w:ascii="Georgia" w:hAnsi="Georgia" w:cs="Times New Roman"/>
          <w:b/>
          <w:i w:val="0"/>
          <w:color w:val="000000"/>
          <w:sz w:val="24"/>
          <w:rtl/>
          <w:szCs w:val="32"/>
        </w:rPr>
        <w:t>שְׂאֵת</w:t>
      </w:r>
      <w:r>
        <w:rPr>
          <w:rFonts w:ascii="Georgia" w:hAnsi="Georgia"/>
          <w:b w:val="0"/>
          <w:i w:val="0"/>
          <w:color w:val="000000"/>
          <w:sz w:val="24"/>
        </w:rPr>
        <w:t>), что является перестановкой букв слова «женщина» (</w:t>
      </w:r>
      <w:r>
        <w:rPr>
          <w:rFonts w:ascii="Georgia" w:hAnsi="Georgia"/>
          <w:b w:val="0"/>
          <w:i/>
          <w:color w:val="000000"/>
          <w:sz w:val="24"/>
        </w:rPr>
        <w:t>эшет</w:t>
      </w:r>
      <w:r>
        <w:rPr>
          <w:rFonts w:ascii="Georgia" w:hAnsi="Georgia"/>
          <w:b w:val="0"/>
          <w:i w:val="0"/>
          <w:color w:val="000000"/>
          <w:sz w:val="24"/>
        </w:rPr>
        <w:t xml:space="preserve">, </w:t>
      </w:r>
      <w:r>
        <w:rPr>
          <w:rFonts w:ascii="Georgia" w:hAnsi="Georgia" w:cs="Times New Roman"/>
          <w:b/>
          <w:i w:val="0"/>
          <w:color w:val="000000"/>
          <w:sz w:val="24"/>
          <w:rtl/>
          <w:szCs w:val="32"/>
        </w:rPr>
        <w:t>אֵשֶׁת</w:t>
      </w:r>
      <w:r>
        <w:rPr>
          <w:rFonts w:ascii="Georgia" w:hAnsi="Georgia"/>
          <w:b w:val="0"/>
          <w:i w:val="0"/>
          <w:color w:val="000000"/>
          <w:sz w:val="24"/>
        </w:rPr>
        <w:t xml:space="preserve">), то есть нуква; а также называется </w:t>
      </w:r>
      <w:r>
        <w:rPr>
          <w:rFonts w:ascii="Georgia" w:hAnsi="Georgia"/>
          <w:b w:val="0"/>
          <w:i/>
          <w:color w:val="000000"/>
          <w:sz w:val="24"/>
        </w:rPr>
        <w:t>сэт</w:t>
      </w:r>
      <w:r>
        <w:rPr>
          <w:rFonts w:ascii="Georgia" w:hAnsi="Georgia"/>
          <w:b w:val="0"/>
          <w:i w:val="0"/>
          <w:color w:val="000000"/>
          <w:sz w:val="24"/>
        </w:rPr>
        <w:t xml:space="preserve"> (</w:t>
      </w:r>
      <w:r>
        <w:rPr>
          <w:rFonts w:ascii="Georgia" w:hAnsi="Georgia" w:cs="Times New Roman"/>
          <w:b/>
          <w:i w:val="0"/>
          <w:color w:val="000000"/>
          <w:sz w:val="24"/>
          <w:rtl/>
          <w:szCs w:val="32"/>
        </w:rPr>
        <w:t>שְׂאֵת</w:t>
      </w:r>
      <w:r>
        <w:rPr>
          <w:rFonts w:ascii="Georgia" w:hAnsi="Georgia"/>
          <w:b w:val="0"/>
          <w:i w:val="0"/>
          <w:color w:val="000000"/>
          <w:sz w:val="24"/>
        </w:rPr>
        <w:t>) в значении «вознесение» (</w:t>
      </w:r>
      <w:r>
        <w:rPr>
          <w:rFonts w:ascii="Georgia" w:hAnsi="Georgia"/>
          <w:b w:val="0"/>
          <w:i/>
          <w:color w:val="000000"/>
          <w:sz w:val="24"/>
        </w:rPr>
        <w:t>несиат</w:t>
      </w:r>
      <w:r>
        <w:rPr>
          <w:rFonts w:ascii="Georgia" w:hAnsi="Georgia"/>
          <w:b w:val="0"/>
          <w:i w:val="0"/>
          <w:color w:val="000000"/>
          <w:sz w:val="24"/>
        </w:rPr>
        <w:t xml:space="preserve">, </w:t>
      </w:r>
      <w:r>
        <w:rPr>
          <w:rFonts w:ascii="Georgia" w:hAnsi="Georgia" w:cs="Times New Roman"/>
          <w:b/>
          <w:i w:val="0"/>
          <w:color w:val="000000"/>
          <w:sz w:val="24"/>
          <w:rtl/>
          <w:szCs w:val="32"/>
        </w:rPr>
        <w:t>נְשִׂיאַת</w:t>
      </w:r>
      <w:r>
        <w:rPr>
          <w:rFonts w:ascii="Georgia" w:hAnsi="Georgia"/>
          <w:b w:val="0"/>
          <w:i w:val="0"/>
          <w:color w:val="000000"/>
          <w:sz w:val="24"/>
        </w:rPr>
        <w:t>), ведь она находится наверху, в области головы, позади Даат де-ЗА, как известно. А лишай (</w:t>
      </w:r>
      <w:r>
        <w:rPr>
          <w:rFonts w:ascii="Georgia" w:hAnsi="Georgia"/>
          <w:b w:val="0"/>
          <w:i/>
          <w:color w:val="000000"/>
          <w:sz w:val="24"/>
        </w:rPr>
        <w:t>сапахат</w:t>
      </w:r>
      <w:r>
        <w:rPr>
          <w:rFonts w:ascii="Georgia" w:hAnsi="Georgia"/>
          <w:b w:val="0"/>
          <w:i w:val="0"/>
          <w:color w:val="000000"/>
          <w:sz w:val="24"/>
        </w:rPr>
        <w:t>) и пятно (</w:t>
      </w:r>
      <w:r>
        <w:rPr>
          <w:rFonts w:ascii="Georgia" w:hAnsi="Georgia"/>
          <w:b w:val="0"/>
          <w:i/>
          <w:color w:val="000000"/>
          <w:sz w:val="24"/>
        </w:rPr>
        <w:t>баэрет</w:t>
      </w:r>
      <w:r>
        <w:rPr>
          <w:rFonts w:ascii="Georgia" w:hAnsi="Georgia"/>
          <w:b w:val="0"/>
          <w:i w:val="0"/>
          <w:color w:val="000000"/>
          <w:sz w:val="24"/>
        </w:rPr>
        <w:t>) образуются вместо двух светов, выходящих к нижней [нукве] — Рахели.</w:t>
      </w:r>
    </w:p>
    <w:p>
      <w:pPr>
        <w:spacing w:before="40" w:after="120"/>
        <w:jc w:val="both"/>
      </w:pPr>
      <w:r>
        <w:rPr>
          <w:rFonts w:ascii="Georgia" w:hAnsi="Georgia"/>
          <w:b w:val="0"/>
          <w:i w:val="0"/>
          <w:color w:val="000000"/>
          <w:sz w:val="24"/>
        </w:rPr>
        <w:t>Все три этих проявления коренятся в имени АДОНАЙ (</w:t>
      </w:r>
      <w:r>
        <w:rPr>
          <w:rFonts w:ascii="Georgia" w:hAnsi="Georgia" w:cs="Times New Roman"/>
          <w:b/>
          <w:i w:val="0"/>
          <w:color w:val="000000"/>
          <w:sz w:val="24"/>
          <w:rtl/>
          <w:szCs w:val="32"/>
        </w:rPr>
        <w:t>אדני</w:t>
      </w:r>
      <w:r>
        <w:rPr>
          <w:rFonts w:ascii="Georgia" w:hAnsi="Georgia"/>
          <w:b w:val="0"/>
          <w:i w:val="0"/>
          <w:color w:val="000000"/>
          <w:sz w:val="24"/>
        </w:rPr>
        <w:t>), являющемся именем Нуквы, как известно, чьи света захватывают внешние силы. И вот слово «пятно» (</w:t>
      </w:r>
      <w:r>
        <w:rPr>
          <w:rFonts w:ascii="Georgia" w:hAnsi="Georgia"/>
          <w:b w:val="0"/>
          <w:i/>
          <w:color w:val="000000"/>
          <w:sz w:val="24"/>
        </w:rPr>
        <w:t>баэрет</w:t>
      </w:r>
      <w:r>
        <w:rPr>
          <w:rFonts w:ascii="Georgia" w:hAnsi="Georgia"/>
          <w:b w:val="0"/>
          <w:i w:val="0"/>
          <w:color w:val="000000"/>
          <w:sz w:val="24"/>
        </w:rPr>
        <w:t xml:space="preserve">, </w:t>
      </w:r>
      <w:r>
        <w:rPr>
          <w:rFonts w:ascii="Georgia" w:hAnsi="Georgia" w:cs="Times New Roman"/>
          <w:b/>
          <w:i w:val="0"/>
          <w:color w:val="000000"/>
          <w:sz w:val="24"/>
          <w:rtl/>
          <w:szCs w:val="32"/>
        </w:rPr>
        <w:t>בַּהֶרֶת</w:t>
      </w:r>
      <w:r>
        <w:rPr>
          <w:rFonts w:ascii="Georgia" w:hAnsi="Georgia"/>
          <w:b w:val="0"/>
          <w:i w:val="0"/>
          <w:color w:val="000000"/>
          <w:sz w:val="24"/>
        </w:rPr>
        <w:t xml:space="preserve"> = 607) представляет собой наполнение имени АДОНАЙ: если убрать простые буквы, составляющие имя АДОНАЙ [</w:t>
      </w:r>
      <w:r>
        <w:rPr>
          <w:rFonts w:ascii="Georgia" w:hAnsi="Georgia" w:cs="Times New Roman"/>
          <w:b/>
          <w:i w:val="0"/>
          <w:color w:val="000000"/>
          <w:sz w:val="24"/>
          <w:rtl/>
          <w:szCs w:val="32"/>
        </w:rPr>
        <w:t>אדני</w:t>
      </w:r>
      <w:r>
        <w:rPr>
          <w:rFonts w:ascii="Georgia" w:hAnsi="Georgia"/>
          <w:b w:val="0"/>
          <w:i w:val="0"/>
          <w:color w:val="000000"/>
          <w:sz w:val="24"/>
        </w:rPr>
        <w:t xml:space="preserve"> = 65], то останутся одни лишь буквы наполнения, сумма которых равна 606 (буквы </w:t>
      </w:r>
      <w:r>
        <w:rPr>
          <w:rFonts w:ascii="Georgia" w:hAnsi="Georgia" w:cs="Times New Roman"/>
          <w:b/>
          <w:i w:val="0"/>
          <w:color w:val="000000"/>
          <w:sz w:val="24"/>
          <w:rtl/>
          <w:szCs w:val="32"/>
        </w:rPr>
        <w:t>תו״ר</w:t>
      </w:r>
      <w:r>
        <w:rPr>
          <w:rFonts w:ascii="Georgia" w:hAnsi="Georgia"/>
          <w:b w:val="0"/>
          <w:i w:val="0"/>
          <w:color w:val="000000"/>
          <w:sz w:val="24"/>
        </w:rPr>
        <w:t xml:space="preserve"> или </w:t>
      </w:r>
      <w:r>
        <w:rPr>
          <w:rFonts w:ascii="Georgia" w:hAnsi="Georgia" w:cs="Times New Roman"/>
          <w:b/>
          <w:i w:val="0"/>
          <w:color w:val="000000"/>
          <w:sz w:val="24"/>
          <w:rtl/>
          <w:szCs w:val="32"/>
        </w:rPr>
        <w:t>רו״ת</w:t>
      </w:r>
      <w:r>
        <w:rPr>
          <w:rFonts w:ascii="Georgia" w:hAnsi="Georgia"/>
          <w:b w:val="0"/>
          <w:i w:val="0"/>
          <w:color w:val="000000"/>
          <w:sz w:val="24"/>
        </w:rPr>
        <w:t xml:space="preserve"> = 606), и тогда вместе с колелем (с самим словом, 606 + 1 = 607) получается </w:t>
      </w:r>
      <w:r>
        <w:rPr>
          <w:rFonts w:ascii="Georgia" w:hAnsi="Georgia"/>
          <w:b w:val="0"/>
          <w:i/>
          <w:color w:val="000000"/>
          <w:sz w:val="24"/>
        </w:rPr>
        <w:t>баэрет</w:t>
      </w:r>
      <w:r>
        <w:rPr>
          <w:rFonts w:ascii="Georgia" w:hAnsi="Georgia"/>
          <w:b w:val="0"/>
          <w:i w:val="0"/>
          <w:color w:val="000000"/>
          <w:sz w:val="24"/>
        </w:rPr>
        <w:t>.</w:t>
      </w:r>
    </w:p>
    <w:p>
      <w:pPr>
        <w:spacing w:before="40" w:after="120"/>
        <w:jc w:val="both"/>
      </w:pPr>
      <w:r>
        <w:rPr>
          <w:rFonts w:ascii="Georgia" w:hAnsi="Georgia"/>
          <w:b w:val="0"/>
          <w:i w:val="0"/>
          <w:color w:val="000000"/>
          <w:sz w:val="24"/>
        </w:rPr>
        <w:t>Слово «лишай» (</w:t>
      </w:r>
      <w:r>
        <w:rPr>
          <w:rFonts w:ascii="Georgia" w:hAnsi="Georgia"/>
          <w:b w:val="0"/>
          <w:i/>
          <w:color w:val="000000"/>
          <w:sz w:val="24"/>
        </w:rPr>
        <w:t>сапахат</w:t>
      </w:r>
      <w:r>
        <w:rPr>
          <w:rFonts w:ascii="Georgia" w:hAnsi="Georgia"/>
          <w:b w:val="0"/>
          <w:i w:val="0"/>
          <w:color w:val="000000"/>
          <w:sz w:val="24"/>
        </w:rPr>
        <w:t xml:space="preserve">, </w:t>
      </w:r>
      <w:r>
        <w:rPr>
          <w:rFonts w:ascii="Georgia" w:hAnsi="Georgia" w:cs="Times New Roman"/>
          <w:b/>
          <w:i w:val="0"/>
          <w:color w:val="000000"/>
          <w:sz w:val="24"/>
          <w:rtl/>
          <w:szCs w:val="32"/>
        </w:rPr>
        <w:t>סַפַּחַת</w:t>
      </w:r>
      <w:r>
        <w:rPr>
          <w:rFonts w:ascii="Georgia" w:hAnsi="Georgia"/>
          <w:b w:val="0"/>
          <w:i w:val="0"/>
          <w:color w:val="000000"/>
          <w:sz w:val="24"/>
        </w:rPr>
        <w:t xml:space="preserve"> = 548) — это замена имени АДОНАЙ по системе Атбаш (</w:t>
      </w:r>
      <w:r>
        <w:rPr>
          <w:rFonts w:ascii="Georgia" w:hAnsi="Georgia" w:cs="Times New Roman"/>
          <w:b/>
          <w:i w:val="0"/>
          <w:color w:val="000000"/>
          <w:sz w:val="24"/>
          <w:rtl/>
          <w:szCs w:val="32"/>
        </w:rPr>
        <w:t>א״ת ב״ש</w:t>
      </w:r>
      <w:r>
        <w:rPr>
          <w:rFonts w:ascii="Georgia" w:hAnsi="Georgia"/>
          <w:b w:val="0"/>
          <w:i w:val="0"/>
          <w:color w:val="000000"/>
          <w:sz w:val="24"/>
        </w:rPr>
        <w:t xml:space="preserve">), что дает буквы </w:t>
      </w:r>
      <w:r>
        <w:rPr>
          <w:rFonts w:ascii="Georgia" w:hAnsi="Georgia" w:cs="Times New Roman"/>
          <w:b/>
          <w:i w:val="0"/>
          <w:color w:val="000000"/>
          <w:sz w:val="24"/>
          <w:rtl/>
          <w:szCs w:val="32"/>
        </w:rPr>
        <w:t>תקט״ם</w:t>
      </w:r>
      <w:r>
        <w:rPr>
          <w:rFonts w:ascii="Georgia" w:hAnsi="Georgia"/>
          <w:b w:val="0"/>
          <w:i w:val="0"/>
          <w:color w:val="000000"/>
          <w:sz w:val="24"/>
        </w:rPr>
        <w:t xml:space="preserve"> (400 + 100 + 9 + 40 = 549), равные по гематрии слову </w:t>
      </w:r>
      <w:r>
        <w:rPr>
          <w:rFonts w:ascii="Georgia" w:hAnsi="Georgia"/>
          <w:b w:val="0"/>
          <w:i/>
          <w:color w:val="000000"/>
          <w:sz w:val="24"/>
        </w:rPr>
        <w:t>сапахат</w:t>
      </w:r>
      <w:r>
        <w:rPr>
          <w:rFonts w:ascii="Georgia" w:hAnsi="Georgia"/>
          <w:b w:val="0"/>
          <w:i w:val="0"/>
          <w:color w:val="000000"/>
          <w:sz w:val="24"/>
        </w:rPr>
        <w:t xml:space="preserve"> с колелем [548 + 1 = 549].</w:t>
      </w:r>
    </w:p>
    <w:p>
      <w:pPr>
        <w:spacing w:before="40" w:after="120"/>
        <w:jc w:val="both"/>
      </w:pPr>
      <w:r>
        <w:rPr>
          <w:rFonts w:ascii="Georgia" w:hAnsi="Georgia"/>
          <w:b w:val="0"/>
          <w:i w:val="0"/>
          <w:color w:val="000000"/>
          <w:sz w:val="24"/>
        </w:rPr>
        <w:t>А слово «опухоль» (</w:t>
      </w:r>
      <w:r>
        <w:rPr>
          <w:rFonts w:ascii="Georgia" w:hAnsi="Georgia"/>
          <w:b w:val="0"/>
          <w:i/>
          <w:color w:val="000000"/>
          <w:sz w:val="24"/>
        </w:rPr>
        <w:t>сэт</w:t>
      </w:r>
      <w:r>
        <w:rPr>
          <w:rFonts w:ascii="Georgia" w:hAnsi="Georgia"/>
          <w:b w:val="0"/>
          <w:i w:val="0"/>
          <w:color w:val="000000"/>
          <w:sz w:val="24"/>
        </w:rPr>
        <w:t xml:space="preserve">, </w:t>
      </w:r>
      <w:r>
        <w:rPr>
          <w:rFonts w:ascii="Georgia" w:hAnsi="Georgia" w:cs="Times New Roman"/>
          <w:b/>
          <w:i w:val="0"/>
          <w:color w:val="000000"/>
          <w:sz w:val="24"/>
          <w:rtl/>
          <w:szCs w:val="32"/>
        </w:rPr>
        <w:t>שְׂאֵת</w:t>
      </w:r>
      <w:r>
        <w:rPr>
          <w:rFonts w:ascii="Georgia" w:hAnsi="Georgia"/>
          <w:b w:val="0"/>
          <w:i w:val="0"/>
          <w:color w:val="000000"/>
          <w:sz w:val="24"/>
        </w:rPr>
        <w:t xml:space="preserve"> = 701) по гематрии равно имени ЭЛЬ (</w:t>
      </w:r>
      <w:r>
        <w:rPr>
          <w:rFonts w:ascii="Georgia" w:hAnsi="Georgia" w:cs="Times New Roman"/>
          <w:b/>
          <w:i w:val="0"/>
          <w:color w:val="000000"/>
          <w:sz w:val="24"/>
          <w:rtl/>
          <w:szCs w:val="32"/>
        </w:rPr>
        <w:t>אל</w:t>
      </w:r>
      <w:r>
        <w:rPr>
          <w:rFonts w:ascii="Georgia" w:hAnsi="Georgia"/>
          <w:b w:val="0"/>
          <w:i w:val="0"/>
          <w:color w:val="000000"/>
          <w:sz w:val="24"/>
        </w:rPr>
        <w:t xml:space="preserve"> = 31) без наполнения вместе с именем АДОНАЙ в полном наполнении (671; 31 + 671 = 702, с колелем). И поскольку </w:t>
      </w:r>
      <w:r>
        <w:rPr>
          <w:rFonts w:ascii="Georgia" w:hAnsi="Georgia"/>
          <w:b w:val="0"/>
          <w:i/>
          <w:color w:val="000000"/>
          <w:sz w:val="24"/>
        </w:rPr>
        <w:t>сэт</w:t>
      </w:r>
      <w:r>
        <w:rPr>
          <w:rFonts w:ascii="Georgia" w:hAnsi="Georgia"/>
          <w:b w:val="0"/>
          <w:i w:val="0"/>
          <w:color w:val="000000"/>
          <w:sz w:val="24"/>
        </w:rPr>
        <w:t xml:space="preserve"> относится к упомянутой высшей Лее, к имени АДОНАЙ добавляется имя ЭЛЬ.</w:t>
      </w:r>
    </w:p>
    <w:p>
      <w:pPr>
        <w:keepNext/>
        <w:spacing w:before="320" w:after="120"/>
      </w:pPr>
      <w:r>
        <w:rPr>
          <w:rFonts w:ascii="Georgia" w:hAnsi="Georgia"/>
          <w:b w:val="0"/>
          <w:i w:val="0"/>
          <w:color w:val="000000"/>
          <w:sz w:val="32"/>
        </w:rPr>
        <w:t>Глава 8</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Знай, что </w:t>
      </w:r>
      <w:r>
        <w:rPr>
          <w:rFonts w:ascii="Georgia" w:hAnsi="Georgia"/>
          <w:b w:val="0"/>
          <w:i/>
          <w:color w:val="000000"/>
          <w:sz w:val="24"/>
        </w:rPr>
        <w:t>«одно против другого создал Б-г»</w:t>
      </w:r>
      <w:r>
        <w:rPr>
          <w:rFonts w:ascii="Georgia" w:hAnsi="Georgia"/>
          <w:b w:val="0"/>
          <w:i w:val="0"/>
          <w:color w:val="000000"/>
          <w:sz w:val="24"/>
        </w:rPr>
        <w:t xml:space="preserve"> (Коэлет 7:14). Мохин Леи — это четыре имени ЭЙЕ: два с йодами, одно с алефами и одно с хэйин. Лея называется словом </w:t>
      </w:r>
      <w:r>
        <w:rPr>
          <w:rFonts w:ascii="Georgia" w:hAnsi="Georgia"/>
          <w:b w:val="0"/>
          <w:i/>
          <w:color w:val="000000"/>
          <w:sz w:val="24"/>
        </w:rPr>
        <w:t>мидат</w:t>
      </w:r>
      <w:r>
        <w:rPr>
          <w:rFonts w:ascii="Georgia" w:hAnsi="Georgia"/>
          <w:b w:val="0"/>
          <w:i w:val="0"/>
          <w:color w:val="000000"/>
          <w:sz w:val="24"/>
        </w:rPr>
        <w:t xml:space="preserve"> (</w:t>
      </w:r>
      <w:r>
        <w:rPr>
          <w:rFonts w:ascii="Georgia" w:hAnsi="Georgia" w:cs="Times New Roman"/>
          <w:b/>
          <w:i w:val="0"/>
          <w:color w:val="000000"/>
          <w:sz w:val="24"/>
          <w:rtl/>
          <w:szCs w:val="32"/>
        </w:rPr>
        <w:t>מִדַּת</w:t>
      </w:r>
      <w:r>
        <w:rPr>
          <w:rFonts w:ascii="Georgia" w:hAnsi="Georgia"/>
          <w:b w:val="0"/>
          <w:i w:val="0"/>
          <w:color w:val="000000"/>
          <w:sz w:val="24"/>
        </w:rPr>
        <w:t xml:space="preserve">, мера) — по имени четырех букв алеф, находящихся в четырех упомянутых именах ЭЙЕ; и в этом смысл стиха: </w:t>
      </w:r>
      <w:r>
        <w:rPr>
          <w:rFonts w:ascii="Georgia" w:hAnsi="Georgia"/>
          <w:b w:val="0"/>
          <w:i/>
          <w:color w:val="000000"/>
          <w:sz w:val="24"/>
        </w:rPr>
        <w:t>«какова мера дней моих»</w:t>
      </w:r>
      <w:r>
        <w:rPr>
          <w:rFonts w:ascii="Georgia" w:hAnsi="Georgia"/>
          <w:b w:val="0"/>
          <w:i w:val="0"/>
          <w:color w:val="000000"/>
          <w:sz w:val="24"/>
        </w:rPr>
        <w:t xml:space="preserve"> (Теилим 39:5), как сказано выше.</w:t>
      </w:r>
    </w:p>
    <w:p>
      <w:pPr>
        <w:spacing w:before="40" w:after="120"/>
        <w:jc w:val="both"/>
      </w:pPr>
      <w:r>
        <w:rPr>
          <w:rFonts w:ascii="Georgia" w:hAnsi="Georgia"/>
          <w:b w:val="0"/>
          <w:i w:val="0"/>
          <w:color w:val="000000"/>
          <w:sz w:val="24"/>
        </w:rPr>
        <w:t>Напротив же этого есть клипа, называемая «мертвец» (</w:t>
      </w:r>
      <w:r>
        <w:rPr>
          <w:rFonts w:ascii="Georgia" w:hAnsi="Georgia"/>
          <w:b w:val="0"/>
          <w:i/>
          <w:color w:val="000000"/>
          <w:sz w:val="24"/>
        </w:rPr>
        <w:t>мет</w:t>
      </w:r>
      <w:r>
        <w:rPr>
          <w:rFonts w:ascii="Georgia" w:hAnsi="Georgia"/>
          <w:b w:val="0"/>
          <w:i w:val="0"/>
          <w:color w:val="000000"/>
          <w:sz w:val="24"/>
        </w:rPr>
        <w:t xml:space="preserve">, </w:t>
      </w:r>
      <w:r>
        <w:rPr>
          <w:rFonts w:ascii="Georgia" w:hAnsi="Georgia" w:cs="Times New Roman"/>
          <w:b/>
          <w:i w:val="0"/>
          <w:color w:val="000000"/>
          <w:sz w:val="24"/>
          <w:rtl/>
          <w:szCs w:val="32"/>
        </w:rPr>
        <w:t>מֵת</w:t>
      </w:r>
      <w:r>
        <w:rPr>
          <w:rFonts w:ascii="Georgia" w:hAnsi="Georgia"/>
          <w:b w:val="0"/>
          <w:i w:val="0"/>
          <w:color w:val="000000"/>
          <w:sz w:val="24"/>
        </w:rPr>
        <w:t>), ибо там тайна клипот, как известно. Смысл в том, что сам корень четырех алефов — букву далет (</w:t>
      </w:r>
      <w:r>
        <w:rPr>
          <w:rFonts w:ascii="Georgia" w:hAnsi="Georgia" w:cs="Times New Roman"/>
          <w:b/>
          <w:i w:val="0"/>
          <w:color w:val="000000"/>
          <w:sz w:val="24"/>
          <w:rtl/>
          <w:szCs w:val="32"/>
        </w:rPr>
        <w:t>ד</w:t>
      </w:r>
      <w:r>
        <w:rPr>
          <w:rFonts w:ascii="Georgia" w:hAnsi="Georgia"/>
          <w:b w:val="0"/>
          <w:i w:val="0"/>
          <w:color w:val="000000"/>
          <w:sz w:val="24"/>
        </w:rPr>
        <w:t xml:space="preserve"> = 4) — мы отнимаем у клипы, так как она служит ее жизненной силой; и когда ты удалишь букву далет из слова </w:t>
      </w:r>
      <w:r>
        <w:rPr>
          <w:rFonts w:ascii="Georgia" w:hAnsi="Georgia"/>
          <w:b w:val="0"/>
          <w:i/>
          <w:color w:val="000000"/>
          <w:sz w:val="24"/>
        </w:rPr>
        <w:t>мидат</w:t>
      </w:r>
      <w:r>
        <w:rPr>
          <w:rFonts w:ascii="Georgia" w:hAnsi="Georgia"/>
          <w:b w:val="0"/>
          <w:i w:val="0"/>
          <w:color w:val="000000"/>
          <w:sz w:val="24"/>
        </w:rPr>
        <w:t xml:space="preserve"> (</w:t>
      </w:r>
      <w:r>
        <w:rPr>
          <w:rFonts w:ascii="Georgia" w:hAnsi="Georgia" w:cs="Times New Roman"/>
          <w:b/>
          <w:i w:val="0"/>
          <w:color w:val="000000"/>
          <w:sz w:val="24"/>
          <w:rtl/>
          <w:szCs w:val="32"/>
        </w:rPr>
        <w:t>מִדַּת</w:t>
      </w:r>
      <w:r>
        <w:rPr>
          <w:rFonts w:ascii="Georgia" w:hAnsi="Georgia"/>
          <w:b w:val="0"/>
          <w:i w:val="0"/>
          <w:color w:val="000000"/>
          <w:sz w:val="24"/>
        </w:rPr>
        <w:t xml:space="preserve">), за которое ухватились клипот, останется слово </w:t>
      </w:r>
      <w:r>
        <w:rPr>
          <w:rFonts w:ascii="Georgia" w:hAnsi="Georgia"/>
          <w:b w:val="0"/>
          <w:i/>
          <w:color w:val="000000"/>
          <w:sz w:val="24"/>
        </w:rPr>
        <w:t>мет</w:t>
      </w:r>
      <w:r>
        <w:rPr>
          <w:rFonts w:ascii="Georgia" w:hAnsi="Georgia"/>
          <w:b w:val="0"/>
          <w:i w:val="0"/>
          <w:color w:val="000000"/>
          <w:sz w:val="24"/>
        </w:rPr>
        <w:t xml:space="preserve"> (</w:t>
      </w:r>
      <w:r>
        <w:rPr>
          <w:rFonts w:ascii="Georgia" w:hAnsi="Georgia" w:cs="Times New Roman"/>
          <w:b/>
          <w:i w:val="0"/>
          <w:color w:val="000000"/>
          <w:sz w:val="24"/>
          <w:rtl/>
          <w:szCs w:val="32"/>
        </w:rPr>
        <w:t>מֵת</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в самой святости есть два этих состояния: </w:t>
      </w:r>
      <w:r>
        <w:rPr>
          <w:rFonts w:ascii="Georgia" w:hAnsi="Georgia"/>
          <w:b w:val="0"/>
          <w:i/>
          <w:color w:val="000000"/>
          <w:sz w:val="24"/>
        </w:rPr>
        <w:t>мидат</w:t>
      </w:r>
      <w:r>
        <w:rPr>
          <w:rFonts w:ascii="Georgia" w:hAnsi="Georgia"/>
          <w:b w:val="0"/>
          <w:i w:val="0"/>
          <w:color w:val="000000"/>
          <w:sz w:val="24"/>
        </w:rPr>
        <w:t xml:space="preserve"> (</w:t>
      </w:r>
      <w:r>
        <w:rPr>
          <w:rFonts w:ascii="Georgia" w:hAnsi="Georgia" w:cs="Times New Roman"/>
          <w:b/>
          <w:i w:val="0"/>
          <w:color w:val="000000"/>
          <w:sz w:val="24"/>
          <w:rtl/>
          <w:szCs w:val="32"/>
        </w:rPr>
        <w:t>מִדַּת</w:t>
      </w:r>
      <w:r>
        <w:rPr>
          <w:rFonts w:ascii="Georgia" w:hAnsi="Georgia"/>
          <w:b w:val="0"/>
          <w:i w:val="0"/>
          <w:color w:val="000000"/>
          <w:sz w:val="24"/>
        </w:rPr>
        <w:t xml:space="preserve">) и </w:t>
      </w:r>
      <w:r>
        <w:rPr>
          <w:rFonts w:ascii="Georgia" w:hAnsi="Georgia"/>
          <w:b w:val="0"/>
          <w:i/>
          <w:color w:val="000000"/>
          <w:sz w:val="24"/>
        </w:rPr>
        <w:t>там</w:t>
      </w:r>
      <w:r>
        <w:rPr>
          <w:rFonts w:ascii="Georgia" w:hAnsi="Georgia"/>
          <w:b w:val="0"/>
          <w:i w:val="0"/>
          <w:color w:val="000000"/>
          <w:sz w:val="24"/>
        </w:rPr>
        <w:t xml:space="preserve"> (</w:t>
      </w:r>
      <w:r>
        <w:rPr>
          <w:rFonts w:ascii="Georgia" w:hAnsi="Georgia" w:cs="Times New Roman"/>
          <w:b/>
          <w:i w:val="0"/>
          <w:color w:val="000000"/>
          <w:sz w:val="24"/>
          <w:rtl/>
          <w:szCs w:val="32"/>
        </w:rPr>
        <w:t>תָּם</w:t>
      </w:r>
      <w:r>
        <w:rPr>
          <w:rFonts w:ascii="Georgia" w:hAnsi="Georgia"/>
          <w:b w:val="0"/>
          <w:i w:val="0"/>
          <w:color w:val="000000"/>
          <w:sz w:val="24"/>
        </w:rPr>
        <w:t xml:space="preserve">, непорочный). Ибо в клипе это </w:t>
      </w:r>
      <w:r>
        <w:rPr>
          <w:rFonts w:ascii="Georgia" w:hAnsi="Georgia"/>
          <w:b w:val="0"/>
          <w:i/>
          <w:color w:val="000000"/>
          <w:sz w:val="24"/>
        </w:rPr>
        <w:t>мет</w:t>
      </w:r>
      <w:r>
        <w:rPr>
          <w:rFonts w:ascii="Georgia" w:hAnsi="Georgia"/>
          <w:b w:val="0"/>
          <w:i w:val="0"/>
          <w:color w:val="000000"/>
          <w:sz w:val="24"/>
        </w:rPr>
        <w:t xml:space="preserve"> (</w:t>
      </w:r>
      <w:r>
        <w:rPr>
          <w:rFonts w:ascii="Georgia" w:hAnsi="Georgia" w:cs="Times New Roman"/>
          <w:b/>
          <w:i w:val="0"/>
          <w:color w:val="000000"/>
          <w:sz w:val="24"/>
          <w:rtl/>
          <w:szCs w:val="32"/>
        </w:rPr>
        <w:t>מֵת</w:t>
      </w:r>
      <w:r>
        <w:rPr>
          <w:rFonts w:ascii="Georgia" w:hAnsi="Georgia"/>
          <w:b w:val="0"/>
          <w:i w:val="0"/>
          <w:color w:val="000000"/>
          <w:sz w:val="24"/>
        </w:rPr>
        <w:t xml:space="preserve">), а в святости — </w:t>
      </w:r>
      <w:r>
        <w:rPr>
          <w:rFonts w:ascii="Georgia" w:hAnsi="Georgia"/>
          <w:b w:val="0"/>
          <w:i/>
          <w:color w:val="000000"/>
          <w:sz w:val="24"/>
        </w:rPr>
        <w:t>там</w:t>
      </w:r>
      <w:r>
        <w:rPr>
          <w:rFonts w:ascii="Georgia" w:hAnsi="Georgia"/>
          <w:b w:val="0"/>
          <w:i w:val="0"/>
          <w:color w:val="000000"/>
          <w:sz w:val="24"/>
        </w:rPr>
        <w:t xml:space="preserve"> (</w:t>
      </w:r>
      <w:r>
        <w:rPr>
          <w:rFonts w:ascii="Georgia" w:hAnsi="Georgia" w:cs="Times New Roman"/>
          <w:b/>
          <w:i w:val="0"/>
          <w:color w:val="000000"/>
          <w:sz w:val="24"/>
          <w:rtl/>
          <w:szCs w:val="32"/>
        </w:rPr>
        <w:t>תָּם</w:t>
      </w:r>
      <w:r>
        <w:rPr>
          <w:rFonts w:ascii="Georgia" w:hAnsi="Georgia"/>
          <w:b w:val="0"/>
          <w:i w:val="0"/>
          <w:color w:val="000000"/>
          <w:sz w:val="24"/>
        </w:rPr>
        <w:t xml:space="preserve">). И Яаков постиг во всем слове </w:t>
      </w:r>
      <w:r>
        <w:rPr>
          <w:rFonts w:ascii="Georgia" w:hAnsi="Georgia"/>
          <w:b w:val="0"/>
          <w:i/>
          <w:color w:val="000000"/>
          <w:sz w:val="24"/>
        </w:rPr>
        <w:t>мидат</w:t>
      </w:r>
      <w:r>
        <w:rPr>
          <w:rFonts w:ascii="Georgia" w:hAnsi="Georgia"/>
          <w:b w:val="0"/>
          <w:i w:val="0"/>
          <w:color w:val="000000"/>
          <w:sz w:val="24"/>
        </w:rPr>
        <w:t xml:space="preserve"> лишь две буквы слова </w:t>
      </w:r>
      <w:r>
        <w:rPr>
          <w:rFonts w:ascii="Georgia" w:hAnsi="Georgia"/>
          <w:b w:val="0"/>
          <w:i/>
          <w:color w:val="000000"/>
          <w:sz w:val="24"/>
        </w:rPr>
        <w:t>там</w:t>
      </w:r>
      <w:r>
        <w:rPr>
          <w:rFonts w:ascii="Georgia" w:hAnsi="Georgia"/>
          <w:b w:val="0"/>
          <w:i w:val="0"/>
          <w:color w:val="000000"/>
          <w:sz w:val="24"/>
        </w:rPr>
        <w:t xml:space="preserve"> (</w:t>
      </w:r>
      <w:r>
        <w:rPr>
          <w:rFonts w:ascii="Georgia" w:hAnsi="Georgia" w:cs="Times New Roman"/>
          <w:b/>
          <w:i w:val="0"/>
          <w:color w:val="000000"/>
          <w:sz w:val="24"/>
          <w:rtl/>
          <w:szCs w:val="32"/>
        </w:rPr>
        <w:t>ת״ם</w:t>
      </w:r>
      <w:r>
        <w:rPr>
          <w:rFonts w:ascii="Georgia" w:hAnsi="Georgia"/>
          <w:b w:val="0"/>
          <w:i w:val="0"/>
          <w:color w:val="000000"/>
          <w:sz w:val="24"/>
        </w:rPr>
        <w:t xml:space="preserve">), так как корня четырех алефов [буквы далет] он не постиг. И это смысл стиха: </w:t>
      </w:r>
      <w:r>
        <w:rPr>
          <w:rFonts w:ascii="Georgia" w:hAnsi="Georgia"/>
          <w:b w:val="0"/>
          <w:i/>
          <w:color w:val="000000"/>
          <w:sz w:val="24"/>
        </w:rPr>
        <w:t>«Яаков же был человеком непорочным…»</w:t>
      </w:r>
      <w:r>
        <w:rPr>
          <w:rFonts w:ascii="Georgia" w:hAnsi="Georgia"/>
          <w:b w:val="0"/>
          <w:i w:val="0"/>
          <w:color w:val="000000"/>
          <w:sz w:val="24"/>
        </w:rPr>
        <w:t xml:space="preserve"> (Берешит 25:27).</w:t>
      </w:r>
    </w:p>
    <w:p>
      <w:pPr>
        <w:spacing w:before="40" w:after="120"/>
        <w:jc w:val="both"/>
      </w:pPr>
      <w:r>
        <w:rPr>
          <w:rFonts w:ascii="Georgia" w:hAnsi="Georgia"/>
          <w:b w:val="0"/>
          <w:i w:val="0"/>
          <w:color w:val="000000"/>
          <w:sz w:val="24"/>
        </w:rPr>
        <w:t>А если ты посчитаешь два первых имени ЭЙЕ, которые с йодами, как одно проявление, то получится лишь три имени ЭЙЕ, и три буквы алеф в них [по 111 каждая] по гематрии составят 333 — число слова «снег» (</w:t>
      </w:r>
      <w:r>
        <w:rPr>
          <w:rFonts w:ascii="Georgia" w:hAnsi="Georgia"/>
          <w:b w:val="0"/>
          <w:i/>
          <w:color w:val="000000"/>
          <w:sz w:val="24"/>
        </w:rPr>
        <w:t>шелег</w:t>
      </w:r>
      <w:r>
        <w:rPr>
          <w:rFonts w:ascii="Georgia" w:hAnsi="Georgia"/>
          <w:b w:val="0"/>
          <w:i w:val="0"/>
          <w:color w:val="000000"/>
          <w:sz w:val="24"/>
        </w:rPr>
        <w:t xml:space="preserve">, </w:t>
      </w:r>
      <w:r>
        <w:rPr>
          <w:rFonts w:ascii="Georgia" w:hAnsi="Georgia" w:cs="Times New Roman"/>
          <w:b/>
          <w:i w:val="0"/>
          <w:color w:val="000000"/>
          <w:sz w:val="24"/>
          <w:rtl/>
          <w:szCs w:val="32"/>
        </w:rPr>
        <w:t>שֶׁלֶג</w:t>
      </w:r>
      <w:r>
        <w:rPr>
          <w:rFonts w:ascii="Georgia" w:hAnsi="Georgia"/>
          <w:b w:val="0"/>
          <w:i w:val="0"/>
          <w:color w:val="000000"/>
          <w:sz w:val="24"/>
        </w:rPr>
        <w:t xml:space="preserve"> = 333).</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«Дает снег, как шерсть…»</w:t>
      </w:r>
      <w:r>
        <w:rPr>
          <w:rFonts w:ascii="Georgia" w:hAnsi="Georgia"/>
          <w:b w:val="0"/>
          <w:i w:val="0"/>
          <w:color w:val="000000"/>
          <w:sz w:val="24"/>
        </w:rPr>
        <w:t xml:space="preserve"> (Теилим 147:16). Ведь подобно тому, как если убрать корень четырех алефов [букву далет = 4] из слова </w:t>
      </w:r>
      <w:r>
        <w:rPr>
          <w:rFonts w:ascii="Georgia" w:hAnsi="Georgia"/>
          <w:b w:val="0"/>
          <w:i/>
          <w:color w:val="000000"/>
          <w:sz w:val="24"/>
        </w:rPr>
        <w:t>мидат</w:t>
      </w:r>
      <w:r>
        <w:rPr>
          <w:rFonts w:ascii="Georgia" w:hAnsi="Georgia"/>
          <w:b w:val="0"/>
          <w:i w:val="0"/>
          <w:color w:val="000000"/>
          <w:sz w:val="24"/>
        </w:rPr>
        <w:t xml:space="preserve"> (</w:t>
      </w:r>
      <w:r>
        <w:rPr>
          <w:rFonts w:ascii="Georgia" w:hAnsi="Georgia" w:cs="Times New Roman"/>
          <w:b/>
          <w:i w:val="0"/>
          <w:color w:val="000000"/>
          <w:sz w:val="24"/>
          <w:rtl/>
          <w:szCs w:val="32"/>
        </w:rPr>
        <w:t>מִדַּת</w:t>
      </w:r>
      <w:r>
        <w:rPr>
          <w:rFonts w:ascii="Georgia" w:hAnsi="Georgia"/>
          <w:b w:val="0"/>
          <w:i w:val="0"/>
          <w:color w:val="000000"/>
          <w:sz w:val="24"/>
        </w:rPr>
        <w:t xml:space="preserve">), останется </w:t>
      </w:r>
      <w:r>
        <w:rPr>
          <w:rFonts w:ascii="Georgia" w:hAnsi="Georgia"/>
          <w:b w:val="0"/>
          <w:i/>
          <w:color w:val="000000"/>
          <w:sz w:val="24"/>
        </w:rPr>
        <w:t>там</w:t>
      </w:r>
      <w:r>
        <w:rPr>
          <w:rFonts w:ascii="Georgia" w:hAnsi="Georgia"/>
          <w:b w:val="0"/>
          <w:i w:val="0"/>
          <w:color w:val="000000"/>
          <w:sz w:val="24"/>
        </w:rPr>
        <w:t xml:space="preserve"> (</w:t>
      </w:r>
      <w:r>
        <w:rPr>
          <w:rFonts w:ascii="Georgia" w:hAnsi="Georgia" w:cs="Times New Roman"/>
          <w:b/>
          <w:i w:val="0"/>
          <w:color w:val="000000"/>
          <w:sz w:val="24"/>
          <w:rtl/>
          <w:szCs w:val="32"/>
        </w:rPr>
        <w:t>תָּם</w:t>
      </w:r>
      <w:r>
        <w:rPr>
          <w:rFonts w:ascii="Georgia" w:hAnsi="Georgia"/>
          <w:b w:val="0"/>
          <w:i w:val="0"/>
          <w:color w:val="000000"/>
          <w:sz w:val="24"/>
        </w:rPr>
        <w:t xml:space="preserve">), точно так же, если убрать корень трех алефов [букву гимель = 3] из слова </w:t>
      </w:r>
      <w:r>
        <w:rPr>
          <w:rFonts w:ascii="Georgia" w:hAnsi="Georgia"/>
          <w:b w:val="0"/>
          <w:i/>
          <w:color w:val="000000"/>
          <w:sz w:val="24"/>
        </w:rPr>
        <w:t>шелег</w:t>
      </w:r>
      <w:r>
        <w:rPr>
          <w:rFonts w:ascii="Georgia" w:hAnsi="Georgia"/>
          <w:b w:val="0"/>
          <w:i w:val="0"/>
          <w:color w:val="000000"/>
          <w:sz w:val="24"/>
        </w:rPr>
        <w:t xml:space="preserve"> (</w:t>
      </w:r>
      <w:r>
        <w:rPr>
          <w:rFonts w:ascii="Georgia" w:hAnsi="Georgia" w:cs="Times New Roman"/>
          <w:b/>
          <w:i w:val="0"/>
          <w:color w:val="000000"/>
          <w:sz w:val="24"/>
          <w:rtl/>
          <w:szCs w:val="32"/>
        </w:rPr>
        <w:t>שֶׁלֶג</w:t>
      </w:r>
      <w:r>
        <w:rPr>
          <w:rFonts w:ascii="Georgia" w:hAnsi="Georgia"/>
          <w:b w:val="0"/>
          <w:i w:val="0"/>
          <w:color w:val="000000"/>
          <w:sz w:val="24"/>
        </w:rPr>
        <w:t xml:space="preserve"> = 333), останется 330 — число слова «шерсть» (</w:t>
      </w:r>
      <w:r>
        <w:rPr>
          <w:rFonts w:ascii="Georgia" w:hAnsi="Georgia"/>
          <w:b w:val="0"/>
          <w:i/>
          <w:color w:val="000000"/>
          <w:sz w:val="24"/>
        </w:rPr>
        <w:t>цемер</w:t>
      </w:r>
      <w:r>
        <w:rPr>
          <w:rFonts w:ascii="Georgia" w:hAnsi="Georgia"/>
          <w:b w:val="0"/>
          <w:i w:val="0"/>
          <w:color w:val="000000"/>
          <w:sz w:val="24"/>
        </w:rPr>
        <w:t xml:space="preserve">, </w:t>
      </w:r>
      <w:r>
        <w:rPr>
          <w:rFonts w:ascii="Georgia" w:hAnsi="Georgia" w:cs="Times New Roman"/>
          <w:b/>
          <w:i w:val="0"/>
          <w:color w:val="000000"/>
          <w:sz w:val="24"/>
          <w:rtl/>
          <w:szCs w:val="32"/>
        </w:rPr>
        <w:t>צֶמֶר</w:t>
      </w:r>
      <w:r>
        <w:rPr>
          <w:rFonts w:ascii="Georgia" w:hAnsi="Georgia"/>
          <w:b w:val="0"/>
          <w:i w:val="0"/>
          <w:color w:val="000000"/>
          <w:sz w:val="24"/>
        </w:rPr>
        <w:t xml:space="preserve"> = 330); и это смысл стиха: </w:t>
      </w:r>
      <w:r>
        <w:rPr>
          <w:rFonts w:ascii="Georgia" w:hAnsi="Georgia"/>
          <w:b w:val="0"/>
          <w:i/>
          <w:color w:val="000000"/>
          <w:sz w:val="24"/>
        </w:rPr>
        <w:t>«Дает снег, как шерсть»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тайна сказанного: </w:t>
      </w:r>
      <w:r>
        <w:rPr>
          <w:rFonts w:ascii="Georgia" w:hAnsi="Georgia"/>
          <w:b w:val="0"/>
          <w:i/>
          <w:color w:val="000000"/>
          <w:sz w:val="24"/>
        </w:rPr>
        <w:t>«Если будут грехи ваши как багряное, как снег забелеют…»</w:t>
      </w:r>
      <w:r>
        <w:rPr>
          <w:rFonts w:ascii="Georgia" w:hAnsi="Georgia"/>
          <w:b w:val="0"/>
          <w:i w:val="0"/>
          <w:color w:val="000000"/>
          <w:sz w:val="24"/>
        </w:rPr>
        <w:t xml:space="preserve"> (Йешаяу 1:18), ибо грехи убеляются через высшую Иму, где пребывают снег и шерсть в тайне имен ЭЙЕ, как сказано выше.</w:t>
      </w:r>
    </w:p>
    <w:p>
      <w:pPr>
        <w:spacing w:before="40" w:after="120"/>
        <w:jc w:val="both"/>
      </w:pPr>
      <w:r>
        <w:rPr>
          <w:rFonts w:ascii="Georgia" w:hAnsi="Georgia"/>
          <w:b w:val="0"/>
          <w:i w:val="0"/>
          <w:color w:val="000000"/>
          <w:sz w:val="24"/>
        </w:rPr>
        <w:t>И в этом тайна [Имени] ЮХАК (</w:t>
      </w:r>
      <w:r>
        <w:rPr>
          <w:rFonts w:ascii="Georgia" w:hAnsi="Georgia" w:cs="Times New Roman"/>
          <w:b/>
          <w:i w:val="0"/>
          <w:color w:val="000000"/>
          <w:sz w:val="24"/>
          <w:rtl/>
          <w:szCs w:val="32"/>
        </w:rPr>
        <w:t>יוה״ך</w:t>
      </w:r>
      <w:r>
        <w:rPr>
          <w:rFonts w:ascii="Georgia" w:hAnsi="Georgia"/>
          <w:b w:val="0"/>
          <w:i w:val="0"/>
          <w:color w:val="000000"/>
          <w:sz w:val="24"/>
        </w:rPr>
        <w:t xml:space="preserve">), убеляющего грехи Исраэля, так как ЮХАК относится к тайне Имы. Поэтому в Зоаре (Берешит 6а) сказали о стихе </w:t>
      </w:r>
      <w:r>
        <w:rPr>
          <w:rFonts w:ascii="Georgia" w:hAnsi="Georgia"/>
          <w:b w:val="0"/>
          <w:i/>
          <w:color w:val="000000"/>
          <w:sz w:val="24"/>
        </w:rPr>
        <w:t>«он же поразил льва во рву в снежный день»</w:t>
      </w:r>
      <w:r>
        <w:rPr>
          <w:rFonts w:ascii="Georgia" w:hAnsi="Georgia"/>
          <w:b w:val="0"/>
          <w:i w:val="0"/>
          <w:color w:val="000000"/>
          <w:sz w:val="24"/>
        </w:rPr>
        <w:t xml:space="preserve"> (Шмуэль II 23:20), что он был судим в высшем суде — то есть в Бине, высшем суде, от которого пробуждаются суды.</w:t>
      </w:r>
    </w:p>
    <w:p>
      <w:pPr>
        <w:spacing w:before="40" w:after="120"/>
        <w:jc w:val="both"/>
      </w:pPr>
      <w:r>
        <w:rPr>
          <w:rFonts w:ascii="Georgia" w:hAnsi="Georgia"/>
          <w:b w:val="0"/>
          <w:i w:val="0"/>
          <w:color w:val="000000"/>
          <w:sz w:val="24"/>
        </w:rPr>
        <w:t>И вот из букв слова «снег» (</w:t>
      </w:r>
      <w:r>
        <w:rPr>
          <w:rFonts w:ascii="Georgia" w:hAnsi="Georgia"/>
          <w:b w:val="0"/>
          <w:i/>
          <w:color w:val="000000"/>
          <w:sz w:val="24"/>
        </w:rPr>
        <w:t>шелег</w:t>
      </w:r>
      <w:r>
        <w:rPr>
          <w:rFonts w:ascii="Georgia" w:hAnsi="Georgia"/>
          <w:b w:val="0"/>
          <w:i w:val="0"/>
          <w:color w:val="000000"/>
          <w:sz w:val="24"/>
        </w:rPr>
        <w:t>) образуется слово «царица» (</w:t>
      </w:r>
      <w:r>
        <w:rPr>
          <w:rFonts w:ascii="Georgia" w:hAnsi="Georgia"/>
          <w:b w:val="0"/>
          <w:i/>
          <w:color w:val="000000"/>
          <w:sz w:val="24"/>
        </w:rPr>
        <w:t>шегаль</w:t>
      </w:r>
      <w:r>
        <w:rPr>
          <w:rFonts w:ascii="Georgia" w:hAnsi="Georgia"/>
          <w:b w:val="0"/>
          <w:i w:val="0"/>
          <w:color w:val="000000"/>
          <w:sz w:val="24"/>
        </w:rPr>
        <w:t xml:space="preserve">, </w:t>
      </w:r>
      <w:r>
        <w:rPr>
          <w:rFonts w:ascii="Georgia" w:hAnsi="Georgia" w:cs="Times New Roman"/>
          <w:b/>
          <w:i w:val="0"/>
          <w:color w:val="000000"/>
          <w:sz w:val="24"/>
          <w:rtl/>
          <w:szCs w:val="32"/>
        </w:rPr>
        <w:t>שֵׁגָל</w:t>
      </w:r>
      <w:r>
        <w:rPr>
          <w:rFonts w:ascii="Georgia" w:hAnsi="Georgia"/>
          <w:b w:val="0"/>
          <w:i w:val="0"/>
          <w:color w:val="000000"/>
          <w:sz w:val="24"/>
        </w:rPr>
        <w:t xml:space="preserve">) в святости, в тайне стиха: </w:t>
      </w:r>
      <w:r>
        <w:rPr>
          <w:rFonts w:ascii="Georgia" w:hAnsi="Georgia"/>
          <w:b w:val="0"/>
          <w:i/>
          <w:color w:val="000000"/>
          <w:sz w:val="24"/>
        </w:rPr>
        <w:t>«предстала царица одесную тебя…»</w:t>
      </w:r>
      <w:r>
        <w:rPr>
          <w:rFonts w:ascii="Georgia" w:hAnsi="Georgia"/>
          <w:b w:val="0"/>
          <w:i w:val="0"/>
          <w:color w:val="000000"/>
          <w:sz w:val="24"/>
        </w:rPr>
        <w:t xml:space="preserve"> (Теилим 45:10), а напротив нее в клипе — </w:t>
      </w:r>
      <w:r>
        <w:rPr>
          <w:rFonts w:ascii="Georgia" w:hAnsi="Georgia"/>
          <w:b w:val="0"/>
          <w:i/>
          <w:color w:val="000000"/>
          <w:sz w:val="24"/>
        </w:rPr>
        <w:t>«и царица сидела рядом с ним»</w:t>
      </w:r>
      <w:r>
        <w:rPr>
          <w:rFonts w:ascii="Georgia" w:hAnsi="Georgia"/>
          <w:b w:val="0"/>
          <w:i w:val="0"/>
          <w:color w:val="000000"/>
          <w:sz w:val="24"/>
        </w:rPr>
        <w:t xml:space="preserve"> (Нехемья 2:6), рядом с царем Персии. И в этом тайна: </w:t>
      </w:r>
      <w:r>
        <w:rPr>
          <w:rFonts w:ascii="Georgia" w:hAnsi="Georgia"/>
          <w:b w:val="0"/>
          <w:i/>
          <w:color w:val="000000"/>
          <w:sz w:val="24"/>
        </w:rPr>
        <w:t>«и утверждено: она обнажена…»</w:t>
      </w:r>
      <w:r>
        <w:rPr>
          <w:rFonts w:ascii="Georgia" w:hAnsi="Georgia"/>
          <w:b w:val="0"/>
          <w:i w:val="0"/>
          <w:color w:val="000000"/>
          <w:sz w:val="24"/>
        </w:rPr>
        <w:t xml:space="preserve"> (Нахум 2:8), чей перевод в Таргуме: «утверждено: поднята собака»; и это также объяснение стиха </w:t>
      </w:r>
      <w:r>
        <w:rPr>
          <w:rFonts w:ascii="Georgia" w:hAnsi="Georgia"/>
          <w:b w:val="0"/>
          <w:i/>
          <w:color w:val="000000"/>
          <w:sz w:val="24"/>
        </w:rPr>
        <w:t>«и царица сидела рядом с ним»</w:t>
      </w:r>
      <w:r>
        <w:rPr>
          <w:rFonts w:ascii="Georgia" w:hAnsi="Georgia"/>
          <w:b w:val="0"/>
          <w:i w:val="0"/>
          <w:color w:val="000000"/>
          <w:sz w:val="24"/>
        </w:rPr>
        <w:t>, ведь в клипе она находится в тайне собаки (</w:t>
      </w:r>
      <w:r>
        <w:rPr>
          <w:rFonts w:ascii="Georgia" w:hAnsi="Georgia"/>
          <w:b w:val="0"/>
          <w:i/>
          <w:color w:val="000000"/>
          <w:sz w:val="24"/>
        </w:rPr>
        <w:t>келев</w:t>
      </w:r>
      <w:r>
        <w:rPr>
          <w:rFonts w:ascii="Georgia" w:hAnsi="Georgia"/>
          <w:b w:val="0"/>
          <w:i w:val="0"/>
          <w:color w:val="000000"/>
          <w:sz w:val="24"/>
        </w:rPr>
        <w:t xml:space="preserve">, </w:t>
      </w:r>
      <w:r>
        <w:rPr>
          <w:rFonts w:ascii="Georgia" w:hAnsi="Georgia" w:cs="Times New Roman"/>
          <w:b/>
          <w:i w:val="0"/>
          <w:color w:val="000000"/>
          <w:sz w:val="24"/>
          <w:rtl/>
          <w:szCs w:val="32"/>
        </w:rPr>
        <w:t>כֶּלֶב</w:t>
      </w:r>
      <w:r>
        <w:rPr>
          <w:rFonts w:ascii="Georgia" w:hAnsi="Georgia"/>
          <w:b w:val="0"/>
          <w:i w:val="0"/>
          <w:color w:val="000000"/>
          <w:sz w:val="24"/>
        </w:rPr>
        <w:t>), а в святости это имя БОН (52) в Малхут.</w:t>
      </w:r>
    </w:p>
    <w:p>
      <w:pPr>
        <w:keepNext/>
        <w:spacing w:before="320" w:after="120"/>
      </w:pPr>
      <w:r>
        <w:rPr>
          <w:rFonts w:ascii="Georgia" w:hAnsi="Georgia"/>
          <w:b w:val="0"/>
          <w:i w:val="0"/>
          <w:color w:val="000000"/>
          <w:sz w:val="32"/>
        </w:rPr>
        <w:t>Глава 9</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Разъясним теперь изречение наших мудрецов (ХАЗАЛЬ) в трактате Авода Зара (9а): «Учили в школе Элияу: шесть тысяч лет существует мир, и один [тысячелетний цикл] разрушен».</w:t>
      </w:r>
    </w:p>
    <w:p>
      <w:pPr>
        <w:spacing w:before="40" w:after="120"/>
        <w:jc w:val="both"/>
      </w:pPr>
      <w:r>
        <w:rPr>
          <w:rFonts w:ascii="Georgia" w:hAnsi="Georgia"/>
          <w:b w:val="0"/>
          <w:i w:val="0"/>
          <w:color w:val="000000"/>
          <w:sz w:val="24"/>
        </w:rPr>
        <w:t>Известно, что «миром» называется Зеир Анпин (ЗА) — от Хеседа в нем до Есода в нем, и это тайна шести тысяч лет существования мира. Смысл этого также в том, что ЗА — это проявление имени МА с наполнением алеф, как известно.</w:t>
      </w:r>
    </w:p>
    <w:p>
      <w:pPr>
        <w:spacing w:before="40" w:after="120"/>
        <w:jc w:val="both"/>
      </w:pPr>
      <w:r>
        <w:rPr>
          <w:rFonts w:ascii="Georgia" w:hAnsi="Georgia"/>
          <w:b w:val="0"/>
          <w:i w:val="0"/>
          <w:color w:val="000000"/>
          <w:sz w:val="24"/>
        </w:rPr>
        <w:t>Он представляет собой законченный парцуф, а сзади него находятся две жены — Лея и Рахель: одна — от головы до хазе, а другая — от хазе и до его ног. И ЗА вступает в зивуг (ударное соединение) с ними обеими, как известно и как разъяснялось у нас: ведь там наверху, в хазе де-ЗА, есть проявление Есода, посредством которого он соединяется с Леей.</w:t>
      </w:r>
    </w:p>
    <w:p>
      <w:pPr>
        <w:spacing w:before="40" w:after="120"/>
        <w:jc w:val="both"/>
      </w:pPr>
      <w:r>
        <w:rPr>
          <w:rFonts w:ascii="Georgia" w:hAnsi="Georgia"/>
          <w:b w:val="0"/>
          <w:i w:val="0"/>
          <w:color w:val="000000"/>
          <w:sz w:val="24"/>
        </w:rPr>
        <w:t xml:space="preserve">И раз так, то в нем непременно должно быть два имени МА с алефами, соответствующих двум этим упомянутым уровням, как говорилось выше по поводу стиха: </w:t>
      </w:r>
      <w:r>
        <w:rPr>
          <w:rFonts w:ascii="Georgia" w:hAnsi="Georgia"/>
          <w:b w:val="0"/>
          <w:i/>
          <w:color w:val="000000"/>
          <w:sz w:val="24"/>
        </w:rPr>
        <w:t>«Открой мне, Г-споди, кончину мою…»</w:t>
      </w:r>
      <w:r>
        <w:rPr>
          <w:rFonts w:ascii="Georgia" w:hAnsi="Georgia"/>
          <w:b w:val="0"/>
          <w:i w:val="0"/>
          <w:color w:val="000000"/>
          <w:sz w:val="24"/>
        </w:rPr>
        <w:t xml:space="preserve"> (Теилим 39:5). В двух этих упомянутых именах МА содержится шесть букв алеф (по три в каждом), и в этом тайна того, что шесть тысяч лет существует мир.</w:t>
      </w:r>
    </w:p>
    <w:p>
      <w:pPr>
        <w:spacing w:before="40" w:after="120"/>
        <w:jc w:val="both"/>
      </w:pPr>
      <w:r>
        <w:rPr>
          <w:rFonts w:ascii="Georgia" w:hAnsi="Georgia"/>
          <w:b w:val="0"/>
          <w:i w:val="0"/>
          <w:color w:val="000000"/>
          <w:sz w:val="24"/>
        </w:rPr>
        <w:t>Еще можно объяснить это тем, что ЗА — это имя МА с алефами, а в его ахораим — то есть [в развертывании]: йод (</w:t>
      </w:r>
      <w:r>
        <w:rPr>
          <w:rFonts w:ascii="Georgia" w:hAnsi="Georgia" w:cs="Times New Roman"/>
          <w:b/>
          <w:i w:val="0"/>
          <w:color w:val="000000"/>
          <w:sz w:val="24"/>
          <w:rtl/>
          <w:szCs w:val="32"/>
        </w:rPr>
        <w:t>יוד</w:t>
      </w:r>
      <w:r>
        <w:rPr>
          <w:rFonts w:ascii="Georgia" w:hAnsi="Georgia"/>
          <w:b w:val="0"/>
          <w:i w:val="0"/>
          <w:color w:val="000000"/>
          <w:sz w:val="24"/>
        </w:rPr>
        <w:t>), йод-хэй (</w:t>
      </w:r>
      <w:r>
        <w:rPr>
          <w:rFonts w:ascii="Georgia" w:hAnsi="Georgia" w:cs="Times New Roman"/>
          <w:b/>
          <w:i w:val="0"/>
          <w:color w:val="000000"/>
          <w:sz w:val="24"/>
          <w:rtl/>
          <w:szCs w:val="32"/>
        </w:rPr>
        <w:t>יוד הא</w:t>
      </w:r>
      <w:r>
        <w:rPr>
          <w:rFonts w:ascii="Georgia" w:hAnsi="Georgia"/>
          <w:b w:val="0"/>
          <w:i w:val="0"/>
          <w:color w:val="000000"/>
          <w:sz w:val="24"/>
        </w:rPr>
        <w:t>) и так далее — содержится шесть букв алеф.</w:t>
      </w:r>
    </w:p>
    <w:p>
      <w:pPr>
        <w:spacing w:before="40" w:after="120"/>
        <w:jc w:val="both"/>
      </w:pPr>
      <w:r>
        <w:rPr>
          <w:rFonts w:ascii="Georgia" w:hAnsi="Georgia"/>
          <w:b w:val="0"/>
          <w:i w:val="0"/>
          <w:color w:val="000000"/>
          <w:sz w:val="24"/>
        </w:rPr>
        <w:t xml:space="preserve">Еще можно истолковать это применительно к Лее и Рахели, каждая из которых называется «миром», как сказано в Зоаре (раздел Ваеце, 158а) на стих: </w:t>
      </w:r>
      <w:r>
        <w:rPr>
          <w:rFonts w:ascii="Georgia" w:hAnsi="Georgia"/>
          <w:b w:val="0"/>
          <w:i/>
          <w:color w:val="000000"/>
          <w:sz w:val="24"/>
        </w:rPr>
        <w:t>«от века и до века»</w:t>
      </w:r>
      <w:r>
        <w:rPr>
          <w:rFonts w:ascii="Georgia" w:hAnsi="Georgia"/>
          <w:b w:val="0"/>
          <w:i w:val="0"/>
          <w:color w:val="000000"/>
          <w:sz w:val="24"/>
        </w:rPr>
        <w:t xml:space="preserve"> (Теилим 41:14), и в каждом таком «мире» — шесть тысяч [шесть букв алеф]. Дело в том, что женские сущности представляют собой ахораим мужской сущности, и помни это правило. Получается, что в ЗА имя МА пребывает простым, без квадрата (рибуа); в женском же начале будет квадрат ахораим имени МА, в котором содержится шесть букв алеф, как сказано выше. Таким образом, Лея — это имя МА ахораим де-ЗА, и в ней шесть букв алеф; и точно так же — в ахораим имени МА Рахели.</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[Примечание. Мне представляется, в этом объяснение слов Гемары: «Святой, благословен Он, парит в восемнадцати тысячах миров каждый день» (Авода Зара 3б). Конец примечания.]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 xml:space="preserve">Что же касается слов «и один разрушен», то смысл в том, что в имени АБ с йодами есть четыре буквы йод, тогда как в имени МА есть лишь одна первая буква йод. И напротив одной буквы йод в имени МА с алефами, в чьем наполнении нет буквы алеф — в отличие от трех остальных букв имени АВАЯ, в каждой из которых есть алеф (буквы хэй, вав, хэй: </w:t>
      </w:r>
      <w:r>
        <w:rPr>
          <w:rFonts w:ascii="Georgia" w:hAnsi="Georgia" w:cs="Times New Roman"/>
          <w:b/>
          <w:i w:val="0"/>
          <w:color w:val="000000"/>
          <w:sz w:val="24"/>
          <w:rtl/>
          <w:szCs w:val="32"/>
        </w:rPr>
        <w:t>הא</w:t>
      </w:r>
      <w:r>
        <w:rPr>
          <w:rFonts w:ascii="Georgia" w:hAnsi="Georgia"/>
          <w:b w:val="0"/>
          <w:i w:val="0"/>
          <w:color w:val="000000"/>
          <w:sz w:val="24"/>
        </w:rPr>
        <w:t xml:space="preserve">, </w:t>
      </w:r>
      <w:r>
        <w:rPr>
          <w:rFonts w:ascii="Georgia" w:hAnsi="Georgia" w:cs="Times New Roman"/>
          <w:b/>
          <w:i w:val="0"/>
          <w:color w:val="000000"/>
          <w:sz w:val="24"/>
          <w:rtl/>
          <w:szCs w:val="32"/>
        </w:rPr>
        <w:t>ואו</w:t>
      </w:r>
      <w:r>
        <w:rPr>
          <w:rFonts w:ascii="Georgia" w:hAnsi="Georgia"/>
          <w:b w:val="0"/>
          <w:i w:val="0"/>
          <w:color w:val="000000"/>
          <w:sz w:val="24"/>
        </w:rPr>
        <w:t xml:space="preserve">, </w:t>
      </w:r>
      <w:r>
        <w:rPr>
          <w:rFonts w:ascii="Georgia" w:hAnsi="Georgia" w:cs="Times New Roman"/>
          <w:b/>
          <w:i w:val="0"/>
          <w:color w:val="000000"/>
          <w:sz w:val="24"/>
          <w:rtl/>
          <w:szCs w:val="32"/>
        </w:rPr>
        <w:t>הא</w:t>
      </w:r>
      <w:r>
        <w:rPr>
          <w:rFonts w:ascii="Georgia" w:hAnsi="Georgia"/>
          <w:b w:val="0"/>
          <w:i w:val="0"/>
          <w:color w:val="000000"/>
          <w:sz w:val="24"/>
        </w:rPr>
        <w:t>), — напротив нее и сказано: «и один разрушен». Поэтому седьмое тысячелетие не имеет [материального] существования, но разрушено, так как ему не на что опереться в этом мире, являющемся ахораим имени МА, как сказано выше, где есть только шесть букв алеф.</w:t>
      </w:r>
    </w:p>
    <w:p>
      <w:pPr>
        <w:spacing w:before="40" w:after="120"/>
        <w:jc w:val="both"/>
      </w:pPr>
      <w:r>
        <w:rPr>
          <w:rFonts w:ascii="Georgia" w:hAnsi="Georgia"/>
          <w:b w:val="0"/>
          <w:i w:val="0"/>
          <w:color w:val="000000"/>
          <w:sz w:val="24"/>
        </w:rPr>
        <w:t>Вернемся к разъяснению двух имен МА, имеющихся в двух уровнях ЗА.</w:t>
      </w:r>
    </w:p>
    <w:p>
      <w:pPr>
        <w:spacing w:before="40" w:after="120"/>
        <w:jc w:val="both"/>
      </w:pPr>
      <w:r>
        <w:rPr>
          <w:rFonts w:ascii="Georgia" w:hAnsi="Georgia"/>
          <w:b w:val="0"/>
          <w:i w:val="0"/>
          <w:color w:val="000000"/>
          <w:sz w:val="24"/>
        </w:rPr>
        <w:t>Первое имя МА распределяется так: три буквы йод, хэй, вав (</w:t>
      </w:r>
      <w:r>
        <w:rPr>
          <w:rFonts w:ascii="Georgia" w:hAnsi="Georgia" w:cs="Times New Roman"/>
          <w:b/>
          <w:i w:val="0"/>
          <w:color w:val="000000"/>
          <w:sz w:val="24"/>
          <w:rtl/>
          <w:szCs w:val="32"/>
        </w:rPr>
        <w:t>יה״ו</w:t>
      </w:r>
      <w:r>
        <w:rPr>
          <w:rFonts w:ascii="Georgia" w:hAnsi="Georgia"/>
          <w:b w:val="0"/>
          <w:i w:val="0"/>
          <w:color w:val="000000"/>
          <w:sz w:val="24"/>
        </w:rPr>
        <w:t>) находятся в его ХАБАД, а нижняя буква хэй — в верхней трети Тиферет до хазе, ибо дотуда простирается уровень скрытых светов, как известно. А от хазе и ниже, где света раскрыты, — это иной уровень; поэтому в нем есть второе имя МА по такому порядку: буквы йод, хэй, вав (</w:t>
      </w:r>
      <w:r>
        <w:rPr>
          <w:rFonts w:ascii="Georgia" w:hAnsi="Georgia" w:cs="Times New Roman"/>
          <w:b/>
          <w:i w:val="0"/>
          <w:color w:val="000000"/>
          <w:sz w:val="24"/>
          <w:rtl/>
          <w:szCs w:val="32"/>
        </w:rPr>
        <w:t>יה״ו</w:t>
      </w:r>
      <w:r>
        <w:rPr>
          <w:rFonts w:ascii="Georgia" w:hAnsi="Georgia"/>
          <w:b w:val="0"/>
          <w:i w:val="0"/>
          <w:color w:val="000000"/>
          <w:sz w:val="24"/>
        </w:rPr>
        <w:t>) — в Нецах, Ход и Есоде, а последняя буква хэй — в атерет (венце) Есод де-ЗА. И вот когда ты соединишь два имени МА, имеющиеся в ЗА, это составит по гематрии 90 (45 + 45 = 90) — число буквы цади (</w:t>
      </w:r>
      <w:r>
        <w:rPr>
          <w:rFonts w:ascii="Georgia" w:hAnsi="Georgia" w:cs="Times New Roman"/>
          <w:b/>
          <w:i w:val="0"/>
          <w:color w:val="000000"/>
          <w:sz w:val="24"/>
          <w:rtl/>
          <w:szCs w:val="32"/>
        </w:rPr>
        <w:t>צ</w:t>
      </w:r>
      <w:r>
        <w:rPr>
          <w:rFonts w:ascii="Georgia" w:hAnsi="Georgia"/>
          <w:b w:val="0"/>
          <w:i w:val="0"/>
          <w:color w:val="000000"/>
          <w:sz w:val="24"/>
        </w:rPr>
        <w:t xml:space="preserve"> = 90). И это проявление буквы цади слова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образ) де-ЗА, распространяющейся по всей совокупности парцуфа ЗА в его внутренней части, как написано в «Учении об образе».</w:t>
      </w:r>
    </w:p>
    <w:p>
      <w:pPr>
        <w:spacing w:before="40" w:after="120"/>
        <w:jc w:val="both"/>
      </w:pPr>
      <w:r>
        <w:rPr>
          <w:rFonts w:ascii="Georgia" w:hAnsi="Georgia"/>
          <w:b w:val="0"/>
          <w:i w:val="0"/>
          <w:color w:val="000000"/>
          <w:sz w:val="24"/>
        </w:rPr>
        <w:t xml:space="preserve">И этим разъясняется смысл стиха, сказанного о Яакове: </w:t>
      </w:r>
      <w:r>
        <w:rPr>
          <w:rFonts w:ascii="Georgia" w:hAnsi="Georgia"/>
          <w:b w:val="0"/>
          <w:i/>
          <w:color w:val="000000"/>
          <w:sz w:val="24"/>
        </w:rPr>
        <w:t>«я же — человек гладкий»</w:t>
      </w:r>
      <w:r>
        <w:rPr>
          <w:rFonts w:ascii="Georgia" w:hAnsi="Georgia"/>
          <w:b w:val="0"/>
          <w:i w:val="0"/>
          <w:color w:val="000000"/>
          <w:sz w:val="24"/>
        </w:rPr>
        <w:t xml:space="preserve"> (</w:t>
      </w:r>
      <w:r>
        <w:rPr>
          <w:rFonts w:ascii="Georgia" w:hAnsi="Georgia"/>
          <w:b w:val="0"/>
          <w:i/>
          <w:color w:val="000000"/>
          <w:sz w:val="24"/>
        </w:rPr>
        <w:t>халак</w:t>
      </w:r>
      <w:r>
        <w:rPr>
          <w:rFonts w:ascii="Georgia" w:hAnsi="Georgia"/>
          <w:b w:val="0"/>
          <w:i w:val="0"/>
          <w:color w:val="000000"/>
          <w:sz w:val="24"/>
        </w:rPr>
        <w:t xml:space="preserve">, </w:t>
      </w:r>
      <w:r>
        <w:rPr>
          <w:rFonts w:ascii="Georgia" w:hAnsi="Georgia" w:cs="Times New Roman"/>
          <w:b/>
          <w:i w:val="0"/>
          <w:color w:val="000000"/>
          <w:sz w:val="24"/>
          <w:rtl/>
          <w:szCs w:val="32"/>
        </w:rPr>
        <w:t>חָלָק</w:t>
      </w:r>
      <w:r>
        <w:rPr>
          <w:rFonts w:ascii="Georgia" w:hAnsi="Georgia"/>
          <w:b w:val="0"/>
          <w:i w:val="0"/>
          <w:color w:val="000000"/>
          <w:sz w:val="24"/>
        </w:rPr>
        <w:t>) (Берешит 27:11) — то есть разделенный (</w:t>
      </w:r>
      <w:r>
        <w:rPr>
          <w:rFonts w:ascii="Georgia" w:hAnsi="Georgia"/>
          <w:b w:val="0"/>
          <w:i/>
          <w:color w:val="000000"/>
          <w:sz w:val="24"/>
        </w:rPr>
        <w:t>нехлак</w:t>
      </w:r>
      <w:r>
        <w:rPr>
          <w:rFonts w:ascii="Georgia" w:hAnsi="Georgia"/>
          <w:b w:val="0"/>
          <w:i w:val="0"/>
          <w:color w:val="000000"/>
          <w:sz w:val="24"/>
        </w:rPr>
        <w:t xml:space="preserve">, </w:t>
      </w:r>
      <w:r>
        <w:rPr>
          <w:rFonts w:ascii="Georgia" w:hAnsi="Georgia" w:cs="Times New Roman"/>
          <w:b/>
          <w:i w:val="0"/>
          <w:color w:val="000000"/>
          <w:sz w:val="24"/>
          <w:rtl/>
          <w:szCs w:val="32"/>
        </w:rPr>
        <w:t>נֶחְלָק</w:t>
      </w:r>
      <w:r>
        <w:rPr>
          <w:rFonts w:ascii="Georgia" w:hAnsi="Georgia"/>
          <w:b w:val="0"/>
          <w:i w:val="0"/>
          <w:color w:val="000000"/>
          <w:sz w:val="24"/>
        </w:rPr>
        <w:t>) на две части по имени МА: одна — до хазе де-ЗА, а вторая — от хазе и ниже, позади которых находятся две нуквы — Лея и Рахель.</w:t>
      </w:r>
    </w:p>
    <w:p>
      <w:pPr>
        <w:spacing w:before="40" w:after="120"/>
        <w:jc w:val="both"/>
      </w:pPr>
      <w:r>
        <w:rPr>
          <w:rFonts w:ascii="Georgia" w:hAnsi="Georgia"/>
          <w:b w:val="0"/>
          <w:i w:val="0"/>
          <w:color w:val="000000"/>
          <w:sz w:val="24"/>
        </w:rPr>
        <w:t xml:space="preserve">Об этом же сказано о Моше: </w:t>
      </w:r>
      <w:r>
        <w:rPr>
          <w:rFonts w:ascii="Georgia" w:hAnsi="Georgia"/>
          <w:b w:val="0"/>
          <w:i/>
          <w:color w:val="000000"/>
          <w:sz w:val="24"/>
        </w:rPr>
        <w:t>«Вот благословение, которым благословил Моше, человек Б-жий…»</w:t>
      </w:r>
      <w:r>
        <w:rPr>
          <w:rFonts w:ascii="Georgia" w:hAnsi="Georgia"/>
          <w:b w:val="0"/>
          <w:i w:val="0"/>
          <w:color w:val="000000"/>
          <w:sz w:val="24"/>
        </w:rPr>
        <w:t xml:space="preserve"> (Дварим 33:1). И сказали наши мудрецы (ХАЗАЛЬ; Дварим Раба 11:4): «От середины и ниже — человек (</w:t>
      </w:r>
      <w:r>
        <w:rPr>
          <w:rFonts w:ascii="Georgia" w:hAnsi="Georgia"/>
          <w:b w:val="0"/>
          <w:i/>
          <w:color w:val="000000"/>
          <w:sz w:val="24"/>
        </w:rPr>
        <w:t>иш</w:t>
      </w:r>
      <w:r>
        <w:rPr>
          <w:rFonts w:ascii="Georgia" w:hAnsi="Georgia"/>
          <w:b w:val="0"/>
          <w:i w:val="0"/>
          <w:color w:val="000000"/>
          <w:sz w:val="24"/>
        </w:rPr>
        <w:t>), от середины и выше — Б-г (</w:t>
      </w:r>
      <w:r>
        <w:rPr>
          <w:rFonts w:ascii="Georgia" w:hAnsi="Georgia"/>
          <w:b w:val="0"/>
          <w:i/>
          <w:color w:val="000000"/>
          <w:sz w:val="24"/>
        </w:rPr>
        <w:t>ЭЛОКИМ</w:t>
      </w:r>
      <w:r>
        <w:rPr>
          <w:rFonts w:ascii="Georgia" w:hAnsi="Georgia"/>
          <w:b w:val="0"/>
          <w:i w:val="0"/>
          <w:color w:val="000000"/>
          <w:sz w:val="24"/>
        </w:rPr>
        <w:t>)». Ибо имя ЭЛОКИМ здесь — в тайне Бины, как известно, ведь и она называется ЭЛОКИМ, а ее НЕХИ распространились и облачились внутри ЗА, и ее Есод оканчивается у хазе, как известно.</w:t>
      </w:r>
    </w:p>
    <w:p>
      <w:pPr>
        <w:spacing w:before="40" w:after="120"/>
        <w:jc w:val="both"/>
      </w:pPr>
      <w:r>
        <w:rPr>
          <w:rFonts w:ascii="Georgia" w:hAnsi="Georgia"/>
          <w:b w:val="0"/>
          <w:i w:val="0"/>
          <w:color w:val="000000"/>
          <w:sz w:val="24"/>
        </w:rPr>
        <w:t>Поэтому от верхней половины ЗА, напротив которой выходит Лея из свойства Имы, ЗА также называется ЭЛОКИМ; а от середины и ниже, откуда выходит Рахель, называемая «женщиной» (</w:t>
      </w:r>
      <w:r>
        <w:rPr>
          <w:rFonts w:ascii="Georgia" w:hAnsi="Georgia"/>
          <w:b w:val="0"/>
          <w:i/>
          <w:color w:val="000000"/>
          <w:sz w:val="24"/>
        </w:rPr>
        <w:t>иша</w:t>
      </w:r>
      <w:r>
        <w:rPr>
          <w:rFonts w:ascii="Georgia" w:hAnsi="Georgia"/>
          <w:b w:val="0"/>
          <w:i w:val="0"/>
          <w:color w:val="000000"/>
          <w:sz w:val="24"/>
        </w:rPr>
        <w:t>), он называется «мужчиной» (</w:t>
      </w:r>
      <w:r>
        <w:rPr>
          <w:rFonts w:ascii="Georgia" w:hAnsi="Georgia"/>
          <w:b w:val="0"/>
          <w:i/>
          <w:color w:val="000000"/>
          <w:sz w:val="24"/>
        </w:rPr>
        <w:t>иш</w:t>
      </w:r>
      <w:r>
        <w:rPr>
          <w:rFonts w:ascii="Georgia" w:hAnsi="Georgia"/>
          <w:b w:val="0"/>
          <w:i w:val="0"/>
          <w:color w:val="000000"/>
          <w:sz w:val="24"/>
        </w:rPr>
        <w:t xml:space="preserve">), в тайне стиха: </w:t>
      </w:r>
      <w:r>
        <w:rPr>
          <w:rFonts w:ascii="Georgia" w:hAnsi="Georgia"/>
          <w:b w:val="0"/>
          <w:i/>
          <w:color w:val="000000"/>
          <w:sz w:val="24"/>
        </w:rPr>
        <w:t>«она будет называться женщиной, ибо от мужчины взята она»</w:t>
      </w:r>
      <w:r>
        <w:rPr>
          <w:rFonts w:ascii="Georgia" w:hAnsi="Georgia"/>
          <w:b w:val="0"/>
          <w:i w:val="0"/>
          <w:color w:val="000000"/>
          <w:sz w:val="24"/>
        </w:rPr>
        <w:t xml:space="preserve"> (Берешит 2:23), что толкуется применительно к Рахели.</w:t>
      </w:r>
    </w:p>
    <w:p>
      <w:pPr>
        <w:spacing w:before="40" w:after="120"/>
        <w:jc w:val="both"/>
      </w:pPr>
      <w:r>
        <w:rPr>
          <w:rFonts w:ascii="Georgia" w:hAnsi="Georgia"/>
          <w:b w:val="0"/>
          <w:i w:val="0"/>
          <w:color w:val="000000"/>
          <w:sz w:val="24"/>
        </w:rPr>
        <w:t>Моше же представляет собой уровень ЗА, как известно, и сочетание двух этих уровней называется «человек Б-жий» (</w:t>
      </w:r>
      <w:r>
        <w:rPr>
          <w:rFonts w:ascii="Georgia" w:hAnsi="Georgia"/>
          <w:b w:val="0"/>
          <w:i/>
          <w:color w:val="000000"/>
          <w:sz w:val="24"/>
        </w:rPr>
        <w:t>иш а-ЭЛОКИМ</w:t>
      </w:r>
      <w:r>
        <w:rPr>
          <w:rFonts w:ascii="Georgia" w:hAnsi="Georgia"/>
          <w:b w:val="0"/>
          <w:i w:val="0"/>
          <w:color w:val="000000"/>
          <w:sz w:val="24"/>
        </w:rPr>
        <w:t>).</w:t>
      </w:r>
    </w:p>
    <w:p>
      <w:r>
        <w:br w:type="page"/>
      </w:r>
    </w:p>
    <w:p>
      <w:pPr>
        <w:keepNext/>
        <w:spacing w:before="360" w:after="160"/>
        <w:jc w:val="center"/>
      </w:pPr>
      <w:r>
        <w:rPr>
          <w:rFonts w:ascii="Georgia" w:hAnsi="Georgia"/>
          <w:b w:val="0"/>
          <w:i w:val="0"/>
          <w:color w:val="000000"/>
          <w:sz w:val="40"/>
        </w:rPr>
        <w:t>Врата 39: Врата МАН и МАД</w:t>
      </w:r>
    </w:p>
    <w:p>
      <w:pPr>
        <w:keepNext/>
        <w:spacing w:before="320" w:after="120"/>
      </w:pPr>
      <w:r>
        <w:rPr>
          <w:rFonts w:ascii="Georgia" w:hAnsi="Georgia"/>
          <w:b w:val="0"/>
          <w:i w:val="0"/>
          <w:color w:val="000000"/>
          <w:sz w:val="32"/>
        </w:rPr>
        <w:t>Ветвь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Шестые врата — врата МАН и МАД, и в них четырнадцать учений, а всех учений в целом — сорок два.</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Учение первое: в чем суть женских вод (МАН)? Известно, что подобно тому как мужчина передает мужские воды (МАД) своей жене, и они протягиваются из его мозга, точно так же и у женщины: из ее мозга опускаются МАН в ее чрево. И из этих МАН и МАД, исходящих из мозга женщины и мужчины, образуется сам плод, то есть души. В этом скрыт смысл двух букв йод в начертании буквы алеф (</w:t>
      </w:r>
      <w:r>
        <w:rPr>
          <w:rFonts w:ascii="Georgia" w:hAnsi="Georgia" w:cs="Times New Roman"/>
          <w:b/>
          <w:i w:val="0"/>
          <w:color w:val="000000"/>
          <w:sz w:val="24"/>
          <w:rtl/>
          <w:szCs w:val="32"/>
        </w:rPr>
        <w:t>א</w:t>
      </w:r>
      <w:r>
        <w:rPr>
          <w:rFonts w:ascii="Georgia" w:hAnsi="Georgia"/>
          <w:b w:val="0"/>
          <w:i w:val="0"/>
          <w:color w:val="000000"/>
          <w:sz w:val="24"/>
        </w:rPr>
        <w:t>): высшая буква йод (</w:t>
      </w:r>
      <w:r>
        <w:rPr>
          <w:rFonts w:ascii="Georgia" w:hAnsi="Georgia" w:cs="Times New Roman"/>
          <w:b/>
          <w:i w:val="0"/>
          <w:color w:val="000000"/>
          <w:sz w:val="24"/>
          <w:rtl/>
          <w:szCs w:val="32"/>
        </w:rPr>
        <w:t>י</w:t>
      </w:r>
      <w:r>
        <w:rPr>
          <w:rFonts w:ascii="Georgia" w:hAnsi="Georgia"/>
          <w:b w:val="0"/>
          <w:i w:val="0"/>
          <w:color w:val="000000"/>
          <w:sz w:val="24"/>
        </w:rPr>
        <w:t>) — это мозг мужского начала, нижняя буква йод (</w:t>
      </w:r>
      <w:r>
        <w:rPr>
          <w:rFonts w:ascii="Georgia" w:hAnsi="Georgia" w:cs="Times New Roman"/>
          <w:b/>
          <w:i w:val="0"/>
          <w:color w:val="000000"/>
          <w:sz w:val="24"/>
          <w:rtl/>
          <w:szCs w:val="32"/>
        </w:rPr>
        <w:t>י</w:t>
      </w:r>
      <w:r>
        <w:rPr>
          <w:rFonts w:ascii="Georgia" w:hAnsi="Georgia"/>
          <w:b w:val="0"/>
          <w:i w:val="0"/>
          <w:color w:val="000000"/>
          <w:sz w:val="24"/>
        </w:rPr>
        <w:t>) — мозг женского начала, а буква вав (</w:t>
      </w:r>
      <w:r>
        <w:rPr>
          <w:rFonts w:ascii="Georgia" w:hAnsi="Georgia" w:cs="Times New Roman"/>
          <w:b/>
          <w:i w:val="0"/>
          <w:color w:val="000000"/>
          <w:sz w:val="24"/>
          <w:rtl/>
          <w:szCs w:val="32"/>
        </w:rPr>
        <w:t>ו</w:t>
      </w:r>
      <w:r>
        <w:rPr>
          <w:rFonts w:ascii="Georgia" w:hAnsi="Georgia"/>
          <w:b w:val="0"/>
          <w:i w:val="0"/>
          <w:color w:val="000000"/>
          <w:sz w:val="24"/>
        </w:rPr>
        <w:t>) между ними — это та «завеса, что распростерта» (</w:t>
      </w:r>
      <w:r>
        <w:rPr>
          <w:rFonts w:ascii="Georgia" w:hAnsi="Georgia"/>
          <w:b w:val="0"/>
          <w:i/>
          <w:color w:val="000000"/>
          <w:sz w:val="24"/>
        </w:rPr>
        <w:t>хад приса де-итпрас</w:t>
      </w:r>
      <w:r>
        <w:rPr>
          <w:rFonts w:ascii="Georgia" w:hAnsi="Georgia"/>
          <w:b w:val="0"/>
          <w:i w:val="0"/>
          <w:color w:val="000000"/>
          <w:sz w:val="24"/>
        </w:rPr>
        <w:t>), о которой говорится в Зоаре. Высшая йод — это МАД, и они опускаются до этой завесы, то есть до буквы вав, а нижняя йод — это МАН, и они поднимаются к той завесе. Все МАН относятся к категории гвурот и представляют собой всех тех мелахим, что правили в земле Эдом. Суть же в том, что мы уже объясняли: вся святость тех мелахим, которые умерли и аннулировались, прошла очищение, а из отходов образовались клипот, как известно.</w:t>
      </w:r>
    </w:p>
    <w:p>
      <w:pPr>
        <w:spacing w:before="40" w:after="120"/>
        <w:jc w:val="both"/>
      </w:pPr>
      <w:r>
        <w:rPr>
          <w:rFonts w:ascii="Georgia" w:hAnsi="Georgia"/>
          <w:b w:val="0"/>
          <w:i w:val="0"/>
          <w:color w:val="000000"/>
          <w:sz w:val="24"/>
        </w:rPr>
        <w:t xml:space="preserve">Причина этого — чтобы в мире существовали свобода выбора, желание, а также награда и наказание; именно в этом заключался Его замысел — сотворить этих мелахим и умертвить их, и пойми это. Все эти мохин относятся к судам (диним) и всегда принадлежат женскому началу. И в этих мелахим есть часть, относящаяся к Бине (и часть из них — к Малхут в ЗА), часть — к Малхут в Абе и часть — к Малхут в АА [Примечание. Цемах: следует также сказать «часть к Абе», как будет сказано далее, и «часть к Малхут де-Бина», как упомянуто в остальных местах. Конец примечания.], а также часть из них — к Малхут в ЗА. Все эти мелахим по своей сути представляют собой мохин всех женских начал, из которых и образуются МАН, как будет объяснено с Б-жьей помощью. Поскольку они относятся к категории мохин, представляющих собой Хохму, именуемую Мыслью, все они были очищены в Мысли, как сказано в главе Пкудей (254б), что их — 325 искр. Их суть — это те семь умерших мелахим, которые являются судами, гвурот и огненными искрами. Семь мелахим — это семь раз взятое слово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45), что в гематрии составляет 315 (</w:t>
      </w:r>
      <w:r>
        <w:rPr>
          <w:rFonts w:ascii="Georgia" w:hAnsi="Georgia" w:cs="Times New Roman"/>
          <w:b/>
          <w:i w:val="0"/>
          <w:color w:val="000000"/>
          <w:sz w:val="24"/>
          <w:rtl/>
          <w:szCs w:val="32"/>
        </w:rPr>
        <w:t>שט״ו</w:t>
      </w:r>
      <w:r>
        <w:rPr>
          <w:rFonts w:ascii="Georgia" w:hAnsi="Georgia"/>
          <w:b w:val="0"/>
          <w:i w:val="0"/>
          <w:color w:val="000000"/>
          <w:sz w:val="24"/>
        </w:rPr>
        <w:t>), и они же дают число 320 (</w:t>
      </w:r>
      <w:r>
        <w:rPr>
          <w:rFonts w:ascii="Georgia" w:hAnsi="Georgia" w:cs="Times New Roman"/>
          <w:b/>
          <w:i w:val="0"/>
          <w:color w:val="000000"/>
          <w:sz w:val="24"/>
          <w:rtl/>
          <w:szCs w:val="32"/>
        </w:rPr>
        <w:t>ש״ך</w:t>
      </w:r>
      <w:r>
        <w:rPr>
          <w:rFonts w:ascii="Georgia" w:hAnsi="Georgia"/>
          <w:b w:val="0"/>
          <w:i w:val="0"/>
          <w:color w:val="000000"/>
          <w:sz w:val="24"/>
        </w:rPr>
        <w:t>) [Примечание. Цемах: вместе с пятью святыми гвурот. Конец примечания.]. В этом тайна сказанного: «разбрасывает искры во все 320 сторон» (</w:t>
      </w:r>
      <w:r>
        <w:rPr>
          <w:rFonts w:ascii="Georgia" w:hAnsi="Georgia"/>
          <w:b w:val="0"/>
          <w:i/>
          <w:color w:val="000000"/>
          <w:sz w:val="24"/>
        </w:rPr>
        <w:t>ле-шах эвер</w:t>
      </w:r>
      <w:r>
        <w:rPr>
          <w:rFonts w:ascii="Georgia" w:hAnsi="Georgia"/>
          <w:b w:val="0"/>
          <w:i w:val="0"/>
          <w:color w:val="000000"/>
          <w:sz w:val="24"/>
        </w:rPr>
        <w:t>) и так далее; ведь они и есть МАН, как будет сказано далее, когда затем, во время Исправления, [Творец] отделил добро от отходов и удалил отходы из той Мысли. И хотя это семь мелахим, тем не менее их десять — подобно семи чертогам, о которых говорится в главе Пкудей: чертогов семь, но их десять, поскольку высший чертог включает три чертога, а нижний состоит из двух. Так же обстоит дело и здесь: их семь мелахим [Примечание. Цемах: ведь Бела включает в себя Йовава и Хушама, как известно. Конец примечания.], но их десять, по вышеупомянутому принципу. Очищение же их посредством Мысли объясняется тем, о чем мы говорили: все эти мелахим суть мохин женских начал, которые также называются Мыслью.</w:t>
      </w:r>
    </w:p>
    <w:p>
      <w:pPr>
        <w:spacing w:before="40" w:after="120"/>
        <w:jc w:val="both"/>
      </w:pPr>
      <w:r>
        <w:rPr>
          <w:rFonts w:ascii="Georgia" w:hAnsi="Georgia"/>
          <w:b w:val="0"/>
          <w:i w:val="0"/>
          <w:color w:val="000000"/>
          <w:sz w:val="24"/>
        </w:rPr>
        <w:t>Поэтому когда высшая Мысль — Сокрытая Хохма (</w:t>
      </w:r>
      <w:r>
        <w:rPr>
          <w:rFonts w:ascii="Georgia" w:hAnsi="Georgia"/>
          <w:b w:val="0"/>
          <w:i/>
          <w:color w:val="000000"/>
          <w:sz w:val="24"/>
        </w:rPr>
        <w:t>Хохма Стимаа</w:t>
      </w:r>
      <w:r>
        <w:rPr>
          <w:rFonts w:ascii="Georgia" w:hAnsi="Georgia"/>
          <w:b w:val="0"/>
          <w:i w:val="0"/>
          <w:color w:val="000000"/>
          <w:sz w:val="24"/>
        </w:rPr>
        <w:t>) в рош де-Атик Кадиша — пожелала исправить ее после того, как АА исправился в своих исправлениях (и тогда его свет изошел благодаря уменьшению его света вследствие тех исправлений, как известно, отчего у этих мелахим появилась сила ожить и воспринять высший свет), — тогда высшая Мысль, сокрытый мозг в голове Атика, светила в них, и благодаря этому эти мелахим очистились. И тогда наиболее отборная часть из них — то, что относится в них к АА, — поднялась как МАН и очистилась, а остальное осталось внизу. Знай, что та ступень, которая поднялась в АА, — это волосы его бороды, как известно и как сказано в Идре о первом исправлении [бороды], называемом ЭЛЬ (</w:t>
      </w:r>
      <w:r>
        <w:rPr>
          <w:rFonts w:ascii="Georgia" w:hAnsi="Georgia" w:cs="Times New Roman"/>
          <w:b/>
          <w:i w:val="0"/>
          <w:color w:val="000000"/>
          <w:sz w:val="24"/>
          <w:rtl/>
          <w:szCs w:val="32"/>
        </w:rPr>
        <w:t>אֵל</w:t>
      </w:r>
      <w:r>
        <w:rPr>
          <w:rFonts w:ascii="Georgia" w:hAnsi="Georgia"/>
          <w:b w:val="0"/>
          <w:i w:val="0"/>
          <w:color w:val="000000"/>
          <w:sz w:val="24"/>
        </w:rPr>
        <w:t>), в котором заключены три мира — три из этих семи мелахим: Бела, Йовав и Хушам. Эти волосы протягиваются от самого Сокрытого Мозга, как известно, а это и есть Сокрытая Хохма, являющаяся женским началом по отношению к Кетеру Атика.</w:t>
      </w:r>
    </w:p>
    <w:p>
      <w:pPr>
        <w:spacing w:before="40" w:after="120"/>
        <w:jc w:val="both"/>
      </w:pPr>
      <w:r>
        <w:rPr>
          <w:rFonts w:ascii="Georgia" w:hAnsi="Georgia"/>
          <w:b w:val="0"/>
          <w:i w:val="0"/>
          <w:color w:val="000000"/>
          <w:sz w:val="24"/>
        </w:rPr>
        <w:t>Выходит, что эти волосы — ее МАН, и потому волосы бороды суть суровые суды. Затем последовало второе очищение: когда очистилась ступень АА, находившаяся там, и [искры] вышли оттуда, поднялись и очистились в Мысли АА, как сказано выше, — тогда эта ступень Бины, находившаяся внутри Малхут, очистилась и поднялась на свое место наверху. А когда исправились Аба ве-Има, очистилась также ступень ЗОН, и они вышли оттуда и поднялись как МАН (то есть в ее Есод) к Бине. Затем произошло следующее очищение: после того как очистилась ступень Бины, поднялась ступень Малхут. После этого, когда исправился ЗА, очистилась ступень, принадлежащая Малхут в ЗА, и поднялась туда по вышеупомянутому принципу. Затем, когда исправлялась Нуква де-ЗА, она сначала была исправлена в положении ахор бе-ахор, и тогда ее МАН, находившиеся внутри упомянутой Малхут, еще не были очищены.</w:t>
      </w:r>
    </w:p>
    <w:p>
      <w:pPr>
        <w:spacing w:before="40" w:after="120"/>
        <w:jc w:val="both"/>
      </w:pPr>
      <w:r>
        <w:rPr>
          <w:rFonts w:ascii="Georgia" w:hAnsi="Georgia"/>
          <w:b w:val="0"/>
          <w:i w:val="0"/>
          <w:color w:val="000000"/>
          <w:sz w:val="24"/>
        </w:rPr>
        <w:t xml:space="preserve">Причина же в том, что все ступени, находящиеся выше нее, очистились сами собой благодаря Мысли, присущей каждой из них, и не нуждались в действиях нижних для своего очищения, поскольку стоящие против них клипот не обладают столь большой силой. Но что касается МАН Малхут (Нуквы де-ЗА), которые относятся к миру Асия, где сосредоточены весь основной корень и сила клипот, — у нее не было сил исправить и очистить относящуюся к ней часть МАН из этих мелахим, поскольку те находились в глубинах могущественных клипот. И не было у нее возможности очистить их, пока не пришел Адам а-Ришон. Своими действиями и молитвами он должен был подчинить клипот и обратить ЗОН паним бе-паним, и тогда доля МАН Нуквы де-ЗА очистилась бы полностью, и не было бы больше никакого разрушения в мире, а настало бы то же, что будет в дни Машиаха, вскоре, в наши дни. Ведь о том времени написано: </w:t>
      </w:r>
      <w:r>
        <w:rPr>
          <w:rFonts w:ascii="Georgia" w:hAnsi="Georgia"/>
          <w:b w:val="0"/>
          <w:i/>
          <w:color w:val="000000"/>
          <w:sz w:val="24"/>
        </w:rPr>
        <w:t>«Уничтожит Он смерть навсегда»</w:t>
      </w:r>
      <w:r>
        <w:rPr>
          <w:rFonts w:ascii="Georgia" w:hAnsi="Georgia"/>
          <w:b w:val="0"/>
          <w:i w:val="0"/>
          <w:color w:val="000000"/>
          <w:sz w:val="24"/>
        </w:rPr>
        <w:t xml:space="preserve"> (Йешаяу 25:8), а [смерть] — это клипот, чья жизненная сила держится на этих неочищенных МАН, все еще остающихся внутри них; если бы они очистились полностью, ушла бы от них вся жизненная сила, и они окончательно погибли бы. В этом смысл сказанного: «Сын Давида не придет, пока не иссякнут все души в теле» (Талмуд, Евамот 62а). Ведь когда все святые души выйдут оттуда и поднимутся как МАН, из которых образуются души, как объяснялось в начале учения, — у клипот больше не останется жизненной силы, они погибнут и исчезнут. И в этом значение стиха: </w:t>
      </w:r>
      <w:r>
        <w:rPr>
          <w:rFonts w:ascii="Georgia" w:hAnsi="Georgia"/>
          <w:b w:val="0"/>
          <w:i/>
          <w:color w:val="000000"/>
          <w:sz w:val="24"/>
        </w:rPr>
        <w:t>«Уничтожит Он смерть навсегда»</w:t>
      </w:r>
      <w:r>
        <w:rPr>
          <w:rFonts w:ascii="Georgia" w:hAnsi="Georgia"/>
          <w:b w:val="0"/>
          <w:i w:val="0"/>
          <w:color w:val="000000"/>
          <w:sz w:val="24"/>
        </w:rPr>
        <w:t xml:space="preserve"> (Йешаяу 25:8), ибо клипа, называемая смертью, будет поглощена и полностью уничтожена. Об этом сказано в главе Пкудей (258б): «Когда завершится изгнание с протяжением ног к ногам — тогда придет Машиах». Ведь совокупность этих мелахим представляет собой единого человека от головы до ног, который погрузился в эти клипот. И каждый раз, когда происходит высшее соударение (зивуг), мы молитвами поднимаем искры святости в нем в качестве МАН. А когда очистятся и поднимутся также искры, находящиеся в его ногах, завершится исправление всего этого человека, и тогда придет Машиах. Его ноги находятся в мире Асия, представляющем собой уровень ног; там же находится и завершение святости — Малхут, именуемая «концом десницы» (</w:t>
      </w:r>
      <w:r>
        <w:rPr>
          <w:rFonts w:ascii="Georgia" w:hAnsi="Georgia"/>
          <w:b w:val="0"/>
          <w:i/>
          <w:color w:val="000000"/>
          <w:sz w:val="24"/>
        </w:rPr>
        <w:t>кец а-ямин</w:t>
      </w:r>
      <w:r>
        <w:rPr>
          <w:rFonts w:ascii="Georgia" w:hAnsi="Georgia"/>
          <w:b w:val="0"/>
          <w:i w:val="0"/>
          <w:color w:val="000000"/>
          <w:sz w:val="24"/>
        </w:rPr>
        <w:t xml:space="preserve">, </w:t>
      </w:r>
      <w:r>
        <w:rPr>
          <w:rFonts w:ascii="Georgia" w:hAnsi="Georgia" w:cs="Times New Roman"/>
          <w:b/>
          <w:i w:val="0"/>
          <w:color w:val="000000"/>
          <w:sz w:val="24"/>
          <w:rtl/>
          <w:szCs w:val="32"/>
        </w:rPr>
        <w:t>קֵץ הַיָּמִין</w:t>
      </w:r>
      <w:r>
        <w:rPr>
          <w:rFonts w:ascii="Georgia" w:hAnsi="Georgia"/>
          <w:b w:val="0"/>
          <w:i w:val="0"/>
          <w:color w:val="000000"/>
          <w:sz w:val="24"/>
        </w:rPr>
        <w:t>). А напротив нее в клипе находится то, что зовется «концом дней» (</w:t>
      </w:r>
      <w:r>
        <w:rPr>
          <w:rFonts w:ascii="Georgia" w:hAnsi="Georgia"/>
          <w:b w:val="0"/>
          <w:i/>
          <w:color w:val="000000"/>
          <w:sz w:val="24"/>
        </w:rPr>
        <w:t>кец а-ямим</w:t>
      </w:r>
      <w:r>
        <w:rPr>
          <w:rFonts w:ascii="Georgia" w:hAnsi="Georgia"/>
          <w:b w:val="0"/>
          <w:i w:val="0"/>
          <w:color w:val="000000"/>
          <w:sz w:val="24"/>
        </w:rPr>
        <w:t xml:space="preserve">, </w:t>
      </w:r>
      <w:r>
        <w:rPr>
          <w:rFonts w:ascii="Georgia" w:hAnsi="Georgia" w:cs="Times New Roman"/>
          <w:b/>
          <w:i w:val="0"/>
          <w:color w:val="000000"/>
          <w:sz w:val="24"/>
          <w:rtl/>
          <w:szCs w:val="32"/>
        </w:rPr>
        <w:t>קֵץ הַיָּמִים</w:t>
      </w:r>
      <w:r>
        <w:rPr>
          <w:rFonts w:ascii="Georgia" w:hAnsi="Georgia"/>
          <w:b w:val="0"/>
          <w:i w:val="0"/>
          <w:color w:val="000000"/>
          <w:sz w:val="24"/>
        </w:rPr>
        <w:t>). И когда исправятся души, упавшие туда, настанет время избавления. Из всего этого следует, что МАН — это сами святые души, находящиеся внутри этих мелахим, которых необходимо извлечь оттуда и поднять наверх как МАН.</w:t>
      </w:r>
    </w:p>
    <w:p>
      <w:pPr>
        <w:spacing w:before="40" w:after="120"/>
        <w:jc w:val="both"/>
      </w:pPr>
      <w:r>
        <w:rPr>
          <w:rFonts w:ascii="Georgia" w:hAnsi="Georgia"/>
          <w:b w:val="0"/>
          <w:i w:val="0"/>
          <w:color w:val="000000"/>
          <w:sz w:val="24"/>
        </w:rPr>
        <w:t xml:space="preserve">Тогда с ними соединятся МАД посредством соударения (зивуга) мужского и женского начал, и из этих двух начал образуются и созидаются души. В этом причина того, почему при каждом зивуге требуются новые МАН: ведь из тех первых МАН при первом зивуге уже образовались души, и при каждом последующем зивуге необходимо очищать другие искры и также поднимать их как МАН, чтобы там создавались другие, новые души — и так при каждом зивуге. Вернемся к нашей теме: поскольку МАН Нуквы де-ЗА не могут очиститься иначе как через [действия] нижних, как написано: </w:t>
      </w:r>
      <w:r>
        <w:rPr>
          <w:rFonts w:ascii="Georgia" w:hAnsi="Georgia"/>
          <w:b w:val="0"/>
          <w:i/>
          <w:color w:val="000000"/>
          <w:sz w:val="24"/>
        </w:rPr>
        <w:t>«А человека не было, чтобы возделывать землю»</w:t>
      </w:r>
      <w:r>
        <w:rPr>
          <w:rFonts w:ascii="Georgia" w:hAnsi="Georgia"/>
          <w:b w:val="0"/>
          <w:i w:val="0"/>
          <w:color w:val="000000"/>
          <w:sz w:val="24"/>
        </w:rPr>
        <w:t xml:space="preserve"> (Берешит 2:5), — ЗОН вышли спиной к спине. Ведь если бы они повернулись лицом к лицу, клипот ухватились бы за заднюю сторону Нуквы из-за своей великой силы, как сказано выше, так как [эти искры] еще не были очищены. Поэтому они были вынуждены оставаться спиной к спине.</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 xml:space="preserve">Первая редакция. Причина того, почему она сначала находилась спиной к спине, чтобы внешние [силы] не ухватились за нее, заключается в следующем: задняя сторона (ахораим) — это тайна Имени ЭЛОКИМ, составляющего 120 сочетаний Имени ЭЛОКИМ, простирающихся до самого конца мира Асия, как объяснено. А там, позади них, следуют клипот, которые тянутся в самом конце Асии и называются «иными богами» по отношению к этим 120 сочетаниям Имени ЭЛОКИМ, являющимся святым «Б-гом живым», как написано: </w:t>
      </w:r>
      <w:r>
        <w:rPr>
          <w:rFonts w:ascii="Georgia" w:hAnsi="Georgia"/>
          <w:b w:val="0"/>
          <w:i/>
          <w:color w:val="000000"/>
          <w:sz w:val="24"/>
        </w:rPr>
        <w:t>«Ибо Он — Б-г святой»</w:t>
      </w:r>
      <w:r>
        <w:rPr>
          <w:rFonts w:ascii="Georgia" w:hAnsi="Georgia"/>
          <w:b w:val="0"/>
          <w:i w:val="0"/>
          <w:color w:val="000000"/>
          <w:sz w:val="24"/>
        </w:rPr>
        <w:t xml:space="preserve"> (Йеошуа 24:19). И вот, когда, не дай Б-г, совершаются грехи и проступки, эти «иные боги» включаются в свой корень — в святое Имя ЭЛОКИМ на задней стороне, и благодаря включению в свой корень они питаются от Шхины. В этом тайна всякой зацепки внешних сил за святость: они удерживаются лишь через включение в свой корень, а не так, упаси Б-г, будто входят сами. И в этом смысл стиха: </w:t>
      </w:r>
      <w:r>
        <w:rPr>
          <w:rFonts w:ascii="Georgia" w:hAnsi="Georgia"/>
          <w:b w:val="0"/>
          <w:i/>
          <w:color w:val="000000"/>
          <w:sz w:val="24"/>
        </w:rPr>
        <w:t>«Обнажайте, обнажайте до основания в ней!»</w:t>
      </w:r>
      <w:r>
        <w:rPr>
          <w:rFonts w:ascii="Georgia" w:hAnsi="Georgia"/>
          <w:b w:val="0"/>
          <w:i w:val="0"/>
          <w:color w:val="000000"/>
          <w:sz w:val="24"/>
        </w:rPr>
        <w:t xml:space="preserve"> (Теилим 137:7) — ведь корень этих сочетаний ЭЛОКИМ исходит из МАН в Есоде Нуквы, будучи пятью гвурот — пятью буквами Имени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И когда Малхут желает поднять МАН, все святые сочетания ЭЛОКИМ включаются там, в ее Есоде. А когда, упаси Б-г, возникает изъян, «иные боги» хватаются за свой корень и включаются вместе с ними; и хотя сами они не входят, не дай Б-г, тем не менее получают питание через это включение. В этом тайна стиха: </w:t>
      </w:r>
      <w:r>
        <w:rPr>
          <w:rFonts w:ascii="Georgia" w:hAnsi="Georgia"/>
          <w:b w:val="0"/>
          <w:i/>
          <w:color w:val="000000"/>
          <w:sz w:val="24"/>
        </w:rPr>
        <w:t>«И служанка, когда она наследует госпоже своей»</w:t>
      </w:r>
      <w:r>
        <w:rPr>
          <w:rFonts w:ascii="Georgia" w:hAnsi="Georgia"/>
          <w:b w:val="0"/>
          <w:i w:val="0"/>
          <w:color w:val="000000"/>
          <w:sz w:val="24"/>
        </w:rPr>
        <w:t xml:space="preserve"> (Мишлей 30:23), ибо высший праведник совершает соударение (зивуг) со служанкой, как бы сказать, в упомянутом Есоде. И потому сказано: </w:t>
      </w:r>
      <w:r>
        <w:rPr>
          <w:rFonts w:ascii="Georgia" w:hAnsi="Georgia"/>
          <w:b w:val="0"/>
          <w:i/>
          <w:color w:val="000000"/>
          <w:sz w:val="24"/>
        </w:rPr>
        <w:t>«Обнажайте, обнажайте до основания в ней!»</w:t>
      </w:r>
      <w:r>
        <w:rPr>
          <w:rFonts w:ascii="Georgia" w:hAnsi="Georgia"/>
          <w:b w:val="0"/>
          <w:i w:val="0"/>
          <w:color w:val="000000"/>
          <w:sz w:val="24"/>
        </w:rPr>
        <w:t xml:space="preserve"> (Теилим 137:7), ибо туда доходит изъян, да убережет нас Всевышний. В этом же смысл стиха: </w:t>
      </w:r>
      <w:r>
        <w:rPr>
          <w:rFonts w:ascii="Georgia" w:hAnsi="Georgia"/>
          <w:b w:val="0"/>
          <w:i/>
          <w:color w:val="000000"/>
          <w:sz w:val="24"/>
        </w:rPr>
        <w:t>«Б-же, пришли язычники в удел Твой…»</w:t>
      </w:r>
      <w:r>
        <w:rPr>
          <w:rFonts w:ascii="Georgia" w:hAnsi="Georgia"/>
          <w:b w:val="0"/>
          <w:i w:val="0"/>
          <w:color w:val="000000"/>
          <w:sz w:val="24"/>
        </w:rPr>
        <w:t xml:space="preserve"> (Теилим 79:1) — то есть внешние [силы], называемые «иными богами», ухватываются за святое Имя ЭЛОКИМ, и вследствие этого «пришли язычники в удел Твой» — в святой удел; потому и сказано «ЭЛОКИМ», а не имя АВАЯ. То же, что они находились спиной к спине, происходило потому, что они являются судами и выходят от него к ней; тогда они скреплены друг с другом, подобно ветви, остающейся прикрепленной к дереву, из которого она выходит. Казалось бы, когда затем они обращаются лицом к лицу, им следовало бы снова соединиться так же, как на задней стороне, ведь [света] тоже передаются от него к ней.</w:t>
      </w:r>
    </w:p>
    <w:p>
      <w:pPr>
        <w:spacing w:before="40" w:after="120"/>
        <w:jc w:val="both"/>
      </w:pPr>
      <w:r>
        <w:rPr>
          <w:rFonts w:ascii="Georgia" w:hAnsi="Georgia"/>
          <w:b w:val="0"/>
          <w:i w:val="0"/>
          <w:color w:val="000000"/>
          <w:sz w:val="24"/>
        </w:rPr>
        <w:t xml:space="preserve">Однако причина [различия] в том, что Аба ве-Има равны по росту лицом к лицу, и потому они неразлучно соединены: «пребывают вместе и не расстаются вовек», отчего их зивуг непрерывен. Однако ЗОН, чей рост не одинаков, не скреплены друг с другом, когда стоят лицом к лицу; вот и все [в этом вопросе]. И теперь возникают два препятствия. С одной стороны, необходимо было сотворить Адама и Хаву, чтобы через них очистились МАН всех душ, как сказано выше, а для этого требовался зивуг; соединиться же в зивуге они не могли, пока не повернутся лицом к лицу. С другой стороны, повернуться лицом к лицу было невозможно по вышеупомянутой причине — чтобы клипот не ухватились за заднюю сторону Нуквы. И чтобы устранить эти два препятствия, что сделали Аба ве-Има? Они отделили (совершили несиру) Нукву, стоявшую позади ЗА, а затем подняли отделенных ЗОН наверх, в чертог самих Аба ве-Има, где у клипот нет силы ухватиться за заднюю сторону Нуквы. Этот чертог Аба ве-Има служит балдахином для ЗОН — жениха и невесты; там они смогли повернуться лицом к лицу, и там ЗОН соединились вместе. И все это ты поймешь из Зоара к главе Берешит, где разбирается стих: </w:t>
      </w:r>
      <w:r>
        <w:rPr>
          <w:rFonts w:ascii="Georgia" w:hAnsi="Georgia"/>
          <w:b w:val="0"/>
          <w:i/>
          <w:color w:val="000000"/>
          <w:sz w:val="24"/>
        </w:rPr>
        <w:t>«И перестроил Г-сподь Б-г ребро…»</w:t>
      </w:r>
      <w:r>
        <w:rPr>
          <w:rFonts w:ascii="Georgia" w:hAnsi="Georgia"/>
          <w:b w:val="0"/>
          <w:i w:val="0"/>
          <w:color w:val="000000"/>
          <w:sz w:val="24"/>
        </w:rPr>
        <w:t xml:space="preserve"> (Берешит 2:22), указывающий на отделение (несиру), а затем: </w:t>
      </w:r>
      <w:r>
        <w:rPr>
          <w:rFonts w:ascii="Georgia" w:hAnsi="Georgia"/>
          <w:b w:val="0"/>
          <w:i/>
          <w:color w:val="000000"/>
          <w:sz w:val="24"/>
        </w:rPr>
        <w:t>«…и привел ее к человеку»</w:t>
      </w:r>
      <w:r>
        <w:rPr>
          <w:rFonts w:ascii="Georgia" w:hAnsi="Georgia"/>
          <w:b w:val="0"/>
          <w:i w:val="0"/>
          <w:color w:val="000000"/>
          <w:sz w:val="24"/>
        </w:rPr>
        <w:t xml:space="preserve"> (Берешит 2:22).</w:t>
      </w:r>
    </w:p>
    <w:p>
      <w:pPr>
        <w:spacing w:before="40" w:after="120"/>
        <w:jc w:val="both"/>
      </w:pPr>
      <w:r>
        <w:rPr>
          <w:rFonts w:ascii="Georgia" w:hAnsi="Georgia"/>
          <w:b w:val="0"/>
          <w:i w:val="0"/>
          <w:color w:val="000000"/>
          <w:sz w:val="24"/>
        </w:rPr>
        <w:t xml:space="preserve">Отсюда мы учим, что Аба ве-Има должны ввести невесту во владение жениха, как сказано: </w:t>
      </w:r>
      <w:r>
        <w:rPr>
          <w:rFonts w:ascii="Georgia" w:hAnsi="Georgia"/>
          <w:b w:val="0"/>
          <w:i/>
          <w:color w:val="000000"/>
          <w:sz w:val="24"/>
        </w:rPr>
        <w:t>«Дочь мою отдал я этому человеку…»</w:t>
      </w:r>
      <w:r>
        <w:rPr>
          <w:rFonts w:ascii="Georgia" w:hAnsi="Georgia"/>
          <w:b w:val="0"/>
          <w:i w:val="0"/>
          <w:color w:val="000000"/>
          <w:sz w:val="24"/>
        </w:rPr>
        <w:t xml:space="preserve"> (Дварим 22:16). Отныне и далее муж должен приходить к ней, ведь дом принадлежит ей, как написано: </w:t>
      </w:r>
      <w:r>
        <w:rPr>
          <w:rFonts w:ascii="Georgia" w:hAnsi="Georgia"/>
          <w:b w:val="0"/>
          <w:i/>
          <w:color w:val="000000"/>
          <w:sz w:val="24"/>
        </w:rPr>
        <w:t>«…и вошел к ней»</w:t>
      </w:r>
      <w:r>
        <w:rPr>
          <w:rFonts w:ascii="Georgia" w:hAnsi="Georgia"/>
          <w:b w:val="0"/>
          <w:i w:val="0"/>
          <w:color w:val="000000"/>
          <w:sz w:val="24"/>
        </w:rPr>
        <w:t xml:space="preserve"> (Берешит 38:18). Смысл в том, что первый зивуг ЗОН в то время, когда Источник выделил их из Себя, не был подобен остальным последующим зивугам. А именно: этот зивуг произошел не внизу — Аба ве-Има подняли ЗА в свое лоно, а затем подняли Нукву согласно тайному смыслу стиха </w:t>
      </w:r>
      <w:r>
        <w:rPr>
          <w:rFonts w:ascii="Georgia" w:hAnsi="Georgia"/>
          <w:b w:val="0"/>
          <w:i/>
          <w:color w:val="000000"/>
          <w:sz w:val="24"/>
        </w:rPr>
        <w:t>«…и привел ее к человеку»</w:t>
      </w:r>
      <w:r>
        <w:rPr>
          <w:rFonts w:ascii="Georgia" w:hAnsi="Georgia"/>
          <w:b w:val="0"/>
          <w:i w:val="0"/>
          <w:color w:val="000000"/>
          <w:sz w:val="24"/>
        </w:rPr>
        <w:t>, и там они соединились, как будет сказано с Б-жьей помощью. Все же прочие зивуги ЗОН лицом к лицу происходят внизу, в ее доме, то есть в чертоге Нуквы, куда ЗА спускается, чтобы соединиться с ней.</w:t>
      </w:r>
    </w:p>
    <w:p>
      <w:pPr>
        <w:spacing w:before="40" w:after="120"/>
        <w:jc w:val="both"/>
      </w:pPr>
      <w:r>
        <w:rPr>
          <w:rFonts w:ascii="Georgia" w:hAnsi="Georgia"/>
          <w:b w:val="0"/>
          <w:i w:val="0"/>
          <w:color w:val="000000"/>
          <w:sz w:val="24"/>
        </w:rPr>
        <w:t>И вот тогда МАН Нуквы еще не были очищены и исправлены, как говорилось выше. Получается, что те МАН, которые Малхут подняла к ЗА, были МАН Бины, послужившими для Нуквы; благодаря этим МАН Адам и Хава вышли столь возвышенными и связанными с высшими ступенями, как будет сказано с Б-жьей помощью. [Примечание. И мне, Хаиму, представляется, что тот дух (</w:t>
      </w:r>
      <w:r>
        <w:rPr>
          <w:rFonts w:ascii="Georgia" w:hAnsi="Georgia"/>
          <w:b w:val="0"/>
          <w:i/>
          <w:color w:val="000000"/>
          <w:sz w:val="24"/>
        </w:rPr>
        <w:t>руха</w:t>
      </w:r>
      <w:r>
        <w:rPr>
          <w:rFonts w:ascii="Georgia" w:hAnsi="Georgia"/>
          <w:b w:val="0"/>
          <w:i w:val="0"/>
          <w:color w:val="000000"/>
          <w:sz w:val="24"/>
        </w:rPr>
        <w:t>), который пребывает внутри Бины и посредством которого поднимаются МАН, послужил этой Нукве; благодаря своей высочайшей возвышенности он смог очистить Адама и Хаву в качестве ее собственных МАН, находившихся внутри клипот. Адам и Хава не были самими МАН Бины, но вышли и очистились посредством ее духа. Известно, что в него душа облачается как в одеяние, и в этом состоит величие Адама и Хавы со стороны одеяния. Сама же сущность их души происходила от ЗОН — от их МАД и МАН; ведь иначе какая была бы польза в их подъеме туда, если бы Адам и Хава происходили от МАН самой Бины и могли выйти оттуда напрямую? Либо же, возможно, наоборот: они действительно были МАН самой Бины, но должны были затем выйти вторично через зивуг ЗОН, когда те стоят внизу лицом к лицу, как известно. Поэтому они поднялись, и оба этих действия произошли вместе: Аба ве-Има соединились в соударении при облачении в них ЗОН, и вышли Адам и Хава. Так представляется моему скудному разумению. Конец примечания.]</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Затем ЗОН спустились на свое место внизу и там были вынуждены снова встать спиной к спине по упомянутой выше причине — чтобы внешние силы не ухватились [за них]. И тогда, находясь спиной к спине, Нуква произвела и родила душу Адама и Хавы. Запомни же это общее правило для всех мест, где говорится, будто Адам и Хава вышли от зивуга спиной к спине: это не следует понимать буквально, ведь соединение (зивуг) никогда невозможно иначе как лицом к лицу. Смысл здесь в том, что ЗОН не могли стоять лицом к лицу на своем месте внизу, чтобы соединиться и произвести Адама и Хаву, но были вынуждены подняться наверх, в лоно Аба ве-Има, как сказано выше, и соединились там лицом к лицу посредством МАН Бины, которые подняла Малхут. А когда они вернулись на свое место и спустились вниз, то были вынуждены встать спиной к спине, и тогда души Адама и Хавы вышли, когда ЗОН находились спиной к спине. Посмотри в «Учениях об АБЕА» о грехе Адама а-Ришона, и ты поймешь порядок ступеней миров, какими они были при сотворении Адама а-Ришона. Там ты поймешь, как высшие ЗОН находились на месте Аба ве-Има, и там они пребывали спиной к спине, и соединились там, чтобы произвести Адама а-Ришона; посмотри туда внимательно. И помни это правило для всех мест, где упоминается зивуг спиной к спине: это нельзя понимать буквально, но лишь в указанном смысле. А именно: когда у Исраэля есть заповеди и добрые дела, они способствуют тому, чтобы ЗОН смогли соединиться лицом к лицу, и благодаря этому Нуква способна поднять МАН навстречу МАД мужского начала. Если же у Исраэля, упаси Б-г, нет заслуг, у Нуквы де-ЗА нет сил поднять свои МАН к мужу, как известно, ведь МАН поднимаются лишь душами нижних.</w:t>
      </w:r>
    </w:p>
    <w:p>
      <w:pPr>
        <w:spacing w:before="40" w:after="120"/>
        <w:jc w:val="both"/>
      </w:pPr>
      <w:r>
        <w:rPr>
          <w:rFonts w:ascii="Georgia" w:hAnsi="Georgia"/>
          <w:b w:val="0"/>
          <w:i w:val="0"/>
          <w:color w:val="000000"/>
          <w:sz w:val="24"/>
        </w:rPr>
        <w:t>Поэтому, чтобы соединить их, она должна подняться вместе с ЗА наверх, к Аба ве-Има, и поднять МАН Имы, и тогда они соединяются вместе. Получается, что этот зивуг почти не называется их именем, но лишь именем Аба ве-Има, поскольку они поднялись до них, и их силой, с помощью их МАН, они соединяются. А если бы в то время они захотели спуститься на свое место вниз, у них не было бы возможности стоять лицом к лицу, но лишь спиной к спине. И несомненно, никакой зивуг не происходит иначе как лицом к лицу. Когда же мы называем его зивугом спиной к спине, это означает: если бы они спустились на свое место вниз, то могли бы стоять лишь спиной к спине, ведь именно ради того, чтобы оказаться лицом к лицу, они и поднялись наверх. Вернемся к теме: Адам и Хава вышли благодаря зивугу лицом к лицу наверху, хотя этот зивуг и называется «спиной к спине». Если бы ЗОН могли соединиться лицом к лицу на своем месте внизу, Адам и его жена вышли бы совершенными в предельном исправлении, и все миры были бы в полноте.</w:t>
      </w:r>
    </w:p>
    <w:p>
      <w:pPr>
        <w:spacing w:before="40" w:after="120"/>
        <w:jc w:val="both"/>
      </w:pPr>
      <w:r>
        <w:rPr>
          <w:rFonts w:ascii="Georgia" w:hAnsi="Georgia"/>
          <w:b w:val="0"/>
          <w:i w:val="0"/>
          <w:color w:val="000000"/>
          <w:sz w:val="24"/>
        </w:rPr>
        <w:t>И вот, после того как Святой, благословен Он, сотворил Адама и Хаву, если бы [Адам] не согрешил после того, как Святой, благословен Он, отделил ее, чтобы он соединился с женой лицом к лицу, — он мог бы своими молитвами и добрыми делами подчинить клипот и обратить ЗОН лицом к лицу на их месте внизу. Тогда МАН Нуквы очистились бы полностью, отходы отделились бы от святости, окончательно погибли и исчезли из мира, а все святые души вышли бы из клипот, и тогда клипот умерли бы и аннулировались, как сказано выше. Когда же Адам и Хава согрешили, они привели к тому, что МАН Нуквы де-ЗА не очистились. Поэтому, хотя через соединение Адама и Хавы ЗОН и возвращались лицом к лицу на своем месте внизу, это не могло длиться постоянно: такого возвращения хватало лишь на время самого зивуга, и тотчас Нуква снова возвращалась в положение спиной к спине с ЗА. А поскольку это было так, при каждом зивуге требовалось совершать исправление, чтобы они поворачивались лицом к лицу хотя бы на время соударения, и очищать тогда часть искр тех мелахим, поднимая их как МАН, чтобы творить из них души понемногу.</w:t>
      </w:r>
    </w:p>
    <w:p>
      <w:pPr>
        <w:spacing w:before="40" w:after="120"/>
        <w:jc w:val="both"/>
      </w:pPr>
      <w:r>
        <w:rPr>
          <w:rFonts w:ascii="Georgia" w:hAnsi="Georgia"/>
          <w:b w:val="0"/>
          <w:i w:val="0"/>
          <w:color w:val="000000"/>
          <w:sz w:val="24"/>
        </w:rPr>
        <w:t xml:space="preserve">Но затем они сразу возвращались спиной к спине, ибо у нее нет сил поднять и очистить все эти искры разом, а только мало-помалу. Во время же разрушения Второго Храма, во дни десяти казненных властью мучеников, грехи чрезвычайно умножились. И мало того что у людей внизу не было сил очищать эти искры молитвами и поднимать их как МАН, — даже МАН Бины опустились вниз и снова смешались с клипот. Об этом сказано: </w:t>
      </w:r>
      <w:r>
        <w:rPr>
          <w:rFonts w:ascii="Georgia" w:hAnsi="Georgia"/>
          <w:b w:val="0"/>
          <w:i/>
          <w:color w:val="000000"/>
          <w:sz w:val="24"/>
        </w:rPr>
        <w:t>«…и за грехи ваши отослана мать ваша»</w:t>
      </w:r>
      <w:r>
        <w:rPr>
          <w:rFonts w:ascii="Georgia" w:hAnsi="Georgia"/>
          <w:b w:val="0"/>
          <w:i w:val="0"/>
          <w:color w:val="000000"/>
          <w:sz w:val="24"/>
        </w:rPr>
        <w:t xml:space="preserve"> (Йешаяу 50:1). Из-за этого мир погибал, пока Всевышний не счел необходимым исправить мир. И это произошло благодаря тем казненным властью мученикам, как будет сказано с Б-жьей помощью. Но прежде мы должны уведомить тебя, что в подъеме МАН есть три аспекта. Первый — это сами МАН, о чем уже подробно говорилось выше. Второй — сущность сосуда (кли) чрева женщины, предназначенного для принятия капли мужского начала; и внутри этого кли также находятся ее МАН, суть которых разъяснена выше. Это кли формируется высшими руками Бины — ее Хеседом и Гвурой, составляющими десять пальцев. И в этом тайна пяти букв манцепах (</w:t>
      </w:r>
      <w:r>
        <w:rPr>
          <w:rFonts w:ascii="Georgia" w:hAnsi="Georgia" w:cs="Times New Roman"/>
          <w:b/>
          <w:i w:val="0"/>
          <w:color w:val="000000"/>
          <w:sz w:val="24"/>
          <w:rtl/>
          <w:szCs w:val="32"/>
        </w:rPr>
        <w:t>מנצפ״ך</w:t>
      </w:r>
      <w:r>
        <w:rPr>
          <w:rFonts w:ascii="Georgia" w:hAnsi="Georgia"/>
          <w:b w:val="0"/>
          <w:i w:val="0"/>
          <w:color w:val="000000"/>
          <w:sz w:val="24"/>
        </w:rPr>
        <w:t xml:space="preserve">), имеющих двойное начертание: они опускаются туда, вниз, в Нукву, образуя кли, как сказано о стихе: </w:t>
      </w:r>
      <w:r>
        <w:rPr>
          <w:rFonts w:ascii="Georgia" w:hAnsi="Georgia"/>
          <w:b w:val="0"/>
          <w:i/>
          <w:color w:val="000000"/>
          <w:sz w:val="24"/>
        </w:rPr>
        <w:t>«Поднимайся, колодец, пойте ему! Колодец, который копали владыки, вырыли знатные из народа…»</w:t>
      </w:r>
      <w:r>
        <w:rPr>
          <w:rFonts w:ascii="Georgia" w:hAnsi="Georgia"/>
          <w:b w:val="0"/>
          <w:i w:val="0"/>
          <w:color w:val="000000"/>
          <w:sz w:val="24"/>
        </w:rPr>
        <w:t xml:space="preserve"> (Бемидбар 21:17–18) в главе Беаалотха (150а). И об этом же сказали наши мудрецы, благословенной памяти, о Тамар, что она смяла пальцем; и пойми это. Третий аспект — это тот дух (</w:t>
      </w:r>
      <w:r>
        <w:rPr>
          <w:rFonts w:ascii="Georgia" w:hAnsi="Georgia"/>
          <w:b w:val="0"/>
          <w:i/>
          <w:color w:val="000000"/>
          <w:sz w:val="24"/>
        </w:rPr>
        <w:t>руха</w:t>
      </w:r>
      <w:r>
        <w:rPr>
          <w:rFonts w:ascii="Georgia" w:hAnsi="Georgia"/>
          <w:b w:val="0"/>
          <w:i w:val="0"/>
          <w:color w:val="000000"/>
          <w:sz w:val="24"/>
        </w:rPr>
        <w:t>), который оставляет в ней муж, как сказано в разделе «Сава де-Мишпатим» (94б). Ведь у МАН нет сил подняться и очиститься там самим по себе, но лишь посредством того духа, который ЗА вносит в нее при первом зивуге, как известно; это Имя АВАЯ с наполнением буквами хэй — БОН (52). Посредством этого Имени происходит подъем МАН к ее мужу, и в этом суть того духа, который оставляет в ней муж, как сказано выше.</w:t>
      </w:r>
    </w:p>
    <w:p>
      <w:pPr>
        <w:spacing w:before="40" w:after="120"/>
        <w:jc w:val="both"/>
      </w:pPr>
      <w:r>
        <w:rPr>
          <w:rFonts w:ascii="Georgia" w:hAnsi="Georgia"/>
          <w:b w:val="0"/>
          <w:i w:val="0"/>
          <w:color w:val="000000"/>
          <w:sz w:val="24"/>
        </w:rPr>
        <w:t>И вот тогда, во время разрушения Второго Храма, не было сил поднять упомянутые МАН иначе как посредством иного, четвертого аспекта. А именно: потребовалось, чтобы те десять благочестивых мужей приняли смерть и на деле отдали свои жизни ради освящения Имени. После их гибели в их душах появилась сила очищать МАН из [искр] мелахим и поднимать их как МАН при каждом зивуге — как в МАН Бины, так и в МАН Нуквы де-ЗА, Рахели. Причина же того, почему у них есть сила поднимать эти МАН, состоит в том, что двенадцать колен служат корнем абсолютно всех душ, которые сами по себе и суть упомянутые МАН. А эти десять казненных властью мучеников — это сами [праотцы] колен, как известно; поэтому у них есть сила поднимать МАН, являющиеся самой сущностью душ. То же, почему казненных было лишь десять, тогда как колен двенадцать, разъяснено в другом рассуждении. Этот вопрос разъяснен в Зоаре к главе Пкудей относительно десяти казненных властью мучеников, где сказано: «Тело их было отдано ситра ахра, а души их — Святому Владыке».</w:t>
      </w:r>
    </w:p>
    <w:p>
      <w:pPr>
        <w:spacing w:before="40" w:after="120"/>
        <w:jc w:val="both"/>
      </w:pPr>
      <w:r>
        <w:rPr>
          <w:rFonts w:ascii="Georgia" w:hAnsi="Georgia"/>
          <w:b w:val="0"/>
          <w:i w:val="0"/>
          <w:color w:val="000000"/>
          <w:sz w:val="24"/>
        </w:rPr>
        <w:t>Смысл в том, как мы сказали: мало того что тогда не были очищены МАН Нуквы, но и МАН Бины также опустились и смешались с клипот. МАН Нуквы де-ЗА всегда оставались во власти ситра ахра и никогда оттуда не выходили, тогда как МАН Бины уже были очищены, но снова опустились, как сказано выше. И МАН Бины очищаются благодаря душам этих десяти казненных мучеников, которые поднимают их из клипы наверх, в Бину. И в этом тайна сказанного: «Пойди и смотри: души их — для восполнения святого духа их, десять духов снизу, как подобает…» и так далее. Имеется в виду, что посредством их духов МАН поднимутся снизу вверх; а сказано «снизу» — то есть из места клипот до Бины; и пойми... ...хорошенько, что означает подъем МАН: это МАН снизу, из клипот, наверх, в Бину или в Малхут. Подъем же МАН Нуквы де-ЗА снизу, из клипот, наверх в упомянутую Нукву происходит исключительно благодаря самим их телам, принявшим смерть. И в этом смысл слов: «А тела их были преданы грешному властителю» — то есть Есоду клипы, являющейся ситра ахра, за которую ухватились сами МАН Нуквы де-ЗА, как сказано выше, так как никогда оттуда не выходили и именуются самой настоящей ситра ахра. Тела десяти казненных мучеников были преданы в руки ситра ахра, и их предали смерти, чтобы благодаря их заслуге у них появилась сила поднять оттуда МАН Нуквы де-ЗА. Ведь именно тела испытывают муки казни; поэтому, чтобы извлечь МАН Нуквы де-ЗА, укоренившиеся в глубинах клипот ситра ахра, их тела должны были быть отданы в руки ситра ахра на казнь. И не удивляйся этому: их тела были столь очищены, что сравнялись с душами других людей, ведь достоинство праведников в том и состоит, чтобы очищать свои тела и делать их формой. По этой причине о праведниках не говорится как об умерших, и доказательство тому — Элияу, благословенной памяти, вознесшийся на небеса в теле и душе, как будет объяснено с Б-жьей помощью в рассуждении о том, откуда взялось тело Адама а-Ришона. И тем более это верно для тел этих святых десяти казненных властью мучеников, погибших ради освящения Имени ради упомянутой цели и замысла: несомненно, сами их тела поднялись на уровень духа, и с тех пор вплоть до дней Машиаха они поднимают МАН Нуквы де-ЗА. Тела их уподобились жертвоприношениям. В этом смысл слов: «И отсюда — тайны жертвоприношений». Подобно тому как жертвоприношение поднимает и сближает миры друг с другом, как упоминалось в рассуждении о величии молитвы (где говорилось о том, как постоянным жертвоприношением мы поднимаем мир за миром вплоть до тайны Эйн Соф, как сказано в конце главы Пкудей), — точно так же и эти десять благочестивых казненных мучеников поднимают самими своими телами МАН Нуквы де-ЗА наверх.</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Первая редакция. Вернемся же к тому, какова природа Адама а-Ришона. Знай, что в Адаме а-Ришоне вовсе не было никакой части от мира Асия: его тело происходило из мира Ецира, и на это намекается в главе Кдошим (83б): «У Адама а-Ришона не было ничего от этого мира, один праведник сотворил…» и так далее. Его нефеш происходила из мира Брия, его руах — из Нуквы де-ЗА мира Ацилут, его нешама — из ЗА мира Ацилут, а нешама де-нешама (душа души) — из Аба ве-Има мира Ацилут; от Асии же в нем не было никакой части. Чтобы понять это, объясним устройство мира. Пустошь соответствует клипот, а заселенная земля делится на две части: земля за пределами Земли Исраэля соответствует миру Асия, а Земля Исраэля — миру Ецира.</w:t>
      </w:r>
    </w:p>
    <w:p>
      <w:pPr>
        <w:spacing w:before="40" w:after="120"/>
        <w:jc w:val="both"/>
      </w:pPr>
      <w:r>
        <w:rPr>
          <w:rFonts w:ascii="Georgia" w:hAnsi="Georgia"/>
          <w:b w:val="0"/>
          <w:i w:val="0"/>
          <w:color w:val="000000"/>
          <w:sz w:val="24"/>
        </w:rPr>
        <w:t xml:space="preserve">Поэтому в главе Ваякель сказано, что небосводы Ециры стоят на страже земли. Место Храма соответствует миру Брия, а место Святая Святых — чертогу Святая Святых мира Брия. И в свете этого ты поймешь сказанное в «Сава де-Мишпатим» (лист 99б) о стихе: </w:t>
      </w:r>
      <w:r>
        <w:rPr>
          <w:rFonts w:ascii="Georgia" w:hAnsi="Georgia"/>
          <w:b w:val="0"/>
          <w:i/>
          <w:color w:val="000000"/>
          <w:sz w:val="24"/>
        </w:rPr>
        <w:t>«Светильник Г-сподень — душа человека…»</w:t>
      </w:r>
      <w:r>
        <w:rPr>
          <w:rFonts w:ascii="Georgia" w:hAnsi="Georgia"/>
          <w:b w:val="0"/>
          <w:i w:val="0"/>
          <w:color w:val="000000"/>
          <w:sz w:val="24"/>
        </w:rPr>
        <w:t xml:space="preserve"> (Мишлей 20:27): нешама и руах Адама а-Ришона — мужское и женское начала: нешама — от великого дерева, а руах — от малого дерева. И это — тайна ЗОН, от которых происходят нешама и руах Адама а-Ришона. Поскольку Адам а-Ришон был сотворен из места своего искупления, то есть из жертвенника, мир изначально непрестанно пребывал в свойстве Шаббата, представляющего собой мир Брия. Это имели в виду наши мудрецы, благословенной памяти, говоря, что Адам, повстречав Каина, произнес: </w:t>
      </w:r>
      <w:r>
        <w:rPr>
          <w:rFonts w:ascii="Georgia" w:hAnsi="Georgia"/>
          <w:b w:val="0"/>
          <w:i/>
          <w:color w:val="000000"/>
          <w:sz w:val="24"/>
        </w:rPr>
        <w:t>«Псалом. Песнь на день субботний»</w:t>
      </w:r>
      <w:r>
        <w:rPr>
          <w:rFonts w:ascii="Georgia" w:hAnsi="Georgia"/>
          <w:b w:val="0"/>
          <w:i w:val="0"/>
          <w:color w:val="000000"/>
          <w:sz w:val="24"/>
        </w:rPr>
        <w:t xml:space="preserve"> (Теилим 92:1), то есть мир Брия.</w:t>
      </w:r>
    </w:p>
    <w:p>
      <w:pPr>
        <w:spacing w:before="40" w:after="120"/>
        <w:jc w:val="both"/>
      </w:pPr>
      <w:r>
        <w:rPr>
          <w:rFonts w:ascii="Georgia" w:hAnsi="Georgia"/>
          <w:b w:val="0"/>
          <w:i w:val="0"/>
          <w:color w:val="000000"/>
          <w:sz w:val="24"/>
        </w:rPr>
        <w:t>Однако после того как он согрешил, [мир] оказался в будничных днях. Сначала благодаря этому зивугу ЗОН, происходившему наверху, в лоне и в чертоге Аба ве-Има мира Ацилут, ЗА находился на уровне нешама, то есть Бины, а Малхут — на уровне руах, то есть ЗА. Но после его греха все миры опустились со своего святого места, и потому Ецира облачилась в Асию, и Земля Исраэля получает [свет] не иначе как через Асию от Ециры, облаченной в Асию. Точно так же Брия облачилась в Ециру, Нуква — в Брию, а ЗА — в Нукву. Теперь получается, что ступень нефеш, изначально происходившая из мира Брия, ныне берет начало от Малхут, так как Малхут опустилась до уровня нефеш, ЗА опустился до уровня руах, а Бина — до уровня нешама. И благодаря этому не противоречат друг другу высказывания, утверждающие, что нефеш находится в Малхут, а руах — в Тиферет, со сказанным в упомянутом «Сава». И поскольку Брия опустилась в Ециру, Брия и Ецира соединились вместе.</w:t>
      </w:r>
    </w:p>
    <w:p>
      <w:pPr>
        <w:spacing w:before="40" w:after="120"/>
        <w:jc w:val="both"/>
      </w:pPr>
      <w:r>
        <w:rPr>
          <w:rFonts w:ascii="Georgia" w:hAnsi="Georgia"/>
          <w:b w:val="0"/>
          <w:i w:val="0"/>
          <w:color w:val="000000"/>
          <w:sz w:val="24"/>
        </w:rPr>
        <w:t xml:space="preserve">Поэтому не удивляйся, что в одном стихе сказано </w:t>
      </w:r>
      <w:r>
        <w:rPr>
          <w:rFonts w:ascii="Georgia" w:hAnsi="Georgia"/>
          <w:b w:val="0"/>
          <w:i/>
          <w:color w:val="000000"/>
          <w:sz w:val="24"/>
        </w:rPr>
        <w:t>вайицер</w:t>
      </w:r>
      <w:r>
        <w:rPr>
          <w:rFonts w:ascii="Georgia" w:hAnsi="Georgia"/>
          <w:b w:val="0"/>
          <w:i w:val="0"/>
          <w:color w:val="000000"/>
          <w:sz w:val="24"/>
        </w:rPr>
        <w:t xml:space="preserve"> — «и сформировал» (</w:t>
      </w:r>
      <w:r>
        <w:rPr>
          <w:rFonts w:ascii="Georgia" w:hAnsi="Georgia" w:cs="Times New Roman"/>
          <w:b/>
          <w:i w:val="0"/>
          <w:color w:val="000000"/>
          <w:sz w:val="24"/>
          <w:rtl/>
          <w:szCs w:val="32"/>
        </w:rPr>
        <w:t>וַיִּיצֶר</w:t>
      </w:r>
      <w:r>
        <w:rPr>
          <w:rFonts w:ascii="Georgia" w:hAnsi="Georgia"/>
          <w:b w:val="0"/>
          <w:i w:val="0"/>
          <w:color w:val="000000"/>
          <w:sz w:val="24"/>
        </w:rPr>
        <w:t xml:space="preserve">, Берешит 2:7), а в другом сказано </w:t>
      </w:r>
      <w:r>
        <w:rPr>
          <w:rFonts w:ascii="Georgia" w:hAnsi="Georgia"/>
          <w:b w:val="0"/>
          <w:i/>
          <w:color w:val="000000"/>
          <w:sz w:val="24"/>
        </w:rPr>
        <w:t>вайивра</w:t>
      </w:r>
      <w:r>
        <w:rPr>
          <w:rFonts w:ascii="Georgia" w:hAnsi="Georgia"/>
          <w:b w:val="0"/>
          <w:i w:val="0"/>
          <w:color w:val="000000"/>
          <w:sz w:val="24"/>
        </w:rPr>
        <w:t xml:space="preserve"> — «и сотворил» (</w:t>
      </w:r>
      <w:r>
        <w:rPr>
          <w:rFonts w:ascii="Georgia" w:hAnsi="Georgia" w:cs="Times New Roman"/>
          <w:b/>
          <w:i w:val="0"/>
          <w:color w:val="000000"/>
          <w:sz w:val="24"/>
          <w:rtl/>
          <w:szCs w:val="32"/>
        </w:rPr>
        <w:t>וַיִּבְרָא</w:t>
      </w:r>
      <w:r>
        <w:rPr>
          <w:rFonts w:ascii="Georgia" w:hAnsi="Georgia"/>
          <w:b w:val="0"/>
          <w:i w:val="0"/>
          <w:color w:val="000000"/>
          <w:sz w:val="24"/>
        </w:rPr>
        <w:t>, Берешит 1:27), ибо и сотворение (Брия), и формирование (Ецира) участвовали сообща. Основа тела Адама а-Ришона была из Ециры, а затем Брия облачилась в Ециру. Теперь посмотри, какое падение причинил Адам а-Ришон своим грехом: прежде его тело происходило непосредственно из Ециры, а теперь из Ециры происходит его руах — [он упал] на столько ступеней! Его тело теперь происходит из этого мира, его нефеш — из Асии, а его руах — из Ециры, с того места, откуда прежде происходило его тело; и это вызвало великую порчу в самих мирах. В этом ты поймешь грех Адама а-Ришона: поскольку у него не было никакой доли в Асии, Святой, благословен Он, повелел ему не вкушать от древа познания, относящегося к миру Асия. Когда же он вкусил от него, то пал со своей высоты и умалился. В свете этого ты поймешь, почему [в одном месте говорится, что] древо познания находится в Малхут, то есть в Асии, а в другом месте упоминается, что оно находится в Ецире: «древо познания добра и зла — это Метатрон и Самаэль».</w:t>
      </w:r>
    </w:p>
    <w:p>
      <w:pPr>
        <w:spacing w:before="40" w:after="120"/>
        <w:jc w:val="both"/>
      </w:pPr>
      <w:r>
        <w:rPr>
          <w:rFonts w:ascii="Georgia" w:hAnsi="Georgia"/>
          <w:b w:val="0"/>
          <w:i w:val="0"/>
          <w:color w:val="000000"/>
          <w:sz w:val="24"/>
        </w:rPr>
        <w:t>Однако именно потому, что Ецира облачилась в Асию, древо познания называется пребывающим также и в Ецире. Посмотри также: поскольку Метатрон пребывает на уровне самого Адама а-Ришона, как сказано выше, он вобрал в себя былое величие тела Адама а-Ришона, и его тело превратилось в пылающий огненный факел в мире Ецира, как сказано в «Главах о чертогах», ибо оттуда он был высечен.</w:t>
      </w:r>
    </w:p>
    <w:p>
      <w:pPr>
        <w:keepNext/>
        <w:spacing w:before="320" w:after="120"/>
      </w:pPr>
      <w:r>
        <w:rPr>
          <w:rFonts w:ascii="Georgia" w:hAnsi="Georgia"/>
          <w:b w:val="0"/>
          <w:i w:val="0"/>
          <w:color w:val="000000"/>
          <w:sz w:val="32"/>
        </w:rPr>
        <w:t>Ветвь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Прежде всего кратко поясню тебе, что любые [искры], отобранные из семи мелахим в качестве МАН и поднимающиеся к высшей Нукве, не готовы оформиться в виде плода (зародыша) до второго раза. Смысл этого заключается в следующем: мы уже объясняли, что МАН для Аба ве-Има — это ЗОН, их первенцы. Также мы объясняли, что все наши молитвы и намерения (каванот) служат тому, чтобы отбирать и поднимать искры семи умерших мелахим — 288 искр (РАПАХ). Своей молитвой мы поднимаем эти искры в Есод де-Нуква де-ЗА в качестве МАН, и там они смягчаются и исправляются, поскольку в то место, куда поднялся МАН, опускается МАД; и из этих двух свойств образуется форма плода. Кроме того, в первом учении объяснялось, что мы не способны отобрать все 288 искр (РАПАХ) за один раз, ведь если бы это было так, Машиах уже пришел бы и исполнилось бы [сказанное]: </w:t>
      </w:r>
      <w:r>
        <w:rPr>
          <w:rFonts w:ascii="Georgia" w:hAnsi="Georgia"/>
          <w:b w:val="0"/>
          <w:i/>
          <w:color w:val="000000"/>
          <w:sz w:val="24"/>
        </w:rPr>
        <w:t>«Поглотит Он смерть навеки...»</w:t>
      </w:r>
      <w:r>
        <w:rPr>
          <w:rFonts w:ascii="Georgia" w:hAnsi="Georgia"/>
          <w:b w:val="0"/>
          <w:i w:val="0"/>
          <w:color w:val="000000"/>
          <w:sz w:val="24"/>
        </w:rPr>
        <w:t xml:space="preserve"> (Йешаяу 25:8), как говорилось выше. Однако в каждой молитве, в соответствии с намерением молящегося и чистотой того времени, когда она произносится, отбирается определенная мера из 288 искр (РАПАХ), так что перед приходом Машиаха исправление всех 288 искр (РАПАХ) завершится полностью. И знай: помимо того, что МАН в семи мелахим представляет собой души, оттуда же были отобраны и высшие миры, как с Б-жьей помощью будет упомянуто в третьем учении и как говорилось в первом учении. Но после того как завершился отбор части самих ЗОН, все оставшееся для отбора — это души, выходящие из мира Ацилут, как известно. И пойми это очень глубоко.</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Первый зивуг, произошедший при сотворении мира, свершился чудесным образом — по выбору Всевышнего и по Его простому желанию, как многократно сказано в Зоаре: «когда поднялось в Его желании сотворить мир...». И нужно понять, почему всякий раз, когда речь идет о сотворении мира или о начале Ацилута, говорится именно такими словами: «когда поднялось в Его желании».</w:t>
      </w:r>
    </w:p>
    <w:p>
      <w:pPr>
        <w:spacing w:before="40" w:after="120"/>
        <w:jc w:val="both"/>
      </w:pPr>
      <w:r>
        <w:rPr>
          <w:rFonts w:ascii="Georgia" w:hAnsi="Georgia"/>
          <w:b w:val="0"/>
          <w:i w:val="0"/>
          <w:color w:val="000000"/>
          <w:sz w:val="24"/>
        </w:rPr>
        <w:t xml:space="preserve">Дело здесь в одном из двух аспектов (которые, по сути, представляют собой единый смысл). А именно: Аба ве-Има невозможно вступить в зивуг иначе как посредством МАН, которым служат ЗОН — их первенцы. В этом и заключается смысл сказанного: </w:t>
      </w:r>
      <w:r>
        <w:rPr>
          <w:rFonts w:ascii="Georgia" w:hAnsi="Georgia"/>
          <w:b w:val="0"/>
          <w:i/>
          <w:color w:val="000000"/>
          <w:sz w:val="24"/>
        </w:rPr>
        <w:t>«...и не было человека, чтобы возделывать землю»</w:t>
      </w:r>
      <w:r>
        <w:rPr>
          <w:rFonts w:ascii="Georgia" w:hAnsi="Georgia"/>
          <w:b w:val="0"/>
          <w:i w:val="0"/>
          <w:color w:val="000000"/>
          <w:sz w:val="24"/>
        </w:rPr>
        <w:t xml:space="preserve"> (Берешит 2:5), ведь возделывание и засевание земли — то есть высшей Нуквы — совершается только человеком, поднимающим МАН. Если так, то при первом сотворении мир не мог бы быть создан, ведь ЗОН еще не были отобраны и не поднимались как МАН. Следовательно, и высший зивуг ради сотворения мира не мог бы состояться. Поэтому по простому желанию и по выбору Всевышнего произошло так, что даже без подъема МАН они вступили в зивуг, и Он выделил из Себя Свой мир. Однако после того как ЗОН уже родились, отныне и впредь ни один зивуг наверху не происходит иначе как через подъем МАН.</w:t>
      </w:r>
    </w:p>
    <w:p>
      <w:pPr>
        <w:spacing w:before="40" w:after="120"/>
        <w:jc w:val="both"/>
      </w:pPr>
      <w:r>
        <w:rPr>
          <w:rFonts w:ascii="Georgia" w:hAnsi="Georgia"/>
          <w:b w:val="0"/>
          <w:i w:val="0"/>
          <w:color w:val="000000"/>
          <w:sz w:val="24"/>
        </w:rPr>
        <w:t>Кроме того, смысл слов «когда поднялось в Его желании...» еще более сокровенен. Он заключается в том, что высший мужской принцип не пробуждается к зивугу до тех пор, пока высшая Нуква не украсит и не приготовит себя к зивугу и не обретет благоволение в его глазах, — лишь тогда он пробуждается к зивугу с ней. Иначе он всегда занят наверху тем, что получает изобилие (шефа) и питается от своей матери, и не желает передавать свое влияние кому-либо другому, пока высшая невеста не наденет свои наряды и не украсит себя — и лишь тогда он вступает с ней в зивуг и изливает в нее [свет]. Известно, что украшения высшей невесты — это души праведников, поднимающиеся в нее в качестве МАН; именно они и вызывают высший зивуг.</w:t>
      </w:r>
    </w:p>
    <w:p>
      <w:pPr>
        <w:spacing w:before="40" w:after="120"/>
        <w:jc w:val="both"/>
      </w:pPr>
      <w:r>
        <w:rPr>
          <w:rFonts w:ascii="Georgia" w:hAnsi="Georgia"/>
          <w:b w:val="0"/>
          <w:i w:val="0"/>
          <w:color w:val="000000"/>
          <w:sz w:val="24"/>
        </w:rPr>
        <w:t>В самый же первый раз, при первом зивуге, мужской принцип пробудился сам по себе, без пробуждения со стороны Нуквы: в нем возникли желание и стремление к зивугу, хотя свойства МАН еще вовсе не существовало. Поэтому этот зивуг предельно сокровенен. Он не происходил как зивуг его Есод с ее Есод (Есод диле с Есод дила), поскольку Нуква тогда еще не была сотворена в мире. С кем же мог произойти зивуг во время сотворения мира? Поэтому тот первый зивуг произошел в высшем желании, в мысли, в высшем разуме (моха илаа) — в тайне высшего желания, где все мужское (</w:t>
      </w:r>
      <w:r>
        <w:rPr>
          <w:rFonts w:ascii="Georgia" w:hAnsi="Georgia"/>
          <w:b w:val="0"/>
          <w:i/>
          <w:color w:val="000000"/>
          <w:sz w:val="24"/>
        </w:rPr>
        <w:t>кула дехура</w:t>
      </w:r>
      <w:r>
        <w:rPr>
          <w:rFonts w:ascii="Georgia" w:hAnsi="Georgia"/>
          <w:b w:val="0"/>
          <w:i w:val="0"/>
          <w:color w:val="000000"/>
          <w:sz w:val="24"/>
        </w:rPr>
        <w:t>) и нет никакого проявления женского начала. И пойми это. А с тех пор и впредь зивуг всегда происходил через ЗОН.</w:t>
      </w:r>
    </w:p>
    <w:p>
      <w:pPr>
        <w:spacing w:before="40" w:after="120"/>
        <w:jc w:val="both"/>
      </w:pPr>
      <w:r>
        <w:rPr>
          <w:rFonts w:ascii="Georgia" w:hAnsi="Georgia"/>
          <w:b w:val="0"/>
          <w:i w:val="0"/>
          <w:color w:val="000000"/>
          <w:sz w:val="24"/>
        </w:rPr>
        <w:t>Вернемся теперь к разъяснению первого исходного положения о том, что всякий МАН должен исправляться дважды. Дело в том, что и ЗОН тоже были отобраны из 288 искр (РАПАХ), как сказано выше. До того как ЗОН были отобраны, высший зивуг происходил без МАН; затем, во второй раз, ЗОН послужили свойством МАН для Аба ве-Има, и тогда некоторые искры душ начали подниматься как МАН к Аба ве-Има и соединились с находившимися там ЗОН в качестве МАН, как говорилось выше. Ведь после того как части ЗОН были отобраны, все оставшееся в тех 288 искрах (РАПАХ) представляло собой души, как сказано выше. Поэтому, как только ЗОН были отобраны, души тоже начали отбираться и подниматься; они также поднялись наверх вместе с ЗОН и соединились с ними, чтобы тоже подняться в качестве МАН.</w:t>
      </w:r>
    </w:p>
    <w:p>
      <w:pPr>
        <w:spacing w:before="40" w:after="120"/>
        <w:jc w:val="both"/>
      </w:pPr>
      <w:r>
        <w:rPr>
          <w:rFonts w:ascii="Georgia" w:hAnsi="Georgia"/>
          <w:b w:val="0"/>
          <w:i w:val="0"/>
          <w:color w:val="000000"/>
          <w:sz w:val="24"/>
        </w:rPr>
        <w:t>И вот тогда, во второй раз (то есть во втором зивуге, как сказано выше), то, что было отобрано из душ, еще не оформилось, и из них вовсе не образовалась форма плода, поскольку они еще не были готовы к исправлению, ведь они только что поднялись из клипот. Они пребывают там вплоть до следующего зивуга, который последует за этим упомянутым зивугом. Тогда поднимается другой МАН — как известно, при каждом зивуге поднимается новый МАН. И тогда тот первый МАН оформляется и исправляется, поскольку он уже провел внутри Нуквы необходимое время и уже исправился, а новый МАН остается там еще без формы до следующего зивуга. И тогда те, что задержались [с прошлого раза], окончательно оформляются, а новый МАН задерживается там до очередного зивуга. Подобным образом это продолжается от сотворения мира и до дней Машиаха.</w:t>
      </w:r>
    </w:p>
    <w:p>
      <w:pPr>
        <w:spacing w:before="40" w:after="120"/>
        <w:jc w:val="both"/>
      </w:pPr>
      <w:r>
        <w:rPr>
          <w:rFonts w:ascii="Georgia" w:hAnsi="Georgia"/>
          <w:b w:val="0"/>
          <w:i w:val="0"/>
          <w:color w:val="000000"/>
          <w:sz w:val="24"/>
        </w:rPr>
        <w:t>Общий итог таков: нет никакого свойства МАН, которое не поднималось бы сначала один раз как МАН, а затем, во втором следующем за ним зивуге, не исправлялось бы и не оформлялось, становясь исправленной душой, которая затем опускается и облачается в тело в этом мире.</w:t>
      </w:r>
    </w:p>
    <w:p>
      <w:pPr>
        <w:keepNext/>
        <w:spacing w:before="320" w:after="120"/>
      </w:pPr>
      <w:r>
        <w:rPr>
          <w:rFonts w:ascii="Georgia" w:hAnsi="Georgia"/>
          <w:b w:val="0"/>
          <w:i w:val="0"/>
          <w:color w:val="000000"/>
          <w:sz w:val="32"/>
        </w:rPr>
        <w:t>Ветвь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во время смерти мелахим, когда они опустились вниз, в них были все уровни — то есть АБЕА. И в самой части Асии есть четыре уровня, расположенные по порядку снизу вверх: неживое, растительное, животное и говорящее (человек). Суть в том, что даже в неживом — в прахе, камнях и тому подобном — обязательно должна присутствовать духовная жизненная сила (хиют), а также созвездие (мазаль) и ангел-надсмотрщик свыше. Ведь иначе земля не производила бы траву и семена, если бы в ней не было жизненной силы.</w:t>
      </w:r>
    </w:p>
    <w:p>
      <w:pPr>
        <w:spacing w:before="40" w:after="120"/>
        <w:jc w:val="both"/>
      </w:pPr>
      <w:r>
        <w:rPr>
          <w:rFonts w:ascii="Georgia" w:hAnsi="Georgia"/>
          <w:b w:val="0"/>
          <w:i w:val="0"/>
          <w:color w:val="000000"/>
          <w:sz w:val="24"/>
        </w:rPr>
        <w:t xml:space="preserve">Однако ступень жизненной силы растений выше их, ведь мы видим, что растение всходит и растет подобно людям, и определенно жизненная сила внутри него вызывает этот рост. Жизненная же сила животных выше их: в них есть душа (нефеш), проявленная более отчетливо, как сказано: </w:t>
      </w:r>
      <w:r>
        <w:rPr>
          <w:rFonts w:ascii="Georgia" w:hAnsi="Georgia"/>
          <w:b w:val="0"/>
          <w:i/>
          <w:color w:val="000000"/>
          <w:sz w:val="24"/>
        </w:rPr>
        <w:t>«...и дух скота, сходящий вниз, в землю»</w:t>
      </w:r>
      <w:r>
        <w:rPr>
          <w:rFonts w:ascii="Georgia" w:hAnsi="Georgia"/>
          <w:b w:val="0"/>
          <w:i w:val="0"/>
          <w:color w:val="000000"/>
          <w:sz w:val="24"/>
        </w:rPr>
        <w:t xml:space="preserve"> (Коэлет 3:21). А жизненная сила говорящего (человека) выше всех них. И нет ни одного творения во всех мирах, в котором не было бы [искр] от отбора тех мелахим, и всё включено в них; и от всех этих уровней оказалось в клипот вследствие смерти мелахим. И вот из всех этих уровней [искры] отбираются и выходят из клипот. При этом самое возвышенное из них отобралось в Ацилуте, уступающее ему — в Брие, уступающее тому — в Ецире, а самое низкое — в Асие. И в самой Асие есть упомянутые четыре уровня: наиболее совершенный в ней — это человек, ниже него — животное, ниже него — растительное, ниже него — неживое, а самое худшее из всего — это то, что называется шлаком переплавки золота. Это ни к чему не пригодно и называется собственно клипой, поскольку они не могут быть отобраны; это суды (диним), крайне тяжелые и сильные, которые и есть клипот в прямом смысле слова.</w:t>
      </w:r>
    </w:p>
    <w:p>
      <w:pPr>
        <w:spacing w:before="40" w:after="120"/>
        <w:jc w:val="both"/>
      </w:pPr>
      <w:r>
        <w:rPr>
          <w:rFonts w:ascii="Georgia" w:hAnsi="Georgia"/>
          <w:b w:val="0"/>
          <w:i w:val="0"/>
          <w:color w:val="000000"/>
          <w:sz w:val="24"/>
        </w:rPr>
        <w:t xml:space="preserve">И обязательно внутри этих клипот есть немного мельчайших искр святости, представляющих собой одиннадцать компонентов воскурения, как сказано в соответствующем месте. Таким образом, от всех этих уровней есть [искры] в клипот, и человек своими поступками должен исправлять их, отбирать и поднимать со ступени на ступень. Когда же завершится отбор всех этих одиннадцати компонентов воскурения, тогда исполнится: </w:t>
      </w:r>
      <w:r>
        <w:rPr>
          <w:rFonts w:ascii="Georgia" w:hAnsi="Georgia"/>
          <w:b w:val="0"/>
          <w:i/>
          <w:color w:val="000000"/>
          <w:sz w:val="24"/>
        </w:rPr>
        <w:t>«Поглотит Он смерть навеки...»</w:t>
      </w:r>
      <w:r>
        <w:rPr>
          <w:rFonts w:ascii="Georgia" w:hAnsi="Georgia"/>
          <w:b w:val="0"/>
          <w:i w:val="0"/>
          <w:color w:val="000000"/>
          <w:sz w:val="24"/>
        </w:rPr>
        <w:t xml:space="preserve"> (Йешаяу 25:8), как упоминалось в первом учении. Смысл отбора состоит в том, чтобы поднять [искру] сначала на первую ступень, а затем на другую ступень, более высокую, чем она, и так по всем ступеням. Как сказано о сокровенном смысле намерения при еде: человек может сделать неживое частью самого человека. И так отбирают и исправляют все вещи, в которых есть примеси (отходы) и клипа, и исправляют от уровня неживого вплоть до уровня говорящего — собственно человека. А затем, если человек своими делами удостоится большего, он поднимет всё на ступень ангела — так, чтобы всё отбиралось шаг за шагом, пока не поднимется выше и выше, на очень высокую ступень.</w:t>
      </w:r>
    </w:p>
    <w:p>
      <w:pPr>
        <w:spacing w:before="40" w:after="120"/>
        <w:jc w:val="both"/>
      </w:pPr>
      <w:r>
        <w:rPr>
          <w:rFonts w:ascii="Georgia" w:hAnsi="Georgia"/>
          <w:b w:val="0"/>
          <w:i w:val="0"/>
          <w:color w:val="000000"/>
          <w:sz w:val="24"/>
        </w:rPr>
        <w:t>Когда были созданы Адам и Хава, в человеке уже был отобран уровень душ; а когда он нарек имена всем животным, они тоже были отобраны. Растительное же и неживое предстояло исправить позже, посредством возделывания земли и еды. Когда же они согрешили, свойства душ и свойства животных вновь опустились и смешались с клипот.</w:t>
      </w:r>
    </w:p>
    <w:p>
      <w:pPr>
        <w:spacing w:before="40" w:after="120"/>
        <w:jc w:val="both"/>
      </w:pPr>
      <w:r>
        <w:rPr>
          <w:rFonts w:ascii="Georgia" w:hAnsi="Georgia"/>
          <w:b w:val="0"/>
          <w:i w:val="0"/>
          <w:color w:val="000000"/>
          <w:sz w:val="24"/>
        </w:rPr>
        <w:t>И всё это подробно разъяснено в учении о намерении при еде, а также в учениях о [золотом] тельце и круговоротах душ (гильгулим), смотри там. Там объясняется, что всякое отделение отходов изнутри них совершается мыслью, как сказано в недельной главе Пкудей: «и отделил отходы из мысли», а именно посредством Хохмы и посредством Бины, находящейся в самой Хохме, в тайне сказанного: «пойми в мудрости и умудрись в понимании» («Сефер Йецира» 1:4). Таким образом, всё [совершается] в Хохме; смотри это рассуждение там.</w:t>
      </w:r>
    </w:p>
    <w:p>
      <w:pPr>
        <w:keepNext/>
        <w:spacing w:before="320" w:after="120"/>
      </w:pPr>
      <w:r>
        <w:rPr>
          <w:rFonts w:ascii="Georgia" w:hAnsi="Georgia"/>
          <w:b w:val="0"/>
          <w:i w:val="0"/>
          <w:color w:val="000000"/>
          <w:sz w:val="32"/>
        </w:rPr>
        <w:t>Ветвь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Вернемся к прежней теме: подобно тому, что мы сказали о четырех мирах АБЕА в целом, точно так же обстоит дело и в каждом мире в отдельности. Начнем с мира Ацилут и скажем: самое отборное из всех отобранных частей Ацилута, отобранное из семи мелахим, как сказано выше, тогда отобралось и поднялось в Атик; уступающее ему — в АА; уступающее тому — в Аба ве-Има; а самое низкое — в ЗОН. Подобным же образом происходит отбор в самих десяти сфирот каждого парцуфа, и так же во всех частных деталях, и это понятно.</w:t>
      </w:r>
    </w:p>
    <w:p>
      <w:pPr>
        <w:spacing w:before="40" w:after="120"/>
        <w:jc w:val="both"/>
      </w:pPr>
      <w:r>
        <w:rPr>
          <w:rFonts w:ascii="Georgia" w:hAnsi="Georgia"/>
          <w:b w:val="0"/>
          <w:i w:val="0"/>
          <w:color w:val="000000"/>
          <w:sz w:val="24"/>
        </w:rPr>
        <w:t>И тебе следует знать: когда начался отбор Ацилута, мир Брия еще совершенно не был отобран, и так же в остальных мирах. И точно так же в самом Ацилуте: когда отбирался Атик, все, что находится ниже него, еще совершенно не было отобрано; и подобным образом во всех частных деталях, и незачем удлинять [объяснение].</w:t>
      </w:r>
    </w:p>
    <w:p>
      <w:pPr>
        <w:spacing w:before="40" w:after="120"/>
        <w:jc w:val="both"/>
      </w:pPr>
      <w:r>
        <w:rPr>
          <w:rFonts w:ascii="Georgia" w:hAnsi="Georgia"/>
          <w:b w:val="0"/>
          <w:i w:val="0"/>
          <w:color w:val="000000"/>
          <w:sz w:val="24"/>
        </w:rPr>
        <w:t>Таким образом, общий итог таков: все четыре мира АБЕА и все частные детали в них — это результат отбора тех семи мелахим. И это положение служит корнем всего познания в науке истины, помни это. Мы уже объясняли в первом и во втором учениях, что невозможно отобрать какие-либо искры иначе как посредством высшего зивуга: ведь эти искры поднимаются снизу, из того места, куда они упали, входят во чрево высшей Нуквы и пребывают там в течение срока дней вынашивания (ибура), и тогда они смягчаются там и становятся парцуфом.</w:t>
      </w:r>
    </w:p>
    <w:p>
      <w:pPr>
        <w:spacing w:before="40" w:after="120"/>
        <w:jc w:val="both"/>
      </w:pPr>
      <w:r>
        <w:rPr>
          <w:rFonts w:ascii="Georgia" w:hAnsi="Georgia"/>
          <w:b w:val="0"/>
          <w:i w:val="0"/>
          <w:color w:val="000000"/>
          <w:sz w:val="24"/>
        </w:rPr>
        <w:t>О высшем же зивуге, совершившемся ради отбора АА, нам не дозволено говорить, ведь о том, что выше Аба ве-Има, сказано: «одним назвал Я его, без второго сотоварища» (Зоар, Берешит 22б), и там зивуг не различим, поскольку первой Нуквой, возникшей в Ацилуте, была Има илаа; и только от Аба ве-Има и далее мы начинаем упоминать зивуг. Поэтому теперь мы объясним зивуг Аба ве-Има ради отбора частей ЗОН. Суть в том, что после того как части Аба ве-Има были полностью отобраны, им потребовалось вступить в зивуг, чтобы отобрать части ЗОН. И тогда отбираемые части ЗОН де-Ацилут поднялись туда, во чрево Има илаа, оформились там за время дней вынашивания (ибура) и вышли исправленными. Однако знай, что там, во чреве Имы, отобрались только части ЗОН де-Ацилут и не более того.</w:t>
      </w:r>
    </w:p>
    <w:p>
      <w:pPr>
        <w:spacing w:before="40" w:after="120"/>
        <w:jc w:val="both"/>
      </w:pPr>
      <w:r>
        <w:rPr>
          <w:rFonts w:ascii="Georgia" w:hAnsi="Georgia"/>
          <w:b w:val="0"/>
          <w:i w:val="0"/>
          <w:color w:val="000000"/>
          <w:sz w:val="24"/>
        </w:rPr>
        <w:t>Затем подобным же образом отобрались части рош де-Брия — через Нукву де-ЗА, в ее чреве. И знай: поскольку невозможно упоминать зивуг иначе как от Аба ве-Има и ниже, мы объединяем три первые сфирот (ГАР) мира Брия, говоря, что они отобрались вместе во чреве Нуквы де-Ацилут; однако разумный поймет это сам. Затем в Аба ве-Има де-Брия были отобраны ЗОН де-Брия, и так далее до конца частей Асии, и незачем удлинять [объяснение]. Причина того, что Аба ве-Има не в силах отобрать всё, что находится ниже, кроме одних только ЗОН, состоит в том, что не все искры одинаковы: среди них есть бесчисленное множество различных ступеней, как говорилось в начале учения. Поэтому только то, что относится к уровню ЗОН де-Ацилут, способно отобраться и подняться к Име де-Ацилут; всё же, что находится ниже ступени ЗОН, не может подняться выше ЗОН к Име, ведь это ступень более низкая, чем ЗОН. Если бы оно имело силу подняться к Име, оно тоже вошло бы в число ЗОН. Таким образом, ни одна ступень не отбирается иначе как на одной непосредственно предшествующей высшей ступени, и эти вещи понятны и разъяснены.</w:t>
      </w:r>
    </w:p>
    <w:p>
      <w:pPr>
        <w:spacing w:before="40" w:after="120"/>
        <w:jc w:val="both"/>
      </w:pPr>
      <w:r>
        <w:rPr>
          <w:rFonts w:ascii="Georgia" w:hAnsi="Georgia"/>
          <w:b w:val="0"/>
          <w:i w:val="0"/>
          <w:color w:val="000000"/>
          <w:sz w:val="24"/>
        </w:rPr>
        <w:t>[Примечание. Цемах: представляется мне, что так оно и было при падении искр, ведь искры АБ [находились] в кли де-АБ, как известно. Конец примечания.]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Однако тебе следует знать одно обстоятельство: даже до того как ЗОН были отобраны, Аба ве-Има, несомненно, не прекращали вступать в зивуг, ведь их зивуг непрерывен и постоянен и «никогда не прекращается», как известно. Однако, поскольку главная причина [нижнего] зивуга состоит именно в отборе [искр], им не требовалось соединяться нижним зивугом — его Есод с ее Есод (Есод диле с Есод дила), который называется нижним телесным зивугом; они соединялись высшим духовным зивугом, именуемым поцелуями (нешикин), как разъяснено у нас в учении о высшем зивуге поцелуев и нижнем зивуге Есод (смотри также в учении о четырех поцелуях). В нижнем же телесном зивуге ради их отбора тогда не было необходимости, пока ЗОН не начали отбираться; лишь тогда Аба ве-Има понадобилось вступить в нижний телесный зивуг, чтобы отобрать их во чреве Има илаа, как сказано выше. И тогда они вступили в зивуг в первый раз, чтобы произвести ЗОН и отобрать их в состоянии «три включены в три», после чего [младенец] рождается и сосет грудь своей матери. Затем Аба ве-Има вновь вступили во второй зивуг, чтобы передать им мохин (свет разума), представляющий собой состояние взрослости (гадлут), как известно. И они находились там также во втором вынашивании (ибур бэт) во чреве Има илаа ради отбора, ведь зачатие происходит только посредством предшествующего ему зивуга. И благодаря этим двум зивугам исправление ЗОН завершилось, и их отбор был окончен, поэтому Аба ве-Има больше не требовалось соединяться нижним зивугом [ради их образования].</w:t>
      </w:r>
    </w:p>
    <w:p>
      <w:pPr>
        <w:spacing w:before="40" w:after="120"/>
        <w:jc w:val="both"/>
      </w:pPr>
      <w:r>
        <w:rPr>
          <w:rFonts w:ascii="Georgia" w:hAnsi="Georgia"/>
          <w:b w:val="0"/>
          <w:i w:val="0"/>
          <w:color w:val="000000"/>
          <w:sz w:val="24"/>
        </w:rPr>
        <w:t>Однако у Аба ве-Има есть еще третий вид зивуга, следующий за вторым зивугом гадлута де-ЗОН: он предназначен для дарования жизненной силы и пропитания ЗОН и всем остальным мирам. Итак, у Аба ве-Има есть три вида зивугов и не более: два из них — ради самих ЗОН, ради исправления их самих и их сущности, а третий — ради пропитания и жизненной силы для ЗОН и всех остальных миров. И эти три зивуга относятся к нижнему телесному зивугу Есод де-Аба с Есод де-Има (Есод диле де-Аба с Есод де-Има). И вот в каждом из этих трех упомянутых зивугов присутствуют два высших зивуга духовных поцелуев, ведь нет ни одного нижнего телесного зивуга, которому не предшествовали бы два духовных зивуга поцелуев. А именно: прежде чем вступить в нижний зивуг, сначала происходят поцелуи, чтобы расположить мужское начало к женскому и пробудить между ними влечение, а затем следует нижний зивуг. И в сам момент нижнего зивуга в них также происходят поцелуи, так что оба зивуга — высший и нижний — совершаются тогда вместе. И вот теперь насчитывается шесть зивугов поцелуев при нижних зивугах.</w:t>
      </w:r>
    </w:p>
    <w:p>
      <w:pPr>
        <w:spacing w:before="40" w:after="120"/>
        <w:jc w:val="both"/>
      </w:pPr>
      <w:r>
        <w:rPr>
          <w:rFonts w:ascii="Georgia" w:hAnsi="Georgia"/>
          <w:b w:val="0"/>
          <w:i w:val="0"/>
          <w:color w:val="000000"/>
          <w:sz w:val="24"/>
        </w:rPr>
        <w:t>Кроме того, есть еще свойство самых первых поцелуев, о которых говорилось выше, когда ЗОН еще не были отобраны; а поскольку тогда не было нижнего зивуга, то и зивуг поцелуев не был удвоенным, но произошел лишь один-единственный раз. Таким образом, в Аба ве-Има насчитывается семь видов поцелуев и три нижних зивуга. Знай, что из всех десяти упомянутых зивугов — трех нижних и семи духовных [зивугов] поцелуев — выходят два свойства: души нижних (людей) и души ангелов.</w:t>
      </w:r>
    </w:p>
    <w:p>
      <w:pPr>
        <w:spacing w:before="40" w:after="120"/>
        <w:jc w:val="both"/>
      </w:pPr>
      <w:r>
        <w:rPr>
          <w:rFonts w:ascii="Georgia" w:hAnsi="Georgia"/>
          <w:b w:val="0"/>
          <w:i w:val="0"/>
          <w:color w:val="000000"/>
          <w:sz w:val="24"/>
        </w:rPr>
        <w:t>И этим объясняется сказанное в начале недельной главы Мишпатим (Зоар, Мишпатим 94б): «Удостоился большего — дают ему нефеш со стороны... удостоился еще большего — дают ему руах...». Смысл в том, что душа человека включает в себя множество ступеней: в ней есть ехида со стороны АА, хая со стороны Аба, нешама со стороны Имы, руах со стороны ЗА и нефеш со стороны Нуквы — и все это от Ацилута, а соответственно этому — в Брие, в Ецире и в Асие. И эти слова удивительны: как такое возможно? Ведь человек ниже их, он сотворен из ЗОН — как же он может получить высшие уровни, которых не достигли сами ЗОН? Как может человек взять ехида, хая и нешама от КАХАБ, которые выше ЗОН, когда даже уровень руах со стороны ЗА или нефеш со стороны Нуквы де-Ацилут ему не следовало бы получить?</w:t>
      </w:r>
    </w:p>
    <w:p>
      <w:pPr>
        <w:spacing w:before="40" w:after="120"/>
        <w:jc w:val="both"/>
      </w:pPr>
      <w:r>
        <w:rPr>
          <w:rFonts w:ascii="Georgia" w:hAnsi="Georgia"/>
          <w:b w:val="0"/>
          <w:i w:val="0"/>
          <w:color w:val="000000"/>
          <w:sz w:val="24"/>
        </w:rPr>
        <w:t>Однако это станет понятно из того, что сказал рабби Пинхас в предисловии к книге Зоар (Берешит 12б): нет в мире такой души, с которой не выходили бы две птицы, то есть ангелы; а РАШБИ говорит, что с ней выходят пять птиц. Подобно этому, когда ЗОН вышли из Аба ве-Има, выходят несколько видов птиц — то есть уровни человеческих душ и душ ангелов. И мало того: от самого первого зивуга из семи зивугов поцелуев, когда ЗОН еще не были отобраны и еще не существовало никакого нижнего зивуга Есод с Есод в Аба ве-Има, даже тогда от того высшего зивуга вышли души высших ангелов, как будет сказано; и смотри в учении о четырех поцелуях, ведь это требует углубленного изучения.</w:t>
      </w:r>
    </w:p>
    <w:p>
      <w:pPr>
        <w:spacing w:before="40" w:after="120"/>
        <w:jc w:val="both"/>
      </w:pPr>
      <w:r>
        <w:rPr>
          <w:rFonts w:ascii="Georgia" w:hAnsi="Georgia"/>
          <w:b w:val="0"/>
          <w:i w:val="0"/>
          <w:color w:val="000000"/>
          <w:sz w:val="24"/>
        </w:rPr>
        <w:t>И разъясним причину вышесказанного: как такое возможно? Дело в том, что хотя в том высшем зивуге Аба ве-Има оттуда и выходят души людей и души ангелов, это указывает лишь на то, что произойдет впоследствии: они еще не готовы и не завершены, пока не вступят в зивуг ЗОН де-Ацилут — и лишь тогда они выходят из того зивуга. Получается, что их корень находится в Аба ве-Има, в их собственном зивуге, но они не достигают совершенства и завершения вплоть до зивуга ЗОН. И этим разрешается упомянутый вопрос. Теперь же следует объяснить, почему души людей должны облачаться в тело, тогда как душам ангелов нет необходимости облачаться в тело, подобно душам людей. Смысл этого связан со сказанным выше: души ангелов происходят только от высшего духовного зивуга, называемого поцелуями, и потому им не нужно облачаться в тело. Души же людей происходят от нижнего телесного зивуга, и поэтому [человеческой душе] необходимо облачиться в тело в этом мире.</w:t>
      </w:r>
    </w:p>
    <w:p>
      <w:pPr>
        <w:spacing w:before="40" w:after="120"/>
        <w:jc w:val="both"/>
      </w:pPr>
      <w:r>
        <w:rPr>
          <w:rFonts w:ascii="Georgia" w:hAnsi="Georgia"/>
          <w:b w:val="0"/>
          <w:i w:val="0"/>
          <w:color w:val="000000"/>
          <w:sz w:val="24"/>
        </w:rPr>
        <w:t xml:space="preserve">Суть в том, что души ангелов, приходящие от зивуга поцелуев, поскольку это совершенный высший духовный зивуг, не имеют потребности в теле; но для произведения человеческих душ высшего духовного зивуга оказалось недостаточно: им необходимо выйти посредством нижнего телесного зивуга, и они должны облачиться в тело и совершать исправление через заповеди и добрые дела, которые исполняет само тело. И об этом сказали наши мудрецы, благословенной памяти (ХАЗАЛЬ): «Нет ни одного речения, вышедшего из уст Святого, благословен Он, из которого не возник бы ангел». Эти ангелы называются голосами, и в этом смысл сказанного: </w:t>
      </w:r>
      <w:r>
        <w:rPr>
          <w:rFonts w:ascii="Georgia" w:hAnsi="Georgia"/>
          <w:b w:val="0"/>
          <w:i/>
          <w:color w:val="000000"/>
          <w:sz w:val="24"/>
        </w:rPr>
        <w:t>«И весь народ видел голоса...»</w:t>
      </w:r>
      <w:r>
        <w:rPr>
          <w:rFonts w:ascii="Georgia" w:hAnsi="Georgia"/>
          <w:b w:val="0"/>
          <w:i w:val="0"/>
          <w:color w:val="000000"/>
          <w:sz w:val="24"/>
        </w:rPr>
        <w:t xml:space="preserve"> (Шмот 20:15), как упомянуто в «Тиккуней Зоар», смотри там.</w:t>
      </w:r>
    </w:p>
    <w:p>
      <w:pPr>
        <w:spacing w:before="40" w:after="120"/>
        <w:jc w:val="both"/>
      </w:pPr>
      <w:r>
        <w:rPr>
          <w:rFonts w:ascii="Georgia" w:hAnsi="Georgia"/>
          <w:b w:val="0"/>
          <w:i w:val="0"/>
          <w:color w:val="000000"/>
          <w:sz w:val="24"/>
        </w:rPr>
        <w:t>Помни же и не забывай: хотя души людей и души ангелов выходят из двух видов зивугов — высшего и нижнего [де-Аба ве-Има], при всем том они исправляются и завершаются лишь затем, посредством зивуга ЗОН, в котором тоже есть высший и нижний: ангелы — от высшего, а души людей — от нижнего. Ведь иначе их достоинство было бы выше, чем у ЗОН, а это невозможно, как сказано выше.</w:t>
      </w:r>
    </w:p>
    <w:p>
      <w:pPr>
        <w:spacing w:before="40" w:after="120"/>
        <w:jc w:val="both"/>
      </w:pPr>
      <w:r>
        <w:rPr>
          <w:rFonts w:ascii="Georgia" w:hAnsi="Georgia"/>
          <w:b w:val="0"/>
          <w:i w:val="0"/>
          <w:color w:val="000000"/>
          <w:sz w:val="24"/>
        </w:rPr>
        <w:t>Знай также, что среди людей есть души, происходящие и от зивуга поцелуев, как будет сказано; однако душам ангелов было достаточно одного лишь зивуга поцелуев, и им не понадобилось повторно выходить через нижний телесный зивуг, тогда как душам нижних [людей], даже если они выходят от поцелуев, потребовалось повторно пройти через упомянутый нижний телесный зивуг.</w:t>
      </w:r>
    </w:p>
    <w:p>
      <w:pPr>
        <w:spacing w:before="40" w:after="120"/>
        <w:jc w:val="both"/>
      </w:pPr>
      <w:r>
        <w:rPr>
          <w:rFonts w:ascii="Georgia" w:hAnsi="Georgia"/>
          <w:b w:val="0"/>
          <w:i w:val="0"/>
          <w:color w:val="000000"/>
          <w:sz w:val="24"/>
        </w:rPr>
        <w:t>Также тебе следует знать: хотя все души людей выходят посредством нижнего телесного зивуга, а души ангелов — от высшего духовного зивуга, тем не менее есть такой нижний зивуг, который выше зивуга поцелуев. Это второй зивуг вынашивания мохин де-ЗОН: он выше всех семи видов поцелуев и всех трех упомянутых зивугов. И получается, что души нижних, выходящие оттуда, выше всех остальных видов душ и выше всех видов ангелов.</w:t>
      </w:r>
    </w:p>
    <w:p>
      <w:pPr>
        <w:spacing w:before="40" w:after="120"/>
        <w:jc w:val="both"/>
      </w:pPr>
      <w:r>
        <w:rPr>
          <w:rFonts w:ascii="Georgia" w:hAnsi="Georgia"/>
          <w:b w:val="0"/>
          <w:i w:val="0"/>
          <w:color w:val="000000"/>
          <w:sz w:val="24"/>
        </w:rPr>
        <w:t>Знай также, что вторые поцелуи, присутствующие при каждом нижнем зивуге, выше поцелуев, происходящих до упомянутого зивуга. Однако самые первые поцелуи из всех, случившиеся до того, как были отобраны ЗОН, выше всех остальных поцелуев вообще: из них вышли святые ангелы, чьи имена никогда не меняются, и они пребывают вечно — как сказали наши мудрецы (ХАЗАЛЬ) о [словах молитвы] «Создающий служителей» и «служители Его»; и эти ангелы возвышеннее всех прочих ангелов. Однако человеческие души, вышедшие от нижнего зивуга вынашивания мохин, выше всех — даже тех упомянутых возвышенных ангелов. Нижний зивуг второго вынашивания мохин выше всех зивугов и выше самих поцелуев; таким образом, души, выходящие от вторых поцелуев второго вынашивания мохин, выше всех ангелов — даже тех самых первых возвышенных [ангелов], о которых мы рассказали.</w:t>
      </w:r>
    </w:p>
    <w:p>
      <w:pPr>
        <w:spacing w:before="40" w:after="120"/>
        <w:jc w:val="both"/>
      </w:pPr>
      <w:r>
        <w:rPr>
          <w:rFonts w:ascii="Georgia" w:hAnsi="Georgia"/>
          <w:b w:val="0"/>
          <w:i w:val="0"/>
          <w:color w:val="000000"/>
          <w:sz w:val="24"/>
        </w:rPr>
        <w:t>И мы уже объяснили, что души людей повторно выходят через нижний телесный зивуг и тогда достигают совершенства, в то время как душам ангелов было достаточно одних лишь поцелуев. Поэтому теперь мы разъясним сами зивуги поцелуев: какие из них относятся к ангелам, а какие — к душам людей. Ведь все три нижних зивуга производят души людей, которые сначала вышли от зивуга поцелуев, но должны были повторно пройти и через нижний зивуг, как сказано выше. Разъясним также их порядок и превосходство друг над другом:</w:t>
      </w:r>
    </w:p>
    <w:p>
      <w:pPr>
        <w:pStyle w:val="ListNumber"/>
        <w:spacing w:before="20" w:after="40"/>
      </w:pPr>
      <w:r>
        <w:rPr>
          <w:rFonts w:ascii="Georgia" w:hAnsi="Georgia"/>
          <w:b w:val="0"/>
          <w:i w:val="0"/>
          <w:color w:val="000000"/>
          <w:sz w:val="24"/>
        </w:rPr>
        <w:t>Вторые поцелуи мохин.</w:t>
      </w:r>
    </w:p>
    <w:p>
      <w:pPr>
        <w:pStyle w:val="ListNumber"/>
        <w:spacing w:before="20" w:after="40"/>
      </w:pPr>
      <w:r>
        <w:rPr>
          <w:rFonts w:ascii="Georgia" w:hAnsi="Georgia"/>
          <w:b w:val="0"/>
          <w:i w:val="0"/>
          <w:color w:val="000000"/>
          <w:sz w:val="24"/>
        </w:rPr>
        <w:t>Первые поцелуи до того, как состоялся нижний зивуг, до того, как были отобраны ЗОН; из них творятся души ангелов, выше которых нет среди всех ангелов, как сказано выше.</w:t>
      </w:r>
    </w:p>
    <w:p>
      <w:pPr>
        <w:pStyle w:val="ListNumber"/>
        <w:spacing w:before="20" w:after="40"/>
      </w:pPr>
      <w:r>
        <w:rPr>
          <w:rFonts w:ascii="Georgia" w:hAnsi="Georgia"/>
          <w:b w:val="0"/>
          <w:i w:val="0"/>
          <w:color w:val="000000"/>
          <w:sz w:val="24"/>
        </w:rPr>
        <w:t>Вторые поцелуи при первом вынашивании де-ЗОН.</w:t>
      </w:r>
    </w:p>
    <w:p>
      <w:pPr>
        <w:pStyle w:val="ListNumber"/>
        <w:spacing w:before="20" w:after="40"/>
      </w:pPr>
      <w:r>
        <w:rPr>
          <w:rFonts w:ascii="Georgia" w:hAnsi="Georgia"/>
          <w:b w:val="0"/>
          <w:i w:val="0"/>
          <w:color w:val="000000"/>
          <w:sz w:val="24"/>
        </w:rPr>
        <w:t>Первые поцелуи первого вынашивания.</w:t>
      </w:r>
    </w:p>
    <w:p>
      <w:pPr>
        <w:pStyle w:val="ListNumber"/>
        <w:spacing w:before="20" w:after="40"/>
      </w:pPr>
      <w:r>
        <w:rPr>
          <w:rFonts w:ascii="Georgia" w:hAnsi="Georgia"/>
          <w:b w:val="0"/>
          <w:i w:val="0"/>
          <w:color w:val="000000"/>
          <w:sz w:val="24"/>
        </w:rPr>
        <w:t>Вторые поцелуи зивуга жизненной силы миров.</w:t>
      </w:r>
    </w:p>
    <w:p>
      <w:pPr>
        <w:pStyle w:val="ListNumber"/>
        <w:spacing w:before="20" w:after="40"/>
      </w:pPr>
      <w:r>
        <w:rPr>
          <w:rFonts w:ascii="Georgia" w:hAnsi="Georgia"/>
          <w:b w:val="0"/>
          <w:i w:val="0"/>
          <w:color w:val="000000"/>
          <w:sz w:val="24"/>
        </w:rPr>
        <w:t>Первые поцелуи мохин.</w:t>
      </w:r>
    </w:p>
    <w:p>
      <w:pPr>
        <w:pStyle w:val="ListNumber"/>
        <w:spacing w:before="20" w:after="40"/>
      </w:pPr>
      <w:r>
        <w:rPr>
          <w:rFonts w:ascii="Georgia" w:hAnsi="Georgia"/>
          <w:b w:val="0"/>
          <w:i w:val="0"/>
          <w:color w:val="000000"/>
          <w:sz w:val="24"/>
        </w:rPr>
        <w:t>Первые поцелуи зивуга жизненной силы миров.</w:t>
      </w:r>
    </w:p>
    <w:p>
      <w:pPr>
        <w:spacing w:before="40" w:after="120"/>
        <w:jc w:val="both"/>
      </w:pPr>
      <w:r>
        <w:rPr>
          <w:rFonts w:ascii="Georgia" w:hAnsi="Georgia"/>
          <w:b w:val="0"/>
          <w:i w:val="0"/>
          <w:color w:val="000000"/>
          <w:sz w:val="24"/>
        </w:rPr>
        <w:t>Итак, порядок их достоинства разъяснен; при этом ступени 1, 3, 4 и 5 — буквы алеф, гимель, далет, хэй (</w:t>
      </w:r>
      <w:r>
        <w:rPr>
          <w:rFonts w:ascii="Georgia" w:hAnsi="Georgia" w:cs="Times New Roman"/>
          <w:b/>
          <w:i w:val="0"/>
          <w:color w:val="000000"/>
          <w:sz w:val="24"/>
          <w:rtl/>
          <w:szCs w:val="32"/>
        </w:rPr>
        <w:t>אגד״ה</w:t>
      </w:r>
      <w:r>
        <w:rPr>
          <w:rFonts w:ascii="Georgia" w:hAnsi="Georgia"/>
          <w:b w:val="0"/>
          <w:i w:val="0"/>
          <w:color w:val="000000"/>
          <w:sz w:val="24"/>
        </w:rPr>
        <w:t>) — это души людей, а ступени 2, 6 и 7 — буквы бэт, вав, зайн (</w:t>
      </w:r>
      <w:r>
        <w:rPr>
          <w:rFonts w:ascii="Georgia" w:hAnsi="Georgia" w:cs="Times New Roman"/>
          <w:b/>
          <w:i w:val="0"/>
          <w:color w:val="000000"/>
          <w:sz w:val="24"/>
          <w:rtl/>
          <w:szCs w:val="32"/>
        </w:rPr>
        <w:t>בו״ז</w:t>
      </w:r>
      <w:r>
        <w:rPr>
          <w:rFonts w:ascii="Georgia" w:hAnsi="Georgia"/>
          <w:b w:val="0"/>
          <w:i w:val="0"/>
          <w:color w:val="000000"/>
          <w:sz w:val="24"/>
        </w:rPr>
        <w:t>) — это души ангелов.</w:t>
      </w:r>
    </w:p>
    <w:p>
      <w:pPr>
        <w:spacing w:before="40" w:after="120"/>
        <w:jc w:val="both"/>
      </w:pPr>
      <w:r>
        <w:rPr>
          <w:rFonts w:ascii="Georgia" w:hAnsi="Georgia"/>
          <w:b w:val="0"/>
          <w:i w:val="0"/>
          <w:color w:val="000000"/>
          <w:sz w:val="24"/>
        </w:rPr>
        <w:t>Вот так был разъяснен порядок душ ангелов, вышедших от зивуга Аба ве-Има. И точно так же при зивуге ЗА и Рахели присутствуют буквально все эти свойства, ведь и ЗОН соотносятся с тем, что ниже них, подобно Аба ве-Има. Точно так же и при зивуге Исраэля и Леи, при зивуге Яакова и Рахели, а также при зивуге Яакова и Леи. И все это — в Ацилуте; и точно так же — в Брие, все они — в Ецире, и все они — в Асие. И из этого ты поймешь, сколько существует видов душ и сколько видов ангелов — бесчисленное множество ступеней, отличающихся друг от друга.</w:t>
      </w:r>
    </w:p>
    <w:p>
      <w:pPr>
        <w:spacing w:before="40" w:after="120"/>
        <w:jc w:val="both"/>
      </w:pPr>
      <w:r>
        <w:rPr>
          <w:rFonts w:ascii="Georgia" w:hAnsi="Georgia"/>
          <w:b w:val="0"/>
          <w:i w:val="0"/>
          <w:color w:val="000000"/>
          <w:sz w:val="24"/>
        </w:rPr>
        <w:t>Теперь же мы объясним упомянутые души, которые делятся на две категории. А именно: мы находим несколько видов душ, происходящих от зивуга высшего мира, которые затем опустились вниз из-за изъяна: одна опускается на одну ступень, другая — на две ступени, и тому подобное — множество видов падений происходит с душами по причине изъяна. И получается, что есть такие души, чей корень находится свыше, но из-за изъяна они опустились вниз и вышли там, внизу; а есть те, чей изначальный корень — всего лишь из того места, откуда они вышли в этот мир.</w:t>
      </w:r>
    </w:p>
    <w:p>
      <w:pPr>
        <w:spacing w:before="40" w:after="120"/>
        <w:jc w:val="both"/>
      </w:pPr>
      <w:r>
        <w:rPr>
          <w:rFonts w:ascii="Georgia" w:hAnsi="Georgia"/>
          <w:b w:val="0"/>
          <w:i w:val="0"/>
          <w:color w:val="000000"/>
          <w:sz w:val="24"/>
        </w:rPr>
        <w:t xml:space="preserve">И эти два свойства неодинаковы: ведь душа, корень которой в Ацилуте, а затем из-за изъяна она опустилась в Асию и вышла из Асии, определенно способна исправиться еще при жизни и подниматься со ступени на ступень, пока не достигнет зивуга де-Ацилут, где находился ее корень, и не включится вплоть дотуда, так что ей не потребуется перевоплощаться. И в этом тайна молитвы падения ниц (нефилат апаим) в утренней службе будней, когда [происходит зивуг] Яакова и Рахели — главной Нуквы, как известно; и тогда [душа] поднимается туда в том зивуге и выходит оттуда новым творением, пока не поднимется до своего корня. Тот же, чей корень души изначально снизу, но он желает своими делами подняться выше своего корня, откуда он происходил, — не может подняться днем, как сказано выше. Однако ночью он поднимается со стихом </w:t>
      </w:r>
      <w:r>
        <w:rPr>
          <w:rFonts w:ascii="Georgia" w:hAnsi="Georgia"/>
          <w:b w:val="0"/>
          <w:i/>
          <w:color w:val="000000"/>
          <w:sz w:val="24"/>
        </w:rPr>
        <w:t>«В руку Твою вверяю дух мой...»</w:t>
      </w:r>
      <w:r>
        <w:rPr>
          <w:rFonts w:ascii="Georgia" w:hAnsi="Georgia"/>
          <w:b w:val="0"/>
          <w:i w:val="0"/>
          <w:color w:val="000000"/>
          <w:sz w:val="24"/>
        </w:rPr>
        <w:t xml:space="preserve"> (Теилим 31:6) — посредством зивуга Яакова и Леи — и выходит оттуда новым творением согласно сказанному: </w:t>
      </w:r>
      <w:r>
        <w:rPr>
          <w:rFonts w:ascii="Georgia" w:hAnsi="Georgia"/>
          <w:b w:val="0"/>
          <w:i/>
          <w:color w:val="000000"/>
          <w:sz w:val="24"/>
        </w:rPr>
        <w:t>«Новы каждое утро...»</w:t>
      </w:r>
      <w:r>
        <w:rPr>
          <w:rFonts w:ascii="Georgia" w:hAnsi="Georgia"/>
          <w:b w:val="0"/>
          <w:i w:val="0"/>
          <w:color w:val="000000"/>
          <w:sz w:val="24"/>
        </w:rPr>
        <w:t xml:space="preserve"> (Эйха 3:23), пока не поднимется по мере своих деяний.</w:t>
      </w:r>
    </w:p>
    <w:p>
      <w:pPr>
        <w:spacing w:before="40" w:after="120"/>
        <w:jc w:val="both"/>
      </w:pPr>
      <w:r>
        <w:rPr>
          <w:rFonts w:ascii="Georgia" w:hAnsi="Georgia"/>
          <w:b w:val="0"/>
          <w:i w:val="0"/>
          <w:color w:val="000000"/>
          <w:sz w:val="24"/>
        </w:rPr>
        <w:t xml:space="preserve">[Таким образом, общее между ними то, что все души способны бесконечно подниматься со ступени на ступень; однако высшая [душа], желающая вернуться к своему корню, поднимается днем при падении ниц, а низшая, стремящаяся подняться выше своей ступени, поднимается только ночью со стихом </w:t>
      </w:r>
      <w:r>
        <w:rPr>
          <w:rFonts w:ascii="Georgia" w:hAnsi="Georgia"/>
          <w:b w:val="0"/>
          <w:i/>
          <w:color w:val="000000"/>
          <w:sz w:val="24"/>
        </w:rPr>
        <w:t>«В руку Твою вверяю дух мой...»</w:t>
      </w:r>
      <w:r>
        <w:rPr>
          <w:rFonts w:ascii="Georgia" w:hAnsi="Georgia"/>
          <w:b w:val="0"/>
          <w:i w:val="0"/>
          <w:color w:val="000000"/>
          <w:sz w:val="24"/>
        </w:rPr>
        <w:t xml:space="preserve"> (Теилим 31:6). И все это — если человек обратит к этому свое сердце с сосредоточенным намерением (каваной), совершив подобающие добрые дела, чтобы смочь подняться; и благодаря этому ему не придется перевоплощаться после смерти, но он исправится еще при жизни. Различие же в том, новая ли это душа или нет, разъяснено в другом учении, смотри там, ведь в нем подробно объяснено, что в этом вопросе есть глубокие различия.]</w:t>
      </w:r>
    </w:p>
    <w:p>
      <w:pPr>
        <w:keepNext/>
        <w:spacing w:before="320" w:after="120"/>
      </w:pPr>
      <w:r>
        <w:rPr>
          <w:rFonts w:ascii="Georgia" w:hAnsi="Georgia"/>
          <w:b w:val="0"/>
          <w:i w:val="0"/>
          <w:color w:val="000000"/>
          <w:sz w:val="32"/>
        </w:rPr>
        <w:t>Ветвь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В других вратах мы уже объяснили в общих чертах три стадии, присущие ЗА: ибур, еника и мохин. Теперь же подробно и обстоятельно разберем каждую из этих стадий. Также мы объясним рождение душ, выходящих при зивуге Аба ве-Има, которые названы </w:t>
      </w:r>
      <w:r>
        <w:rPr>
          <w:rFonts w:ascii="Georgia" w:hAnsi="Georgia"/>
          <w:b w:val="0"/>
          <w:i/>
          <w:color w:val="000000"/>
          <w:sz w:val="24"/>
        </w:rPr>
        <w:t>«братьями и ближними»</w:t>
      </w:r>
      <w:r>
        <w:rPr>
          <w:rFonts w:ascii="Georgia" w:hAnsi="Georgia"/>
          <w:b w:val="0"/>
          <w:i w:val="0"/>
          <w:color w:val="000000"/>
          <w:sz w:val="24"/>
        </w:rPr>
        <w:t xml:space="preserve"> (Теилим 122:8) по отношению к ЗОН, как упоминается в другом месте.</w:t>
      </w:r>
    </w:p>
    <w:p>
      <w:pPr>
        <w:spacing w:before="40" w:after="120"/>
        <w:jc w:val="both"/>
      </w:pPr>
      <w:r>
        <w:rPr>
          <w:rFonts w:ascii="Georgia" w:hAnsi="Georgia"/>
          <w:b w:val="0"/>
          <w:i w:val="0"/>
          <w:color w:val="000000"/>
          <w:sz w:val="24"/>
        </w:rPr>
        <w:t>Известно, что нет ни одной капли, которая не включала бы в себя [четыре Имени]: АБ, САГ, МА и БОН. Сама же капля мужского начала, представляющая собой мозг зародыша, происходит исключительно от Имени АБ с наполнением буквами йод, в наполнении которого содержатся четыре буквы йод. И от этих четырех букв йод протянулась эта капля, будучи включенной в эти четыре буквы йод; и тогда она пришла, включая в себя ступени хая и НАРАН, соответствующие самим этим четырем буквам йод.</w:t>
      </w:r>
    </w:p>
    <w:p>
      <w:pPr>
        <w:spacing w:before="40" w:after="120"/>
        <w:jc w:val="both"/>
      </w:pPr>
      <w:r>
        <w:rPr>
          <w:rFonts w:ascii="Georgia" w:hAnsi="Georgia"/>
          <w:b w:val="0"/>
          <w:i w:val="0"/>
          <w:color w:val="000000"/>
          <w:sz w:val="24"/>
        </w:rPr>
        <w:t>Однако упомянутое Имя АБ, от которого протягивается эта капля, содержащая четыре буквы йод, находится наверху, в высшем Даат, называемом высшим Хеседом (</w:t>
      </w:r>
      <w:r>
        <w:rPr>
          <w:rFonts w:ascii="Georgia" w:hAnsi="Georgia"/>
          <w:b w:val="0"/>
          <w:i/>
          <w:color w:val="000000"/>
          <w:sz w:val="24"/>
        </w:rPr>
        <w:t>Хесед илаа</w:t>
      </w:r>
      <w:r>
        <w:rPr>
          <w:rFonts w:ascii="Georgia" w:hAnsi="Georgia"/>
          <w:b w:val="0"/>
          <w:i w:val="0"/>
          <w:color w:val="000000"/>
          <w:sz w:val="24"/>
        </w:rPr>
        <w:t xml:space="preserve">). Это восьмой мазаль дикна де-АА, именуемый </w:t>
      </w:r>
      <w:r>
        <w:rPr>
          <w:rFonts w:ascii="Georgia" w:hAnsi="Georgia"/>
          <w:b w:val="0"/>
          <w:i/>
          <w:color w:val="000000"/>
          <w:sz w:val="24"/>
        </w:rPr>
        <w:t>Ноцер хесед</w:t>
      </w:r>
      <w:r>
        <w:rPr>
          <w:rFonts w:ascii="Georgia" w:hAnsi="Georgia"/>
          <w:b w:val="0"/>
          <w:i w:val="0"/>
          <w:color w:val="000000"/>
          <w:sz w:val="24"/>
        </w:rPr>
        <w:t xml:space="preserve"> («Хранящий милость», </w:t>
      </w:r>
      <w:r>
        <w:rPr>
          <w:rFonts w:ascii="Georgia" w:hAnsi="Georgia" w:cs="Times New Roman"/>
          <w:b/>
          <w:i w:val="0"/>
          <w:color w:val="000000"/>
          <w:sz w:val="24"/>
          <w:rtl/>
          <w:szCs w:val="32"/>
        </w:rPr>
        <w:t>נוֹצֵר חֶסֶד</w:t>
      </w:r>
      <w:r>
        <w:rPr>
          <w:rFonts w:ascii="Georgia" w:hAnsi="Georgia"/>
          <w:b w:val="0"/>
          <w:i w:val="0"/>
          <w:color w:val="000000"/>
          <w:sz w:val="24"/>
        </w:rPr>
        <w:t xml:space="preserve">), который, как известно, относится к мужскому началу. Это категория Хесед, ведь гематрия слова </w:t>
      </w:r>
      <w:r>
        <w:rPr>
          <w:rFonts w:ascii="Georgia" w:hAnsi="Georgia"/>
          <w:b w:val="0"/>
          <w:i/>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равна 72 (</w:t>
      </w:r>
      <w:r>
        <w:rPr>
          <w:rFonts w:ascii="Georgia" w:hAnsi="Georgia" w:cs="Times New Roman"/>
          <w:b/>
          <w:i w:val="0"/>
          <w:color w:val="000000"/>
          <w:sz w:val="24"/>
          <w:rtl/>
          <w:szCs w:val="32"/>
        </w:rPr>
        <w:t>ע״ב</w:t>
      </w:r>
      <w:r>
        <w:rPr>
          <w:rFonts w:ascii="Georgia" w:hAnsi="Georgia"/>
          <w:b w:val="0"/>
          <w:i w:val="0"/>
          <w:color w:val="000000"/>
          <w:sz w:val="24"/>
        </w:rPr>
        <w:t xml:space="preserve">); и восьмой мазаль называется Именем АБ с наполнением буквами йод. Эти четыре буквы йод спускаются по тайне зивуга к тринадцатому мазалю — </w:t>
      </w:r>
      <w:r>
        <w:rPr>
          <w:rFonts w:ascii="Georgia" w:hAnsi="Georgia"/>
          <w:b w:val="0"/>
          <w:i/>
          <w:color w:val="000000"/>
          <w:sz w:val="24"/>
        </w:rPr>
        <w:t>Ве-наке</w:t>
      </w:r>
      <w:r>
        <w:rPr>
          <w:rFonts w:ascii="Georgia" w:hAnsi="Georgia"/>
          <w:b w:val="0"/>
          <w:i w:val="0"/>
          <w:color w:val="000000"/>
          <w:sz w:val="24"/>
        </w:rPr>
        <w:t xml:space="preserve"> («И очищающий», </w:t>
      </w:r>
      <w:r>
        <w:rPr>
          <w:rFonts w:ascii="Georgia" w:hAnsi="Georgia" w:cs="Times New Roman"/>
          <w:b/>
          <w:i w:val="0"/>
          <w:color w:val="000000"/>
          <w:sz w:val="24"/>
          <w:rtl/>
          <w:szCs w:val="32"/>
        </w:rPr>
        <w:t>וְנַקֵּה</w:t>
      </w:r>
      <w:r>
        <w:rPr>
          <w:rFonts w:ascii="Georgia" w:hAnsi="Georgia"/>
          <w:b w:val="0"/>
          <w:i w:val="0"/>
          <w:color w:val="000000"/>
          <w:sz w:val="24"/>
        </w:rPr>
        <w:t>), представляющему собой женское начало. Оттуда они протягиваются к семи краям Абы, первый край которых также называется Хесед; оттуда протягиваются к семи краям Имы, оттуда — до Хесед де-ЗА, а оттуда протягиваются в Есод де-ЗА. Знай одно предварительное положение: то, что Есод притягивает сверху, совершенно не уплотняется и не облачается. В этом смысл света Сотворения мира (</w:t>
      </w:r>
      <w:r>
        <w:rPr>
          <w:rFonts w:ascii="Georgia" w:hAnsi="Georgia"/>
          <w:b w:val="0"/>
          <w:i/>
          <w:color w:val="000000"/>
          <w:sz w:val="24"/>
        </w:rPr>
        <w:t>маасе Берешит</w:t>
      </w:r>
      <w:r>
        <w:rPr>
          <w:rFonts w:ascii="Georgia" w:hAnsi="Georgia"/>
          <w:b w:val="0"/>
          <w:i w:val="0"/>
          <w:color w:val="000000"/>
          <w:sz w:val="24"/>
        </w:rPr>
        <w:t>), который светил от края мира и до края, а затем [Творец] сокрыл его. И хотя этот свет данной капли спускается со ступени на ступень, как сказано выше, он вовсе не уплотняется и не облачается, и свечение его внизу столь же велико, как и наверху, в отличие от шефа, спускающегося от остальных сфирот.</w:t>
      </w:r>
    </w:p>
    <w:p>
      <w:pPr>
        <w:spacing w:before="40" w:after="120"/>
        <w:jc w:val="both"/>
      </w:pPr>
      <w:r>
        <w:rPr>
          <w:rFonts w:ascii="Georgia" w:hAnsi="Georgia"/>
          <w:b w:val="0"/>
          <w:i w:val="0"/>
          <w:color w:val="000000"/>
          <w:sz w:val="24"/>
        </w:rPr>
        <w:t>Суть в том, что упомянутая капля, включающая в себя четыре буквы йод, совершенно не облачается и не уплотняется при своем спуске вниз, и в ней содержится совокупность НАРАНХАЙ. Эта стадия называется светом Сотворения мира. Об этом же говорится в Зоаре (Трума 163а, 167а) по поводу света, воды и небосвода. Вглядись внимательно в то, что мы здесь разъясним, и благодаря этому ты поймешь бóльшую часть того рассуждения. Итак, эта стадия называется «светом», представляющим собой духовную тонкость сфирот. Что касается упомянутого свойства воды, это означает: когда эта капля находится во чреве Нуквы, она оформляется и облачается внутри келим. Однако необходимо, чтобы в ней самой присутствовала способность к этому облачению в келим, называемая «водой» и «небосводом», тогда как [изначально] она относится к категории света. Разъясним же категорию воды, относящуюся к Имени САГ (ведь свет относится к Имени АБ).</w:t>
      </w:r>
    </w:p>
    <w:p>
      <w:pPr>
        <w:spacing w:before="40" w:after="120"/>
        <w:jc w:val="both"/>
      </w:pPr>
      <w:r>
        <w:rPr>
          <w:rFonts w:ascii="Georgia" w:hAnsi="Georgia"/>
          <w:b w:val="0"/>
          <w:i w:val="0"/>
          <w:color w:val="000000"/>
          <w:sz w:val="24"/>
        </w:rPr>
        <w:t>Упомянутая капля, являющаяся ступенью НАРАНХАЙ, должна облечься в тонкое одеяние, чтобы спуститься вниз. Сама она нисколько не овеществляется и не становится плотнее, чем была наверху, как сказано; однако для нее создается тонкое одеяние, являющееся кровью человека (</w:t>
      </w:r>
      <w:r>
        <w:rPr>
          <w:rFonts w:ascii="Georgia" w:hAnsi="Georgia"/>
          <w:b w:val="0"/>
          <w:i/>
          <w:color w:val="000000"/>
          <w:sz w:val="24"/>
        </w:rPr>
        <w:t>дам адам</w:t>
      </w:r>
      <w:r>
        <w:rPr>
          <w:rFonts w:ascii="Georgia" w:hAnsi="Georgia"/>
          <w:b w:val="0"/>
          <w:i w:val="0"/>
          <w:color w:val="000000"/>
          <w:sz w:val="24"/>
        </w:rPr>
        <w:t xml:space="preserve">, </w:t>
      </w:r>
      <w:r>
        <w:rPr>
          <w:rFonts w:ascii="Georgia" w:hAnsi="Georgia" w:cs="Times New Roman"/>
          <w:b/>
          <w:i w:val="0"/>
          <w:color w:val="000000"/>
          <w:sz w:val="24"/>
          <w:rtl/>
          <w:szCs w:val="32"/>
        </w:rPr>
        <w:t>דַּם אָדָם</w:t>
      </w:r>
      <w:r>
        <w:rPr>
          <w:rFonts w:ascii="Georgia" w:hAnsi="Georgia"/>
          <w:b w:val="0"/>
          <w:i w:val="0"/>
          <w:color w:val="000000"/>
          <w:sz w:val="24"/>
        </w:rPr>
        <w:t>), и протягивается вместе с ней из высшего Даат, называемого мазалем, как сказано выше.</w:t>
      </w:r>
    </w:p>
    <w:p>
      <w:pPr>
        <w:spacing w:before="40" w:after="120"/>
        <w:jc w:val="both"/>
      </w:pPr>
      <w:r>
        <w:rPr>
          <w:rFonts w:ascii="Georgia" w:hAnsi="Georgia"/>
          <w:b w:val="0"/>
          <w:i w:val="0"/>
          <w:color w:val="000000"/>
          <w:sz w:val="24"/>
        </w:rPr>
        <w:t xml:space="preserve">Суть же в том, что упомянутое одеяние, именуемое «водой», также протягивается от самих четырех букв йод Имени АБ, находящихся в восьмом мазале. Ты спускаешь их к тринадцатому мазалю, называемому </w:t>
      </w:r>
      <w:r>
        <w:rPr>
          <w:rFonts w:ascii="Georgia" w:hAnsi="Georgia"/>
          <w:b w:val="0"/>
          <w:i/>
          <w:color w:val="000000"/>
          <w:sz w:val="24"/>
        </w:rPr>
        <w:t>Ве-наке</w:t>
      </w:r>
      <w:r>
        <w:rPr>
          <w:rFonts w:ascii="Georgia" w:hAnsi="Georgia"/>
          <w:b w:val="0"/>
          <w:i w:val="0"/>
          <w:color w:val="000000"/>
          <w:sz w:val="24"/>
        </w:rPr>
        <w:t xml:space="preserve"> («И очищающий», </w:t>
      </w:r>
      <w:r>
        <w:rPr>
          <w:rFonts w:ascii="Georgia" w:hAnsi="Georgia" w:cs="Times New Roman"/>
          <w:b/>
          <w:i w:val="0"/>
          <w:color w:val="000000"/>
          <w:sz w:val="24"/>
          <w:rtl/>
          <w:szCs w:val="32"/>
        </w:rPr>
        <w:t>וְנַקֵּה</w:t>
      </w:r>
      <w:r>
        <w:rPr>
          <w:rFonts w:ascii="Georgia" w:hAnsi="Georgia"/>
          <w:b w:val="0"/>
          <w:i w:val="0"/>
          <w:color w:val="000000"/>
          <w:sz w:val="24"/>
        </w:rPr>
        <w:t xml:space="preserve">), который соответствует Имени ЭЙЕ с наполнением буквами йод, равному по числу слову </w:t>
      </w:r>
      <w:r>
        <w:rPr>
          <w:rFonts w:ascii="Georgia" w:hAnsi="Georgia"/>
          <w:b w:val="0"/>
          <w:i/>
          <w:color w:val="000000"/>
          <w:sz w:val="24"/>
        </w:rPr>
        <w:t>Ве-наке</w:t>
      </w:r>
      <w:r>
        <w:rPr>
          <w:rFonts w:ascii="Georgia" w:hAnsi="Georgia"/>
          <w:b w:val="0"/>
          <w:i w:val="0"/>
          <w:color w:val="000000"/>
          <w:sz w:val="24"/>
        </w:rPr>
        <w:t xml:space="preserve"> (161), и в нем содержатся три буквы йод. И тогда из этой ступени три нижние их буквы йод облачились в три буквы йод Имени ЭЙЕ в тринадцатом мазале. И хотя Имя ЭЙЕ в тринадцатом мазале не входит в счет, несмотря на то что [капля] также облачается в него, причина заключается в том, что вся тайна этой капли все еще относится к мужскому началу. Поэтому все наше намерение — протянуть ее по тайне АВАЯ, а не по Имени ЭЙЕ, представляющему собой женское начало. Вот теперь категория воды, в которую она приходит облачиться.</w:t>
      </w:r>
    </w:p>
    <w:p>
      <w:pPr>
        <w:spacing w:before="40" w:after="120"/>
        <w:jc w:val="both"/>
      </w:pPr>
      <w:r>
        <w:rPr>
          <w:rFonts w:ascii="Georgia" w:hAnsi="Georgia"/>
          <w:b w:val="0"/>
          <w:i w:val="0"/>
          <w:color w:val="000000"/>
          <w:sz w:val="24"/>
        </w:rPr>
        <w:t>Но знай, что четыре буквы йод Имени АБ первой стадии не облачаются вовсе из-за заключенного в них великого света. Однако у четырех букв йод второй стадии три их нижние буквы йод облачаются друг в друга и уплотняются. В отличие от первой стадии, именуемой «светом», где ни одна из четырех букв йод не облачалась, на этой второй стадии три нижние буквы йод уплотнились и облачились в три буквы йод Имени ЭЙЕ; первая же буква йод, представляющая собой ступень «души души» (</w:t>
      </w:r>
      <w:r>
        <w:rPr>
          <w:rFonts w:ascii="Georgia" w:hAnsi="Georgia"/>
          <w:b w:val="0"/>
          <w:i/>
          <w:color w:val="000000"/>
          <w:sz w:val="24"/>
        </w:rPr>
        <w:t>нешама ле-нешама</w:t>
      </w:r>
      <w:r>
        <w:rPr>
          <w:rFonts w:ascii="Georgia" w:hAnsi="Georgia"/>
          <w:b w:val="0"/>
          <w:i w:val="0"/>
          <w:color w:val="000000"/>
          <w:sz w:val="24"/>
        </w:rPr>
        <w:t>, то есть хая), не облачилась вовсе. Затем она спустилась еще ниже, в семь краев Аба ве-Има. А семь нижних сфирот (ЗАТ) Аба ве-Има относятся к категории САГ, как сказано выше. И тогда те же три нижние буквы йод Имени АБ вновь облачились в три буквы йод этого Имени САГ; первая же буква йод не облачилась, по упомянутой причине, ведь Имя САГ относится к ЗАТ Имы, как сказано выше. Затем они спустились до Хесед де-ЗА, а оттуда — в его Есод.</w:t>
      </w:r>
    </w:p>
    <w:p>
      <w:pPr>
        <w:spacing w:before="40" w:after="120"/>
        <w:jc w:val="both"/>
      </w:pPr>
      <w:r>
        <w:rPr>
          <w:rFonts w:ascii="Georgia" w:hAnsi="Georgia"/>
          <w:b w:val="0"/>
          <w:i w:val="0"/>
          <w:color w:val="000000"/>
          <w:sz w:val="24"/>
        </w:rPr>
        <w:t>И вот эта вторая стадия служит тонким одеянием для первой стадии, именуемой «светом мозга», тогда как вторая стадия называется «водой», то есть кровью, поскольку она облачает первую, в которой совершенно нет облачения и уплотнения, какие есть в этой. Причина же, почему она названа водой, заключается в том, что название «свет» указывает на предельную чистоту, без какого-либо облачения и плотности (авиют); а после того как она облеклась в тончайшее одеяние, она называется водой, ведь вода уже несколько плотнее и овеществленнее, хотя и чище остальных веществ, но все же обладает некоторой плотностью, как будет сказано при разборе слова «небосвод». Она также называется водой потому, что эта вторая стадия представляет собой четыре буквы йод Имени АБ восьмого мазаля, а три нижние буквы йод в нем облачились в три буквы йод Имени САГ. Всего получается семь букв йод, что дает число 70; а вместе с двумя общими суммами (колель) двух Имен АБ и САГ получается 72 (</w:t>
      </w:r>
      <w:r>
        <w:rPr>
          <w:rFonts w:ascii="Georgia" w:hAnsi="Georgia" w:cs="Times New Roman"/>
          <w:b/>
          <w:i w:val="0"/>
          <w:color w:val="000000"/>
          <w:sz w:val="24"/>
          <w:rtl/>
          <w:szCs w:val="32"/>
        </w:rPr>
        <w:t>ע״ב</w:t>
      </w:r>
      <w:r>
        <w:rPr>
          <w:rFonts w:ascii="Georgia" w:hAnsi="Georgia"/>
          <w:b w:val="0"/>
          <w:i w:val="0"/>
          <w:color w:val="000000"/>
          <w:sz w:val="24"/>
        </w:rPr>
        <w:t xml:space="preserve"> = 72), что равно числу слова </w:t>
      </w:r>
      <w:r>
        <w:rPr>
          <w:rFonts w:ascii="Georgia" w:hAnsi="Georgia"/>
          <w:b w:val="0"/>
          <w:i/>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xml:space="preserve"> = 72). А ты уже знаешь, что Хесед — это вода, и по этой причине данная стадия называется водой. И хотя они также облачаются в три буквы йод Имени ЭЙЕ с наполнением буквами йод в тринадцатом мазале, [это Имя] не засчитывается в название [и расчет], поскольку данная капля — капля мужских вод, тогда как ЭЙЕ — это женское начало. Поэтому оно не входит в этот подсчет, ведь все основное облачение происходит только в САГ, являющийся Именем АВАЯ, то есть мужским началом.</w:t>
      </w:r>
    </w:p>
    <w:p>
      <w:pPr>
        <w:spacing w:before="40" w:after="120"/>
        <w:jc w:val="both"/>
      </w:pPr>
      <w:r>
        <w:rPr>
          <w:rFonts w:ascii="Georgia" w:hAnsi="Georgia"/>
          <w:b w:val="0"/>
          <w:i w:val="0"/>
          <w:color w:val="000000"/>
          <w:sz w:val="24"/>
        </w:rPr>
        <w:t>И вот когда упомянутая капля спустилась теперь в этом одеянии, называемом «водой», внутрь ЗА, тогда возникает сочетание АВАЯ и ЭЛОКИМ, ведь сама капля — это АВАЯ, поскольку она протянута от четырех букв йод Имени АБ, а теперь она облачается в ЗА, который именуется ЭЛОКИМ, как упомянуто в Идра (лист 141а). И это Имя ЭЛОКИМ становится одеянием для упомянутой капли, представляющей собой Имя АВАЯ; к тому же, поскольку это вода, в ней сокрыта в глубоком потенциале некоторая мутность, и потому она называется ЭЛОКИМ.</w:t>
      </w:r>
    </w:p>
    <w:p>
      <w:pPr>
        <w:spacing w:before="40" w:after="120"/>
        <w:jc w:val="both"/>
      </w:pPr>
      <w:r>
        <w:rPr>
          <w:rFonts w:ascii="Georgia" w:hAnsi="Georgia"/>
          <w:b w:val="0"/>
          <w:i w:val="0"/>
          <w:color w:val="000000"/>
          <w:sz w:val="24"/>
        </w:rPr>
        <w:t>Есть и другая причина: стадия света состояла из четырех букв йод, [а вместе с семью буквами йод воды] их становится 11 (</w:t>
      </w:r>
      <w:r>
        <w:rPr>
          <w:rFonts w:ascii="Georgia" w:hAnsi="Georgia" w:cs="Times New Roman"/>
          <w:b/>
          <w:i w:val="0"/>
          <w:color w:val="000000"/>
          <w:sz w:val="24"/>
          <w:rtl/>
          <w:szCs w:val="32"/>
        </w:rPr>
        <w:t>י״א</w:t>
      </w:r>
      <w:r>
        <w:rPr>
          <w:rFonts w:ascii="Georgia" w:hAnsi="Georgia"/>
          <w:b w:val="0"/>
          <w:i w:val="0"/>
          <w:color w:val="000000"/>
          <w:sz w:val="24"/>
        </w:rPr>
        <w:t xml:space="preserve"> = 11), что дает число 110 (</w:t>
      </w:r>
      <w:r>
        <w:rPr>
          <w:rFonts w:ascii="Georgia" w:hAnsi="Georgia" w:cs="Times New Roman"/>
          <w:b/>
          <w:i w:val="0"/>
          <w:color w:val="000000"/>
          <w:sz w:val="24"/>
          <w:rtl/>
          <w:szCs w:val="32"/>
        </w:rPr>
        <w:t>ק״י</w:t>
      </w:r>
      <w:r>
        <w:rPr>
          <w:rFonts w:ascii="Georgia" w:hAnsi="Georgia"/>
          <w:b w:val="0"/>
          <w:i w:val="0"/>
          <w:color w:val="000000"/>
          <w:sz w:val="24"/>
        </w:rPr>
        <w:t xml:space="preserve"> = 110). А с двумя общими суммами (колель) двух Имен АБ и САГ получается 112 (</w:t>
      </w:r>
      <w:r>
        <w:rPr>
          <w:rFonts w:ascii="Georgia" w:hAnsi="Georgia" w:cs="Times New Roman"/>
          <w:b/>
          <w:i w:val="0"/>
          <w:color w:val="000000"/>
          <w:sz w:val="24"/>
          <w:rtl/>
          <w:szCs w:val="32"/>
        </w:rPr>
        <w:t>יב״ק</w:t>
      </w:r>
      <w:r>
        <w:rPr>
          <w:rFonts w:ascii="Georgia" w:hAnsi="Georgia"/>
          <w:b w:val="0"/>
          <w:i w:val="0"/>
          <w:color w:val="000000"/>
          <w:sz w:val="24"/>
        </w:rPr>
        <w:t xml:space="preserve"> = 112), что в точности равно числу сочетания АВАЯ и ЭЛОКИМ (26 + 86 = 112).</w:t>
      </w:r>
    </w:p>
    <w:p>
      <w:pPr>
        <w:spacing w:before="40" w:after="120"/>
        <w:jc w:val="both"/>
      </w:pPr>
      <w:r>
        <w:rPr>
          <w:rFonts w:ascii="Georgia" w:hAnsi="Georgia"/>
          <w:b w:val="0"/>
          <w:i w:val="0"/>
          <w:color w:val="000000"/>
          <w:sz w:val="24"/>
        </w:rPr>
        <w:t>Теперь же необходимо сделать для нее стадию, называемую «небосводом», относящуюся к Имени МА, как с Б-жьей помощью будет сказано, и это категория плоти. Суть в том, что после того как для этой капли, бывшей светом, посредством Имени САГ образовалось тонкое одеяние, называемое водой, для трех нижних букв йод Имени АБ, представляющих собой НАРАН, теперь необходимо сделать для нее второе, более плотное одеяние. И воды затвердеют и образуют небосвод, чтобы, когда этот плод выйдет на свет мира и покинет утробу матери, он находился на уровне небосвода — овеществленного, облаченного и затвердевшего. Известно, что когда младенец рождается и выходит на свет мира, в нем в действии (</w:t>
      </w:r>
      <w:r>
        <w:rPr>
          <w:rFonts w:ascii="Georgia" w:hAnsi="Georgia"/>
          <w:b w:val="0"/>
          <w:i/>
          <w:color w:val="000000"/>
          <w:sz w:val="24"/>
        </w:rPr>
        <w:t>бе-поаль</w:t>
      </w:r>
      <w:r>
        <w:rPr>
          <w:rFonts w:ascii="Georgia" w:hAnsi="Georgia"/>
          <w:b w:val="0"/>
          <w:i w:val="0"/>
          <w:color w:val="000000"/>
          <w:sz w:val="24"/>
        </w:rPr>
        <w:t>) раскрывается лишь уровень нефеш, а остальные — руах и нешама — присутствуют в нем в потенциале (</w:t>
      </w:r>
      <w:r>
        <w:rPr>
          <w:rFonts w:ascii="Georgia" w:hAnsi="Georgia"/>
          <w:b w:val="0"/>
          <w:i/>
          <w:color w:val="000000"/>
          <w:sz w:val="24"/>
        </w:rPr>
        <w:t>бе-коах</w:t>
      </w:r>
      <w:r>
        <w:rPr>
          <w:rFonts w:ascii="Georgia" w:hAnsi="Georgia"/>
          <w:b w:val="0"/>
          <w:i w:val="0"/>
          <w:color w:val="000000"/>
          <w:sz w:val="24"/>
        </w:rPr>
        <w:t>), но не в действии, и они лишены этого второго облачения. Но благодаря занятиям Торой и заповедями для них затем создается одеяние, и тогда они также облачатся и раскроются в действии. Поэтому для этой капли второе одеяние, называемое небосводом, создается лишь для последней ее буквы йод, соответствующей исключительно уровню нефеш. И потому это одеяние нефеш, называемое небосводом, образуется в самом ЗА из содержащегося в нем Имени МА с наполнением буквами алеф, а не приходит сверху.</w:t>
      </w:r>
    </w:p>
    <w:p>
      <w:pPr>
        <w:spacing w:before="40" w:after="120"/>
        <w:jc w:val="both"/>
      </w:pPr>
      <w:r>
        <w:rPr>
          <w:rFonts w:ascii="Georgia" w:hAnsi="Georgia"/>
          <w:b w:val="0"/>
          <w:i w:val="0"/>
          <w:color w:val="000000"/>
          <w:sz w:val="24"/>
        </w:rPr>
        <w:t>Необходимо разъяснить, как Имя САГ облачается в Имя МА, ведь между САГ и МА нет различия, кроме как в наполнении двух букв хэй: в САГ они наполнены буквами йод, а в МА — буквами алеф. И все же поистине все едино, согласно одному предварительному положению: все буквы алеф от Бины и ниже по своему начертанию представляют собой букву йод в ее наполнении (</w:t>
      </w:r>
      <w:r>
        <w:rPr>
          <w:rFonts w:ascii="Georgia" w:hAnsi="Georgia" w:cs="Times New Roman"/>
          <w:b/>
          <w:i w:val="0"/>
          <w:color w:val="000000"/>
          <w:sz w:val="24"/>
          <w:rtl/>
          <w:szCs w:val="32"/>
        </w:rPr>
        <w:t>יו״ד</w:t>
      </w:r>
      <w:r>
        <w:rPr>
          <w:rFonts w:ascii="Georgia" w:hAnsi="Georgia"/>
          <w:b w:val="0"/>
          <w:i w:val="0"/>
          <w:color w:val="000000"/>
          <w:sz w:val="24"/>
        </w:rPr>
        <w:t xml:space="preserve">), вот так: </w:t>
      </w:r>
      <w:r>
        <w:rPr>
          <w:rFonts w:ascii="Georgia" w:hAnsi="Georgia" w:cs="Times New Roman"/>
          <w:b/>
          <w:i w:val="0"/>
          <w:color w:val="000000"/>
          <w:sz w:val="24"/>
          <w:rtl/>
          <w:szCs w:val="32"/>
        </w:rPr>
        <w:t>א</w:t>
      </w:r>
      <w:r>
        <w:rPr>
          <w:rFonts w:ascii="Georgia" w:hAnsi="Georgia"/>
          <w:b w:val="0"/>
          <w:i w:val="0"/>
          <w:color w:val="000000"/>
          <w:sz w:val="24"/>
        </w:rPr>
        <w:t>; а от Бины и выше начертание их — йод-вав-вав (</w:t>
      </w:r>
      <w:r>
        <w:rPr>
          <w:rFonts w:ascii="Georgia" w:hAnsi="Georgia" w:cs="Times New Roman"/>
          <w:b/>
          <w:i w:val="0"/>
          <w:color w:val="000000"/>
          <w:sz w:val="24"/>
          <w:rtl/>
          <w:szCs w:val="32"/>
        </w:rPr>
        <w:t>יו״ו</w:t>
      </w:r>
      <w:r>
        <w:rPr>
          <w:rFonts w:ascii="Georgia" w:hAnsi="Georgia"/>
          <w:b w:val="0"/>
          <w:i w:val="0"/>
          <w:color w:val="000000"/>
          <w:sz w:val="24"/>
        </w:rPr>
        <w:t>), как сказано в «Тиккуней Зоар». И ведь буквы йод в буквах хэй Имени САГ сами и образуют начертание букв алеф Имени МА. Поэтому Имя МА целиком наполнено буквами алеф и представляет собой категорию небосвода, как сказано выше, облачаясь внутри него.</w:t>
      </w:r>
    </w:p>
    <w:p>
      <w:pPr>
        <w:spacing w:before="40" w:after="120"/>
        <w:jc w:val="both"/>
      </w:pPr>
      <w:r>
        <w:rPr>
          <w:rFonts w:ascii="Georgia" w:hAnsi="Georgia"/>
          <w:b w:val="0"/>
          <w:i w:val="0"/>
          <w:color w:val="000000"/>
          <w:sz w:val="24"/>
        </w:rPr>
        <w:t>Знай также, что буква алеф (</w:t>
      </w:r>
      <w:r>
        <w:rPr>
          <w:rFonts w:ascii="Georgia" w:hAnsi="Georgia" w:cs="Times New Roman"/>
          <w:b/>
          <w:i w:val="0"/>
          <w:color w:val="000000"/>
          <w:sz w:val="24"/>
          <w:rtl/>
          <w:szCs w:val="32"/>
        </w:rPr>
        <w:t>א</w:t>
      </w:r>
      <w:r>
        <w:rPr>
          <w:rFonts w:ascii="Georgia" w:hAnsi="Georgia"/>
          <w:b w:val="0"/>
          <w:i w:val="0"/>
          <w:color w:val="000000"/>
          <w:sz w:val="24"/>
        </w:rPr>
        <w:t>) внутри буквы вав (</w:t>
      </w:r>
      <w:r>
        <w:rPr>
          <w:rFonts w:ascii="Georgia" w:hAnsi="Georgia" w:cs="Times New Roman"/>
          <w:b/>
          <w:i w:val="0"/>
          <w:color w:val="000000"/>
          <w:sz w:val="24"/>
          <w:rtl/>
          <w:szCs w:val="32"/>
        </w:rPr>
        <w:t>ואו</w:t>
      </w:r>
      <w:r>
        <w:rPr>
          <w:rFonts w:ascii="Georgia" w:hAnsi="Georgia"/>
          <w:b w:val="0"/>
          <w:i w:val="0"/>
          <w:color w:val="000000"/>
          <w:sz w:val="24"/>
        </w:rPr>
        <w:t xml:space="preserve">) Имен МА и САГ относится к категории ЭЙЕ. Ведь буква алеф из наполнения буквы вав Имени САГ сама облачается в букву вав из наполнения Имени МА, числовое значение которого равно слову </w:t>
      </w:r>
      <w:r>
        <w:rPr>
          <w:rFonts w:ascii="Georgia" w:hAnsi="Georgia"/>
          <w:b w:val="0"/>
          <w:i/>
          <w:color w:val="000000"/>
          <w:sz w:val="24"/>
        </w:rPr>
        <w:t>адам</w:t>
      </w:r>
      <w:r>
        <w:rPr>
          <w:rFonts w:ascii="Georgia" w:hAnsi="Georgia"/>
          <w:b w:val="0"/>
          <w:i w:val="0"/>
          <w:color w:val="000000"/>
          <w:sz w:val="24"/>
        </w:rPr>
        <w:t xml:space="preserve"> («человек», </w:t>
      </w:r>
      <w:r>
        <w:rPr>
          <w:rFonts w:ascii="Georgia" w:hAnsi="Georgia" w:cs="Times New Roman"/>
          <w:b/>
          <w:i w:val="0"/>
          <w:color w:val="000000"/>
          <w:sz w:val="24"/>
          <w:rtl/>
          <w:szCs w:val="32"/>
        </w:rPr>
        <w:t>אָדָם</w:t>
      </w:r>
      <w:r>
        <w:rPr>
          <w:rFonts w:ascii="Georgia" w:hAnsi="Georgia"/>
          <w:b w:val="0"/>
          <w:i w:val="0"/>
          <w:color w:val="000000"/>
          <w:sz w:val="24"/>
        </w:rPr>
        <w:t xml:space="preserve"> = 45), и она относится к категории ЭЙЕ. Однако при ее спуске вниз для облачения в эту букву алеф из наполнения буквы вав раскрывается тайна ахораим Имени ЭЙЕ: алеф (</w:t>
      </w:r>
      <w:r>
        <w:rPr>
          <w:rFonts w:ascii="Georgia" w:hAnsi="Georgia" w:cs="Times New Roman"/>
          <w:b/>
          <w:i w:val="0"/>
          <w:color w:val="000000"/>
          <w:sz w:val="24"/>
          <w:rtl/>
          <w:szCs w:val="32"/>
        </w:rPr>
        <w:t>א</w:t>
      </w:r>
      <w:r>
        <w:rPr>
          <w:rFonts w:ascii="Georgia" w:hAnsi="Georgia"/>
          <w:b w:val="0"/>
          <w:i w:val="0"/>
          <w:color w:val="000000"/>
          <w:sz w:val="24"/>
        </w:rPr>
        <w:t xml:space="preserve"> = 1), алеф-хэй (</w:t>
      </w:r>
      <w:r>
        <w:rPr>
          <w:rFonts w:ascii="Georgia" w:hAnsi="Georgia" w:cs="Times New Roman"/>
          <w:b/>
          <w:i w:val="0"/>
          <w:color w:val="000000"/>
          <w:sz w:val="24"/>
          <w:rtl/>
          <w:szCs w:val="32"/>
        </w:rPr>
        <w:t>אה</w:t>
      </w:r>
      <w:r>
        <w:rPr>
          <w:rFonts w:ascii="Georgia" w:hAnsi="Georgia"/>
          <w:b w:val="0"/>
          <w:i w:val="0"/>
          <w:color w:val="000000"/>
          <w:sz w:val="24"/>
        </w:rPr>
        <w:t xml:space="preserve"> = 6), алеф-хэй-йод (</w:t>
      </w:r>
      <w:r>
        <w:rPr>
          <w:rFonts w:ascii="Georgia" w:hAnsi="Georgia" w:cs="Times New Roman"/>
          <w:b/>
          <w:i w:val="0"/>
          <w:color w:val="000000"/>
          <w:sz w:val="24"/>
          <w:rtl/>
          <w:szCs w:val="32"/>
        </w:rPr>
        <w:t>אהי</w:t>
      </w:r>
      <w:r>
        <w:rPr>
          <w:rFonts w:ascii="Georgia" w:hAnsi="Georgia"/>
          <w:b w:val="0"/>
          <w:i w:val="0"/>
          <w:color w:val="000000"/>
          <w:sz w:val="24"/>
        </w:rPr>
        <w:t xml:space="preserve"> = 16), алеф-хэй-йод-хэй (</w:t>
      </w:r>
      <w:r>
        <w:rPr>
          <w:rFonts w:ascii="Georgia" w:hAnsi="Georgia" w:cs="Times New Roman"/>
          <w:b/>
          <w:i w:val="0"/>
          <w:color w:val="000000"/>
          <w:sz w:val="24"/>
          <w:rtl/>
          <w:szCs w:val="32"/>
        </w:rPr>
        <w:t>אהיה</w:t>
      </w:r>
      <w:r>
        <w:rPr>
          <w:rFonts w:ascii="Georgia" w:hAnsi="Georgia"/>
          <w:b w:val="0"/>
          <w:i w:val="0"/>
          <w:color w:val="000000"/>
          <w:sz w:val="24"/>
        </w:rPr>
        <w:t xml:space="preserve"> = 21), что дает число 44 — гематрию слова </w:t>
      </w:r>
      <w:r>
        <w:rPr>
          <w:rFonts w:ascii="Georgia" w:hAnsi="Georgia"/>
          <w:b w:val="0"/>
          <w:i/>
          <w:color w:val="000000"/>
          <w:sz w:val="24"/>
        </w:rPr>
        <w:t>дам</w:t>
      </w:r>
      <w:r>
        <w:rPr>
          <w:rFonts w:ascii="Georgia" w:hAnsi="Georgia"/>
          <w:b w:val="0"/>
          <w:i w:val="0"/>
          <w:color w:val="000000"/>
          <w:sz w:val="24"/>
        </w:rPr>
        <w:t xml:space="preserve"> («кровь», </w:t>
      </w:r>
      <w:r>
        <w:rPr>
          <w:rFonts w:ascii="Georgia" w:hAnsi="Georgia" w:cs="Times New Roman"/>
          <w:b/>
          <w:i w:val="0"/>
          <w:color w:val="000000"/>
          <w:sz w:val="24"/>
          <w:rtl/>
          <w:szCs w:val="32"/>
        </w:rPr>
        <w:t>דָּם</w:t>
      </w:r>
      <w:r>
        <w:rPr>
          <w:rFonts w:ascii="Georgia" w:hAnsi="Georgia"/>
          <w:b w:val="0"/>
          <w:i w:val="0"/>
          <w:color w:val="000000"/>
          <w:sz w:val="24"/>
        </w:rPr>
        <w:t xml:space="preserve"> = 44), то есть нефеш, называемый кровью, как сказано: </w:t>
      </w:r>
      <w:r>
        <w:rPr>
          <w:rFonts w:ascii="Georgia" w:hAnsi="Georgia"/>
          <w:b w:val="0"/>
          <w:i/>
          <w:color w:val="000000"/>
          <w:sz w:val="24"/>
        </w:rPr>
        <w:t>«ибо кровь — это душа»</w:t>
      </w:r>
      <w:r>
        <w:rPr>
          <w:rFonts w:ascii="Georgia" w:hAnsi="Georgia"/>
          <w:b w:val="0"/>
          <w:i w:val="0"/>
          <w:color w:val="000000"/>
          <w:sz w:val="24"/>
        </w:rPr>
        <w:t xml:space="preserve"> (Дварим 12:23). Мера же ее — ревиит (четверть лога), ведь это квадратура (рибуа) Имени ЭЙЕ, в котором также четыре буквы. И в этом смысл ревиита крови, упоминаемого в Гемаре, который назван кровью души (</w:t>
      </w:r>
      <w:r>
        <w:rPr>
          <w:rFonts w:ascii="Georgia" w:hAnsi="Georgia"/>
          <w:b w:val="0"/>
          <w:i/>
          <w:color w:val="000000"/>
          <w:sz w:val="24"/>
        </w:rPr>
        <w:t>дам а-нефеш</w:t>
      </w:r>
      <w:r>
        <w:rPr>
          <w:rFonts w:ascii="Georgia" w:hAnsi="Georgia"/>
          <w:b w:val="0"/>
          <w:i w:val="0"/>
          <w:color w:val="000000"/>
          <w:sz w:val="24"/>
        </w:rPr>
        <w:t xml:space="preserve">). И этот ревиит крови души, представляющий собой букву алеф из наполнения буквы вав Имени САГ, облачается внутри буквы алеф из наполнения буквы вав Имени МА, числовое значение которого равно слову </w:t>
      </w:r>
      <w:r>
        <w:rPr>
          <w:rFonts w:ascii="Georgia" w:hAnsi="Georgia"/>
          <w:b w:val="0"/>
          <w:i/>
          <w:color w:val="000000"/>
          <w:sz w:val="24"/>
        </w:rPr>
        <w:t>адам</w:t>
      </w:r>
      <w:r>
        <w:rPr>
          <w:rFonts w:ascii="Georgia" w:hAnsi="Georgia"/>
          <w:b w:val="0"/>
          <w:i w:val="0"/>
          <w:color w:val="000000"/>
          <w:sz w:val="24"/>
        </w:rPr>
        <w:t xml:space="preserve">. В этом смысл стиха: </w:t>
      </w:r>
      <w:r>
        <w:rPr>
          <w:rFonts w:ascii="Georgia" w:hAnsi="Georgia"/>
          <w:b w:val="0"/>
          <w:i/>
          <w:color w:val="000000"/>
          <w:sz w:val="24"/>
        </w:rPr>
        <w:t>«Кто прольет кровь человека, того кровь прольется человеком»</w:t>
      </w:r>
      <w:r>
        <w:rPr>
          <w:rFonts w:ascii="Georgia" w:hAnsi="Georgia"/>
          <w:b w:val="0"/>
          <w:i w:val="0"/>
          <w:color w:val="000000"/>
          <w:sz w:val="24"/>
        </w:rPr>
        <w:t xml:space="preserve"> (Берешит 9:6). И оказывается, что одна лишь ступень нефеш, являющаяся ревиитом крови [развертывания] ЭЙЕ, как сказано выше, облачается в букву алеф буквы вав Имени МА и становится небосводом — то есть категорией плоти, служащей одеянием только для крови нефеш, более плотным, чем одеяние, именуемое «водой», возникшее из Имени САГ, как сказано выше.</w:t>
      </w:r>
    </w:p>
    <w:p>
      <w:pPr>
        <w:spacing w:before="40" w:after="120"/>
        <w:jc w:val="both"/>
      </w:pPr>
      <w:r>
        <w:rPr>
          <w:rFonts w:ascii="Georgia" w:hAnsi="Georgia"/>
          <w:b w:val="0"/>
          <w:i w:val="0"/>
          <w:color w:val="000000"/>
          <w:sz w:val="24"/>
        </w:rPr>
        <w:t>И если стадия воды называется АВАЯ-ЭЛОКИМ, как сказано выше, то теперь, когда она вновь облачилась в само Имя МА упомянутым образом — во второе, более плотное одеяние, — она именуется ЭЛОКИМ в аспекте ахораим, как известно по тайне квадратуры (рибуа). Ведь буква алеф Имени САГ, являющаяся Именем ЭЙЕ, спустилась, облачилась и распространилась по аспекту своих ахораим внутри буквы алеф Имени МА и стала там категорией ревиита крови человека; и она сама — ступень небосвода, то есть упомянутый ревиит крови. И со стороны этой буквы алеф здесь образуется Имя ЭЛОКИМ по тайне квадратуры, и тогда возникает небосвод; ведь под этим Именем затвердевают воды и проявляется их мутность, поскольку клипот, как известно, цепляются за Имя ЭЛОКИМ, и в особенности за его ахораим.</w:t>
      </w:r>
    </w:p>
    <w:p>
      <w:pPr>
        <w:spacing w:before="40" w:after="120"/>
        <w:jc w:val="both"/>
      </w:pPr>
      <w:r>
        <w:rPr>
          <w:rFonts w:ascii="Georgia" w:hAnsi="Georgia"/>
          <w:b w:val="0"/>
          <w:i w:val="0"/>
          <w:color w:val="000000"/>
          <w:sz w:val="24"/>
        </w:rPr>
        <w:t>Таким образом разъяснены три стадии: АБ, САГ и МА, соответствующие свету, воде и небосводу, которые суть мозг, плоть и кровь (</w:t>
      </w:r>
      <w:r>
        <w:rPr>
          <w:rFonts w:ascii="Georgia" w:hAnsi="Georgia"/>
          <w:b w:val="0"/>
          <w:i/>
          <w:color w:val="000000"/>
          <w:sz w:val="24"/>
        </w:rPr>
        <w:t>моах, басар ва-дам</w:t>
      </w:r>
      <w:r>
        <w:rPr>
          <w:rFonts w:ascii="Georgia" w:hAnsi="Georgia"/>
          <w:b w:val="0"/>
          <w:i w:val="0"/>
          <w:color w:val="000000"/>
          <w:sz w:val="24"/>
        </w:rPr>
        <w:t>). При этом стадия света — это сама сущность, протягивающаяся от четырех букв йод первой стадии Имени АБ.</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Примечание. И мне представляется, что эти три стадии — вода, распространяющаяся от второй стадии четырех букв йод самого АБ, а также три буквы йод Имени САГ, в которые облачились упомянутые четыре буквы йод АБ, а также буква алеф Имени ЭЙЕ в букве вав Имени МА, — представляют собой три сосуда (келим) каждой сфиры, как известно. При этом первый сосуд — внутренний, относящийся к состоянию величия (гадлут), и это имена АВАЯ; а два внешних относятся к категории ЭЛОКИМ, представляющей собой малое состояние (катнут) зачатия (ибур) и вскармливания (еника), и это два внешних сосуда (тогда как стадия света — это сама сущность). Конец примечания.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Теперь разъясним, где в этой капле содержится намек на Имя БОН с наполнением буквами хэй.</w:t>
      </w:r>
    </w:p>
    <w:p>
      <w:pPr>
        <w:spacing w:before="40" w:after="120"/>
        <w:jc w:val="both"/>
      </w:pPr>
      <w:r>
        <w:rPr>
          <w:rFonts w:ascii="Georgia" w:hAnsi="Georgia"/>
          <w:b w:val="0"/>
          <w:i w:val="0"/>
          <w:color w:val="000000"/>
          <w:sz w:val="24"/>
        </w:rPr>
        <w:t>В Зоаре (Лех-Леха 76а) разъяснено, что Святой, благословен Он, благословляет душу ста благословениями (</w:t>
      </w:r>
      <w:r>
        <w:rPr>
          <w:rFonts w:ascii="Georgia" w:hAnsi="Georgia"/>
          <w:b w:val="0"/>
          <w:i/>
          <w:color w:val="000000"/>
          <w:sz w:val="24"/>
        </w:rPr>
        <w:t>меа брахот</w:t>
      </w:r>
      <w:r>
        <w:rPr>
          <w:rFonts w:ascii="Georgia" w:hAnsi="Georgia"/>
          <w:b w:val="0"/>
          <w:i w:val="0"/>
          <w:color w:val="000000"/>
          <w:sz w:val="24"/>
        </w:rPr>
        <w:t xml:space="preserve">), по числу [букв слов] </w:t>
      </w:r>
      <w:r>
        <w:rPr>
          <w:rFonts w:ascii="Georgia" w:hAnsi="Georgia"/>
          <w:b w:val="0"/>
          <w:i/>
          <w:color w:val="000000"/>
          <w:sz w:val="24"/>
        </w:rPr>
        <w:t>Лех-леха</w:t>
      </w:r>
      <w:r>
        <w:rPr>
          <w:rFonts w:ascii="Georgia" w:hAnsi="Georgia"/>
          <w:b w:val="0"/>
          <w:i w:val="0"/>
          <w:color w:val="000000"/>
          <w:sz w:val="24"/>
        </w:rPr>
        <w:t xml:space="preserve"> (</w:t>
      </w:r>
      <w:r>
        <w:rPr>
          <w:rFonts w:ascii="Georgia" w:hAnsi="Georgia" w:cs="Times New Roman"/>
          <w:b/>
          <w:i w:val="0"/>
          <w:color w:val="000000"/>
          <w:sz w:val="24"/>
          <w:rtl/>
          <w:szCs w:val="32"/>
        </w:rPr>
        <w:t>לֶךְ לְךָ</w:t>
      </w:r>
      <w:r>
        <w:rPr>
          <w:rFonts w:ascii="Georgia" w:hAnsi="Georgia"/>
          <w:b w:val="0"/>
          <w:i w:val="0"/>
          <w:color w:val="000000"/>
          <w:sz w:val="24"/>
        </w:rPr>
        <w:t xml:space="preserve"> = 100). И вот из восьмого мазаля, от находящегося там Имени АБ с наполнением буквами йод, как сказано выше, протягивается теперь его наполнение, равное 46 (</w:t>
      </w:r>
      <w:r>
        <w:rPr>
          <w:rFonts w:ascii="Georgia" w:hAnsi="Georgia" w:cs="Times New Roman"/>
          <w:b/>
          <w:i w:val="0"/>
          <w:color w:val="000000"/>
          <w:sz w:val="24"/>
          <w:rtl/>
          <w:szCs w:val="32"/>
        </w:rPr>
        <w:t>מ״ו</w:t>
      </w:r>
      <w:r>
        <w:rPr>
          <w:rFonts w:ascii="Georgia" w:hAnsi="Georgia"/>
          <w:b w:val="0"/>
          <w:i w:val="0"/>
          <w:color w:val="000000"/>
          <w:sz w:val="24"/>
        </w:rPr>
        <w:t xml:space="preserve">); и эти две буквы равны по гематрии буквам слова </w:t>
      </w:r>
      <w:r>
        <w:rPr>
          <w:rFonts w:ascii="Georgia" w:hAnsi="Georgia"/>
          <w:b w:val="0"/>
          <w:i/>
          <w:color w:val="000000"/>
          <w:sz w:val="24"/>
        </w:rPr>
        <w:t>меа</w:t>
      </w:r>
      <w:r>
        <w:rPr>
          <w:rFonts w:ascii="Georgia" w:hAnsi="Georgia"/>
          <w:b w:val="0"/>
          <w:i w:val="0"/>
          <w:color w:val="000000"/>
          <w:sz w:val="24"/>
        </w:rPr>
        <w:t xml:space="preserve"> («сто», </w:t>
      </w:r>
      <w:r>
        <w:rPr>
          <w:rFonts w:ascii="Georgia" w:hAnsi="Georgia" w:cs="Times New Roman"/>
          <w:b/>
          <w:i w:val="0"/>
          <w:color w:val="000000"/>
          <w:sz w:val="24"/>
          <w:rtl/>
          <w:szCs w:val="32"/>
        </w:rPr>
        <w:t>מֵאָה</w:t>
      </w:r>
      <w:r>
        <w:rPr>
          <w:rFonts w:ascii="Georgia" w:hAnsi="Georgia"/>
          <w:b w:val="0"/>
          <w:i w:val="0"/>
          <w:color w:val="000000"/>
          <w:sz w:val="24"/>
        </w:rPr>
        <w:t xml:space="preserve"> = 40 + 1 + 5 = 46), и это — упомянутые сто благословений. Кроме того, если ты запишешь наполнение букв мэм и вав (</w:t>
      </w:r>
      <w:r>
        <w:rPr>
          <w:rFonts w:ascii="Georgia" w:hAnsi="Georgia" w:cs="Times New Roman"/>
          <w:b/>
          <w:i w:val="0"/>
          <w:color w:val="000000"/>
          <w:sz w:val="24"/>
          <w:rtl/>
          <w:szCs w:val="32"/>
        </w:rPr>
        <w:t>מ״ם וָי״ו</w:t>
      </w:r>
      <w:r>
        <w:rPr>
          <w:rFonts w:ascii="Georgia" w:hAnsi="Georgia"/>
          <w:b w:val="0"/>
          <w:i w:val="0"/>
          <w:color w:val="000000"/>
          <w:sz w:val="24"/>
        </w:rPr>
        <w:t>), их гематрия составит 102 (</w:t>
      </w:r>
      <w:r>
        <w:rPr>
          <w:rFonts w:ascii="Georgia" w:hAnsi="Georgia" w:cs="Times New Roman"/>
          <w:b/>
          <w:i w:val="0"/>
          <w:color w:val="000000"/>
          <w:sz w:val="24"/>
          <w:rtl/>
          <w:szCs w:val="32"/>
        </w:rPr>
        <w:t>ק״ב</w:t>
      </w:r>
      <w:r>
        <w:rPr>
          <w:rFonts w:ascii="Georgia" w:hAnsi="Georgia"/>
          <w:b w:val="0"/>
          <w:i w:val="0"/>
          <w:color w:val="000000"/>
          <w:sz w:val="24"/>
        </w:rPr>
        <w:t xml:space="preserve"> = 80 + 22 = 102); и это категория трех наполнений Имен АБ, САГ и МА — то есть 46 (</w:t>
      </w:r>
      <w:r>
        <w:rPr>
          <w:rFonts w:ascii="Georgia" w:hAnsi="Georgia" w:cs="Times New Roman"/>
          <w:b/>
          <w:i w:val="0"/>
          <w:color w:val="000000"/>
          <w:sz w:val="24"/>
          <w:rtl/>
          <w:szCs w:val="32"/>
        </w:rPr>
        <w:t>מ״ו</w:t>
      </w:r>
      <w:r>
        <w:rPr>
          <w:rFonts w:ascii="Georgia" w:hAnsi="Georgia"/>
          <w:b w:val="0"/>
          <w:i w:val="0"/>
          <w:color w:val="000000"/>
          <w:sz w:val="24"/>
        </w:rPr>
        <w:t>), 37 (</w:t>
      </w:r>
      <w:r>
        <w:rPr>
          <w:rFonts w:ascii="Georgia" w:hAnsi="Georgia" w:cs="Times New Roman"/>
          <w:b/>
          <w:i w:val="0"/>
          <w:color w:val="000000"/>
          <w:sz w:val="24"/>
          <w:rtl/>
          <w:szCs w:val="32"/>
        </w:rPr>
        <w:t>ל״ז</w:t>
      </w:r>
      <w:r>
        <w:rPr>
          <w:rFonts w:ascii="Georgia" w:hAnsi="Georgia"/>
          <w:b w:val="0"/>
          <w:i w:val="0"/>
          <w:color w:val="000000"/>
          <w:sz w:val="24"/>
        </w:rPr>
        <w:t>) и 19 (</w:t>
      </w:r>
      <w:r>
        <w:rPr>
          <w:rFonts w:ascii="Georgia" w:hAnsi="Georgia" w:cs="Times New Roman"/>
          <w:b/>
          <w:i w:val="0"/>
          <w:color w:val="000000"/>
          <w:sz w:val="24"/>
          <w:rtl/>
          <w:szCs w:val="32"/>
        </w:rPr>
        <w:t>י״ט</w:t>
      </w:r>
      <w:r>
        <w:rPr>
          <w:rFonts w:ascii="Georgia" w:hAnsi="Georgia"/>
          <w:b w:val="0"/>
          <w:i w:val="0"/>
          <w:color w:val="000000"/>
          <w:sz w:val="24"/>
        </w:rPr>
        <w:t>), дающих в сумме 102 (</w:t>
      </w:r>
      <w:r>
        <w:rPr>
          <w:rFonts w:ascii="Georgia" w:hAnsi="Georgia" w:cs="Times New Roman"/>
          <w:b/>
          <w:i w:val="0"/>
          <w:color w:val="000000"/>
          <w:sz w:val="24"/>
          <w:rtl/>
          <w:szCs w:val="32"/>
        </w:rPr>
        <w:t>ק״ב</w:t>
      </w:r>
      <w:r>
        <w:rPr>
          <w:rFonts w:ascii="Georgia" w:hAnsi="Georgia"/>
          <w:b w:val="0"/>
          <w:i w:val="0"/>
          <w:color w:val="000000"/>
          <w:sz w:val="24"/>
        </w:rPr>
        <w:t xml:space="preserve"> = 46 + 37 + 19 = 102). Затем это число 102 протягивается до Аба ве-Има, в Имя БОН с наполнением буквами хэй, находящееся в Есод Имы; ведь и само Имя БОН с наполнением буквами хэй соответствует числу 102 по своему начертанию и числу, как с Б-жьей помощью будет сказано далее.</w:t>
      </w:r>
    </w:p>
    <w:p>
      <w:pPr>
        <w:spacing w:before="40" w:after="120"/>
        <w:jc w:val="both"/>
      </w:pPr>
      <w:r>
        <w:rPr>
          <w:rFonts w:ascii="Georgia" w:hAnsi="Georgia"/>
          <w:b w:val="0"/>
          <w:i w:val="0"/>
          <w:color w:val="000000"/>
          <w:sz w:val="24"/>
        </w:rPr>
        <w:t>Сначала разберем, что означает это число 102 в данном Имени БОН. Известно, что пять хасадим распространяются в пяти краях ЗА (от Хесед до Ход), а затем все они включаются в его Есод. И поскольку каждый из них включает в себя 10, общая их сумма составляет 50. То же самое относится и к пяти гвурот, распространяющимся в женском начале (Нукве) по пяти ее краям, после чего общая их сумма протягивается в ее Есод, что также дает 50; и это 50 врат Бины. А если ты сосчитаешь также саму сфиру Ход, изливающую в Есод, и сам Есод, принимающий их, получится 52 (</w:t>
      </w:r>
      <w:r>
        <w:rPr>
          <w:rFonts w:ascii="Georgia" w:hAnsi="Georgia" w:cs="Times New Roman"/>
          <w:b/>
          <w:i w:val="0"/>
          <w:color w:val="000000"/>
          <w:sz w:val="24"/>
          <w:rtl/>
          <w:szCs w:val="32"/>
        </w:rPr>
        <w:t>נ״ב</w:t>
      </w:r>
      <w:r>
        <w:rPr>
          <w:rFonts w:ascii="Georgia" w:hAnsi="Georgia"/>
          <w:b w:val="0"/>
          <w:i w:val="0"/>
          <w:color w:val="000000"/>
          <w:sz w:val="24"/>
        </w:rPr>
        <w:t xml:space="preserve"> = 52); и в этом суть Имени БОН (</w:t>
      </w:r>
      <w:r>
        <w:rPr>
          <w:rFonts w:ascii="Georgia" w:hAnsi="Georgia" w:cs="Times New Roman"/>
          <w:b/>
          <w:i w:val="0"/>
          <w:color w:val="000000"/>
          <w:sz w:val="24"/>
          <w:rtl/>
          <w:szCs w:val="32"/>
        </w:rPr>
        <w:t>ב״ן</w:t>
      </w:r>
      <w:r>
        <w:rPr>
          <w:rFonts w:ascii="Georgia" w:hAnsi="Georgia"/>
          <w:b w:val="0"/>
          <w:i w:val="0"/>
          <w:color w:val="000000"/>
          <w:sz w:val="24"/>
        </w:rPr>
        <w:t xml:space="preserve"> = 52), находящегося там, в Есод Имы.</w:t>
      </w:r>
    </w:p>
    <w:p>
      <w:pPr>
        <w:spacing w:before="40" w:after="120"/>
        <w:jc w:val="both"/>
      </w:pPr>
      <w:r>
        <w:rPr>
          <w:rFonts w:ascii="Georgia" w:hAnsi="Georgia"/>
          <w:b w:val="0"/>
          <w:i w:val="0"/>
          <w:color w:val="000000"/>
          <w:sz w:val="24"/>
        </w:rPr>
        <w:t>И когда мы считаем Ход, включающий 50 врат, вместе с ним самим, получается 51 (</w:t>
      </w:r>
      <w:r>
        <w:rPr>
          <w:rFonts w:ascii="Georgia" w:hAnsi="Georgia" w:cs="Times New Roman"/>
          <w:b/>
          <w:i w:val="0"/>
          <w:color w:val="000000"/>
          <w:sz w:val="24"/>
          <w:rtl/>
          <w:szCs w:val="32"/>
        </w:rPr>
        <w:t>נ״א</w:t>
      </w:r>
      <w:r>
        <w:rPr>
          <w:rFonts w:ascii="Georgia" w:hAnsi="Georgia"/>
          <w:b w:val="0"/>
          <w:i w:val="0"/>
          <w:color w:val="000000"/>
          <w:sz w:val="24"/>
        </w:rPr>
        <w:t xml:space="preserve"> = 50 + 1 = 51); и точно так же, если сосчитать Есод, принимающий 50 врат, вместе с ним самим, получается 51 (</w:t>
      </w:r>
      <w:r>
        <w:rPr>
          <w:rFonts w:ascii="Georgia" w:hAnsi="Georgia" w:cs="Times New Roman"/>
          <w:b/>
          <w:i w:val="0"/>
          <w:color w:val="000000"/>
          <w:sz w:val="24"/>
          <w:rtl/>
          <w:szCs w:val="32"/>
        </w:rPr>
        <w:t>נ״א</w:t>
      </w:r>
      <w:r>
        <w:rPr>
          <w:rFonts w:ascii="Georgia" w:hAnsi="Georgia"/>
          <w:b w:val="0"/>
          <w:i w:val="0"/>
          <w:color w:val="000000"/>
          <w:sz w:val="24"/>
        </w:rPr>
        <w:t xml:space="preserve"> = 50 + 1 = 51) — вместе это дает 102 (</w:t>
      </w:r>
      <w:r>
        <w:rPr>
          <w:rFonts w:ascii="Georgia" w:hAnsi="Georgia" w:cs="Times New Roman"/>
          <w:b/>
          <w:i w:val="0"/>
          <w:color w:val="000000"/>
          <w:sz w:val="24"/>
          <w:rtl/>
          <w:szCs w:val="32"/>
        </w:rPr>
        <w:t>ק״ב</w:t>
      </w:r>
      <w:r>
        <w:rPr>
          <w:rFonts w:ascii="Georgia" w:hAnsi="Georgia"/>
          <w:b w:val="0"/>
          <w:i w:val="0"/>
          <w:color w:val="000000"/>
          <w:sz w:val="24"/>
        </w:rPr>
        <w:t xml:space="preserve"> = 51 + 51 = 102).</w:t>
      </w:r>
    </w:p>
    <w:p>
      <w:pPr>
        <w:spacing w:before="40" w:after="120"/>
        <w:jc w:val="both"/>
      </w:pPr>
      <w:r>
        <w:rPr>
          <w:rFonts w:ascii="Georgia" w:hAnsi="Georgia"/>
          <w:b w:val="0"/>
          <w:i w:val="0"/>
          <w:color w:val="000000"/>
          <w:sz w:val="24"/>
        </w:rPr>
        <w:t>И это число 102 запечатлено также в самом Есод, являющемся чревом Нуквы. Ведь Есод, служащий чревом, включает в себя десять сфирот, каждая из которых содержит десять, и потому он принимает упомянутые сто благословений; кроме того, в этом чреве есть две дверные петли (</w:t>
      </w:r>
      <w:r>
        <w:rPr>
          <w:rFonts w:ascii="Georgia" w:hAnsi="Georgia"/>
          <w:b w:val="0"/>
          <w:i/>
          <w:color w:val="000000"/>
          <w:sz w:val="24"/>
        </w:rPr>
        <w:t>цирей длатот</w:t>
      </w:r>
      <w:r>
        <w:rPr>
          <w:rFonts w:ascii="Georgia" w:hAnsi="Georgia"/>
          <w:b w:val="0"/>
          <w:i w:val="0"/>
          <w:color w:val="000000"/>
          <w:sz w:val="24"/>
        </w:rPr>
        <w:t>), как известно, представляющие собой Есод и Ход этого чрева (ведь Есод принимает их по тайне Ход) — и вот получается 102 в этом чреве, в котором пребывает Имя БОН с наполнением буквами хэй. Теперь разъясним, как это число 102 содержится в самом Имени БОН.</w:t>
      </w:r>
    </w:p>
    <w:p>
      <w:pPr>
        <w:spacing w:before="40" w:after="120"/>
        <w:jc w:val="both"/>
      </w:pPr>
      <w:r>
        <w:rPr>
          <w:rFonts w:ascii="Georgia" w:hAnsi="Georgia"/>
          <w:b w:val="0"/>
          <w:i w:val="0"/>
          <w:color w:val="000000"/>
          <w:sz w:val="24"/>
        </w:rPr>
        <w:t xml:space="preserve">В этом Имени БОН есть две первые буквы хэй и две последние буквы хэй (ведь обе буквы хэй имеют наполнение хэй: </w:t>
      </w:r>
      <w:r>
        <w:rPr>
          <w:rFonts w:ascii="Georgia" w:hAnsi="Georgia" w:cs="Times New Roman"/>
          <w:b/>
          <w:i w:val="0"/>
          <w:color w:val="000000"/>
          <w:sz w:val="24"/>
          <w:rtl/>
          <w:szCs w:val="32"/>
        </w:rPr>
        <w:t>הה</w:t>
      </w:r>
      <w:r>
        <w:rPr>
          <w:rFonts w:ascii="Georgia" w:hAnsi="Georgia"/>
          <w:b w:val="0"/>
          <w:i w:val="0"/>
          <w:color w:val="000000"/>
          <w:sz w:val="24"/>
        </w:rPr>
        <w:t>). И ты начерти первую букву хэй в форме далет-вав (</w:t>
      </w:r>
      <w:r>
        <w:rPr>
          <w:rFonts w:ascii="Georgia" w:hAnsi="Georgia" w:cs="Times New Roman"/>
          <w:b/>
          <w:i w:val="0"/>
          <w:color w:val="000000"/>
          <w:sz w:val="24"/>
          <w:rtl/>
          <w:szCs w:val="32"/>
        </w:rPr>
        <w:t>ד״ו</w:t>
      </w:r>
      <w:r>
        <w:rPr>
          <w:rFonts w:ascii="Georgia" w:hAnsi="Georgia"/>
          <w:b w:val="0"/>
          <w:i w:val="0"/>
          <w:color w:val="000000"/>
          <w:sz w:val="24"/>
        </w:rPr>
        <w:t>), а вторую — в форме далет-йод (</w:t>
      </w:r>
      <w:r>
        <w:rPr>
          <w:rFonts w:ascii="Georgia" w:hAnsi="Georgia" w:cs="Times New Roman"/>
          <w:b/>
          <w:i w:val="0"/>
          <w:color w:val="000000"/>
          <w:sz w:val="24"/>
          <w:rtl/>
          <w:szCs w:val="32"/>
        </w:rPr>
        <w:t>ד״י</w:t>
      </w:r>
      <w:r>
        <w:rPr>
          <w:rFonts w:ascii="Georgia" w:hAnsi="Georgia"/>
          <w:b w:val="0"/>
          <w:i w:val="0"/>
          <w:color w:val="000000"/>
          <w:sz w:val="24"/>
        </w:rPr>
        <w:t>); и точно так же две последние буквы хэй. Само это Имя по гематрии равно 52 (</w:t>
      </w:r>
      <w:r>
        <w:rPr>
          <w:rFonts w:ascii="Georgia" w:hAnsi="Georgia" w:cs="Times New Roman"/>
          <w:b/>
          <w:i w:val="0"/>
          <w:color w:val="000000"/>
          <w:sz w:val="24"/>
          <w:rtl/>
          <w:szCs w:val="32"/>
        </w:rPr>
        <w:t>ב״ן</w:t>
      </w:r>
      <w:r>
        <w:rPr>
          <w:rFonts w:ascii="Georgia" w:hAnsi="Georgia"/>
          <w:b w:val="0"/>
          <w:i w:val="0"/>
          <w:color w:val="000000"/>
          <w:sz w:val="24"/>
        </w:rPr>
        <w:t xml:space="preserve"> = 52), а начертание четырех букв хэй упомянутым образом дает по гематрии 48 (</w:t>
      </w:r>
      <w:r>
        <w:rPr>
          <w:rFonts w:ascii="Georgia" w:hAnsi="Georgia" w:cs="Times New Roman"/>
          <w:b/>
          <w:i w:val="0"/>
          <w:color w:val="000000"/>
          <w:sz w:val="24"/>
          <w:rtl/>
          <w:szCs w:val="32"/>
        </w:rPr>
        <w:t>מ״ח</w:t>
      </w:r>
      <w:r>
        <w:rPr>
          <w:rFonts w:ascii="Georgia" w:hAnsi="Georgia"/>
          <w:b w:val="0"/>
          <w:i w:val="0"/>
          <w:color w:val="000000"/>
          <w:sz w:val="24"/>
        </w:rPr>
        <w:t xml:space="preserve"> = 10 + 14 + 10 + 14 = 48), что в сумме составляет 100 (52 + 48 = 100). И это те самые сто благословений, заключенные в начертании Имени БОН.</w:t>
      </w:r>
    </w:p>
    <w:p>
      <w:pPr>
        <w:spacing w:before="40" w:after="120"/>
        <w:jc w:val="both"/>
      </w:pPr>
      <w:r>
        <w:rPr>
          <w:rFonts w:ascii="Georgia" w:hAnsi="Georgia"/>
          <w:b w:val="0"/>
          <w:i w:val="0"/>
          <w:color w:val="000000"/>
          <w:sz w:val="24"/>
        </w:rPr>
        <w:t>Разъясним же смысл этих начертаний: известно, что буква хэй в начертании далет-вав (</w:t>
      </w:r>
      <w:r>
        <w:rPr>
          <w:rFonts w:ascii="Georgia" w:hAnsi="Georgia" w:cs="Times New Roman"/>
          <w:b/>
          <w:i w:val="0"/>
          <w:color w:val="000000"/>
          <w:sz w:val="24"/>
          <w:rtl/>
          <w:szCs w:val="32"/>
        </w:rPr>
        <w:t>ד״ו</w:t>
      </w:r>
      <w:r>
        <w:rPr>
          <w:rFonts w:ascii="Georgia" w:hAnsi="Georgia"/>
          <w:b w:val="0"/>
          <w:i w:val="0"/>
          <w:color w:val="000000"/>
          <w:sz w:val="24"/>
        </w:rPr>
        <w:t>) указывает на Бину, когда она зачинает внутри себя сына — мужское начало. И пока мужское начало находится внутри нее, оно обладает лишь шестью краями (ВАК), поэтому начертание ее — далет над вав (</w:t>
      </w:r>
      <w:r>
        <w:rPr>
          <w:rFonts w:ascii="Georgia" w:hAnsi="Georgia" w:cs="Times New Roman"/>
          <w:b/>
          <w:i w:val="0"/>
          <w:color w:val="000000"/>
          <w:sz w:val="24"/>
          <w:rtl/>
          <w:szCs w:val="32"/>
        </w:rPr>
        <w:t>ד״ו</w:t>
      </w:r>
      <w:r>
        <w:rPr>
          <w:rFonts w:ascii="Georgia" w:hAnsi="Georgia"/>
          <w:b w:val="0"/>
          <w:i w:val="0"/>
          <w:color w:val="000000"/>
          <w:sz w:val="24"/>
        </w:rPr>
        <w:t>). Кроме того, буква далет намекает на Нукву, которая пребывает там вместе с ним в качестве венца своего мужа (</w:t>
      </w:r>
      <w:r>
        <w:rPr>
          <w:rFonts w:ascii="Georgia" w:hAnsi="Georgia"/>
          <w:b w:val="0"/>
          <w:i/>
          <w:color w:val="000000"/>
          <w:sz w:val="24"/>
        </w:rPr>
        <w:t>«добродетельная жена — венец для мужа своего»</w:t>
      </w:r>
      <w:r>
        <w:rPr>
          <w:rFonts w:ascii="Georgia" w:hAnsi="Georgia"/>
          <w:b w:val="0"/>
          <w:i w:val="0"/>
          <w:color w:val="000000"/>
          <w:sz w:val="24"/>
        </w:rPr>
        <w:t>, Мишлей 12:4), ведь там — Грядущий мир (</w:t>
      </w:r>
      <w:r>
        <w:rPr>
          <w:rFonts w:ascii="Georgia" w:hAnsi="Georgia"/>
          <w:b w:val="0"/>
          <w:i/>
          <w:color w:val="000000"/>
          <w:sz w:val="24"/>
        </w:rPr>
        <w:t>Олам а-Ба</w:t>
      </w:r>
      <w:r>
        <w:rPr>
          <w:rFonts w:ascii="Georgia" w:hAnsi="Georgia"/>
          <w:b w:val="0"/>
          <w:i w:val="0"/>
          <w:color w:val="000000"/>
          <w:sz w:val="24"/>
        </w:rPr>
        <w:t>), где «праведники сидят, и венцы их на головах их» (Брахот 17а). И в этом также смысл начертания далет над вав. Однако после того как он родился и вышел из нее по тайне буквы вав Имени АВАЯ, он сосет грудь матери, находясь снаружи; и поэтому данная стадия вскармливания (еника) не запечатлена в букве хэй, а запечатлено лишь первое зачатие (ибур алеф), когда он находится внутри матери, что передается буквой хэй в форме далет-вав (</w:t>
      </w:r>
      <w:r>
        <w:rPr>
          <w:rFonts w:ascii="Georgia" w:hAnsi="Georgia" w:cs="Times New Roman"/>
          <w:b/>
          <w:i w:val="0"/>
          <w:color w:val="000000"/>
          <w:sz w:val="24"/>
          <w:rtl/>
          <w:szCs w:val="32"/>
        </w:rPr>
        <w:t>ד״ו</w:t>
      </w:r>
      <w:r>
        <w:rPr>
          <w:rFonts w:ascii="Georgia" w:hAnsi="Georgia"/>
          <w:b w:val="0"/>
          <w:i w:val="0"/>
          <w:color w:val="000000"/>
          <w:sz w:val="24"/>
        </w:rPr>
        <w:t>).</w:t>
      </w:r>
    </w:p>
    <w:p>
      <w:pPr>
        <w:spacing w:before="40" w:after="120"/>
        <w:jc w:val="both"/>
      </w:pPr>
      <w:r>
        <w:rPr>
          <w:rFonts w:ascii="Georgia" w:hAnsi="Georgia"/>
          <w:b w:val="0"/>
          <w:i w:val="0"/>
          <w:color w:val="000000"/>
          <w:sz w:val="24"/>
        </w:rPr>
        <w:t>Затем следует второе зачатие (ибур бэт), чтобы дать ему мохин и восполнить ЗА до десяти сфирот; и на это указывает буква хэй, начертание которой — далет-йод (</w:t>
      </w:r>
      <w:r>
        <w:rPr>
          <w:rFonts w:ascii="Georgia" w:hAnsi="Georgia" w:cs="Times New Roman"/>
          <w:b/>
          <w:i w:val="0"/>
          <w:color w:val="000000"/>
          <w:sz w:val="24"/>
          <w:rtl/>
          <w:szCs w:val="32"/>
        </w:rPr>
        <w:t>ד״י</w:t>
      </w:r>
      <w:r>
        <w:rPr>
          <w:rFonts w:ascii="Georgia" w:hAnsi="Georgia"/>
          <w:b w:val="0"/>
          <w:i w:val="0"/>
          <w:color w:val="000000"/>
          <w:sz w:val="24"/>
        </w:rPr>
        <w:t>), то есть далет над йод. Поэтому мы и изображаем эти буквы хэй как далет-вав (</w:t>
      </w:r>
      <w:r>
        <w:rPr>
          <w:rFonts w:ascii="Georgia" w:hAnsi="Georgia" w:cs="Times New Roman"/>
          <w:b/>
          <w:i w:val="0"/>
          <w:color w:val="000000"/>
          <w:sz w:val="24"/>
          <w:rtl/>
          <w:szCs w:val="32"/>
        </w:rPr>
        <w:t>ד״ו</w:t>
      </w:r>
      <w:r>
        <w:rPr>
          <w:rFonts w:ascii="Georgia" w:hAnsi="Georgia"/>
          <w:b w:val="0"/>
          <w:i w:val="0"/>
          <w:color w:val="000000"/>
          <w:sz w:val="24"/>
        </w:rPr>
        <w:t>) и далет-йод (</w:t>
      </w:r>
      <w:r>
        <w:rPr>
          <w:rFonts w:ascii="Georgia" w:hAnsi="Georgia" w:cs="Times New Roman"/>
          <w:b/>
          <w:i w:val="0"/>
          <w:color w:val="000000"/>
          <w:sz w:val="24"/>
          <w:rtl/>
          <w:szCs w:val="32"/>
        </w:rPr>
        <w:t>ד״י</w:t>
      </w:r>
      <w:r>
        <w:rPr>
          <w:rFonts w:ascii="Georgia" w:hAnsi="Georgia"/>
          <w:b w:val="0"/>
          <w:i w:val="0"/>
          <w:color w:val="000000"/>
          <w:sz w:val="24"/>
        </w:rPr>
        <w:t>), наделяя отныне силой упомянутую каплю, протягивающуюся теперь через это место, чтобы впоследствии у плода — то есть души — была сила пройти через оба названных зачатия: первое и второе. Это и есть категория ста благословений, которые капля получает при своем прохождении через это Имя БОН в Бине, в ее Есод. А затем эта ступень спускается в ЗА, доходя до его Есод. Так завершается формирование капли мужских вод (МАД), основа которой происходит от четырех букв йод Имени АБ из восьмого мазаля, и она довершается силой [четырех Имен]: АБ, САГ, МА и БОН, служащих для нее одеяниями, как сказано выше. И они соответствуют категориям света, воды, небосвода и ста благословений, как сказано выше, что представляет собой кожу, покрывающую все.</w:t>
      </w:r>
    </w:p>
    <w:p>
      <w:pPr>
        <w:spacing w:before="40" w:after="120"/>
        <w:jc w:val="both"/>
      </w:pPr>
      <w:r>
        <w:rPr>
          <w:rFonts w:ascii="Georgia" w:hAnsi="Georgia"/>
          <w:b w:val="0"/>
          <w:i w:val="0"/>
          <w:color w:val="000000"/>
          <w:sz w:val="24"/>
        </w:rPr>
        <w:t>Все эти четыре стадии должны быть намечены в самом Есод де-ЗА, внутри которого он воспримет упомянутые четыре стадии. А именно: его Есод именуется ШАДАЙ (</w:t>
      </w:r>
      <w:r>
        <w:rPr>
          <w:rFonts w:ascii="Georgia" w:hAnsi="Georgia" w:cs="Times New Roman"/>
          <w:b/>
          <w:i w:val="0"/>
          <w:color w:val="000000"/>
          <w:sz w:val="24"/>
          <w:rtl/>
          <w:szCs w:val="32"/>
        </w:rPr>
        <w:t>שַׁדַּי</w:t>
      </w:r>
      <w:r>
        <w:rPr>
          <w:rFonts w:ascii="Georgia" w:hAnsi="Georgia"/>
          <w:b w:val="0"/>
          <w:i w:val="0"/>
          <w:color w:val="000000"/>
          <w:sz w:val="24"/>
        </w:rPr>
        <w:t>), как известно, и в нем есть четыре начертания.</w:t>
      </w:r>
    </w:p>
    <w:p>
      <w:pPr>
        <w:spacing w:before="40" w:after="120"/>
        <w:jc w:val="both"/>
      </w:pPr>
      <w:r>
        <w:rPr>
          <w:rFonts w:ascii="Georgia" w:hAnsi="Georgia"/>
          <w:b w:val="0"/>
          <w:i w:val="0"/>
          <w:color w:val="000000"/>
          <w:sz w:val="24"/>
        </w:rPr>
        <w:t>Первое начертание: буква шин образуется из трех букв вав (3 × 6 = 18), буква далет — из двух букв вав (2 × 6 = 12), и вместе с буквой йод (10) Имя ШАДАЙ, начертанное таким образом, имеет гематрию 40 (18 + 12 + 10 = 40). Это подготовка в Есод для принятия высшей капли — стадии, именуемой «светом», то есть букв йод Имени АБ, как сказано выше, гематрия которых равна 40 (4 × 10 = 40).</w:t>
      </w:r>
    </w:p>
    <w:p>
      <w:pPr>
        <w:spacing w:before="40" w:after="120"/>
        <w:jc w:val="both"/>
      </w:pPr>
      <w:r>
        <w:rPr>
          <w:rFonts w:ascii="Georgia" w:hAnsi="Georgia"/>
          <w:b w:val="0"/>
          <w:i w:val="0"/>
          <w:color w:val="000000"/>
          <w:sz w:val="24"/>
        </w:rPr>
        <w:t xml:space="preserve">Второе начертание: ты изображаешь букву шин в виде трех букв вав с тремя буквами йод на их вершинах (18 + 30 = 48), а букву далет — из двух букв вав (12) [вместе с буквой йод (10)], вот так: </w:t>
      </w:r>
      <w:r>
        <w:rPr>
          <w:rFonts w:ascii="Georgia" w:hAnsi="Georgia" w:cs="Times New Roman"/>
          <w:b/>
          <w:i w:val="0"/>
          <w:color w:val="000000"/>
          <w:sz w:val="24"/>
          <w:rtl/>
          <w:szCs w:val="32"/>
        </w:rPr>
        <w:t>שדי</w:t>
      </w:r>
      <w:r>
        <w:rPr>
          <w:rFonts w:ascii="Georgia" w:hAnsi="Georgia"/>
          <w:b w:val="0"/>
          <w:i w:val="0"/>
          <w:color w:val="000000"/>
          <w:sz w:val="24"/>
        </w:rPr>
        <w:t xml:space="preserve">. И теперь Имя ШАДАЙ, начертанное таким образом, будет иметь гематрию 70 (48 + 12 + 10 = 70). Это вторая подготовка в Есод для принятия аспекта воды высшей капли, состоящего из четырех букв йод Имени АБ и трех букв йод Имени САГ, числовое значение которых также равно 70 (40 + 30 = 70). Третье начертание: ты изображаешь букву шин в виде трех букв вав с тремя буквами йод на их вершинах (48), букву далет — из двух букв вав (12), а в букве йод есть одна точка посередине, числовое значение которой — 10, и три остинки (коцы), выходящие из нее: верхняя, средняя и нижняя, как упоминается в недельной главе Ваикра (лист 11а), имеющие форму трех других букв вав (3 × 6 = 18), тогда как сама точка равна 10 [так что буква йод равна 28], вот так: </w:t>
      </w:r>
      <w:r>
        <w:rPr>
          <w:rFonts w:ascii="Georgia" w:hAnsi="Georgia" w:cs="Times New Roman"/>
          <w:b/>
          <w:i w:val="0"/>
          <w:color w:val="000000"/>
          <w:sz w:val="24"/>
          <w:rtl/>
          <w:szCs w:val="32"/>
        </w:rPr>
        <w:t>שדי</w:t>
      </w:r>
      <w:r>
        <w:rPr>
          <w:rFonts w:ascii="Georgia" w:hAnsi="Georgia"/>
          <w:b w:val="0"/>
          <w:i w:val="0"/>
          <w:color w:val="000000"/>
          <w:sz w:val="24"/>
        </w:rPr>
        <w:t>. Все вместе составляет 88 (</w:t>
      </w:r>
      <w:r>
        <w:rPr>
          <w:rFonts w:ascii="Georgia" w:hAnsi="Georgia" w:cs="Times New Roman"/>
          <w:b/>
          <w:i w:val="0"/>
          <w:color w:val="000000"/>
          <w:sz w:val="24"/>
          <w:rtl/>
          <w:szCs w:val="32"/>
        </w:rPr>
        <w:t>פ״ח</w:t>
      </w:r>
      <w:r>
        <w:rPr>
          <w:rFonts w:ascii="Georgia" w:hAnsi="Georgia"/>
          <w:b w:val="0"/>
          <w:i w:val="0"/>
          <w:color w:val="000000"/>
          <w:sz w:val="24"/>
        </w:rPr>
        <w:t xml:space="preserve"> = 48 + 12 + 28 = 88). И это третья подготовка в Есод для принятия аспекта небосвода высшей капли, который также соответствует числу 88 (</w:t>
      </w:r>
      <w:r>
        <w:rPr>
          <w:rFonts w:ascii="Georgia" w:hAnsi="Georgia" w:cs="Times New Roman"/>
          <w:b/>
          <w:i w:val="0"/>
          <w:color w:val="000000"/>
          <w:sz w:val="24"/>
          <w:rtl/>
          <w:szCs w:val="32"/>
        </w:rPr>
        <w:t>פ״ח</w:t>
      </w:r>
      <w:r>
        <w:rPr>
          <w:rFonts w:ascii="Georgia" w:hAnsi="Georgia"/>
          <w:b w:val="0"/>
          <w:i w:val="0"/>
          <w:color w:val="000000"/>
          <w:sz w:val="24"/>
        </w:rPr>
        <w:t xml:space="preserve">). Ведь выше было разъяснено, что ступень небосвода образуется из буквы алеф буквы вав Имени САГ, которая облачается в букву алеф буквы вав Имени МА. А буква алеф Имени САГ представляет собой квадратуру Имени ЭЙЕ, гематрия которого равна слову </w:t>
      </w:r>
      <w:r>
        <w:rPr>
          <w:rFonts w:ascii="Georgia" w:hAnsi="Georgia"/>
          <w:b w:val="0"/>
          <w:i/>
          <w:color w:val="000000"/>
          <w:sz w:val="24"/>
        </w:rPr>
        <w:t>дам</w:t>
      </w:r>
      <w:r>
        <w:rPr>
          <w:rFonts w:ascii="Georgia" w:hAnsi="Georgia"/>
          <w:b w:val="0"/>
          <w:i w:val="0"/>
          <w:color w:val="000000"/>
          <w:sz w:val="24"/>
        </w:rPr>
        <w:t xml:space="preserve"> («кровь», </w:t>
      </w:r>
      <w:r>
        <w:rPr>
          <w:rFonts w:ascii="Georgia" w:hAnsi="Georgia" w:cs="Times New Roman"/>
          <w:b/>
          <w:i w:val="0"/>
          <w:color w:val="000000"/>
          <w:sz w:val="24"/>
          <w:rtl/>
          <w:szCs w:val="32"/>
        </w:rPr>
        <w:t>דָּם</w:t>
      </w:r>
      <w:r>
        <w:rPr>
          <w:rFonts w:ascii="Georgia" w:hAnsi="Georgia"/>
          <w:b w:val="0"/>
          <w:i w:val="0"/>
          <w:color w:val="000000"/>
          <w:sz w:val="24"/>
        </w:rPr>
        <w:t xml:space="preserve"> = 44). И в Имени МА точно так же: если ты удалишь упомянутую букву алеф из буквы вав Имени МА (45 – 1 = 44), останется то же число 44 (</w:t>
      </w:r>
      <w:r>
        <w:rPr>
          <w:rFonts w:ascii="Georgia" w:hAnsi="Georgia" w:cs="Times New Roman"/>
          <w:b/>
          <w:i w:val="0"/>
          <w:color w:val="000000"/>
          <w:sz w:val="24"/>
          <w:rtl/>
          <w:szCs w:val="32"/>
        </w:rPr>
        <w:t>דָּם</w:t>
      </w:r>
      <w:r>
        <w:rPr>
          <w:rFonts w:ascii="Georgia" w:hAnsi="Georgia"/>
          <w:b w:val="0"/>
          <w:i w:val="0"/>
          <w:color w:val="000000"/>
          <w:sz w:val="24"/>
        </w:rPr>
        <w:t>).</w:t>
      </w:r>
    </w:p>
    <w:p>
      <w:pPr>
        <w:spacing w:before="40" w:after="120"/>
        <w:jc w:val="both"/>
      </w:pPr>
      <w:r>
        <w:rPr>
          <w:rFonts w:ascii="Georgia" w:hAnsi="Georgia"/>
          <w:b w:val="0"/>
          <w:i w:val="0"/>
          <w:color w:val="000000"/>
          <w:sz w:val="24"/>
        </w:rPr>
        <w:t>Таким образом, первое число 44 (</w:t>
      </w:r>
      <w:r>
        <w:rPr>
          <w:rFonts w:ascii="Georgia" w:hAnsi="Georgia" w:cs="Times New Roman"/>
          <w:b/>
          <w:i w:val="0"/>
          <w:color w:val="000000"/>
          <w:sz w:val="24"/>
          <w:rtl/>
          <w:szCs w:val="32"/>
        </w:rPr>
        <w:t>מ״ד</w:t>
      </w:r>
      <w:r>
        <w:rPr>
          <w:rFonts w:ascii="Georgia" w:hAnsi="Georgia"/>
          <w:b w:val="0"/>
          <w:i w:val="0"/>
          <w:color w:val="000000"/>
          <w:sz w:val="24"/>
        </w:rPr>
        <w:t>) облачается в последнее число 44 Имени МА, и оба они вместе дают по гематрии 88 (</w:t>
      </w:r>
      <w:r>
        <w:rPr>
          <w:rFonts w:ascii="Georgia" w:hAnsi="Georgia" w:cs="Times New Roman"/>
          <w:b/>
          <w:i w:val="0"/>
          <w:color w:val="000000"/>
          <w:sz w:val="24"/>
          <w:rtl/>
          <w:szCs w:val="32"/>
        </w:rPr>
        <w:t>פ״ח</w:t>
      </w:r>
      <w:r>
        <w:rPr>
          <w:rFonts w:ascii="Georgia" w:hAnsi="Georgia"/>
          <w:b w:val="0"/>
          <w:i w:val="0"/>
          <w:color w:val="000000"/>
          <w:sz w:val="24"/>
        </w:rPr>
        <w:t xml:space="preserve"> = 44 + 44 = 88). Четвертое начертание: буква шин изображается в виде трех букв вав с тремя буквами йод на их вершинах (48), буква далет — из двух букв вав (12), а буква йод — с одной точкой посередине (10) и тремя ее остинками по тайне трех букв йод (3 × 10 = 30), что [для буквы йод дает 40, а всего] составит по гематрии 100 (48 + 12 + 40 = 100). Это четвертая подготовка в Есод для принятия ста благословений высшей капли.</w:t>
      </w:r>
    </w:p>
    <w:p>
      <w:pPr>
        <w:spacing w:before="40" w:after="120"/>
        <w:jc w:val="both"/>
      </w:pPr>
      <w:r>
        <w:rPr>
          <w:rFonts w:ascii="Georgia" w:hAnsi="Georgia"/>
          <w:b w:val="0"/>
          <w:i w:val="0"/>
          <w:color w:val="000000"/>
          <w:sz w:val="24"/>
        </w:rPr>
        <w:t>Причина же, почему все начертания Имени ШАДАЙ в Есод имеют форму букв вав, заключается в том, как сказано в «Тиккуней Зоар» (лист 20б): капля изначально имеет форму буквы йод (</w:t>
      </w:r>
      <w:r>
        <w:rPr>
          <w:rFonts w:ascii="Georgia" w:hAnsi="Georgia" w:cs="Times New Roman"/>
          <w:b/>
          <w:i w:val="0"/>
          <w:color w:val="000000"/>
          <w:sz w:val="24"/>
          <w:rtl/>
          <w:szCs w:val="32"/>
        </w:rPr>
        <w:t>י</w:t>
      </w:r>
      <w:r>
        <w:rPr>
          <w:rFonts w:ascii="Georgia" w:hAnsi="Georgia"/>
          <w:b w:val="0"/>
          <w:i w:val="0"/>
          <w:color w:val="000000"/>
          <w:sz w:val="24"/>
        </w:rPr>
        <w:t>), а когда спускается от Тиферет к Есод, она удлиняется в форме буквы вав (</w:t>
      </w:r>
      <w:r>
        <w:rPr>
          <w:rFonts w:ascii="Georgia" w:hAnsi="Georgia" w:cs="Times New Roman"/>
          <w:b/>
          <w:i w:val="0"/>
          <w:color w:val="000000"/>
          <w:sz w:val="24"/>
          <w:rtl/>
          <w:szCs w:val="32"/>
        </w:rPr>
        <w:t>ו</w:t>
      </w:r>
      <w:r>
        <w:rPr>
          <w:rFonts w:ascii="Georgia" w:hAnsi="Georgia"/>
          <w:b w:val="0"/>
          <w:i w:val="0"/>
          <w:color w:val="000000"/>
          <w:sz w:val="24"/>
        </w:rPr>
        <w:t>). Запомни это правило.</w:t>
      </w:r>
    </w:p>
    <w:p>
      <w:pPr>
        <w:spacing w:before="40" w:after="120"/>
        <w:jc w:val="both"/>
      </w:pPr>
      <w:r>
        <w:rPr>
          <w:rFonts w:ascii="Georgia" w:hAnsi="Georgia"/>
          <w:b w:val="0"/>
          <w:i w:val="0"/>
          <w:color w:val="000000"/>
          <w:sz w:val="24"/>
        </w:rPr>
        <w:t>Итак, обстоятельно разъяснена вся суть капли мужских вод (МАД) вплоть до ее спуска в Есод мужского начала в ЗА.</w:t>
      </w:r>
    </w:p>
    <w:p>
      <w:pPr>
        <w:keepNext/>
        <w:spacing w:before="320" w:after="120"/>
      </w:pPr>
      <w:r>
        <w:rPr>
          <w:rFonts w:ascii="Georgia" w:hAnsi="Georgia"/>
          <w:b w:val="0"/>
          <w:i w:val="0"/>
          <w:color w:val="000000"/>
          <w:sz w:val="32"/>
        </w:rPr>
        <w:t>Ветвь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разъясним согласно сказанному выше свойство МАН в Есоде Нуквы де-ЗА. Ведь известно, что отец и мать — соучастники в [созидании] человека: он дает каплю белизны — мужские воды (МАД), а она дает каплю красноты — МАН. Вначале капля ее света притягивается также из восьмого мазаля, но иным образом. Ведь там [раскрывается] имя АБ (</w:t>
      </w:r>
      <w:r>
        <w:rPr>
          <w:rFonts w:ascii="Georgia" w:hAnsi="Georgia" w:cs="Times New Roman"/>
          <w:b/>
          <w:i w:val="0"/>
          <w:color w:val="000000"/>
          <w:sz w:val="24"/>
          <w:rtl/>
          <w:szCs w:val="32"/>
        </w:rPr>
        <w:t>ע״ב</w:t>
      </w:r>
      <w:r>
        <w:rPr>
          <w:rFonts w:ascii="Georgia" w:hAnsi="Georgia"/>
          <w:b w:val="0"/>
          <w:i w:val="0"/>
          <w:color w:val="000000"/>
          <w:sz w:val="24"/>
        </w:rPr>
        <w:t xml:space="preserve"> = 72) с наполнением через буквы йод, и вместе с числом десяти букв наполнения (</w:t>
      </w:r>
      <w:r>
        <w:rPr>
          <w:rFonts w:ascii="Georgia" w:hAnsi="Georgia" w:cs="Times New Roman"/>
          <w:b/>
          <w:i w:val="0"/>
          <w:color w:val="000000"/>
          <w:sz w:val="24"/>
          <w:rtl/>
          <w:szCs w:val="32"/>
        </w:rPr>
        <w:t>י</w:t>
      </w:r>
      <w:r>
        <w:rPr>
          <w:rFonts w:ascii="Georgia" w:hAnsi="Georgia"/>
          <w:b w:val="0"/>
          <w:i w:val="0"/>
          <w:color w:val="000000"/>
          <w:sz w:val="24"/>
        </w:rPr>
        <w:t xml:space="preserve"> = 10) получается 82 (</w:t>
      </w:r>
      <w:r>
        <w:rPr>
          <w:rFonts w:ascii="Georgia" w:hAnsi="Georgia" w:cs="Times New Roman"/>
          <w:b/>
          <w:i w:val="0"/>
          <w:color w:val="000000"/>
          <w:sz w:val="24"/>
          <w:rtl/>
          <w:szCs w:val="32"/>
        </w:rPr>
        <w:t>פ״ב</w:t>
      </w:r>
      <w:r>
        <w:rPr>
          <w:rFonts w:ascii="Georgia" w:hAnsi="Georgia"/>
          <w:b w:val="0"/>
          <w:i w:val="0"/>
          <w:color w:val="000000"/>
          <w:sz w:val="24"/>
        </w:rPr>
        <w:t xml:space="preserve"> = 82). Это же число 82 [получается] и другим путем: четыре входящие в него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а четыре — 40) дают в гематрии 40 (</w:t>
      </w:r>
      <w:r>
        <w:rPr>
          <w:rFonts w:ascii="Georgia" w:hAnsi="Georgia" w:cs="Times New Roman"/>
          <w:b/>
          <w:i w:val="0"/>
          <w:color w:val="000000"/>
          <w:sz w:val="24"/>
          <w:rtl/>
          <w:szCs w:val="32"/>
        </w:rPr>
        <w:t>מ</w:t>
      </w:r>
      <w:r>
        <w:rPr>
          <w:rFonts w:ascii="Georgia" w:hAnsi="Georgia"/>
          <w:b w:val="0"/>
          <w:i w:val="0"/>
          <w:color w:val="000000"/>
          <w:sz w:val="24"/>
        </w:rPr>
        <w:t xml:space="preserve"> = 40), и кроме того, есть 42 буквы (</w:t>
      </w:r>
      <w:r>
        <w:rPr>
          <w:rFonts w:ascii="Georgia" w:hAnsi="Georgia" w:cs="Times New Roman"/>
          <w:b/>
          <w:i w:val="0"/>
          <w:color w:val="000000"/>
          <w:sz w:val="24"/>
          <w:rtl/>
          <w:szCs w:val="32"/>
        </w:rPr>
        <w:t>מ״ב</w:t>
      </w:r>
      <w:r>
        <w:rPr>
          <w:rFonts w:ascii="Georgia" w:hAnsi="Georgia"/>
          <w:b w:val="0"/>
          <w:i w:val="0"/>
          <w:color w:val="000000"/>
          <w:sz w:val="24"/>
        </w:rPr>
        <w:t xml:space="preserve"> = 42) в простом [начертании], наполнении и наполнении наполнения — итого снова 82. Из этих аспектов числа 82 притягивается капля света МАН Нуквы; это свойство судов и гвурот, и потому она притягивается от аспекта 42 имени АБ, так как известно, что 42 — это свойство гвурот. И когда она нисходит вниз подобно тому, как было описано выше относительно капли мужского начала, она притягивается не через Абу, а исключительно через Иму. Ведь она — женское начало, и оттуда [капля] нисходит к ней, в ее Есод.</w:t>
      </w:r>
    </w:p>
    <w:p>
      <w:pPr>
        <w:spacing w:before="40" w:after="120"/>
        <w:jc w:val="both"/>
      </w:pPr>
      <w:r>
        <w:rPr>
          <w:rFonts w:ascii="Georgia" w:hAnsi="Georgia"/>
          <w:b w:val="0"/>
          <w:i w:val="0"/>
          <w:color w:val="000000"/>
          <w:sz w:val="24"/>
        </w:rPr>
        <w:t>Затем притягивается свойство вод. Известно [изречение]: «Ни одна капля не падает сверху без того, чтобы навстречу ей снизу не поднялись две капли» (Таанит 25б). Капля мужского начала содержала пять светов, пять [мер] вод и пять небосводов, как упоминается в недельном разделе Трума (лист 166) [Зоар II, 166б]. Если так, то капли вод Нуквы должны быть вдвое больше. Они притягиваются исключительно от Бины, высшей Имы, являющейся каплей Нуквы. В ее семи нижних сфирот (ЗАТ) есть одно имя САГ, как сказано выше, и туда опускаются ее Хохма и Бина внутрь Хеседа и Гвуры; получается, что все ее десять сфирот включены в десять букв имени САГ. От девяти ее сфирот притягиваются девять раз [по числу слова] «вода» (</w:t>
      </w:r>
      <w:r>
        <w:rPr>
          <w:rFonts w:ascii="Georgia" w:hAnsi="Georgia"/>
          <w:b w:val="0"/>
          <w:i/>
          <w:color w:val="000000"/>
          <w:sz w:val="24"/>
        </w:rPr>
        <w:t>маим</w:t>
      </w:r>
      <w:r>
        <w:rPr>
          <w:rFonts w:ascii="Georgia" w:hAnsi="Georgia"/>
          <w:b w:val="0"/>
          <w:i w:val="0"/>
          <w:color w:val="000000"/>
          <w:sz w:val="24"/>
        </w:rPr>
        <w:t xml:space="preserve">, </w:t>
      </w:r>
      <w:r>
        <w:rPr>
          <w:rFonts w:ascii="Georgia" w:hAnsi="Georgia" w:cs="Times New Roman"/>
          <w:b/>
          <w:i w:val="0"/>
          <w:color w:val="000000"/>
          <w:sz w:val="24"/>
          <w:rtl/>
          <w:szCs w:val="32"/>
        </w:rPr>
        <w:t>מַיִם</w:t>
      </w:r>
      <w:r>
        <w:rPr>
          <w:rFonts w:ascii="Georgia" w:hAnsi="Georgia"/>
          <w:b w:val="0"/>
          <w:i w:val="0"/>
          <w:color w:val="000000"/>
          <w:sz w:val="24"/>
        </w:rPr>
        <w:t xml:space="preserve"> = 90), а от ее Кетера — свойство [буквы] далет (</w:t>
      </w:r>
      <w:r>
        <w:rPr>
          <w:rFonts w:ascii="Georgia" w:hAnsi="Georgia" w:cs="Times New Roman"/>
          <w:b/>
          <w:i w:val="0"/>
          <w:color w:val="000000"/>
          <w:sz w:val="24"/>
          <w:rtl/>
          <w:szCs w:val="32"/>
        </w:rPr>
        <w:t>ד</w:t>
      </w:r>
      <w:r>
        <w:rPr>
          <w:rFonts w:ascii="Georgia" w:hAnsi="Georgia"/>
          <w:b w:val="0"/>
          <w:i w:val="0"/>
          <w:color w:val="000000"/>
          <w:sz w:val="24"/>
        </w:rPr>
        <w:t xml:space="preserve"> = 4), так как Кетер Нуквы всегда [устроен] по тайне буквы далет. Девять раз по 90 составляют число 810 (</w:t>
      </w:r>
      <w:r>
        <w:rPr>
          <w:rFonts w:ascii="Georgia" w:hAnsi="Georgia" w:cs="Times New Roman"/>
          <w:b/>
          <w:i w:val="0"/>
          <w:color w:val="000000"/>
          <w:sz w:val="24"/>
          <w:rtl/>
          <w:szCs w:val="32"/>
        </w:rPr>
        <w:t>תת״י</w:t>
      </w:r>
      <w:r>
        <w:rPr>
          <w:rFonts w:ascii="Georgia" w:hAnsi="Georgia"/>
          <w:b w:val="0"/>
          <w:i w:val="0"/>
          <w:color w:val="000000"/>
          <w:sz w:val="24"/>
        </w:rPr>
        <w:t>), а вместе с четырьмя получается 814 (</w:t>
      </w:r>
      <w:r>
        <w:rPr>
          <w:rFonts w:ascii="Georgia" w:hAnsi="Georgia" w:cs="Times New Roman"/>
          <w:b/>
          <w:i w:val="0"/>
          <w:color w:val="000000"/>
          <w:sz w:val="24"/>
          <w:rtl/>
          <w:szCs w:val="32"/>
        </w:rPr>
        <w:t>תתי״ד</w:t>
      </w:r>
      <w:r>
        <w:rPr>
          <w:rFonts w:ascii="Georgia" w:hAnsi="Georgia"/>
          <w:b w:val="0"/>
          <w:i w:val="0"/>
          <w:color w:val="000000"/>
          <w:sz w:val="24"/>
        </w:rPr>
        <w:t>). Они сходят в Нукву де-ЗА по тайне девяти ее сфирот и упомянутого Кетера, которые составляют 814, и притягиваются до самого ее Есода.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 это свойство высшей капли, притягиваемой от десяти букв наполнения имени АБ в восьмом мазале. Они облачаются внутрь содержащегося в них числа 810, являющегося свойством вод, как сказано выше. Примечание. Цемах: без учета [буквы] далет. Конец примечания. И если о мужских водах мы объяснили, что в них есть авиют и мутность, однако они не проявляются до уровня небосвода, когда воды застывают, — то тем более [это верно] для этих вод, являющихся женскими, в которых есть мутность, именуемая «горькими водами, наводящими проклятие» (Бемидбар 5:18). Они равны упомянутому числу 800 (</w:t>
      </w:r>
      <w:r>
        <w:rPr>
          <w:rFonts w:ascii="Georgia" w:hAnsi="Georgia" w:cs="Times New Roman"/>
          <w:b/>
          <w:i w:val="0"/>
          <w:color w:val="000000"/>
          <w:sz w:val="24"/>
          <w:rtl/>
          <w:szCs w:val="32"/>
        </w:rPr>
        <w:t>ת״ת</w:t>
      </w:r>
      <w:r>
        <w:rPr>
          <w:rFonts w:ascii="Georgia" w:hAnsi="Georgia"/>
          <w:b w:val="0"/>
          <w:i w:val="0"/>
          <w:color w:val="000000"/>
          <w:sz w:val="24"/>
        </w:rPr>
        <w:t>), без внутреннего йода (</w:t>
      </w:r>
      <w:r>
        <w:rPr>
          <w:rFonts w:ascii="Georgia" w:hAnsi="Georgia" w:cs="Times New Roman"/>
          <w:b/>
          <w:i w:val="0"/>
          <w:color w:val="000000"/>
          <w:sz w:val="24"/>
          <w:rtl/>
          <w:szCs w:val="32"/>
        </w:rPr>
        <w:t>י</w:t>
      </w:r>
      <w:r>
        <w:rPr>
          <w:rFonts w:ascii="Georgia" w:hAnsi="Georgia"/>
          <w:b w:val="0"/>
          <w:i w:val="0"/>
          <w:color w:val="000000"/>
          <w:sz w:val="24"/>
        </w:rPr>
        <w:t xml:space="preserve"> = 10). В этом тайна [стиха, где слово </w:t>
      </w:r>
      <w:r>
        <w:rPr>
          <w:rFonts w:ascii="Georgia" w:hAnsi="Georgia"/>
          <w:b w:val="0"/>
          <w:i/>
          <w:color w:val="000000"/>
          <w:sz w:val="24"/>
        </w:rPr>
        <w:t>бе-тэт</w:t>
      </w:r>
      <w:r>
        <w:rPr>
          <w:rFonts w:ascii="Georgia" w:hAnsi="Georgia"/>
          <w:b w:val="0"/>
          <w:i w:val="0"/>
          <w:color w:val="000000"/>
          <w:sz w:val="24"/>
        </w:rPr>
        <w:t xml:space="preserve"> (</w:t>
      </w:r>
      <w:r>
        <w:rPr>
          <w:rFonts w:ascii="Georgia" w:hAnsi="Georgia" w:cs="Times New Roman"/>
          <w:b/>
          <w:i w:val="0"/>
          <w:color w:val="000000"/>
          <w:sz w:val="24"/>
          <w:rtl/>
          <w:szCs w:val="32"/>
        </w:rPr>
        <w:t>בְּתֵת</w:t>
      </w:r>
      <w:r>
        <w:rPr>
          <w:rFonts w:ascii="Georgia" w:hAnsi="Georgia"/>
          <w:b w:val="0"/>
          <w:i w:val="0"/>
          <w:color w:val="000000"/>
          <w:sz w:val="24"/>
        </w:rPr>
        <w:t>) читается по буквам как «при 800» (</w:t>
      </w:r>
      <w:r>
        <w:rPr>
          <w:rFonts w:ascii="Georgia" w:hAnsi="Georgia" w:cs="Times New Roman"/>
          <w:b/>
          <w:i w:val="0"/>
          <w:color w:val="000000"/>
          <w:sz w:val="24"/>
          <w:rtl/>
          <w:szCs w:val="32"/>
        </w:rPr>
        <w:t>ת״ת</w:t>
      </w:r>
      <w:r>
        <w:rPr>
          <w:rFonts w:ascii="Georgia" w:hAnsi="Georgia"/>
          <w:b w:val="0"/>
          <w:i w:val="0"/>
          <w:color w:val="000000"/>
          <w:sz w:val="24"/>
        </w:rPr>
        <w:t xml:space="preserve">)]: </w:t>
      </w:r>
      <w:r>
        <w:rPr>
          <w:rFonts w:ascii="Georgia" w:hAnsi="Georgia"/>
          <w:b w:val="0"/>
          <w:i/>
          <w:color w:val="000000"/>
          <w:sz w:val="24"/>
        </w:rPr>
        <w:t>«…когда сделает Г-сподь бедро твое опавшим…»</w:t>
      </w:r>
      <w:r>
        <w:rPr>
          <w:rFonts w:ascii="Georgia" w:hAnsi="Georgia"/>
          <w:b w:val="0"/>
          <w:i w:val="0"/>
          <w:color w:val="000000"/>
          <w:sz w:val="24"/>
        </w:rPr>
        <w:t xml:space="preserve"> (Бемидбар 5:21).</w:t>
      </w:r>
    </w:p>
    <w:p>
      <w:pPr>
        <w:spacing w:before="40" w:after="120"/>
        <w:jc w:val="both"/>
      </w:pPr>
      <w:r>
        <w:rPr>
          <w:rFonts w:ascii="Georgia" w:hAnsi="Georgia"/>
          <w:b w:val="0"/>
          <w:i w:val="0"/>
          <w:color w:val="000000"/>
          <w:sz w:val="24"/>
        </w:rPr>
        <w:t>Затем притягивается свойство небосвода. Небосвод мужского начала притягивался от буквы алеф (</w:t>
      </w:r>
      <w:r>
        <w:rPr>
          <w:rFonts w:ascii="Georgia" w:hAnsi="Georgia" w:cs="Times New Roman"/>
          <w:b/>
          <w:i w:val="0"/>
          <w:color w:val="000000"/>
          <w:sz w:val="24"/>
          <w:rtl/>
          <w:szCs w:val="32"/>
        </w:rPr>
        <w:t>א</w:t>
      </w:r>
      <w:r>
        <w:rPr>
          <w:rFonts w:ascii="Georgia" w:hAnsi="Georgia"/>
          <w:b w:val="0"/>
          <w:i w:val="0"/>
          <w:color w:val="000000"/>
          <w:sz w:val="24"/>
        </w:rPr>
        <w:t>) имени ЭЙЕ, относящегося к Бине, в букву алеф имени МА; теперь же [небосвод женского начала] притягивается от буквы алеф имени ЭЛОКИМ, находящегося в Име, к букве алеф имени АДОНАЙ в Нукве, облачается там и становится небосводом. Буква алеф имени ЭЛОКИМ в Име имеет форму [букв] йод, вав, йод (</w:t>
      </w:r>
      <w:r>
        <w:rPr>
          <w:rFonts w:ascii="Georgia" w:hAnsi="Georgia" w:cs="Times New Roman"/>
          <w:b/>
          <w:i w:val="0"/>
          <w:color w:val="000000"/>
          <w:sz w:val="24"/>
          <w:rtl/>
          <w:szCs w:val="32"/>
        </w:rPr>
        <w:t>יו״י</w:t>
      </w:r>
      <w:r>
        <w:rPr>
          <w:rFonts w:ascii="Georgia" w:hAnsi="Georgia"/>
          <w:b w:val="0"/>
          <w:i w:val="0"/>
          <w:color w:val="000000"/>
          <w:sz w:val="24"/>
        </w:rPr>
        <w:t xml:space="preserve"> = 26), а [буква алеф] имени АДОНАЙ — форму [букв] йод, вав, далет (</w:t>
      </w:r>
      <w:r>
        <w:rPr>
          <w:rFonts w:ascii="Georgia" w:hAnsi="Georgia" w:cs="Times New Roman"/>
          <w:b/>
          <w:i w:val="0"/>
          <w:color w:val="000000"/>
          <w:sz w:val="24"/>
          <w:rtl/>
          <w:szCs w:val="32"/>
        </w:rPr>
        <w:t>יו״ד</w:t>
      </w:r>
      <w:r>
        <w:rPr>
          <w:rFonts w:ascii="Georgia" w:hAnsi="Georgia"/>
          <w:b w:val="0"/>
          <w:i w:val="0"/>
          <w:color w:val="000000"/>
          <w:sz w:val="24"/>
        </w:rPr>
        <w:t xml:space="preserve"> = 20), как сказано выше, и вместе они составляют число 46 (</w:t>
      </w:r>
      <w:r>
        <w:rPr>
          <w:rFonts w:ascii="Georgia" w:hAnsi="Georgia" w:cs="Times New Roman"/>
          <w:b/>
          <w:i w:val="0"/>
          <w:color w:val="000000"/>
          <w:sz w:val="24"/>
          <w:rtl/>
          <w:szCs w:val="32"/>
        </w:rPr>
        <w:t>מ״ו</w:t>
      </w:r>
      <w:r>
        <w:rPr>
          <w:rFonts w:ascii="Georgia" w:hAnsi="Georgia"/>
          <w:b w:val="0"/>
          <w:i w:val="0"/>
          <w:color w:val="000000"/>
          <w:sz w:val="24"/>
        </w:rPr>
        <w:t xml:space="preserve"> = 46). Затем притягиваются сто благословений. Они притягиваются от трех имен ЭЙЕ в Име: с наполнением через йод, через хэй и через алеф, что в гематрии составляет 455 (</w:t>
      </w:r>
      <w:r>
        <w:rPr>
          <w:rFonts w:ascii="Georgia" w:hAnsi="Georgia" w:cs="Times New Roman"/>
          <w:b/>
          <w:i w:val="0"/>
          <w:color w:val="000000"/>
          <w:sz w:val="24"/>
          <w:rtl/>
          <w:szCs w:val="32"/>
        </w:rPr>
        <w:t>תנ״ה</w:t>
      </w:r>
      <w:r>
        <w:rPr>
          <w:rFonts w:ascii="Georgia" w:hAnsi="Georgia"/>
          <w:b w:val="0"/>
          <w:i w:val="0"/>
          <w:color w:val="000000"/>
          <w:sz w:val="24"/>
        </w:rPr>
        <w:t xml:space="preserve"> = 455), а это равно гематрии слов «сын» (</w:t>
      </w:r>
      <w:r>
        <w:rPr>
          <w:rFonts w:ascii="Georgia" w:hAnsi="Georgia"/>
          <w:b w:val="0"/>
          <w:i/>
          <w:color w:val="000000"/>
          <w:sz w:val="24"/>
        </w:rPr>
        <w:t>бен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xml:space="preserve"> = 52) и «дочь» (</w:t>
      </w:r>
      <w:r>
        <w:rPr>
          <w:rFonts w:ascii="Georgia" w:hAnsi="Georgia"/>
          <w:b w:val="0"/>
          <w:i/>
          <w:color w:val="000000"/>
          <w:sz w:val="24"/>
        </w:rPr>
        <w:t>бат</w:t>
      </w:r>
      <w:r>
        <w:rPr>
          <w:rFonts w:ascii="Georgia" w:hAnsi="Georgia"/>
          <w:b w:val="0"/>
          <w:i w:val="0"/>
          <w:color w:val="000000"/>
          <w:sz w:val="24"/>
        </w:rPr>
        <w:t xml:space="preserve">, </w:t>
      </w:r>
      <w:r>
        <w:rPr>
          <w:rFonts w:ascii="Georgia" w:hAnsi="Georgia" w:cs="Times New Roman"/>
          <w:b/>
          <w:i w:val="0"/>
          <w:color w:val="000000"/>
          <w:sz w:val="24"/>
          <w:rtl/>
          <w:szCs w:val="32"/>
        </w:rPr>
        <w:t>בַּת</w:t>
      </w:r>
      <w:r>
        <w:rPr>
          <w:rFonts w:ascii="Georgia" w:hAnsi="Georgia"/>
          <w:b w:val="0"/>
          <w:i w:val="0"/>
          <w:color w:val="000000"/>
          <w:sz w:val="24"/>
        </w:rPr>
        <w:t xml:space="preserve"> = 402, в сумме 454) с колелем.</w:t>
      </w:r>
    </w:p>
    <w:p>
      <w:pPr>
        <w:spacing w:before="40" w:after="120"/>
        <w:jc w:val="both"/>
      </w:pPr>
      <w:r>
        <w:rPr>
          <w:rFonts w:ascii="Georgia" w:hAnsi="Georgia"/>
          <w:b w:val="0"/>
          <w:i w:val="0"/>
          <w:color w:val="000000"/>
          <w:sz w:val="24"/>
        </w:rPr>
        <w:t>Также они притягиваются от имени ЭЙЕ, умноженного на [само себя]: ЭЙЕ на ЭЙЕ равно по числу [слову] «истина» (</w:t>
      </w:r>
      <w:r>
        <w:rPr>
          <w:rFonts w:ascii="Georgia" w:hAnsi="Georgia"/>
          <w:b w:val="0"/>
          <w:i/>
          <w:color w:val="000000"/>
          <w:sz w:val="24"/>
        </w:rPr>
        <w:t>эмет</w:t>
      </w:r>
      <w:r>
        <w:rPr>
          <w:rFonts w:ascii="Georgia" w:hAnsi="Georgia"/>
          <w:b w:val="0"/>
          <w:i w:val="0"/>
          <w:color w:val="000000"/>
          <w:sz w:val="24"/>
        </w:rPr>
        <w:t xml:space="preserve">, </w:t>
      </w:r>
      <w:r>
        <w:rPr>
          <w:rFonts w:ascii="Georgia" w:hAnsi="Georgia" w:cs="Times New Roman"/>
          <w:b/>
          <w:i w:val="0"/>
          <w:color w:val="000000"/>
          <w:sz w:val="24"/>
          <w:rtl/>
          <w:szCs w:val="32"/>
        </w:rPr>
        <w:t>אֱמֶת</w:t>
      </w:r>
      <w:r>
        <w:rPr>
          <w:rFonts w:ascii="Georgia" w:hAnsi="Georgia"/>
          <w:b w:val="0"/>
          <w:i w:val="0"/>
          <w:color w:val="000000"/>
          <w:sz w:val="24"/>
        </w:rPr>
        <w:t xml:space="preserve"> = 441); и если присоединить к ним 12 букв трех упомянутых простых имен ЭЙЕ, то вместе с колелем это также составит 454 (</w:t>
      </w:r>
      <w:r>
        <w:rPr>
          <w:rFonts w:ascii="Georgia" w:hAnsi="Georgia" w:cs="Times New Roman"/>
          <w:b/>
          <w:i w:val="0"/>
          <w:color w:val="000000"/>
          <w:sz w:val="24"/>
          <w:rtl/>
          <w:szCs w:val="32"/>
        </w:rPr>
        <w:t>תנ״ד</w:t>
      </w:r>
      <w:r>
        <w:rPr>
          <w:rFonts w:ascii="Georgia" w:hAnsi="Georgia"/>
          <w:b w:val="0"/>
          <w:i w:val="0"/>
          <w:color w:val="000000"/>
          <w:sz w:val="24"/>
        </w:rPr>
        <w:t xml:space="preserve"> = 454). Суть же в том, что сто благословений капли мужского начала притягиваются от имени БОН только к мужскому началу, которое зовется «сын» (</w:t>
      </w:r>
      <w:r>
        <w:rPr>
          <w:rFonts w:ascii="Georgia" w:hAnsi="Georgia"/>
          <w:b w:val="0"/>
          <w:i/>
          <w:color w:val="000000"/>
          <w:sz w:val="24"/>
        </w:rPr>
        <w:t>бен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xml:space="preserve"> = 52). Но теперь Нуква включает в себя три имени ЭЙЕ, составляющие 455, как сказано выше; поэтому требуется притянуть сто благословений ее капли в аспекте «сына и дочери», которые также составляют 454. Также [понятна] причина того, почему изначально высота строения Нуквы охватывала лишь четыре нижние сфиры де-ЗА — ТАНЕХИ. Теперь же, когда свойства МАН в ней уже исправлены, как сказано выше, она [становится] столь же велика, как он.</w:t>
      </w:r>
    </w:p>
    <w:p>
      <w:pPr>
        <w:spacing w:before="40" w:after="120"/>
        <w:jc w:val="both"/>
      </w:pPr>
      <w:r>
        <w:rPr>
          <w:rFonts w:ascii="Georgia" w:hAnsi="Georgia"/>
          <w:b w:val="0"/>
          <w:i w:val="0"/>
          <w:color w:val="000000"/>
          <w:sz w:val="24"/>
        </w:rPr>
        <w:t>Получается, что теперь она выросла сверх своего [прежнего] размера на четыре с половиной сфиры: Хохма и Бина, Хесед и Гвура, и половина Тиферет. Каждая из них включает в себя сто благословений, что составляет 450 (</w:t>
      </w:r>
      <w:r>
        <w:rPr>
          <w:rFonts w:ascii="Georgia" w:hAnsi="Georgia" w:cs="Times New Roman"/>
          <w:b/>
          <w:i w:val="0"/>
          <w:color w:val="000000"/>
          <w:sz w:val="24"/>
          <w:rtl/>
          <w:szCs w:val="32"/>
        </w:rPr>
        <w:t>ת״ן</w:t>
      </w:r>
      <w:r>
        <w:rPr>
          <w:rFonts w:ascii="Georgia" w:hAnsi="Georgia"/>
          <w:b w:val="0"/>
          <w:i w:val="0"/>
          <w:color w:val="000000"/>
          <w:sz w:val="24"/>
        </w:rPr>
        <w:t xml:space="preserve"> = 450); а вместе с четырьмя нижними сфирами получается 454 (</w:t>
      </w:r>
      <w:r>
        <w:rPr>
          <w:rFonts w:ascii="Georgia" w:hAnsi="Georgia" w:cs="Times New Roman"/>
          <w:b/>
          <w:i w:val="0"/>
          <w:color w:val="000000"/>
          <w:sz w:val="24"/>
          <w:rtl/>
          <w:szCs w:val="32"/>
        </w:rPr>
        <w:t>תנ״ד</w:t>
      </w:r>
      <w:r>
        <w:rPr>
          <w:rFonts w:ascii="Georgia" w:hAnsi="Georgia"/>
          <w:b w:val="0"/>
          <w:i w:val="0"/>
          <w:color w:val="000000"/>
          <w:sz w:val="24"/>
        </w:rPr>
        <w:t xml:space="preserve"> = 454). А когда, не дай Б-г, у нижних возникает повреждение, внешние [силы] ухватываются за них, и [буквы переставляются, образуя] </w:t>
      </w:r>
      <w:r>
        <w:rPr>
          <w:rFonts w:ascii="Georgia" w:hAnsi="Georgia"/>
          <w:b w:val="0"/>
          <w:i/>
          <w:color w:val="000000"/>
          <w:sz w:val="24"/>
        </w:rPr>
        <w:t>нидат</w:t>
      </w:r>
      <w:r>
        <w:rPr>
          <w:rFonts w:ascii="Georgia" w:hAnsi="Georgia"/>
          <w:b w:val="0"/>
          <w:i w:val="0"/>
          <w:color w:val="000000"/>
          <w:sz w:val="24"/>
        </w:rPr>
        <w:t xml:space="preserve"> (</w:t>
      </w:r>
      <w:r>
        <w:rPr>
          <w:rFonts w:ascii="Georgia" w:hAnsi="Georgia" w:cs="Times New Roman"/>
          <w:b/>
          <w:i w:val="0"/>
          <w:color w:val="000000"/>
          <w:sz w:val="24"/>
          <w:rtl/>
          <w:szCs w:val="32"/>
        </w:rPr>
        <w:t>נִדַּת</w:t>
      </w:r>
      <w:r>
        <w:rPr>
          <w:rFonts w:ascii="Georgia" w:hAnsi="Georgia"/>
          <w:b w:val="0"/>
          <w:i w:val="0"/>
          <w:color w:val="000000"/>
          <w:sz w:val="24"/>
        </w:rPr>
        <w:t xml:space="preserve">): </w:t>
      </w:r>
      <w:r>
        <w:rPr>
          <w:rFonts w:ascii="Georgia" w:hAnsi="Georgia"/>
          <w:b w:val="0"/>
          <w:i/>
          <w:color w:val="000000"/>
          <w:sz w:val="24"/>
        </w:rPr>
        <w:t>«…в [дни] отлучения по недугу ее будет нечиста»</w:t>
      </w:r>
      <w:r>
        <w:rPr>
          <w:rFonts w:ascii="Georgia" w:hAnsi="Georgia"/>
          <w:b w:val="0"/>
          <w:i w:val="0"/>
          <w:color w:val="000000"/>
          <w:sz w:val="24"/>
        </w:rPr>
        <w:t xml:space="preserve"> (Ваикра 12:2). Теперь разъясним четыре свойства: как они обозначены намеком в ее Есоде подобно тому, как [было разъяснено] выше относительно Есода де-ЗА. Первое: представь букву шин (</w:t>
      </w:r>
      <w:r>
        <w:rPr>
          <w:rFonts w:ascii="Georgia" w:hAnsi="Georgia" w:cs="Times New Roman"/>
          <w:b/>
          <w:i w:val="0"/>
          <w:color w:val="000000"/>
          <w:sz w:val="24"/>
          <w:rtl/>
          <w:szCs w:val="32"/>
        </w:rPr>
        <w:t>ש</w:t>
      </w:r>
      <w:r>
        <w:rPr>
          <w:rFonts w:ascii="Georgia" w:hAnsi="Georgia"/>
          <w:b w:val="0"/>
          <w:i w:val="0"/>
          <w:color w:val="000000"/>
          <w:sz w:val="24"/>
        </w:rPr>
        <w:t>) в виде трех букв вав (</w:t>
      </w:r>
      <w:r>
        <w:rPr>
          <w:rFonts w:ascii="Georgia" w:hAnsi="Georgia" w:cs="Times New Roman"/>
          <w:b/>
          <w:i w:val="0"/>
          <w:color w:val="000000"/>
          <w:sz w:val="24"/>
          <w:rtl/>
          <w:szCs w:val="32"/>
        </w:rPr>
        <w:t>ו</w:t>
      </w:r>
      <w:r>
        <w:rPr>
          <w:rFonts w:ascii="Georgia" w:hAnsi="Georgia"/>
          <w:b w:val="0"/>
          <w:i w:val="0"/>
          <w:color w:val="000000"/>
          <w:sz w:val="24"/>
        </w:rPr>
        <w:t xml:space="preserve"> = 6, трижды — 18) и трех букв йод (</w:t>
      </w:r>
      <w:r>
        <w:rPr>
          <w:rFonts w:ascii="Georgia" w:hAnsi="Georgia" w:cs="Times New Roman"/>
          <w:b/>
          <w:i w:val="0"/>
          <w:color w:val="000000"/>
          <w:sz w:val="24"/>
          <w:rtl/>
          <w:szCs w:val="32"/>
        </w:rPr>
        <w:t>י</w:t>
      </w:r>
      <w:r>
        <w:rPr>
          <w:rFonts w:ascii="Georgia" w:hAnsi="Georgia"/>
          <w:b w:val="0"/>
          <w:i w:val="0"/>
          <w:color w:val="000000"/>
          <w:sz w:val="24"/>
        </w:rPr>
        <w:t xml:space="preserve"> = 10, трижды — 30) на их вершинах, а под ними нижнее основание буквы шин сделано как согнутая буква каф (</w:t>
      </w:r>
      <w:r>
        <w:rPr>
          <w:rFonts w:ascii="Georgia" w:hAnsi="Georgia" w:cs="Times New Roman"/>
          <w:b/>
          <w:i w:val="0"/>
          <w:color w:val="000000"/>
          <w:sz w:val="24"/>
          <w:rtl/>
          <w:szCs w:val="32"/>
        </w:rPr>
        <w:t>כ</w:t>
      </w:r>
      <w:r>
        <w:rPr>
          <w:rFonts w:ascii="Georgia" w:hAnsi="Georgia"/>
          <w:b w:val="0"/>
          <w:i w:val="0"/>
          <w:color w:val="000000"/>
          <w:sz w:val="24"/>
        </w:rPr>
        <w:t xml:space="preserve"> = 20), вот так: </w:t>
      </w:r>
      <w:r>
        <w:rPr>
          <w:rFonts w:ascii="Georgia" w:hAnsi="Georgia" w:cs="Times New Roman"/>
          <w:b/>
          <w:i w:val="0"/>
          <w:color w:val="000000"/>
          <w:sz w:val="24"/>
          <w:rtl/>
          <w:szCs w:val="32"/>
        </w:rPr>
        <w:t>ש</w:t>
      </w:r>
      <w:r>
        <w:rPr>
          <w:rFonts w:ascii="Georgia" w:hAnsi="Georgia"/>
          <w:b w:val="0"/>
          <w:i w:val="0"/>
          <w:color w:val="000000"/>
          <w:sz w:val="24"/>
        </w:rPr>
        <w:t>; и вместе с [буквой] далет (</w:t>
      </w:r>
      <w:r>
        <w:rPr>
          <w:rFonts w:ascii="Georgia" w:hAnsi="Georgia" w:cs="Times New Roman"/>
          <w:b/>
          <w:i w:val="0"/>
          <w:color w:val="000000"/>
          <w:sz w:val="24"/>
          <w:rtl/>
          <w:szCs w:val="32"/>
        </w:rPr>
        <w:t>ד</w:t>
      </w:r>
      <w:r>
        <w:rPr>
          <w:rFonts w:ascii="Georgia" w:hAnsi="Georgia"/>
          <w:b w:val="0"/>
          <w:i w:val="0"/>
          <w:color w:val="000000"/>
          <w:sz w:val="24"/>
        </w:rPr>
        <w:t xml:space="preserve"> = 4) и с [буквой] йод (</w:t>
      </w:r>
      <w:r>
        <w:rPr>
          <w:rFonts w:ascii="Georgia" w:hAnsi="Georgia" w:cs="Times New Roman"/>
          <w:b/>
          <w:i w:val="0"/>
          <w:color w:val="000000"/>
          <w:sz w:val="24"/>
          <w:rtl/>
          <w:szCs w:val="32"/>
        </w:rPr>
        <w:t>י</w:t>
      </w:r>
      <w:r>
        <w:rPr>
          <w:rFonts w:ascii="Georgia" w:hAnsi="Georgia"/>
          <w:b w:val="0"/>
          <w:i w:val="0"/>
          <w:color w:val="000000"/>
          <w:sz w:val="24"/>
        </w:rPr>
        <w:t xml:space="preserve"> = 10) получается 82 — [число] капли ее света, как сказано выше. И это свойство служит подобно кли в ее Есоде для принятия капли ее света, являющейся МАН. Второе начертание — это [имя] ШАДАЙ в наполнении, дающем 814 (</w:t>
      </w:r>
      <w:r>
        <w:rPr>
          <w:rFonts w:ascii="Georgia" w:hAnsi="Georgia" w:cs="Times New Roman"/>
          <w:b/>
          <w:i w:val="0"/>
          <w:color w:val="000000"/>
          <w:sz w:val="24"/>
          <w:rtl/>
          <w:szCs w:val="32"/>
        </w:rPr>
        <w:t>תתי״ד</w:t>
      </w:r>
      <w:r>
        <w:rPr>
          <w:rFonts w:ascii="Georgia" w:hAnsi="Georgia"/>
          <w:b w:val="0"/>
          <w:i w:val="0"/>
          <w:color w:val="000000"/>
          <w:sz w:val="24"/>
        </w:rPr>
        <w:t>): шин, далет, йод (</w:t>
      </w:r>
      <w:r>
        <w:rPr>
          <w:rFonts w:ascii="Georgia" w:hAnsi="Georgia" w:cs="Times New Roman"/>
          <w:b/>
          <w:i w:val="0"/>
          <w:color w:val="000000"/>
          <w:sz w:val="24"/>
          <w:rtl/>
          <w:szCs w:val="32"/>
        </w:rPr>
        <w:t>שי״ן דל״ת יו״ד</w:t>
      </w:r>
      <w:r>
        <w:rPr>
          <w:rFonts w:ascii="Georgia" w:hAnsi="Georgia"/>
          <w:b w:val="0"/>
          <w:i w:val="0"/>
          <w:color w:val="000000"/>
          <w:sz w:val="24"/>
        </w:rPr>
        <w:t>), что соответствует девяти [числам слова] «вода» и букве далет Кетера, как сказано выше; и в нем девять букв наполнения, соответствующих девяти [числам слова] «вода». Это второе кли для принятия свойства вод ее капли, являющихся МАН. Третье начертание — три средние буквы в наполнении [имени] ШАДАЙ: буквы вав, ламэд, йод (</w:t>
      </w:r>
      <w:r>
        <w:rPr>
          <w:rFonts w:ascii="Georgia" w:hAnsi="Georgia" w:cs="Times New Roman"/>
          <w:b/>
          <w:i w:val="0"/>
          <w:color w:val="000000"/>
          <w:sz w:val="24"/>
          <w:rtl/>
          <w:szCs w:val="32"/>
        </w:rPr>
        <w:t>ול״י</w:t>
      </w:r>
      <w:r>
        <w:rPr>
          <w:rFonts w:ascii="Georgia" w:hAnsi="Georgia"/>
          <w:b w:val="0"/>
          <w:i w:val="0"/>
          <w:color w:val="000000"/>
          <w:sz w:val="24"/>
        </w:rPr>
        <w:t xml:space="preserve">). Это кли для свойства небосвода капли. В этом тайна [стиха]: </w:t>
      </w:r>
      <w:r>
        <w:rPr>
          <w:rFonts w:ascii="Georgia" w:hAnsi="Georgia"/>
          <w:b w:val="0"/>
          <w:i/>
          <w:color w:val="000000"/>
          <w:sz w:val="24"/>
        </w:rPr>
        <w:t>«Да будет небосвод посреди вод… и да разделяет он между водами…»</w:t>
      </w:r>
      <w:r>
        <w:rPr>
          <w:rFonts w:ascii="Georgia" w:hAnsi="Georgia"/>
          <w:b w:val="0"/>
          <w:i w:val="0"/>
          <w:color w:val="000000"/>
          <w:sz w:val="24"/>
        </w:rPr>
        <w:t xml:space="preserve"> (Берешит 1:6). Ведь разделение совершается во второй [день творения], соответствующий Гвуре, а это свойство Леви (</w:t>
      </w:r>
      <w:r>
        <w:rPr>
          <w:rFonts w:ascii="Georgia" w:hAnsi="Georgia"/>
          <w:b w:val="0"/>
          <w:i/>
          <w:color w:val="000000"/>
          <w:sz w:val="24"/>
        </w:rPr>
        <w:t>Леви</w:t>
      </w:r>
      <w:r>
        <w:rPr>
          <w:rFonts w:ascii="Georgia" w:hAnsi="Georgia"/>
          <w:b w:val="0"/>
          <w:i w:val="0"/>
          <w:color w:val="000000"/>
          <w:sz w:val="24"/>
        </w:rPr>
        <w:t xml:space="preserve">, </w:t>
      </w:r>
      <w:r>
        <w:rPr>
          <w:rFonts w:ascii="Georgia" w:hAnsi="Georgia" w:cs="Times New Roman"/>
          <w:b/>
          <w:i w:val="0"/>
          <w:color w:val="000000"/>
          <w:sz w:val="24"/>
          <w:rtl/>
          <w:szCs w:val="32"/>
        </w:rPr>
        <w:t>לֵוִי</w:t>
      </w:r>
      <w:r>
        <w:rPr>
          <w:rFonts w:ascii="Georgia" w:hAnsi="Georgia"/>
          <w:b w:val="0"/>
          <w:i w:val="0"/>
          <w:color w:val="000000"/>
          <w:sz w:val="24"/>
        </w:rPr>
        <w:t>), как сказано выше, представляющее собой небосвод, разделяющий между водами. Четвертое начертание — три последние буквы в наполнении [имени] ШАДАЙ: это буквы тав, нун, далет (</w:t>
      </w:r>
      <w:r>
        <w:rPr>
          <w:rFonts w:ascii="Georgia" w:hAnsi="Georgia" w:cs="Times New Roman"/>
          <w:b/>
          <w:i w:val="0"/>
          <w:color w:val="000000"/>
          <w:sz w:val="24"/>
          <w:rtl/>
          <w:szCs w:val="32"/>
        </w:rPr>
        <w:t>תנ״ד</w:t>
      </w:r>
      <w:r>
        <w:rPr>
          <w:rFonts w:ascii="Georgia" w:hAnsi="Georgia"/>
          <w:b w:val="0"/>
          <w:i w:val="0"/>
          <w:color w:val="000000"/>
          <w:sz w:val="24"/>
        </w:rPr>
        <w:t>). В них входят упомянутые сто благословений, гематрия которых также 454.</w:t>
      </w:r>
    </w:p>
    <w:p>
      <w:pPr>
        <w:spacing w:before="40" w:after="120"/>
        <w:jc w:val="both"/>
      </w:pPr>
      <w:r>
        <w:rPr>
          <w:rFonts w:ascii="Georgia" w:hAnsi="Georgia"/>
          <w:b w:val="0"/>
          <w:i w:val="0"/>
          <w:color w:val="000000"/>
          <w:sz w:val="24"/>
        </w:rPr>
        <w:t>И тогда, когда мужское начало дает ей каплю упомянутых МАД, она уже включает в себя свет, воды, небосвод и сто благословений. Однако они не обретают законченной формы прежде, чем сойдут в утробу Нуквы, и там действительно возникают воды и небосвод, ведь вверху это существовало лишь в потенциале. Теперь мы разъясним суть МАД и МАН: в чем их значение и сколько существует видов зивуга. Тайна свойства МАН уже была объяснена выше (см. там, ведь то рассуждение — начало этой темы); то же, чего мы не разъяснили там, мы с Б-жьей помощью объясним сейчас.</w:t>
      </w:r>
    </w:p>
    <w:p>
      <w:pPr>
        <w:keepNext/>
        <w:spacing w:before="320" w:after="120"/>
      </w:pPr>
      <w:r>
        <w:rPr>
          <w:rFonts w:ascii="Georgia" w:hAnsi="Georgia"/>
          <w:b w:val="0"/>
          <w:i w:val="0"/>
          <w:color w:val="000000"/>
          <w:sz w:val="32"/>
        </w:rPr>
        <w:t>Ветвь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Известно, что когда ЗОН вступают в зивуг, он дает МАД, а она дает МАН. Известно также изречение наших мудрецов, благословенной памяти (ХАЗАЛЬ): «Женщина заключает союз только с тем, кто сделал ее кли» (Санхедрин 22б). И еще сказали мудрецы: «Женщина не беременеет от первого соития» (Йевамот 34а). Известно и сказанное в «Сава де-Мишпатим» [Зоар II, 101б], что при первом соитии, когда мужчина входит к своей жене, «он оставляет в ней один дух» (</w:t>
      </w:r>
      <w:r>
        <w:rPr>
          <w:rFonts w:ascii="Georgia" w:hAnsi="Georgia"/>
          <w:b w:val="0"/>
          <w:i/>
          <w:color w:val="000000"/>
          <w:sz w:val="24"/>
        </w:rPr>
        <w:t>шадей хад руха бе-гава</w:t>
      </w:r>
      <w:r>
        <w:rPr>
          <w:rFonts w:ascii="Georgia" w:hAnsi="Georgia"/>
          <w:b w:val="0"/>
          <w:i w:val="0"/>
          <w:color w:val="000000"/>
          <w:sz w:val="24"/>
        </w:rPr>
        <w:t>). Смысл этих слов таков: уже известно, что Нуква не получает никакого света иначе как через ЗА. Известно также, что две короны находятся в Даат и называются Хесед и Гвура, и это имена МА и БОН. И хотя, пока Нуква находится ахор бе-ахор с ЗА, она не может исправиться и стать парцуфом иначе как благодаря тому, что ей дают корону гвурот — пять гвурот, тем не менее она получает не сами пять гвурот, а лишь их свечение, проходящее через заднюю сторону (ахораим) де-ЗА. Ведь пять гвурот опустились после завершения [распространения] хасадим и остановились в Есоде де-ЗА, и оттуда их свечение перешло к Нукве.</w:t>
      </w:r>
    </w:p>
    <w:p>
      <w:pPr>
        <w:spacing w:before="40" w:after="120"/>
        <w:jc w:val="both"/>
      </w:pPr>
      <w:r>
        <w:rPr>
          <w:rFonts w:ascii="Georgia" w:hAnsi="Georgia"/>
          <w:b w:val="0"/>
          <w:i w:val="0"/>
          <w:color w:val="000000"/>
          <w:sz w:val="24"/>
        </w:rPr>
        <w:t>Однако сами гвурот она никоим образом не может получить иначе как через действительный зивуг при первом соитии мужа с ней: тогда они полностью выходят из его Есода и передаются в ее Есод. Они остаются там в ней навсегда, составляя ее жизненность, и называются «нефеш Малхут». А поскольку сама ее сущность прежде возникла лишь от их свечения, она до тех пор не была способна рожать: ведь женщина не способна рожать, если она не совершенна, а если в ней есть недостаток, она не рожает. Полнота же совершенства достигается лишь тогда, когда в ней окажутся все пять гвурот, являющиеся упомянутым именем БОН, ведь это подлинная нефеш Нуквы. Как известно, имя БОН пребывает в Нукве де-Ацилут, и точно так же в мире Асия, называемом «нефеш имени БОН».</w:t>
      </w:r>
    </w:p>
    <w:p>
      <w:pPr>
        <w:spacing w:before="40" w:after="120"/>
        <w:jc w:val="both"/>
      </w:pPr>
      <w:r>
        <w:rPr>
          <w:rFonts w:ascii="Georgia" w:hAnsi="Georgia"/>
          <w:b w:val="0"/>
          <w:i w:val="0"/>
          <w:color w:val="000000"/>
          <w:sz w:val="24"/>
        </w:rPr>
        <w:t>Поэтому посредством этого имени сначала создается нефеш человека — то, что приходит к человеку при его выходе из чрева матери, так как это имя составляет внутреннюю суть и духовность мира Нуквы. И эту нефеш высшей Нуквы [муж] помещает в нее лишь при первом соитии ее мужа с ней: тогда он передает ей эту нефеш, и благодаря этому данная ее нефеш остается в ее Есоде. И это имя БОН впоследствии поднимает все МАН во всех остальных зивугах отныне и впредь. В этом и причина того, почему женщина не беременеет от первого соития: ведь первое соитие лишь делает ее сосудом (кли) для принятия семенной капли. И после того как она обрела это кли при первом соитии, отныне и впредь она сможет беременеть и принимать семенную каплю в последующих зивугах. А это имя БОН, являющееся ее нефеш — то есть самими пятью гвурот, как сказано выше, — они навсегда остаются там, в ее Есоде, в качестве корня, подобно закваске в тесте. В этом и заключается суть духа, который оставляет в ней муж при первом соитии (</w:t>
      </w:r>
      <w:r>
        <w:rPr>
          <w:rFonts w:ascii="Georgia" w:hAnsi="Georgia"/>
          <w:b w:val="0"/>
          <w:i/>
          <w:color w:val="000000"/>
          <w:sz w:val="24"/>
        </w:rPr>
        <w:t>руха де-шавик ба баала бе-биа кадмаа</w:t>
      </w:r>
      <w:r>
        <w:rPr>
          <w:rFonts w:ascii="Georgia" w:hAnsi="Georgia"/>
          <w:b w:val="0"/>
          <w:i w:val="0"/>
          <w:color w:val="000000"/>
          <w:sz w:val="24"/>
        </w:rPr>
        <w:t>).</w:t>
      </w:r>
    </w:p>
    <w:p>
      <w:pPr>
        <w:spacing w:before="40" w:after="120"/>
        <w:jc w:val="both"/>
      </w:pPr>
      <w:r>
        <w:rPr>
          <w:rFonts w:ascii="Georgia" w:hAnsi="Georgia"/>
          <w:b w:val="0"/>
          <w:i w:val="0"/>
          <w:color w:val="000000"/>
          <w:sz w:val="24"/>
        </w:rPr>
        <w:t>И вот, когда ЗОН хотят вступить в зивуг отныне и впредь, известно, что вообще никакой зивуг ЗОН в мире не совершается без того, чтобы ему предшествовал зивуг Аба ве-Има. Причина этого в том, что упомянутые две короны ЗОН взяли лишь для собственных нужд и своего тела, тогда как заново порождать других детей они не способны, если не получат эту добавку от своих родителей свыше — от Аба ве-Има. А сами Аба ве-Има тоже получают от тех, кто еще выше, и так далее до высшего Источника: ведь только Он один обладает силой обновлять непрестанно, поскольку Ему нет предела (Эйн Соф), в отличие от выделенных [из Источника], у которых нет ничего, кроме данного им свыше для самих себя. Получается, что вообще никакой зивуг ЗОН в мире невозможен, если этот зивуг не протянется свыше до самого Эйн Соф. В этом истинная тайна намерения единения при чтении «Шма»: ведь уже известно, что это уровень зивуга Аба ве-Има ради того, чтобы дать новые мохин их детям — ЗОН, чтобы и они смогли вступить в зивуг и породить других детей. И нужно направлять намерение при чтении «Шма» и восполнять все зивуги вплоть до Эйн Соф: ведь ЗА получает от Аба ве-Има, Аба ве-Има — от АА, АА — от Атик Йомин, и так далее до Эйн Соф.</w:t>
      </w:r>
    </w:p>
    <w:p>
      <w:pPr>
        <w:spacing w:before="40" w:after="120"/>
        <w:jc w:val="both"/>
      </w:pPr>
      <w:r>
        <w:rPr>
          <w:rFonts w:ascii="Georgia" w:hAnsi="Georgia"/>
          <w:b w:val="0"/>
          <w:i w:val="0"/>
          <w:color w:val="000000"/>
          <w:sz w:val="24"/>
        </w:rPr>
        <w:t xml:space="preserve">Но нам по грехам нашим не была передана полнота этого действия. Получается, что хотя ЗОН уже взяли в начале [мира] Ацилут две короны, являющиеся целью и основой зивуга — как известно [из Талмуда], что возбуждение зависит исключительно от Даат, по тайне [стихов]: </w:t>
      </w:r>
      <w:r>
        <w:rPr>
          <w:rFonts w:ascii="Georgia" w:hAnsi="Georgia"/>
          <w:b w:val="0"/>
          <w:i/>
          <w:color w:val="000000"/>
          <w:sz w:val="24"/>
        </w:rPr>
        <w:t>«И Адам познал Хаву, жену свою…»</w:t>
      </w:r>
      <w:r>
        <w:rPr>
          <w:rFonts w:ascii="Georgia" w:hAnsi="Georgia"/>
          <w:b w:val="0"/>
          <w:i w:val="0"/>
          <w:color w:val="000000"/>
          <w:sz w:val="24"/>
        </w:rPr>
        <w:t xml:space="preserve"> (Берешит 4:1) и </w:t>
      </w:r>
      <w:r>
        <w:rPr>
          <w:rFonts w:ascii="Georgia" w:hAnsi="Georgia"/>
          <w:b w:val="0"/>
          <w:i/>
          <w:color w:val="000000"/>
          <w:sz w:val="24"/>
        </w:rPr>
        <w:t>«…и познал Элкана [Хану, жену свою]…»</w:t>
      </w:r>
      <w:r>
        <w:rPr>
          <w:rFonts w:ascii="Georgia" w:hAnsi="Georgia"/>
          <w:b w:val="0"/>
          <w:i w:val="0"/>
          <w:color w:val="000000"/>
          <w:sz w:val="24"/>
        </w:rPr>
        <w:t xml:space="preserve"> (Шмуэль I 1:19), — тем не менее всякий раз, когда им нужно вступить в зивуг, они должны заново получать и обновлять эти две короны из их высшего корня, как было сказано. Это подобно человеку: от пищи, которую он ест, умножается его мозг, и он может изливать семя и сожительствовать; если же он не будет есть, то за один или два раза, когда он изливает семя, его мозг истощится, и он умрет.</w:t>
      </w:r>
    </w:p>
    <w:p>
      <w:pPr>
        <w:spacing w:before="40" w:after="120"/>
        <w:jc w:val="both"/>
      </w:pPr>
      <w:r>
        <w:rPr>
          <w:rFonts w:ascii="Georgia" w:hAnsi="Georgia"/>
          <w:b w:val="0"/>
          <w:i w:val="0"/>
          <w:color w:val="000000"/>
          <w:sz w:val="24"/>
        </w:rPr>
        <w:t>Получается, что каждому зивугу ЗОН предшествует зивуг Аба ве-Има, и они заново дают им две короны, благодаря которым те могут вступить в зивуг: он дает хасадим, а она дает гвурот. И именно из этих новых корон образуется сам плод. Однако, когда приходят эти две короны, женское начало не способно поднять этот МАН — новые гвурот — иначе как с помощью первых гвурот, называемых «нефеш Нуквы» и именем БОН, как сказано выше. И корнем для всех этих новых МАН служат те две первые короны, которые они получили во время [возникновения мира] Ацилут при первом зивуге: они остаются там существовать неизменно вовеки, и когда приходят новые МАН, они не могут подняться без содействия тех первых гвурот. И вот, этот предмет разъяснен должным образом, и крепко помни это общее правило: те упомянутые первые [гвурот] зовутся духом, который [муж] оставил в ней при первом зивуге (</w:t>
      </w:r>
      <w:r>
        <w:rPr>
          <w:rFonts w:ascii="Georgia" w:hAnsi="Georgia"/>
          <w:b w:val="0"/>
          <w:i/>
          <w:color w:val="000000"/>
          <w:sz w:val="24"/>
        </w:rPr>
        <w:t>руха де-шадей бе-гава бе-зивуга кадмаа</w:t>
      </w:r>
      <w:r>
        <w:rPr>
          <w:rFonts w:ascii="Georgia" w:hAnsi="Georgia"/>
          <w:b w:val="0"/>
          <w:i w:val="0"/>
          <w:color w:val="000000"/>
          <w:sz w:val="24"/>
        </w:rPr>
        <w:t>), и это нефеш Малхут — имя БОН с наполнением через буквы хэй. Они представляют собой кли и дух, поднимающий МАН; сам же МАН — это новые гвурот, из которых в соединении с новыми мужскими хасадим и образуется сам плод.</w:t>
      </w:r>
    </w:p>
    <w:p>
      <w:pPr>
        <w:keepNext/>
        <w:spacing w:before="320" w:after="120"/>
      </w:pPr>
      <w:r>
        <w:rPr>
          <w:rFonts w:ascii="Georgia" w:hAnsi="Georgia"/>
          <w:b w:val="0"/>
          <w:i w:val="0"/>
          <w:color w:val="000000"/>
          <w:sz w:val="32"/>
        </w:rPr>
        <w:t>Ветвь 8</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в чем смысл того духа, который он вложил в нее, и какую службу он несет для нового МАН, ведь мы уже объяснили, что он подобен закваске для теста.</w:t>
      </w:r>
    </w:p>
    <w:p>
      <w:pPr>
        <w:spacing w:before="40" w:after="120"/>
        <w:jc w:val="both"/>
      </w:pPr>
      <w:r>
        <w:rPr>
          <w:rFonts w:ascii="Georgia" w:hAnsi="Georgia"/>
          <w:b w:val="0"/>
          <w:i w:val="0"/>
          <w:color w:val="000000"/>
          <w:sz w:val="24"/>
        </w:rPr>
        <w:t>Знай: сама душа (нешама), то есть дитя, образующееся от того соударения (зивуга), — это новые хасадим и гвурот. Мужское начало передает пять хасадим в Есод Нуквы, и там они соединяются с новыми гвурот, находящимися в ней; тогда оба они обретают общую форму и становятся одной душой.</w:t>
      </w:r>
    </w:p>
    <w:p>
      <w:pPr>
        <w:spacing w:before="40" w:after="120"/>
        <w:jc w:val="both"/>
      </w:pPr>
      <w:r>
        <w:rPr>
          <w:rFonts w:ascii="Georgia" w:hAnsi="Georgia"/>
          <w:b w:val="0"/>
          <w:i w:val="0"/>
          <w:color w:val="000000"/>
          <w:sz w:val="24"/>
        </w:rPr>
        <w:t xml:space="preserve">Однако нет такой души, которой не требовалось бы облачение, как сказал Саба де-Мишпатим на стих </w:t>
      </w:r>
      <w:r>
        <w:rPr>
          <w:rFonts w:ascii="Georgia" w:hAnsi="Georgia"/>
          <w:b w:val="0"/>
          <w:i/>
          <w:color w:val="000000"/>
          <w:sz w:val="24"/>
        </w:rPr>
        <w:t>«когда поступит с нею вероломно»</w:t>
      </w:r>
      <w:r>
        <w:rPr>
          <w:rFonts w:ascii="Georgia" w:hAnsi="Georgia"/>
          <w:b w:val="0"/>
          <w:i w:val="0"/>
          <w:color w:val="000000"/>
          <w:sz w:val="24"/>
        </w:rPr>
        <w:t xml:space="preserve"> (Шмот 21:8) и на стих </w:t>
      </w:r>
      <w:r>
        <w:rPr>
          <w:rFonts w:ascii="Georgia" w:hAnsi="Georgia"/>
          <w:b w:val="0"/>
          <w:i/>
          <w:color w:val="000000"/>
          <w:sz w:val="24"/>
        </w:rPr>
        <w:t>«пищи ее, одежды ее и супружеского долга ее [он не должен лишать]»</w:t>
      </w:r>
      <w:r>
        <w:rPr>
          <w:rFonts w:ascii="Georgia" w:hAnsi="Georgia"/>
          <w:b w:val="0"/>
          <w:i w:val="0"/>
          <w:color w:val="000000"/>
          <w:sz w:val="24"/>
        </w:rPr>
        <w:t xml:space="preserve"> (Шмот 21:10).</w:t>
      </w:r>
    </w:p>
    <w:p>
      <w:pPr>
        <w:spacing w:before="40" w:after="120"/>
        <w:jc w:val="both"/>
      </w:pPr>
      <w:r>
        <w:rPr>
          <w:rFonts w:ascii="Georgia" w:hAnsi="Georgia"/>
          <w:b w:val="0"/>
          <w:i w:val="0"/>
          <w:color w:val="000000"/>
          <w:sz w:val="24"/>
        </w:rPr>
        <w:t>И вот у этой души, образующейся от соединения новых хасадим и гвурот, есть два покрова: один покров нисходит к ней от отца, а второй покров нисходит к ней от матери.</w:t>
      </w:r>
    </w:p>
    <w:p>
      <w:pPr>
        <w:spacing w:before="40" w:after="120"/>
        <w:jc w:val="both"/>
      </w:pPr>
      <w:r>
        <w:rPr>
          <w:rFonts w:ascii="Georgia" w:hAnsi="Georgia"/>
          <w:b w:val="0"/>
          <w:i w:val="0"/>
          <w:color w:val="000000"/>
          <w:sz w:val="24"/>
        </w:rPr>
        <w:t>Смысл в том, что хасадим при выходе из мужского начала сначала облачаются в первые хасадим, имеющиеся у мужского начала, подобно тому духу, который он оставил в Нукве и который представляет собой первые пять гвурот. И об этом сказал Саба де-Мишпатим, что одеяние души называется Эло-ха (</w:t>
      </w:r>
      <w:r>
        <w:rPr>
          <w:rFonts w:ascii="Georgia" w:hAnsi="Georgia" w:cs="Times New Roman"/>
          <w:b/>
          <w:i w:val="0"/>
          <w:color w:val="000000"/>
          <w:sz w:val="24"/>
          <w:rtl/>
          <w:szCs w:val="32"/>
        </w:rPr>
        <w:t>אֱלוֹהַּ</w:t>
      </w:r>
      <w:r>
        <w:rPr>
          <w:rFonts w:ascii="Georgia" w:hAnsi="Georgia"/>
          <w:b w:val="0"/>
          <w:i w:val="0"/>
          <w:color w:val="000000"/>
          <w:sz w:val="24"/>
        </w:rPr>
        <w:t>), что составляет тайну хасадим, именуемых ЭЛЬ (</w:t>
      </w:r>
      <w:r>
        <w:rPr>
          <w:rFonts w:ascii="Georgia" w:hAnsi="Georgia" w:cs="Times New Roman"/>
          <w:b/>
          <w:i w:val="0"/>
          <w:color w:val="000000"/>
          <w:sz w:val="24"/>
          <w:rtl/>
          <w:szCs w:val="32"/>
        </w:rPr>
        <w:t>אֵל</w:t>
      </w:r>
      <w:r>
        <w:rPr>
          <w:rFonts w:ascii="Georgia" w:hAnsi="Georgia"/>
          <w:b w:val="0"/>
          <w:i w:val="0"/>
          <w:color w:val="000000"/>
          <w:sz w:val="24"/>
        </w:rPr>
        <w:t>). И об этом же говорили наши мудрецы, благословенна их память: сотворенный в начале творения свет был таков, что человек созерцал с его помощью от одного края мира до другого, но [Всевышний] скрыл его для праведников в будущем. Смысл этого в том, что [свет] исходит не иначе как через упомянутое одеяние.</w:t>
      </w:r>
    </w:p>
    <w:p>
      <w:pPr>
        <w:spacing w:before="40" w:after="120"/>
        <w:jc w:val="both"/>
      </w:pPr>
      <w:r>
        <w:rPr>
          <w:rFonts w:ascii="Georgia" w:hAnsi="Georgia"/>
          <w:b w:val="0"/>
          <w:i w:val="0"/>
          <w:color w:val="000000"/>
          <w:sz w:val="24"/>
        </w:rPr>
        <w:t>И подобно этому новые гвурот Нуквы, прежде чем поднимутся в качестве МАН, чтобы принять мужскую каплю, сначала облачаются внутрь первых гвурот — того самого духа, который он оставил в ней; и благодаря этому у них появляется сила подняться. Пойми это глубоко, ведь в этом тайна сказанного, что этот дух поднимает МАН.</w:t>
      </w:r>
    </w:p>
    <w:p>
      <w:pPr>
        <w:spacing w:before="40" w:after="120"/>
        <w:jc w:val="both"/>
      </w:pPr>
      <w:r>
        <w:rPr>
          <w:rFonts w:ascii="Georgia" w:hAnsi="Georgia"/>
          <w:b w:val="0"/>
          <w:i w:val="0"/>
          <w:color w:val="000000"/>
          <w:sz w:val="24"/>
        </w:rPr>
        <w:t xml:space="preserve">И не удивляйся, спрашивая: «Ведь этот дух выше всех новых [гвурот], так как же он станет для них одеянием?» Напротив, он подобен орлу, защищающему своих птенцов, по тайне стиха: </w:t>
      </w:r>
      <w:r>
        <w:rPr>
          <w:rFonts w:ascii="Georgia" w:hAnsi="Georgia"/>
          <w:b w:val="0"/>
          <w:i/>
          <w:color w:val="000000"/>
          <w:sz w:val="24"/>
        </w:rPr>
        <w:t>«...распростер крылья свои, взял его...»</w:t>
      </w:r>
      <w:r>
        <w:rPr>
          <w:rFonts w:ascii="Georgia" w:hAnsi="Georgia"/>
          <w:b w:val="0"/>
          <w:i w:val="0"/>
          <w:color w:val="000000"/>
          <w:sz w:val="24"/>
        </w:rPr>
        <w:t xml:space="preserve"> (Дварим 32:11), как сказано о стихе: </w:t>
      </w:r>
      <w:r>
        <w:rPr>
          <w:rFonts w:ascii="Georgia" w:hAnsi="Georgia"/>
          <w:b w:val="0"/>
          <w:i/>
          <w:color w:val="000000"/>
          <w:sz w:val="24"/>
        </w:rPr>
        <w:t>«Днем явит Г-сподь милость Свою...»</w:t>
      </w:r>
      <w:r>
        <w:rPr>
          <w:rFonts w:ascii="Georgia" w:hAnsi="Georgia"/>
          <w:b w:val="0"/>
          <w:i w:val="0"/>
          <w:color w:val="000000"/>
          <w:sz w:val="24"/>
        </w:rPr>
        <w:t xml:space="preserve"> (Теилим 42:9), — что все света облачаются в первый хесед для защиты от внешних сил (хицоним), поскольку он возвышен и внешние силы не могут прикоснуться к нему. И об этом сказал стих: </w:t>
      </w:r>
      <w:r>
        <w:rPr>
          <w:rFonts w:ascii="Georgia" w:hAnsi="Georgia"/>
          <w:b w:val="0"/>
          <w:i/>
          <w:color w:val="000000"/>
          <w:sz w:val="24"/>
        </w:rPr>
        <w:t>«Ибо сказал я: навек созидается милость...»</w:t>
      </w:r>
      <w:r>
        <w:rPr>
          <w:rFonts w:ascii="Georgia" w:hAnsi="Georgia"/>
          <w:b w:val="0"/>
          <w:i w:val="0"/>
          <w:color w:val="000000"/>
          <w:sz w:val="24"/>
        </w:rPr>
        <w:t xml:space="preserve"> (Теилим 89:3). Затем дитя выходит в одном цельном теле из новых хасадим и гвурот, и выходит оно также облаченным в одно одеяние, образованное из двух покровов: в одеяние из первых хасадим де-ЗА и в одеяние из первых гвурот де-Нуква.</w:t>
      </w:r>
    </w:p>
    <w:p>
      <w:pPr>
        <w:spacing w:before="40" w:after="120"/>
        <w:jc w:val="both"/>
      </w:pPr>
      <w:r>
        <w:rPr>
          <w:rFonts w:ascii="Georgia" w:hAnsi="Georgia"/>
          <w:b w:val="0"/>
          <w:i w:val="0"/>
          <w:color w:val="000000"/>
          <w:sz w:val="24"/>
        </w:rPr>
        <w:t>И разумеется, новые пять хасадим и пять гвурот берут не весь тот дух хасадим, что в нем, и не весь тот дух гвурот имени БОН, который он вложил в Нукву. Однако при каждом соударении (зивуге) нет в мире такого дитяти, которое не брало бы немного от упомянутого духа.</w:t>
      </w:r>
    </w:p>
    <w:p>
      <w:pPr>
        <w:spacing w:before="40" w:after="120"/>
        <w:jc w:val="both"/>
      </w:pPr>
      <w:r>
        <w:rPr>
          <w:rFonts w:ascii="Georgia" w:hAnsi="Georgia"/>
          <w:b w:val="0"/>
          <w:i w:val="0"/>
          <w:color w:val="000000"/>
          <w:sz w:val="24"/>
        </w:rPr>
        <w:t xml:space="preserve">Получается, что первый сын — это уровень самих новых МАН: он берет с собой немного от того духа, что в ней, чтобы сделать одеяние, как сказано выше. Вслед за ним рождается второй сын — это другие новые хасадим и гвурот; и он тоже берет от того первого духа, что в нем и в ней, для упомянутого одеяния. И так продолжается вплоть до завершения [рождения] всех сыновей, которых рожает женщина. А когда тот дух полностью исчерпан и закончен, и в ней больше нечего дать, поскольку в ней остается лишь жизненная сила самой женщины, служащая для нее уровнем нефеш, как сказано выше, — тогда она больше не рожает. А если бы она родила, то умерла бы при родах — по тайне стиха: </w:t>
      </w:r>
      <w:r>
        <w:rPr>
          <w:rFonts w:ascii="Georgia" w:hAnsi="Georgia"/>
          <w:b w:val="0"/>
          <w:i/>
          <w:color w:val="000000"/>
          <w:sz w:val="24"/>
        </w:rPr>
        <w:t>«И когда выходила душа ее, ибо она умирала...»</w:t>
      </w:r>
      <w:r>
        <w:rPr>
          <w:rFonts w:ascii="Georgia" w:hAnsi="Georgia"/>
          <w:b w:val="0"/>
          <w:i w:val="0"/>
          <w:color w:val="000000"/>
          <w:sz w:val="24"/>
        </w:rPr>
        <w:t xml:space="preserve"> (Берешит 35:18). Ведь Биньямин взял ту самую долю, которая оставалась в его матери и была буквально ее нефеш; и когда она родила его, ее нефеш действительно вышла, и тогда она умерла. И пойми это.</w:t>
      </w:r>
    </w:p>
    <w:p>
      <w:pPr>
        <w:spacing w:before="40" w:after="120"/>
        <w:jc w:val="both"/>
      </w:pPr>
      <w:r>
        <w:rPr>
          <w:rFonts w:ascii="Georgia" w:hAnsi="Georgia"/>
          <w:b w:val="0"/>
          <w:i w:val="0"/>
          <w:color w:val="000000"/>
          <w:sz w:val="24"/>
        </w:rPr>
        <w:t xml:space="preserve">И знай, что от этого первого духа у нее возникает обычное женское [очищение]; и в этом тайна сказанного: </w:t>
      </w:r>
      <w:r>
        <w:rPr>
          <w:rFonts w:ascii="Georgia" w:hAnsi="Georgia"/>
          <w:b w:val="0"/>
          <w:i/>
          <w:color w:val="000000"/>
          <w:sz w:val="24"/>
        </w:rPr>
        <w:t>«...перестало быть у Сары обыкновенное у женщин»</w:t>
      </w:r>
      <w:r>
        <w:rPr>
          <w:rFonts w:ascii="Georgia" w:hAnsi="Georgia"/>
          <w:b w:val="0"/>
          <w:i w:val="0"/>
          <w:color w:val="000000"/>
          <w:sz w:val="24"/>
        </w:rPr>
        <w:t xml:space="preserve"> (Берешит 18:11). Ведь обычное женское происходит от гвурот, как сказано выше, а это те самые первые гвурот, именуемые «духом, который он вложил в нее». Когда же она родила всех детей, и каждый взял оттуда свою долю, и тот дух исчерпался, тогда прекращается обычное женское и женщина больше не рожает, ведь если нет закваски, то нет и теста. Теперь объясним суть того духа, который называется именем БОН, и откуда он нисходит.</w:t>
      </w:r>
    </w:p>
    <w:p>
      <w:pPr>
        <w:spacing w:before="40" w:after="120"/>
        <w:jc w:val="both"/>
      </w:pPr>
      <w:r>
        <w:rPr>
          <w:rFonts w:ascii="Georgia" w:hAnsi="Georgia"/>
          <w:b w:val="0"/>
          <w:i w:val="0"/>
          <w:color w:val="000000"/>
          <w:sz w:val="24"/>
        </w:rPr>
        <w:t>Знай, что и в Есод высшей Имы (Има Илаа) есть одно имя БОН, и это тот дух, который оставил в ней Аба. И ему необходимо включать в себя два духа, чтобы в ней была сила рождать существ мужского и женского пола. И потому тот дух называется БОН, ведь БОН (</w:t>
      </w:r>
      <w:r>
        <w:rPr>
          <w:rFonts w:ascii="Georgia" w:hAnsi="Georgia" w:cs="Times New Roman"/>
          <w:b/>
          <w:i w:val="0"/>
          <w:color w:val="000000"/>
          <w:sz w:val="24"/>
          <w:rtl/>
          <w:szCs w:val="32"/>
        </w:rPr>
        <w:t>ב״ן</w:t>
      </w:r>
      <w:r>
        <w:rPr>
          <w:rFonts w:ascii="Georgia" w:hAnsi="Georgia"/>
          <w:b w:val="0"/>
          <w:i w:val="0"/>
          <w:color w:val="000000"/>
          <w:sz w:val="24"/>
        </w:rPr>
        <w:t xml:space="preserve"> = 52) — это числовое значение (гематрия) двух имен АВАЯ (</w:t>
      </w:r>
      <w:r>
        <w:rPr>
          <w:rFonts w:ascii="Georgia" w:hAnsi="Georgia" w:cs="Times New Roman"/>
          <w:b/>
          <w:i w:val="0"/>
          <w:color w:val="000000"/>
          <w:sz w:val="24"/>
          <w:rtl/>
          <w:szCs w:val="32"/>
        </w:rPr>
        <w:t>יהוה</w:t>
      </w:r>
      <w:r>
        <w:rPr>
          <w:rFonts w:ascii="Georgia" w:hAnsi="Georgia"/>
          <w:b w:val="0"/>
          <w:i w:val="0"/>
          <w:color w:val="000000"/>
          <w:sz w:val="24"/>
        </w:rPr>
        <w:t xml:space="preserve"> = 26; 26 + 26 = 52), соответствующих мужской и женской силам: одно имя АВАЯ — для мужского начала, и одно имя АВАЯ — для женского.</w:t>
      </w:r>
    </w:p>
    <w:p>
      <w:pPr>
        <w:spacing w:before="40" w:after="120"/>
        <w:jc w:val="both"/>
      </w:pPr>
      <w:r>
        <w:rPr>
          <w:rFonts w:ascii="Georgia" w:hAnsi="Georgia"/>
          <w:b w:val="0"/>
          <w:i w:val="0"/>
          <w:color w:val="000000"/>
          <w:sz w:val="24"/>
        </w:rPr>
        <w:t>А когда эти два имени АВАЯ соединяются вместе, образуется одно имя АВАЯ с наполнением буквами хэй (де-хэйин), и в нем различимы два имени АВАЯ. Ведь простое написание имени АВАЯ с наполнением буквами хэй — это АВАЯ, а наполнение состоит из пяти букв: вав, далет, хэй, вав, хэй (</w:t>
      </w:r>
      <w:r>
        <w:rPr>
          <w:rFonts w:ascii="Georgia" w:hAnsi="Georgia" w:cs="Times New Roman"/>
          <w:b/>
          <w:i w:val="0"/>
          <w:color w:val="000000"/>
          <w:sz w:val="24"/>
          <w:rtl/>
          <w:szCs w:val="32"/>
        </w:rPr>
        <w:t>ודהוה</w:t>
      </w:r>
      <w:r>
        <w:rPr>
          <w:rFonts w:ascii="Georgia" w:hAnsi="Georgia"/>
          <w:b w:val="0"/>
          <w:i w:val="0"/>
          <w:color w:val="000000"/>
          <w:sz w:val="24"/>
        </w:rPr>
        <w:t>). И если соединить две буквы: вав (</w:t>
      </w:r>
      <w:r>
        <w:rPr>
          <w:rFonts w:ascii="Georgia" w:hAnsi="Georgia" w:cs="Times New Roman"/>
          <w:b/>
          <w:i w:val="0"/>
          <w:color w:val="000000"/>
          <w:sz w:val="24"/>
          <w:rtl/>
          <w:szCs w:val="32"/>
        </w:rPr>
        <w:t>ו</w:t>
      </w:r>
      <w:r>
        <w:rPr>
          <w:rFonts w:ascii="Georgia" w:hAnsi="Georgia"/>
          <w:b w:val="0"/>
          <w:i w:val="0"/>
          <w:color w:val="000000"/>
          <w:sz w:val="24"/>
        </w:rPr>
        <w:t>) и далет (</w:t>
      </w:r>
      <w:r>
        <w:rPr>
          <w:rFonts w:ascii="Georgia" w:hAnsi="Georgia" w:cs="Times New Roman"/>
          <w:b/>
          <w:i w:val="0"/>
          <w:color w:val="000000"/>
          <w:sz w:val="24"/>
          <w:rtl/>
          <w:szCs w:val="32"/>
        </w:rPr>
        <w:t>ד</w:t>
      </w:r>
      <w:r>
        <w:rPr>
          <w:rFonts w:ascii="Georgia" w:hAnsi="Georgia"/>
          <w:b w:val="0"/>
          <w:i w:val="0"/>
          <w:color w:val="000000"/>
          <w:sz w:val="24"/>
        </w:rPr>
        <w:t>), получится буква йод (</w:t>
      </w:r>
      <w:r>
        <w:rPr>
          <w:rFonts w:ascii="Georgia" w:hAnsi="Georgia" w:cs="Times New Roman"/>
          <w:b/>
          <w:i w:val="0"/>
          <w:color w:val="000000"/>
          <w:sz w:val="24"/>
          <w:rtl/>
          <w:szCs w:val="32"/>
        </w:rPr>
        <w:t>י</w:t>
      </w:r>
      <w:r>
        <w:rPr>
          <w:rFonts w:ascii="Georgia" w:hAnsi="Georgia"/>
          <w:b w:val="0"/>
          <w:i w:val="0"/>
          <w:color w:val="000000"/>
          <w:sz w:val="24"/>
        </w:rPr>
        <w:t>). Оказывается, что пять букв этого наполнения имени АВАЯ с наполнением буквами хэй — это буквально еще одно имя АВАЯ по своей форме и своим буквам, и различие заключается лишь в букве йод (</w:t>
      </w:r>
      <w:r>
        <w:rPr>
          <w:rFonts w:ascii="Georgia" w:hAnsi="Georgia" w:cs="Times New Roman"/>
          <w:b/>
          <w:i w:val="0"/>
          <w:color w:val="000000"/>
          <w:sz w:val="24"/>
          <w:rtl/>
          <w:szCs w:val="32"/>
        </w:rPr>
        <w:t>י</w:t>
      </w:r>
      <w:r>
        <w:rPr>
          <w:rFonts w:ascii="Georgia" w:hAnsi="Georgia"/>
          <w:b w:val="0"/>
          <w:i w:val="0"/>
          <w:color w:val="000000"/>
          <w:sz w:val="24"/>
        </w:rPr>
        <w:t>), которая разделилась и превратилась в вав и далет (</w:t>
      </w:r>
      <w:r>
        <w:rPr>
          <w:rFonts w:ascii="Georgia" w:hAnsi="Georgia" w:cs="Times New Roman"/>
          <w:b/>
          <w:i w:val="0"/>
          <w:color w:val="000000"/>
          <w:sz w:val="24"/>
          <w:rtl/>
          <w:szCs w:val="32"/>
        </w:rPr>
        <w:t>וד</w:t>
      </w:r>
      <w:r>
        <w:rPr>
          <w:rFonts w:ascii="Georgia" w:hAnsi="Georgia"/>
          <w:b w:val="0"/>
          <w:i w:val="0"/>
          <w:color w:val="000000"/>
          <w:sz w:val="24"/>
        </w:rPr>
        <w:t>), тогда как в остальных буквах нет никакого изменения. И вот, когда ЗА вышел из чрева Имы, он взял тот дух, что находился в Есод де-Има, чтобы облачить в него свою душу (нешаму), по тому порядку, который мы объяснили выше. Поэтому ЗА называется сыном (</w:t>
      </w:r>
      <w:r>
        <w:rPr>
          <w:rFonts w:ascii="Georgia" w:hAnsi="Georgia"/>
          <w:b w:val="0"/>
          <w:i/>
          <w:color w:val="000000"/>
          <w:sz w:val="24"/>
        </w:rPr>
        <w:t>бен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в этом аспекте, поскольку он берет то самое имя БОН (</w:t>
      </w:r>
      <w:r>
        <w:rPr>
          <w:rFonts w:ascii="Georgia" w:hAnsi="Georgia" w:cs="Times New Roman"/>
          <w:b/>
          <w:i w:val="0"/>
          <w:color w:val="000000"/>
          <w:sz w:val="24"/>
          <w:rtl/>
          <w:szCs w:val="32"/>
        </w:rPr>
        <w:t>ב״ן</w:t>
      </w:r>
      <w:r>
        <w:rPr>
          <w:rFonts w:ascii="Georgia" w:hAnsi="Georgia"/>
          <w:b w:val="0"/>
          <w:i w:val="0"/>
          <w:color w:val="000000"/>
          <w:sz w:val="24"/>
        </w:rPr>
        <w:t>), которое находится в Име. Будучи же мужским началом, он взял две короны, как известно; поэтому он берет эти два имени АВАЯ, включенные в тот дух. И называется ЗА именем БОН, поскольку берет их оба, представляющие собой два имени АВАЯ — БОН и МА; однако вместе они оба называются БОН, ведь по самой своей сути они относятся к ступени МАН, только запечатлены в них две силы — МА и БОН, чтобы он мог порождать мужские и женские ступени.</w:t>
      </w:r>
    </w:p>
    <w:p>
      <w:pPr>
        <w:spacing w:before="40" w:after="120"/>
        <w:jc w:val="both"/>
      </w:pPr>
      <w:r>
        <w:rPr>
          <w:rFonts w:ascii="Georgia" w:hAnsi="Georgia"/>
          <w:b w:val="0"/>
          <w:i w:val="0"/>
          <w:color w:val="000000"/>
          <w:sz w:val="24"/>
        </w:rPr>
        <w:t>Затем, во время соударения при первой близости, они разделяются: тогда ЗА берет одно имя АВАЯ, а второе отдает Нукве во время соударения, как сказано выше; и в этом имени АВАЯ также включены оба они упомянутым образом, и оно называется именем БОН.</w:t>
      </w:r>
    </w:p>
    <w:p>
      <w:pPr>
        <w:spacing w:before="40" w:after="120"/>
        <w:jc w:val="both"/>
      </w:pPr>
      <w:r>
        <w:rPr>
          <w:rFonts w:ascii="Georgia" w:hAnsi="Georgia"/>
          <w:b w:val="0"/>
          <w:i w:val="0"/>
          <w:color w:val="000000"/>
          <w:sz w:val="24"/>
        </w:rPr>
        <w:t>И вновь вернемся к более подробному объяснению этого вопроса: ведь в Бине, высшей Име, есть одно имя АВАЯ, а ее нижняя буква хэй (</w:t>
      </w:r>
      <w:r>
        <w:rPr>
          <w:rFonts w:ascii="Georgia" w:hAnsi="Georgia" w:cs="Times New Roman"/>
          <w:b/>
          <w:i w:val="0"/>
          <w:color w:val="000000"/>
          <w:sz w:val="24"/>
          <w:rtl/>
          <w:szCs w:val="32"/>
        </w:rPr>
        <w:t>ה</w:t>
      </w:r>
      <w:r>
        <w:rPr>
          <w:rFonts w:ascii="Georgia" w:hAnsi="Georgia"/>
          <w:b w:val="0"/>
          <w:i w:val="0"/>
          <w:color w:val="000000"/>
          <w:sz w:val="24"/>
        </w:rPr>
        <w:t>) разделяется на начертание букв далет и вав (</w:t>
      </w:r>
      <w:r>
        <w:rPr>
          <w:rFonts w:ascii="Georgia" w:hAnsi="Georgia" w:cs="Times New Roman"/>
          <w:b/>
          <w:i w:val="0"/>
          <w:color w:val="000000"/>
          <w:sz w:val="24"/>
          <w:rtl/>
          <w:szCs w:val="32"/>
        </w:rPr>
        <w:t>ד״ו</w:t>
      </w:r>
      <w:r>
        <w:rPr>
          <w:rFonts w:ascii="Georgia" w:hAnsi="Georgia"/>
          <w:b w:val="0"/>
          <w:i w:val="0"/>
          <w:color w:val="000000"/>
          <w:sz w:val="24"/>
        </w:rPr>
        <w:t>), как известно, и они представляют собой двух ее детей — ЗОН. Поэтому в нижней букве хэй (</w:t>
      </w:r>
      <w:r>
        <w:rPr>
          <w:rFonts w:ascii="Georgia" w:hAnsi="Georgia" w:cs="Times New Roman"/>
          <w:b/>
          <w:i w:val="0"/>
          <w:color w:val="000000"/>
          <w:sz w:val="24"/>
          <w:rtl/>
          <w:szCs w:val="32"/>
        </w:rPr>
        <w:t>ה</w:t>
      </w:r>
      <w:r>
        <w:rPr>
          <w:rFonts w:ascii="Georgia" w:hAnsi="Georgia"/>
          <w:b w:val="0"/>
          <w:i w:val="0"/>
          <w:color w:val="000000"/>
          <w:sz w:val="24"/>
        </w:rPr>
        <w:t>) помещен тот самый БОН [с наполнением] буквами хэй, на месте ее МАН. И этот аспект БОН — тайна ЗА, называемого сыном, как сказано выше; и он представляет собой два имени АВАЯ, образующие само начертание букв далет и вав (</w:t>
      </w:r>
      <w:r>
        <w:rPr>
          <w:rFonts w:ascii="Georgia" w:hAnsi="Georgia" w:cs="Times New Roman"/>
          <w:b/>
          <w:i w:val="0"/>
          <w:color w:val="000000"/>
          <w:sz w:val="24"/>
          <w:rtl/>
          <w:szCs w:val="32"/>
        </w:rPr>
        <w:t>ד״ו</w:t>
      </w:r>
      <w:r>
        <w:rPr>
          <w:rFonts w:ascii="Georgia" w:hAnsi="Georgia"/>
          <w:b w:val="0"/>
          <w:i w:val="0"/>
          <w:color w:val="000000"/>
          <w:sz w:val="24"/>
        </w:rPr>
        <w:t>), то есть ЗОН, однако главное проявление ее имени БОН — это ЗА, как сказано выше.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[Примечание. См. «Шаар а-Псуким», лист 25, оборот 4, недельный раздел Ваера, в конце учения о МАН, где наш учитель рав Хаим Виталь, благословенна его память, написал следующее: «Сказал пишущий эти строки Хаим: то, что имя АВАЯ имени БОН в Нукве включает два имени АВАЯ, можно понять из известного [правила]. Ведь когда пять гвурот пребывают в Есод мужского начала, — а также [как] высший уровень, распространяющийся от Хеседа до Хода де-ЗА, — там они подслащиваются с хасадим. А суть подслащивания состоит в том, что они включаются в них. И оказывается, что когда гвурот передаются Нукве, они уже соединены со светами хасадим; так представляется мне, по моему скромному мнению». Конец примечания.]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И точно так же в нижней Нукве де-ЗА есть одно имя АВАЯ, а нижняя буква хэй этой Нуквы, именуемой Рахель, которая является последней ступенью в Ацилуте, содержит начертание букв далет и вав (</w:t>
      </w:r>
      <w:r>
        <w:rPr>
          <w:rFonts w:ascii="Georgia" w:hAnsi="Georgia" w:cs="Times New Roman"/>
          <w:b/>
          <w:i w:val="0"/>
          <w:color w:val="000000"/>
          <w:sz w:val="24"/>
          <w:rtl/>
          <w:szCs w:val="32"/>
        </w:rPr>
        <w:t>ד״ו</w:t>
      </w:r>
      <w:r>
        <w:rPr>
          <w:rFonts w:ascii="Georgia" w:hAnsi="Georgia"/>
          <w:b w:val="0"/>
          <w:i w:val="0"/>
          <w:color w:val="000000"/>
          <w:sz w:val="24"/>
        </w:rPr>
        <w:t>), представляющее собой имя БОН с наполнением буквами хэй (де-хэйин). И этот БОН — тайна Биньямина и тайна Метатрона (</w:t>
      </w:r>
      <w:r>
        <w:rPr>
          <w:rFonts w:ascii="Georgia" w:hAnsi="Georgia" w:cs="Times New Roman"/>
          <w:b/>
          <w:i w:val="0"/>
          <w:color w:val="000000"/>
          <w:sz w:val="24"/>
          <w:rtl/>
          <w:szCs w:val="32"/>
        </w:rPr>
        <w:t>מטטרו״ן</w:t>
      </w:r>
      <w:r>
        <w:rPr>
          <w:rFonts w:ascii="Georgia" w:hAnsi="Georgia"/>
          <w:b w:val="0"/>
          <w:i w:val="0"/>
          <w:color w:val="000000"/>
          <w:sz w:val="24"/>
        </w:rPr>
        <w:t>). Поэтому красота Биньямина подобна красоте Рахели, его матери, то есть отрока Метатрона — сына Рахели, последней ступени в Ацилуте.</w:t>
      </w:r>
    </w:p>
    <w:p>
      <w:pPr>
        <w:spacing w:before="40" w:after="120"/>
        <w:jc w:val="both"/>
      </w:pPr>
      <w:r>
        <w:rPr>
          <w:rFonts w:ascii="Georgia" w:hAnsi="Georgia"/>
          <w:b w:val="0"/>
          <w:i w:val="0"/>
          <w:color w:val="000000"/>
          <w:sz w:val="24"/>
        </w:rPr>
        <w:t>И этот Метатрон представляет собой уровень Зеир Анпина мира Брия; поэтому в [его имени] шесть букв (</w:t>
      </w:r>
      <w:r>
        <w:rPr>
          <w:rFonts w:ascii="Georgia" w:hAnsi="Georgia" w:cs="Times New Roman"/>
          <w:b/>
          <w:i w:val="0"/>
          <w:color w:val="000000"/>
          <w:sz w:val="24"/>
          <w:rtl/>
          <w:szCs w:val="32"/>
        </w:rPr>
        <w:t>מטטרו״ן</w:t>
      </w:r>
      <w:r>
        <w:rPr>
          <w:rFonts w:ascii="Georgia" w:hAnsi="Georgia"/>
          <w:b w:val="0"/>
          <w:i w:val="0"/>
          <w:color w:val="000000"/>
          <w:sz w:val="24"/>
        </w:rPr>
        <w:t>) — соответственно шести пределам (ВАК) де-ЗА де-Ацилут. А его Нуква подобна Рахели — Нукве де-ЗА де-Ацилут, и в ней также есть имя БОН, представляющее тайну Сандальфона. И точно так же обстоит дело со всеми женскими началами — в [наполнении] буквами хэй, находящимися в них на всех их ступенях.</w:t>
      </w:r>
    </w:p>
    <w:p>
      <w:pPr>
        <w:spacing w:before="40" w:after="120"/>
        <w:jc w:val="both"/>
      </w:pPr>
      <w:r>
        <w:rPr>
          <w:rFonts w:ascii="Georgia" w:hAnsi="Georgia"/>
          <w:b w:val="0"/>
          <w:i w:val="0"/>
          <w:color w:val="000000"/>
          <w:sz w:val="24"/>
        </w:rPr>
        <w:t xml:space="preserve">И благодаря этому ты поймешь различие между Рахелью и Леей: ведь в том духе, который [мужское начало] вложило в Лею, была сила родить шестерых сыновей и дочь; однако в том духе, который оставил Яаков в Рахели, [силы] было мало, и ее хватило лишь на то, чтобы родить одного Йосефа. Затем осталась лишь доля ее собственной нефеш, принадлежащая ей самой; и когда родился Биньямин, ей пришлось отдать ему ту самую долю себя. А поскольку ее нефеш вышла и при рождении была отдана Биньямину, она умерла, и это [смысл стиха]: </w:t>
      </w:r>
      <w:r>
        <w:rPr>
          <w:rFonts w:ascii="Georgia" w:hAnsi="Georgia"/>
          <w:b w:val="0"/>
          <w:i/>
          <w:color w:val="000000"/>
          <w:sz w:val="24"/>
        </w:rPr>
        <w:t>«И когда выходила душа ее, ибо она умирала...»</w:t>
      </w:r>
      <w:r>
        <w:rPr>
          <w:rFonts w:ascii="Georgia" w:hAnsi="Georgia"/>
          <w:b w:val="0"/>
          <w:i w:val="0"/>
          <w:color w:val="000000"/>
          <w:sz w:val="24"/>
        </w:rPr>
        <w:t xml:space="preserve"> (Берешит 35:18).</w:t>
      </w:r>
    </w:p>
    <w:p>
      <w:pPr>
        <w:spacing w:before="40" w:after="120"/>
        <w:jc w:val="both"/>
      </w:pPr>
      <w:r>
        <w:rPr>
          <w:rFonts w:ascii="Georgia" w:hAnsi="Georgia"/>
          <w:b w:val="0"/>
          <w:i w:val="0"/>
          <w:color w:val="000000"/>
          <w:sz w:val="24"/>
        </w:rPr>
        <w:t xml:space="preserve">Причина же упомянутого состоит в том, как уже известно, что Лея охватывает в Высшем Исраэле семь свойств (мидот), соответствуя Бине — матери семи сыновей. Рахель же является последней [ступенью], и в ней есть лишь уровень «праведника, который входит в нее», то есть Йосефа, и «праведника, который выходит из нее», то есть Биньямина, как сказано в недельном разделе Ваеце, лист 155. Ведь Лея, находясь наверху, не соприкасается с миром Брия — миром разделения. Рахель же находится внизу, и кого она рожает вниз? Она рожает в мир разделения и смерти — от мира Брия и ниже, о котором написано: </w:t>
      </w:r>
      <w:r>
        <w:rPr>
          <w:rFonts w:ascii="Georgia" w:hAnsi="Georgia"/>
          <w:b w:val="0"/>
          <w:i/>
          <w:color w:val="000000"/>
          <w:sz w:val="24"/>
        </w:rPr>
        <w:t>«...и оттуда разделялась и образовывала четыре начала»</w:t>
      </w:r>
      <w:r>
        <w:rPr>
          <w:rFonts w:ascii="Georgia" w:hAnsi="Georgia"/>
          <w:b w:val="0"/>
          <w:i w:val="0"/>
          <w:color w:val="000000"/>
          <w:sz w:val="24"/>
        </w:rPr>
        <w:t xml:space="preserve"> (Берешит 2:10).</w:t>
      </w:r>
    </w:p>
    <w:p>
      <w:pPr>
        <w:spacing w:before="40" w:after="120"/>
        <w:jc w:val="both"/>
      </w:pPr>
      <w:r>
        <w:rPr>
          <w:rFonts w:ascii="Georgia" w:hAnsi="Georgia"/>
          <w:b w:val="0"/>
          <w:i w:val="0"/>
          <w:color w:val="000000"/>
          <w:sz w:val="24"/>
        </w:rPr>
        <w:t>Поэтому мать назвала его «сын скорби моей» (</w:t>
      </w:r>
      <w:r>
        <w:rPr>
          <w:rFonts w:ascii="Georgia" w:hAnsi="Georgia"/>
          <w:b w:val="0"/>
          <w:i/>
          <w:color w:val="000000"/>
          <w:sz w:val="24"/>
        </w:rPr>
        <w:t>Бен-Они</w:t>
      </w:r>
      <w:r>
        <w:rPr>
          <w:rFonts w:ascii="Georgia" w:hAnsi="Georgia"/>
          <w:b w:val="0"/>
          <w:i w:val="0"/>
          <w:color w:val="000000"/>
          <w:sz w:val="24"/>
        </w:rPr>
        <w:t xml:space="preserve">, </w:t>
      </w:r>
      <w:r>
        <w:rPr>
          <w:rFonts w:ascii="Georgia" w:hAnsi="Georgia" w:cs="Times New Roman"/>
          <w:b/>
          <w:i w:val="0"/>
          <w:color w:val="000000"/>
          <w:sz w:val="24"/>
          <w:rtl/>
          <w:szCs w:val="32"/>
        </w:rPr>
        <w:t>בֶּן אוֹנִי</w:t>
      </w:r>
      <w:r>
        <w:rPr>
          <w:rFonts w:ascii="Georgia" w:hAnsi="Georgia"/>
          <w:b w:val="0"/>
          <w:i w:val="0"/>
          <w:color w:val="000000"/>
          <w:sz w:val="24"/>
        </w:rPr>
        <w:t>), а отец назвал его Биньямин (</w:t>
      </w:r>
      <w:r>
        <w:rPr>
          <w:rFonts w:ascii="Georgia" w:hAnsi="Georgia"/>
          <w:b w:val="0"/>
          <w:i/>
          <w:color w:val="000000"/>
          <w:sz w:val="24"/>
        </w:rPr>
        <w:t>Бин-Ямин</w:t>
      </w:r>
      <w:r>
        <w:rPr>
          <w:rFonts w:ascii="Georgia" w:hAnsi="Georgia"/>
          <w:b w:val="0"/>
          <w:i w:val="0"/>
          <w:color w:val="000000"/>
          <w:sz w:val="24"/>
        </w:rPr>
        <w:t xml:space="preserve">, </w:t>
      </w:r>
      <w:r>
        <w:rPr>
          <w:rFonts w:ascii="Georgia" w:hAnsi="Georgia" w:cs="Times New Roman"/>
          <w:b/>
          <w:i w:val="0"/>
          <w:color w:val="000000"/>
          <w:sz w:val="24"/>
          <w:rtl/>
          <w:szCs w:val="32"/>
        </w:rPr>
        <w:t>בִּנְיָמִין</w:t>
      </w:r>
      <w:r>
        <w:rPr>
          <w:rFonts w:ascii="Georgia" w:hAnsi="Georgia"/>
          <w:b w:val="0"/>
          <w:i w:val="0"/>
          <w:color w:val="000000"/>
          <w:sz w:val="24"/>
        </w:rPr>
        <w:t xml:space="preserve"> — «сын десницы»): ведь хотя он и пребывает в тайне сына-праведника, выходящего в мир Брия, он не «сын скорби», а «сын десницы», остающийся все еще в Ацилуте, как будет сказано с Б-жьей помощью.</w:t>
      </w:r>
    </w:p>
    <w:p>
      <w:pPr>
        <w:keepNext/>
        <w:spacing w:before="320" w:after="120"/>
      </w:pPr>
      <w:r>
        <w:rPr>
          <w:rFonts w:ascii="Georgia" w:hAnsi="Georgia"/>
          <w:b w:val="0"/>
          <w:i w:val="0"/>
          <w:color w:val="000000"/>
          <w:sz w:val="32"/>
        </w:rPr>
        <w:t>Ветвь 9</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суть соударения поцелуев (зивуг де-нешикин). Выше, в третьем учении, уже объяснялось, что существуют два вида соударений: первое — это высшее духовное соударение, называемое «зивуг де-нешикин», а второе — нижнее телесное соударение «Есод в Есод». И оба этих соударения совершаются наверху, и нет в мире ни одного соударения (зивуга), которому не предшествовало бы высшее соударение поцелуев (зивуг де-нешикин).</w:t>
      </w:r>
    </w:p>
    <w:p>
      <w:pPr>
        <w:spacing w:before="40" w:after="120"/>
        <w:jc w:val="both"/>
      </w:pPr>
      <w:r>
        <w:rPr>
          <w:rFonts w:ascii="Georgia" w:hAnsi="Georgia"/>
          <w:b w:val="0"/>
          <w:i w:val="0"/>
          <w:color w:val="000000"/>
          <w:sz w:val="24"/>
        </w:rPr>
        <w:t xml:space="preserve">И вот суть этого соударения намечена в [Зоаре], недельный раздел Трума, лист 146, на стих </w:t>
      </w:r>
      <w:r>
        <w:rPr>
          <w:rFonts w:ascii="Georgia" w:hAnsi="Georgia"/>
          <w:b w:val="0"/>
          <w:i/>
          <w:color w:val="000000"/>
          <w:sz w:val="24"/>
        </w:rPr>
        <w:t>«Да лобзает он меня лобзаниями уст своих!...»</w:t>
      </w:r>
      <w:r>
        <w:rPr>
          <w:rFonts w:ascii="Georgia" w:hAnsi="Georgia"/>
          <w:b w:val="0"/>
          <w:i w:val="0"/>
          <w:color w:val="000000"/>
          <w:sz w:val="24"/>
        </w:rPr>
        <w:t xml:space="preserve"> (Шир а-Ширим 1:2): «Ибо нет любви в слиянии духа с духом, кроме как в поцелуе... и поцелуй любви распространяется на четыре духа... и кто это? — любовь...».</w:t>
      </w:r>
    </w:p>
    <w:p>
      <w:pPr>
        <w:spacing w:before="40" w:after="120"/>
        <w:jc w:val="both"/>
      </w:pPr>
      <w:r>
        <w:rPr>
          <w:rFonts w:ascii="Georgia" w:hAnsi="Georgia"/>
          <w:b w:val="0"/>
          <w:i w:val="0"/>
          <w:color w:val="000000"/>
          <w:sz w:val="24"/>
        </w:rPr>
        <w:t>И благодаря тому, что сказано здесь, тебе прояснится толкование того фрагмента там.</w:t>
      </w:r>
    </w:p>
    <w:p>
      <w:pPr>
        <w:spacing w:before="40" w:after="120"/>
        <w:jc w:val="both"/>
      </w:pPr>
      <w:r>
        <w:rPr>
          <w:rFonts w:ascii="Georgia" w:hAnsi="Georgia"/>
          <w:b w:val="0"/>
          <w:i w:val="0"/>
          <w:color w:val="000000"/>
          <w:sz w:val="24"/>
        </w:rPr>
        <w:t>Прежде всего тебе нужно знать, что есть различие между МАН нижнего соударения и [МАН] поцелуев: ведь МАН [нижнего соударения] представляют собой одну сторону, когда мужское начало дает ей МАД, а она поднимает МАН, тогда как поцелуи удвоены, и потому из них образуются четыре духа: два от мужского начала и два от Нуквы, которые смешиваются — один в другом и другой в одном, как будет сказано с Б-жьей помощью.</w:t>
      </w:r>
    </w:p>
    <w:p>
      <w:pPr>
        <w:spacing w:before="40" w:after="120"/>
        <w:jc w:val="both"/>
      </w:pPr>
      <w:r>
        <w:rPr>
          <w:rFonts w:ascii="Georgia" w:hAnsi="Georgia"/>
          <w:b w:val="0"/>
          <w:i w:val="0"/>
          <w:color w:val="000000"/>
          <w:sz w:val="24"/>
        </w:rPr>
        <w:t>Сначала объясним, что такое поцелуи. Нижнее соударение называется телесным, и в нем есть материальность — семенная капля; в особенности с учетом того, что мы написали в другом месте: капля хасадим, которую изливает мужское начало, исходит не из самого мозга Даат, а лишь от распространения пяти хасадим, распространяющихся в шести пределах (ВАК), и лишь меньшая их часть исходит из самого Даат — это те десять капель, что исторг Йосеф из-под ногтей своих рук, как упоминается у нас. И получается, что нижнее соударение — главное, и оно происходит от семи нижних сфирот (ЗАТ). Высшее же соударение поцелуев происходит от трех высших сфирот (ГАР) де-ЗА, которые соединяются с тремя высшими сфирот (ГАР) де-Нуква, как будет сказано с Б-жьей помощью.</w:t>
      </w:r>
    </w:p>
    <w:p>
      <w:pPr>
        <w:spacing w:before="40" w:after="120"/>
        <w:jc w:val="both"/>
      </w:pPr>
      <w:r>
        <w:rPr>
          <w:rFonts w:ascii="Georgia" w:hAnsi="Georgia"/>
          <w:b w:val="0"/>
          <w:i w:val="0"/>
          <w:color w:val="000000"/>
          <w:sz w:val="24"/>
        </w:rPr>
        <w:t xml:space="preserve">Смысл же в том, что всякий поцелуй происходит от дыхания уст, выходящего из легких в горло, являющееся Биной, как известно, что все семь дыханий вышли из Бины, то есть из горла. Выходит, что их сила — от семи нижних сфирот (ЗАТ). Однако тот свет, который нисходил от трех первых сфирот (ГАР) в голове к телу, прежде чем войти во внутреннюю часть тела, находящуюся в семи нижних сфирот (ЗАТ), выходит наружу через рот в виде дыхания; и соответственно им — семь слов в стихе: </w:t>
      </w:r>
      <w:r>
        <w:rPr>
          <w:rFonts w:ascii="Georgia" w:hAnsi="Georgia"/>
          <w:b w:val="0"/>
          <w:i/>
          <w:color w:val="000000"/>
          <w:sz w:val="24"/>
        </w:rPr>
        <w:t>«Да лобзает он меня лобзаниями уст своих!...»</w:t>
      </w:r>
      <w:r>
        <w:rPr>
          <w:rFonts w:ascii="Georgia" w:hAnsi="Georgia"/>
          <w:b w:val="0"/>
          <w:i w:val="0"/>
          <w:color w:val="000000"/>
          <w:sz w:val="24"/>
        </w:rPr>
        <w:t xml:space="preserve"> (Шир а-Ширим 1:2).</w:t>
      </w:r>
    </w:p>
    <w:p>
      <w:pPr>
        <w:spacing w:before="40" w:after="120"/>
        <w:jc w:val="both"/>
      </w:pPr>
      <w:r>
        <w:rPr>
          <w:rFonts w:ascii="Georgia" w:hAnsi="Georgia"/>
          <w:b w:val="0"/>
          <w:i w:val="0"/>
          <w:color w:val="000000"/>
          <w:sz w:val="24"/>
        </w:rPr>
        <w:t>И разъяснение этого таково: Хохма и Бина (ХУБ) де-ЗА буквально подобны Аба ве-Има, и они вступают в соударение (зивуг) в завершении трех первых сфирот (ГАР) посредством соединяющего их Даат. А тайна этого соединения находится во рту, как известно у нас: нёбо — это Хохма, горло — это Има, а язык — это Даат, соединяющий их; и там они соединяются вместе, как уже объяснялось в другом месте.</w:t>
      </w:r>
    </w:p>
    <w:p>
      <w:pPr>
        <w:spacing w:before="40" w:after="120"/>
        <w:jc w:val="both"/>
      </w:pPr>
      <w:r>
        <w:rPr>
          <w:rFonts w:ascii="Georgia" w:hAnsi="Georgia"/>
          <w:b w:val="0"/>
          <w:i w:val="0"/>
          <w:color w:val="000000"/>
          <w:sz w:val="24"/>
        </w:rPr>
        <w:t>И хотя это мужское и женское начала, все это называется лишь одним дыханием, поскольку все происходит в самом ЗА; к тому же Аба ве-Има вместе выходят, и тем более Хохма и Бина де-ЗА, которые все считаются мужской стороной. Подобным же образом происходит и во рту женского начала, в ее Хохме и Бине. И это два духа: один мужской, а один женский.</w:t>
      </w:r>
    </w:p>
    <w:p>
      <w:pPr>
        <w:spacing w:before="40" w:after="120"/>
        <w:jc w:val="both"/>
      </w:pPr>
      <w:r>
        <w:rPr>
          <w:rFonts w:ascii="Georgia" w:hAnsi="Georgia"/>
          <w:b w:val="0"/>
          <w:i w:val="0"/>
          <w:color w:val="000000"/>
          <w:sz w:val="24"/>
        </w:rPr>
        <w:t>И как сказано в недельном разделе Трума: «нет любви в слиянии духа с духом, кроме как в поцелуе». Ведь нижнее соударение — это слияние тела с телом, телесное, по тайне семенной капли, как сказано выше. Однако это соударение — исключительно духовное: дух в духе, то есть дух дыхания его уст с дыханием духа ее уст.</w:t>
      </w:r>
    </w:p>
    <w:p>
      <w:pPr>
        <w:spacing w:before="40" w:after="120"/>
        <w:jc w:val="both"/>
      </w:pPr>
      <w:r>
        <w:rPr>
          <w:rFonts w:ascii="Georgia" w:hAnsi="Georgia"/>
          <w:b w:val="0"/>
          <w:i w:val="0"/>
          <w:color w:val="000000"/>
          <w:sz w:val="24"/>
        </w:rPr>
        <w:t>Теперь объясним, как каждый из этих двух духов разделяется надвое, как сказано в недельном разделе Трума: «Четыре духа пребывают в поцелуе, и каждый включен в своего товарища...». Смысл в том, что нижнее соударение не удваивается, как сказано выше, ведь он отдает МАД, а она поднимает МАН; но здесь соударение двойное, ведь как мужское начало целует уста Нуквы, так и она целует уста мужского начала.</w:t>
      </w:r>
    </w:p>
    <w:p>
      <w:pPr>
        <w:spacing w:before="40" w:after="120"/>
        <w:jc w:val="both"/>
      </w:pPr>
      <w:r>
        <w:rPr>
          <w:rFonts w:ascii="Georgia" w:hAnsi="Georgia"/>
          <w:b w:val="0"/>
          <w:i w:val="0"/>
          <w:color w:val="000000"/>
          <w:sz w:val="24"/>
        </w:rPr>
        <w:t>И получается, что в поцелуях мужского начала есть два аспекта: первый — это само дыхание, исходящее благодаря поцелую, и оно является корнем самого дыхания; а второй — то, что смешивается с дыханием Нуквы внутри ее рта и становится женским свойством, хотя корень его мужской.</w:t>
      </w:r>
    </w:p>
    <w:p>
      <w:pPr>
        <w:spacing w:before="40" w:after="120"/>
        <w:jc w:val="both"/>
      </w:pPr>
      <w:r>
        <w:rPr>
          <w:rFonts w:ascii="Georgia" w:hAnsi="Georgia"/>
          <w:b w:val="0"/>
          <w:i w:val="0"/>
          <w:color w:val="000000"/>
          <w:sz w:val="24"/>
        </w:rPr>
        <w:t>Подобным же образом обстоит дело с поцелуями Нуквы, обращенными к мужскому началу: ведь когда она целует его, в ней непременно остается корень дыхания поцелуя, а второй [аспект] — то, что смешивается с дыханием мужского начала, переданным ему изо рта Нуквы, и становится мужским свойством, хотя корень его женский.</w:t>
      </w:r>
    </w:p>
    <w:p>
      <w:pPr>
        <w:spacing w:before="40" w:after="120"/>
        <w:jc w:val="both"/>
      </w:pPr>
      <w:r>
        <w:rPr>
          <w:rFonts w:ascii="Georgia" w:hAnsi="Georgia"/>
          <w:b w:val="0"/>
          <w:i w:val="0"/>
          <w:color w:val="000000"/>
          <w:sz w:val="24"/>
        </w:rPr>
        <w:t>И вот разъяснена тайна четырех духов, пребывающих в поцелуях; смотри же и пойми теперь, что подобно тому как при самом первом нижнем соударении — первой близости, совершаемой ради того, чтобы сделать ее сосудом (кли), как объяснялось выше в учении о МАН, где говорилось, что он оставил в ней тот дух, чтобы сделать ее сосудом для других соударений, которые последуют отныне и далее, — точно так же при первом соударении поцелуев, происшедшем в мире, когда Источник выделил из Себя ЗОН и они соединились вместе в поцелуях: мужское начало дало из своего высшего Есод — то есть языка, находящегося у него во рту, — один дух в ее высший Есод, находящийся во рту Нуквы. И тот первый дух тех первых поцелуев навсегда остался в Нукве там, в Есод ее рта, для остальных соударений, которые последуют отныне и далее, наподобие того, как служит тот дух ее нижнего Есод для остальных соударений, которые последуют отныне и далее. И пойми это как следует.</w:t>
      </w:r>
    </w:p>
    <w:p>
      <w:pPr>
        <w:spacing w:before="40" w:after="120"/>
        <w:jc w:val="both"/>
      </w:pPr>
      <w:r>
        <w:rPr>
          <w:rFonts w:ascii="Georgia" w:hAnsi="Georgia"/>
          <w:b w:val="0"/>
          <w:i w:val="0"/>
          <w:color w:val="000000"/>
          <w:sz w:val="24"/>
        </w:rPr>
        <w:t>И оказывается, что здесь есть два духа: один — дух де-ЗА, вошедший в рот Нуквы, корень которого мужской, но внутри ее рта он обратился в женское свойство; и есть один дух Нуквы, вошедший в рот мужского начала, корень которого женский, но он обратился в мужское свойство. Однако в обоих них есть женский аспект.</w:t>
      </w:r>
    </w:p>
    <w:p>
      <w:pPr>
        <w:spacing w:before="40" w:after="120"/>
        <w:jc w:val="both"/>
      </w:pPr>
      <w:r>
        <w:rPr>
          <w:rFonts w:ascii="Georgia" w:hAnsi="Georgia"/>
          <w:b w:val="0"/>
          <w:i w:val="0"/>
          <w:color w:val="000000"/>
          <w:sz w:val="24"/>
        </w:rPr>
        <w:t xml:space="preserve">И это уровень Ицхака, о котором было сказано Саре: </w:t>
      </w:r>
      <w:r>
        <w:rPr>
          <w:rFonts w:ascii="Georgia" w:hAnsi="Georgia"/>
          <w:b w:val="0"/>
          <w:i/>
          <w:color w:val="000000"/>
          <w:sz w:val="24"/>
        </w:rPr>
        <w:t>«...и вот, будет сын у Сары, жены твоей»</w:t>
      </w:r>
      <w:r>
        <w:rPr>
          <w:rFonts w:ascii="Georgia" w:hAnsi="Georgia"/>
          <w:b w:val="0"/>
          <w:i w:val="0"/>
          <w:color w:val="000000"/>
          <w:sz w:val="24"/>
        </w:rPr>
        <w:t xml:space="preserve"> (Берешит 18:10), как упоминается в Зоаре; и уровень Хавакука, о котором сказано: </w:t>
      </w:r>
      <w:r>
        <w:rPr>
          <w:rFonts w:ascii="Georgia" w:hAnsi="Georgia"/>
          <w:b w:val="0"/>
          <w:i/>
          <w:color w:val="000000"/>
          <w:sz w:val="24"/>
        </w:rPr>
        <w:t>«...ты [будешь] обнимать (</w:t>
      </w:r>
      <w:r>
        <w:rPr>
          <w:rFonts w:ascii="Georgia" w:hAnsi="Georgia"/>
          <w:b w:val="0"/>
          <w:i w:val="0"/>
          <w:color w:val="000000"/>
          <w:sz w:val="24"/>
        </w:rPr>
        <w:t>ховекет</w:t>
      </w:r>
      <w:r>
        <w:rPr>
          <w:rFonts w:ascii="Georgia" w:hAnsi="Georgia"/>
          <w:b w:val="0"/>
          <w:i/>
          <w:color w:val="000000"/>
          <w:sz w:val="24"/>
        </w:rPr>
        <w:t xml:space="preserve">, </w:t>
      </w:r>
      <w:r>
        <w:rPr>
          <w:rFonts w:ascii="Georgia" w:hAnsi="Georgia" w:cs="Times New Roman"/>
          <w:b/>
          <w:i/>
          <w:color w:val="000000"/>
          <w:sz w:val="24"/>
          <w:rtl/>
          <w:szCs w:val="32"/>
        </w:rPr>
        <w:t>חוֹבֶקֶת</w:t>
      </w:r>
      <w:r>
        <w:rPr>
          <w:rFonts w:ascii="Georgia" w:hAnsi="Georgia"/>
          <w:b w:val="0"/>
          <w:i/>
          <w:color w:val="000000"/>
          <w:sz w:val="24"/>
        </w:rPr>
        <w:t>) сына»</w:t>
      </w:r>
      <w:r>
        <w:rPr>
          <w:rFonts w:ascii="Georgia" w:hAnsi="Georgia"/>
          <w:b w:val="0"/>
          <w:i w:val="0"/>
          <w:color w:val="000000"/>
          <w:sz w:val="24"/>
        </w:rPr>
        <w:t xml:space="preserve"> (Мелахим II 4:16), как упоминается. И эти сыновья — Ицхак и Хавакук — произошли от тех двух духов первых поцелуев, как сказано в своем месте.</w:t>
      </w:r>
    </w:p>
    <w:p>
      <w:pPr>
        <w:spacing w:before="40" w:after="120"/>
        <w:jc w:val="both"/>
      </w:pPr>
      <w:r>
        <w:rPr>
          <w:rFonts w:ascii="Georgia" w:hAnsi="Georgia"/>
          <w:b w:val="0"/>
          <w:i w:val="0"/>
          <w:color w:val="000000"/>
          <w:sz w:val="24"/>
        </w:rPr>
        <w:t>[Примечание. Цемах: и представляется мне, по моему скромному мнению, что Ицхак и Хавакук происходят от поцелуев, а выходят и завершаются посредством нижнего соударения. Конец примечания.]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Однако из остальных поцелуев, которые происходили затем отныне и далее, из всех них образуются души нижних или ангелы, как сказано.</w:t>
      </w:r>
    </w:p>
    <w:p>
      <w:pPr>
        <w:spacing w:before="40" w:after="120"/>
        <w:jc w:val="both"/>
      </w:pPr>
      <w:r>
        <w:rPr>
          <w:rFonts w:ascii="Georgia" w:hAnsi="Georgia"/>
          <w:b w:val="0"/>
          <w:i w:val="0"/>
          <w:color w:val="000000"/>
          <w:sz w:val="24"/>
        </w:rPr>
        <w:t>[Примечание. Сказал пишущий эти строки Хаим: это требует углубленного изучения. Ведь в третьем учении мы объяснили, что у Аба ве-Има было семь соударений поцелуев; и первое соударение из всех, когда ЗОН еще не были выяснены, — отсюда видно, что оно подобно сказанному здесь: что это первая близость ради того, чтобы сделать ее сосудом (для поцелуев). Но если так, то как же там сказано, что от первых поцелуев всегда происходят ангелы, а не души, здесь же говорится, что это Ицхак и Хавакук? Также требует изучения следующее: ведь там сказано, что при первых поцелуях вовсе не было нижнего соударения, а первое нижнее соударение произошло при первом зачатии (ибуре) ЗА. Здесь же мы объяснили, что как в Име, так и в Малхут он оставил дух при первой близости, совершавшейся вовсе не ради зачатия, и оттуда произошел Биньямин; получается, нижнее соударение было, в том числе и при первых поцелуях. И это требует изучения. Конец примечания.]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И вот, в отношении намерения слова «амен» в Кадише объяснялось, что в нем есть три аспекта: объятие, поцелуй и соударение (зивуг). И женское начало всегда пробуждается первым, и это пробуждение происходит во время объятия, которое предшествует поцелую и соударению. Поэтому сначала она первой обнимает мужское начало, а затем мужское начало обнимает Нукву.</w:t>
      </w:r>
    </w:p>
    <w:p>
      <w:pPr>
        <w:spacing w:before="40" w:after="120"/>
        <w:jc w:val="both"/>
      </w:pPr>
      <w:r>
        <w:rPr>
          <w:rFonts w:ascii="Georgia" w:hAnsi="Georgia"/>
          <w:b w:val="0"/>
          <w:i w:val="0"/>
          <w:color w:val="000000"/>
          <w:sz w:val="24"/>
        </w:rPr>
        <w:t>Затем следуют поцелуи. И тогда, поскольку она уже опередила своим пробуждением при объятии, как сказано, женское начало не пробуждается первым. Однако в поцелуях есть два аспекта: первый состоит в том, что раз она начала пробуждение через объятие, то теперь он первым начинает поцелуи, а затем уже она целует его; а есть аспект поцелуев, когда они равны — когда он пробуждается поцеловать ее, она одновременно пробуждается поцеловать его.</w:t>
      </w:r>
    </w:p>
    <w:p>
      <w:pPr>
        <w:spacing w:before="40" w:after="120"/>
        <w:jc w:val="both"/>
      </w:pPr>
      <w:r>
        <w:rPr>
          <w:rFonts w:ascii="Georgia" w:hAnsi="Georgia"/>
          <w:b w:val="0"/>
          <w:i w:val="0"/>
          <w:color w:val="000000"/>
          <w:sz w:val="24"/>
        </w:rPr>
        <w:t>И мне представляется, по моему скромному мнению, в согласии со сказанным выше в третьем учении, где мы объяснили, что есть поцелуи, предшествующие нижнему соударению, и есть вторые поцелуи, совершаемые во время самого соударения. И раз так, то в тех, что предшествуют соударению, он должен пробуждаться первым, поскольку она уже пробудилась первой в объятии; а после того как оба они проявили первенство — она в объятии, а он в поцелуе, — они становятся равны в нижнем соударении, и поцелуи их [тогда] равны; так представляется мне, по моему скромному мнению.</w:t>
      </w:r>
    </w:p>
    <w:p>
      <w:pPr>
        <w:keepNext/>
        <w:spacing w:before="320" w:after="120"/>
      </w:pPr>
      <w:r>
        <w:rPr>
          <w:rFonts w:ascii="Georgia" w:hAnsi="Georgia"/>
          <w:b w:val="0"/>
          <w:i w:val="0"/>
          <w:color w:val="000000"/>
          <w:sz w:val="32"/>
        </w:rPr>
        <w:t>Ветвь 10</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 объяснении чтения «Шма» перед сном будет разъяснено, что главное намерение (кавана) этого чтения «Шма» состоит лишь в том, чтобы сформировать сосуд (кли), а не ради самого зивуга. И там было объяснено, в чем суть этого кли, а часть [того рассуждения] мы приведем здесь. Знай, что перед каждым зивугом — будь то у Имы или у Нуквы де-ЗА — сначала необходимо соединить их, чтобы создать в ней уровень кли, а затем [произвести] второй зивуг, чтобы произошло зачатие и родились собственно души. Причина этого заключается в том, как мы писали: когда Аба соединился с Имой в первом соитии при сотворении мира, он передал ей тот дух (руах), о котором упоминается в [разделе] «Сава де-Мишпатим», — [дух], что оставляет в ней муж, чтобы сделать ее сосудом, способным зачать и принять внутрь мужскую каплю. И этот дух, который он передает ей при первом соитии, исходит из Даат де-Аба, где пребывает внутреннее Имя АБ в наполнении буквами йод, как известно. И этот дух из Даат де-Аба исходит из высшего Даат, осеняющего Аба ве-Има, и это тринадцатый мазаль бороды (дикна) Атика, как известно: «Аба ве-Има включены в мазаль». И это передается в него также из восьмого мазаля, высшего по отношению к нему, о котором мы объясняли тебе, что в нем пребывают три Имени АВАЯ вида АБ с наполнением буквами йод. Начало же всех этих нисхождений — из высшего Даат де-Атик Йомин, называемого непостижимой головой (рейша де-ла итъяда), где этот Даат сокрыт между Гальгальтой и моха де-АА. И это уровень того воздуха (</w:t>
      </w:r>
      <w:r>
        <w:rPr>
          <w:rFonts w:ascii="Georgia" w:hAnsi="Georgia"/>
          <w:b w:val="0"/>
          <w:i/>
          <w:color w:val="000000"/>
          <w:sz w:val="24"/>
        </w:rPr>
        <w:t>авира</w:t>
      </w:r>
      <w:r>
        <w:rPr>
          <w:rFonts w:ascii="Georgia" w:hAnsi="Georgia"/>
          <w:b w:val="0"/>
          <w:i w:val="0"/>
          <w:color w:val="000000"/>
          <w:sz w:val="24"/>
        </w:rPr>
        <w:t>), что покоится на оболочке мозга (крома де-моха) де-АА.</w:t>
      </w:r>
    </w:p>
    <w:p>
      <w:pPr>
        <w:spacing w:before="40" w:after="120"/>
        <w:jc w:val="both"/>
      </w:pPr>
      <w:r>
        <w:rPr>
          <w:rFonts w:ascii="Georgia" w:hAnsi="Georgia"/>
          <w:b w:val="0"/>
          <w:i w:val="0"/>
          <w:color w:val="000000"/>
          <w:sz w:val="24"/>
        </w:rPr>
        <w:t xml:space="preserve">Затем он нисходит со ступени на ступень до Даат де-Аба, а из Даат де-Аба продолжается до пребывающего в нем Есода, называемого </w:t>
      </w:r>
      <w:r>
        <w:rPr>
          <w:rFonts w:ascii="Georgia" w:hAnsi="Georgia"/>
          <w:b w:val="0"/>
          <w:i/>
          <w:color w:val="000000"/>
          <w:sz w:val="24"/>
        </w:rPr>
        <w:t>«тропа, которой не знал коршун»</w:t>
      </w:r>
      <w:r>
        <w:rPr>
          <w:rFonts w:ascii="Georgia" w:hAnsi="Georgia"/>
          <w:b w:val="0"/>
          <w:i w:val="0"/>
          <w:color w:val="000000"/>
          <w:sz w:val="24"/>
        </w:rPr>
        <w:t xml:space="preserve"> (Иов 28:7). Оттуда он вышел и вошел в Есод де-Има при первом соитии. И оказывается, что тот дух, который исходит из Есода де-Аба, зовется «чистым воздухом» (</w:t>
      </w:r>
      <w:r>
        <w:rPr>
          <w:rFonts w:ascii="Georgia" w:hAnsi="Georgia"/>
          <w:b w:val="0"/>
          <w:i/>
          <w:color w:val="000000"/>
          <w:sz w:val="24"/>
        </w:rPr>
        <w:t>авира дахья</w:t>
      </w:r>
      <w:r>
        <w:rPr>
          <w:rFonts w:ascii="Georgia" w:hAnsi="Georgia"/>
          <w:b w:val="0"/>
          <w:i w:val="0"/>
          <w:color w:val="000000"/>
          <w:sz w:val="24"/>
        </w:rPr>
        <w:t>), как будет сказано с Б-жьей помощью. И этот дух включает в себя три Имени АБ в наполнении буквами йод, числовое значение (гематрия) которых — 216 (</w:t>
      </w:r>
      <w:r>
        <w:rPr>
          <w:rFonts w:ascii="Georgia" w:hAnsi="Georgia" w:cs="Times New Roman"/>
          <w:b/>
          <w:i w:val="0"/>
          <w:color w:val="000000"/>
          <w:sz w:val="24"/>
          <w:rtl/>
          <w:szCs w:val="32"/>
        </w:rPr>
        <w:t>רי״ו</w:t>
      </w:r>
      <w:r>
        <w:rPr>
          <w:rFonts w:ascii="Georgia" w:hAnsi="Georgia"/>
          <w:b w:val="0"/>
          <w:i w:val="0"/>
          <w:color w:val="000000"/>
          <w:sz w:val="24"/>
        </w:rPr>
        <w:t>). И эти три Имени, которые он дает ей при первом соитии и которые составляют 216, служат в ней уровнем кли. Затем, при втором зивуге, он передает ей одно Имя АБ, состоящее из 72 слов, которые содержат 216 букв, как известно.</w:t>
      </w:r>
    </w:p>
    <w:p>
      <w:pPr>
        <w:spacing w:before="40" w:after="120"/>
        <w:jc w:val="both"/>
      </w:pPr>
      <w:r>
        <w:rPr>
          <w:rFonts w:ascii="Georgia" w:hAnsi="Georgia"/>
          <w:b w:val="0"/>
          <w:i w:val="0"/>
          <w:color w:val="000000"/>
          <w:sz w:val="24"/>
        </w:rPr>
        <w:t>И тогда это становится подлинной семенной каплей для порождения. Поэтому уровень 216 численно равен слову «Гвура» (</w:t>
      </w:r>
      <w:r>
        <w:rPr>
          <w:rFonts w:ascii="Georgia" w:hAnsi="Georgia" w:cs="Times New Roman"/>
          <w:b/>
          <w:i w:val="0"/>
          <w:color w:val="000000"/>
          <w:sz w:val="24"/>
          <w:rtl/>
          <w:szCs w:val="32"/>
        </w:rPr>
        <w:t>גְּבוּרָה</w:t>
      </w:r>
      <w:r>
        <w:rPr>
          <w:rFonts w:ascii="Georgia" w:hAnsi="Georgia"/>
          <w:b w:val="0"/>
          <w:i w:val="0"/>
          <w:color w:val="000000"/>
          <w:sz w:val="24"/>
        </w:rPr>
        <w:t xml:space="preserve"> = 216), женскому началу, а 72 — слову «Хесед» (</w:t>
      </w:r>
      <w:r>
        <w:rPr>
          <w:rFonts w:ascii="Georgia" w:hAnsi="Georgia" w:cs="Times New Roman"/>
          <w:b/>
          <w:i w:val="0"/>
          <w:color w:val="000000"/>
          <w:sz w:val="24"/>
          <w:rtl/>
          <w:szCs w:val="32"/>
        </w:rPr>
        <w:t>חֶסֶד</w:t>
      </w:r>
      <w:r>
        <w:rPr>
          <w:rFonts w:ascii="Georgia" w:hAnsi="Georgia"/>
          <w:b w:val="0"/>
          <w:i w:val="0"/>
          <w:color w:val="000000"/>
          <w:sz w:val="24"/>
        </w:rPr>
        <w:t xml:space="preserve"> = 72), мужскому началу, как упоминается в недельном разделе Бешалах и разъяснено в пятом учении этих врат, см. там. [Примечание. Цемах: и знак этому — </w:t>
      </w:r>
      <w:r>
        <w:rPr>
          <w:rFonts w:ascii="Georgia" w:hAnsi="Georgia"/>
          <w:b w:val="0"/>
          <w:i/>
          <w:color w:val="000000"/>
          <w:sz w:val="24"/>
        </w:rPr>
        <w:t>«Вспомнил милость Свою…»</w:t>
      </w:r>
      <w:r>
        <w:rPr>
          <w:rFonts w:ascii="Georgia" w:hAnsi="Georgia"/>
          <w:b w:val="0"/>
          <w:i w:val="0"/>
          <w:color w:val="000000"/>
          <w:sz w:val="24"/>
        </w:rPr>
        <w:t xml:space="preserve"> (Теилим 98:3). Конец примечания.] И известно, что Хесед сокрыт в пума де-ама (отверстии Есода); выходит, что этот Есод де-Аба исходит из Хеседа. Доказательство тому — то, что Имя АБ с наполнением буквами йод всегда пребывает в Хеседе и численно равно слову «Хесед», как сказано выше. И если так, то суть того, что их трижды по 72, составляющих 216, заключается в следующем: правая рука, называемая Хесед, имеет три сустава («Хесед милостей»), как упоминается в недельном разделе Вайехи. И эти три [сустава] раскрываются в пума де-ама и передаются Име, благодаря чему она становится сосудом (кли). И об этом сказано в Зоаре, что </w:t>
      </w:r>
      <w:r>
        <w:rPr>
          <w:rFonts w:ascii="Georgia" w:hAnsi="Georgia"/>
          <w:b w:val="0"/>
          <w:i/>
          <w:color w:val="000000"/>
          <w:sz w:val="24"/>
        </w:rPr>
        <w:t>«Хесед уготовляет Царицу (Матрониту)»</w:t>
      </w:r>
      <w:r>
        <w:rPr>
          <w:rFonts w:ascii="Georgia" w:hAnsi="Georgia"/>
          <w:b w:val="0"/>
          <w:i w:val="0"/>
          <w:color w:val="000000"/>
          <w:sz w:val="24"/>
        </w:rPr>
        <w:t>.</w:t>
      </w:r>
    </w:p>
    <w:p>
      <w:pPr>
        <w:spacing w:before="40" w:after="120"/>
        <w:jc w:val="both"/>
      </w:pPr>
      <w:r>
        <w:rPr>
          <w:rFonts w:ascii="Georgia" w:hAnsi="Georgia"/>
          <w:b w:val="0"/>
          <w:i w:val="0"/>
          <w:color w:val="000000"/>
          <w:sz w:val="24"/>
        </w:rPr>
        <w:t>Получается, что аспект этого кли, которое Аба передал Име, называется «чистым воздухом» (</w:t>
      </w:r>
      <w:r>
        <w:rPr>
          <w:rFonts w:ascii="Georgia" w:hAnsi="Georgia"/>
          <w:b w:val="0"/>
          <w:i/>
          <w:color w:val="000000"/>
          <w:sz w:val="24"/>
        </w:rPr>
        <w:t>авира дахья</w:t>
      </w:r>
      <w:r>
        <w:rPr>
          <w:rFonts w:ascii="Georgia" w:hAnsi="Georgia"/>
          <w:b w:val="0"/>
          <w:i w:val="0"/>
          <w:color w:val="000000"/>
          <w:sz w:val="24"/>
        </w:rPr>
        <w:t>), ибо это тайна пяти хасадим, тогда как пять гвурот в Есоде де-Има зовутся «чистым огнем» (</w:t>
      </w:r>
      <w:r>
        <w:rPr>
          <w:rFonts w:ascii="Georgia" w:hAnsi="Georgia"/>
          <w:b w:val="0"/>
          <w:i/>
          <w:color w:val="000000"/>
          <w:sz w:val="24"/>
        </w:rPr>
        <w:t>эша дахья</w:t>
      </w:r>
      <w:r>
        <w:rPr>
          <w:rFonts w:ascii="Georgia" w:hAnsi="Georgia"/>
          <w:b w:val="0"/>
          <w:i w:val="0"/>
          <w:color w:val="000000"/>
          <w:sz w:val="24"/>
        </w:rPr>
        <w:t xml:space="preserve">). И из этих двух аспектов, пребывающих в Есоде де-Има, образуется Гальгальта де-ЗА, как упоминается в Идре: </w:t>
      </w:r>
      <w:r>
        <w:rPr>
          <w:rFonts w:ascii="Georgia" w:hAnsi="Georgia"/>
          <w:b w:val="0"/>
          <w:i/>
          <w:color w:val="000000"/>
          <w:sz w:val="24"/>
        </w:rPr>
        <w:t>«вышел один крепкий череп...»</w:t>
      </w:r>
      <w:r>
        <w:rPr>
          <w:rFonts w:ascii="Georgia" w:hAnsi="Georgia"/>
          <w:b w:val="0"/>
          <w:i w:val="0"/>
          <w:color w:val="000000"/>
          <w:sz w:val="24"/>
        </w:rPr>
        <w:t xml:space="preserve">, а из них создается мозг Даат (моха де-Даат) де-ЗА. Выходит, что поистине из Есода Аба ве-Има строится Даат де-ЗА. Однако поскольку и этот «чистый воздух» представляет собой дух, сокрытый в Есоде де-Има, мы говорим, что три мохин де-ЗА образуются из НЕХИ де-Има, и не упоминаем Абу, так как этот «чистый воздух» уже включен в Иму, коль скоро она приняла его, как сказано выше. Выходит, что после первого соития при сотворении мира </w:t>
      </w:r>
      <w:r>
        <w:rPr>
          <w:rFonts w:ascii="Georgia" w:hAnsi="Georgia"/>
          <w:b w:val="0"/>
          <w:i/>
          <w:color w:val="000000"/>
          <w:sz w:val="24"/>
        </w:rPr>
        <w:t>«пришел ключ, вмещающий шесть»</w:t>
      </w:r>
      <w:r>
        <w:rPr>
          <w:rFonts w:ascii="Georgia" w:hAnsi="Georgia"/>
          <w:b w:val="0"/>
          <w:i w:val="0"/>
          <w:color w:val="000000"/>
          <w:sz w:val="24"/>
        </w:rPr>
        <w:t xml:space="preserve"> (Зоар, Трума 177а) — то есть Зеир Анпин, включающий шесть концов (ВАК), как известно, — и запер вход Имы, поскольку ее НЕХИ стали мохин в его голове (рош). Оказывается, ее исток сокрыт и заперт внутри рош де-ЗА.</w:t>
      </w:r>
    </w:p>
    <w:p>
      <w:pPr>
        <w:spacing w:before="40" w:after="120"/>
        <w:jc w:val="both"/>
      </w:pPr>
      <w:r>
        <w:rPr>
          <w:rFonts w:ascii="Georgia" w:hAnsi="Georgia"/>
          <w:b w:val="0"/>
          <w:i w:val="0"/>
          <w:color w:val="000000"/>
          <w:sz w:val="24"/>
        </w:rPr>
        <w:t xml:space="preserve">И тогда то кли, называемое «чистым воздухом», как сказано выше, забрал Зеир Анпин, а Има вновь стала замкнутой, как в начале, на уровне девственницы, поскольку Зеир Анпин закрывает ее вход. И если так, то при втором зивуге Абе пришлось снова наделить ее другим, новым кли, а затем вновь вступить в зивуг с Имой. И таков его постоянный порядок с ней: ведь после того как Зеир Анпин постоянно закрывает ее вход, оказывается, что Има вечно пребывает девственницей. В этом тайна [слов мудрецов]: «Эстер была зеленоватой» (Мегила 15а), так как тайна Бины — «зеленая линия» (кав ярок), как упоминается в Тиккуним; и ее называли </w:t>
      </w:r>
      <w:r>
        <w:rPr>
          <w:rFonts w:ascii="Georgia" w:hAnsi="Georgia"/>
          <w:b w:val="0"/>
          <w:i/>
          <w:color w:val="000000"/>
          <w:sz w:val="24"/>
        </w:rPr>
        <w:t>Айелет а-Шахар</w:t>
      </w:r>
      <w:r>
        <w:rPr>
          <w:rFonts w:ascii="Georgia" w:hAnsi="Georgia"/>
          <w:b w:val="0"/>
          <w:i w:val="0"/>
          <w:color w:val="000000"/>
          <w:sz w:val="24"/>
        </w:rPr>
        <w:t xml:space="preserve"> («Утренняя заря»), потому что ее лоно узко и в каждый момент она словно девственница (Йома 29а). И этот дух, который он дает ей каждый раз, [дается] не впустую, ибо он продолжается в Зеир Анпин, а от него распространяется к его Нукве, чтобы соделать сосудом (кли) и ее; и он передается ей из его Есода в ее Есод, чтобы соделать ее сосудом.</w:t>
      </w:r>
    </w:p>
    <w:p>
      <w:pPr>
        <w:spacing w:before="40" w:after="120"/>
        <w:jc w:val="both"/>
      </w:pPr>
      <w:r>
        <w:rPr>
          <w:rFonts w:ascii="Georgia" w:hAnsi="Georgia"/>
          <w:b w:val="0"/>
          <w:i w:val="0"/>
          <w:color w:val="000000"/>
          <w:sz w:val="24"/>
        </w:rPr>
        <w:t xml:space="preserve">Причина же в том, что Малхут де-Асия, находясь возле внешних [сил, клипот], всегда должна быть как </w:t>
      </w:r>
      <w:r>
        <w:rPr>
          <w:rFonts w:ascii="Georgia" w:hAnsi="Georgia"/>
          <w:b w:val="0"/>
          <w:i/>
          <w:color w:val="000000"/>
          <w:sz w:val="24"/>
        </w:rPr>
        <w:t>«девственница, и муж не познал ее»</w:t>
      </w:r>
      <w:r>
        <w:rPr>
          <w:rFonts w:ascii="Georgia" w:hAnsi="Georgia"/>
          <w:b w:val="0"/>
          <w:i w:val="0"/>
          <w:color w:val="000000"/>
          <w:sz w:val="24"/>
        </w:rPr>
        <w:t xml:space="preserve"> (Берешит 24:16), из-за опасения перед внешними. В особенности ночью, когда ее врата заперты и она буквально девственница, тем более после разрушения [Храма] и в изгнании. И вот когда Зеир Анпин наделяет ее уровнем упомянутого кли, в ней нет Имени с наполнением буквами йод, подобного тому, что в Бине, поскольку оно разделяется: половину Зеир Анпин берет себе, в свое Даат, а половина отдается в ее Есод. И эти два половинных духа — наполнение буквами хэй, ведь две буквы хэй (</w:t>
      </w:r>
      <w:r>
        <w:rPr>
          <w:rFonts w:ascii="Georgia" w:hAnsi="Georgia" w:cs="Times New Roman"/>
          <w:b/>
          <w:i w:val="0"/>
          <w:color w:val="000000"/>
          <w:sz w:val="24"/>
          <w:rtl/>
          <w:szCs w:val="32"/>
        </w:rPr>
        <w:t>ה</w:t>
      </w:r>
      <w:r>
        <w:rPr>
          <w:rFonts w:ascii="Georgia" w:hAnsi="Georgia"/>
          <w:b w:val="0"/>
          <w:i w:val="0"/>
          <w:color w:val="000000"/>
          <w:sz w:val="24"/>
        </w:rPr>
        <w:t xml:space="preserve"> = 5) составляют одну букву йод (</w:t>
      </w:r>
      <w:r>
        <w:rPr>
          <w:rFonts w:ascii="Georgia" w:hAnsi="Georgia" w:cs="Times New Roman"/>
          <w:b/>
          <w:i w:val="0"/>
          <w:color w:val="000000"/>
          <w:sz w:val="24"/>
          <w:rtl/>
          <w:szCs w:val="32"/>
        </w:rPr>
        <w:t>י</w:t>
      </w:r>
      <w:r>
        <w:rPr>
          <w:rFonts w:ascii="Georgia" w:hAnsi="Georgia"/>
          <w:b w:val="0"/>
          <w:i w:val="0"/>
          <w:color w:val="000000"/>
          <w:sz w:val="24"/>
        </w:rPr>
        <w:t xml:space="preserve"> = 10). Выходит, что оно буквально делится пополам: одна [половина] — в Зеир Анпине, а другая — в Нукве, как сказано выше в четвертом учении, см. там. [Примечание. И мне представляется, что если так, то [здесь] три [Имени] БОН, которые соответствуют трем [Именам] АБ, составляющим 216. И это то, что разъяснено относительно падения ниц (</w:t>
      </w:r>
      <w:r>
        <w:rPr>
          <w:rFonts w:ascii="Georgia" w:hAnsi="Georgia"/>
          <w:b w:val="0"/>
          <w:i/>
          <w:color w:val="000000"/>
          <w:sz w:val="24"/>
        </w:rPr>
        <w:t>нефилат апаим</w:t>
      </w:r>
      <w:r>
        <w:rPr>
          <w:rFonts w:ascii="Georgia" w:hAnsi="Georgia"/>
          <w:b w:val="0"/>
          <w:i w:val="0"/>
          <w:color w:val="000000"/>
          <w:sz w:val="24"/>
        </w:rPr>
        <w:t>): там есть трижды БОН, поднимающие МАН. И пойми это. Конец примечания.]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Итак, было разъяснено, что перед началом всякого зивуга — будь то у Имы или у Нуквы де-ЗА — необходимо сначала сделать ее сосудом (кли), а затем [произвести] второй ихуд для их соединения, дабы произошло зачатие и рождение. Суть же в том, что каждую ночь, когда мы произносим благословение «а-Мапиль», тот дух, что пребывает внутри нее, вновь удаляется и прилепляется к своему истоку в Зеир Анпине. И Нуква светит не с его стороны, а со стороны Бины, которая строит ребро (цела), пока оно не отпилится (нинсар) утром, и тогда [исполняется стих]: </w:t>
      </w:r>
      <w:r>
        <w:rPr>
          <w:rFonts w:ascii="Georgia" w:hAnsi="Georgia"/>
          <w:b w:val="0"/>
          <w:i/>
          <w:color w:val="000000"/>
          <w:sz w:val="24"/>
        </w:rPr>
        <w:t>«И привел ее к человеку»</w:t>
      </w:r>
      <w:r>
        <w:rPr>
          <w:rFonts w:ascii="Georgia" w:hAnsi="Georgia"/>
          <w:b w:val="0"/>
          <w:i w:val="0"/>
          <w:color w:val="000000"/>
          <w:sz w:val="24"/>
        </w:rPr>
        <w:t xml:space="preserve"> (Берешит 2:22) в благословении «Даруй мир». И оказывается, что Малхут вновь вернулась к состоянию девственницы. Поэтому необходимо соделать ее сосудом в полночь — и ее, и высшую Бину, ведь тогда Аба ве-Има соединяются в зивуге в виде первого соития, чтобы сделать кли де-Има. А затем от этого зивуга распространяется зивуг к ЗОН в виде первого соития, также после полуночи, чтобы сделать ее сосудом.</w:t>
      </w:r>
    </w:p>
    <w:p>
      <w:pPr>
        <w:spacing w:before="40" w:after="120"/>
        <w:jc w:val="both"/>
      </w:pPr>
      <w:r>
        <w:rPr>
          <w:rFonts w:ascii="Georgia" w:hAnsi="Georgia"/>
          <w:b w:val="0"/>
          <w:i w:val="0"/>
          <w:color w:val="000000"/>
          <w:sz w:val="24"/>
        </w:rPr>
        <w:t>Затем же днем, при чтении «Шма Исраэль», совершается истинный зивуг в Аба ве-Има для рождения, а в [благословении] «Даруй мир» — истинный зивуг в ЗОН для рождения. Выходит, что полуночные зивуги Аба ве-Има и ЗОН служат для того, чтобы подготовить их к дневному зивугу. И так происходит постоянно, изо дня в день, по упомянутой причине. Однако при каждом зивуге Аба ве-Има ЗОН поднимаются туда в виде МАН, и мы также поднимаем свои души вместе с ЗОН наверх посредством того, что отдаем себя на смерть ради освящения Имени (Кидуш а-Шем). И тогда от Абы в Иму нисходит и передается упомянутый сосуд (кли), представляющий собой аспект 216 (</w:t>
      </w:r>
      <w:r>
        <w:rPr>
          <w:rFonts w:ascii="Georgia" w:hAnsi="Georgia" w:cs="Times New Roman"/>
          <w:b/>
          <w:i w:val="0"/>
          <w:color w:val="000000"/>
          <w:sz w:val="24"/>
          <w:rtl/>
          <w:szCs w:val="32"/>
        </w:rPr>
        <w:t>רי״ו</w:t>
      </w:r>
      <w:r>
        <w:rPr>
          <w:rFonts w:ascii="Georgia" w:hAnsi="Georgia"/>
          <w:b w:val="0"/>
          <w:i w:val="0"/>
          <w:color w:val="000000"/>
          <w:sz w:val="24"/>
        </w:rPr>
        <w:t>), и в полночь она становится сосудом. А затем распространяется нижний зивуг ЗОН, и тайна нижнего 216 привлекается к Малхут.</w:t>
      </w:r>
    </w:p>
    <w:p>
      <w:pPr>
        <w:spacing w:before="40" w:after="120"/>
        <w:jc w:val="both"/>
      </w:pPr>
      <w:r>
        <w:rPr>
          <w:rFonts w:ascii="Georgia" w:hAnsi="Georgia"/>
          <w:b w:val="0"/>
          <w:i w:val="0"/>
          <w:color w:val="000000"/>
          <w:sz w:val="24"/>
        </w:rPr>
        <w:t>Но сначала три мохин ХАБАД де-ЗА светят в Гальгальту Нуквы, затем мы вверяем туда наши души в виде МАН — лишь на сохранение, поскольку это ночь, — а после этого Зеир Анпин передает ей тайну нижнего 216: Имя БОН с наполнением буквами хэй в квадрате и в наполнении, числовое значение которого равно 72 плюс «кедем» (</w:t>
      </w:r>
      <w:r>
        <w:rPr>
          <w:rFonts w:ascii="Georgia" w:hAnsi="Georgia" w:cs="Times New Roman"/>
          <w:b/>
          <w:i w:val="0"/>
          <w:color w:val="000000"/>
          <w:sz w:val="24"/>
          <w:rtl/>
          <w:szCs w:val="32"/>
        </w:rPr>
        <w:t>קֶדֶם</w:t>
      </w:r>
      <w:r>
        <w:rPr>
          <w:rFonts w:ascii="Georgia" w:hAnsi="Georgia"/>
          <w:b w:val="0"/>
          <w:i w:val="0"/>
          <w:color w:val="000000"/>
          <w:sz w:val="24"/>
        </w:rPr>
        <w:t xml:space="preserve"> = 144), как известно, что по гематрии составляет 216. И это — кли нижней Нуквы. Затем же во время двух дневных зивугов — чтения «Шма» для Аба ве-Има и [благословения] «Даруй мир» для ЗОН — происходят совершенные зивуги для зачатия и рождения; и так совершается изо дня в день. Там же было разъяснено по поводу стиха </w:t>
      </w:r>
      <w:r>
        <w:rPr>
          <w:rFonts w:ascii="Georgia" w:hAnsi="Georgia"/>
          <w:b w:val="0"/>
          <w:i/>
          <w:color w:val="000000"/>
          <w:sz w:val="24"/>
        </w:rPr>
        <w:t>«[В Твою руку] вверяю дух мой…»</w:t>
      </w:r>
      <w:r>
        <w:rPr>
          <w:rFonts w:ascii="Georgia" w:hAnsi="Georgia"/>
          <w:b w:val="0"/>
          <w:i w:val="0"/>
          <w:color w:val="000000"/>
          <w:sz w:val="24"/>
        </w:rPr>
        <w:t xml:space="preserve"> (Теилим 31:6), что две руки Бины — пять пальцев правой руки и пять пальцев левой руки, число которых соответствует пяти удвоенным буквам: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 становятся уровнем кли Малхут, чтобы вместить внутри себя свет МА. И они исходят из Имени БОХО (</w:t>
      </w:r>
      <w:r>
        <w:rPr>
          <w:rFonts w:ascii="Georgia" w:hAnsi="Georgia" w:cs="Times New Roman"/>
          <w:b/>
          <w:i w:val="0"/>
          <w:color w:val="000000"/>
          <w:sz w:val="24"/>
          <w:rtl/>
          <w:szCs w:val="32"/>
        </w:rPr>
        <w:t>בוכ״ו</w:t>
      </w:r>
      <w:r>
        <w:rPr>
          <w:rFonts w:ascii="Georgia" w:hAnsi="Georgia"/>
          <w:b w:val="0"/>
          <w:i w:val="0"/>
          <w:color w:val="000000"/>
          <w:sz w:val="24"/>
        </w:rPr>
        <w:t xml:space="preserve"> = 34) в Бине, являющегося заменой Имени ЭЙЕ, ведь оно также равно по гематрии слову </w:t>
      </w:r>
      <w:r>
        <w:rPr>
          <w:rFonts w:ascii="Georgia" w:hAnsi="Georgia"/>
          <w:b w:val="0"/>
          <w:i/>
          <w:color w:val="000000"/>
          <w:sz w:val="24"/>
        </w:rPr>
        <w:t>йадха</w:t>
      </w:r>
      <w:r>
        <w:rPr>
          <w:rFonts w:ascii="Georgia" w:hAnsi="Georgia"/>
          <w:b w:val="0"/>
          <w:i w:val="0"/>
          <w:color w:val="000000"/>
          <w:sz w:val="24"/>
        </w:rPr>
        <w:t xml:space="preserve"> (</w:t>
      </w:r>
      <w:r>
        <w:rPr>
          <w:rFonts w:ascii="Georgia" w:hAnsi="Georgia" w:cs="Times New Roman"/>
          <w:b/>
          <w:i w:val="0"/>
          <w:color w:val="000000"/>
          <w:sz w:val="24"/>
          <w:rtl/>
          <w:szCs w:val="32"/>
        </w:rPr>
        <w:t>יָדְךָ</w:t>
      </w:r>
      <w:r>
        <w:rPr>
          <w:rFonts w:ascii="Georgia" w:hAnsi="Georgia"/>
          <w:b w:val="0"/>
          <w:i w:val="0"/>
          <w:color w:val="000000"/>
          <w:sz w:val="24"/>
        </w:rPr>
        <w:t xml:space="preserve"> = 34). И эти две руки Бины становятся в Малхут сосудом-вместилищем (</w:t>
      </w:r>
      <w:r>
        <w:rPr>
          <w:rFonts w:ascii="Georgia" w:hAnsi="Georgia"/>
          <w:b w:val="0"/>
          <w:i/>
          <w:color w:val="000000"/>
          <w:sz w:val="24"/>
        </w:rPr>
        <w:t>бейт-кибуль</w:t>
      </w:r>
      <w:r>
        <w:rPr>
          <w:rFonts w:ascii="Georgia" w:hAnsi="Georgia"/>
          <w:b w:val="0"/>
          <w:i w:val="0"/>
          <w:color w:val="000000"/>
          <w:sz w:val="24"/>
        </w:rPr>
        <w:t>), чтобы МАН находились между левой рукой и правой рукой; и они расположены одна поверх другой, а внутри них — МАН.</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Еще нашел я записанным в рукописи рава Хаима Виталя, благословенна его память для жизни будущего мира, где есть небольшое отличие в выражениях:</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Разъясним теперь суть МАН от первого соития. Дело в том, что в Хеседе есть три сустава правой руки, а Хесед по гематрии равен 72 (</w:t>
      </w:r>
      <w:r>
        <w:rPr>
          <w:rFonts w:ascii="Georgia" w:hAnsi="Georgia" w:cs="Times New Roman"/>
          <w:b/>
          <w:i w:val="0"/>
          <w:color w:val="000000"/>
          <w:sz w:val="24"/>
          <w:rtl/>
          <w:szCs w:val="32"/>
        </w:rPr>
        <w:t>ע״ב</w:t>
      </w:r>
      <w:r>
        <w:rPr>
          <w:rFonts w:ascii="Georgia" w:hAnsi="Georgia"/>
          <w:b w:val="0"/>
          <w:i w:val="0"/>
          <w:color w:val="000000"/>
          <w:sz w:val="24"/>
        </w:rPr>
        <w:t xml:space="preserve"> = 72). Трижды 72 составляют по гематрии 216 (</w:t>
      </w:r>
      <w:r>
        <w:rPr>
          <w:rFonts w:ascii="Georgia" w:hAnsi="Georgia" w:cs="Times New Roman"/>
          <w:b/>
          <w:i w:val="0"/>
          <w:color w:val="000000"/>
          <w:sz w:val="24"/>
          <w:rtl/>
          <w:szCs w:val="32"/>
        </w:rPr>
        <w:t>רי״ו</w:t>
      </w:r>
      <w:r>
        <w:rPr>
          <w:rFonts w:ascii="Georgia" w:hAnsi="Georgia"/>
          <w:b w:val="0"/>
          <w:i w:val="0"/>
          <w:color w:val="000000"/>
          <w:sz w:val="24"/>
        </w:rPr>
        <w:t>). И эти 216 Аба передает Име при первом зивуге, чтобы сделать ее сосудом (кли); и это зовется «чистым воздухом» (</w:t>
      </w:r>
      <w:r>
        <w:rPr>
          <w:rFonts w:ascii="Georgia" w:hAnsi="Georgia"/>
          <w:b w:val="0"/>
          <w:i/>
          <w:color w:val="000000"/>
          <w:sz w:val="24"/>
        </w:rPr>
        <w:t>авира дахья</w:t>
      </w:r>
      <w:r>
        <w:rPr>
          <w:rFonts w:ascii="Georgia" w:hAnsi="Georgia"/>
          <w:b w:val="0"/>
          <w:i w:val="0"/>
          <w:color w:val="000000"/>
          <w:sz w:val="24"/>
        </w:rPr>
        <w:t>), который представляет собой пять хасадим. Однако МАН в ней — это пять гвурот внутри этого кли, а затем само [Имя] АБ (72) становится пребывающей в нем каплей МАД. И вот это исходит из Даат де-Аба, являющегося [Именем] АБ в наполнении буквами йод, и точно так же 216 исходит из него. Впрочем, и этот Даат де-Аба исходит из высшего Даат, находящегося в тринадцатом мазале бороды (дикна), получающем влияние от восьмого мазаля, в котором есть три Имени АБ в наполнении буквами йод, и все три вместе составляют 216. А туда оно нисходит из высшего Даат де-Атик Йомин, сокрытого в его Гальгальте, и он зовется «чистым воздухом», что между оболочкой и мозгом (крома де-моха), как упоминается там.</w:t>
      </w:r>
    </w:p>
    <w:p>
      <w:pPr>
        <w:spacing w:before="40" w:after="120"/>
        <w:jc w:val="both"/>
      </w:pPr>
      <w:r>
        <w:rPr>
          <w:rFonts w:ascii="Georgia" w:hAnsi="Georgia"/>
          <w:b w:val="0"/>
          <w:i w:val="0"/>
          <w:color w:val="000000"/>
          <w:sz w:val="24"/>
        </w:rPr>
        <w:t xml:space="preserve">И вот из Даат де-Аба он нисходит через пребывающий в нем Есод, именуемый </w:t>
      </w:r>
      <w:r>
        <w:rPr>
          <w:rFonts w:ascii="Georgia" w:hAnsi="Georgia"/>
          <w:b w:val="0"/>
          <w:i/>
          <w:color w:val="000000"/>
          <w:sz w:val="24"/>
        </w:rPr>
        <w:t>«тропа, которой не знал коршун»</w:t>
      </w:r>
      <w:r>
        <w:rPr>
          <w:rFonts w:ascii="Georgia" w:hAnsi="Georgia"/>
          <w:b w:val="0"/>
          <w:i w:val="0"/>
          <w:color w:val="000000"/>
          <w:sz w:val="24"/>
        </w:rPr>
        <w:t xml:space="preserve"> (Иов 28:7), и скрывается в Есоде де-Има. При выходе оттуда, из Есода де-Аба, он называется «чистым воздухом» (</w:t>
      </w:r>
      <w:r>
        <w:rPr>
          <w:rFonts w:ascii="Georgia" w:hAnsi="Georgia"/>
          <w:b w:val="0"/>
          <w:i/>
          <w:color w:val="000000"/>
          <w:sz w:val="24"/>
        </w:rPr>
        <w:t>авира дахья</w:t>
      </w:r>
      <w:r>
        <w:rPr>
          <w:rFonts w:ascii="Georgia" w:hAnsi="Georgia"/>
          <w:b w:val="0"/>
          <w:i w:val="0"/>
          <w:color w:val="000000"/>
          <w:sz w:val="24"/>
        </w:rPr>
        <w:t>) и представляет собой три Имени с наполнением буквами йод, составляющие в сумме 216, и в ней образуется кли; поэтому 216 относится к женскому началу. Известно, что Хесед раскрывается в пума де-ама, поэтому он есть АВАЯ вида АБ, равная по гематрии слову «Хесед» (</w:t>
      </w:r>
      <w:r>
        <w:rPr>
          <w:rFonts w:ascii="Georgia" w:hAnsi="Georgia" w:cs="Times New Roman"/>
          <w:b/>
          <w:i w:val="0"/>
          <w:color w:val="000000"/>
          <w:sz w:val="24"/>
          <w:rtl/>
          <w:szCs w:val="32"/>
        </w:rPr>
        <w:t>חֶסֶד</w:t>
      </w:r>
      <w:r>
        <w:rPr>
          <w:rFonts w:ascii="Georgia" w:hAnsi="Georgia"/>
          <w:b w:val="0"/>
          <w:i w:val="0"/>
          <w:color w:val="000000"/>
          <w:sz w:val="24"/>
        </w:rPr>
        <w:t xml:space="preserve"> = 72), а три сустава [руки] — это также [трижды] 72. В этом тайна [слов о том, что] </w:t>
      </w:r>
      <w:r>
        <w:rPr>
          <w:rFonts w:ascii="Georgia" w:hAnsi="Georgia"/>
          <w:b w:val="0"/>
          <w:i/>
          <w:color w:val="000000"/>
          <w:sz w:val="24"/>
        </w:rPr>
        <w:t>«милость Царя (Хесед де-Малка) уготовляет Царицу (Матрониту)»</w:t>
      </w:r>
      <w:r>
        <w:rPr>
          <w:rFonts w:ascii="Georgia" w:hAnsi="Georgia"/>
          <w:b w:val="0"/>
          <w:i w:val="0"/>
          <w:color w:val="000000"/>
          <w:sz w:val="24"/>
        </w:rPr>
        <w:t>, как упоминается в Зоаре (Ахарей мот 72а), так как он делает ее сосудом. И это кли есть Хесед: «чистый воздух» делится на пять хасадим, а «чистый огонь» (</w:t>
      </w:r>
      <w:r>
        <w:rPr>
          <w:rFonts w:ascii="Georgia" w:hAnsi="Georgia"/>
          <w:b w:val="0"/>
          <w:i/>
          <w:color w:val="000000"/>
          <w:sz w:val="24"/>
        </w:rPr>
        <w:t>эша дахья</w:t>
      </w:r>
      <w:r>
        <w:rPr>
          <w:rFonts w:ascii="Georgia" w:hAnsi="Georgia"/>
          <w:b w:val="0"/>
          <w:i w:val="0"/>
          <w:color w:val="000000"/>
          <w:sz w:val="24"/>
        </w:rPr>
        <w:t>) — это пять гвурот в ее Есоде, которые и суть сами МАН. И этот сосуд был дан ей при первом соитии, когда [Аба] соединился с ней при сотворении мира в начале Ацилута.</w:t>
      </w:r>
    </w:p>
    <w:p>
      <w:pPr>
        <w:spacing w:before="40" w:after="120"/>
        <w:jc w:val="both"/>
      </w:pPr>
      <w:r>
        <w:rPr>
          <w:rFonts w:ascii="Georgia" w:hAnsi="Georgia"/>
          <w:b w:val="0"/>
          <w:i w:val="0"/>
          <w:color w:val="000000"/>
          <w:sz w:val="24"/>
        </w:rPr>
        <w:t xml:space="preserve">Тогда она стала сосудом (кли), и поскольку в ней уже есть часть самих хасадим, она способна принять каплю самих хасадим, являющуюся семенной каплей МАД, и тогда становится пригодной к зачатию. Пойми же [это]. Пойми хорошенько смысл этого кли: оно представляет собой аспект 216, то есть трижды 72 от САГ, [МА и БОН] де-АБ — то есть от первой буквы хэй и ниже, которые все относятся к женскому началу, а также гвурот и женские свойства внутри самих хасадим. Благодаря этому она способна принять высшие хасадим — мужские 72, представляющие собой одно Имя АБ, вмещающее в себя все пять гвурот, называемые 216. И оба они вместе именуются «зачатие» (Ибур): 72 и 216 — ради зачатия, ведь нет в мире зачатия иначе как через них обоих. В этом тайна стиха </w:t>
      </w:r>
      <w:r>
        <w:rPr>
          <w:rFonts w:ascii="Georgia" w:hAnsi="Georgia"/>
          <w:b w:val="0"/>
          <w:i/>
          <w:color w:val="000000"/>
          <w:sz w:val="24"/>
        </w:rPr>
        <w:t>«Расцвел посох Аарона для дома Леви…»</w:t>
      </w:r>
      <w:r>
        <w:rPr>
          <w:rFonts w:ascii="Georgia" w:hAnsi="Georgia"/>
          <w:b w:val="0"/>
          <w:i w:val="0"/>
          <w:color w:val="000000"/>
          <w:sz w:val="24"/>
        </w:rPr>
        <w:t xml:space="preserve"> (Бемидбар 17:23), ведь Аарон — это Хесед (72), а Леви — это Гвурот (216), и оба они вместе составляют слово «расцвел» (</w:t>
      </w:r>
      <w:r>
        <w:rPr>
          <w:rFonts w:ascii="Georgia" w:hAnsi="Georgia"/>
          <w:b w:val="0"/>
          <w:i/>
          <w:color w:val="000000"/>
          <w:sz w:val="24"/>
        </w:rPr>
        <w:t>парах</w:t>
      </w:r>
      <w:r>
        <w:rPr>
          <w:rFonts w:ascii="Georgia" w:hAnsi="Georgia"/>
          <w:b w:val="0"/>
          <w:i w:val="0"/>
          <w:color w:val="000000"/>
          <w:sz w:val="24"/>
        </w:rPr>
        <w:t xml:space="preserve">, </w:t>
      </w:r>
      <w:r>
        <w:rPr>
          <w:rFonts w:ascii="Georgia" w:hAnsi="Georgia" w:cs="Times New Roman"/>
          <w:b/>
          <w:i w:val="0"/>
          <w:color w:val="000000"/>
          <w:sz w:val="24"/>
          <w:rtl/>
          <w:szCs w:val="32"/>
        </w:rPr>
        <w:t>פֶּרַח</w:t>
      </w:r>
      <w:r>
        <w:rPr>
          <w:rFonts w:ascii="Georgia" w:hAnsi="Georgia"/>
          <w:b w:val="0"/>
          <w:i w:val="0"/>
          <w:color w:val="000000"/>
          <w:sz w:val="24"/>
        </w:rPr>
        <w:t xml:space="preserve"> = 288), что есть 288 искр (РАПАХ ницоцин). И от соединения их обоих образуются души, как известно, так как все души выходят облаченными в частицу того духа, который [муж] внедрил в нее, — упомянутого 216.</w:t>
      </w:r>
    </w:p>
    <w:p>
      <w:pPr>
        <w:spacing w:before="40" w:after="120"/>
        <w:jc w:val="both"/>
      </w:pPr>
      <w:r>
        <w:rPr>
          <w:rFonts w:ascii="Georgia" w:hAnsi="Georgia"/>
          <w:b w:val="0"/>
          <w:i w:val="0"/>
          <w:color w:val="000000"/>
          <w:sz w:val="24"/>
        </w:rPr>
        <w:t>И пойми, в чем суть облачения души, создаваемого из того духа, который он внедрил в нее; и оно также происходит из Хеседа в тайне [Имени] ЭЛОКА (</w:t>
      </w:r>
      <w:r>
        <w:rPr>
          <w:rFonts w:ascii="Georgia" w:hAnsi="Georgia" w:cs="Times New Roman"/>
          <w:b/>
          <w:i w:val="0"/>
          <w:color w:val="000000"/>
          <w:sz w:val="24"/>
          <w:rtl/>
          <w:szCs w:val="32"/>
        </w:rPr>
        <w:t>אֱלוֹהַּ</w:t>
      </w:r>
      <w:r>
        <w:rPr>
          <w:rFonts w:ascii="Georgia" w:hAnsi="Georgia"/>
          <w:b w:val="0"/>
          <w:i w:val="0"/>
          <w:color w:val="000000"/>
          <w:sz w:val="24"/>
        </w:rPr>
        <w:t xml:space="preserve"> = 42), однако происходит из 216. И, возможно, потому ЭЛОКА равно 42 (</w:t>
      </w:r>
      <w:r>
        <w:rPr>
          <w:rFonts w:ascii="Georgia" w:hAnsi="Georgia" w:cs="Times New Roman"/>
          <w:b/>
          <w:i w:val="0"/>
          <w:color w:val="000000"/>
          <w:sz w:val="24"/>
          <w:rtl/>
          <w:szCs w:val="32"/>
        </w:rPr>
        <w:t>מ״ב</w:t>
      </w:r>
      <w:r>
        <w:rPr>
          <w:rFonts w:ascii="Georgia" w:hAnsi="Georgia"/>
          <w:b w:val="0"/>
          <w:i w:val="0"/>
          <w:color w:val="000000"/>
          <w:sz w:val="24"/>
        </w:rPr>
        <w:t xml:space="preserve"> = 42), что также относится к Гвуре, см. в Зоаре, [раздел] Мишпатим. И вот из этих 72 и 216 образуются мохин де-ЗА. Выходит, что соединились «чистый воздух» и «чистый огонь», упомянутые в Есоде де-Има, и из них сформировалась Гальгальта де-ЗА, как сказано в Идре, а силой этих двух образуется Даат де-ЗА. Ты уже знаешь, что Даат де-ЗА строится из Есода де-Аба и Есода де-Има, и это именно то, о чем мы сказали; пойми же это. И поскольку этот воздух после того, как Аба передал его Име, считается ее собственным, то именно поэтому мы говорим, что НЕХИ де-Има служат мохин для Зеир Анпина, и не упоминаем Абу: ведь и воздух, исшедший из него, уже считается принадлежащим самой Име.</w:t>
      </w:r>
    </w:p>
    <w:p>
      <w:pPr>
        <w:spacing w:before="40" w:after="120"/>
        <w:jc w:val="both"/>
      </w:pPr>
      <w:r>
        <w:rPr>
          <w:rFonts w:ascii="Georgia" w:hAnsi="Georgia"/>
          <w:b w:val="0"/>
          <w:i w:val="0"/>
          <w:color w:val="000000"/>
          <w:sz w:val="24"/>
        </w:rPr>
        <w:t>Получается, что первый зивуг Аба ве-Има при сотворении мира был двойным: сначала он соделал ее сосудом (кли), а затем дал ей каплю мужских 72. И все это [вместе] называется первым соитием, и тогда в ней сформировались мохин де-ЗА, как сказано выше. Тогда они облачаются в тайне Целем (образа) и входят в рош де-ЗА, который прежде находился на уровне ВАК вскармливания (</w:t>
      </w:r>
      <w:r>
        <w:rPr>
          <w:rFonts w:ascii="Georgia" w:hAnsi="Georgia"/>
          <w:b w:val="0"/>
          <w:i/>
          <w:color w:val="000000"/>
          <w:sz w:val="24"/>
        </w:rPr>
        <w:t>йеника</w:t>
      </w:r>
      <w:r>
        <w:rPr>
          <w:rFonts w:ascii="Georgia" w:hAnsi="Georgia"/>
          <w:b w:val="0"/>
          <w:i w:val="0"/>
          <w:color w:val="000000"/>
          <w:sz w:val="24"/>
        </w:rPr>
        <w:t xml:space="preserve">), и называется тогда </w:t>
      </w:r>
      <w:r>
        <w:rPr>
          <w:rFonts w:ascii="Georgia" w:hAnsi="Georgia"/>
          <w:b w:val="0"/>
          <w:i/>
          <w:color w:val="000000"/>
          <w:sz w:val="24"/>
        </w:rPr>
        <w:t>«ключом, вмещающим шесть»</w:t>
      </w:r>
      <w:r>
        <w:rPr>
          <w:rFonts w:ascii="Georgia" w:hAnsi="Georgia"/>
          <w:b w:val="0"/>
          <w:i w:val="0"/>
          <w:color w:val="000000"/>
          <w:sz w:val="24"/>
        </w:rPr>
        <w:t xml:space="preserve"> в «Сифра де-Цниута» (Зоар, Трума 177а). И тогда он запирает место источника Имы, ибо пребывающий в ней Есод скрывается и утаивается в его Даат, и запирает ее вход наподобие замка, закрывающего вход. Смысл запирания входа можно понять и иначе: ведь тогда это кли отдается самому Зеир Анпину. А Има сделалась сосудом и входом для принятия семенной капли только благодаря силе этого кли, как сказано выше; до того же она была девственницей с закрытым лоном. И когда она отдала его в Даат де-ЗА, вход Имы вновь закрылся, и в ней уже нет кли, пригодного для зачатия, так что она снова становится девственницей, как в начале. В этом тайна [слов об] Эстер, которая зовется </w:t>
      </w:r>
      <w:r>
        <w:rPr>
          <w:rFonts w:ascii="Georgia" w:hAnsi="Georgia"/>
          <w:b w:val="0"/>
          <w:i/>
          <w:color w:val="000000"/>
          <w:sz w:val="24"/>
        </w:rPr>
        <w:t>Айелет а-Шахар</w:t>
      </w:r>
      <w:r>
        <w:rPr>
          <w:rFonts w:ascii="Georgia" w:hAnsi="Georgia"/>
          <w:b w:val="0"/>
          <w:i w:val="0"/>
          <w:color w:val="000000"/>
          <w:sz w:val="24"/>
        </w:rPr>
        <w:t>, так как лоно ее узко, подобно лани, при каждом соитии, и она уподобляется девственнице. И все это относится к Бине, ведь потому Эстер и была зеленоватой — со стороны окружающей «зеленой линии», упомянутой в «Тиккуней Зоар» (лист 49).</w:t>
      </w:r>
    </w:p>
    <w:p>
      <w:pPr>
        <w:spacing w:before="40" w:after="120"/>
        <w:jc w:val="both"/>
      </w:pPr>
      <w:r>
        <w:rPr>
          <w:rFonts w:ascii="Georgia" w:hAnsi="Georgia"/>
          <w:b w:val="0"/>
          <w:i w:val="0"/>
          <w:color w:val="000000"/>
          <w:sz w:val="24"/>
        </w:rPr>
        <w:t>И вот когда Има вновь вступает в зивуг с Абой, чтобы привлечь другие, новые мохин для Зеир Анпина, как известно, всегда необходимо производить в ней два соития вместе в одном зивуге: одно — для кли, а другое — для капли семени. И точно так же во всех зивугах Аба ве-Има ради привлечения мохин де-ЗА все совершается посредством двух соитий вместе, как сказано выше, ибо ее лоно всегда вновь сужается, и в каждый момент она словно девственница, и таков ее постоянный порядок. А после того как это кли помещается в мохин де-ЗА, Зеир Анпин, в свою очередь, передает его Малхут также при первом соитии и делает ее сосудом (кли). Знай, что создание этого кли заключается в следующем: тогда ей также даются уровни высших мохин в ГАР, и они распространяются по всей ее [структуре], как известно.</w:t>
      </w:r>
    </w:p>
    <w:p>
      <w:pPr>
        <w:spacing w:before="40" w:after="120"/>
        <w:jc w:val="both"/>
      </w:pPr>
      <w:r>
        <w:rPr>
          <w:rFonts w:ascii="Georgia" w:hAnsi="Georgia"/>
          <w:b w:val="0"/>
          <w:i w:val="0"/>
          <w:color w:val="000000"/>
          <w:sz w:val="24"/>
        </w:rPr>
        <w:t>И тогда же свечение тех хасадим, называемых 216 и кли, спускается в ее Есод и становится там сосудом (кли). Таким образом, это кли пребывает не в одном лишь Есоде, но это собственно сами мохин на протяжении всего роста (кома) Абы и Бины, всего роста Зеир Анпина и всего роста Нуквы; а из совокупности пяти хасадим они также распространяются в их Есод. Тогда женские начала — Има и Малхут — получают эти мохин через своих мужей: одна — паним бе-паним, а другая — ахор бе-ахор; их тело строится, и в нее вкладывается общность хасадим уровня 216 в тайне [положения] «спиной к спине», и тогда она становится сосудом. А затем Аба вновь привлекает собственно внутренние мохин зивуга, и они входят в Иму как мохин и как зивуг; оттуда же они привлекаются к ЗОН — сначала в тайне самого парцуфа, а затем в тайне зивуга.</w:t>
      </w:r>
    </w:p>
    <w:p>
      <w:pPr>
        <w:spacing w:before="40" w:after="120"/>
        <w:jc w:val="both"/>
      </w:pPr>
      <w:r>
        <w:rPr>
          <w:rFonts w:ascii="Georgia" w:hAnsi="Georgia"/>
          <w:b w:val="0"/>
          <w:i w:val="0"/>
          <w:color w:val="000000"/>
          <w:sz w:val="24"/>
        </w:rPr>
        <w:t>Пойми это очень глубоко, как мы разъяснили в своем месте. И вникни в это чрезвычайно глубоко: ведь в мохин де-ЗА есть несколько ступеней — со стороны спины (ахор), со стороны лица (паним) и при распилении (несира), и потому непременно нужно исследовать этот вопрос о мохин. Ты уже знаешь, что из Имен САГ, МА и БОН образуется 216, а затем через АБ, являющийся Хеседом, восполняется 288 (РАПАХ). Оказывается, что сначала к нему привлекаются мохин от САГ, МА и БОН, а затем от АБ, являющегося Хохмой, и оттуда исходит подлинная семенная капля АБ (72). Вернемся же к теме: Зеир Анпин передает этот 216 в тайне зивуга «спиной к спине» (ахор бе-ахор), то есть после того, как они были распилены и поднялись в лоно Аба ве-Има, как сказано выше (см. там внимательно, ибо это суть зивуга «спиной к спине»).</w:t>
      </w:r>
    </w:p>
    <w:p>
      <w:pPr>
        <w:spacing w:before="40" w:after="120"/>
        <w:jc w:val="both"/>
      </w:pPr>
      <w:r>
        <w:rPr>
          <w:rFonts w:ascii="Georgia" w:hAnsi="Georgia"/>
          <w:b w:val="0"/>
          <w:i w:val="0"/>
          <w:color w:val="000000"/>
          <w:sz w:val="24"/>
        </w:rPr>
        <w:t xml:space="preserve">И тогда они соединяются, и он делает ее сосудом. Выходит, что тогда она принимает мохин от уровня 216, и они называются «мохин де-ахор бе-ахор», представляющими собой САГ, МА и БОН. И мне представляется, что при зачатии (Ибур) присутствуют мохин де-БОН, и потому в мире Асия нет никакого зивуга; при вскармливании (йеника) добавляются также мохин де-МА, и поэтому есть зивуг шести концов (ВАК); в [положении] «спиной к спине» (ахор бе-ахор) есть также мохин де-САГ, являющиеся 216 — Гвурой; а при [положении] «лицом к лицу» (паним бе-паним) присутствуют мохин де-АБ. И тогда они достигают совершенства, и это называется полным зивугом душ, ибо до того они были неполными. Ты уже знаешь, что внешнее кли Малхут облачается в Асию и опускается туда, и она непременно должна быть там также запертой — </w:t>
      </w:r>
      <w:r>
        <w:rPr>
          <w:rFonts w:ascii="Georgia" w:hAnsi="Georgia"/>
          <w:b w:val="0"/>
          <w:i/>
          <w:color w:val="000000"/>
          <w:sz w:val="24"/>
        </w:rPr>
        <w:t>«какова мать, такова и дочь ее»</w:t>
      </w:r>
      <w:r>
        <w:rPr>
          <w:rFonts w:ascii="Georgia" w:hAnsi="Georgia"/>
          <w:b w:val="0"/>
          <w:i w:val="0"/>
          <w:color w:val="000000"/>
          <w:sz w:val="24"/>
        </w:rPr>
        <w:t xml:space="preserve"> (Йехезкель 16:44) — девственницей: </w:t>
      </w:r>
      <w:r>
        <w:rPr>
          <w:rFonts w:ascii="Georgia" w:hAnsi="Georgia"/>
          <w:b w:val="0"/>
          <w:i/>
          <w:color w:val="000000"/>
          <w:sz w:val="24"/>
        </w:rPr>
        <w:t>«девственница, и муж не познал ее»</w:t>
      </w:r>
      <w:r>
        <w:rPr>
          <w:rFonts w:ascii="Georgia" w:hAnsi="Georgia"/>
          <w:b w:val="0"/>
          <w:i w:val="0"/>
          <w:color w:val="000000"/>
          <w:sz w:val="24"/>
        </w:rPr>
        <w:t xml:space="preserve"> (Берешит 24:16), из страха перед внешними [силами, клипот], чтобы они не ухватились за нее; и врата Эдемского сада заперты, как упоминается в недельном разделе Пинхас, и пойми это.</w:t>
      </w:r>
    </w:p>
    <w:p>
      <w:pPr>
        <w:spacing w:before="40" w:after="120"/>
        <w:jc w:val="both"/>
      </w:pPr>
      <w:r>
        <w:rPr>
          <w:rFonts w:ascii="Georgia" w:hAnsi="Georgia"/>
          <w:b w:val="0"/>
          <w:i w:val="0"/>
          <w:color w:val="000000"/>
          <w:sz w:val="24"/>
        </w:rPr>
        <w:t>Выходит, что из-за [спуска в мир] Асия, в особенности ночью, а также оттого, что это время после разрушения [Храма], ее вход не открыт для соединения с ее мужем, и она пребывает девственницей. Однако когда она поднимается [в положение] «спиной к спине» (ахор бе-ахор) в Ацилут, тогда ей дается упомянутое кли. А именно: тот 216, который он взял от Имы в свое Даат, представляющий собой четыре буквы йод, делится надвое и образует два Имени БОН — ведь каждая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наполнения делится на две буквы хэй (</w:t>
      </w:r>
      <w:r>
        <w:rPr>
          <w:rFonts w:ascii="Georgia" w:hAnsi="Georgia" w:cs="Times New Roman"/>
          <w:b/>
          <w:i w:val="0"/>
          <w:color w:val="000000"/>
          <w:sz w:val="24"/>
          <w:rtl/>
          <w:szCs w:val="32"/>
        </w:rPr>
        <w:t>ה</w:t>
      </w:r>
      <w:r>
        <w:rPr>
          <w:rFonts w:ascii="Georgia" w:hAnsi="Georgia"/>
          <w:b w:val="0"/>
          <w:i w:val="0"/>
          <w:color w:val="000000"/>
          <w:sz w:val="24"/>
        </w:rPr>
        <w:t xml:space="preserve"> = 5), восполняя Имя БОН в нем и БОН в ней, как упомянуто, см. там внимательно. Оказывается, что этот дух разделился на два духа: половина — в его Даат, а половина — в ее Даат, и распространяется до ее Есода в тайне кли. И вникни глубоко в то, как весь этот дух представляет собой тайну уровня мохин. А когда Малхут опускается в [мир] Асия — ночью или в остальное время дня после молитвы, — тогда это кли и эти мохин удаляются из нее, и потому она становится девственницей; они поднимаются в Зеир Анпин, а [мохин] Зеир Анпина поднимаются в окружающий свет, как упоминается в тайне решимо тфилин. И посмотри выше, как 216, пребывающий в трех мохин де-ЗА, представляет собой 72 плюс «кедем» (</w:t>
      </w:r>
      <w:r>
        <w:rPr>
          <w:rFonts w:ascii="Georgia" w:hAnsi="Georgia" w:cs="Times New Roman"/>
          <w:b/>
          <w:i w:val="0"/>
          <w:color w:val="000000"/>
          <w:sz w:val="24"/>
          <w:rtl/>
          <w:szCs w:val="32"/>
        </w:rPr>
        <w:t>קֶדֶם</w:t>
      </w:r>
      <w:r>
        <w:rPr>
          <w:rFonts w:ascii="Georgia" w:hAnsi="Georgia"/>
          <w:b w:val="0"/>
          <w:i w:val="0"/>
          <w:color w:val="000000"/>
          <w:sz w:val="24"/>
        </w:rPr>
        <w:t xml:space="preserve"> = 144), и все они — от Имени БОН. И мне представляется, что это происходит лишь в одном Даат, ведь оттуда [исходит] семенная капля для созидания кли. Завершение же этого учения см. там: как посредством Хеседа, называемого «Маген Авраам» (Щит Авраама), созидается [все] для него и для нее в тайне [слов Зоара]: </w:t>
      </w:r>
      <w:r>
        <w:rPr>
          <w:rFonts w:ascii="Georgia" w:hAnsi="Georgia"/>
          <w:b w:val="0"/>
          <w:i/>
          <w:color w:val="000000"/>
          <w:sz w:val="24"/>
        </w:rPr>
        <w:t>«Приходит Хесед и простирает ветви»</w:t>
      </w:r>
      <w:r>
        <w:rPr>
          <w:rFonts w:ascii="Georgia" w:hAnsi="Georgia"/>
          <w:b w:val="0"/>
          <w:i w:val="0"/>
          <w:color w:val="000000"/>
          <w:sz w:val="24"/>
        </w:rPr>
        <w:t>, и это — [зивуг] паним бе-паним.</w:t>
      </w:r>
    </w:p>
    <w:p>
      <w:pPr>
        <w:keepNext/>
        <w:spacing w:before="320" w:after="120"/>
      </w:pPr>
      <w:r>
        <w:rPr>
          <w:rFonts w:ascii="Georgia" w:hAnsi="Georgia"/>
          <w:b w:val="0"/>
          <w:i w:val="0"/>
          <w:color w:val="000000"/>
          <w:sz w:val="32"/>
        </w:rPr>
        <w:t>Ветвь 11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Разделим [это] на двадцать пунктов, два общих правила и краткие положения из учения о МАН и МАД:</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(1) Следует исследовать в учении о МАН: происходят ли [МАН] от МА, от БОН или от них обоих; находятся ли они в БОН де-МА, в БОН де-БОН, в БОН де-САГ и в БОН де-АБ — как в общем, так и в частном (то есть в АБ, САГ, МА и БОН де-БОН в отдельности); и что такое [сами] МАН, и какое кли поднимает их, и что представляет собой тот «дух, который он вложил внутрь нее» (</w:t>
      </w:r>
      <w:r>
        <w:rPr>
          <w:rFonts w:ascii="Georgia" w:hAnsi="Georgia"/>
          <w:b w:val="0"/>
          <w:i/>
          <w:color w:val="000000"/>
          <w:sz w:val="24"/>
        </w:rPr>
        <w:t>руха де-шадей бе-гава</w:t>
      </w:r>
      <w:r>
        <w:rPr>
          <w:rFonts w:ascii="Georgia" w:hAnsi="Georgia"/>
          <w:b w:val="0"/>
          <w:i w:val="0"/>
          <w:color w:val="000000"/>
          <w:sz w:val="24"/>
        </w:rPr>
        <w:t>); и являются ли они свойствами, добавленными к трем келим, имеющимся в каждой сфире, как известно, или же они ничто иное, кроме них (вариант прочтения: или они и есть они сами). (А также: что такое МАД в общем и в частном; и затем мы всё это разъясним).</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(2) О душах людей: есть те, что происходят от поцелуев (</w:t>
      </w:r>
      <w:r>
        <w:rPr>
          <w:rFonts w:ascii="Georgia" w:hAnsi="Georgia"/>
          <w:b w:val="0"/>
          <w:i/>
          <w:color w:val="000000"/>
          <w:sz w:val="24"/>
        </w:rPr>
        <w:t>нешикин</w:t>
      </w:r>
      <w:r>
        <w:rPr>
          <w:rFonts w:ascii="Georgia" w:hAnsi="Georgia"/>
          <w:b w:val="0"/>
          <w:i w:val="0"/>
          <w:color w:val="000000"/>
          <w:sz w:val="24"/>
        </w:rPr>
        <w:t>), и есть те, что происходят от нижнего зивуга. И мне представляется, что приходящие от поцелуев относятся к окружающему свету, а приходящие от нижнего зивуга — к внутреннему свету. Ведь поцелуи — это дыхание, выходящее изо рта, которое называется окружающим [светом]. И это — уровень Надава и Авиху, а Элияу — это внутренний окружающий свет.</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(3) О подъеме МАН душ, которые содержатся в искрах невыясненных мелахим: их невозможно поднять иначе как через души, служащие корнем для всех душ, подобные десяти казненным властью (</w:t>
      </w:r>
      <w:r>
        <w:rPr>
          <w:rFonts w:ascii="Georgia" w:hAnsi="Georgia"/>
          <w:b w:val="0"/>
          <w:i/>
          <w:color w:val="000000"/>
          <w:sz w:val="24"/>
        </w:rPr>
        <w:t>асара харугей малхут</w:t>
      </w:r>
      <w:r>
        <w:rPr>
          <w:rFonts w:ascii="Georgia" w:hAnsi="Georgia"/>
          <w:b w:val="0"/>
          <w:i w:val="0"/>
          <w:color w:val="000000"/>
          <w:sz w:val="24"/>
        </w:rPr>
        <w:t>), соответствующим десяти коленам. Они поднимают их наверх, и там те исправляются. Однако и у всех [остальных] душ также есть сила выяснять сообразно силе своих деяний некоторую часть душ, чтобы поднимать их в виде МАН наверх для их исправления.</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(4) Существуют два вида зивугов: один — для поддержания жизненности внешней части миров, откуда [происходят] ангелы, и тогда ангелы поднимаются и поднимают МАН внешних частей, и это происходит ночью. Днем же совершается внутренний зивуг душ, и тогда души праведников поднимают внутренний МАН душ.</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(5) Имя БОН с наполнением наполнения Малхут наследует от Абы, чтобы оно служило для нее МАН имени БОН. Также квадрат обратной стороны [имени] АДОНАЙ — это МАН в ней, и это она тоже наследует от Абы. А Зеир Анпин наследует от Имы имя АБ с наполнением [буквами] йод и имя МА: йод, хэй, вав, хэй с десятью буквами; и это имя БОН, и упомянутое имя АБ вместе с двумя колель составляют по гематрии 126 (</w:t>
      </w:r>
      <w:r>
        <w:rPr>
          <w:rFonts w:ascii="Georgia" w:hAnsi="Georgia" w:cs="Times New Roman"/>
          <w:b/>
          <w:i w:val="0"/>
          <w:color w:val="000000"/>
          <w:sz w:val="24"/>
          <w:rtl/>
          <w:szCs w:val="32"/>
        </w:rPr>
        <w:t>קכ״ו</w:t>
      </w:r>
      <w:r>
        <w:rPr>
          <w:rFonts w:ascii="Georgia" w:hAnsi="Georgia"/>
          <w:b w:val="0"/>
          <w:i w:val="0"/>
          <w:color w:val="000000"/>
          <w:sz w:val="24"/>
        </w:rPr>
        <w:t xml:space="preserve">), и это находится в Зеир Анпине. И оба они составляют число 126 — гематрию слова </w:t>
      </w:r>
      <w:r>
        <w:rPr>
          <w:rFonts w:ascii="Georgia" w:hAnsi="Georgia"/>
          <w:b w:val="0"/>
          <w:i/>
          <w:color w:val="000000"/>
          <w:sz w:val="24"/>
        </w:rPr>
        <w:t>конен</w:t>
      </w:r>
      <w:r>
        <w:rPr>
          <w:rFonts w:ascii="Georgia" w:hAnsi="Georgia"/>
          <w:b w:val="0"/>
          <w:i w:val="0"/>
          <w:color w:val="000000"/>
          <w:sz w:val="24"/>
        </w:rPr>
        <w:t xml:space="preserve"> (</w:t>
      </w:r>
      <w:r>
        <w:rPr>
          <w:rFonts w:ascii="Georgia" w:hAnsi="Georgia" w:cs="Times New Roman"/>
          <w:b/>
          <w:i w:val="0"/>
          <w:color w:val="000000"/>
          <w:sz w:val="24"/>
          <w:rtl/>
          <w:szCs w:val="32"/>
        </w:rPr>
        <w:t>כּוֹנֵן</w:t>
      </w:r>
      <w:r>
        <w:rPr>
          <w:rFonts w:ascii="Georgia" w:hAnsi="Georgia"/>
          <w:b w:val="0"/>
          <w:i w:val="0"/>
          <w:color w:val="000000"/>
          <w:sz w:val="24"/>
        </w:rPr>
        <w:t xml:space="preserve"> = 126) [из стиха </w:t>
      </w:r>
      <w:r>
        <w:rPr>
          <w:rFonts w:ascii="Georgia" w:hAnsi="Georgia"/>
          <w:b w:val="0"/>
          <w:i/>
          <w:color w:val="000000"/>
          <w:sz w:val="24"/>
        </w:rPr>
        <w:t>«утвердил небеса…»</w:t>
      </w:r>
      <w:r>
        <w:rPr>
          <w:rFonts w:ascii="Georgia" w:hAnsi="Georgia"/>
          <w:b w:val="0"/>
          <w:i w:val="0"/>
          <w:color w:val="000000"/>
          <w:sz w:val="24"/>
        </w:rPr>
        <w:t xml:space="preserve"> (Мишлей 3:19)], что равно числу квадрата упомянутого [имени] АДОНАЙ. А когда ЗОН соединяются паним бе-паним, тогда Зеир Анпин передает ей также и свои 126.</w:t>
      </w:r>
    </w:p>
    <w:p>
      <w:pPr>
        <w:keepNext/>
        <w:spacing w:before="240" w:after="80"/>
      </w:pPr>
      <w:r>
        <w:rPr>
          <w:rFonts w:ascii="Georgia" w:hAnsi="Georgia"/>
          <w:b w:val="0"/>
          <w:i w:val="0"/>
          <w:color w:val="000000"/>
          <w:sz w:val="27"/>
        </w:rPr>
        <w:t>Пункт 7</w:t>
      </w:r>
    </w:p>
    <w:p>
      <w:pPr>
        <w:spacing w:before="40" w:after="120"/>
        <w:jc w:val="both"/>
      </w:pPr>
      <w:r>
        <w:rPr>
          <w:rFonts w:ascii="Georgia" w:hAnsi="Georgia"/>
          <w:b w:val="0"/>
          <w:i w:val="0"/>
          <w:color w:val="000000"/>
          <w:sz w:val="24"/>
        </w:rPr>
        <w:t>(6) Имя БОН поднимает МАН. А эти МАН — это [конечные] буквы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и они удвоены: пять хасадим и пять гвурот — пять пальцев правой руки и пять пальцев левой руки. А МАН для ЗОН — это уровни руах и нефеш праведников. Для Бины же [МАН] — это души (</w:t>
      </w:r>
      <w:r>
        <w:rPr>
          <w:rFonts w:ascii="Georgia" w:hAnsi="Georgia"/>
          <w:b w:val="0"/>
          <w:i/>
          <w:color w:val="000000"/>
          <w:sz w:val="24"/>
        </w:rPr>
        <w:t>нешамот</w:t>
      </w:r>
      <w:r>
        <w:rPr>
          <w:rFonts w:ascii="Georgia" w:hAnsi="Georgia"/>
          <w:b w:val="0"/>
          <w:i w:val="0"/>
          <w:color w:val="000000"/>
          <w:sz w:val="24"/>
        </w:rPr>
        <w:t>) ЗОН, являющиеся их мохин, внутренними душами в них, а также души праведников — то есть уровень нешама. А [для высших ступеней] — нешама де-нешама души праведников.</w:t>
      </w:r>
    </w:p>
    <w:p>
      <w:pPr>
        <w:keepNext/>
        <w:spacing w:before="240" w:after="80"/>
      </w:pPr>
      <w:r>
        <w:rPr>
          <w:rFonts w:ascii="Georgia" w:hAnsi="Georgia"/>
          <w:b w:val="0"/>
          <w:i w:val="0"/>
          <w:color w:val="000000"/>
          <w:sz w:val="27"/>
        </w:rPr>
        <w:t>Пункт 8</w:t>
      </w:r>
    </w:p>
    <w:p>
      <w:pPr>
        <w:spacing w:before="40" w:after="120"/>
        <w:jc w:val="both"/>
      </w:pPr>
      <w:r>
        <w:rPr>
          <w:rFonts w:ascii="Georgia" w:hAnsi="Georgia"/>
          <w:b w:val="0"/>
          <w:i w:val="0"/>
          <w:color w:val="000000"/>
          <w:sz w:val="24"/>
        </w:rPr>
        <w:t>(7) МАН происходят от умерших мелахим в Асие: они помещены внутрь клипат Нога де-Асия и близки к ней. Точно так же мелахим из Ециры близки к клипат Нога де-Ецира, и то же самое в Брие. И вот, в Асие есть имя БОН, и оно производит выяснение мелахим де-Асия — при соучастии нефеш праведника де-Асия. Они спускаются к мелахим, выводят их оттуда и поднимают до Ециры. А там руах праведников спускается к мелахим в Ецире, выводит их оттуда и выясняет оттуда всё, что может, сообразно величию этой молитвы или заповеди — при содействии имени БОН де-Ецира. Тогда оба они поднимаются до Брии. И там нешама совместно с БОН де-Брия выясняют мелахим де-Брия и поднимаются до Нуквы де-Ацилут. Там они помещаются в ее Есод в виде МАН. Тогда от мужского начала нисходят хасадим, и из них обоих исправляются души. А ты уже знаешь, что есть пять хасадим де-Има и пять хасадим де-Аба, причем хасадим де-Има — это гвурот де-Аба.</w:t>
      </w:r>
    </w:p>
    <w:p>
      <w:pPr>
        <w:keepNext/>
        <w:spacing w:before="240" w:after="80"/>
      </w:pPr>
      <w:r>
        <w:rPr>
          <w:rFonts w:ascii="Georgia" w:hAnsi="Georgia"/>
          <w:b w:val="0"/>
          <w:i w:val="0"/>
          <w:color w:val="000000"/>
          <w:sz w:val="27"/>
        </w:rPr>
        <w:t>Пункт 9</w:t>
      </w:r>
    </w:p>
    <w:p>
      <w:pPr>
        <w:spacing w:before="40" w:after="120"/>
        <w:jc w:val="both"/>
      </w:pPr>
      <w:r>
        <w:rPr>
          <w:rFonts w:ascii="Georgia" w:hAnsi="Georgia"/>
          <w:b w:val="0"/>
          <w:i w:val="0"/>
          <w:color w:val="000000"/>
          <w:sz w:val="24"/>
        </w:rPr>
        <w:t>(8) Невозможно, чтобы [у Зеир Анпина] уменьшились внутренние мохин вскармливания (</w:t>
      </w:r>
      <w:r>
        <w:rPr>
          <w:rFonts w:ascii="Georgia" w:hAnsi="Georgia"/>
          <w:b w:val="0"/>
          <w:i/>
          <w:color w:val="000000"/>
          <w:sz w:val="24"/>
        </w:rPr>
        <w:t>мохин де-йеника</w:t>
      </w:r>
      <w:r>
        <w:rPr>
          <w:rFonts w:ascii="Georgia" w:hAnsi="Georgia"/>
          <w:b w:val="0"/>
          <w:i w:val="0"/>
          <w:color w:val="000000"/>
          <w:sz w:val="24"/>
        </w:rPr>
        <w:t>) де-Има. И вот, чтобы поднять МАН, необходимо во всяком случае, чтобы у него были по меньшей мере окружающие света вскармливания де-Има. Однако [тогда] он способен привлечь лишь от внешней части Аба ве-Има и привлекает только ВАК де-гадлут, да и те происходят лишь от внешней части Аба ве-Има. Если же он поднимает МАН после того, как у него есть также внутренние света вскармливания де-Аба, тогда он может привлечь также от внешней части АА и получает ВАК де-гадлут де-Аба ве-Има. А если он поднимает МАН после того, как у него есть и окружающие света вскармливания де-Аба, тогда он привлекает также от внешней части Атика и притягивает все десять сфирот в мохин де-гадлут де-Аба ве-Има.</w:t>
      </w:r>
    </w:p>
    <w:p>
      <w:pPr>
        <w:keepNext/>
        <w:spacing w:before="240" w:after="80"/>
      </w:pPr>
      <w:r>
        <w:rPr>
          <w:rFonts w:ascii="Georgia" w:hAnsi="Georgia"/>
          <w:b w:val="0"/>
          <w:i w:val="0"/>
          <w:color w:val="000000"/>
          <w:sz w:val="27"/>
        </w:rPr>
        <w:t>Пункт 10</w:t>
      </w:r>
    </w:p>
    <w:p>
      <w:pPr>
        <w:spacing w:before="40" w:after="120"/>
        <w:jc w:val="both"/>
      </w:pPr>
      <w:r>
        <w:rPr>
          <w:rFonts w:ascii="Georgia" w:hAnsi="Georgia"/>
          <w:b w:val="0"/>
          <w:i w:val="0"/>
          <w:color w:val="000000"/>
          <w:sz w:val="24"/>
        </w:rPr>
        <w:t>(9) В Бине есть имя ЭЙЕ (</w:t>
      </w:r>
      <w:r>
        <w:rPr>
          <w:rFonts w:ascii="Georgia" w:hAnsi="Georgia" w:cs="Times New Roman"/>
          <w:b/>
          <w:i w:val="0"/>
          <w:color w:val="000000"/>
          <w:sz w:val="24"/>
          <w:rtl/>
          <w:szCs w:val="32"/>
        </w:rPr>
        <w:t>אהיה</w:t>
      </w:r>
      <w:r>
        <w:rPr>
          <w:rFonts w:ascii="Georgia" w:hAnsi="Georgia"/>
          <w:b w:val="0"/>
          <w:i w:val="0"/>
          <w:color w:val="000000"/>
          <w:sz w:val="24"/>
        </w:rPr>
        <w:t>), и по алфавитному порядку Авгад (</w:t>
      </w:r>
      <w:r>
        <w:rPr>
          <w:rFonts w:ascii="Georgia" w:hAnsi="Georgia" w:cs="Times New Roman"/>
          <w:b/>
          <w:i w:val="0"/>
          <w:color w:val="000000"/>
          <w:sz w:val="24"/>
          <w:rtl/>
          <w:szCs w:val="32"/>
        </w:rPr>
        <w:t>אבג״ד</w:t>
      </w:r>
      <w:r>
        <w:rPr>
          <w:rFonts w:ascii="Georgia" w:hAnsi="Georgia"/>
          <w:b w:val="0"/>
          <w:i w:val="0"/>
          <w:color w:val="000000"/>
          <w:sz w:val="24"/>
        </w:rPr>
        <w:t>) оно сменяется именем БОХО (</w:t>
      </w:r>
      <w:r>
        <w:rPr>
          <w:rFonts w:ascii="Georgia" w:hAnsi="Georgia" w:cs="Times New Roman"/>
          <w:b/>
          <w:i w:val="0"/>
          <w:color w:val="000000"/>
          <w:sz w:val="24"/>
          <w:rtl/>
          <w:szCs w:val="32"/>
        </w:rPr>
        <w:t>בוכ״ו</w:t>
      </w:r>
      <w:r>
        <w:rPr>
          <w:rFonts w:ascii="Georgia" w:hAnsi="Georgia"/>
          <w:b w:val="0"/>
          <w:i w:val="0"/>
          <w:color w:val="000000"/>
          <w:sz w:val="24"/>
        </w:rPr>
        <w:t>). Эти два имени сначала входят внутрь Нуквы де-Зеир Анпин в ее мохин и служат в ней МАН. Они спустились туда через пальцы руки Бины, представляющие собой буквы МАНЦЕПАХ (</w:t>
      </w:r>
      <w:r>
        <w:rPr>
          <w:rFonts w:ascii="Georgia" w:hAnsi="Georgia" w:cs="Times New Roman"/>
          <w:b/>
          <w:i w:val="0"/>
          <w:color w:val="000000"/>
          <w:sz w:val="24"/>
          <w:rtl/>
          <w:szCs w:val="32"/>
        </w:rPr>
        <w:t>מנצפ״ך</w:t>
      </w:r>
      <w:r>
        <w:rPr>
          <w:rFonts w:ascii="Georgia" w:hAnsi="Georgia"/>
          <w:b w:val="0"/>
          <w:i w:val="0"/>
          <w:color w:val="000000"/>
          <w:sz w:val="24"/>
        </w:rPr>
        <w:t>). И вначале они опускаются в три ее мохин, чтобы затем, во время зивуга, у МАН, находящихся в ее Есоде, была сила подняться благодаря свечению двух упомянутых имен в ее мохин, распространяющемуся до ее Есода, — к МАН, находящимся там; а эти МАН — это имя БОН с наполнением буквами хэй (де-хэйин).</w:t>
      </w:r>
    </w:p>
    <w:p>
      <w:pPr>
        <w:spacing w:before="40" w:after="120"/>
        <w:jc w:val="both"/>
      </w:pPr>
      <w:r>
        <w:rPr>
          <w:rFonts w:ascii="Georgia" w:hAnsi="Georgia"/>
          <w:b w:val="0"/>
          <w:i w:val="0"/>
          <w:color w:val="000000"/>
          <w:sz w:val="24"/>
        </w:rPr>
        <w:t>И вот, оба упомянутых имени составляют по гематрии 55 (</w:t>
      </w:r>
      <w:r>
        <w:rPr>
          <w:rFonts w:ascii="Georgia" w:hAnsi="Georgia" w:cs="Times New Roman"/>
          <w:b/>
          <w:i w:val="0"/>
          <w:color w:val="000000"/>
          <w:sz w:val="24"/>
          <w:rtl/>
          <w:szCs w:val="32"/>
        </w:rPr>
        <w:t>נ״ה</w:t>
      </w:r>
      <w:r>
        <w:rPr>
          <w:rFonts w:ascii="Georgia" w:hAnsi="Georgia"/>
          <w:b w:val="0"/>
          <w:i w:val="0"/>
          <w:color w:val="000000"/>
          <w:sz w:val="24"/>
        </w:rPr>
        <w:t xml:space="preserve"> = 55), что намекает на сказанное выше: в ней есть три уровня мохин и свойство имени БОН (52) в Есоде, что в сумме дает 55 (</w:t>
      </w:r>
      <w:r>
        <w:rPr>
          <w:rFonts w:ascii="Georgia" w:hAnsi="Georgia" w:cs="Times New Roman"/>
          <w:b/>
          <w:i w:val="0"/>
          <w:color w:val="000000"/>
          <w:sz w:val="24"/>
          <w:rtl/>
          <w:szCs w:val="32"/>
        </w:rPr>
        <w:t>נ״ה</w:t>
      </w:r>
      <w:r>
        <w:rPr>
          <w:rFonts w:ascii="Georgia" w:hAnsi="Georgia"/>
          <w:b w:val="0"/>
          <w:i w:val="0"/>
          <w:color w:val="000000"/>
          <w:sz w:val="24"/>
        </w:rPr>
        <w:t>). А также имя БОХО имеет гематрию 34 (</w:t>
      </w:r>
      <w:r>
        <w:rPr>
          <w:rFonts w:ascii="Georgia" w:hAnsi="Georgia" w:cs="Times New Roman"/>
          <w:b/>
          <w:i w:val="0"/>
          <w:color w:val="000000"/>
          <w:sz w:val="24"/>
          <w:rtl/>
          <w:szCs w:val="32"/>
        </w:rPr>
        <w:t>יד״ך</w:t>
      </w:r>
      <w:r>
        <w:rPr>
          <w:rFonts w:ascii="Georgia" w:hAnsi="Georgia"/>
          <w:b w:val="0"/>
          <w:i w:val="0"/>
          <w:color w:val="000000"/>
          <w:sz w:val="24"/>
        </w:rPr>
        <w:t xml:space="preserve"> = 34), указывая на упомянутую руку Бины, опустившуюся вниз, в Есод Нуквы, — ведь через эту руку оба названных имени спустились вниз в Малхут. Кроме того, от свечения имени БОХО образуется и вырастает высота строения Нуквы, ведь мера ее строения — 34 (</w:t>
      </w:r>
      <w:r>
        <w:rPr>
          <w:rFonts w:ascii="Georgia" w:hAnsi="Georgia" w:cs="Times New Roman"/>
          <w:b/>
          <w:i w:val="0"/>
          <w:color w:val="000000"/>
          <w:sz w:val="24"/>
          <w:rtl/>
          <w:szCs w:val="32"/>
        </w:rPr>
        <w:t>ד״ל</w:t>
      </w:r>
      <w:r>
        <w:rPr>
          <w:rFonts w:ascii="Georgia" w:hAnsi="Georgia"/>
          <w:b w:val="0"/>
          <w:i w:val="0"/>
          <w:color w:val="000000"/>
          <w:sz w:val="24"/>
        </w:rPr>
        <w:t xml:space="preserve"> = 34), что равно упомянутому числу. Ибо в Малхут десять сфирот, и у каждой сфиры есть три келим, что составляет </w:t>
      </w:r>
      <w:r>
        <w:rPr>
          <w:rFonts w:ascii="Georgia" w:hAnsi="Georgia"/>
          <w:b w:val="0"/>
          <w:i/>
          <w:color w:val="000000"/>
          <w:sz w:val="24"/>
        </w:rPr>
        <w:t>«тридцать локтей длина… а ширина — четыре локтя»</w:t>
      </w:r>
      <w:r>
        <w:rPr>
          <w:rFonts w:ascii="Georgia" w:hAnsi="Georgia"/>
          <w:b w:val="0"/>
          <w:i w:val="0"/>
          <w:color w:val="000000"/>
          <w:sz w:val="24"/>
        </w:rPr>
        <w:t xml:space="preserve"> полотнища (Шмот 26:8), по числу тридцати четырех (</w:t>
      </w:r>
      <w:r>
        <w:rPr>
          <w:rFonts w:ascii="Georgia" w:hAnsi="Georgia" w:cs="Times New Roman"/>
          <w:b/>
          <w:i w:val="0"/>
          <w:color w:val="000000"/>
          <w:sz w:val="24"/>
          <w:rtl/>
          <w:szCs w:val="32"/>
        </w:rPr>
        <w:t>ד״ל</w:t>
      </w:r>
      <w:r>
        <w:rPr>
          <w:rFonts w:ascii="Georgia" w:hAnsi="Georgia"/>
          <w:b w:val="0"/>
          <w:i w:val="0"/>
          <w:color w:val="000000"/>
          <w:sz w:val="24"/>
        </w:rPr>
        <w:t>) букв в наполнении наполнения [имени] АДОНАЙ.</w:t>
      </w:r>
    </w:p>
    <w:p>
      <w:pPr>
        <w:keepNext/>
        <w:spacing w:before="240" w:after="80"/>
      </w:pPr>
      <w:r>
        <w:rPr>
          <w:rFonts w:ascii="Georgia" w:hAnsi="Georgia"/>
          <w:b w:val="0"/>
          <w:i w:val="0"/>
          <w:color w:val="000000"/>
          <w:sz w:val="27"/>
        </w:rPr>
        <w:t>Пункт 11</w:t>
      </w:r>
    </w:p>
    <w:p>
      <w:pPr>
        <w:spacing w:before="40" w:after="120"/>
        <w:jc w:val="both"/>
      </w:pPr>
      <w:r>
        <w:rPr>
          <w:rFonts w:ascii="Georgia" w:hAnsi="Georgia"/>
          <w:b w:val="0"/>
          <w:i w:val="0"/>
          <w:color w:val="000000"/>
          <w:sz w:val="24"/>
        </w:rPr>
        <w:t>(10) Необходимая жизненная сила Зеир Анпина — это внутренние мохин вскармливания де-Има. Однако он не способен поднимать МАН до тех пор, пока у него не появится также окружающий свет вскармливания де-Има, — тогда их достаточно ему, чтобы поднять МАН. Однако он может привлечь лишь ВАК мохин де-гадлут, и даже они будут низшего достоинства, происходя только от внешней части Аба ве-Има; к тому же у Зеир Анпина будет лишь внутренняя часть ВАК де-гадлут де-Има. Но тем более войдут в него внутренние и окружающие света вскармливания де-Аба в то время, когда войдут ВАК де-гадлут.</w:t>
      </w:r>
    </w:p>
    <w:p>
      <w:pPr>
        <w:keepNext/>
        <w:spacing w:before="240" w:after="80"/>
      </w:pPr>
      <w:r>
        <w:rPr>
          <w:rFonts w:ascii="Georgia" w:hAnsi="Georgia"/>
          <w:b w:val="0"/>
          <w:i w:val="0"/>
          <w:color w:val="000000"/>
          <w:sz w:val="27"/>
        </w:rPr>
        <w:t>Пункт 12</w:t>
      </w:r>
    </w:p>
    <w:p>
      <w:pPr>
        <w:spacing w:before="40" w:after="120"/>
        <w:jc w:val="both"/>
      </w:pPr>
      <w:r>
        <w:rPr>
          <w:rFonts w:ascii="Georgia" w:hAnsi="Georgia"/>
          <w:b w:val="0"/>
          <w:i w:val="0"/>
          <w:color w:val="000000"/>
          <w:sz w:val="24"/>
        </w:rPr>
        <w:t>(11) В двух руках АА есть десять пальцев, и в них содержатся пять гвурот букв МАНЦЕПАХ (</w:t>
      </w:r>
      <w:r>
        <w:rPr>
          <w:rFonts w:ascii="Georgia" w:hAnsi="Georgia" w:cs="Times New Roman"/>
          <w:b/>
          <w:i w:val="0"/>
          <w:color w:val="000000"/>
          <w:sz w:val="24"/>
          <w:rtl/>
          <w:szCs w:val="32"/>
        </w:rPr>
        <w:t>מנצפ״ך</w:t>
      </w:r>
      <w:r>
        <w:rPr>
          <w:rFonts w:ascii="Georgia" w:hAnsi="Georgia"/>
          <w:b w:val="0"/>
          <w:i w:val="0"/>
          <w:color w:val="000000"/>
          <w:sz w:val="24"/>
        </w:rPr>
        <w:t>), удвоенные, так как правая включена в левую, а левая — в правую. Они протягиваются в Есод де-Бина, и из них образуется кли для МАН, пребывающих внутри этого кли. А из двух рук Имы образуется кли Есод де-Нуква, внутри которого находятся МАН.</w:t>
      </w:r>
    </w:p>
    <w:p>
      <w:pPr>
        <w:keepNext/>
        <w:spacing w:before="240" w:after="80"/>
      </w:pPr>
      <w:r>
        <w:rPr>
          <w:rFonts w:ascii="Georgia" w:hAnsi="Georgia"/>
          <w:b w:val="0"/>
          <w:i w:val="0"/>
          <w:color w:val="000000"/>
          <w:sz w:val="27"/>
        </w:rPr>
        <w:t>Пункт 13</w:t>
      </w:r>
    </w:p>
    <w:p>
      <w:pPr>
        <w:spacing w:before="40" w:after="120"/>
        <w:jc w:val="both"/>
      </w:pPr>
      <w:r>
        <w:rPr>
          <w:rFonts w:ascii="Georgia" w:hAnsi="Georgia"/>
          <w:b w:val="0"/>
          <w:i w:val="0"/>
          <w:color w:val="000000"/>
          <w:sz w:val="24"/>
        </w:rPr>
        <w:t>(12) ЗОН оставили свой корень в своих Аба ве-Има. А все остальные души праведников, выходящие оттуда, — братья для ЗОН. И они не могут поднимать МАН иначе как через ЗОН, потому что они навсегда оставили там свой корень.</w:t>
      </w:r>
    </w:p>
    <w:p>
      <w:pPr>
        <w:keepNext/>
        <w:spacing w:before="240" w:after="80"/>
      </w:pPr>
      <w:r>
        <w:rPr>
          <w:rFonts w:ascii="Georgia" w:hAnsi="Georgia"/>
          <w:b w:val="0"/>
          <w:i w:val="0"/>
          <w:color w:val="000000"/>
          <w:sz w:val="27"/>
        </w:rPr>
        <w:t>Пункт 14</w:t>
      </w:r>
    </w:p>
    <w:p>
      <w:pPr>
        <w:spacing w:before="40" w:after="120"/>
        <w:jc w:val="both"/>
      </w:pPr>
      <w:r>
        <w:rPr>
          <w:rFonts w:ascii="Georgia" w:hAnsi="Georgia"/>
          <w:b w:val="0"/>
          <w:i w:val="0"/>
          <w:color w:val="000000"/>
          <w:sz w:val="24"/>
        </w:rPr>
        <w:t>(13) В Есоде Нуквы есть три имени АДОНАЙ, что по гематрии составляет 195 (</w:t>
      </w:r>
      <w:r>
        <w:rPr>
          <w:rFonts w:ascii="Georgia" w:hAnsi="Georgia" w:cs="Times New Roman"/>
          <w:b/>
          <w:i w:val="0"/>
          <w:color w:val="000000"/>
          <w:sz w:val="24"/>
          <w:rtl/>
          <w:szCs w:val="32"/>
        </w:rPr>
        <w:t>קצ״ה</w:t>
      </w:r>
      <w:r>
        <w:rPr>
          <w:rFonts w:ascii="Georgia" w:hAnsi="Georgia"/>
          <w:b w:val="0"/>
          <w:i w:val="0"/>
          <w:color w:val="000000"/>
          <w:sz w:val="24"/>
        </w:rPr>
        <w:t>). И в этом Есоде есть одна печать (</w:t>
      </w:r>
      <w:r>
        <w:rPr>
          <w:rFonts w:ascii="Georgia" w:hAnsi="Georgia"/>
          <w:b w:val="0"/>
          <w:i/>
          <w:color w:val="000000"/>
          <w:sz w:val="24"/>
        </w:rPr>
        <w:t>хотам</w:t>
      </w:r>
      <w:r>
        <w:rPr>
          <w:rFonts w:ascii="Georgia" w:hAnsi="Georgia"/>
          <w:b w:val="0"/>
          <w:i w:val="0"/>
          <w:color w:val="000000"/>
          <w:sz w:val="24"/>
        </w:rPr>
        <w:t>), представляющая собой наполнение трех имен ЭЙЕ: 161 (</w:t>
      </w:r>
      <w:r>
        <w:rPr>
          <w:rFonts w:ascii="Georgia" w:hAnsi="Georgia" w:cs="Times New Roman"/>
          <w:b/>
          <w:i w:val="0"/>
          <w:color w:val="000000"/>
          <w:sz w:val="24"/>
          <w:rtl/>
          <w:szCs w:val="32"/>
        </w:rPr>
        <w:t>קס״א</w:t>
      </w:r>
      <w:r>
        <w:rPr>
          <w:rFonts w:ascii="Georgia" w:hAnsi="Georgia"/>
          <w:b w:val="0"/>
          <w:i w:val="0"/>
          <w:color w:val="000000"/>
          <w:sz w:val="24"/>
        </w:rPr>
        <w:t>), 151 (</w:t>
      </w:r>
      <w:r>
        <w:rPr>
          <w:rFonts w:ascii="Georgia" w:hAnsi="Georgia" w:cs="Times New Roman"/>
          <w:b/>
          <w:i w:val="0"/>
          <w:color w:val="000000"/>
          <w:sz w:val="24"/>
          <w:rtl/>
          <w:szCs w:val="32"/>
        </w:rPr>
        <w:t>קנ״א</w:t>
      </w:r>
      <w:r>
        <w:rPr>
          <w:rFonts w:ascii="Georgia" w:hAnsi="Georgia"/>
          <w:b w:val="0"/>
          <w:i w:val="0"/>
          <w:color w:val="000000"/>
          <w:sz w:val="24"/>
        </w:rPr>
        <w:t>) и 143 (</w:t>
      </w:r>
      <w:r>
        <w:rPr>
          <w:rFonts w:ascii="Georgia" w:hAnsi="Georgia" w:cs="Times New Roman"/>
          <w:b/>
          <w:i w:val="0"/>
          <w:color w:val="000000"/>
          <w:sz w:val="24"/>
          <w:rtl/>
          <w:szCs w:val="32"/>
        </w:rPr>
        <w:t>קמ״ג</w:t>
      </w:r>
      <w:r>
        <w:rPr>
          <w:rFonts w:ascii="Georgia" w:hAnsi="Georgia"/>
          <w:b w:val="0"/>
          <w:i w:val="0"/>
          <w:color w:val="000000"/>
          <w:sz w:val="24"/>
        </w:rPr>
        <w:t>). За вычетом простых [букв самого имени ЭЙЕ], то есть 140 (</w:t>
      </w:r>
      <w:r>
        <w:rPr>
          <w:rFonts w:ascii="Georgia" w:hAnsi="Georgia" w:cs="Times New Roman"/>
          <w:b/>
          <w:i w:val="0"/>
          <w:color w:val="000000"/>
          <w:sz w:val="24"/>
          <w:rtl/>
          <w:szCs w:val="32"/>
        </w:rPr>
        <w:t>ק״ם</w:t>
      </w:r>
      <w:r>
        <w:rPr>
          <w:rFonts w:ascii="Georgia" w:hAnsi="Georgia"/>
          <w:b w:val="0"/>
          <w:i w:val="0"/>
          <w:color w:val="000000"/>
          <w:sz w:val="24"/>
        </w:rPr>
        <w:t>), 130 (</w:t>
      </w:r>
      <w:r>
        <w:rPr>
          <w:rFonts w:ascii="Georgia" w:hAnsi="Georgia" w:cs="Times New Roman"/>
          <w:b/>
          <w:i w:val="0"/>
          <w:color w:val="000000"/>
          <w:sz w:val="24"/>
          <w:rtl/>
          <w:szCs w:val="32"/>
        </w:rPr>
        <w:t>ק״ל</w:t>
      </w:r>
      <w:r>
        <w:rPr>
          <w:rFonts w:ascii="Georgia" w:hAnsi="Georgia"/>
          <w:b w:val="0"/>
          <w:i w:val="0"/>
          <w:color w:val="000000"/>
          <w:sz w:val="24"/>
        </w:rPr>
        <w:t>) и 122 (</w:t>
      </w:r>
      <w:r>
        <w:rPr>
          <w:rFonts w:ascii="Georgia" w:hAnsi="Georgia" w:cs="Times New Roman"/>
          <w:b/>
          <w:i w:val="0"/>
          <w:color w:val="000000"/>
          <w:sz w:val="24"/>
          <w:rtl/>
          <w:szCs w:val="32"/>
        </w:rPr>
        <w:t>קכ״ב</w:t>
      </w:r>
      <w:r>
        <w:rPr>
          <w:rFonts w:ascii="Georgia" w:hAnsi="Georgia"/>
          <w:b w:val="0"/>
          <w:i w:val="0"/>
          <w:color w:val="000000"/>
          <w:sz w:val="24"/>
        </w:rPr>
        <w:t xml:space="preserve">), вместе с тремя колель это дает гематрию слова </w:t>
      </w:r>
      <w:r>
        <w:rPr>
          <w:rFonts w:ascii="Georgia" w:hAnsi="Georgia"/>
          <w:b w:val="0"/>
          <w:i/>
          <w:color w:val="000000"/>
          <w:sz w:val="24"/>
        </w:rPr>
        <w:t>а-шамаим</w:t>
      </w:r>
      <w:r>
        <w:rPr>
          <w:rFonts w:ascii="Georgia" w:hAnsi="Georgia"/>
          <w:b w:val="0"/>
          <w:i w:val="0"/>
          <w:color w:val="000000"/>
          <w:sz w:val="24"/>
        </w:rPr>
        <w:t xml:space="preserve"> — «небеса» (</w:t>
      </w:r>
      <w:r>
        <w:rPr>
          <w:rFonts w:ascii="Georgia" w:hAnsi="Georgia" w:cs="Times New Roman"/>
          <w:b/>
          <w:i w:val="0"/>
          <w:color w:val="000000"/>
          <w:sz w:val="24"/>
          <w:rtl/>
          <w:szCs w:val="32"/>
        </w:rPr>
        <w:t>הַשָּׁמַיִם</w:t>
      </w:r>
      <w:r>
        <w:rPr>
          <w:rFonts w:ascii="Georgia" w:hAnsi="Georgia"/>
          <w:b w:val="0"/>
          <w:i w:val="0"/>
          <w:color w:val="000000"/>
          <w:sz w:val="24"/>
        </w:rPr>
        <w:t xml:space="preserve"> = 395). И в этом смысл [выражения] «край небес» (</w:t>
      </w:r>
      <w:r>
        <w:rPr>
          <w:rFonts w:ascii="Georgia" w:hAnsi="Georgia"/>
          <w:b w:val="0"/>
          <w:i/>
          <w:color w:val="000000"/>
          <w:sz w:val="24"/>
        </w:rPr>
        <w:t>кцэ а-шамаим</w:t>
      </w:r>
      <w:r>
        <w:rPr>
          <w:rFonts w:ascii="Georgia" w:hAnsi="Georgia"/>
          <w:b w:val="0"/>
          <w:i w:val="0"/>
          <w:color w:val="000000"/>
          <w:sz w:val="24"/>
        </w:rPr>
        <w:t xml:space="preserve">, где слово </w:t>
      </w:r>
      <w:r>
        <w:rPr>
          <w:rFonts w:ascii="Georgia" w:hAnsi="Georgia"/>
          <w:b w:val="0"/>
          <w:i/>
          <w:color w:val="000000"/>
          <w:sz w:val="24"/>
        </w:rPr>
        <w:t>кцэ</w:t>
      </w:r>
      <w:r>
        <w:rPr>
          <w:rFonts w:ascii="Georgia" w:hAnsi="Georgia"/>
          <w:b w:val="0"/>
          <w:i w:val="0"/>
          <w:color w:val="000000"/>
          <w:sz w:val="24"/>
        </w:rPr>
        <w:t xml:space="preserve"> имеет числовое значение 195, </w:t>
      </w:r>
      <w:r>
        <w:rPr>
          <w:rFonts w:ascii="Georgia" w:hAnsi="Georgia" w:cs="Times New Roman"/>
          <w:b/>
          <w:i w:val="0"/>
          <w:color w:val="000000"/>
          <w:sz w:val="24"/>
          <w:rtl/>
          <w:szCs w:val="32"/>
        </w:rPr>
        <w:t>קצ״ה</w:t>
      </w:r>
      <w:r>
        <w:rPr>
          <w:rFonts w:ascii="Georgia" w:hAnsi="Georgia"/>
          <w:b w:val="0"/>
          <w:i w:val="0"/>
          <w:color w:val="000000"/>
          <w:sz w:val="24"/>
        </w:rPr>
        <w:t xml:space="preserve">). Однако три этих имени ЭЙЕ сами по себе составляют гематрию слова </w:t>
      </w:r>
      <w:r>
        <w:rPr>
          <w:rFonts w:ascii="Georgia" w:hAnsi="Georgia"/>
          <w:b w:val="0"/>
          <w:i/>
          <w:color w:val="000000"/>
          <w:sz w:val="24"/>
        </w:rPr>
        <w:t>хотам</w:t>
      </w:r>
      <w:r>
        <w:rPr>
          <w:rFonts w:ascii="Georgia" w:hAnsi="Georgia"/>
          <w:b w:val="0"/>
          <w:i w:val="0"/>
          <w:color w:val="000000"/>
          <w:sz w:val="24"/>
        </w:rPr>
        <w:t xml:space="preserve"> — «печать» (</w:t>
      </w:r>
      <w:r>
        <w:rPr>
          <w:rFonts w:ascii="Georgia" w:hAnsi="Georgia" w:cs="Times New Roman"/>
          <w:b/>
          <w:i w:val="0"/>
          <w:color w:val="000000"/>
          <w:sz w:val="24"/>
          <w:rtl/>
          <w:szCs w:val="32"/>
        </w:rPr>
        <w:t>חוֹתָם</w:t>
      </w:r>
      <w:r>
        <w:rPr>
          <w:rFonts w:ascii="Georgia" w:hAnsi="Georgia"/>
          <w:b w:val="0"/>
          <w:i w:val="0"/>
          <w:color w:val="000000"/>
          <w:sz w:val="24"/>
        </w:rPr>
        <w:t xml:space="preserve"> = 454, с колель — 455), а в совокупности это 455 (</w:t>
      </w:r>
      <w:r>
        <w:rPr>
          <w:rFonts w:ascii="Georgia" w:hAnsi="Georgia" w:cs="Times New Roman"/>
          <w:b/>
          <w:i w:val="0"/>
          <w:color w:val="000000"/>
          <w:sz w:val="24"/>
          <w:rtl/>
          <w:szCs w:val="32"/>
        </w:rPr>
        <w:t>תנ״ה</w:t>
      </w:r>
      <w:r>
        <w:rPr>
          <w:rFonts w:ascii="Georgia" w:hAnsi="Georgia"/>
          <w:b w:val="0"/>
          <w:i w:val="0"/>
          <w:color w:val="000000"/>
          <w:sz w:val="24"/>
        </w:rPr>
        <w:t xml:space="preserve">). Они протягиваются от Бины, называемой </w:t>
      </w:r>
      <w:r>
        <w:rPr>
          <w:rFonts w:ascii="Georgia" w:hAnsi="Georgia"/>
          <w:b w:val="0"/>
          <w:i/>
          <w:color w:val="000000"/>
          <w:sz w:val="24"/>
        </w:rPr>
        <w:t>Ашер</w:t>
      </w:r>
      <w:r>
        <w:rPr>
          <w:rFonts w:ascii="Georgia" w:hAnsi="Georgia"/>
          <w:b w:val="0"/>
          <w:i w:val="0"/>
          <w:color w:val="000000"/>
          <w:sz w:val="24"/>
        </w:rPr>
        <w:t xml:space="preserve">, и об этом сказано: </w:t>
      </w:r>
      <w:r>
        <w:rPr>
          <w:rFonts w:ascii="Georgia" w:hAnsi="Georgia"/>
          <w:b w:val="0"/>
          <w:i/>
          <w:color w:val="000000"/>
          <w:sz w:val="24"/>
        </w:rPr>
        <w:t>«…Который [Ашер] величие Свое вознес (</w:t>
      </w:r>
      <w:r>
        <w:rPr>
          <w:rFonts w:ascii="Georgia" w:hAnsi="Georgia"/>
          <w:b w:val="0"/>
          <w:i w:val="0"/>
          <w:color w:val="000000"/>
          <w:sz w:val="24"/>
        </w:rPr>
        <w:t>тена</w:t>
      </w:r>
      <w:r>
        <w:rPr>
          <w:rFonts w:ascii="Georgia" w:hAnsi="Georgia"/>
          <w:b w:val="0"/>
          <w:i/>
          <w:color w:val="000000"/>
          <w:sz w:val="24"/>
        </w:rPr>
        <w:t xml:space="preserve">, </w:t>
      </w:r>
      <w:r>
        <w:rPr>
          <w:rFonts w:ascii="Georgia" w:hAnsi="Georgia" w:cs="Times New Roman"/>
          <w:b/>
          <w:i/>
          <w:color w:val="000000"/>
          <w:sz w:val="24"/>
          <w:rtl/>
          <w:szCs w:val="32"/>
        </w:rPr>
        <w:t>תְּנָה</w:t>
      </w:r>
      <w:r>
        <w:rPr>
          <w:rFonts w:ascii="Georgia" w:hAnsi="Georgia"/>
          <w:b w:val="0"/>
          <w:i/>
          <w:color w:val="000000"/>
          <w:sz w:val="24"/>
        </w:rPr>
        <w:t xml:space="preserve"> = 455) на небеса!»</w:t>
      </w:r>
      <w:r>
        <w:rPr>
          <w:rFonts w:ascii="Georgia" w:hAnsi="Georgia"/>
          <w:b w:val="0"/>
          <w:i w:val="0"/>
          <w:color w:val="000000"/>
          <w:sz w:val="24"/>
        </w:rPr>
        <w:t xml:space="preserve"> (Теилим 8:2). И внутри этой печати находится МАН, то есть имя БОН.</w:t>
      </w:r>
    </w:p>
    <w:p>
      <w:pPr>
        <w:keepNext/>
        <w:spacing w:before="240" w:after="80"/>
      </w:pPr>
      <w:r>
        <w:rPr>
          <w:rFonts w:ascii="Georgia" w:hAnsi="Georgia"/>
          <w:b w:val="0"/>
          <w:i w:val="0"/>
          <w:color w:val="000000"/>
          <w:sz w:val="27"/>
        </w:rPr>
        <w:t>Пункт 15</w:t>
      </w:r>
    </w:p>
    <w:p>
      <w:pPr>
        <w:spacing w:before="40" w:after="120"/>
        <w:jc w:val="both"/>
      </w:pPr>
      <w:r>
        <w:rPr>
          <w:rFonts w:ascii="Georgia" w:hAnsi="Georgia"/>
          <w:b w:val="0"/>
          <w:i w:val="0"/>
          <w:color w:val="000000"/>
          <w:sz w:val="24"/>
        </w:rPr>
        <w:t>(14) Имя САГ поднимает МАН Бины, имя АБ низводит МАД Абы, имя МА низводит МАД Зеир Анпина, а имя БОН поднимает МАН Нуквы.</w:t>
      </w:r>
    </w:p>
    <w:p>
      <w:pPr>
        <w:spacing w:before="40" w:after="120"/>
        <w:jc w:val="both"/>
      </w:pPr>
      <w:r>
        <w:rPr>
          <w:rFonts w:ascii="Georgia" w:hAnsi="Georgia"/>
          <w:b w:val="0"/>
          <w:i w:val="0"/>
          <w:color w:val="000000"/>
          <w:sz w:val="24"/>
        </w:rPr>
        <w:t>Примечание. Цемах: МАН Нуквы предшествует МАД Зеир Анпина. Конец примечания.</w:t>
      </w:r>
    </w:p>
    <w:p>
      <w:pPr>
        <w:keepNext/>
        <w:spacing w:before="240" w:after="80"/>
      </w:pPr>
      <w:r>
        <w:rPr>
          <w:rFonts w:ascii="Georgia" w:hAnsi="Georgia"/>
          <w:b w:val="0"/>
          <w:i w:val="0"/>
          <w:color w:val="000000"/>
          <w:sz w:val="27"/>
        </w:rPr>
        <w:t>Пункт 16</w:t>
      </w:r>
    </w:p>
    <w:p>
      <w:pPr>
        <w:spacing w:before="40" w:after="120"/>
        <w:jc w:val="both"/>
      </w:pPr>
      <w:r>
        <w:rPr>
          <w:rFonts w:ascii="Georgia" w:hAnsi="Georgia"/>
          <w:b w:val="0"/>
          <w:i w:val="0"/>
          <w:color w:val="000000"/>
          <w:sz w:val="24"/>
        </w:rPr>
        <w:t>(15) Бина называется именем ЭЙЕ (</w:t>
      </w:r>
      <w:r>
        <w:rPr>
          <w:rFonts w:ascii="Georgia" w:hAnsi="Georgia" w:cs="Times New Roman"/>
          <w:b/>
          <w:i w:val="0"/>
          <w:color w:val="000000"/>
          <w:sz w:val="24"/>
          <w:rtl/>
          <w:szCs w:val="32"/>
        </w:rPr>
        <w:t>אהיה</w:t>
      </w:r>
      <w:r>
        <w:rPr>
          <w:rFonts w:ascii="Georgia" w:hAnsi="Georgia"/>
          <w:b w:val="0"/>
          <w:i w:val="0"/>
          <w:color w:val="000000"/>
          <w:sz w:val="24"/>
        </w:rPr>
        <w:t>), а его подстановка — БОХО (</w:t>
      </w:r>
      <w:r>
        <w:rPr>
          <w:rFonts w:ascii="Georgia" w:hAnsi="Georgia" w:cs="Times New Roman"/>
          <w:b/>
          <w:i w:val="0"/>
          <w:color w:val="000000"/>
          <w:sz w:val="24"/>
          <w:rtl/>
          <w:szCs w:val="32"/>
        </w:rPr>
        <w:t>בוכ״ו</w:t>
      </w:r>
      <w:r>
        <w:rPr>
          <w:rFonts w:ascii="Georgia" w:hAnsi="Georgia"/>
          <w:b w:val="0"/>
          <w:i w:val="0"/>
          <w:color w:val="000000"/>
          <w:sz w:val="24"/>
        </w:rPr>
        <w:t>), по числу 34 (</w:t>
      </w:r>
      <w:r>
        <w:rPr>
          <w:rFonts w:ascii="Georgia" w:hAnsi="Georgia" w:cs="Times New Roman"/>
          <w:b/>
          <w:i w:val="0"/>
          <w:color w:val="000000"/>
          <w:sz w:val="24"/>
          <w:rtl/>
          <w:szCs w:val="32"/>
        </w:rPr>
        <w:t>יד״ך</w:t>
      </w:r>
      <w:r>
        <w:rPr>
          <w:rFonts w:ascii="Georgia" w:hAnsi="Georgia"/>
          <w:b w:val="0"/>
          <w:i w:val="0"/>
          <w:color w:val="000000"/>
          <w:sz w:val="24"/>
        </w:rPr>
        <w:t xml:space="preserve"> = 34), что указывает на руку Бины. В ней пять пальцев, представляющих собой пять букв МАНЦЕПАХ (</w:t>
      </w:r>
      <w:r>
        <w:rPr>
          <w:rFonts w:ascii="Georgia" w:hAnsi="Georgia" w:cs="Times New Roman"/>
          <w:b/>
          <w:i w:val="0"/>
          <w:color w:val="000000"/>
          <w:sz w:val="24"/>
          <w:rtl/>
          <w:szCs w:val="32"/>
        </w:rPr>
        <w:t>מנצפ״ך</w:t>
      </w:r>
      <w:r>
        <w:rPr>
          <w:rFonts w:ascii="Georgia" w:hAnsi="Georgia"/>
          <w:b w:val="0"/>
          <w:i w:val="0"/>
          <w:color w:val="000000"/>
          <w:sz w:val="24"/>
        </w:rPr>
        <w:t>), и от них протягивается к МАН Малхут. А ее МАН — это имя БОН. И эти два имени, ЭЙЕ и БОХО, суть сила, протягивающаяся в ее мохин, а оттуда передается сила в ее МАН для подъема.</w:t>
      </w:r>
    </w:p>
    <w:p>
      <w:pPr>
        <w:keepNext/>
        <w:spacing w:before="240" w:after="80"/>
      </w:pPr>
      <w:r>
        <w:rPr>
          <w:rFonts w:ascii="Georgia" w:hAnsi="Georgia"/>
          <w:b w:val="0"/>
          <w:i w:val="0"/>
          <w:color w:val="000000"/>
          <w:sz w:val="27"/>
        </w:rPr>
        <w:t>Пункт 17</w:t>
      </w:r>
    </w:p>
    <w:p>
      <w:pPr>
        <w:spacing w:before="40" w:after="120"/>
        <w:jc w:val="both"/>
      </w:pPr>
      <w:r>
        <w:rPr>
          <w:rFonts w:ascii="Georgia" w:hAnsi="Georgia"/>
          <w:b w:val="0"/>
          <w:i w:val="0"/>
          <w:color w:val="000000"/>
          <w:sz w:val="24"/>
        </w:rPr>
        <w:t>(16) Благодаря молитвам и служению, совершаемым праведниками в этом мире, они прибавляют и обновляют силу наверху изо дня в день и зажигают в Ацилуте свет безграничный и несравненный, прирастающий с каждым днем по сравнению с предыдущим. Нешама де-нешама уровня Ацилут праведника поднимается в Хохму, и благодаря ей соединяются Аба ве-Има посредством имени АБ с наполнением [буквами] йод, которое есть высший хесед (</w:t>
      </w:r>
      <w:r>
        <w:rPr>
          <w:rFonts w:ascii="Georgia" w:hAnsi="Georgia"/>
          <w:b w:val="0"/>
          <w:i/>
          <w:color w:val="000000"/>
          <w:sz w:val="24"/>
        </w:rPr>
        <w:t>хесед илаа</w:t>
      </w:r>
      <w:r>
        <w:rPr>
          <w:rFonts w:ascii="Georgia" w:hAnsi="Georgia"/>
          <w:b w:val="0"/>
          <w:i w:val="0"/>
          <w:color w:val="000000"/>
          <w:sz w:val="24"/>
        </w:rPr>
        <w:t xml:space="preserve">), совершающий высший зивуг и называемый </w:t>
      </w:r>
      <w:r>
        <w:rPr>
          <w:rFonts w:ascii="Georgia" w:hAnsi="Georgia"/>
          <w:b w:val="0"/>
          <w:i/>
          <w:color w:val="000000"/>
          <w:sz w:val="24"/>
        </w:rPr>
        <w:t>Мазла</w:t>
      </w:r>
      <w:r>
        <w:rPr>
          <w:rFonts w:ascii="Georgia" w:hAnsi="Georgia"/>
          <w:b w:val="0"/>
          <w:i w:val="0"/>
          <w:color w:val="000000"/>
          <w:sz w:val="24"/>
        </w:rPr>
        <w:t>. А нешама праведника, приходящая от Бины, поднимает МАН Бины посредством имени САГ. Руах де-Ацилут совершает зивуг для ЗОН посредством имени МА. А нефеш де-Ацилут поднимает МАН Малхут посредством имени БОН.</w:t>
      </w:r>
    </w:p>
    <w:p>
      <w:pPr>
        <w:spacing w:before="40" w:after="120"/>
        <w:jc w:val="both"/>
      </w:pPr>
      <w:r>
        <w:rPr>
          <w:rFonts w:ascii="Georgia" w:hAnsi="Georgia"/>
          <w:b w:val="0"/>
          <w:i w:val="0"/>
          <w:color w:val="000000"/>
          <w:sz w:val="24"/>
        </w:rPr>
        <w:t>Таким образом, души (</w:t>
      </w:r>
      <w:r>
        <w:rPr>
          <w:rFonts w:ascii="Georgia" w:hAnsi="Georgia"/>
          <w:b w:val="0"/>
          <w:i/>
          <w:color w:val="000000"/>
          <w:sz w:val="24"/>
        </w:rPr>
        <w:t>нешамот</w:t>
      </w:r>
      <w:r>
        <w:rPr>
          <w:rFonts w:ascii="Georgia" w:hAnsi="Georgia"/>
          <w:b w:val="0"/>
          <w:i w:val="0"/>
          <w:color w:val="000000"/>
          <w:sz w:val="24"/>
        </w:rPr>
        <w:t>) праведников — это МАН Бины, а нефеш — это МАН Малхут. И точно так же Тиферет и Малхут, являющиеся порождениями Бины, служат для нее МАН; однако Тиферет поднимается еще выше, в виде Даат, чтобы соединить ХУБ посредством имени АБ с наполнением йод, тогда как Малхут поднимается в виде МАН Бины посредством имени САГ. А души праведников, будучи порождениями Малхут, служат МАН Малхут подобным же образом.</w:t>
      </w:r>
    </w:p>
    <w:p>
      <w:pPr>
        <w:spacing w:before="40" w:after="120"/>
        <w:jc w:val="both"/>
      </w:pPr>
      <w:r>
        <w:rPr>
          <w:rFonts w:ascii="Georgia" w:hAnsi="Georgia"/>
          <w:b w:val="0"/>
          <w:i w:val="0"/>
          <w:color w:val="000000"/>
          <w:sz w:val="24"/>
        </w:rPr>
        <w:t>И знай, что при жизни души праведников поднимаются в Бину в виде МАН только через самопожертвование на казнь ради освящения Имени (Кидуш а-Шем). Однако нефеш может подниматься в виде МАН Малхут через готовность умереть ради соблюдения Торы и заповедей, и здесь казнь не требуется.</w:t>
      </w:r>
    </w:p>
    <w:p>
      <w:pPr>
        <w:keepNext/>
        <w:spacing w:before="240" w:after="80"/>
      </w:pPr>
      <w:r>
        <w:rPr>
          <w:rFonts w:ascii="Georgia" w:hAnsi="Georgia"/>
          <w:b w:val="0"/>
          <w:i w:val="0"/>
          <w:color w:val="000000"/>
          <w:sz w:val="27"/>
        </w:rPr>
        <w:t>Пункт 18</w:t>
      </w:r>
    </w:p>
    <w:p>
      <w:pPr>
        <w:spacing w:before="40" w:after="120"/>
        <w:jc w:val="both"/>
      </w:pPr>
      <w:r>
        <w:rPr>
          <w:rFonts w:ascii="Georgia" w:hAnsi="Georgia"/>
          <w:b w:val="0"/>
          <w:i w:val="0"/>
          <w:color w:val="000000"/>
          <w:sz w:val="24"/>
        </w:rPr>
        <w:t>(17) Первый дух (</w:t>
      </w:r>
      <w:r>
        <w:rPr>
          <w:rFonts w:ascii="Georgia" w:hAnsi="Georgia"/>
          <w:b w:val="0"/>
          <w:i/>
          <w:color w:val="000000"/>
          <w:sz w:val="24"/>
        </w:rPr>
        <w:t>руха кадмаа</w:t>
      </w:r>
      <w:r>
        <w:rPr>
          <w:rFonts w:ascii="Georgia" w:hAnsi="Georgia"/>
          <w:b w:val="0"/>
          <w:i w:val="0"/>
          <w:color w:val="000000"/>
          <w:sz w:val="24"/>
        </w:rPr>
        <w:t>) — это НАРАН женского начала, то есть БОН, САГ и МА, как известно; и это 216 (</w:t>
      </w:r>
      <w:r>
        <w:rPr>
          <w:rFonts w:ascii="Georgia" w:hAnsi="Georgia" w:cs="Times New Roman"/>
          <w:b/>
          <w:i w:val="0"/>
          <w:color w:val="000000"/>
          <w:sz w:val="24"/>
          <w:rtl/>
          <w:szCs w:val="32"/>
        </w:rPr>
        <w:t>רי״ו</w:t>
      </w:r>
      <w:r>
        <w:rPr>
          <w:rFonts w:ascii="Georgia" w:hAnsi="Georgia"/>
          <w:b w:val="0"/>
          <w:i w:val="0"/>
          <w:color w:val="000000"/>
          <w:sz w:val="24"/>
        </w:rPr>
        <w:t xml:space="preserve">), [гематрия слова] </w:t>
      </w:r>
      <w:r>
        <w:rPr>
          <w:rFonts w:ascii="Georgia" w:hAnsi="Georgia"/>
          <w:b w:val="0"/>
          <w:i/>
          <w:color w:val="000000"/>
          <w:sz w:val="24"/>
        </w:rPr>
        <w:t>гвура</w:t>
      </w:r>
      <w:r>
        <w:rPr>
          <w:rFonts w:ascii="Georgia" w:hAnsi="Georgia"/>
          <w:b w:val="0"/>
          <w:i w:val="0"/>
          <w:color w:val="000000"/>
          <w:sz w:val="24"/>
        </w:rPr>
        <w:t xml:space="preserve"> (</w:t>
      </w:r>
      <w:r>
        <w:rPr>
          <w:rFonts w:ascii="Georgia" w:hAnsi="Georgia" w:cs="Times New Roman"/>
          <w:b/>
          <w:i w:val="0"/>
          <w:color w:val="000000"/>
          <w:sz w:val="24"/>
          <w:rtl/>
          <w:szCs w:val="32"/>
        </w:rPr>
        <w:t>גְּבוּרָה</w:t>
      </w:r>
      <w:r>
        <w:rPr>
          <w:rFonts w:ascii="Georgia" w:hAnsi="Georgia"/>
          <w:b w:val="0"/>
          <w:i w:val="0"/>
          <w:color w:val="000000"/>
          <w:sz w:val="24"/>
        </w:rPr>
        <w:t xml:space="preserve"> = 216), где каждое [из трех названных имен] имеет значение 72 (АБ). Во втором же зивуге он передает ей собственно АБ, то есть ее уровень хая, и тогда она готова к полноценному зивугу для порождения, как известно: ведь и мужское начало не порождает, пока у него не будет хая, то есть [света] Хохмы в нем. Однако при первом соитии взамен ее АБ, которого ей недостает, он дает ей свет по стиху </w:t>
      </w:r>
      <w:r>
        <w:rPr>
          <w:rFonts w:ascii="Georgia" w:hAnsi="Georgia"/>
          <w:b w:val="0"/>
          <w:i/>
          <w:color w:val="000000"/>
          <w:sz w:val="24"/>
        </w:rPr>
        <w:t>«Свет посеян для праведника…»</w:t>
      </w:r>
      <w:r>
        <w:rPr>
          <w:rFonts w:ascii="Georgia" w:hAnsi="Georgia"/>
          <w:b w:val="0"/>
          <w:i w:val="0"/>
          <w:color w:val="000000"/>
          <w:sz w:val="24"/>
        </w:rPr>
        <w:t xml:space="preserve"> (Теилим 97:11), который становится уровнем нешама де-нешама — то есть АБ праведников.</w:t>
      </w:r>
    </w:p>
    <w:p>
      <w:pPr>
        <w:spacing w:before="40" w:after="120"/>
        <w:jc w:val="both"/>
      </w:pPr>
      <w:r>
        <w:rPr>
          <w:rFonts w:ascii="Georgia" w:hAnsi="Georgia"/>
          <w:b w:val="0"/>
          <w:i w:val="0"/>
          <w:color w:val="000000"/>
          <w:sz w:val="24"/>
        </w:rPr>
        <w:t>И это требует исследования. Ведь если НАРАН с полным основанием называется ее собственным духом, часть которого он затем дает в каждую душу, чтобы облачить ее, как известно, — то как уровень АБ может служить в двух качествах: [и как] Хохма в ней, [и как] проявление уровня хая (вариант прочтения: нешама), являющегося рождающимся плодом? И возможно, что во втором зивуге оба они притягиваются вместе: АБ — для ее собственного уровня хая, а внутри него облачается и включается хая рождающегося плода. И тем самым оказывается, что из первых 216 (</w:t>
      </w:r>
      <w:r>
        <w:rPr>
          <w:rFonts w:ascii="Georgia" w:hAnsi="Georgia" w:cs="Times New Roman"/>
          <w:b/>
          <w:i w:val="0"/>
          <w:color w:val="000000"/>
          <w:sz w:val="24"/>
          <w:rtl/>
          <w:szCs w:val="32"/>
        </w:rPr>
        <w:t>רי״ו</w:t>
      </w:r>
      <w:r>
        <w:rPr>
          <w:rFonts w:ascii="Georgia" w:hAnsi="Georgia"/>
          <w:b w:val="0"/>
          <w:i w:val="0"/>
          <w:color w:val="000000"/>
          <w:sz w:val="24"/>
        </w:rPr>
        <w:t>) притягивается НАРАН рождающегося плода, облачаясь и включаясь внутрь ее первого духа, содержащего ее НАРАН. И получается, что за два зивуга плод завершается. И, возможно, именно это мы говорили в предшествующих рассуждениях — что для каждого плода необходимы два зивуга. Из этого станет понятно, что невозможно поднять МАН, являющиеся свойством хая плода, до тех пор, пока не войдет ее первый дух, поскольку внутри него приходит НАРАН плода. Также ты поймешь, каким образом оттуда и выше, когда приходит нешама плода, она сначала приходит облаченной в ее нешаму. И оказывается, что только НАРАН плода приходят облаченными внутрь ее НАРАН, называемого «первый дух», а затем приходит уровень хая плода, облаченный в ее уровень хая. И это — упомянутые уровни: свет, вода, небосвод и сто благословений.</w:t>
      </w:r>
    </w:p>
    <w:p>
      <w:pPr>
        <w:spacing w:before="40" w:after="120"/>
        <w:jc w:val="both"/>
      </w:pPr>
      <w:r>
        <w:rPr>
          <w:rFonts w:ascii="Georgia" w:hAnsi="Georgia"/>
          <w:b w:val="0"/>
          <w:i w:val="0"/>
          <w:color w:val="000000"/>
          <w:sz w:val="24"/>
        </w:rPr>
        <w:t>Однако всё еще требует исследования то, что уровень хая плода называется светом и не облачается [в кли]; а если так, то как он пришел облаченным внутрь уровня хая Имы? И возможно, что он приходит включенным в нее, а затем отделяется от нее, не облачаясь.</w:t>
      </w:r>
    </w:p>
    <w:p>
      <w:pPr>
        <w:spacing w:before="40" w:after="120"/>
        <w:jc w:val="both"/>
      </w:pPr>
      <w:r>
        <w:rPr>
          <w:rFonts w:ascii="Georgia" w:hAnsi="Georgia"/>
          <w:b w:val="0"/>
          <w:i w:val="0"/>
          <w:color w:val="000000"/>
          <w:sz w:val="24"/>
        </w:rPr>
        <w:t>Примечание. Цемах: Также требует исследования то, что выше он сказал, будто АБ — это свет, затем [САГ] — вода, а затем [МА] — небосвод; здесь же он сказал, что вначале он дает ей САГ, МА и БОН, а затем — АБ. Конец примечания.</w:t>
      </w:r>
    </w:p>
    <w:p>
      <w:pPr>
        <w:keepNext/>
        <w:spacing w:before="240" w:after="80"/>
      </w:pPr>
      <w:r>
        <w:rPr>
          <w:rFonts w:ascii="Georgia" w:hAnsi="Georgia"/>
          <w:b w:val="0"/>
          <w:i w:val="0"/>
          <w:color w:val="000000"/>
          <w:sz w:val="27"/>
        </w:rPr>
        <w:t>Пункт 19</w:t>
      </w:r>
    </w:p>
    <w:p>
      <w:pPr>
        <w:spacing w:before="40" w:after="120"/>
        <w:jc w:val="both"/>
      </w:pPr>
      <w:r>
        <w:rPr>
          <w:rFonts w:ascii="Georgia" w:hAnsi="Georgia"/>
          <w:b w:val="0"/>
          <w:i w:val="0"/>
          <w:color w:val="000000"/>
          <w:sz w:val="24"/>
        </w:rPr>
        <w:t>Или, возможно, это относится к уровню нешама де-нешама и к НАРАН плода со стороны женского начала, как сказано выше. Однако все четыре свойства, имеющиеся у плода со стороны мужского начала, — это свет самого хеседа мужского начала, и он не облачается.</w:t>
      </w:r>
    </w:p>
    <w:p>
      <w:pPr>
        <w:spacing w:before="40" w:after="120"/>
        <w:jc w:val="both"/>
      </w:pPr>
      <w:r>
        <w:rPr>
          <w:rFonts w:ascii="Georgia" w:hAnsi="Georgia"/>
          <w:b w:val="0"/>
          <w:i w:val="0"/>
          <w:color w:val="000000"/>
          <w:sz w:val="24"/>
        </w:rPr>
        <w:t>Но требует исследования следующее: если так, то мужское начало изливает две капли — одну каплю нешамы и хая женского начала, а вторую каплю нешамы и хая плода?</w:t>
      </w:r>
    </w:p>
    <w:p>
      <w:pPr>
        <w:spacing w:before="40" w:after="120"/>
        <w:jc w:val="both"/>
      </w:pPr>
      <w:r>
        <w:rPr>
          <w:rFonts w:ascii="Georgia" w:hAnsi="Georgia"/>
          <w:b w:val="0"/>
          <w:i w:val="0"/>
          <w:color w:val="000000"/>
          <w:sz w:val="24"/>
        </w:rPr>
        <w:t xml:space="preserve">Также мне представляется, что четвертое свойство, называемое </w:t>
      </w:r>
      <w:r>
        <w:rPr>
          <w:rFonts w:ascii="Georgia" w:hAnsi="Georgia"/>
          <w:b w:val="0"/>
          <w:i/>
          <w:color w:val="000000"/>
          <w:sz w:val="24"/>
        </w:rPr>
        <w:t>«свет посеян для праведника…»</w:t>
      </w:r>
      <w:r>
        <w:rPr>
          <w:rFonts w:ascii="Georgia" w:hAnsi="Georgia"/>
          <w:b w:val="0"/>
          <w:i w:val="0"/>
          <w:color w:val="000000"/>
          <w:sz w:val="24"/>
        </w:rPr>
        <w:t xml:space="preserve"> (Теилим 97:11), оказывается ее уровнем хая. Однако поскольку она женское начало, она принимает душу праведника вместо него, а затем, во втором зивуге, он дает ей хая для плода самого праведника. И получается, что ее собственный уровень хая — это свойство «света, посеянного для праведника», так как это свойство мужского начала, называемое хая, представляющее собой мужское свойство внутри женского. И потому сказано, что они сами совершают зивуг с Малхут. И пойми это.</w:t>
      </w:r>
    </w:p>
    <w:p>
      <w:pPr>
        <w:keepNext/>
        <w:spacing w:before="240" w:after="80"/>
      </w:pPr>
      <w:r>
        <w:rPr>
          <w:rFonts w:ascii="Georgia" w:hAnsi="Georgia"/>
          <w:b w:val="0"/>
          <w:i w:val="0"/>
          <w:color w:val="000000"/>
          <w:sz w:val="27"/>
        </w:rPr>
        <w:t>Пункт 20</w:t>
      </w:r>
    </w:p>
    <w:p>
      <w:pPr>
        <w:spacing w:before="40" w:after="120"/>
        <w:jc w:val="both"/>
      </w:pPr>
      <w:r>
        <w:rPr>
          <w:rFonts w:ascii="Georgia" w:hAnsi="Georgia"/>
          <w:b w:val="0"/>
          <w:i w:val="0"/>
          <w:color w:val="000000"/>
          <w:sz w:val="24"/>
        </w:rPr>
        <w:t>(18) Гвурот, пока они еще пребывают в Даат мужского начала и передаются Нукве во время зивуга, называются мужскими (</w:t>
      </w:r>
      <w:r>
        <w:rPr>
          <w:rFonts w:ascii="Georgia" w:hAnsi="Georgia"/>
          <w:b w:val="0"/>
          <w:i/>
          <w:color w:val="000000"/>
          <w:sz w:val="24"/>
        </w:rPr>
        <w:t>дхурин</w:t>
      </w:r>
      <w:r>
        <w:rPr>
          <w:rFonts w:ascii="Georgia" w:hAnsi="Georgia"/>
          <w:b w:val="0"/>
          <w:i w:val="0"/>
          <w:color w:val="000000"/>
          <w:sz w:val="24"/>
        </w:rPr>
        <w:t>), и они выше, чем хасадим. Однако когда они передаются Нукве ради исправления ее собственного парцуфа, а затем она поднимает их в качестве МАН, тогда они становятся женскими (</w:t>
      </w:r>
      <w:r>
        <w:rPr>
          <w:rFonts w:ascii="Georgia" w:hAnsi="Georgia"/>
          <w:b w:val="0"/>
          <w:i/>
          <w:color w:val="000000"/>
          <w:sz w:val="24"/>
        </w:rPr>
        <w:t>нуквин</w:t>
      </w:r>
      <w:r>
        <w:rPr>
          <w:rFonts w:ascii="Georgia" w:hAnsi="Georgia"/>
          <w:b w:val="0"/>
          <w:i w:val="0"/>
          <w:color w:val="000000"/>
          <w:sz w:val="24"/>
        </w:rPr>
        <w:t>), уступающими хасадим.</w:t>
      </w:r>
    </w:p>
    <w:p>
      <w:pPr>
        <w:keepNext/>
        <w:spacing w:before="240" w:after="80"/>
      </w:pPr>
      <w:r>
        <w:rPr>
          <w:rFonts w:ascii="Georgia" w:hAnsi="Georgia"/>
          <w:b w:val="0"/>
          <w:i w:val="0"/>
          <w:color w:val="000000"/>
          <w:sz w:val="27"/>
        </w:rPr>
        <w:t>Пункт 21</w:t>
      </w:r>
    </w:p>
    <w:p>
      <w:pPr>
        <w:spacing w:before="40" w:after="120"/>
        <w:jc w:val="both"/>
      </w:pPr>
      <w:r>
        <w:rPr>
          <w:rFonts w:ascii="Georgia" w:hAnsi="Georgia"/>
          <w:b w:val="0"/>
          <w:i w:val="0"/>
          <w:color w:val="000000"/>
          <w:sz w:val="24"/>
        </w:rPr>
        <w:t>(19) Есть души людей, происходящие от зивуга Аба ве-Има де-Ацилут, и они — младшие братья для ЗОН, которые приходятся им старшими братьями, вышедшими первыми, раньше них. И когда эти старшие братья вышли из Есода Имы путем рождения, они оставили свой корень наверху. Поэтому невозможно, чтобы Има подняла МАН к Абе, если туда не поднимутся ЗОН, оставившие там свой корень. И тогда благодаря этим старшим братьям, то есть ЗОН, души, являющиеся младшими братьями, могут соединиться с ними и поднять в Иму МАН — но не сами по себе, а благодаря тому, что ЗОН соединятся там и ЗОН поднимутся вместе с ними.</w:t>
      </w:r>
    </w:p>
    <w:p>
      <w:pPr>
        <w:spacing w:before="40" w:after="120"/>
        <w:jc w:val="both"/>
      </w:pPr>
      <w:r>
        <w:rPr>
          <w:rFonts w:ascii="Georgia" w:hAnsi="Georgia"/>
          <w:b w:val="0"/>
          <w:i w:val="0"/>
          <w:color w:val="000000"/>
          <w:sz w:val="24"/>
        </w:rPr>
        <w:t xml:space="preserve">Примечание. Цемах: И Зеир Анпин называется старшим по смыслу стиха </w:t>
      </w:r>
      <w:r>
        <w:rPr>
          <w:rFonts w:ascii="Georgia" w:hAnsi="Georgia"/>
          <w:b w:val="0"/>
          <w:i/>
          <w:color w:val="000000"/>
          <w:sz w:val="24"/>
        </w:rPr>
        <w:t>«Сын Мой, первенец Мой, Исраэль»</w:t>
      </w:r>
      <w:r>
        <w:rPr>
          <w:rFonts w:ascii="Georgia" w:hAnsi="Georgia"/>
          <w:b w:val="0"/>
          <w:i w:val="0"/>
          <w:color w:val="000000"/>
          <w:sz w:val="24"/>
        </w:rPr>
        <w:t xml:space="preserve"> (Шмот 4:22), а остальные — это души праведников, вышедшие вслед за ним, как сказано выше. Конец примечания.</w:t>
      </w:r>
    </w:p>
    <w:p>
      <w:pPr>
        <w:keepNext/>
        <w:spacing w:before="240" w:after="80"/>
      </w:pPr>
      <w:r>
        <w:rPr>
          <w:rFonts w:ascii="Georgia" w:hAnsi="Georgia"/>
          <w:b w:val="0"/>
          <w:i w:val="0"/>
          <w:color w:val="000000"/>
          <w:sz w:val="27"/>
        </w:rPr>
        <w:t>Пункт 22</w:t>
      </w:r>
    </w:p>
    <w:p>
      <w:pPr>
        <w:spacing w:before="40" w:after="120"/>
        <w:jc w:val="both"/>
      </w:pPr>
      <w:r>
        <w:rPr>
          <w:rFonts w:ascii="Georgia" w:hAnsi="Georgia"/>
          <w:b w:val="0"/>
          <w:i w:val="0"/>
          <w:color w:val="000000"/>
          <w:sz w:val="24"/>
        </w:rPr>
        <w:t>(20) Знай, что четыре свойства привлекаются к Малхут:</w:t>
      </w:r>
    </w:p>
    <w:p>
      <w:pPr>
        <w:spacing w:before="40" w:after="120"/>
        <w:jc w:val="both"/>
      </w:pPr>
      <w:r>
        <w:rPr>
          <w:rFonts w:ascii="Georgia" w:hAnsi="Georgia"/>
          <w:b w:val="0"/>
          <w:i w:val="0"/>
          <w:color w:val="000000"/>
          <w:sz w:val="24"/>
        </w:rPr>
        <w:t>Первое — это ее нефеш, которую передает ей Есод мужского начала, чтобы она могла пробуждать МАН во время зивуга, ведь посредством этой нефеш создается кли.</w:t>
      </w:r>
    </w:p>
    <w:p>
      <w:pPr>
        <w:spacing w:before="40" w:after="120"/>
        <w:jc w:val="both"/>
      </w:pPr>
      <w:r>
        <w:rPr>
          <w:rFonts w:ascii="Georgia" w:hAnsi="Georgia"/>
          <w:b w:val="0"/>
          <w:i w:val="0"/>
          <w:color w:val="000000"/>
          <w:sz w:val="24"/>
        </w:rPr>
        <w:t>Второе и третье — это свойства руах и нешама, передаваемые ей; это имена САГ и МА.</w:t>
      </w:r>
    </w:p>
    <w:p>
      <w:pPr>
        <w:spacing w:before="40" w:after="120"/>
        <w:jc w:val="both"/>
      </w:pPr>
      <w:r>
        <w:rPr>
          <w:rFonts w:ascii="Georgia" w:hAnsi="Georgia"/>
          <w:b w:val="0"/>
          <w:i w:val="0"/>
          <w:color w:val="000000"/>
          <w:sz w:val="24"/>
        </w:rPr>
        <w:t xml:space="preserve">Четвертое — то, о чем сказано в недельной главе Трума, где сын рава Сафры истолковал стих </w:t>
      </w:r>
      <w:r>
        <w:rPr>
          <w:rFonts w:ascii="Georgia" w:hAnsi="Georgia"/>
          <w:b w:val="0"/>
          <w:i/>
          <w:color w:val="000000"/>
          <w:sz w:val="24"/>
        </w:rPr>
        <w:t>«Свет посеян для праведника…»</w:t>
      </w:r>
      <w:r>
        <w:rPr>
          <w:rFonts w:ascii="Georgia" w:hAnsi="Georgia"/>
          <w:b w:val="0"/>
          <w:i w:val="0"/>
          <w:color w:val="000000"/>
          <w:sz w:val="24"/>
        </w:rPr>
        <w:t xml:space="preserve"> (Теилим 97:11): ведь сами души праведников соединяются зивугом с Малхут и производят души, как сказано: </w:t>
      </w:r>
      <w:r>
        <w:rPr>
          <w:rFonts w:ascii="Georgia" w:hAnsi="Georgia"/>
          <w:b w:val="0"/>
          <w:i/>
          <w:color w:val="000000"/>
          <w:sz w:val="24"/>
        </w:rPr>
        <w:t>«…и души, которые они приобрели в Харане»</w:t>
      </w:r>
      <w:r>
        <w:rPr>
          <w:rFonts w:ascii="Georgia" w:hAnsi="Georgia"/>
          <w:b w:val="0"/>
          <w:i w:val="0"/>
          <w:color w:val="000000"/>
          <w:sz w:val="24"/>
        </w:rPr>
        <w:t xml:space="preserve"> (Берешит 12:5). И большинство зивугов, совершающихся во время изгнания, происходят именно таким образом.</w:t>
      </w:r>
    </w:p>
    <w:p>
      <w:pPr>
        <w:spacing w:before="40" w:after="120"/>
        <w:jc w:val="both"/>
      </w:pPr>
      <w:r>
        <w:rPr>
          <w:rFonts w:ascii="Georgia" w:hAnsi="Georgia"/>
          <w:b w:val="0"/>
          <w:i w:val="0"/>
          <w:color w:val="000000"/>
          <w:sz w:val="24"/>
        </w:rPr>
        <w:t>И вот, все эти упомянутые четыре свойства — это наполнение четырех букв имени БОН. И все четыре свойства включаются в первое свойство, то есть в нефеш, а оно включает в себя всё наполнение, и именно оно называется нефеш. Таким образом, всё это наполнение в целом пребывает на уровне нефеш, однако внутри него подробно раскрываются все четыре свойства.</w:t>
      </w:r>
    </w:p>
    <w:p>
      <w:pPr>
        <w:keepNext/>
        <w:spacing w:before="320" w:after="120"/>
      </w:pPr>
      <w:r>
        <w:rPr>
          <w:rFonts w:ascii="Georgia" w:hAnsi="Georgia"/>
          <w:b w:val="0"/>
          <w:i w:val="0"/>
          <w:color w:val="000000"/>
          <w:sz w:val="32"/>
        </w:rPr>
        <w:t>Ветвь 12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вначале ЗА берет света МА и БОН, представляющие собой совокупность «духа внутри нее» (руха де-бегавах) Бины, то есть две простые АВАЯ, числовое значение которых равно 52 (</w:t>
      </w:r>
      <w:r>
        <w:rPr>
          <w:rFonts w:ascii="Georgia" w:hAnsi="Georgia" w:cs="Times New Roman"/>
          <w:b/>
          <w:i w:val="0"/>
          <w:color w:val="000000"/>
          <w:sz w:val="24"/>
          <w:rtl/>
          <w:szCs w:val="32"/>
        </w:rPr>
        <w:t>ב״ן</w:t>
      </w:r>
      <w:r>
        <w:rPr>
          <w:rFonts w:ascii="Georgia" w:hAnsi="Georgia"/>
          <w:b w:val="0"/>
          <w:i w:val="0"/>
          <w:color w:val="000000"/>
          <w:sz w:val="24"/>
        </w:rPr>
        <w:t>). Они составляют Хесед и Гвуру в его Даат. Хасадим растят тело ЗА, как известно, и служат для него самого. Пять же гвурот остаются в его Есоде, но лишь их свечение выходит через ахор бе-ахор и растит тело Нуквы — для ее тела и ее сущности. Затем, при первой близости, он передает ей сами эти пять гвурот, и тем не менее в них есть совокупность МА и БОН, являющихся Хеседом и Гвурой. Они нужны уже не для ее тела, а составляют ее жизненную силу и нефеш, ее внутреннее содержание и духовность. Тогда в нее притягивается нефеш, а эти пять гвурот остаются в качестве духа (руха), служащего кли, которое поднимает МАН. И обрати пристальное внимание на то, что упомянутый МАН — это буквы МАНЦЕПАХ (</w:t>
      </w:r>
      <w:r>
        <w:rPr>
          <w:rFonts w:ascii="Georgia" w:hAnsi="Georgia" w:cs="Times New Roman"/>
          <w:b/>
          <w:i w:val="0"/>
          <w:color w:val="000000"/>
          <w:sz w:val="24"/>
          <w:rtl/>
          <w:szCs w:val="32"/>
        </w:rPr>
        <w:t>מנצפ״ך</w:t>
      </w:r>
      <w:r>
        <w:rPr>
          <w:rFonts w:ascii="Georgia" w:hAnsi="Georgia"/>
          <w:b w:val="0"/>
          <w:i w:val="0"/>
          <w:color w:val="000000"/>
          <w:sz w:val="24"/>
        </w:rPr>
        <w:t>), пять гвурот, тогда как двадцать две буквы составляют указанное кли. Посмотри также там, как двадцать две буквы образуют четыре с половиной кли, а один [набор букв] МАНЦЕПАХ (</w:t>
      </w:r>
      <w:r>
        <w:rPr>
          <w:rFonts w:ascii="Georgia" w:hAnsi="Georgia" w:cs="Times New Roman"/>
          <w:b/>
          <w:i w:val="0"/>
          <w:color w:val="000000"/>
          <w:sz w:val="24"/>
          <w:rtl/>
          <w:szCs w:val="32"/>
        </w:rPr>
        <w:t>מנצפ״ך</w:t>
      </w:r>
      <w:r>
        <w:rPr>
          <w:rFonts w:ascii="Georgia" w:hAnsi="Georgia"/>
          <w:b w:val="0"/>
          <w:i w:val="0"/>
          <w:color w:val="000000"/>
          <w:sz w:val="24"/>
        </w:rPr>
        <w:t>) — половину МАН. Их она получает, находясь спиной к спине, от свечения гвурот.</w:t>
      </w:r>
    </w:p>
    <w:p>
      <w:pPr>
        <w:spacing w:before="40" w:after="120"/>
        <w:jc w:val="both"/>
      </w:pPr>
      <w:r>
        <w:rPr>
          <w:rFonts w:ascii="Georgia" w:hAnsi="Georgia"/>
          <w:b w:val="0"/>
          <w:i w:val="0"/>
          <w:color w:val="000000"/>
          <w:sz w:val="24"/>
        </w:rPr>
        <w:t>Затем, во время их разделения (несира), она получает мохин не через ЗА; тогда она берет другие двадцать две буквы, и кли завершается. Также она берет другие буквы МАНЦЕПАХ — сами корни, а не только свечения, и завершается также МАН. Они представляют собой десять видов крови, как упоминается относительно порядка пасхальной ночи: вторые — пять чистых кровей, то есть услащенные гвурот, а первые — пять нечистых кровей, гвурот без услащения. Однако это требует осмысления: ведь там, относительно пасхальной ночи, было объяснено, что они — одеяния Хеседа и Гвуры; и это требует глубокого рассмотрения. Требует осмысления и то, что же нового привносится при первой близости, ведь кли и МАН завершились уже во время разделения. Вернемся же к теме: упомянутые Хесед и Гвура присутствовали в начале Ацилута, и они остаются там всегда — хасадим в ЗА в качестве кли для МАД, а пять гвурот в Нукве в качестве кли для МАН. И мне представляется, что суть здесь в следующем: для внешнего зивуга буквы МАНЦЕПАХ сами служат МАН, поскольку двадцать две буквы являются кли, как сказано выше.</w:t>
      </w:r>
    </w:p>
    <w:p>
      <w:pPr>
        <w:spacing w:before="40" w:after="120"/>
        <w:jc w:val="both"/>
      </w:pPr>
      <w:r>
        <w:rPr>
          <w:rFonts w:ascii="Georgia" w:hAnsi="Georgia"/>
          <w:b w:val="0"/>
          <w:i w:val="0"/>
          <w:color w:val="000000"/>
          <w:sz w:val="24"/>
        </w:rPr>
        <w:t>Однако для внутреннего зивуга этот МАН, то есть пять гвурот (МАНЦЕПАХ), становится находящейся в ней нефеш — лишь в качестве кли; а то, что притягивается затем, будет уже другим, новым МАН. Получается, что первые послужили для них келим, чтобы низводить МАД для принятия МАН. Сами же МАД и МАН возникают оттого, что Аба ве-Има вновь вступают в зивуг и дают им два других венца — МА и БОН, новые Хесед и Гвуру. Они распространяются в них подобно первым, и тогда они тоже совершают зивуг: Нуква поднимает МАН, представляющий собой новые гвурот, распространившиеся в ней, а мужское начало низводит пять новых хасадим. И все это происходит на основе первых келим — первых МАД и МАН, ставших келим, как сказано выше. По отношению к этим новым [светам] первые называются келим, а эти [новые] называются МАН и МАД.</w:t>
      </w:r>
    </w:p>
    <w:p>
      <w:pPr>
        <w:spacing w:before="40" w:after="120"/>
        <w:jc w:val="both"/>
      </w:pPr>
      <w:r>
        <w:rPr>
          <w:rFonts w:ascii="Georgia" w:hAnsi="Georgia"/>
          <w:b w:val="0"/>
          <w:i w:val="0"/>
          <w:color w:val="000000"/>
          <w:sz w:val="24"/>
        </w:rPr>
        <w:t xml:space="preserve">Тогда в Нукве формируется зародыш и выходит новая душа, относящаяся к внутренней части миров. Знай, что душа не может выйти из этих новых МАН и МАД иначе как облаченной в свечение указанных келим, образованных из первых Хеседа и Гвуры. Это и есть одеяние души, называемое </w:t>
      </w:r>
      <w:r>
        <w:rPr>
          <w:rFonts w:ascii="Georgia" w:hAnsi="Georgia"/>
          <w:b w:val="0"/>
          <w:i/>
          <w:color w:val="000000"/>
          <w:sz w:val="24"/>
        </w:rPr>
        <w:t>Элоа</w:t>
      </w:r>
      <w:r>
        <w:rPr>
          <w:rFonts w:ascii="Georgia" w:hAnsi="Georgia"/>
          <w:b w:val="0"/>
          <w:i w:val="0"/>
          <w:color w:val="000000"/>
          <w:sz w:val="24"/>
        </w:rPr>
        <w:t xml:space="preserve"> (</w:t>
      </w:r>
      <w:r>
        <w:rPr>
          <w:rFonts w:ascii="Georgia" w:hAnsi="Georgia" w:cs="Times New Roman"/>
          <w:b/>
          <w:i w:val="0"/>
          <w:color w:val="000000"/>
          <w:sz w:val="24"/>
          <w:rtl/>
          <w:szCs w:val="32"/>
        </w:rPr>
        <w:t>אֱלוֹהַּ</w:t>
      </w:r>
      <w:r>
        <w:rPr>
          <w:rFonts w:ascii="Georgia" w:hAnsi="Georgia"/>
          <w:b w:val="0"/>
          <w:i w:val="0"/>
          <w:color w:val="000000"/>
          <w:sz w:val="24"/>
        </w:rPr>
        <w:t xml:space="preserve">), как известно, и </w:t>
      </w:r>
      <w:r>
        <w:rPr>
          <w:rFonts w:ascii="Georgia" w:hAnsi="Georgia"/>
          <w:b w:val="0"/>
          <w:i/>
          <w:color w:val="000000"/>
          <w:sz w:val="24"/>
        </w:rPr>
        <w:t>Элоа</w:t>
      </w:r>
      <w:r>
        <w:rPr>
          <w:rFonts w:ascii="Georgia" w:hAnsi="Georgia"/>
          <w:b w:val="0"/>
          <w:i w:val="0"/>
          <w:color w:val="000000"/>
          <w:sz w:val="24"/>
        </w:rPr>
        <w:t xml:space="preserve"> — это одеяние кли, состоящего из первых Хеседа и Гвуры. (Слова </w:t>
      </w:r>
      <w:r>
        <w:rPr>
          <w:rFonts w:ascii="Georgia" w:hAnsi="Georgia"/>
          <w:b w:val="0"/>
          <w:i/>
          <w:color w:val="000000"/>
          <w:sz w:val="24"/>
        </w:rPr>
        <w:t>хотам</w:t>
      </w:r>
      <w:r>
        <w:rPr>
          <w:rFonts w:ascii="Georgia" w:hAnsi="Georgia"/>
          <w:b w:val="0"/>
          <w:i w:val="0"/>
          <w:color w:val="000000"/>
          <w:sz w:val="24"/>
        </w:rPr>
        <w:t xml:space="preserve"> — «печать» (</w:t>
      </w:r>
      <w:r>
        <w:rPr>
          <w:rFonts w:ascii="Georgia" w:hAnsi="Georgia" w:cs="Times New Roman"/>
          <w:b/>
          <w:i w:val="0"/>
          <w:color w:val="000000"/>
          <w:sz w:val="24"/>
          <w:rtl/>
          <w:szCs w:val="32"/>
        </w:rPr>
        <w:t>חוֹתָם</w:t>
      </w:r>
      <w:r>
        <w:rPr>
          <w:rFonts w:ascii="Georgia" w:hAnsi="Georgia"/>
          <w:b w:val="0"/>
          <w:i w:val="0"/>
          <w:color w:val="000000"/>
          <w:sz w:val="24"/>
        </w:rPr>
        <w:t xml:space="preserve">) и </w:t>
      </w:r>
      <w:r>
        <w:rPr>
          <w:rFonts w:ascii="Georgia" w:hAnsi="Georgia"/>
          <w:b w:val="0"/>
          <w:i/>
          <w:color w:val="000000"/>
          <w:sz w:val="24"/>
        </w:rPr>
        <w:t>Элоа</w:t>
      </w:r>
      <w:r>
        <w:rPr>
          <w:rFonts w:ascii="Georgia" w:hAnsi="Georgia"/>
          <w:b w:val="0"/>
          <w:i w:val="0"/>
          <w:color w:val="000000"/>
          <w:sz w:val="24"/>
        </w:rPr>
        <w:t xml:space="preserve"> (</w:t>
      </w:r>
      <w:r>
        <w:rPr>
          <w:rFonts w:ascii="Georgia" w:hAnsi="Georgia" w:cs="Times New Roman"/>
          <w:b/>
          <w:i w:val="0"/>
          <w:color w:val="000000"/>
          <w:sz w:val="24"/>
          <w:rtl/>
          <w:szCs w:val="32"/>
        </w:rPr>
        <w:t>אֱלוֹהַּ</w:t>
      </w:r>
      <w:r>
        <w:rPr>
          <w:rFonts w:ascii="Georgia" w:hAnsi="Georgia"/>
          <w:b w:val="0"/>
          <w:i w:val="0"/>
          <w:color w:val="000000"/>
          <w:sz w:val="24"/>
        </w:rPr>
        <w:t>) в сумме составляют 496 (</w:t>
      </w:r>
      <w:r>
        <w:rPr>
          <w:rFonts w:ascii="Georgia" w:hAnsi="Georgia" w:cs="Times New Roman"/>
          <w:b/>
          <w:i w:val="0"/>
          <w:color w:val="000000"/>
          <w:sz w:val="24"/>
          <w:rtl/>
          <w:szCs w:val="32"/>
        </w:rPr>
        <w:t>תצ״ו</w:t>
      </w:r>
      <w:r>
        <w:rPr>
          <w:rFonts w:ascii="Georgia" w:hAnsi="Georgia"/>
          <w:b w:val="0"/>
          <w:i w:val="0"/>
          <w:color w:val="000000"/>
          <w:sz w:val="24"/>
        </w:rPr>
        <w:t>), по числу слова Малхут (</w:t>
      </w:r>
      <w:r>
        <w:rPr>
          <w:rFonts w:ascii="Georgia" w:hAnsi="Georgia" w:cs="Times New Roman"/>
          <w:b/>
          <w:i w:val="0"/>
          <w:color w:val="000000"/>
          <w:sz w:val="24"/>
          <w:rtl/>
          <w:szCs w:val="32"/>
        </w:rPr>
        <w:t>מַלְכוּת</w:t>
      </w:r>
      <w:r>
        <w:rPr>
          <w:rFonts w:ascii="Georgia" w:hAnsi="Georgia"/>
          <w:b w:val="0"/>
          <w:i w:val="0"/>
          <w:color w:val="000000"/>
          <w:sz w:val="24"/>
        </w:rPr>
        <w:t xml:space="preserve">), намекая на то, что это кли облачено в два одеяния: </w:t>
      </w:r>
      <w:r>
        <w:rPr>
          <w:rFonts w:ascii="Georgia" w:hAnsi="Georgia"/>
          <w:b w:val="0"/>
          <w:i/>
          <w:color w:val="000000"/>
          <w:sz w:val="24"/>
        </w:rPr>
        <w:t>Элоа</w:t>
      </w:r>
      <w:r>
        <w:rPr>
          <w:rFonts w:ascii="Georgia" w:hAnsi="Georgia"/>
          <w:b w:val="0"/>
          <w:i w:val="0"/>
          <w:color w:val="000000"/>
          <w:sz w:val="24"/>
        </w:rPr>
        <w:t xml:space="preserve"> от Абы и «печать» от Имы, представляющая собой три Имени ЭЙЕ; оттуда и выходит душа, находящаяся во внутренней части, то есть в первых Хеседе и Гвуре). Это и есть </w:t>
      </w:r>
      <w:r>
        <w:rPr>
          <w:rFonts w:ascii="Georgia" w:hAnsi="Georgia"/>
          <w:b w:val="0"/>
          <w:i/>
          <w:color w:val="000000"/>
          <w:sz w:val="24"/>
        </w:rPr>
        <w:t>Элоа</w:t>
      </w:r>
      <w:r>
        <w:rPr>
          <w:rFonts w:ascii="Georgia" w:hAnsi="Georgia"/>
          <w:b w:val="0"/>
          <w:i w:val="0"/>
          <w:color w:val="000000"/>
          <w:sz w:val="24"/>
        </w:rPr>
        <w:t>. Подобно этому есть одеяние от Имы — «печать», и создание этого одеяния и есть само действие подъема МАН.</w:t>
      </w:r>
    </w:p>
    <w:p>
      <w:pPr>
        <w:spacing w:before="40" w:after="120"/>
        <w:jc w:val="both"/>
      </w:pPr>
      <w:r>
        <w:rPr>
          <w:rFonts w:ascii="Georgia" w:hAnsi="Georgia"/>
          <w:b w:val="0"/>
          <w:i w:val="0"/>
          <w:color w:val="000000"/>
          <w:sz w:val="24"/>
        </w:rPr>
        <w:t xml:space="preserve">Знай также, что это одеяние выше новых [светов], и потому притягивается вместе с душой, по смыслу сказанного: </w:t>
      </w:r>
      <w:r>
        <w:rPr>
          <w:rFonts w:ascii="Georgia" w:hAnsi="Georgia"/>
          <w:b w:val="0"/>
          <w:i/>
          <w:color w:val="000000"/>
          <w:sz w:val="24"/>
        </w:rPr>
        <w:t>«Как орел стережет гнездо свое, [над птенцами своими парит,] распростирает крылья свои, берет его...»</w:t>
      </w:r>
      <w:r>
        <w:rPr>
          <w:rFonts w:ascii="Georgia" w:hAnsi="Georgia"/>
          <w:b w:val="0"/>
          <w:i w:val="0"/>
          <w:color w:val="000000"/>
          <w:sz w:val="24"/>
        </w:rPr>
        <w:t xml:space="preserve"> (Дварим 32:11), чтобы оберегать детей. Поэтому именно оно впоследствии поднимает душу в виде МАН: ведь они поднимают их, тогда как у них самих нет сил подняться. Выходит, что кли больше МАН и что кли — это сила самой сущности Отца и Матери, позволяющая порождать детей, их ветви, и они облачают их, чтобы оберегать. Глубоко пойми, как устроен подъем МАН посредством кли: это их облачение в данное одеяние Нуквы; в этом заключается предельное объяснение данного вопроса, и сохрани его. Знай также другое правило, вытекающее отсюда, и помни его: все эти новые света становятся душами и не остаются в Зеир [Анпине] и Нукве, существуя лишь ради сыновей — душ. Поэтому каждый раз требуется новый зивуг, поскольку прежний свет исчерпывается и уходит, и они снова притягивают [свет] для других детей.</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Примечание. Однако это требует осмысления: ведь первые — внешние, а новые — внутренние; как же первые могут быть больше них? Мне представляется, что «дух» (руха) присутствует как во внешнем, так и во внутреннем, и все они происходят из первых [светов]; новые же также делятся на внешние и внутренние. Если так, то внешний «дух» становится одеянием для новых внешних [светов], а внутренний «дух» — одеянием для новых внутренних. В таком случае потребуется внутренняя первая близость, чтобы сделать ее кли, и внешняя первая близость, чтобы сделать [ее] кли. Возможно также, что внутреннее, то есть души, требует новых светов, тогда как для внешнего, откуда притягивается лишь жизненная сила, новые света каждый раз не нужны. Поэтому нет необходимости поднимать МАН иначе как для внутреннего при чтении «Шма», а не для внешнего, как прямо сказано там (см. там). Этот вопрос остается открытым и требует дальнейшего изучения. Конец примечания.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Знай, что весь этот дух, который он оставляет в ней (руха де-шавик ба), относится к нижнему зивугу, происходящему от распространения хасадим семи нижних сфирот (ЗАТ) в теле. Есть также другой зивуг, высший, происходящий непосредственно в трех первых сфирот (ГАР) ЗА, и он называется «первыми поцелуями» (нешикин кадмаин). Тогда эти первые поцелуи — это дух, который он дает внутрь нее в ГАР, и он становится кли для новых поцелуев, являющихся МАН. И от поцелуев рождаются ангелы и души — так же, как и от нижнего зивуга. И мне представляется, что этим подтверждается сказанное в другом месте: существует дух во внешнем для ангелов — как в ГАР, так и в ЗАТ; и есть дух во внутреннем в ГАР и ЗАТ для душ.</w:t>
      </w:r>
    </w:p>
    <w:p>
      <w:pPr>
        <w:spacing w:before="40" w:after="120"/>
        <w:jc w:val="both"/>
      </w:pPr>
      <w:r>
        <w:rPr>
          <w:rFonts w:ascii="Georgia" w:hAnsi="Georgia"/>
          <w:b w:val="0"/>
          <w:i w:val="0"/>
          <w:color w:val="000000"/>
          <w:sz w:val="24"/>
        </w:rPr>
        <w:t>Следовательно, нельзя утверждать, будто внутреннее — это ГАР, а внешнее — ЗАТ; напротив, в каждых десяти сфирот есть внешняя и внутренняя части, помни это. МАН, который Малхут поднимает в утренней молитве Шаббата к ЗА, предназначен для душ (внутреннее — это души), тогда как МАН высшей Имы служит для того, чтобы притянуть внутренний свет разума состояния величия (мохин де-гадлут) для ЗОН. Эти подробности уже разъяснялись во «Вратах зивугим»: в Абе ве-Име есть два вида зивугов — внешний и внутренний. Знай, что этот внутренний зивуг происходит не постоянно. При внешнем зивуге Абы ве-Имы того первого духа достаточно, чтобы поднимать МАН от новых Хеседа и Гвуры только ради жизненной силы, ведь тот первый дух — это корень ЗОН, который всегда остается наверху. Однако при внутреннем зивуге Абы ве-Имы, предназначенном для притягивания новых внутренних душ, необходимо, чтобы и внутренние мохин ЗОН поднялись наверх.</w:t>
      </w:r>
    </w:p>
    <w:p>
      <w:pPr>
        <w:spacing w:before="40" w:after="120"/>
        <w:jc w:val="both"/>
      </w:pPr>
      <w:r>
        <w:rPr>
          <w:rFonts w:ascii="Georgia" w:hAnsi="Georgia"/>
          <w:b w:val="0"/>
          <w:i w:val="0"/>
          <w:color w:val="000000"/>
          <w:sz w:val="24"/>
        </w:rPr>
        <w:t xml:space="preserve">Тогда именно они поднимают МАН — новые внутренние Хесед и Гвуру — ради душ, поскольку этот зивуг прерывается, и требуется, чтобы сами ЗОН подняли МАН. Семь нижних сфирот Абы ве-Имы — это ИШСУТ, и в них есть три уровня: первый — сущность, второй — кли, поднимающее в них МАН, и третий — сам МАН. Вначале ЗОН получают оттуда свечение, являющееся мохин де-еника: окружающие света Имы и внутренние света Абы, упомянутые там. Знай: поскольку у него есть окружающие света стадии вскармливания (макифим де-еника) Имы, он может поднимать МАН ради состояния величия (гадлут) внутренних [светов]. Эти мохин де-еника, являющиеся окружающими светами Имы, пришли к ним от внешнего зивуга Абы ве-Имы, то есть ИШСУТ, без того чтобы они поднимали туда МАН, поскольку Имя ЭЛОКИМ, соответствующее вскармливанию, относится к внешней части миров, тогда как мохин де-гадлут относятся к внутренней части и представляют собой Имена АВАЯ (см. там). Это требует осмысления: ведь во внешнем зивуге также есть поцелуи из ГАР и нижний зивуг из ЗАТ, равно как и во внутреннем; и значит, как во внешнем, так и во внутреннем есть состояние величия. Возможно, пока у них есть лишь мохин де-гадлут от Исраэль Саба ве-Твуны, это называется внешним величием, которому уже предшествовали вскармливание (еника) и зачатие (ибур). Когда же они получают также второй мохин второго малого состояния, образованного из букв имени </w:t>
      </w:r>
      <w:r>
        <w:rPr>
          <w:rFonts w:ascii="Georgia" w:hAnsi="Georgia"/>
          <w:b w:val="0"/>
          <w:i/>
          <w:color w:val="000000"/>
          <w:sz w:val="24"/>
        </w:rPr>
        <w:t>эхдатам</w:t>
      </w:r>
      <w:r>
        <w:rPr>
          <w:rFonts w:ascii="Georgia" w:hAnsi="Georgia"/>
          <w:b w:val="0"/>
          <w:i w:val="0"/>
          <w:color w:val="000000"/>
          <w:sz w:val="24"/>
        </w:rPr>
        <w:t xml:space="preserve"> (</w:t>
      </w:r>
      <w:r>
        <w:rPr>
          <w:rFonts w:ascii="Georgia" w:hAnsi="Georgia" w:cs="Times New Roman"/>
          <w:b/>
          <w:i w:val="0"/>
          <w:color w:val="000000"/>
          <w:sz w:val="24"/>
          <w:rtl/>
          <w:szCs w:val="32"/>
        </w:rPr>
        <w:t>אכדט״ם</w:t>
      </w:r>
      <w:r>
        <w:rPr>
          <w:rFonts w:ascii="Georgia" w:hAnsi="Georgia"/>
          <w:b w:val="0"/>
          <w:i w:val="0"/>
          <w:color w:val="000000"/>
          <w:sz w:val="24"/>
        </w:rPr>
        <w:t>), и второе состояние величия от высших Абы ве-Имы из ХАГАТ, тогда это внутреннее состояние.</w:t>
      </w:r>
    </w:p>
    <w:p>
      <w:pPr>
        <w:spacing w:before="40" w:after="120"/>
        <w:jc w:val="both"/>
      </w:pPr>
      <w:r>
        <w:rPr>
          <w:rFonts w:ascii="Georgia" w:hAnsi="Georgia"/>
          <w:b w:val="0"/>
          <w:i w:val="0"/>
          <w:color w:val="000000"/>
          <w:sz w:val="24"/>
        </w:rPr>
        <w:t>Получается, что есть зачатие, вскармливание и мохин во внешнем — когда они получают от Исраэль Саба ве-Твуны, и точно так же у них есть зачатие, вскармливание и мохин во внутреннем — когда они получают от высших Абы ве-Имы. Можно также сказать, что Исраэль Саба ве-Твуна — это внешняя часть Абы ве-Имы, а Яаков и Рахель [в малом состоянии — это внешняя часть Абы ве-Имы, а Яаков и Рахель и т. д.], оба вместе в малом состоянии, являются внешней частью ЗОН; и они суть Йешурун и Рахель — внешняя часть ЗОН. И все это требует дальнейшего изучения. (Записано на полях: Подобно тому как ЗОН оставили свой корень внутри высшей Имы при выходе оттуда, и корень их — это тот дух, который он оставил внутри нее, точно так же все души праведников, выходящие либо из Бины, либо из Малхут, оставляют там свой корень в виде «духа внутри нее». Глубоко пойми это: души, выходящие впоследствии, облачаются в тот дух ЗА и в тот дух душ, которые предшествовали им. И оказывается, что в этом духе Нуквы — как в Бине, так и в Малхут — заключен корень МА и БОН, однако основа его — БОН, относящийся к гвурот. В мужском же начале все наоборот: ведь дух Абы находится в его Есоде, или в ЗА основа его — МА, относящийся к хасадим. А затем, при зивуге паним бе-паним, он передает ей сами хасадим от МА. До сих пор запись на полях).</w:t>
      </w:r>
    </w:p>
    <w:p>
      <w:pPr>
        <w:keepNext/>
        <w:spacing w:before="320" w:after="120"/>
      </w:pPr>
      <w:r>
        <w:rPr>
          <w:rFonts w:ascii="Georgia" w:hAnsi="Georgia"/>
          <w:b w:val="0"/>
          <w:i w:val="0"/>
          <w:color w:val="000000"/>
          <w:sz w:val="32"/>
        </w:rPr>
        <w:t>Ветвь 13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Два венца — это Хесед и Гвура, и они суть 72 (</w:t>
      </w:r>
      <w:r>
        <w:rPr>
          <w:rFonts w:ascii="Georgia" w:hAnsi="Georgia" w:cs="Times New Roman"/>
          <w:b/>
          <w:i w:val="0"/>
          <w:color w:val="000000"/>
          <w:sz w:val="24"/>
          <w:rtl/>
          <w:szCs w:val="32"/>
        </w:rPr>
        <w:t>ע״ב</w:t>
      </w:r>
      <w:r>
        <w:rPr>
          <w:rFonts w:ascii="Georgia" w:hAnsi="Georgia"/>
          <w:b w:val="0"/>
          <w:i w:val="0"/>
          <w:color w:val="000000"/>
          <w:sz w:val="24"/>
        </w:rPr>
        <w:t>) и 130 (</w:t>
      </w:r>
      <w:r>
        <w:rPr>
          <w:rFonts w:ascii="Georgia" w:hAnsi="Georgia" w:cs="Times New Roman"/>
          <w:b/>
          <w:i w:val="0"/>
          <w:color w:val="000000"/>
          <w:sz w:val="24"/>
          <w:rtl/>
          <w:szCs w:val="32"/>
        </w:rPr>
        <w:t>ק״ל</w:t>
      </w:r>
      <w:r>
        <w:rPr>
          <w:rFonts w:ascii="Georgia" w:hAnsi="Georgia"/>
          <w:b w:val="0"/>
          <w:i w:val="0"/>
          <w:color w:val="000000"/>
          <w:sz w:val="24"/>
        </w:rPr>
        <w:t>): 72 — Хесед, а 130 — Гвура. И если ты сложишь 26 (</w:t>
      </w:r>
      <w:r>
        <w:rPr>
          <w:rFonts w:ascii="Georgia" w:hAnsi="Georgia" w:cs="Times New Roman"/>
          <w:b/>
          <w:i w:val="0"/>
          <w:color w:val="000000"/>
          <w:sz w:val="24"/>
          <w:rtl/>
          <w:szCs w:val="32"/>
        </w:rPr>
        <w:t>כ״ו</w:t>
      </w:r>
      <w:r>
        <w:rPr>
          <w:rFonts w:ascii="Georgia" w:hAnsi="Georgia"/>
          <w:b w:val="0"/>
          <w:i w:val="0"/>
          <w:color w:val="000000"/>
          <w:sz w:val="24"/>
        </w:rPr>
        <w:t>) Имени АВАЯ, 32 (</w:t>
      </w:r>
      <w:r>
        <w:rPr>
          <w:rFonts w:ascii="Georgia" w:hAnsi="Georgia" w:cs="Times New Roman"/>
          <w:b/>
          <w:i w:val="0"/>
          <w:color w:val="000000"/>
          <w:sz w:val="24"/>
          <w:rtl/>
          <w:szCs w:val="32"/>
        </w:rPr>
        <w:t>ל״ב</w:t>
      </w:r>
      <w:r>
        <w:rPr>
          <w:rFonts w:ascii="Georgia" w:hAnsi="Georgia"/>
          <w:b w:val="0"/>
          <w:i w:val="0"/>
          <w:color w:val="000000"/>
          <w:sz w:val="24"/>
        </w:rPr>
        <w:t>) пути Хохмы и упомянутые 72, то в мужском начале получится 130, как и 130 в женском. Однако поскольку оно — мужское начало, оно называется только числом 72. Посмотри выше, ведь 72 и 130 — все они относятся к обратной стороне (ахораим) и составляют зивуг спиной к спине (другой вариант текста: «и они — Хесед и Гвура Абы»). Примечание [Цемаха]. Мне представляется, что Хесед и Гвура состояния лицом к лицу — это 72 с буквами йод и пять Имен АВАЯ Гвуры, составляющие 130; вот 72 и 130 лицевой стороны. Конец примечания.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Теперь объясним суть зивуга ЗА и Рахели, являющихся высшими Адамом и Хавой, после греха Адама а-Ришона. Когда Рахель поднялась наверх, она заняла место Леи, поскольку парцуф Леи завершился наверху, и она целиком пребывает в Ацилуте. Тогда она берет также МАН из Есода Леи взаймы и вступает в зивуг с ЗА. И тогда он передает ей те две с двумя третями гвурот (три гвурот без одной трети), которые распространились в нем и раскрыты в виде МАД. И хотя она уменьшилась со своего места, все же осталась в Ацилуте (а теперь она находится в Брие), и в ней не распространились ни хасадим, ни гвурот, и в ее Есоде еще нет МАН, как сказано выше, — поэтому она поднимает те пять гвурот из Есода Леи, являющиеся МАН, и оттуда родился Каин.</w:t>
      </w:r>
    </w:p>
    <w:p>
      <w:pPr>
        <w:spacing w:before="40" w:after="120"/>
        <w:jc w:val="both"/>
      </w:pPr>
      <w:r>
        <w:rPr>
          <w:rFonts w:ascii="Georgia" w:hAnsi="Georgia"/>
          <w:b w:val="0"/>
          <w:i w:val="0"/>
          <w:color w:val="000000"/>
          <w:sz w:val="24"/>
        </w:rPr>
        <w:t>Затем она снова вступила с ним в зивуг во второй раз, и тогда он передает ей остаток гвурот, которые также распространились в нем после передачи первых гвурот посредством зивуга. И теперь он передает их в качестве МАД, а также она берет пять хасадим, которые были в шести концах (ВАК) Леи. Когда же Рахель берет пять гвурот из Есода Леи, все хасадим распространились и опустились в Есод Леи; теперь Рахель берет их, и они стали в ней в виде МАН, и родился Эвель. Затем он снова вступает в зивуг в третий раз, и тогда передает МАД от всех пяти хасадим; часть их опустилась и распространилась после того, как оттуда вышли гвурот, а поскольку по своей природе они — «вода», все они смогли выйти теперь, хотя в нем распространилась лишь их часть. Рахель же подняла в виде МАН решимо первых хасадим, поскольку гвурот не оставляют столь явного решимо, как хасадим. Примечание. Мне представляется, что это понятно из сказанного: ведь решимо происходит от Малхут, и потому в Малхут хасадим есть реальная сила, тогда как в пяти гвурот нет столь яркого свечения.</w:t>
      </w:r>
    </w:p>
    <w:p>
      <w:pPr>
        <w:spacing w:before="40" w:after="120"/>
        <w:jc w:val="both"/>
      </w:pPr>
      <w:r>
        <w:rPr>
          <w:rFonts w:ascii="Georgia" w:hAnsi="Georgia"/>
          <w:b w:val="0"/>
          <w:i w:val="0"/>
          <w:color w:val="000000"/>
          <w:sz w:val="24"/>
        </w:rPr>
        <w:t>Отсюда ты поймешь также, что пять гвурот и пять хасадим, опускающиеся из Даат и передаваемые Нукве посредством зивуга, являются МАД, а будучи переданы Нукве для исправления ее тела и затем опускаясь в Есод, они становятся МАН. Пойми также, что пока не исчерпались прежние МАН и МАД, не приходят новые для его нужд и для ее нужд — для МАД в нем и для МАН в ней. Конец примечания.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Теперь объясним вопрос мужских и женских светов как в хасадим, так и в гвурот. Суть в том, что тебе необходимо знать строение Даат в ЗА: ведь все капли зивуга притягиваются из него. Сначала вступают в зивуг мозг Хохмы и мозг Бины, и они притягивают каплю в Даат, который является согласующим звеном между ними и включает в себя оба — мозг хасадим и мозг гвурот — в мозге Даат. Если так, то капля притягивается исключительно из самого мозга Даат, и пойми это. Выходит, что все души происходят только из Даат — либо из содержащихся в нем хасадим, либо из содержащихся в нем гвурот, как сказано. Знай, что у ЗА есть три мозга — ХАБАД, и Даат включает в себя Хесед и Гвуру, которые он получил из ХУБ.</w:t>
      </w:r>
    </w:p>
    <w:p>
      <w:pPr>
        <w:spacing w:before="40" w:after="120"/>
        <w:jc w:val="both"/>
      </w:pPr>
      <w:r>
        <w:rPr>
          <w:rFonts w:ascii="Georgia" w:hAnsi="Georgia"/>
          <w:b w:val="0"/>
          <w:i w:val="0"/>
          <w:color w:val="000000"/>
          <w:sz w:val="24"/>
        </w:rPr>
        <w:t>Затем корень венца Хеседа целиком остается там, в Даат, а от него опускаются пять хасадим распространения в пять его концов, как известно, и затем их совокупность опускается в его Есод. Однако и корень венца Гвуры также остается в нем, ведь иначе и разум мужчины был бы легковесным, подобно женскому. И более того: от него также притягиваются и распространяются пять гвурот в пять концов, а их совокупность опускается также в Есод; таким образом, у ЗА есть два венца. Затем свечение выходит из венца Гвуры, чей корень остался в Даат ЗА, идет позади ЗА через отверстие, пробитое на уровне груди (хазе), и переходит на обратную сторону, как упомянуто в «Идра Насо» (лист 141а): тогда гвурот идут к ней через это отверстие, как сказано выше. И ими выстраивается внутренняя часть ее тела; это женские гвурот, когда она поднимает их затем в качестве МАН. Точно так же даже хасадим, переходящие к ней для построения ее тела, как известно, — это женские хасадим. Те же, что остаются в самом ЗА и которые он затем передает ей во время зивуга (подобно сказанному выше о Каине и Эвеле), — все они мужские, будь то хасадим или гвурот. Есть и другое объяснение: ведь корень этих двух венцов — два плеча АА, как известно, и там они мужские; потому при спуске вниз, пока они пребывают в мужском начале, они называются мужскими, а когда находятся в Нукве — женскими. Есть и еще одно объяснение для любого проявления, где бы оно ни находилось: когда высший свет распространяется, если он находится в месте, где не проходит сквозь перегородку, он называется мужским. Так и ЗА получает свои света, выходящие открыто из Есода Имы, находящегося на уровне его груди, и они все еще точно такие же, какими вышли из мозга Отца; поэтому даже гвурот в нем мужские.</w:t>
      </w:r>
    </w:p>
    <w:p>
      <w:pPr>
        <w:spacing w:before="40" w:after="120"/>
        <w:jc w:val="both"/>
      </w:pPr>
      <w:r>
        <w:rPr>
          <w:rFonts w:ascii="Georgia" w:hAnsi="Georgia"/>
          <w:b w:val="0"/>
          <w:i w:val="0"/>
          <w:color w:val="000000"/>
          <w:sz w:val="24"/>
        </w:rPr>
        <w:t xml:space="preserve">Но когда свет проходит сквозь перегородку, пронизанную отверстиями для света, и выходит через перегородку — подобно свету, выходящему к Нукве через отверстия перегородок тела ЗА, — он называется женским, поскольку выходит через отверстия; к тому же его сила несомненно ослабевает, уподобляясь женской, когда проходит через отверстие. И это главное объяснение в данном вопросе: ослабление силы происходит оттого, что свет выходит через отверстие, и такое ослабление возникает только по причине его прохождения через экран с отверстиями. В этом смысл слова </w:t>
      </w:r>
      <w:r>
        <w:rPr>
          <w:rFonts w:ascii="Georgia" w:hAnsi="Georgia"/>
          <w:b w:val="0"/>
          <w:i/>
          <w:color w:val="000000"/>
          <w:sz w:val="24"/>
        </w:rPr>
        <w:t>некева</w:t>
      </w:r>
      <w:r>
        <w:rPr>
          <w:rFonts w:ascii="Georgia" w:hAnsi="Georgia"/>
          <w:b w:val="0"/>
          <w:i w:val="0"/>
          <w:color w:val="000000"/>
          <w:sz w:val="24"/>
        </w:rPr>
        <w:t xml:space="preserve"> — «женское начало» (</w:t>
      </w:r>
      <w:r>
        <w:rPr>
          <w:rFonts w:ascii="Georgia" w:hAnsi="Georgia" w:cs="Times New Roman"/>
          <w:b/>
          <w:i w:val="0"/>
          <w:color w:val="000000"/>
          <w:sz w:val="24"/>
          <w:rtl/>
          <w:szCs w:val="32"/>
        </w:rPr>
        <w:t>נְקֵבָה</w:t>
      </w:r>
      <w:r>
        <w:rPr>
          <w:rFonts w:ascii="Georgia" w:hAnsi="Georgia"/>
          <w:b w:val="0"/>
          <w:i w:val="0"/>
          <w:color w:val="000000"/>
          <w:sz w:val="24"/>
        </w:rPr>
        <w:t xml:space="preserve">): </w:t>
      </w:r>
      <w:r>
        <w:rPr>
          <w:rFonts w:ascii="Georgia" w:hAnsi="Georgia"/>
          <w:b w:val="0"/>
          <w:i/>
          <w:color w:val="000000"/>
          <w:sz w:val="24"/>
        </w:rPr>
        <w:t>некев</w:t>
      </w:r>
      <w:r>
        <w:rPr>
          <w:rFonts w:ascii="Georgia" w:hAnsi="Georgia"/>
          <w:b w:val="0"/>
          <w:i w:val="0"/>
          <w:color w:val="000000"/>
          <w:sz w:val="24"/>
        </w:rPr>
        <w:t xml:space="preserve"> — «отверстие» (</w:t>
      </w:r>
      <w:r>
        <w:rPr>
          <w:rFonts w:ascii="Georgia" w:hAnsi="Georgia" w:cs="Times New Roman"/>
          <w:b/>
          <w:i w:val="0"/>
          <w:color w:val="000000"/>
          <w:sz w:val="24"/>
          <w:rtl/>
          <w:szCs w:val="32"/>
        </w:rPr>
        <w:t>נֶקֶב</w:t>
      </w:r>
      <w:r>
        <w:rPr>
          <w:rFonts w:ascii="Georgia" w:hAnsi="Georgia"/>
          <w:b w:val="0"/>
          <w:i w:val="0"/>
          <w:color w:val="000000"/>
          <w:sz w:val="24"/>
        </w:rPr>
        <w:t>) и буква хэй (</w:t>
      </w:r>
      <w:r>
        <w:rPr>
          <w:rFonts w:ascii="Georgia" w:hAnsi="Georgia" w:cs="Times New Roman"/>
          <w:b/>
          <w:i w:val="0"/>
          <w:color w:val="000000"/>
          <w:sz w:val="24"/>
          <w:rtl/>
          <w:szCs w:val="32"/>
        </w:rPr>
        <w:t>ה</w:t>
      </w:r>
      <w:r>
        <w:rPr>
          <w:rFonts w:ascii="Georgia" w:hAnsi="Georgia"/>
          <w:b w:val="0"/>
          <w:i w:val="0"/>
          <w:color w:val="000000"/>
          <w:sz w:val="24"/>
        </w:rPr>
        <w:t>), то есть Малхут, которая называется женским началом (</w:t>
      </w:r>
      <w:r>
        <w:rPr>
          <w:rFonts w:ascii="Georgia" w:hAnsi="Georgia"/>
          <w:b w:val="0"/>
          <w:i/>
          <w:color w:val="000000"/>
          <w:sz w:val="24"/>
        </w:rPr>
        <w:t>некева</w:t>
      </w:r>
      <w:r>
        <w:rPr>
          <w:rFonts w:ascii="Georgia" w:hAnsi="Georgia"/>
          <w:b w:val="0"/>
          <w:i w:val="0"/>
          <w:color w:val="000000"/>
          <w:sz w:val="24"/>
        </w:rPr>
        <w:t xml:space="preserve">, </w:t>
      </w:r>
      <w:r>
        <w:rPr>
          <w:rFonts w:ascii="Georgia" w:hAnsi="Georgia" w:cs="Times New Roman"/>
          <w:b/>
          <w:i w:val="0"/>
          <w:color w:val="000000"/>
          <w:sz w:val="24"/>
          <w:rtl/>
          <w:szCs w:val="32"/>
        </w:rPr>
        <w:t>נְקֵבָה</w:t>
      </w:r>
      <w:r>
        <w:rPr>
          <w:rFonts w:ascii="Georgia" w:hAnsi="Georgia"/>
          <w:b w:val="0"/>
          <w:i w:val="0"/>
          <w:color w:val="000000"/>
          <w:sz w:val="24"/>
        </w:rPr>
        <w:t>) и обозначается буквой хэй (</w:t>
      </w:r>
      <w:r>
        <w:rPr>
          <w:rFonts w:ascii="Georgia" w:hAnsi="Georgia" w:cs="Times New Roman"/>
          <w:b/>
          <w:i w:val="0"/>
          <w:color w:val="000000"/>
          <w:sz w:val="24"/>
          <w:rtl/>
          <w:szCs w:val="32"/>
        </w:rPr>
        <w:t>ה</w:t>
      </w:r>
      <w:r>
        <w:rPr>
          <w:rFonts w:ascii="Georgia" w:hAnsi="Georgia"/>
          <w:b w:val="0"/>
          <w:i w:val="0"/>
          <w:color w:val="000000"/>
          <w:sz w:val="24"/>
        </w:rPr>
        <w:t>), как известно.</w:t>
      </w:r>
    </w:p>
    <w:p>
      <w:pPr>
        <w:keepNext/>
        <w:spacing w:before="320" w:after="120"/>
      </w:pPr>
      <w:r>
        <w:rPr>
          <w:rFonts w:ascii="Georgia" w:hAnsi="Georgia"/>
          <w:b w:val="0"/>
          <w:i w:val="0"/>
          <w:color w:val="000000"/>
          <w:sz w:val="32"/>
        </w:rPr>
        <w:t>Ветвь 14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вначале мой учитель, благословенной памяти, сказал мне, что из Даат де-АА, распространяющегося в ВАК де-АА, как сказано выше в первом учении, образовались два Даат де-Аба ве-Има. А из верхней половины Тиферет де-АА образовались два гуфа де-Аба ве-Има, от Хеседа до Малхут в них, следующим образом: ведь Тиферет — это тайна буквы вав (</w:t>
      </w:r>
      <w:r>
        <w:rPr>
          <w:rFonts w:ascii="Georgia" w:hAnsi="Georgia" w:cs="Times New Roman"/>
          <w:b/>
          <w:i w:val="0"/>
          <w:color w:val="000000"/>
          <w:sz w:val="24"/>
          <w:rtl/>
          <w:szCs w:val="32"/>
        </w:rPr>
        <w:t>ו</w:t>
      </w:r>
      <w:r>
        <w:rPr>
          <w:rFonts w:ascii="Georgia" w:hAnsi="Georgia"/>
          <w:b w:val="0"/>
          <w:i w:val="0"/>
          <w:color w:val="000000"/>
          <w:sz w:val="24"/>
        </w:rPr>
        <w:t xml:space="preserve">), как будет сказано дальше. Ведь известно по смыслу [стиха] </w:t>
      </w:r>
      <w:r>
        <w:rPr>
          <w:rFonts w:ascii="Georgia" w:hAnsi="Georgia"/>
          <w:b w:val="0"/>
          <w:i/>
          <w:color w:val="000000"/>
          <w:sz w:val="24"/>
        </w:rPr>
        <w:t>«И взывал этот к этому...»</w:t>
      </w:r>
      <w:r>
        <w:rPr>
          <w:rFonts w:ascii="Georgia" w:hAnsi="Georgia"/>
          <w:b w:val="0"/>
          <w:i w:val="0"/>
          <w:color w:val="000000"/>
          <w:sz w:val="24"/>
        </w:rPr>
        <w:t xml:space="preserve"> (Йешаяу 6:3), что в Тиферет есть двенадцать суставов — по числу слова </w:t>
      </w:r>
      <w:r>
        <w:rPr>
          <w:rFonts w:ascii="Georgia" w:hAnsi="Georgia"/>
          <w:b w:val="0"/>
          <w:i/>
          <w:color w:val="000000"/>
          <w:sz w:val="24"/>
        </w:rPr>
        <w:t>зе</w:t>
      </w:r>
      <w:r>
        <w:rPr>
          <w:rFonts w:ascii="Georgia" w:hAnsi="Georgia"/>
          <w:b w:val="0"/>
          <w:i w:val="0"/>
          <w:color w:val="000000"/>
          <w:sz w:val="24"/>
        </w:rPr>
        <w:t xml:space="preserve"> (</w:t>
      </w:r>
      <w:r>
        <w:rPr>
          <w:rFonts w:ascii="Georgia" w:hAnsi="Georgia" w:cs="Times New Roman"/>
          <w:b/>
          <w:i w:val="0"/>
          <w:color w:val="000000"/>
          <w:sz w:val="24"/>
          <w:rtl/>
          <w:szCs w:val="32"/>
        </w:rPr>
        <w:t>זֶה</w:t>
      </w:r>
      <w:r>
        <w:rPr>
          <w:rFonts w:ascii="Georgia" w:hAnsi="Georgia"/>
          <w:b w:val="0"/>
          <w:i w:val="0"/>
          <w:color w:val="000000"/>
          <w:sz w:val="24"/>
        </w:rPr>
        <w:t xml:space="preserve"> = 12). Они представляют собой тайну буквы вав в Тиферет, которая в своем полном написании состоит из двух букв вав: большой вав и малой вав. Тиферет — это большая вав; суть в том, что она включает в себя шесть своих концов (ВАК) и соответствует шести суставам в обеих руках. А Есод называется малой вав, так как и он включает в себя все шесть концов, и они также соответствуют шести суставам в обеих голенях, то есть в Нецахе и Ходе, как сказано в недельном разделе Насо (лист 143): «И праведник — основа мира, включающий шесть [сфирот] в едином узле». И так же в разделе Берешит (лист 44), где сказано: «Этот дух включен в шесть и стоит на шести...» и т.д. И это станет понятно из того, что мы объясним дальше. Добавим здесь пояснение к тому, почему сказано «включен» и «стоит». Суть в том, что если считать снизу вверх, от чертога Ливнат а-Сапир до чертога Рацон, — это шесть чертогов. Эти чертоги поднимаются и включаются — нижние в высшие, так что когда они восходят к чертогу Рацон, чертог Рацон «включает в себя шесть», ведь все они поднимаются и включаются внутрь него, как сказано там, что чертоги поднимаются и включаются друг в друга. В этом отношении и сказано: «включен в шесть». Сам же он разделен на шесть частей, как сказано выше, представляя собой букву вав (</w:t>
      </w:r>
      <w:r>
        <w:rPr>
          <w:rFonts w:ascii="Georgia" w:hAnsi="Georgia" w:cs="Times New Roman"/>
          <w:b/>
          <w:i w:val="0"/>
          <w:color w:val="000000"/>
          <w:sz w:val="24"/>
          <w:rtl/>
          <w:szCs w:val="32"/>
        </w:rPr>
        <w:t>ו</w:t>
      </w:r>
      <w:r>
        <w:rPr>
          <w:rFonts w:ascii="Georgia" w:hAnsi="Georgia"/>
          <w:b w:val="0"/>
          <w:i w:val="0"/>
          <w:color w:val="000000"/>
          <w:sz w:val="24"/>
        </w:rPr>
        <w:t>), и тогда все шесть чертогов распределяются по шести частям, которые в нем есть. В этом отношении и сказано: «и стоит на шести», ведь он сам разделен и постоянно стоит как шесть частей, являющихся корнями шести чертогов, постоянно пребывающих там, внутри Тиферет, то есть чертога Рацон.</w:t>
      </w:r>
    </w:p>
    <w:p>
      <w:pPr>
        <w:spacing w:before="40" w:after="120"/>
        <w:jc w:val="both"/>
      </w:pPr>
      <w:r>
        <w:rPr>
          <w:rFonts w:ascii="Georgia" w:hAnsi="Georgia"/>
          <w:b w:val="0"/>
          <w:i w:val="0"/>
          <w:color w:val="000000"/>
          <w:sz w:val="24"/>
        </w:rPr>
        <w:t>Однако пять нижних чертогов включаются в него [только] во время подъема и не находятся там постоянно. То же самое свойство есть и в Есоде — малой вав. Эта большая вав в Тиферет де-АА разделилась на две половины, образовав по три части: три и три. Первые три части в ней — до табура — предназначены для Аба ве-Има, а три нижние части Тиферет — это Кетер де-ЗА. Те три части, что остались для Аба ве-Има, делятся следующим образом: хотя верхняя половина Тиферет при разделении составляет три части — половину буквы вав, все же необходимо, чтобы вся полнота свойств буквы вав присутствовала в этой верхней половине. Ведь так устроено во всех высших мирах: хотя они и разделяются, сила целого сохраняется в отдельной части, как сказано выше.</w:t>
      </w:r>
    </w:p>
    <w:p>
      <w:pPr>
        <w:spacing w:before="40" w:after="120"/>
        <w:jc w:val="both"/>
      </w:pPr>
      <w:r>
        <w:rPr>
          <w:rFonts w:ascii="Georgia" w:hAnsi="Georgia"/>
          <w:b w:val="0"/>
          <w:i w:val="0"/>
          <w:color w:val="000000"/>
          <w:sz w:val="24"/>
        </w:rPr>
        <w:t>Получается, что эти первые три части принимают форму одной буквы вав (</w:t>
      </w:r>
      <w:r>
        <w:rPr>
          <w:rFonts w:ascii="Georgia" w:hAnsi="Georgia" w:cs="Times New Roman"/>
          <w:b/>
          <w:i w:val="0"/>
          <w:color w:val="000000"/>
          <w:sz w:val="24"/>
          <w:rtl/>
          <w:szCs w:val="32"/>
        </w:rPr>
        <w:t>ו</w:t>
      </w:r>
      <w:r>
        <w:rPr>
          <w:rFonts w:ascii="Georgia" w:hAnsi="Georgia"/>
          <w:b w:val="0"/>
          <w:i w:val="0"/>
          <w:color w:val="000000"/>
          <w:sz w:val="24"/>
        </w:rPr>
        <w:t>). А если записать ее в полном виде как вав-алеф-вав (</w:t>
      </w:r>
      <w:r>
        <w:rPr>
          <w:rFonts w:ascii="Georgia" w:hAnsi="Georgia" w:cs="Times New Roman"/>
          <w:b/>
          <w:i w:val="0"/>
          <w:color w:val="000000"/>
          <w:sz w:val="24"/>
          <w:rtl/>
          <w:szCs w:val="32"/>
        </w:rPr>
        <w:t>וא״ו</w:t>
      </w:r>
      <w:r>
        <w:rPr>
          <w:rFonts w:ascii="Georgia" w:hAnsi="Georgia"/>
          <w:b w:val="0"/>
          <w:i w:val="0"/>
          <w:color w:val="000000"/>
          <w:sz w:val="24"/>
        </w:rPr>
        <w:t>), получатся три буквы, которые и есть те самые три части в верхней половине Тиферет. Таким образом, это целое слово вав (</w:t>
      </w:r>
      <w:r>
        <w:rPr>
          <w:rFonts w:ascii="Georgia" w:hAnsi="Georgia" w:cs="Times New Roman"/>
          <w:b/>
          <w:i w:val="0"/>
          <w:color w:val="000000"/>
          <w:sz w:val="24"/>
          <w:rtl/>
          <w:szCs w:val="32"/>
        </w:rPr>
        <w:t>וא״ו</w:t>
      </w:r>
      <w:r>
        <w:rPr>
          <w:rFonts w:ascii="Georgia" w:hAnsi="Georgia"/>
          <w:b w:val="0"/>
          <w:i w:val="0"/>
          <w:color w:val="000000"/>
          <w:sz w:val="24"/>
        </w:rPr>
        <w:t>), состоящее всего лишь из трех частей. Из верхней части — первой буквы вав (</w:t>
      </w:r>
      <w:r>
        <w:rPr>
          <w:rFonts w:ascii="Georgia" w:hAnsi="Georgia" w:cs="Times New Roman"/>
          <w:b/>
          <w:i w:val="0"/>
          <w:color w:val="000000"/>
          <w:sz w:val="24"/>
          <w:rtl/>
          <w:szCs w:val="32"/>
        </w:rPr>
        <w:t>ו</w:t>
      </w:r>
      <w:r>
        <w:rPr>
          <w:rFonts w:ascii="Georgia" w:hAnsi="Georgia"/>
          <w:b w:val="0"/>
          <w:i w:val="0"/>
          <w:color w:val="000000"/>
          <w:sz w:val="24"/>
        </w:rPr>
        <w:t>) — образовался гуф де-Аба, из последней буквы вав — гуф де-Има, а из буквы алеф (</w:t>
      </w:r>
      <w:r>
        <w:rPr>
          <w:rFonts w:ascii="Georgia" w:hAnsi="Georgia" w:cs="Times New Roman"/>
          <w:b/>
          <w:i w:val="0"/>
          <w:color w:val="000000"/>
          <w:sz w:val="24"/>
          <w:rtl/>
          <w:szCs w:val="32"/>
        </w:rPr>
        <w:t>א</w:t>
      </w:r>
      <w:r>
        <w:rPr>
          <w:rFonts w:ascii="Georgia" w:hAnsi="Georgia"/>
          <w:b w:val="0"/>
          <w:i w:val="0"/>
          <w:color w:val="000000"/>
          <w:sz w:val="24"/>
        </w:rPr>
        <w:t>), находящейся посередине слова вав, образовались два Есода де-Аба ве-Има. И потому Есоды помещены в середину слова вав: ведь именно они соединяют обоих и через них совершается зивуг. Однако позже я услышал от своего учителя, благословенной памяти, иначе: из этих трех частей в верхней половине Тиферет де-АА первые две части образовали два Даат для Аба ве-Има, а из третьей части образуются оба гуфа де-Аба ве-Има. И чтобы ты хорошо понял, каким образом третьей части хватает на оба гуфа де-Аба ве-Има, сначала разберем одно предварительное положение.</w:t>
      </w:r>
    </w:p>
    <w:p>
      <w:pPr>
        <w:spacing w:before="40" w:after="120"/>
        <w:jc w:val="both"/>
      </w:pPr>
      <w:r>
        <w:rPr>
          <w:rFonts w:ascii="Georgia" w:hAnsi="Georgia"/>
          <w:b w:val="0"/>
          <w:i w:val="0"/>
          <w:color w:val="000000"/>
          <w:sz w:val="24"/>
        </w:rPr>
        <w:t>Знай: существуют два вида зивугов. Первый называется поцелуями (</w:t>
      </w:r>
      <w:r>
        <w:rPr>
          <w:rFonts w:ascii="Georgia" w:hAnsi="Georgia"/>
          <w:b w:val="0"/>
          <w:i/>
          <w:color w:val="000000"/>
          <w:sz w:val="24"/>
        </w:rPr>
        <w:t>нешикин</w:t>
      </w:r>
      <w:r>
        <w:rPr>
          <w:rFonts w:ascii="Georgia" w:hAnsi="Georgia"/>
          <w:b w:val="0"/>
          <w:i w:val="0"/>
          <w:color w:val="000000"/>
          <w:sz w:val="24"/>
        </w:rPr>
        <w:t xml:space="preserve">), а второй — собственно соударением (телесным зивугом). Известно, что нижнему, телесному зивугу должен предшествовать высший, духовный зивуг — поцелуи, по тайне стиха: </w:t>
      </w:r>
      <w:r>
        <w:rPr>
          <w:rFonts w:ascii="Georgia" w:hAnsi="Georgia"/>
          <w:b w:val="0"/>
          <w:i/>
          <w:color w:val="000000"/>
          <w:sz w:val="24"/>
        </w:rPr>
        <w:t>«И поцеловал Яаков Рахель...»</w:t>
      </w:r>
      <w:r>
        <w:rPr>
          <w:rFonts w:ascii="Georgia" w:hAnsi="Georgia"/>
          <w:b w:val="0"/>
          <w:i w:val="0"/>
          <w:color w:val="000000"/>
          <w:sz w:val="24"/>
        </w:rPr>
        <w:t xml:space="preserve"> (Берешит 29:11). И из [стиха] </w:t>
      </w:r>
      <w:r>
        <w:rPr>
          <w:rFonts w:ascii="Georgia" w:hAnsi="Georgia"/>
          <w:b w:val="0"/>
          <w:i/>
          <w:color w:val="000000"/>
          <w:sz w:val="24"/>
        </w:rPr>
        <w:t>«из плоти моей узрю Б-га»</w:t>
      </w:r>
      <w:r>
        <w:rPr>
          <w:rFonts w:ascii="Georgia" w:hAnsi="Georgia"/>
          <w:b w:val="0"/>
          <w:i w:val="0"/>
          <w:color w:val="000000"/>
          <w:sz w:val="24"/>
        </w:rPr>
        <w:t xml:space="preserve"> (Иов 19:26) [видно], что сначала предваряется поцелуй, а затем совершается соударение. Но и поцелуи имеют смысл зивуга. И потому в Гемаре мы находим, что зивуг обозначается словом «разговор», происходящий устами, как сказано в трактате Ктубот в Мишне: «Видели, как она говорила с кем-то; сказали ей: "Каково свойство этого [человека]?"» И один из мудрецов в Гемаре объясняет: «Что значит "говорила"? Вступала в близость [с ним]», см. там. Также и Писание называет зивуг словом «еда», как сказано: </w:t>
      </w:r>
      <w:r>
        <w:rPr>
          <w:rFonts w:ascii="Georgia" w:hAnsi="Georgia"/>
          <w:b w:val="0"/>
          <w:i/>
          <w:color w:val="000000"/>
          <w:sz w:val="24"/>
        </w:rPr>
        <w:t>«Таков путь женщины прелюбодейной: поела, и обтерла рот свой...»</w:t>
      </w:r>
      <w:r>
        <w:rPr>
          <w:rFonts w:ascii="Georgia" w:hAnsi="Georgia"/>
          <w:b w:val="0"/>
          <w:i w:val="0"/>
          <w:color w:val="000000"/>
          <w:sz w:val="24"/>
        </w:rPr>
        <w:t xml:space="preserve"> (Мишлей 30:20), и пойми это. Из этого ты также поймешь сказанное [мудрецами]: «Что означает "тотчас"? Например, когда слюна [еще] у нее во рту».</w:t>
      </w:r>
    </w:p>
    <w:p>
      <w:pPr>
        <w:spacing w:before="40" w:after="120"/>
        <w:jc w:val="both"/>
      </w:pPr>
      <w:r>
        <w:rPr>
          <w:rFonts w:ascii="Georgia" w:hAnsi="Georgia"/>
          <w:b w:val="0"/>
          <w:i w:val="0"/>
          <w:color w:val="000000"/>
          <w:sz w:val="24"/>
        </w:rPr>
        <w:t>Смысл в том, что когда человек соединяется со своей женой, во рту у них непременно выделяется и собирается слюна, и это предшествует зивугу, служа его знаком. Поскольку же этот высший зивуг предельно духовен, нижнему зивугу сначала предшествует зивуг поцелуев. Суть в том, что сначала к зивугу пробуждаются три первые [сфирот] (ГАР) в человеке — три мохин в голове; и они извлекают эту каплю посредством происходящего благодаря им зивуга. И после того как высшая нуква — Бина в голове — принимает каплю по тайне зивуга, она опускает ее вниз, в Есод, откуда та снова выходит к Нукве. Получается, что сначала человек совершает зивуг внутри самого себя, чтобы извлечь каплю из своего мохин, а затем она спускается в его Есод, и тогда он передает ее жене в ее Есод. Суть же этого высшего зивуга поцелуев такова: знай, известно, что каждая сфира включает в себя десять [сфирот]. Хохма де-АА — это тайна его сокрытого мозга (</w:t>
      </w:r>
      <w:r>
        <w:rPr>
          <w:rFonts w:ascii="Georgia" w:hAnsi="Georgia"/>
          <w:b w:val="0"/>
          <w:i/>
          <w:color w:val="000000"/>
          <w:sz w:val="24"/>
        </w:rPr>
        <w:t>моха стимаа</w:t>
      </w:r>
      <w:r>
        <w:rPr>
          <w:rFonts w:ascii="Georgia" w:hAnsi="Georgia"/>
          <w:b w:val="0"/>
          <w:i w:val="0"/>
          <w:color w:val="000000"/>
          <w:sz w:val="24"/>
        </w:rPr>
        <w:t>), и в ней есть десять сфирот, и все они распространились только в голове. Ее Есод — это нёбо (</w:t>
      </w:r>
      <w:r>
        <w:rPr>
          <w:rFonts w:ascii="Georgia" w:hAnsi="Georgia"/>
          <w:b w:val="0"/>
          <w:i/>
          <w:color w:val="000000"/>
          <w:sz w:val="24"/>
        </w:rPr>
        <w:t>хех</w:t>
      </w:r>
      <w:r>
        <w:rPr>
          <w:rFonts w:ascii="Georgia" w:hAnsi="Georgia"/>
          <w:b w:val="0"/>
          <w:i w:val="0"/>
          <w:color w:val="000000"/>
          <w:sz w:val="24"/>
        </w:rPr>
        <w:t xml:space="preserve">), Хохма, и в этом тайна разделения [слова Хохма на] </w:t>
      </w:r>
      <w:r>
        <w:rPr>
          <w:rFonts w:ascii="Georgia" w:hAnsi="Georgia"/>
          <w:b w:val="0"/>
          <w:i/>
          <w:color w:val="000000"/>
          <w:sz w:val="24"/>
        </w:rPr>
        <w:t>хех</w:t>
      </w:r>
      <w:r>
        <w:rPr>
          <w:rFonts w:ascii="Georgia" w:hAnsi="Georgia"/>
          <w:b w:val="0"/>
          <w:i w:val="0"/>
          <w:color w:val="000000"/>
          <w:sz w:val="24"/>
        </w:rPr>
        <w:t xml:space="preserve"> (</w:t>
      </w:r>
      <w:r>
        <w:rPr>
          <w:rFonts w:ascii="Georgia" w:hAnsi="Georgia" w:cs="Times New Roman"/>
          <w:b/>
          <w:i w:val="0"/>
          <w:color w:val="000000"/>
          <w:sz w:val="24"/>
          <w:rtl/>
          <w:szCs w:val="32"/>
        </w:rPr>
        <w:t>חֵךְ</w:t>
      </w:r>
      <w:r>
        <w:rPr>
          <w:rFonts w:ascii="Georgia" w:hAnsi="Georgia"/>
          <w:b w:val="0"/>
          <w:i w:val="0"/>
          <w:color w:val="000000"/>
          <w:sz w:val="24"/>
        </w:rPr>
        <w:t xml:space="preserve"> = 28) и МА (</w:t>
      </w:r>
      <w:r>
        <w:rPr>
          <w:rFonts w:ascii="Georgia" w:hAnsi="Georgia" w:cs="Times New Roman"/>
          <w:b/>
          <w:i w:val="0"/>
          <w:color w:val="000000"/>
          <w:sz w:val="24"/>
          <w:rtl/>
          <w:szCs w:val="32"/>
        </w:rPr>
        <w:t>מָ״ה</w:t>
      </w:r>
      <w:r>
        <w:rPr>
          <w:rFonts w:ascii="Georgia" w:hAnsi="Georgia"/>
          <w:b w:val="0"/>
          <w:i w:val="0"/>
          <w:color w:val="000000"/>
          <w:sz w:val="24"/>
        </w:rPr>
        <w:t xml:space="preserve"> = 45). А Малхут в ней — это горло. И хотя это горло называется Биной по отношению к остальному телу — ведь известно, что начало тела идет от Хеседа и ниже, — следовательно, окончание головы, то есть горло, называется Биной; и оно же является Малхут и Нуквой Хохмы, то есть сокрытого мозга. И Хохма совершает с ней зивуг по тайне нёба, являющегося Есодом, с горлом, являющимся Малхут, которая называется Биной, как сказано выше.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Первая редакция. Знай, что тайна букв алеф, хэт, айн, хэй (</w:t>
      </w:r>
      <w:r>
        <w:rPr>
          <w:rFonts w:ascii="Georgia" w:hAnsi="Georgia" w:cs="Times New Roman"/>
          <w:b/>
          <w:i w:val="0"/>
          <w:color w:val="000000"/>
          <w:sz w:val="24"/>
          <w:rtl/>
          <w:szCs w:val="32"/>
        </w:rPr>
        <w:t>אחע״ה</w:t>
      </w:r>
      <w:r>
        <w:rPr>
          <w:rFonts w:ascii="Georgia" w:hAnsi="Georgia"/>
          <w:b w:val="0"/>
          <w:i w:val="0"/>
          <w:color w:val="000000"/>
          <w:sz w:val="24"/>
        </w:rPr>
        <w:t xml:space="preserve"> = 84) — в горле, как известно из «Идра Зута», и они находятся в Бине и составляют гематрию </w:t>
      </w:r>
      <w:r>
        <w:rPr>
          <w:rFonts w:ascii="Georgia" w:hAnsi="Georgia"/>
          <w:b w:val="0"/>
          <w:i/>
          <w:color w:val="000000"/>
          <w:sz w:val="24"/>
        </w:rPr>
        <w:t>Агам</w:t>
      </w:r>
      <w:r>
        <w:rPr>
          <w:rFonts w:ascii="Georgia" w:hAnsi="Georgia"/>
          <w:b w:val="0"/>
          <w:i w:val="0"/>
          <w:color w:val="000000"/>
          <w:sz w:val="24"/>
        </w:rPr>
        <w:t xml:space="preserve"> (</w:t>
      </w:r>
      <w:r>
        <w:rPr>
          <w:rFonts w:ascii="Georgia" w:hAnsi="Georgia" w:cs="Times New Roman"/>
          <w:b/>
          <w:i w:val="0"/>
          <w:color w:val="000000"/>
          <w:sz w:val="24"/>
          <w:rtl/>
          <w:szCs w:val="32"/>
        </w:rPr>
        <w:t>אג״ם</w:t>
      </w:r>
      <w:r>
        <w:rPr>
          <w:rFonts w:ascii="Georgia" w:hAnsi="Georgia"/>
          <w:b w:val="0"/>
          <w:i w:val="0"/>
          <w:color w:val="000000"/>
          <w:sz w:val="24"/>
        </w:rPr>
        <w:t>). Буквы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xml:space="preserve"> = 133) — в нёбе, и они находятся в Хохме (буквы </w:t>
      </w:r>
      <w:r>
        <w:rPr>
          <w:rFonts w:ascii="Georgia" w:hAnsi="Georgia"/>
          <w:b w:val="0"/>
          <w:i/>
          <w:color w:val="000000"/>
          <w:sz w:val="24"/>
        </w:rPr>
        <w:t>хех</w:t>
      </w:r>
      <w:r>
        <w:rPr>
          <w:rFonts w:ascii="Georgia" w:hAnsi="Georgia"/>
          <w:b w:val="0"/>
          <w:i w:val="0"/>
          <w:color w:val="000000"/>
          <w:sz w:val="24"/>
        </w:rPr>
        <w:t xml:space="preserve"> и МА). Буквы гимель, йод, каф, куф по гематрии равны </w:t>
      </w:r>
      <w:r>
        <w:rPr>
          <w:rFonts w:ascii="Georgia" w:hAnsi="Georgia"/>
          <w:b w:val="0"/>
          <w:i/>
          <w:color w:val="000000"/>
          <w:sz w:val="24"/>
        </w:rPr>
        <w:t>Негеф</w:t>
      </w:r>
      <w:r>
        <w:rPr>
          <w:rFonts w:ascii="Georgia" w:hAnsi="Georgia"/>
          <w:b w:val="0"/>
          <w:i w:val="0"/>
          <w:color w:val="000000"/>
          <w:sz w:val="24"/>
        </w:rPr>
        <w:t xml:space="preserve"> (</w:t>
      </w:r>
      <w:r>
        <w:rPr>
          <w:rFonts w:ascii="Georgia" w:hAnsi="Georgia" w:cs="Times New Roman"/>
          <w:b/>
          <w:i w:val="0"/>
          <w:color w:val="000000"/>
          <w:sz w:val="24"/>
          <w:rtl/>
          <w:szCs w:val="32"/>
        </w:rPr>
        <w:t>נג״ף</w:t>
      </w:r>
      <w:r>
        <w:rPr>
          <w:rFonts w:ascii="Georgia" w:hAnsi="Georgia"/>
          <w:b w:val="0"/>
          <w:i w:val="0"/>
          <w:color w:val="000000"/>
          <w:sz w:val="24"/>
        </w:rPr>
        <w:t xml:space="preserve"> = 133). И это — святые Имена.</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Также я слышал от своего учителя, благословенной памяти, другое объяснение: сама Хохма — это нёбо, горло — это Бина, а язык служит решающим звеном между ними. Это и есть Даат между Хохмой и Биной — «завет языка», как сказано в «Сефер Йецира» (1:3). Он подобен «завету сокровенного», являющемуся Есодом, совершающим нижний зивуг, тогда как язык — это Есод, совершающий высший зивуг. Известно, что буквы алеф, хэт, айн, хэй (</w:t>
      </w:r>
      <w:r>
        <w:rPr>
          <w:rFonts w:ascii="Georgia" w:hAnsi="Georgia" w:cs="Times New Roman"/>
          <w:b/>
          <w:i w:val="0"/>
          <w:color w:val="000000"/>
          <w:sz w:val="24"/>
          <w:rtl/>
          <w:szCs w:val="32"/>
        </w:rPr>
        <w:t>אחע״ה</w:t>
      </w:r>
      <w:r>
        <w:rPr>
          <w:rFonts w:ascii="Georgia" w:hAnsi="Georgia"/>
          <w:b w:val="0"/>
          <w:i w:val="0"/>
          <w:color w:val="000000"/>
          <w:sz w:val="24"/>
        </w:rPr>
        <w:t>) находятся в горле, а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 в нёбе. Суть в том, что Хохма — это венец милостей (</w:t>
      </w:r>
      <w:r>
        <w:rPr>
          <w:rFonts w:ascii="Georgia" w:hAnsi="Georgia"/>
          <w:b w:val="0"/>
          <w:i/>
          <w:color w:val="000000"/>
          <w:sz w:val="24"/>
        </w:rPr>
        <w:t>итра де-хасадим</w:t>
      </w:r>
      <w:r>
        <w:rPr>
          <w:rFonts w:ascii="Georgia" w:hAnsi="Georgia"/>
          <w:b w:val="0"/>
          <w:i w:val="0"/>
          <w:color w:val="000000"/>
          <w:sz w:val="24"/>
        </w:rPr>
        <w:t>), а Бина — венец судов (</w:t>
      </w:r>
      <w:r>
        <w:rPr>
          <w:rFonts w:ascii="Georgia" w:hAnsi="Georgia"/>
          <w:b w:val="0"/>
          <w:i/>
          <w:color w:val="000000"/>
          <w:sz w:val="24"/>
        </w:rPr>
        <w:t>итра де-гвурот</w:t>
      </w:r>
      <w:r>
        <w:rPr>
          <w:rFonts w:ascii="Georgia" w:hAnsi="Georgia"/>
          <w:b w:val="0"/>
          <w:i w:val="0"/>
          <w:color w:val="000000"/>
          <w:sz w:val="24"/>
        </w:rPr>
        <w:t>). Буквы гимель, йод, каф, куф — это пять хасадим в нёбе, представляющем Хохму, а буквы алеф, хэт, айн, хэй — пять гвурот в горле, представляющем Бину. И из этого ты поймешь сказанное в «Идра» раздела Аазину (лист 295): «Огонь и вода установились подобающе в [едином] образе» — то есть что внутри названного рта находятся Хесед и Гвура, вода и огонь, бок о бок.</w:t>
      </w:r>
    </w:p>
    <w:p>
      <w:pPr>
        <w:spacing w:before="40" w:after="120"/>
        <w:jc w:val="both"/>
      </w:pPr>
      <w:r>
        <w:rPr>
          <w:rFonts w:ascii="Georgia" w:hAnsi="Georgia"/>
          <w:b w:val="0"/>
          <w:i w:val="0"/>
          <w:color w:val="000000"/>
          <w:sz w:val="24"/>
        </w:rPr>
        <w:t xml:space="preserve">Поэтому буквы алеф, хэт, айн, хэй находятся в горле: «алеф изгоняет мелахим, хэт изгоняет и нисходит...» и т.д., ведь эти буквы представляют собой пять гвурот. Буквы же гимель, йод, каф, куф — это хасадим, и о них сказано: </w:t>
      </w:r>
      <w:r>
        <w:rPr>
          <w:rFonts w:ascii="Georgia" w:hAnsi="Georgia"/>
          <w:b w:val="0"/>
          <w:i/>
          <w:color w:val="000000"/>
          <w:sz w:val="24"/>
        </w:rPr>
        <w:t>«Они желаннее [золота]... и слаще [меда]...»</w:t>
      </w:r>
      <w:r>
        <w:rPr>
          <w:rFonts w:ascii="Georgia" w:hAnsi="Georgia"/>
          <w:b w:val="0"/>
          <w:i w:val="0"/>
          <w:color w:val="000000"/>
          <w:sz w:val="24"/>
        </w:rPr>
        <w:t xml:space="preserve"> (Теилим 19:11). И также о них сказано: </w:t>
      </w:r>
      <w:r>
        <w:rPr>
          <w:rFonts w:ascii="Georgia" w:hAnsi="Georgia"/>
          <w:b w:val="0"/>
          <w:i/>
          <w:color w:val="000000"/>
          <w:sz w:val="24"/>
        </w:rPr>
        <w:t>«И делом праведности будет мир...»</w:t>
      </w:r>
      <w:r>
        <w:rPr>
          <w:rFonts w:ascii="Georgia" w:hAnsi="Georgia"/>
          <w:b w:val="0"/>
          <w:i w:val="0"/>
          <w:color w:val="000000"/>
          <w:sz w:val="24"/>
        </w:rPr>
        <w:t xml:space="preserve"> (Йешаяу 32:17), как известно, что благодеяние (цдака), которое Праведник дает праведности (Цедек), — это хасадим, именуемые «мир» и «цдака». И тогда Цедек, являющийся судами, как сказано в Зоаре, то есть свойствами гвурот, смягчается благодаря хасадим, число которых пять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и тогда из Цедек (</w:t>
      </w:r>
      <w:r>
        <w:rPr>
          <w:rFonts w:ascii="Georgia" w:hAnsi="Georgia" w:cs="Times New Roman"/>
          <w:b/>
          <w:i w:val="0"/>
          <w:color w:val="000000"/>
          <w:sz w:val="24"/>
          <w:rtl/>
          <w:szCs w:val="32"/>
        </w:rPr>
        <w:t>צֶדֶק</w:t>
      </w:r>
      <w:r>
        <w:rPr>
          <w:rFonts w:ascii="Georgia" w:hAnsi="Georgia"/>
          <w:b w:val="0"/>
          <w:i w:val="0"/>
          <w:color w:val="000000"/>
          <w:sz w:val="24"/>
        </w:rPr>
        <w:t>) образуется Цдака (</w:t>
      </w:r>
      <w:r>
        <w:rPr>
          <w:rFonts w:ascii="Georgia" w:hAnsi="Georgia" w:cs="Times New Roman"/>
          <w:b/>
          <w:i w:val="0"/>
          <w:color w:val="000000"/>
          <w:sz w:val="24"/>
          <w:rtl/>
          <w:szCs w:val="32"/>
        </w:rPr>
        <w:t>צְדָקָה</w:t>
      </w:r>
      <w:r>
        <w:rPr>
          <w:rFonts w:ascii="Georgia" w:hAnsi="Georgia"/>
          <w:b w:val="0"/>
          <w:i w:val="0"/>
          <w:color w:val="000000"/>
          <w:sz w:val="24"/>
        </w:rPr>
        <w:t>). В этом и заключается смысл заповеди о благотворительности (цдаке). Горло же — это точка Цион в Бине, и там пребывают пять гвурот — алеф, хэт, айн, хэй. И в свете сказанного нами не противоречат друг другу те разъяснения, что я слышал от своего учителя, благословенной памяти: ведь Хохма и Бина распространяются на десять сфирот каждая, и их начала находятся наверху, в мохин, а их окончания завершаются во рту. И там нёбо — это сила завершения Хохмы, а горло — сила завершения Бины, то есть точка Цион в ней. Язык же — это Есод нёба, притягивающий пять хасадим (гимель, йод, каф, куф) и пять гвурот (алеф, хэт, айн, хэй).</w:t>
      </w:r>
    </w:p>
    <w:p>
      <w:pPr>
        <w:spacing w:before="40" w:after="120"/>
        <w:jc w:val="both"/>
      </w:pPr>
      <w:r>
        <w:rPr>
          <w:rFonts w:ascii="Georgia" w:hAnsi="Georgia"/>
          <w:b w:val="0"/>
          <w:i w:val="0"/>
          <w:color w:val="000000"/>
          <w:sz w:val="24"/>
        </w:rPr>
        <w:t xml:space="preserve">И тогда он пребывает там по тайне МАД, спускающихся от нёба к горлу, и по тайне МАН, поднимающихся от горла к нёбу. И в этом тайна слюны, исходящей из нёба и горла, как приведено выше из Гемары. И в этом тайна [сказанного в Зоаре]: «И все они ждут друг друга через язык, говорящий великое...» и т.д., ведь именно язык соединяет их, и потому все уповают на него, так как он — основа, и </w:t>
      </w:r>
      <w:r>
        <w:rPr>
          <w:rFonts w:ascii="Georgia" w:hAnsi="Georgia"/>
          <w:b w:val="0"/>
          <w:i/>
          <w:color w:val="000000"/>
          <w:sz w:val="24"/>
        </w:rPr>
        <w:t>«потому что из него — истоки жизни»</w:t>
      </w:r>
      <w:r>
        <w:rPr>
          <w:rFonts w:ascii="Georgia" w:hAnsi="Georgia"/>
          <w:b w:val="0"/>
          <w:i w:val="0"/>
          <w:color w:val="000000"/>
          <w:sz w:val="24"/>
        </w:rPr>
        <w:t xml:space="preserve"> (Мишлей 4:23). И хотя в группах букв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или алеф, хэт, айн, хэй (</w:t>
      </w:r>
      <w:r>
        <w:rPr>
          <w:rFonts w:ascii="Georgia" w:hAnsi="Georgia" w:cs="Times New Roman"/>
          <w:b/>
          <w:i w:val="0"/>
          <w:color w:val="000000"/>
          <w:sz w:val="24"/>
          <w:rtl/>
          <w:szCs w:val="32"/>
        </w:rPr>
        <w:t>אחע״ה</w:t>
      </w:r>
      <w:r>
        <w:rPr>
          <w:rFonts w:ascii="Georgia" w:hAnsi="Georgia"/>
          <w:b w:val="0"/>
          <w:i w:val="0"/>
          <w:color w:val="000000"/>
          <w:sz w:val="24"/>
        </w:rPr>
        <w:t>) всего лишь по четыре буквы, тем не менее они представляют собой пять [хасадим или гвурот], и причины этого я [от учителя] не получил. И в этом тайна того, о чем сказали наши мудрецы, благословенной памяти: «С каждым речением, исходившим из уст Святого [Творца], благословен Он, создавался один ангел» (Хагига 14а). Суть в том, что ангелы создаются посредством этого высшего духовного зивуга и потому живут и пребывают вечно. Люди же происходят от нижнего, телесного зивуга, который относится к Есоду с Малхут, и потому они смертны. В другом месте этот вопрос уже разъяснен. Есть еще одно преимущество у зивуга поцелуев: та капля исходит непосредственно из самих мохин в голове. В нижнем же зивуге эта капля притягивается не от самих мохин, а от пяти хасадим, распространяющихся в теле от Хеседа до Хода; запомни же это правило! И известно, что нет капли МАД, спускающейся сверху, навстречу которой не поднимались бы две капли МАН. Суть в том, что сотворение мира произошло посредством 42-буквенного Имени, на которое намекают [буквы Торы] от слова «В начале»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до буквы бэт (</w:t>
      </w:r>
      <w:r>
        <w:rPr>
          <w:rFonts w:ascii="Georgia" w:hAnsi="Georgia" w:cs="Times New Roman"/>
          <w:b/>
          <w:i w:val="0"/>
          <w:color w:val="000000"/>
          <w:sz w:val="24"/>
          <w:rtl/>
          <w:szCs w:val="32"/>
        </w:rPr>
        <w:t>ב</w:t>
      </w:r>
      <w:r>
        <w:rPr>
          <w:rFonts w:ascii="Georgia" w:hAnsi="Georgia"/>
          <w:b w:val="0"/>
          <w:i w:val="0"/>
          <w:color w:val="000000"/>
          <w:sz w:val="24"/>
        </w:rPr>
        <w:t>) в слове «и пустота» (</w:t>
      </w:r>
      <w:r>
        <w:rPr>
          <w:rFonts w:ascii="Georgia" w:hAnsi="Georgia"/>
          <w:b w:val="0"/>
          <w:i/>
          <w:color w:val="000000"/>
          <w:sz w:val="24"/>
        </w:rPr>
        <w:t>ва-воу</w:t>
      </w:r>
      <w:r>
        <w:rPr>
          <w:rFonts w:ascii="Georgia" w:hAnsi="Georgia"/>
          <w:b w:val="0"/>
          <w:i w:val="0"/>
          <w:color w:val="000000"/>
          <w:sz w:val="24"/>
        </w:rPr>
        <w:t xml:space="preserve">, </w:t>
      </w:r>
      <w:r>
        <w:rPr>
          <w:rFonts w:ascii="Georgia" w:hAnsi="Georgia" w:cs="Times New Roman"/>
          <w:b/>
          <w:i w:val="0"/>
          <w:color w:val="000000"/>
          <w:sz w:val="24"/>
          <w:rtl/>
          <w:szCs w:val="32"/>
        </w:rPr>
        <w:t>וָבֹהוּ</w:t>
      </w:r>
      <w:r>
        <w:rPr>
          <w:rFonts w:ascii="Georgia" w:hAnsi="Georgia"/>
          <w:b w:val="0"/>
          <w:i w:val="0"/>
          <w:color w:val="000000"/>
          <w:sz w:val="24"/>
        </w:rPr>
        <w:t>), и это капля мужского начала. Капля же нуквы — это дважды по 42, состоящая из двух капель: это буквы алеф, хэт, айн, хэй (</w:t>
      </w:r>
      <w:r>
        <w:rPr>
          <w:rFonts w:ascii="Georgia" w:hAnsi="Georgia" w:cs="Times New Roman"/>
          <w:b/>
          <w:i w:val="0"/>
          <w:color w:val="000000"/>
          <w:sz w:val="24"/>
          <w:rtl/>
          <w:szCs w:val="32"/>
        </w:rPr>
        <w:t>אחע״ה</w:t>
      </w:r>
      <w:r>
        <w:rPr>
          <w:rFonts w:ascii="Georgia" w:hAnsi="Georgia"/>
          <w:b w:val="0"/>
          <w:i w:val="0"/>
          <w:color w:val="000000"/>
          <w:sz w:val="24"/>
        </w:rPr>
        <w:t>), числовое значение которых 84 (</w:t>
      </w:r>
      <w:r>
        <w:rPr>
          <w:rFonts w:ascii="Georgia" w:hAnsi="Georgia" w:cs="Times New Roman"/>
          <w:b/>
          <w:i w:val="0"/>
          <w:color w:val="000000"/>
          <w:sz w:val="24"/>
          <w:rtl/>
          <w:szCs w:val="32"/>
        </w:rPr>
        <w:t>פ״ד</w:t>
      </w:r>
      <w:r>
        <w:rPr>
          <w:rFonts w:ascii="Georgia" w:hAnsi="Georgia"/>
          <w:b w:val="0"/>
          <w:i w:val="0"/>
          <w:color w:val="000000"/>
          <w:sz w:val="24"/>
        </w:rPr>
        <w:t xml:space="preserve"> = 84), то есть дважды по 42; они находятся в горле, представляющем Бину, женское начало. И в нашем объяснении зивуга поцелуев в АА мы разъясним, каким образом 42-буквенное Имя намекается в нёбе, то есть в буквах гимель, йод, каф, куф. И точно так же обстоит дело в нижнем зивуге. И об этом сказано в разделе Берешит (лист 1а): «И как образ завета засевается в сорока двух зивугах...». Пояснение: буква вав (</w:t>
      </w:r>
      <w:r>
        <w:rPr>
          <w:rFonts w:ascii="Georgia" w:hAnsi="Georgia" w:cs="Times New Roman"/>
          <w:b/>
          <w:i w:val="0"/>
          <w:color w:val="000000"/>
          <w:sz w:val="24"/>
          <w:rtl/>
          <w:szCs w:val="32"/>
        </w:rPr>
        <w:t>ו</w:t>
      </w:r>
      <w:r>
        <w:rPr>
          <w:rFonts w:ascii="Georgia" w:hAnsi="Georgia"/>
          <w:b w:val="0"/>
          <w:i w:val="0"/>
          <w:color w:val="000000"/>
          <w:sz w:val="24"/>
        </w:rPr>
        <w:t>) Святого Имени — это образ завета, ведь Есод продолговат и подобен букве вав, и это «образ завета». Эта буква вав — тайна спинного хребта, проводящего каплю из мозга Даат вниз, в Есод. Ведь после того как три первые сфирот (ГАР) соединились в высшем зивуге по тайне вышеупомянутого рта — то есть поцелуев, соответствующих двум буквам йод и хэй (</w:t>
      </w:r>
      <w:r>
        <w:rPr>
          <w:rFonts w:ascii="Georgia" w:hAnsi="Georgia" w:cs="Times New Roman"/>
          <w:b/>
          <w:i w:val="0"/>
          <w:color w:val="000000"/>
          <w:sz w:val="24"/>
          <w:rtl/>
          <w:szCs w:val="32"/>
        </w:rPr>
        <w:t>יה</w:t>
      </w:r>
      <w:r>
        <w:rPr>
          <w:rFonts w:ascii="Georgia" w:hAnsi="Georgia"/>
          <w:b w:val="0"/>
          <w:i w:val="0"/>
          <w:color w:val="000000"/>
          <w:sz w:val="24"/>
        </w:rPr>
        <w:t>) Имени АВАЯ (</w:t>
      </w:r>
      <w:r>
        <w:rPr>
          <w:rFonts w:ascii="Georgia" w:hAnsi="Georgia" w:cs="Times New Roman"/>
          <w:b/>
          <w:i w:val="0"/>
          <w:color w:val="000000"/>
          <w:sz w:val="24"/>
          <w:rtl/>
          <w:szCs w:val="32"/>
        </w:rPr>
        <w:t>יהוה</w:t>
      </w:r>
      <w:r>
        <w:rPr>
          <w:rFonts w:ascii="Georgia" w:hAnsi="Georgia"/>
          <w:b w:val="0"/>
          <w:i w:val="0"/>
          <w:color w:val="000000"/>
          <w:sz w:val="24"/>
        </w:rPr>
        <w:t>), — тогда капля, вышедшая из этого высшего зивуга, распространилась и спустилась по спинному хребту, представляющему букву вав (</w:t>
      </w:r>
      <w:r>
        <w:rPr>
          <w:rFonts w:ascii="Georgia" w:hAnsi="Georgia" w:cs="Times New Roman"/>
          <w:b/>
          <w:i w:val="0"/>
          <w:color w:val="000000"/>
          <w:sz w:val="24"/>
          <w:rtl/>
          <w:szCs w:val="32"/>
        </w:rPr>
        <w:t>ו</w:t>
      </w:r>
      <w:r>
        <w:rPr>
          <w:rFonts w:ascii="Georgia" w:hAnsi="Georgia"/>
          <w:b w:val="0"/>
          <w:i w:val="0"/>
          <w:color w:val="000000"/>
          <w:sz w:val="24"/>
        </w:rPr>
        <w:t>) Имени АВАЯ.</w:t>
      </w:r>
    </w:p>
    <w:p>
      <w:pPr>
        <w:spacing w:before="40" w:after="120"/>
        <w:jc w:val="both"/>
      </w:pPr>
      <w:r>
        <w:rPr>
          <w:rFonts w:ascii="Georgia" w:hAnsi="Georgia"/>
          <w:b w:val="0"/>
          <w:i w:val="0"/>
          <w:color w:val="000000"/>
          <w:sz w:val="24"/>
        </w:rPr>
        <w:t>И тогда распространились пять хасадим от Хеседа до Хода, а затем все они включились в Есод, и завершилась буква вав. Получается, что сначала капля была в форме буквы йод (</w:t>
      </w:r>
      <w:r>
        <w:rPr>
          <w:rFonts w:ascii="Georgia" w:hAnsi="Georgia" w:cs="Times New Roman"/>
          <w:b/>
          <w:i w:val="0"/>
          <w:color w:val="000000"/>
          <w:sz w:val="24"/>
          <w:rtl/>
          <w:szCs w:val="32"/>
        </w:rPr>
        <w:t>י</w:t>
      </w:r>
      <w:r>
        <w:rPr>
          <w:rFonts w:ascii="Georgia" w:hAnsi="Georgia"/>
          <w:b w:val="0"/>
          <w:i w:val="0"/>
          <w:color w:val="000000"/>
          <w:sz w:val="24"/>
        </w:rPr>
        <w:t>), а затем удлинилась и стала буквой вав (</w:t>
      </w:r>
      <w:r>
        <w:rPr>
          <w:rFonts w:ascii="Georgia" w:hAnsi="Georgia" w:cs="Times New Roman"/>
          <w:b/>
          <w:i w:val="0"/>
          <w:color w:val="000000"/>
          <w:sz w:val="24"/>
          <w:rtl/>
          <w:szCs w:val="32"/>
        </w:rPr>
        <w:t>ו</w:t>
      </w:r>
      <w:r>
        <w:rPr>
          <w:rFonts w:ascii="Georgia" w:hAnsi="Georgia"/>
          <w:b w:val="0"/>
          <w:i w:val="0"/>
          <w:color w:val="000000"/>
          <w:sz w:val="24"/>
        </w:rPr>
        <w:t>) в шести концах (ВАК), в которых распространилась. И об этом сказано в «Тиккуним», что «эта капля удлинилась в среднем столпе и стала буквой вав», см. там. И после распространения пяти хасадим там, в теле, представляющем букву вав (</w:t>
      </w:r>
      <w:r>
        <w:rPr>
          <w:rFonts w:ascii="Georgia" w:hAnsi="Georgia" w:cs="Times New Roman"/>
          <w:b/>
          <w:i w:val="0"/>
          <w:color w:val="000000"/>
          <w:sz w:val="24"/>
          <w:rtl/>
          <w:szCs w:val="32"/>
        </w:rPr>
        <w:t>ו</w:t>
      </w:r>
      <w:r>
        <w:rPr>
          <w:rFonts w:ascii="Georgia" w:hAnsi="Georgia"/>
          <w:b w:val="0"/>
          <w:i w:val="0"/>
          <w:color w:val="000000"/>
          <w:sz w:val="24"/>
        </w:rPr>
        <w:t>), по тайне 42-буквенного Имени: ведь эти шесть концов (ВАК) суть тайна первых шести имен из 42-буквенного Имени. А поскольку ты уже знаешь, что каждый конец включает в себя шесть концов, в каждом имени есть по шесть букв. Затем нижняя ножка буквы вав — очень тонкая — это точка венца (атары) Есода, наподобие маленькой буквы йод (</w:t>
      </w:r>
      <w:r>
        <w:rPr>
          <w:rFonts w:ascii="Georgia" w:hAnsi="Georgia" w:cs="Times New Roman"/>
          <w:b/>
          <w:i w:val="0"/>
          <w:color w:val="000000"/>
          <w:sz w:val="24"/>
          <w:rtl/>
          <w:szCs w:val="32"/>
        </w:rPr>
        <w:t>י</w:t>
      </w:r>
      <w:r>
        <w:rPr>
          <w:rFonts w:ascii="Georgia" w:hAnsi="Georgia"/>
          <w:b w:val="0"/>
          <w:i w:val="0"/>
          <w:color w:val="000000"/>
          <w:sz w:val="24"/>
        </w:rPr>
        <w:t>), ножки буквы вав (</w:t>
      </w:r>
      <w:r>
        <w:rPr>
          <w:rFonts w:ascii="Georgia" w:hAnsi="Georgia" w:cs="Times New Roman"/>
          <w:b/>
          <w:i w:val="0"/>
          <w:color w:val="000000"/>
          <w:sz w:val="24"/>
          <w:rtl/>
          <w:szCs w:val="32"/>
        </w:rPr>
        <w:t>ו</w:t>
      </w:r>
      <w:r>
        <w:rPr>
          <w:rFonts w:ascii="Georgia" w:hAnsi="Georgia"/>
          <w:b w:val="0"/>
          <w:i w:val="0"/>
          <w:color w:val="000000"/>
          <w:sz w:val="24"/>
        </w:rPr>
        <w:t>). Она также включает в себя все шесть концов, и потому имеет форму кончика, являющегося маленькой тонкой буквой вав (</w:t>
      </w:r>
      <w:r>
        <w:rPr>
          <w:rFonts w:ascii="Georgia" w:hAnsi="Georgia" w:cs="Times New Roman"/>
          <w:b/>
          <w:i w:val="0"/>
          <w:color w:val="000000"/>
          <w:sz w:val="24"/>
          <w:rtl/>
          <w:szCs w:val="32"/>
        </w:rPr>
        <w:t>ו</w:t>
      </w:r>
      <w:r>
        <w:rPr>
          <w:rFonts w:ascii="Georgia" w:hAnsi="Georgia"/>
          <w:b w:val="0"/>
          <w:i w:val="0"/>
          <w:color w:val="000000"/>
          <w:sz w:val="24"/>
        </w:rPr>
        <w:t>); и эта вав — седьмое имя из 42-буквенного Имени, и в нем также шесть букв по указанной причине. И эта точка входит в Есод Нуквы — букву хэй (</w:t>
      </w:r>
      <w:r>
        <w:rPr>
          <w:rFonts w:ascii="Georgia" w:hAnsi="Georgia" w:cs="Times New Roman"/>
          <w:b/>
          <w:i w:val="0"/>
          <w:color w:val="000000"/>
          <w:sz w:val="24"/>
          <w:rtl/>
          <w:szCs w:val="32"/>
        </w:rPr>
        <w:t>ה</w:t>
      </w:r>
      <w:r>
        <w:rPr>
          <w:rFonts w:ascii="Georgia" w:hAnsi="Georgia"/>
          <w:b w:val="0"/>
          <w:i w:val="0"/>
          <w:color w:val="000000"/>
          <w:sz w:val="24"/>
        </w:rPr>
        <w:t>) Имени АВАЯ — в точку Цион в ней, и тогда это называется «завершением близости» (</w:t>
      </w:r>
      <w:r>
        <w:rPr>
          <w:rFonts w:ascii="Georgia" w:hAnsi="Georgia"/>
          <w:b w:val="0"/>
          <w:i/>
          <w:color w:val="000000"/>
          <w:sz w:val="24"/>
        </w:rPr>
        <w:t>гмар биа</w:t>
      </w:r>
      <w:r>
        <w:rPr>
          <w:rFonts w:ascii="Georgia" w:hAnsi="Georgia"/>
          <w:b w:val="0"/>
          <w:i w:val="0"/>
          <w:color w:val="000000"/>
          <w:sz w:val="24"/>
        </w:rPr>
        <w:t>), как сказано в Гемаре.</w:t>
      </w:r>
    </w:p>
    <w:p>
      <w:pPr>
        <w:spacing w:before="40" w:after="120"/>
        <w:jc w:val="both"/>
      </w:pPr>
      <w:r>
        <w:rPr>
          <w:rFonts w:ascii="Georgia" w:hAnsi="Georgia"/>
          <w:b w:val="0"/>
          <w:i w:val="0"/>
          <w:color w:val="000000"/>
          <w:sz w:val="24"/>
        </w:rPr>
        <w:t>Выходит, что это последнее имя относится к аспекту венца — Малхут в Есоде, а также входит в Есод де-Малхут, и потому последнее имя из 42-буквенного Имени в Зоаре относят к Малхут. И из сказанного здесь станет понятно, каким образом все 42-буквенное Имя помещается в шести концах тела, представляя собой семь букв вав, как упомянуто. Выше уже было разъяснено, что нижний зивуг Есода притягивается не из самого мозга, а из пяти хасадим после их распространения в теле. И это станет предельно ясно в свете сказанного здесь: после высшего зивуга поцелуев хасадим протянулись вниз, в тело, и из того свойства, которое распространилось, то есть из 42-буквенного Имени, Есод привлекает каплю хасадим нижнего зивуга к Нукве. Таким образом, во всяком соударении присутствуют два зивуга — высший и нижний, как сказано выше.</w:t>
      </w:r>
    </w:p>
    <w:p>
      <w:pPr>
        <w:spacing w:before="40" w:after="120"/>
        <w:jc w:val="both"/>
      </w:pPr>
      <w:r>
        <w:rPr>
          <w:rFonts w:ascii="Georgia" w:hAnsi="Georgia"/>
          <w:b w:val="0"/>
          <w:i w:val="0"/>
          <w:color w:val="000000"/>
          <w:sz w:val="24"/>
        </w:rPr>
        <w:t>Пойми же это глубоко, ведь это важное общее правило! Итак, сорок две буквы включены в эту семенную каплю. А то, что [мудрецы] сказали о «сорока двух зивугах», мы можем истолковать через само понятие «зивуг»: эти сорок две буквы составляют тайну зивуга. Но суть в том, что, как известно, нет такой точки, которая не включалась бы в другую — правое в левое, а левое в правое. Следовательно, это сорок два зивуга, то есть удвоенные, где каждый представляет собой единое соударение, соединяющее по двое. Причина здесь и в том, что нет ни одной точки, которая не включалась бы сверху вниз и снизу вверх, а значит, перед нами дважды по 42, удвоенные. Тайна этого еще и в том, как сказано выше, что нет капли, спускающейся сверху, навстречу которой не поднимались бы две капли; и это — 42 зивуга. И в этом тайна: «как образ завета засевается...» и т.д. Ведь нам известно, что есть 42-буквенное Имя от АБ в Ацилуте, 42-буквенное Имя от САГ в Брие и 42-буквенное Имя от МА в Ецире, тогда как в Асие его нет. И получается теперь, что это намекает и на следующее: подобно тому как мужское начало само по себе вместе с Нуквой — всё внутри Ацилута — образуют тайну сорока двух удвоенных зивугов (мужские свойства от мужского начала, а женские от Нуквы), так же весь Ацилут становится затем единым мужским парцуфом по отношению к Брие и Ецире, являющимся женским миром. И тогда сорок две буквы Ацилута — это тайна сорока двух букв: простого, наполненного и наполнения наполнения Имени АВАЯ в Ацилуте. И навстречу ему поднимаются два других Имени по 42 буквы, представляющих собой две удвоенные капли нуквы; и это сорок два зивуга: 42 Брии и 42 Ециры.</w:t>
      </w:r>
    </w:p>
    <w:p>
      <w:pPr>
        <w:keepNext/>
        <w:spacing w:before="320" w:after="120"/>
      </w:pPr>
      <w:r>
        <w:rPr>
          <w:rFonts w:ascii="Georgia" w:hAnsi="Georgia"/>
          <w:b w:val="0"/>
          <w:i w:val="0"/>
          <w:color w:val="000000"/>
          <w:sz w:val="32"/>
        </w:rPr>
        <w:t>Ветвь 15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Сфирот представляют собой прямой свет и отраженный свет. А именно: Бесконечный выделил из Себя десять сфирот сверху вниз, то есть от Кетера до Малхут. А затем, возвращаясь к Своему Источнику, Он вновь осветил и выделил из Себя еще десять других сфирот снизу вверх: Кетер в Малхут, Хохма в Есоде и так далее, вплоть до Малхут в Кетере. И в этом тайна [сказанного]: «Конец их укоренен в начале, а начало их — в конце» (Сефер Йецира 1:7). И в этом тайна сочетания АВАЯ (</w:t>
      </w:r>
      <w:r>
        <w:rPr>
          <w:rFonts w:ascii="Georgia" w:hAnsi="Georgia" w:cs="Times New Roman"/>
          <w:b/>
          <w:i w:val="0"/>
          <w:color w:val="000000"/>
          <w:sz w:val="24"/>
          <w:rtl/>
          <w:szCs w:val="32"/>
        </w:rPr>
        <w:t>יהוה</w:t>
      </w:r>
      <w:r>
        <w:rPr>
          <w:rFonts w:ascii="Georgia" w:hAnsi="Georgia"/>
          <w:b w:val="0"/>
          <w:i w:val="0"/>
          <w:color w:val="000000"/>
          <w:sz w:val="24"/>
        </w:rPr>
        <w:t>) и обратного порядка букв (</w:t>
      </w:r>
      <w:r>
        <w:rPr>
          <w:rFonts w:ascii="Georgia" w:hAnsi="Georgia" w:cs="Times New Roman"/>
          <w:b/>
          <w:i w:val="0"/>
          <w:color w:val="000000"/>
          <w:sz w:val="24"/>
          <w:rtl/>
          <w:szCs w:val="32"/>
        </w:rPr>
        <w:t>הוהי</w:t>
      </w:r>
      <w:r>
        <w:rPr>
          <w:rFonts w:ascii="Georgia" w:hAnsi="Georgia"/>
          <w:b w:val="0"/>
          <w:i w:val="0"/>
          <w:color w:val="000000"/>
          <w:sz w:val="24"/>
        </w:rPr>
        <w:t>), а также тайна двух букв йод в букве алеф (</w:t>
      </w:r>
      <w:r>
        <w:rPr>
          <w:rFonts w:ascii="Georgia" w:hAnsi="Georgia" w:cs="Times New Roman"/>
          <w:b/>
          <w:i w:val="0"/>
          <w:color w:val="000000"/>
          <w:sz w:val="24"/>
          <w:rtl/>
          <w:szCs w:val="32"/>
        </w:rPr>
        <w:t>א</w:t>
      </w:r>
      <w:r>
        <w:rPr>
          <w:rFonts w:ascii="Georgia" w:hAnsi="Georgia"/>
          <w:b w:val="0"/>
          <w:i w:val="0"/>
          <w:color w:val="000000"/>
          <w:sz w:val="24"/>
        </w:rPr>
        <w:t>), вот так: []. Истоком света всегда служит буква йод (</w:t>
      </w:r>
      <w:r>
        <w:rPr>
          <w:rFonts w:ascii="Georgia" w:hAnsi="Georgia" w:cs="Times New Roman"/>
          <w:b/>
          <w:i w:val="0"/>
          <w:color w:val="000000"/>
          <w:sz w:val="24"/>
          <w:rtl/>
          <w:szCs w:val="32"/>
        </w:rPr>
        <w:t>י</w:t>
      </w:r>
      <w:r>
        <w:rPr>
          <w:rFonts w:ascii="Georgia" w:hAnsi="Georgia"/>
          <w:b w:val="0"/>
          <w:i w:val="0"/>
          <w:color w:val="000000"/>
          <w:sz w:val="24"/>
        </w:rPr>
        <w:t>), а Кетер — это тайна кончика первой буквы йод; последнее же — тайна Имени АДОНАЙ — буквально соответствует обратному порядку (</w:t>
      </w:r>
      <w:r>
        <w:rPr>
          <w:rFonts w:ascii="Georgia" w:hAnsi="Georgia" w:cs="Times New Roman"/>
          <w:b/>
          <w:i w:val="0"/>
          <w:color w:val="000000"/>
          <w:sz w:val="24"/>
          <w:rtl/>
          <w:szCs w:val="32"/>
        </w:rPr>
        <w:t>הוהי</w:t>
      </w:r>
      <w:r>
        <w:rPr>
          <w:rFonts w:ascii="Georgia" w:hAnsi="Georgia"/>
          <w:b w:val="0"/>
          <w:i w:val="0"/>
          <w:color w:val="000000"/>
          <w:sz w:val="24"/>
        </w:rPr>
        <w:t>). И это — сплетение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xml:space="preserve">), по тайне слов </w:t>
      </w:r>
      <w:r>
        <w:rPr>
          <w:rFonts w:ascii="Georgia" w:hAnsi="Georgia"/>
          <w:b w:val="0"/>
          <w:i/>
          <w:color w:val="000000"/>
          <w:sz w:val="24"/>
        </w:rPr>
        <w:t>ани</w:t>
      </w:r>
      <w:r>
        <w:rPr>
          <w:rFonts w:ascii="Georgia" w:hAnsi="Georgia"/>
          <w:b w:val="0"/>
          <w:i w:val="0"/>
          <w:color w:val="000000"/>
          <w:sz w:val="24"/>
        </w:rPr>
        <w:t xml:space="preserve"> — «я» (</w:t>
      </w:r>
      <w:r>
        <w:rPr>
          <w:rFonts w:ascii="Georgia" w:hAnsi="Georgia" w:cs="Times New Roman"/>
          <w:b/>
          <w:i w:val="0"/>
          <w:color w:val="000000"/>
          <w:sz w:val="24"/>
          <w:rtl/>
          <w:szCs w:val="32"/>
        </w:rPr>
        <w:t>אֲנִי</w:t>
      </w:r>
      <w:r>
        <w:rPr>
          <w:rFonts w:ascii="Georgia" w:hAnsi="Georgia"/>
          <w:b w:val="0"/>
          <w:i w:val="0"/>
          <w:color w:val="000000"/>
          <w:sz w:val="24"/>
        </w:rPr>
        <w:t xml:space="preserve">) и </w:t>
      </w:r>
      <w:r>
        <w:rPr>
          <w:rFonts w:ascii="Georgia" w:hAnsi="Georgia"/>
          <w:b w:val="0"/>
          <w:i/>
          <w:color w:val="000000"/>
          <w:sz w:val="24"/>
        </w:rPr>
        <w:t>аин</w:t>
      </w:r>
      <w:r>
        <w:rPr>
          <w:rFonts w:ascii="Georgia" w:hAnsi="Georgia"/>
          <w:b w:val="0"/>
          <w:i w:val="0"/>
          <w:color w:val="000000"/>
          <w:sz w:val="24"/>
        </w:rPr>
        <w:t xml:space="preserve"> — «ничто» (</w:t>
      </w:r>
      <w:r>
        <w:rPr>
          <w:rFonts w:ascii="Georgia" w:hAnsi="Georgia" w:cs="Times New Roman"/>
          <w:b/>
          <w:i w:val="0"/>
          <w:color w:val="000000"/>
          <w:sz w:val="24"/>
          <w:rtl/>
          <w:szCs w:val="32"/>
        </w:rPr>
        <w:t>אַיִן</w:t>
      </w:r>
      <w:r>
        <w:rPr>
          <w:rFonts w:ascii="Georgia" w:hAnsi="Georgia"/>
          <w:b w:val="0"/>
          <w:i w:val="0"/>
          <w:color w:val="000000"/>
          <w:sz w:val="24"/>
        </w:rPr>
        <w:t>) в Имени АДОНАЙ, что соответствует тайне Кетера и Малхут. Их тайна — буква каф (</w:t>
      </w:r>
      <w:r>
        <w:rPr>
          <w:rFonts w:ascii="Georgia" w:hAnsi="Georgia" w:cs="Times New Roman"/>
          <w:b/>
          <w:i w:val="0"/>
          <w:color w:val="000000"/>
          <w:sz w:val="24"/>
          <w:rtl/>
          <w:szCs w:val="32"/>
        </w:rPr>
        <w:t>כ</w:t>
      </w:r>
      <w:r>
        <w:rPr>
          <w:rFonts w:ascii="Georgia" w:hAnsi="Georgia"/>
          <w:b w:val="0"/>
          <w:i w:val="0"/>
          <w:color w:val="000000"/>
          <w:sz w:val="24"/>
        </w:rPr>
        <w:t xml:space="preserve"> = 20), Кетер, по тайне двух букв йод, то есть дважды по десять сфирот: сверху вниз и снизу вверх, выделяемых из Источника и объединяющихся в Кетере. И в отношении десяти [сфирот] снизу вверх то же правило действует для всех них. Каким образом? От Кетера к Хохме, и возвращается от Хохмы к Кетеру; так же от Кетера к Бине, и от Бины к Кетеру; а также от Хохмы к Бине, и от Бины к Хохме; от Хохмы к Хеседу, и от Хеседа к Хохме — и так до конца десяти сфирот. И это же правило действует внутри каждой отдельной сфиры, поскольку известно, что каждая включает в себя десять [сфирот], и так далее до мельчайших частностей.</w:t>
      </w:r>
    </w:p>
    <w:p>
      <w:pPr>
        <w:spacing w:before="40" w:after="120"/>
        <w:jc w:val="both"/>
      </w:pPr>
      <w:r>
        <w:rPr>
          <w:rFonts w:ascii="Georgia" w:hAnsi="Georgia"/>
          <w:b w:val="0"/>
          <w:i w:val="0"/>
          <w:color w:val="000000"/>
          <w:sz w:val="24"/>
        </w:rPr>
        <w:t>Но есть различие: прямой свет — это сама суть света Ацилута, подобно солнечному свету, падающему на стеклянный светильник, тогда как отраженный свет не таков, а более слаб — подобно свету солнца, который отражается и возвращается назад. И так обстоит дело во всех десяти сфирот и внутри каждой сфиры согласно ее распространению; и пойми это. И в восемнадцатом исправлении («Тиккун 18», лист 32) сказано, что двенадцать созвездий — это шесть [сфирот] от Хеседа до Есода в прямом свете и [шесть сфирот] в отраженном свете; а семь планет — это [сфирот] от Хеседа до Малхут в тайне прямого света (ведь иначе двенадцать созвездий и семь планет были бы одним и тем же). И существуют два зивуга: ХУБ, и Тиферет с Малхут. И от зивуга ХУБ нисходит прямой свет по тайне Имени АВАЯ в Хохме и Имени ЭЙЕ в Бине, и они спускаются до Малхут по тайне АВАЯ в Хохме, Хеседе и Нецахе, и ЭЙЕ в Бине, Гвуре и Ходе, и оба они соединяются в средней линии: Кетере, Тиферет, Есоде и Малхут. Отраженный же свет исходит от зивуга Тиферет и Малхут по тайне АВАЯ и АДОНАЙ: АВАЯ — по правой линии, АДОНАЙ — по левой линии, и оба они — по тайне Кетера, Тиферет, Есода и Малхут. Это намекается в восемнадцатом исправлении. И в свете сказанного ты поймешь написанное в «Тиккуним», что буква шин (</w:t>
      </w:r>
      <w:r>
        <w:rPr>
          <w:rFonts w:ascii="Georgia" w:hAnsi="Georgia" w:cs="Times New Roman"/>
          <w:b/>
          <w:i w:val="0"/>
          <w:color w:val="000000"/>
          <w:sz w:val="24"/>
          <w:rtl/>
          <w:szCs w:val="32"/>
        </w:rPr>
        <w:t>ש</w:t>
      </w:r>
      <w:r>
        <w:rPr>
          <w:rFonts w:ascii="Georgia" w:hAnsi="Georgia"/>
          <w:b w:val="0"/>
          <w:i w:val="0"/>
          <w:color w:val="000000"/>
          <w:sz w:val="24"/>
        </w:rPr>
        <w:t>) находится в Бине и в Малхут, и это тайна корня Древа. И это понятно по тайне Древа, представляющего собой шесть концов (ВАК), чей корень в прямом свете находится в Бине, а в отраженном свете — в Малхут. Буква шин (</w:t>
      </w:r>
      <w:r>
        <w:rPr>
          <w:rFonts w:ascii="Georgia" w:hAnsi="Georgia" w:cs="Times New Roman"/>
          <w:b/>
          <w:i w:val="0"/>
          <w:color w:val="000000"/>
          <w:sz w:val="24"/>
          <w:rtl/>
          <w:szCs w:val="32"/>
        </w:rPr>
        <w:t>ש</w:t>
      </w:r>
      <w:r>
        <w:rPr>
          <w:rFonts w:ascii="Georgia" w:hAnsi="Georgia"/>
          <w:b w:val="0"/>
          <w:i w:val="0"/>
          <w:color w:val="000000"/>
          <w:sz w:val="24"/>
        </w:rPr>
        <w:t>) состоит из трех линий; то же относится и к букве хэй (</w:t>
      </w:r>
      <w:r>
        <w:rPr>
          <w:rFonts w:ascii="Georgia" w:hAnsi="Georgia" w:cs="Times New Roman"/>
          <w:b/>
          <w:i w:val="0"/>
          <w:color w:val="000000"/>
          <w:sz w:val="24"/>
          <w:rtl/>
          <w:szCs w:val="32"/>
        </w:rPr>
        <w:t>ה</w:t>
      </w:r>
      <w:r>
        <w:rPr>
          <w:rFonts w:ascii="Georgia" w:hAnsi="Georgia"/>
          <w:b w:val="0"/>
          <w:i w:val="0"/>
          <w:color w:val="000000"/>
          <w:sz w:val="24"/>
        </w:rPr>
        <w:t>) в Бине и в Малхут: в каждой из них есть три линии — линия милосердия (хесед), линия суда (дин) и линия сострадания (рахамим).</w:t>
      </w:r>
    </w:p>
    <w:p>
      <w:pPr>
        <w:spacing w:before="40" w:after="120"/>
        <w:jc w:val="both"/>
      </w:pPr>
      <w:r>
        <w:rPr>
          <w:rFonts w:ascii="Georgia" w:hAnsi="Georgia"/>
          <w:b w:val="0"/>
          <w:i w:val="0"/>
          <w:color w:val="000000"/>
          <w:sz w:val="24"/>
        </w:rPr>
        <w:t>Вот четыре вещи: 1) мужское или женское; 2) суд или милосердие; 3) высшее или нижнее; 4) дающее или принимающее. И всегда мужское начало — это высшее, милосердие и дающее, а Нуква — суд, нижнее и принимающее. И потому во время зивуга Нуква обращена лицом кверху — что соответствует букве хэй (</w:t>
      </w:r>
      <w:r>
        <w:rPr>
          <w:rFonts w:ascii="Georgia" w:hAnsi="Georgia" w:cs="Times New Roman"/>
          <w:b/>
          <w:i w:val="0"/>
          <w:color w:val="000000"/>
          <w:sz w:val="24"/>
          <w:rtl/>
          <w:szCs w:val="32"/>
        </w:rPr>
        <w:t>ה</w:t>
      </w:r>
      <w:r>
        <w:rPr>
          <w:rFonts w:ascii="Georgia" w:hAnsi="Georgia"/>
          <w:b w:val="0"/>
          <w:i w:val="0"/>
          <w:color w:val="000000"/>
          <w:sz w:val="24"/>
        </w:rPr>
        <w:t>) в тайне Имени АВАЯ, — чтобы принимать от мужского начала, тогда как мужское начало обращено прямо, по тайне АВАЯ (</w:t>
      </w:r>
      <w:r>
        <w:rPr>
          <w:rFonts w:ascii="Georgia" w:hAnsi="Georgia" w:cs="Times New Roman"/>
          <w:b/>
          <w:i w:val="0"/>
          <w:color w:val="000000"/>
          <w:sz w:val="24"/>
          <w:rtl/>
          <w:szCs w:val="32"/>
        </w:rPr>
        <w:t>יהוה</w:t>
      </w:r>
      <w:r>
        <w:rPr>
          <w:rFonts w:ascii="Georgia" w:hAnsi="Georgia"/>
          <w:b w:val="0"/>
          <w:i w:val="0"/>
          <w:color w:val="000000"/>
          <w:sz w:val="24"/>
        </w:rPr>
        <w:t>). И в этом тайна [выражения] «хэй над йод» — нуква и суд, как упоминается во многих местах; и буквы хэй женского рода, а буквы йод и вав — мужского. Теперь разберем, каким образом внутри каждой отдельной сфиры присутствуют прямой свет и отраженный свет. Из этого ты поймешь Имя САГ (63): в одном месте его называют мужским, а в другом — женским, по тайне буквы хэй над буквой йод. Ведь наполнение с буквами алеф [МА] пребывает в мозге, наполнение САГ — в воздухе (</w:t>
      </w:r>
      <w:r>
        <w:rPr>
          <w:rFonts w:ascii="Georgia" w:hAnsi="Georgia"/>
          <w:b w:val="0"/>
          <w:i/>
          <w:color w:val="000000"/>
          <w:sz w:val="24"/>
        </w:rPr>
        <w:t>авира</w:t>
      </w:r>
      <w:r>
        <w:rPr>
          <w:rFonts w:ascii="Georgia" w:hAnsi="Georgia"/>
          <w:b w:val="0"/>
          <w:i w:val="0"/>
          <w:color w:val="000000"/>
          <w:sz w:val="24"/>
        </w:rPr>
        <w:t xml:space="preserve">), а наполнение с буквами йод [АБ] — в Кетере. Суть же в том, что это Имя находится в Кетере по тайне отраженного света внутри сфиры Кетер. И это принимающее свойство в Кетере, наиболее близкое к нам; прямой же свет в Кетере — дающий и близкий к Бесконечному, и потому он непостижим для нас и не называется никаким именем, подобно Бесконечному, Который не именуется никаким именем. И в этом тайна упомянутого в 56-м исправлении («Тиккун 56»): «И белое, и черное — оба находятся в высшем Кетере». И черное служит нуквой для белого: </w:t>
      </w:r>
      <w:r>
        <w:rPr>
          <w:rFonts w:ascii="Georgia" w:hAnsi="Georgia"/>
          <w:b w:val="0"/>
          <w:i/>
          <w:color w:val="000000"/>
          <w:sz w:val="24"/>
        </w:rPr>
        <w:t>«положил тьму покровом Своим...»</w:t>
      </w:r>
      <w:r>
        <w:rPr>
          <w:rFonts w:ascii="Georgia" w:hAnsi="Georgia"/>
          <w:b w:val="0"/>
          <w:i w:val="0"/>
          <w:color w:val="000000"/>
          <w:sz w:val="24"/>
        </w:rPr>
        <w:t xml:space="preserve"> (Теилим 18:12). И тайна здесь такова, как мы сказали: черное в нем — это наполнение буквами йод, АБ, или же Имя САГ, которое возвращается и закрывает [свет]; и пойми это. Из этих двух ступеней выделились [из Источника] ХУБ — белое и черное, мужское и женское. И в «Сефер а-Баир» упоминается [движение] сверху вниз и снизу вверх; также намекается там, что нисходящее опускается стремительно, без задержки изобилия, поскольку это аспект прямого света, тогда как восходящее поднимается неспешно, так как это суд нуквы. Есть еще одно различие: нисходящий [свет] спускается сначала по правой стороне, чтобы усилить милосердие, а восходящий [свет] сначала идет по левой стороне, чтобы усилить ее, меняя направление движения.</w:t>
      </w:r>
    </w:p>
    <w:p>
      <w:pPr>
        <w:spacing w:before="40" w:after="120"/>
        <w:jc w:val="both"/>
      </w:pPr>
      <w:r>
        <w:rPr>
          <w:rFonts w:ascii="Georgia" w:hAnsi="Georgia"/>
          <w:b w:val="0"/>
          <w:i w:val="0"/>
          <w:color w:val="000000"/>
          <w:sz w:val="24"/>
        </w:rPr>
        <w:t>Однако иногда подъем может происходить и справа — то есть вначале от Есода к Нецаху, или наоборот, от Есода к Ходу, а от Хода к Нецаху, и так по всем десяти сфирот; но путь справа — это от Есода к Нецаху и от Хеседа к Хохме, тогда как нисходящий [свет] каждый раз при спуске идет сначала через Хохму, то есть по правой линии. Общий вывод из всего сказанного: существуют два Есода — от ЗА к Нукве в тайне прямого света, и от Малхут к Тиферет в тайне отраженного света. И из этого ты поймешь изречение рабби Хизкии в недельном разделе Ваеце (лист 155а): «Но приди и узри тайну этого: всякий раз праведник из нижнего мира выходит и входит в него, входит и из него выходит...» и т.д. Тайна в том, что сначала во время зивуга нуква отдает МАН по тайне отраженного света, через один Есод, и потому он начал со слов: «праведник из нижнего мира выходит» — что относится к тайне отраженного света, а затем «входит» — по тайне прямого света, то есть МАД.</w:t>
      </w:r>
    </w:p>
    <w:p>
      <w:pPr>
        <w:spacing w:before="40" w:after="120"/>
        <w:jc w:val="both"/>
      </w:pPr>
      <w:r>
        <w:rPr>
          <w:rFonts w:ascii="Georgia" w:hAnsi="Georgia"/>
          <w:b w:val="0"/>
          <w:i w:val="0"/>
          <w:color w:val="000000"/>
          <w:sz w:val="24"/>
        </w:rPr>
        <w:t xml:space="preserve">Выходит, что Биньямин, хотя и находится в женском мире, тем не менее принадлежит мужскому миру, а не миру разделения под властью Малхут Рахель, пусть даже он и родился от нее. И эти двое — Йосеф и Биньямин: Йосеф — прямой свет, Биньямин — отраженный свет. Поэтому Йосеф соотносится с Яаковом как прямой свет, а Биньямин — как отраженный свет, [явившийся] при исходе ее души: </w:t>
      </w:r>
      <w:r>
        <w:rPr>
          <w:rFonts w:ascii="Georgia" w:hAnsi="Georgia"/>
          <w:b w:val="0"/>
          <w:i/>
          <w:color w:val="000000"/>
          <w:sz w:val="24"/>
        </w:rPr>
        <w:t>«И когда выходила душа ее, ибо она умирала...»</w:t>
      </w:r>
      <w:r>
        <w:rPr>
          <w:rFonts w:ascii="Georgia" w:hAnsi="Georgia"/>
          <w:b w:val="0"/>
          <w:i w:val="0"/>
          <w:color w:val="000000"/>
          <w:sz w:val="24"/>
        </w:rPr>
        <w:t xml:space="preserve"> (Берешит 35:18), ведь это душа нуквы. Однако поскольку она удалилась ввысь, отец назвал его Биньямин — «сын десницы» (</w:t>
      </w:r>
      <w:r>
        <w:rPr>
          <w:rFonts w:ascii="Georgia" w:hAnsi="Georgia"/>
          <w:b w:val="0"/>
          <w:i/>
          <w:color w:val="000000"/>
          <w:sz w:val="24"/>
        </w:rPr>
        <w:t>бен ямин</w:t>
      </w:r>
      <w:r>
        <w:rPr>
          <w:rFonts w:ascii="Georgia" w:hAnsi="Georgia"/>
          <w:b w:val="0"/>
          <w:i w:val="0"/>
          <w:color w:val="000000"/>
          <w:sz w:val="24"/>
        </w:rPr>
        <w:t xml:space="preserve">, </w:t>
      </w:r>
      <w:r>
        <w:rPr>
          <w:rFonts w:ascii="Georgia" w:hAnsi="Georgia" w:cs="Times New Roman"/>
          <w:b/>
          <w:i w:val="0"/>
          <w:color w:val="000000"/>
          <w:sz w:val="24"/>
          <w:rtl/>
          <w:szCs w:val="32"/>
        </w:rPr>
        <w:t>בֶּן יָמִין</w:t>
      </w:r>
      <w:r>
        <w:rPr>
          <w:rFonts w:ascii="Georgia" w:hAnsi="Georgia"/>
          <w:b w:val="0"/>
          <w:i w:val="0"/>
          <w:color w:val="000000"/>
          <w:sz w:val="24"/>
        </w:rPr>
        <w:t>), а не сыном левой стороны (</w:t>
      </w:r>
      <w:r>
        <w:rPr>
          <w:rFonts w:ascii="Georgia" w:hAnsi="Georgia"/>
          <w:b w:val="0"/>
          <w:i/>
          <w:color w:val="000000"/>
          <w:sz w:val="24"/>
        </w:rPr>
        <w:t>бен смоль</w:t>
      </w:r>
      <w:r>
        <w:rPr>
          <w:rFonts w:ascii="Georgia" w:hAnsi="Georgia"/>
          <w:b w:val="0"/>
          <w:i w:val="0"/>
          <w:color w:val="000000"/>
          <w:sz w:val="24"/>
        </w:rPr>
        <w:t xml:space="preserve">, </w:t>
      </w:r>
      <w:r>
        <w:rPr>
          <w:rFonts w:ascii="Georgia" w:hAnsi="Georgia" w:cs="Times New Roman"/>
          <w:b/>
          <w:i w:val="0"/>
          <w:color w:val="000000"/>
          <w:sz w:val="24"/>
          <w:rtl/>
          <w:szCs w:val="32"/>
        </w:rPr>
        <w:t>בֶּן שְׂמֹאל</w:t>
      </w:r>
      <w:r>
        <w:rPr>
          <w:rFonts w:ascii="Georgia" w:hAnsi="Georgia"/>
          <w:b w:val="0"/>
          <w:i w:val="0"/>
          <w:color w:val="000000"/>
          <w:sz w:val="24"/>
        </w:rPr>
        <w:t>); и он также представляет собой отраженный свет, а причина в том, что затем он вновь опускается по тайне прямого света. И в этом тайна того, что Биньямин служил вместо Йосефа, когда тот пропал, как упоминается в разделе Ваеце (лист 153б).</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Сефер Эц Хаим • Аризаль · рабби Хаим Виталь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