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6205825" cy="8778240"/>
            <wp:docPr id="1" name="Picture 1"/>
            <wp:cNvGraphicFramePr>
              <a:graphicFrameLocks noChangeAspect="1"/>
            </wp:cNvGraphicFramePr>
            <a:graphic>
              <a:graphicData uri="http://schemas.openxmlformats.org/drawingml/2006/picture">
                <pic:pic>
                  <pic:nvPicPr>
                    <pic:cNvPr id="0" name="cover.png"/>
                    <pic:cNvPicPr/>
                  </pic:nvPicPr>
                  <pic:blipFill>
                    <a:blip r:embed="rId11"/>
                    <a:stretch>
                      <a:fillRect/>
                    </a:stretch>
                  </pic:blipFill>
                  <pic:spPr>
                    <a:xfrm>
                      <a:off x="0" y="0"/>
                      <a:ext cx="6205825" cy="8778240"/>
                    </a:xfrm>
                    <a:prstGeom prst="rect"/>
                  </pic:spPr>
                </pic:pic>
              </a:graphicData>
            </a:graphic>
          </wp:inline>
        </w:drawing>
      </w:r>
    </w:p>
    <w:p>
      <w:r>
        <w:br w:type="page"/>
      </w:r>
    </w:p>
    <w:p>
      <w:pPr>
        <w:spacing w:before="1440" w:after="240"/>
        <w:jc w:val="center"/>
      </w:pPr>
      <w:r>
        <w:rPr>
          <w:rFonts w:ascii="Georgia" w:hAnsi="Georgia" w:cs="Times New Roman"/>
          <w:b/>
          <w:i w:val="0"/>
          <w:color w:val="000000"/>
          <w:sz w:val="48"/>
          <w:rtl/>
          <w:szCs w:val="44"/>
        </w:rPr>
        <w:t>פנים מאירות ומסבירות</w:t>
      </w:r>
    </w:p>
    <w:p>
      <w:pPr>
        <w:spacing w:before="240" w:after="160"/>
        <w:jc w:val="center"/>
      </w:pPr>
      <w:r>
        <w:rPr>
          <w:rFonts w:ascii="Georgia" w:hAnsi="Georgia"/>
          <w:b/>
          <w:i w:val="0"/>
          <w:color w:val="000000"/>
          <w:sz w:val="40"/>
        </w:rPr>
        <w:t>Паним Меирот у-Масбирот</w:t>
      </w:r>
    </w:p>
    <w:p>
      <w:pPr>
        <w:spacing w:before="80" w:after="320"/>
        <w:jc w:val="center"/>
      </w:pPr>
      <w:r>
        <w:rPr>
          <w:rFonts w:ascii="Georgia" w:hAnsi="Georgia"/>
          <w:b w:val="0"/>
          <w:i/>
          <w:color w:val="000000"/>
          <w:sz w:val="27"/>
        </w:rPr>
        <w:t>Лик светящийся и разъясняющий · Часть третья</w:t>
      </w:r>
    </w:p>
    <w:p>
      <w:pPr>
        <w:spacing w:before="160" w:after="360"/>
        <w:jc w:val="center"/>
      </w:pPr>
      <w:r>
        <w:rPr>
          <w:rFonts w:ascii="Georgia" w:hAnsi="Georgia"/>
          <w:b/>
          <w:i w:val="0"/>
          <w:color w:val="000000"/>
          <w:sz w:val="26"/>
        </w:rPr>
        <w:t>Бааль а-Сулам (Рабейну Йегуда Лейб Ашлаг)</w:t>
      </w:r>
    </w:p>
    <w:p>
      <w:pPr>
        <w:spacing w:before="360" w:after="360"/>
        <w:jc w:val="center"/>
      </w:pPr>
      <w:r>
        <w:rPr>
          <w:rFonts w:ascii="Georgia" w:hAnsi="Georgia"/>
          <w:color w:val="000000"/>
          <w:sz w:val="24"/>
        </w:rPr>
        <w:t>❖   ❖   ❖</w:t>
      </w:r>
    </w:p>
    <w:p>
      <w:pPr>
        <w:spacing w:before="120" w:after="80"/>
        <w:jc w:val="center"/>
      </w:pPr>
      <w:r>
        <w:rPr>
          <w:rFonts w:ascii="Georgia" w:hAnsi="Georgia"/>
          <w:b/>
          <w:color w:val="000000"/>
          <w:sz w:val="22"/>
        </w:rPr>
        <w:t>Перевод и редакция: Проект «Гмар Тиккун»</w:t>
      </w:r>
    </w:p>
    <w:p>
      <w:r>
        <w:br w:type="page"/>
      </w:r>
    </w:p>
    <w:p>
      <w:pPr>
        <w:keepNext/>
        <w:spacing w:before="360" w:after="160"/>
        <w:jc w:val="center"/>
      </w:pPr>
      <w:r>
        <w:rPr>
          <w:rFonts w:ascii="Georgia" w:hAnsi="Georgia"/>
          <w:b w:val="0"/>
          <w:i w:val="0"/>
          <w:color w:val="000000"/>
          <w:sz w:val="40"/>
        </w:rPr>
        <w:t>Ветвь 21</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АК содержит в своей сущности [наполнения] АБ, САГ, МА и БОН, и каждое из этих четырех включает в себя все четыре. Кроме того, из него выходят наружу света, являющиеся его ветвями. И АБ находится в его мохин, соответствуя Арих Анпину (АА) и Абе де-Ацилут. А выше его Гальгальты в нем есть подобие ступени Атика де-Ацилут. Его САГ простирается от озэн (уха) и ниже до табура, соответствуя Бине де-Ацилут. А его МА и БОН — от табура и ниже, соответствуя ЗОН де-Ацилут.</w:t>
      </w:r>
    </w:p>
    <w:p>
      <w:pPr>
        <w:spacing w:before="40" w:after="120"/>
        <w:jc w:val="both"/>
      </w:pPr>
      <w:r>
        <w:rPr>
          <w:rFonts w:ascii="Georgia" w:hAnsi="Georgia"/>
          <w:b w:val="0"/>
          <w:i w:val="0"/>
          <w:color w:val="000000"/>
          <w:sz w:val="24"/>
        </w:rPr>
        <w:t>2) И подобно тому, как это устроено в его внутренней части, так же обстоит дело и со светами, которые выходят из него и служат его ветвями, как сказано выше: ведь волосы его головы соответствуют ветвям АБ, а волосы бороды (дикна), [исходящие] из АХАП, соответствуют ветвям САГ, в которые включены Аба ве-Има. Ведь они оба вместе после исправления получили [ступень] Бины де-МА, то есть имя САГ, объединяющее их обоих, и они включены в мазла де-дикна де-АА. Пойми это очень хорошо, поскольку так же происходит и здесь. И тогда САГ всё еще распространялся до сиюм раглин де-АК.</w:t>
      </w:r>
    </w:p>
    <w:p>
      <w:pPr>
        <w:spacing w:before="40" w:after="120"/>
        <w:jc w:val="both"/>
      </w:pPr>
      <w:r>
        <w:rPr>
          <w:rFonts w:ascii="Georgia" w:hAnsi="Georgia"/>
          <w:b w:val="0"/>
          <w:i w:val="0"/>
          <w:color w:val="000000"/>
          <w:sz w:val="24"/>
        </w:rPr>
        <w:t xml:space="preserve">3) Затем, когда [АК] пожелал вывести МА и БОН, являющиеся ветвями ЗОН, внутренние АБ и САГ, которые представляют собой подлинные ХУБ (Хохму и Бину), совершили соударение (зивуг). И тогда мир был сотворен в свойстве суда, и сначала родилась дочь — имя БОН во внутренней части АК. Затем его ветви вышли наружу через глаз и спустились от табура де-АК и ниже. Но внешние ветви не устояли, пока [внутренние АБ и САГ] снова не совершили соударение и не породили сына — имя МА внутри и снаружи; это — свойство милосердия, и благодаря ему мир устоял, как сказали наши мудрецы (ХАЗАЛЬ) о стихе: </w:t>
      </w:r>
      <w:r>
        <w:rPr>
          <w:rFonts w:ascii="Georgia" w:hAnsi="Georgia"/>
          <w:b w:val="0"/>
          <w:i/>
          <w:color w:val="000000"/>
          <w:sz w:val="24"/>
        </w:rPr>
        <w:t>«В день созидания Г-сподом Б-гом земли и неба»</w:t>
      </w:r>
      <w:r>
        <w:rPr>
          <w:rFonts w:ascii="Georgia" w:hAnsi="Georgia"/>
          <w:b w:val="0"/>
          <w:i w:val="0"/>
          <w:color w:val="000000"/>
          <w:sz w:val="24"/>
        </w:rPr>
        <w:t xml:space="preserve"> (Берешит 2:4). И пойми сказанное ими о «мире»: ведь то, что называют «миром», — это только семь нижних [сфирот] (ЗАТ), то есть ЗОН. Однако сначала ЗОН были женского начала со стороны суда — имени БОН, а затем ЗОН стали мужского начала от имени МА, ведь всё [содержимое имен] МА и БОН называется «миром».</w:t>
      </w:r>
    </w:p>
    <w:p>
      <w:pPr>
        <w:spacing w:before="40" w:after="120"/>
        <w:jc w:val="both"/>
      </w:pPr>
      <w:r>
        <w:rPr>
          <w:rFonts w:ascii="Georgia" w:hAnsi="Georgia"/>
          <w:b w:val="0"/>
          <w:i w:val="0"/>
          <w:color w:val="000000"/>
          <w:sz w:val="24"/>
        </w:rPr>
        <w:t>4) При выходе БОН, которая является женским началом и целиком состоит из судов, известно, что каждое из четырех упомянутых [наполнений] включает в себя все четыре. И относительно имени САГ выше уже объяснялось, что в нем есть АБ, САГ, МА и БОН — вкусы, точки, коронки и буквы (ТАНТА), и все они включены в десять сфирот мира Акудим, посмотри там и найдешь. Так же и в имени БОН: они состоят из всех четырех. И тебе уже известно, что эти четыре [ступени] содержат десять сфирот, а значит, имя БОН разделяется на десять точек (некудот) и четыре стадии (бхинот). Однако поистине их пять стадий, так как Кетер находится выше четырех стадий, и вместе с ним образуются пять парцуфим, содержащих десять сфирот, как известно.</w:t>
      </w:r>
    </w:p>
    <w:p>
      <w:pPr>
        <w:spacing w:before="40" w:after="120"/>
        <w:jc w:val="both"/>
      </w:pPr>
      <w:r>
        <w:rPr>
          <w:rFonts w:ascii="Georgia" w:hAnsi="Georgia"/>
          <w:b w:val="0"/>
          <w:i w:val="0"/>
          <w:color w:val="000000"/>
          <w:sz w:val="24"/>
        </w:rPr>
        <w:t>5) Сначала вышла первая точка БОН — Кетер де-БОН, и она включает десять сфирот. Все десять сфирот в ней вышли включенными в кли Кетера, то есть в Кетер де-Кетер, и свет Кетера остался там. Затем девять светов спустились в кли Хохма де-Кетер, и свет Хохмы остался там. Затем восемь светов спустились в кли Бина де-Кетер, и свет Бины остался там. После этого свет Даат вышел в кли Даат, и оно разбилось: свет поднялся вверх, а кли упало вниз.</w:t>
      </w:r>
    </w:p>
    <w:p>
      <w:pPr>
        <w:spacing w:before="40" w:after="120"/>
        <w:jc w:val="both"/>
      </w:pPr>
      <w:r>
        <w:rPr>
          <w:rFonts w:ascii="Georgia" w:hAnsi="Georgia"/>
          <w:b w:val="0"/>
          <w:i w:val="0"/>
          <w:color w:val="000000"/>
          <w:sz w:val="24"/>
        </w:rPr>
        <w:t>6) Затем вышел свет Хеседа, в который включены семь светов, и [кли] разбилось: свет поднялся вверх, а кли упало вниз. Затем свет Гвуры вышел в кли Гвура, содержа в себе пять светов, и с ним произошло то же самое. И так далее, вплоть до самой нижней [сфиры] — Малхут де-Кетер де-БОН: она тоже разбилась, и с ней произошло то же самое. Так произошла смерть семи мелахим в Кетере де-БОН, являющихся семью нижними [сфирот] (ЗАТ) этого Кетера.</w:t>
      </w:r>
    </w:p>
    <w:p>
      <w:pPr>
        <w:spacing w:before="40" w:after="120"/>
        <w:jc w:val="both"/>
      </w:pPr>
      <w:r>
        <w:rPr>
          <w:rFonts w:ascii="Georgia" w:hAnsi="Georgia"/>
          <w:b w:val="0"/>
          <w:i w:val="0"/>
          <w:color w:val="000000"/>
          <w:sz w:val="24"/>
        </w:rPr>
        <w:t>7) Затем вышла вторая точка — Хохма де-БОН, которая также включает десять сфирот, и с ней случилось то же, что с Кетером: три первые [сфирот] (ГАР) в ней вышли и не разбились, а с выходом Даат началось разбиение, охватившее все ЗАТ — семь мелахим в ней.</w:t>
      </w:r>
    </w:p>
    <w:p>
      <w:pPr>
        <w:spacing w:before="40" w:after="120"/>
        <w:jc w:val="both"/>
      </w:pPr>
      <w:r>
        <w:rPr>
          <w:rFonts w:ascii="Georgia" w:hAnsi="Georgia"/>
          <w:b w:val="0"/>
          <w:i w:val="0"/>
          <w:color w:val="000000"/>
          <w:sz w:val="24"/>
        </w:rPr>
        <w:t>8) Затем вышла третья точка — Бина де-БОН, и она также включает десять сфирот. С ней произошло то же, что и с предыдущими: три первые [сфирот] (ГАР) в ней остались целыми, а все семь нижних (ЗАТ), начинающиеся с Даат, разбились.</w:t>
      </w:r>
    </w:p>
    <w:p>
      <w:pPr>
        <w:spacing w:before="40" w:after="120"/>
        <w:jc w:val="both"/>
      </w:pPr>
      <w:r>
        <w:rPr>
          <w:rFonts w:ascii="Georgia" w:hAnsi="Georgia"/>
          <w:b w:val="0"/>
          <w:i w:val="0"/>
          <w:color w:val="000000"/>
          <w:sz w:val="24"/>
        </w:rPr>
        <w:t>9) После этого вышли семь точек БОН, которые, как известно, в совокупности составляют лишь две точки — ЗОН де-БОН. Каждая точка из этих двух стадий сама по себе содержит десять сфирот, и все они разбились описанным выше образом.</w:t>
      </w:r>
    </w:p>
    <w:p>
      <w:pPr>
        <w:spacing w:before="40" w:after="120"/>
        <w:jc w:val="both"/>
      </w:pPr>
      <w:r>
        <w:rPr>
          <w:rFonts w:ascii="Georgia" w:hAnsi="Georgia"/>
          <w:b w:val="0"/>
          <w:i w:val="0"/>
          <w:color w:val="000000"/>
          <w:sz w:val="24"/>
        </w:rPr>
        <w:t>10) Таким образом, и в общем, и в частном с ними произошло одно и то же: в общем — семь точек БОН, которые по своей сути сводятся всего к двум точкам, разбились полностью; а в частном — все семь нижних [сфирот] (ЗАТ) каждой из трех первых (ГАР) также разбились.</w:t>
      </w:r>
    </w:p>
    <w:p>
      <w:pPr>
        <w:spacing w:before="40" w:after="120"/>
        <w:jc w:val="both"/>
      </w:pPr>
      <w:r>
        <w:rPr>
          <w:rFonts w:ascii="Georgia" w:hAnsi="Georgia"/>
          <w:b w:val="0"/>
          <w:i w:val="0"/>
          <w:color w:val="000000"/>
          <w:sz w:val="24"/>
        </w:rPr>
        <w:t>11) Однако между ними есть одно различие. А именно: каждая из трех первых точек вышла в виде десяти точек, но три первые [сфиры] (ГАР) каждой из этих десяти остались целыми, тогда как семь нижних (ЗАТ) в каждой из них разбились. Но две нижние точки, составляющие в целом ЗАТ де-БОН, как известно, вышли не каждая в виде десяти сфирот, как три первые точки. В четвертой точке, которая соответствует ЗА де-БОН, его ГАР и его десятая [сфира] остались в третьей точке де-БОН — общей Име де-БОН, служащей корнем сыновей. А из пятой точки, являющейся Малхут де-БОН, все ее девять нижних [сфирот] остались вверху подобно [тому, как это было в] ЗА, и вышел наружу только один ее Кетер.</w:t>
      </w:r>
    </w:p>
    <w:p>
      <w:pPr>
        <w:spacing w:before="40" w:after="120"/>
        <w:jc w:val="both"/>
      </w:pPr>
      <w:r>
        <w:rPr>
          <w:rFonts w:ascii="Georgia" w:hAnsi="Georgia"/>
          <w:b w:val="0"/>
          <w:i w:val="0"/>
          <w:color w:val="000000"/>
          <w:sz w:val="24"/>
        </w:rPr>
        <w:t>12) И благодаря этому понятно, каким образом они представляют собой одновременно семь и всего две точки. Получается, что как в первых точках общего БОН, так и в двух последних точках общего БОН, представляющих собой общие ЗАТ де-БОН, разбиение везде было одинаковым: разбились только семь нижних.</w:t>
      </w:r>
    </w:p>
    <w:p>
      <w:pPr>
        <w:spacing w:before="40" w:after="120"/>
        <w:jc w:val="both"/>
      </w:pPr>
      <w:r>
        <w:rPr>
          <w:rFonts w:ascii="Georgia" w:hAnsi="Georgia"/>
          <w:b w:val="0"/>
          <w:i w:val="0"/>
          <w:color w:val="000000"/>
          <w:sz w:val="24"/>
        </w:rPr>
        <w:t>13) Однако есть различие: в трех первых точках три первые [сфирот] (ГАР) каждой точки вышли и не разбились; но в двух нижних точках, составляющих совокупность семи, три первые каждой из них не вышли вовсе. И знай: подобно тому как мы объяснили относительно общего БОН, что в двух нижних точках, представляющих собой семь мелахим в целом, их ГАР не вышли, точно так же и среди семи мелахим каждой из трех первых точек общего БОН их частные ГАР вовсе не вышли, оставшись в своей Бине внутри той же самой точки.</w:t>
      </w:r>
    </w:p>
    <w:p>
      <w:pPr>
        <w:spacing w:before="40" w:after="120"/>
        <w:jc w:val="both"/>
      </w:pPr>
      <w:r>
        <w:rPr>
          <w:rFonts w:ascii="Georgia" w:hAnsi="Georgia"/>
          <w:b w:val="0"/>
          <w:i w:val="0"/>
          <w:color w:val="000000"/>
          <w:sz w:val="24"/>
        </w:rPr>
        <w:t>14) И не удивляйся тому, как нижние могли выйти после разбиения высших, а также тому, почему все ГАР в каждой из пяти точек не разбились, тогда как ЗАТ первых [точек] Некудим разбились.</w:t>
      </w:r>
    </w:p>
    <w:p>
      <w:pPr>
        <w:spacing w:before="40" w:after="120"/>
        <w:jc w:val="both"/>
      </w:pPr>
      <w:r>
        <w:rPr>
          <w:rFonts w:ascii="Georgia" w:hAnsi="Georgia"/>
          <w:b w:val="0"/>
          <w:i w:val="0"/>
          <w:color w:val="000000"/>
          <w:sz w:val="24"/>
        </w:rPr>
        <w:t>15) Ответ таков: в каждой точке свет соответствует природе именно этой точки; и этот свойственный им свет ГАР были способны принять, а ЗАТ не смогли его принять. Точно так же происходило в каждой из пяти точек.</w:t>
      </w:r>
    </w:p>
    <w:p>
      <w:pPr>
        <w:spacing w:before="40" w:after="120"/>
        <w:jc w:val="both"/>
      </w:pPr>
      <w:r>
        <w:rPr>
          <w:rFonts w:ascii="Georgia" w:hAnsi="Georgia"/>
          <w:b w:val="0"/>
          <w:i w:val="0"/>
          <w:color w:val="000000"/>
          <w:sz w:val="24"/>
        </w:rPr>
        <w:t>16) Затем АБ и САГ де-АК, являющиеся его ХУБ, вновь совершили соударение и породили сына мужского пола — имя МА глубоко внутри. И тогда ветви МА вышли через лоб (мэцах) наружу, [простираясь] от табура де-АК и ниже.</w:t>
      </w:r>
    </w:p>
    <w:p>
      <w:pPr>
        <w:spacing w:before="40" w:after="120"/>
        <w:jc w:val="both"/>
      </w:pPr>
      <w:r>
        <w:rPr>
          <w:rFonts w:ascii="Georgia" w:hAnsi="Georgia"/>
          <w:b w:val="0"/>
          <w:i w:val="0"/>
          <w:color w:val="000000"/>
          <w:sz w:val="24"/>
        </w:rPr>
        <w:t>17) И теперь завершились четыре уровня: АБ, САГ, МА и БОН де-АК — корни внутри и внешние [проявления], являющиеся упомянутыми ветвями. И тогда началось исправление с Атика и АА; мы отложим [разбор] исправления Атика и будем говорить об АА, поскольку именно с его ЗАТ началось разбиение.</w:t>
      </w:r>
    </w:p>
    <w:p>
      <w:pPr>
        <w:spacing w:before="40" w:after="120"/>
        <w:jc w:val="both"/>
      </w:pPr>
      <w:r>
        <w:rPr>
          <w:rFonts w:ascii="Georgia" w:hAnsi="Georgia"/>
          <w:b w:val="0"/>
          <w:i w:val="0"/>
          <w:color w:val="000000"/>
          <w:sz w:val="24"/>
        </w:rPr>
        <w:t>18) И поскольку ГАР в нем уцелели, исправление началось именно там — на уровне головы (рош), волос и отверстий [органов чувств]. Свет, исходящий из них, уменьшился, и тогда ЗАТ обрели способность исправиться в виде сосудов тела (келим де-гуфа), а также уменьшений и экранов (масахим), подобных тем, что в голове. Всё это сформировало БОН — Нукву де-АА, и произошло это благодаря силе мужского начала де-АА — новому МА.</w:t>
      </w:r>
    </w:p>
    <w:p>
      <w:pPr>
        <w:spacing w:before="40" w:after="120"/>
        <w:jc w:val="both"/>
      </w:pPr>
      <w:r>
        <w:rPr>
          <w:rFonts w:ascii="Georgia" w:hAnsi="Georgia"/>
          <w:b w:val="0"/>
          <w:i w:val="0"/>
          <w:color w:val="000000"/>
          <w:sz w:val="24"/>
        </w:rPr>
        <w:t>19) Ведь сначала три первые [сфирот] (ГАР) де-МА Арих Анпина совершили соударение с ГАР де-БОН де-АА, которые не разбились, и подняли разбившиеся ЗАТ де-БОН Нуквы де-АА; с ними соединились ЗАТ де-МА мужского начала де-АА, и всё исправилось.</w:t>
      </w:r>
    </w:p>
    <w:p>
      <w:pPr>
        <w:spacing w:before="40" w:after="120"/>
        <w:jc w:val="both"/>
      </w:pPr>
      <w:r>
        <w:rPr>
          <w:rFonts w:ascii="Georgia" w:hAnsi="Georgia"/>
          <w:b w:val="0"/>
          <w:i w:val="0"/>
          <w:color w:val="000000"/>
          <w:sz w:val="24"/>
        </w:rPr>
        <w:t>20) Затем ЗОН — ЗАТ де-АА, состоящие из МА и БОН, — совершили соударение и исправили ГАР Хохмы де-БОН с помощью МА, а затем эти ГАР исправили свои ЗАТ де-МА и де-БОН. И так далее, вплоть до завершения десяти сфирот, образующих пять парцуфим Ацилута. И тогда [мир] стал называться Врудим, ведь Некудим — это БОН, а Врудим — это МА и БОН вместе.</w:t>
      </w:r>
    </w:p>
    <w:p>
      <w:pPr>
        <w:spacing w:before="40" w:after="120"/>
        <w:jc w:val="both"/>
      </w:pPr>
      <w:r>
        <w:rPr>
          <w:rFonts w:ascii="Georgia" w:hAnsi="Georgia"/>
          <w:b w:val="0"/>
          <w:i w:val="0"/>
          <w:color w:val="000000"/>
          <w:sz w:val="24"/>
        </w:rPr>
        <w:t>21) Однако они не смогут исправиться окончательно вплоть до прихода Машиаха: ведь если бы они исправились полностью, то десять сфирот де-МА исправились бы вместе с десятью сфирот де-БОН.</w:t>
      </w:r>
    </w:p>
    <w:p>
      <w:pPr>
        <w:spacing w:before="40" w:after="120"/>
        <w:jc w:val="both"/>
      </w:pPr>
      <w:r>
        <w:rPr>
          <w:rFonts w:ascii="Georgia" w:hAnsi="Georgia"/>
          <w:b w:val="0"/>
          <w:i w:val="0"/>
          <w:color w:val="000000"/>
          <w:sz w:val="24"/>
        </w:rPr>
        <w:t>22) Но этого не произошло, а было лишь так, как сказано в этом трактате: Атик взял весь Кетер де-МА и только пять первых [сфирот] Кетера де-БОН; АА взял всю Хохму де-МА и пять нижних Кетера де-БОН; точно так же Аба взял Хохму де-БОН и половину Бины де-МА. И подобным же образом поступили все остальные: ступени БОН не могли выясниться до конца во всех своих частях на каждом уровне, и потому десять сфирот де-БОН не уравнялись с десятью сфирот де-МА, как сказано выше. Это завершится в будущем, вскоре, в наши дни, амен!</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1) </w:t>
      </w:r>
      <w:r>
        <w:rPr>
          <w:rFonts w:ascii="Georgia" w:hAnsi="Georgia"/>
          <w:b/>
          <w:i w:val="0"/>
          <w:color w:val="000000"/>
          <w:sz w:val="24"/>
        </w:rPr>
        <w:t>«АК содержит АБ, САГ, МА и БОН в своей сущности и т. д.»</w:t>
      </w:r>
      <w:r>
        <w:rPr>
          <w:rFonts w:ascii="Georgia" w:hAnsi="Georgia"/>
          <w:b w:val="0"/>
          <w:i w:val="0"/>
          <w:color w:val="000000"/>
          <w:sz w:val="24"/>
        </w:rPr>
        <w:t xml:space="preserve"> — как написал Учитель выше, в АК есть внутреннее имя АВАЯ, из каждой буквы которого наружу выходит полное имя АВАЯ. И из буквы йод (</w:t>
      </w:r>
      <w:r>
        <w:rPr>
          <w:rFonts w:ascii="Georgia" w:hAnsi="Georgia" w:cs="Times New Roman"/>
          <w:b/>
          <w:i w:val="0"/>
          <w:color w:val="000000"/>
          <w:sz w:val="24"/>
          <w:rtl/>
          <w:szCs w:val="32"/>
        </w:rPr>
        <w:t>י</w:t>
      </w:r>
      <w:r>
        <w:rPr>
          <w:rFonts w:ascii="Georgia" w:hAnsi="Georgia"/>
          <w:b w:val="0"/>
          <w:i w:val="0"/>
          <w:color w:val="000000"/>
          <w:sz w:val="24"/>
        </w:rPr>
        <w:t>) выходит имя АВАЯ с наполнением АБ, из первой буквы хэй (</w:t>
      </w:r>
      <w:r>
        <w:rPr>
          <w:rFonts w:ascii="Georgia" w:hAnsi="Georgia" w:cs="Times New Roman"/>
          <w:b/>
          <w:i w:val="0"/>
          <w:color w:val="000000"/>
          <w:sz w:val="24"/>
          <w:rtl/>
          <w:szCs w:val="32"/>
        </w:rPr>
        <w:t>ה</w:t>
      </w:r>
      <w:r>
        <w:rPr>
          <w:rFonts w:ascii="Georgia" w:hAnsi="Georgia"/>
          <w:b w:val="0"/>
          <w:i w:val="0"/>
          <w:color w:val="000000"/>
          <w:sz w:val="24"/>
        </w:rPr>
        <w:t>) выходит имя АВАЯ с наполнением САГ, из буквы вав (</w:t>
      </w:r>
      <w:r>
        <w:rPr>
          <w:rFonts w:ascii="Georgia" w:hAnsi="Georgia" w:cs="Times New Roman"/>
          <w:b/>
          <w:i w:val="0"/>
          <w:color w:val="000000"/>
          <w:sz w:val="24"/>
          <w:rtl/>
          <w:szCs w:val="32"/>
        </w:rPr>
        <w:t>ו</w:t>
      </w:r>
      <w:r>
        <w:rPr>
          <w:rFonts w:ascii="Georgia" w:hAnsi="Georgia"/>
          <w:b w:val="0"/>
          <w:i w:val="0"/>
          <w:color w:val="000000"/>
          <w:sz w:val="24"/>
        </w:rPr>
        <w:t>) — имя АВАЯ де-МА, а из нижней буквы хэй (</w:t>
      </w:r>
      <w:r>
        <w:rPr>
          <w:rFonts w:ascii="Georgia" w:hAnsi="Georgia" w:cs="Times New Roman"/>
          <w:b/>
          <w:i w:val="0"/>
          <w:color w:val="000000"/>
          <w:sz w:val="24"/>
          <w:rtl/>
          <w:szCs w:val="32"/>
        </w:rPr>
        <w:t>ה״ת</w:t>
      </w:r>
      <w:r>
        <w:rPr>
          <w:rFonts w:ascii="Georgia" w:hAnsi="Georgia"/>
          <w:b w:val="0"/>
          <w:i w:val="0"/>
          <w:color w:val="000000"/>
          <w:sz w:val="24"/>
        </w:rPr>
        <w:t>) — имя АВАЯ де-БОН, посмотри там. И об этом он говорит здесь: «АК содержит АБ, САГ, МА и БОН в своей сущности» — то есть во внутреннем парцуфе в нем, называемом парцуфом Кетер. Ведь эти АБ, САГ, МА и БОН представляют собой тайну упомянутого внутреннего имени АВАЯ, из четырех букв которого наружу выходят четыре имени: АБ, САГ, МА и БОН.</w:t>
      </w:r>
    </w:p>
    <w:p>
      <w:pPr>
        <w:spacing w:before="40" w:after="120"/>
        <w:jc w:val="both"/>
      </w:pPr>
      <w:r>
        <w:rPr>
          <w:rFonts w:ascii="Georgia" w:hAnsi="Georgia"/>
          <w:b w:val="0"/>
          <w:i w:val="0"/>
          <w:color w:val="000000"/>
          <w:sz w:val="24"/>
        </w:rPr>
        <w:t xml:space="preserve">Поэтому сказано, что он содержит АБ, САГ, МА и БОН, — то есть АБ, САГ, МА и БОН готовы распространиться и выйти наружу из каждой буквы его имени АВАЯ, и потому в нем самом также считается, что каждая буква содержит полное имя АВАЯ. </w:t>
      </w:r>
      <w:r>
        <w:rPr>
          <w:rFonts w:ascii="Georgia" w:hAnsi="Georgia"/>
          <w:b/>
          <w:i w:val="0"/>
          <w:color w:val="000000"/>
          <w:sz w:val="24"/>
        </w:rPr>
        <w:t>«И каждое из этих четырех включает в себя все четыре»</w:t>
      </w:r>
      <w:r>
        <w:rPr>
          <w:rFonts w:ascii="Georgia" w:hAnsi="Georgia"/>
          <w:b w:val="0"/>
          <w:i w:val="0"/>
          <w:color w:val="000000"/>
          <w:sz w:val="24"/>
        </w:rPr>
        <w:t xml:space="preserve"> — поскольку каждое из четырех вышедших имен АВАЯ — АБ, САГ, МА и БОН — обязательно рассматривается как содержащее в себе также внутреннее имя АВАЯ, из четырех букв которого выходят четыре имени: АБ, САГ, МА и БОН. Как подробно описано выше в ветви 9, обратись туда. </w:t>
      </w:r>
      <w:r>
        <w:rPr>
          <w:rFonts w:ascii="Georgia" w:hAnsi="Georgia"/>
          <w:b/>
          <w:i w:val="0"/>
          <w:color w:val="000000"/>
          <w:sz w:val="24"/>
        </w:rPr>
        <w:t>«Кроме того, из него выходят наружу света, которые являются его ветвями»</w:t>
      </w:r>
      <w:r>
        <w:rPr>
          <w:rFonts w:ascii="Georgia" w:hAnsi="Georgia"/>
          <w:b w:val="0"/>
          <w:i w:val="0"/>
          <w:color w:val="000000"/>
          <w:sz w:val="24"/>
        </w:rPr>
        <w:t xml:space="preserve"> — здесь есть две категории ветвей, выходящих наружу. Первая именуется: кости (ацамот), жилы (гидин), плоть (басар) и кожа (ор); они являются ветвями и облачениями АБ, САГ, МА и БОН, выходящими наружу из внутреннего парцуфа, называемого мозгом (моха). А вторая категория — это волосы головы и бороды, а также [волосы] ниже хазе, подмышек (ацилей ядаим) и нижней бороды, как подробно написано в «Паним Масбирот»; они представляют собой ветви, выходящие наружу из всего тела парцуфа, состоящего из мохи, ацамот, гидин, басара и кожи, ведь они свешиваются снаружи кожи. </w:t>
      </w:r>
      <w:r>
        <w:rPr>
          <w:rFonts w:ascii="Georgia" w:hAnsi="Georgia"/>
          <w:b/>
          <w:i w:val="0"/>
          <w:color w:val="000000"/>
          <w:sz w:val="24"/>
        </w:rPr>
        <w:t>«И АБ находится в его мохин, соответствуя АА и Абе де-Ацилут»</w:t>
      </w:r>
      <w:r>
        <w:rPr>
          <w:rFonts w:ascii="Georgia" w:hAnsi="Georgia"/>
          <w:b w:val="0"/>
          <w:i w:val="0"/>
          <w:color w:val="000000"/>
          <w:sz w:val="24"/>
        </w:rPr>
        <w:t xml:space="preserve"> — как сказано в ветви 9: парцуф АБ де-АК выходит из пэ де-рош внутреннего парцуфа, и оттуда начинается его высота (кома); оказывается, что он облачает тело (гуф) внутреннего парцуфа, называемое Гальгальтой. А АА де-Ацилут — это тайна АХАП де-рош внутреннего парцуфа, однако он облачается в рош де-АБ, поскольку выше Гальгальты де-АК кли нет вовсе.</w:t>
      </w:r>
    </w:p>
    <w:p>
      <w:pPr>
        <w:spacing w:before="40" w:after="120"/>
        <w:jc w:val="both"/>
      </w:pPr>
      <w:r>
        <w:rPr>
          <w:rFonts w:ascii="Georgia" w:hAnsi="Georgia"/>
          <w:b w:val="0"/>
          <w:i w:val="0"/>
          <w:color w:val="000000"/>
          <w:sz w:val="24"/>
        </w:rPr>
        <w:t xml:space="preserve">И поэтому Учитель говорит, что Аба де-Ацилут — это имя АВАЯ де-АБ, а АА де-Ацилут, являющийся нижней половиной Кетера, то есть АХАП де-Кетер, как сказано выше, — оба они относятся к категории АБ: как объяснялось, АХАП де-Кетер облачаются в рош де-АБ; кроме того, известно, что АА берет уровень АБ нового МА. </w:t>
      </w:r>
      <w:r>
        <w:rPr>
          <w:rFonts w:ascii="Georgia" w:hAnsi="Georgia"/>
          <w:b/>
          <w:i w:val="0"/>
          <w:color w:val="000000"/>
          <w:sz w:val="24"/>
        </w:rPr>
        <w:t>«А выше его Гальгальты в нем есть подобие ступени Атика де-Ацилут»</w:t>
      </w:r>
      <w:r>
        <w:rPr>
          <w:rFonts w:ascii="Georgia" w:hAnsi="Georgia"/>
          <w:b w:val="0"/>
          <w:i w:val="0"/>
          <w:color w:val="000000"/>
          <w:sz w:val="24"/>
        </w:rPr>
        <w:t xml:space="preserve"> — это голова (рош) внутреннего парцуфа, как подробно разъяснено в «Паним Масбирот» в ветви 9. Оттуда ты поймешь, что рош первых десяти сфирот каждого частного парцуфа — это Атик, а от его пэ и ниже, то есть десять сфирот тела (гуф), называются парцуфом Гальгальта: это начальное проявление отраженного света Малхут де-рош парцуфа тех десяти сфирот, в котором и раскрывается суть келим. И потому высота (кома) каждого парцуфа берет начало в Гальгальте, ведь выше нее свойство кли неразличимо вовсе. </w:t>
      </w:r>
      <w:r>
        <w:rPr>
          <w:rFonts w:ascii="Georgia" w:hAnsi="Georgia"/>
          <w:b/>
          <w:i w:val="0"/>
          <w:color w:val="000000"/>
          <w:sz w:val="24"/>
        </w:rPr>
        <w:t>«Его САГ простирается от озэн и ниже до табура»</w:t>
      </w:r>
      <w:r>
        <w:rPr>
          <w:rFonts w:ascii="Georgia" w:hAnsi="Georgia"/>
          <w:b w:val="0"/>
          <w:i w:val="0"/>
          <w:color w:val="000000"/>
          <w:sz w:val="24"/>
        </w:rPr>
        <w:t xml:space="preserve"> — и тебе необходимо помнить на протяжении всего изложения тем об АК до мира Исправления, что всё сказанное о них говорится с точки зрения будущего. То есть после того, как мир Исправления исправился в тайне АБЕА, эти исправления укоренились и в высших по отношению к ним ступенях как их корень. Как писал Учитель выше в ветви 5: «Ты уже знаешь, что у нас нет возможности заниматься тем, что предшествовало тому, как Источник выделил из Себя десять сфирот, и представлять какие-либо подобия и формы и т. д.», обратись туда. И известно, что в парцуфим АК не было десяти сфирот, выделенных [из Источника], что означает десять келим: ведь название «сфира» указывает на кли, в которое облачена сущность со всеми желаемыми исправлениями, как пишет Учитель во многих местах: «Нет сфиры, в которой не присутствовали бы АБЕА». И уже объяснялось, что исправления десяти келим, пригодных для облачения сущности, начинаются только тогда, когда Источник выделяет из Себя мир Исправления. А раз так, как можно представить какую-либо форму сфиры и парцуфа, и тем более волосы головы и бороды, которые возникают и исправляются из выяснения разбиения сосудов (швират а-келим), как известно? Напротив, всё сказанное о парцуфим АК говорится исключительно в расчете на будущее. Учитель пожелал сообщить нам обо всем в его корне, потому что невозможно понять никакую мудрость без исходных знаний, и тем более в мудрости истины (Каббале).</w:t>
      </w:r>
    </w:p>
    <w:p>
      <w:pPr>
        <w:spacing w:before="40" w:after="120"/>
        <w:jc w:val="both"/>
      </w:pPr>
      <w:r>
        <w:rPr>
          <w:rFonts w:ascii="Georgia" w:hAnsi="Georgia"/>
          <w:b w:val="0"/>
          <w:i w:val="0"/>
          <w:color w:val="000000"/>
          <w:sz w:val="24"/>
        </w:rPr>
        <w:t xml:space="preserve">Поэтому он говорит о них в терминах мира Исправления, полагаясь на упомянутое предостережение, и всякий, кто помнит о нем, не ошибется. Обратись к «Паним Меирот», ветвь 5, пункт 1, со слов «В виде примера». И об этом сказано: </w:t>
      </w:r>
      <w:r>
        <w:rPr>
          <w:rFonts w:ascii="Georgia" w:hAnsi="Georgia"/>
          <w:b/>
          <w:i w:val="0"/>
          <w:color w:val="000000"/>
          <w:sz w:val="24"/>
        </w:rPr>
        <w:t>«Его САГ простирается от озэн и ниже до табура, соответствуя Бине де-Ацилут»</w:t>
      </w:r>
      <w:r>
        <w:rPr>
          <w:rFonts w:ascii="Georgia" w:hAnsi="Georgia"/>
          <w:b w:val="0"/>
          <w:i w:val="0"/>
          <w:color w:val="000000"/>
          <w:sz w:val="24"/>
        </w:rPr>
        <w:t>, конец цитаты. То есть впоследствии в мире Исправления, когда Бина де-Ацилут исправилась, ты обнаружишь ее укорененной в АК от уровня озэн и ниже до табура. И это укоренение начинается со времени подъема МАН к отверстиям глаз (никвей эйнаим), благодаря чему АХАП вышли наружу из рош де-АБ и стали рош де-САГ, как объяснялось в предыдущих ветвях. Это правило действует во всех головах всех парцуфим вплоть до мельчайших частностей, как сказано в ветви 16: [часть] от глаз и выше в каждой голове считается уровнем АБ, мохин, Хохмой и буквой йод (</w:t>
      </w:r>
      <w:r>
        <w:rPr>
          <w:rFonts w:ascii="Georgia" w:hAnsi="Georgia" w:cs="Times New Roman"/>
          <w:b/>
          <w:i w:val="0"/>
          <w:color w:val="000000"/>
          <w:sz w:val="24"/>
          <w:rtl/>
          <w:szCs w:val="32"/>
        </w:rPr>
        <w:t>י</w:t>
      </w:r>
      <w:r>
        <w:rPr>
          <w:rFonts w:ascii="Georgia" w:hAnsi="Georgia"/>
          <w:b w:val="0"/>
          <w:i w:val="0"/>
          <w:color w:val="000000"/>
          <w:sz w:val="24"/>
        </w:rPr>
        <w:t>) всеобщего имени АВАЯ, а уровень АХАП каждой головы считается САГ, первой буквой хэй (</w:t>
      </w:r>
      <w:r>
        <w:rPr>
          <w:rFonts w:ascii="Georgia" w:hAnsi="Georgia" w:cs="Times New Roman"/>
          <w:b/>
          <w:i w:val="0"/>
          <w:color w:val="000000"/>
          <w:sz w:val="24"/>
          <w:rtl/>
          <w:szCs w:val="32"/>
        </w:rPr>
        <w:t>ה</w:t>
      </w:r>
      <w:r>
        <w:rPr>
          <w:rFonts w:ascii="Georgia" w:hAnsi="Georgia"/>
          <w:b w:val="0"/>
          <w:i w:val="0"/>
          <w:color w:val="000000"/>
          <w:sz w:val="24"/>
        </w:rPr>
        <w:t>) всеобщего имени АВАЯ и Биной.</w:t>
      </w:r>
    </w:p>
    <w:p>
      <w:pPr>
        <w:spacing w:before="40" w:after="120"/>
        <w:jc w:val="both"/>
      </w:pPr>
      <w:r>
        <w:rPr>
          <w:rFonts w:ascii="Georgia" w:hAnsi="Georgia"/>
          <w:b w:val="0"/>
          <w:i w:val="0"/>
          <w:color w:val="000000"/>
          <w:sz w:val="24"/>
        </w:rPr>
        <w:t xml:space="preserve">Также объяснялось, что этот САГ де-АК, начинающийся от АХАП, завершается над табуром, как подробно изложено там, обратись туда. Из сказанного ты поймешь, что слова Учителя в этой ветви носят обобщающий характер: он вовсе не спускается к частным меняющимся состояниям в каждом парцуфе — то есть к внутренней и внешней частям, их взаимному облачению и так далее, как описано в предыдущих ветвях, а говорит лишь о тех свойствах, которые одинаковы во всех парцуфим. Отсюда следует, что во всех парцуфим высота (кома) начинается от Гальгальты, а выше Гальгальты нет никакого восприятия и постижения их вовсе, поскольку это ступень Атика. Также [пространство] от Гальгальты до озэн считается внутренней частью во всех парцуфим, то есть их сущность не раскрывается наружу вовсе, за исключением одного лишь их свечения; но и оно раскрывается только через раскрытую внешнюю часть, а эта внешняя часть называется Биной или САГ, укорененным от АХАП каждого парцуфа до его табура. Подобным же образом делай вывод относительно всего излагаемого далее в этой ветви. И это знание служит превосходным ориентиром для понимания всех различий и перемен между парцуфим, как описано относительно парцуфим АБЕА, ведь в конечном счете они не отступают от этих исходных законов. </w:t>
      </w:r>
      <w:r>
        <w:rPr>
          <w:rFonts w:ascii="Georgia" w:hAnsi="Georgia"/>
          <w:b/>
          <w:i w:val="0"/>
          <w:color w:val="000000"/>
          <w:sz w:val="24"/>
        </w:rPr>
        <w:t>«А его МА и БОН — от табура и ниже, соответствуя ЗОН де-Ацилут»</w:t>
      </w:r>
      <w:r>
        <w:rPr>
          <w:rFonts w:ascii="Georgia" w:hAnsi="Georgia"/>
          <w:b w:val="0"/>
          <w:i w:val="0"/>
          <w:color w:val="000000"/>
          <w:sz w:val="24"/>
        </w:rPr>
        <w:t xml:space="preserve"> — это ты также поймешь на основе объясненного выше: во всех парцуфим от вершины Ацилута до конца Асии от табура и ниже каждого из них властвуют все законы, действующие в МА и БОН. И пойми это очень хорошо.</w:t>
      </w:r>
    </w:p>
    <w:p>
      <w:pPr>
        <w:spacing w:before="40" w:after="120"/>
        <w:jc w:val="both"/>
      </w:pPr>
      <w:r>
        <w:rPr>
          <w:rFonts w:ascii="Georgia" w:hAnsi="Georgia"/>
          <w:b w:val="0"/>
          <w:i w:val="0"/>
          <w:color w:val="000000"/>
          <w:sz w:val="24"/>
        </w:rPr>
        <w:t xml:space="preserve">2) </w:t>
      </w:r>
      <w:r>
        <w:rPr>
          <w:rFonts w:ascii="Georgia" w:hAnsi="Georgia"/>
          <w:b/>
          <w:i w:val="0"/>
          <w:color w:val="000000"/>
          <w:sz w:val="24"/>
        </w:rPr>
        <w:t>«Ведь волосы его головы соответствуют ветвям АБ и т. д.»</w:t>
      </w:r>
      <w:r>
        <w:rPr>
          <w:rFonts w:ascii="Georgia" w:hAnsi="Georgia"/>
          <w:b w:val="0"/>
          <w:i w:val="0"/>
          <w:color w:val="000000"/>
          <w:sz w:val="24"/>
        </w:rPr>
        <w:t xml:space="preserve"> — нам уже сообщили, что АА де-Ацилут — это тайна АБ, а суть АА де-Ацилут — это нижняя половина Кетера, являющаяся АХАП де-Кетер и промежуточной ступенью между Эйн Соф (верхней половиной Кетера, называемой Атик) и четырьмя парцуфим: АБ, САГ, МА и БОН. И тебе уже известно, что это действует во всех парцуфим вплоть до мельчайших частностей. Принцип промежуточного звена — выходящих наружу АХАП, объясняемый относительно Кетера, действует и в АБ, САГ, МА и БОН, согласно словам Учителя в «Эц Хаим» во вратах АБЕА и как написано здесь в «Паним Масбирот». Выше также объяснялось, что есть два вида выходящих наружу АХАП. Первый — это промежуточные звенья в теле (гуф), то есть между каждым из [парцуфим] Гальгальта, АБ, САГ, МА и БОН в нем, что формирует каждый парцуф и разделяет его на двенадцать парцуфим; и есть также второй вид АХАП, выходящих наружу за пределы всех пяти парцуфим тела. И именно они составляют тайну четырех парцуфим волос. И суть в том, как написано здесь в «Паним Масбирот»: в каждом парцуфе властвуют два корня АК.</w:t>
      </w:r>
    </w:p>
    <w:p>
      <w:pPr>
        <w:spacing w:before="40" w:after="120"/>
        <w:jc w:val="both"/>
      </w:pPr>
      <w:r>
        <w:rPr>
          <w:rFonts w:ascii="Georgia" w:hAnsi="Georgia"/>
          <w:b w:val="0"/>
          <w:i w:val="0"/>
          <w:color w:val="000000"/>
          <w:sz w:val="24"/>
        </w:rPr>
        <w:t>Однако первый корень в АК — до исправления МАН — составляет основное строение парцуфа, и потому промежуточные парцуфим облачаются в те самые келим, которые протянулись от первого корня АК. Вместе с тем во втором корне, возникшем в силу сокращения НЕХИ и подъема МАН, протянулись также келим. И знай, что эти келим повсюду называются волосами. В них следует различать два основных принципа: во-первых, по своему корню они выше келим тела, на которых свешиваются; во-вторых, они представляют собой лишь келим уровня ЗОН и никогда не могут достичь уровня ГАР. И суть заключается в сказанном выше: они представляют собой те АХАП, чей корень и начало — это соударение (зивуг) в никвей эйнаим, то есть так называемый второй корень, и у них нет никакого источника и опоры в корне, предшествовавшем подъему МАН. Ты уже знаешь, что соударение совершается в АБ-САГ де-Гальгальта, то есть на уровне Хохмы внутренней головы (рош а-пними), пойми это как следует. И потому считается, что АХАП внутреннего рош вышли наружу со ступени головы и опустились до ступени тела (гуф), чье соотношение с головой — это уровень лишь ЗОН, то есть внутренняя часть (тох) тела, где уже происходит раскрытие келим: ведь Малхут в никвей эйнаим и отраженный свет сверху вниз служат для него корнем, как говорилось в предыдущих ветвях, обратись туда.</w:t>
      </w:r>
    </w:p>
    <w:p>
      <w:pPr>
        <w:spacing w:before="40" w:after="120"/>
        <w:jc w:val="both"/>
      </w:pPr>
      <w:r>
        <w:rPr>
          <w:rFonts w:ascii="Georgia" w:hAnsi="Georgia"/>
          <w:b w:val="0"/>
          <w:i w:val="0"/>
          <w:color w:val="000000"/>
          <w:sz w:val="24"/>
        </w:rPr>
        <w:t>Однако этим келим определенно нет никакого места во внутреннем рош, ведь, как тебе известно, в силу первого корня там нет даже различимости свойства келим; поэтому они спустились на уровень парцуфа Гальгальта, являющегося телом внутреннего рош. И ты знаешь, что парцуф Гальгальта скрыт и полностью облачен в парцуф АБ, а всё укорененное в Гальгальте раскрывается лишь через ее внешнюю часть, называемую АБ и мохин, что является АА де-Ацилут, обратись туда. Поэтому они выходят и раскрываются в тайне отраженного света снизу вверх. Причина в том, что в АХАП де-Кетер выше Гальгальты мы находим два вида сосудов, являющихся отраженным светом: первый — это отраженный свет от Малхут де-Хохма, спускающийся сверху вниз, и этот отраженный свет целиком относится к АА, будучи раскрытием келим, приписываемым АБ; однако наряду с этим происходит внешнее соударение от Малхут и пэ де-Кетер и выше, называемых Гальгальтой, то есть в силу изначального корня; и этот отраженный свет также укоренен и соединен с отраженным светом внизу, подобно тому как говорит Учитель о свете, выходящем через глаза, который неизбежно смешивается с созерцанием (истаклют) глаз в АХАП, обратись туда. И эта часть, присутствующая в отраженном свете мохин, не имеет возможности оставаться в мохин, поскольку у нее нет истока и корня в АБ со стороны первого корня, ведь ее корень — в отраженном свете де-АХАП от Гальгальты и выше. И потому они неизбежно выходят за пределы мохин и вверх через отверстия в Гальгальте. Так объясняется первый принцип: корень волос всегда выше того сосуда, на котором они свешиваются. Ведь Гальгальта — это отраженный свет, спускающийся от Малхут внутреннего рош сверху вниз, и потому в ней есть раскрытие келим, и потому она облачается в АБ. Волосы же, свешивающиеся на Гальгальте, — это отраженный свет, поднимающийся от Малхут внутреннего рош снизу вверх; он уже не имеет отношения к раскрытию келим и потому не может облачиться в АБ, как Гальгальта, а прорастает и поднимается снизу вверх над Гальгальтой, как сказано.</w:t>
      </w:r>
    </w:p>
    <w:p>
      <w:pPr>
        <w:spacing w:before="40" w:after="120"/>
        <w:jc w:val="both"/>
      </w:pPr>
      <w:r>
        <w:rPr>
          <w:rFonts w:ascii="Georgia" w:hAnsi="Georgia"/>
          <w:b w:val="0"/>
          <w:i w:val="0"/>
          <w:color w:val="000000"/>
          <w:sz w:val="24"/>
        </w:rPr>
        <w:t xml:space="preserve">И пойми это очень глубоко. Однако по этой причине в них никогда нет келим уровня ГАР: ведь ГАР десяти сфирот от исправления МАН и далее не присутствуют в них в начале того, как Источник выделил их из Себя, поскольку тогда они пребывают в малом состоянии (катнут) — то есть свет ВАК в сосудах ГАР, как объяснялось выше на странице 245 в «Паним Меирот», начинающейся со слов... </w:t>
      </w:r>
      <w:r>
        <w:rPr>
          <w:rFonts w:ascii="Georgia" w:hAnsi="Georgia"/>
          <w:b/>
          <w:i w:val="0"/>
          <w:color w:val="000000"/>
          <w:sz w:val="24"/>
        </w:rPr>
        <w:t>«И благодаря этому»</w:t>
      </w:r>
      <w:r>
        <w:rPr>
          <w:rFonts w:ascii="Georgia" w:hAnsi="Georgia"/>
          <w:b w:val="0"/>
          <w:i w:val="0"/>
          <w:color w:val="000000"/>
          <w:sz w:val="24"/>
        </w:rPr>
        <w:t>, обратись туда: ведь вся суть ГАР возникает благодаря тому, что обратная сторона (ахораим) ХАБАД находится в парцуфе с самого начала того, как Источник выделил его из Себя, и потому они вновь обращаются лицевой стороной (паним), обратись туда. И это присутствует в строении самого тела от Гальгальты и ниже, так как там есть ахораим де-ГАР со стороны первого корня. Иначе обстоит дело с волосами, чьи келим не имеют никакого отношения к Гальгальте, и поэтому в них есть только то, что присутствует в теле в силу одного лишь лицевого света, то есть исключительно уровень ЗОН и ВАК, как написано в «Паним Масбирот», ветвь 13: из-за отсутствия келим Бины и ЗОН в лицевом свете есть только ЗОН, обратись туда. Так тебе разъяснен второй принцип: в волосах есть только свойство ЗОН.</w:t>
      </w:r>
    </w:p>
    <w:p>
      <w:pPr>
        <w:spacing w:before="40" w:after="120"/>
        <w:jc w:val="both"/>
      </w:pPr>
      <w:r>
        <w:rPr>
          <w:rFonts w:ascii="Georgia" w:hAnsi="Georgia"/>
          <w:b w:val="0"/>
          <w:i w:val="0"/>
          <w:color w:val="000000"/>
          <w:sz w:val="24"/>
        </w:rPr>
        <w:t xml:space="preserve">Также выяснилось, что весь уровень АХАП внутреннего рош неизбежно облачается в рош де-АБ, начинающийся от Гальгальты и ниже, поскольку выше Гальгальты нет никакого сосуда, за который можно было бы зацепиться; и потому Учитель объединяет АА де-Ацилут и Абу де-Ацилут вместе, соотнося их обоих с АБ де-АК — мохин, как сказано выше, обратись туда. И отсюда ты поймешь, что упомянутые волосы, являющиеся тайной отраженного света снизу вверх этих АХАП, неизбежно также начинают выходить из АБ в Гальгальте, то есть из мохин, откуда они и произрастают, поднимаясь в тайне отраженного света. И об этом сказано: </w:t>
      </w:r>
      <w:r>
        <w:rPr>
          <w:rFonts w:ascii="Georgia" w:hAnsi="Georgia"/>
          <w:b/>
          <w:i w:val="0"/>
          <w:color w:val="000000"/>
          <w:sz w:val="24"/>
        </w:rPr>
        <w:t>«Волосы его головы соответствуют ветвям АБ»</w:t>
      </w:r>
      <w:r>
        <w:rPr>
          <w:rFonts w:ascii="Georgia" w:hAnsi="Georgia"/>
          <w:b w:val="0"/>
          <w:i w:val="0"/>
          <w:color w:val="000000"/>
          <w:sz w:val="24"/>
        </w:rPr>
        <w:t xml:space="preserve"> — как мы сказали, корень волос находится в мохин, и оттуда они пробивают Гальгальту снизу вверх и облачают Гальгальту сверху снаружи, как объяснено. </w:t>
      </w:r>
      <w:r>
        <w:rPr>
          <w:rFonts w:ascii="Georgia" w:hAnsi="Georgia"/>
          <w:b/>
          <w:i w:val="0"/>
          <w:color w:val="000000"/>
          <w:sz w:val="24"/>
        </w:rPr>
        <w:t>«А волосы бороды (дикна), [исходящие] из АХАП, соответствуют ветвям САГ и т. д.»</w:t>
      </w:r>
      <w:r>
        <w:rPr>
          <w:rFonts w:ascii="Georgia" w:hAnsi="Georgia"/>
          <w:b w:val="0"/>
          <w:i w:val="0"/>
          <w:color w:val="000000"/>
          <w:sz w:val="24"/>
        </w:rPr>
        <w:t xml:space="preserve"> — уже объяснялось, что рош де-САГ начинается от озэн и ниже; также объяснялось, что выход АХАП наружу и их спуск к нижнему происходят в каждой без исключения голове частных парцуфим. И из этого ты поймешь, что тайна волос бороды точно такая же, как объяснялось о волосах головы: это отраженный свет, включенный в АХАП высшего рош снизу вверх; только волосы бороды исходят из рош де-АБ, а не из внутреннего рош. Следовательно, они закрепляются в рош де-САГ и там также произрастают снизу вверх — то есть изнутри наружу, как будет подробно объяснено в своем месте.</w:t>
      </w:r>
    </w:p>
    <w:p>
      <w:pPr>
        <w:keepNext/>
        <w:spacing w:before="320" w:after="120"/>
      </w:pPr>
      <w:r>
        <w:rPr>
          <w:rFonts w:ascii="Georgia" w:hAnsi="Georgia"/>
          <w:b w:val="0"/>
          <w:i w:val="0"/>
          <w:color w:val="000000"/>
          <w:sz w:val="32"/>
        </w:rPr>
        <w:t>Паним Масбирот</w:t>
      </w:r>
    </w:p>
    <w:p>
      <w:pPr>
        <w:spacing w:before="40" w:after="120"/>
        <w:jc w:val="both"/>
      </w:pPr>
      <w:r>
        <w:rPr>
          <w:rFonts w:ascii="Georgia" w:hAnsi="Georgia"/>
          <w:b w:val="0"/>
          <w:i w:val="0"/>
          <w:color w:val="000000"/>
          <w:sz w:val="24"/>
        </w:rPr>
        <w:t xml:space="preserve">1) </w:t>
      </w:r>
      <w:r>
        <w:rPr>
          <w:rFonts w:ascii="Georgia" w:hAnsi="Georgia"/>
          <w:b/>
          <w:i w:val="0"/>
          <w:color w:val="000000"/>
          <w:sz w:val="24"/>
        </w:rPr>
        <w:t>«АК включает: АБ, САГ, МА и БОН в своей сущности и т.д.»</w:t>
      </w:r>
      <w:r>
        <w:rPr>
          <w:rFonts w:ascii="Georgia" w:hAnsi="Georgia"/>
          <w:b w:val="0"/>
          <w:i w:val="0"/>
          <w:color w:val="000000"/>
          <w:sz w:val="24"/>
        </w:rPr>
        <w:t xml:space="preserve"> — слова Учителя в этой ветви от начала и до конца представляют собой лишь общие основы мудрости, и потому он говорит предельно кратко; для понимания сказанного здесь требуется основательное знакомство с учением. Большую часть из этого мы уже объяснили в предыдущих ветвях, и нам остается лишь напомнить об этом, за исключением темы волос головы и бороды (дикна), о которых мы еще ничего не объясняли. С Б-жьей помощью они будут разъяснены в настоящей ветви, однако лишь в своем корне, а подробности выяснятся с Б-жьей помощью на своем месте, в тайне тринадцати исправлений бороды. Сначала напомним о разделении АБ, САГ, МА и БОН в АК согласно двум его корням: от корня пяти парцуфим АК, существовавшего до сокращения НЕХИ де-АК, и от второго корня — тайны разделения АБ, САГ, МА и БОН на 12 парцуфим, возникшего в силу сокращения НЕХИ и подъема МАН. Я уже сообщал тебе, что и после подъемов МАН прежний корень соединяется [со вторым] во всех действиях, так что оба корня властвуют в каждом парцуфе; и от этого соединения отходит множество важнейших ветвей, как будет сказано на своем месте.</w:t>
      </w:r>
    </w:p>
    <w:p>
      <w:pPr>
        <w:spacing w:before="40" w:after="120"/>
        <w:jc w:val="both"/>
      </w:pPr>
      <w:r>
        <w:rPr>
          <w:rFonts w:ascii="Georgia" w:hAnsi="Georgia"/>
          <w:b w:val="0"/>
          <w:i w:val="0"/>
          <w:color w:val="000000"/>
          <w:sz w:val="24"/>
        </w:rPr>
        <w:t>Поэтому ты должен твердо помнить о них на всем дальнейшем протяжении мудрости. Знай, что в этом тайна буквы бэт (</w:t>
      </w:r>
      <w:r>
        <w:rPr>
          <w:rFonts w:ascii="Georgia" w:hAnsi="Georgia" w:cs="Times New Roman"/>
          <w:b/>
          <w:i w:val="0"/>
          <w:color w:val="000000"/>
          <w:sz w:val="24"/>
          <w:rtl/>
          <w:szCs w:val="32"/>
        </w:rPr>
        <w:t>ב</w:t>
      </w:r>
      <w:r>
        <w:rPr>
          <w:rFonts w:ascii="Georgia" w:hAnsi="Georgia"/>
          <w:b w:val="0"/>
          <w:i w:val="0"/>
          <w:color w:val="000000"/>
          <w:sz w:val="24"/>
        </w:rPr>
        <w:t xml:space="preserve">) в [слове] «Берешит», о которой столь подробно говорится в «Тиккуней Зоар». Вокруг этого строится и вопрос мудрецов (ХАЗАЛЬ): </w:t>
      </w:r>
      <w:r>
        <w:rPr>
          <w:rFonts w:ascii="Georgia" w:hAnsi="Georgia"/>
          <w:b w:val="0"/>
          <w:i/>
          <w:color w:val="000000"/>
          <w:sz w:val="24"/>
        </w:rPr>
        <w:t>«Разве не мог [мир] быть сотворен одним речением? Почему же [он] сотворен десятью речениями?»</w:t>
      </w:r>
      <w:r>
        <w:rPr>
          <w:rFonts w:ascii="Georgia" w:hAnsi="Georgia"/>
          <w:b w:val="0"/>
          <w:i w:val="0"/>
          <w:color w:val="000000"/>
          <w:sz w:val="24"/>
        </w:rPr>
        <w:t xml:space="preserve"> (Авот 5:1), — как тебе уже объяснялось в ветвях 11 и 12 «Паним Масбирот»: одно речение — это тайна первого корня, существовавшего до сокращения НЕХИ, а десять речений — тайна второго корня, возникшего от сокращения НЕХИ и подъема МАН (см. там). И уже подробно объяснялось разделение на 12 парцуфим под действием сокращения НЕХИ и подъема МАН в никвей эйнаим, вследствие чего АХАП каждого рош из [пяти парцуфим] Гальгальта, АБ, САГ, МА и БОН отделились и вышли наружу из рош, став в каждом из них промежуточной ступенью между Источником и выделенным [из Источника]. Дело в том, что со стороны первого корня выделенное представляет собой распространение от пэ де-рош Источника в каждом парцуфе из пяти парцуфим — Гальгальта, АБ, САГ, МА и БОН.</w:t>
      </w:r>
    </w:p>
    <w:p>
      <w:pPr>
        <w:spacing w:before="40" w:after="120"/>
        <w:jc w:val="both"/>
      </w:pPr>
      <w:r>
        <w:rPr>
          <w:rFonts w:ascii="Georgia" w:hAnsi="Georgia"/>
          <w:b w:val="0"/>
          <w:i w:val="0"/>
          <w:color w:val="000000"/>
          <w:sz w:val="24"/>
        </w:rPr>
        <w:t>Теперь же со стороны второго корня, из-за которого все [келим] АХАП вышли наружу из рош и превратились в гуф и тох, эти АХАП рассматриваются как промежуточная ступень между Источником, поднявшимся выше эйнаим де-рош, и выделенным, которое и сейчас не способно последовать за Малхут, поднявшейся в никвей эйнаим, и остается в своем положении ниже пэ. А если так, выделенное теперь обязано получать все свое изобилие (шефа) от парцуфа АХАП, находящегося между ним и Источником. И пойми это как следует. Мы уже подробно говорили об этом в предыдущих ветвях, и оттуда ты сможешь понять это во всей полноте. Там объяснялось, что АХАП де-рош внутреннего парцуфа, называемого парцуфом Кетер, стал промежуточным между внутренним парцуфом и парцуфом АБ — и это он называется Арих Анпин; а АХАП де-рош де-АБ стал промежуточным между АБ и САГ, и они называются иногда внутренними Аба ве-Има, а иногда — именем Мазла, как сказано на своем месте. А АХАП де-рош де-САГ стал промежуточным между САГ и [парцуфим] МА и БОН, и они называются ИШСУТ (см. там).</w:t>
      </w:r>
    </w:p>
    <w:p>
      <w:pPr>
        <w:spacing w:before="40" w:after="120"/>
        <w:jc w:val="both"/>
      </w:pPr>
      <w:r>
        <w:rPr>
          <w:rFonts w:ascii="Georgia" w:hAnsi="Georgia"/>
          <w:b w:val="0"/>
          <w:i w:val="0"/>
          <w:color w:val="000000"/>
          <w:sz w:val="24"/>
        </w:rPr>
        <w:t>Поэтому в Кетере вышли четыре парцуфа: основа Кетера — это тайна Атик и Нуквы, которые находятся выше эйнаим внутреннего рош, как сказано выше; а его нижняя половина — то есть АХАП внутреннего рош, являющийся промежуточным [парцуфом], — называется АА и Нуква. Подобно этому вышли четыре парцуфа в АБ и САГ: их верхняя половина называется Аба ве-Има Илаин, а нижняя половина называется ИШСУТ, то есть промежуточные [парцуфим], как сказано выше. И подобно этому вышли четыре парцуфа в МА и БОН: их верхняя половина называется большими Зеир Анпином и Нуквой (или Исраэль и Рахель), а их нижняя половина называется малыми ЗОН (или Яаков и Лея).</w:t>
      </w:r>
    </w:p>
    <w:p>
      <w:pPr>
        <w:spacing w:before="40" w:after="120"/>
        <w:jc w:val="both"/>
      </w:pPr>
      <w:r>
        <w:rPr>
          <w:rFonts w:ascii="Georgia" w:hAnsi="Georgia"/>
          <w:b w:val="0"/>
          <w:i w:val="0"/>
          <w:color w:val="000000"/>
          <w:sz w:val="24"/>
        </w:rPr>
        <w:t>2) Однако знай, что есть две разновидности промежуточного парцуфа: первая разновидность — это то, о чем сказано выше, в тайне АА, ИШСУТ и т.д. (см. там); а вторая разновидность промежуточного — это тайна волос, которые растут и выходят наружу из келим — как в рош, так и в гуф. И между ними огромная разница. Ведь промежуточные первой разновидности облачаются в саму сущность келим тела — то есть в те самые келим, которые исходят от корня, предшествовавшего МАН, согласно объясненному в предыдущих ветвях о тайне келим де-паним (сосудов лица) и келим де-ахораим (сосудов обратной стороны) (см. там). Однако промежуточные второй разновидности — то есть волосы — не облачаются во внутреннюю часть келим тела, а представляют собой ветви, выходящие наружу из них, и лишь подвешены к телу. И это потому, что по своей сути они являются лишь АХАП выходящих келим. Пояснение: уже объяснялось, что основа келим тела во всей его высоте и строении от рош, тох и соф происходит от тайны первого корня, предшествовавшего МАН, и именно они составляют основу строения парцуфа. Об этом говорит Учитель в предыдущей ветви, проводя различие между мохин, притягиваемыми посредством МАН (представляющими собой хасадим и гвурот, пришедшие к ним заново), и тем свечением, которое существовало изначально, до прихода мохин. И он говорит там (ветвь 21, пункт 4), и вот его подлинные слова: «И в этом отношении это свечение будет меньше и ниже первого, потому что первое исправило и сделало все парцуфим полностью совершенными, а это лишь увеличило заднюю половину», — конец цитаты.</w:t>
      </w:r>
    </w:p>
    <w:p>
      <w:pPr>
        <w:spacing w:before="40" w:after="120"/>
        <w:jc w:val="both"/>
      </w:pPr>
      <w:r>
        <w:rPr>
          <w:rFonts w:ascii="Georgia" w:hAnsi="Georgia"/>
          <w:b w:val="0"/>
          <w:i w:val="0"/>
          <w:color w:val="000000"/>
          <w:sz w:val="24"/>
        </w:rPr>
        <w:t>Смысл его слов в том, что свечение парцуфа, присущее ему в силу его происхождения от корня, предшествовавшего мохин (то есть келим де-ахораим), пусть даже в нем и нет келим де-паним, тем не менее составляет главную сущность и строение парцуфа. Свет же, называемый мохин (то есть света, выходящие после исправления МАН и именуемые хасадим и гвурот), хотя благодаря ему и протягиваются все келим де-паним, пригодные для облачения света сущности, называемого состоянием «лицом к лицу» (паним бе-паним), все же является лишь увеличением обратной стороны (ахораим). Иными словами, эти света лишь увеличивают келим парцуфа от первого корня, которые были всего лишь задней стороной, и возвращают их в состояние лицевой стороны (паним). И поэтому мохин от второго корня считаются не основой и сущностью парцуфа, а лишь дополнением к нему, поскольку они только улучшают его, увеличивают и освещают со стороны келим де-паним, как сказано там, в «Паним Масбирот» (см. там).</w:t>
      </w:r>
    </w:p>
    <w:p>
      <w:pPr>
        <w:spacing w:before="40" w:after="120"/>
        <w:jc w:val="both"/>
      </w:pPr>
      <w:r>
        <w:rPr>
          <w:rFonts w:ascii="Georgia" w:hAnsi="Georgia"/>
          <w:b w:val="0"/>
          <w:i w:val="0"/>
          <w:color w:val="000000"/>
          <w:sz w:val="24"/>
        </w:rPr>
        <w:t>Отсюда следует, что основа строения парцуфа в его завершенности (то есть в рош, тох и соф) происходит главным образом от силы корня, предшествовавшего МАН; тогда как мохин и света второго корня (приходящие благодаря МАН) лишь соединяются с келим первого корня, освещают их и возвращают в состояние исправленных келим, чтобы те стали пригодны для ГАР и паним бе-паним. Итак, выяснилось, что от второго корня протягивается только улучшение келим — то есть лицевая сторона келим, — поскольку само строение келим уже существует в силу первого корня. Однако знай, что есть также келим, которые относятся преимущественно ко второму корню, возникающему благодаря исправлению МАН, и это тайна волос, корень прикрепления которых находится в четырех местах тела, а именно: волосы головы (сээрот рейша) и волосы бороды (сээрот дикна), [волосы] ниже хазе и подмышек (ацилей ядаим), и нижняя борода (дикна татаа).</w:t>
      </w:r>
    </w:p>
    <w:p>
      <w:pPr>
        <w:spacing w:before="40" w:after="120"/>
        <w:jc w:val="both"/>
      </w:pPr>
      <w:r>
        <w:rPr>
          <w:rFonts w:ascii="Georgia" w:hAnsi="Georgia"/>
          <w:b w:val="0"/>
          <w:i w:val="0"/>
          <w:color w:val="000000"/>
          <w:sz w:val="24"/>
        </w:rPr>
        <w:t>Смысл этих четырех мест ты поймешь на основе разъясненного в предыдущей ветви о тайне выходящих АХАП и о тайне нижних краев (шипулей) этих АХАП, которые нисходят непосредственно к рош нижнего и называются по имени нижнего (см. там внимательно, ведь здесь невозможно повторить все это подробное объяснение). Суть же в том, что Малхут де-рош высшего служит источником для каждого нижнего, выделенного из нее; и нижний слит с ней, будучи вторым распространением этой Малхут. И так как вследствие подъема МАН Малхут каждого рош поднялась от пэ к эйнаим, всякий нижний приобретает высоту уровня АХАП от рош высшего, расположенную выше первоначального источника его выхода от первого корня, — ведь теперь Малхут де-рош поднялась и оказалась выше АХАП де-рош. Однако нижний, находящийся главным образом под властью первого корня, не может подняться выше пэ, где находится его корень со стороны первого корня, и потому он притягивает все эти уровни АХАП к себе, оставаясь в своем положении ниже пэ. Там же объяснялось, что сам пэ включается в ту Малхут, которая находится в никвей эйнаим (см. там).</w:t>
      </w:r>
    </w:p>
    <w:p>
      <w:pPr>
        <w:spacing w:before="40" w:after="120"/>
        <w:jc w:val="both"/>
      </w:pPr>
      <w:r>
        <w:rPr>
          <w:rFonts w:ascii="Georgia" w:hAnsi="Georgia"/>
          <w:b w:val="0"/>
          <w:i w:val="0"/>
          <w:color w:val="000000"/>
          <w:sz w:val="24"/>
        </w:rPr>
        <w:t>3) И подобно тому как в строении каждого парцуфа различают внутреннее Имя АВАЯ (</w:t>
      </w:r>
      <w:r>
        <w:rPr>
          <w:rFonts w:ascii="Georgia" w:hAnsi="Georgia" w:cs="Times New Roman"/>
          <w:b/>
          <w:i w:val="0"/>
          <w:color w:val="000000"/>
          <w:sz w:val="24"/>
          <w:rtl/>
          <w:szCs w:val="32"/>
        </w:rPr>
        <w:t>יהוה</w:t>
      </w:r>
      <w:r>
        <w:rPr>
          <w:rFonts w:ascii="Georgia" w:hAnsi="Georgia"/>
          <w:b w:val="0"/>
          <w:i w:val="0"/>
          <w:color w:val="000000"/>
          <w:sz w:val="24"/>
        </w:rPr>
        <w:t>) во внутреннем парцуфе, где от каждой буквы этого внутреннего АВАЯ выходит наружу полное Имя АВАЯ (как подробно объяснялось выше в «Паним Масбирот», в ветви 9: от буквы йод (</w:t>
      </w:r>
      <w:r>
        <w:rPr>
          <w:rFonts w:ascii="Georgia" w:hAnsi="Georgia" w:cs="Times New Roman"/>
          <w:b/>
          <w:i w:val="0"/>
          <w:color w:val="000000"/>
          <w:sz w:val="24"/>
          <w:rtl/>
          <w:szCs w:val="32"/>
        </w:rPr>
        <w:t>י</w:t>
      </w:r>
      <w:r>
        <w:rPr>
          <w:rFonts w:ascii="Georgia" w:hAnsi="Georgia"/>
          <w:b w:val="0"/>
          <w:i w:val="0"/>
          <w:color w:val="000000"/>
          <w:sz w:val="24"/>
        </w:rPr>
        <w:t>) внутреннего АВАЯ выходит наружу полное Имя АВАЯ в числовом значении АБ (72), а от первой буквы хэй (</w:t>
      </w:r>
      <w:r>
        <w:rPr>
          <w:rFonts w:ascii="Georgia" w:hAnsi="Georgia" w:cs="Times New Roman"/>
          <w:b/>
          <w:i w:val="0"/>
          <w:color w:val="000000"/>
          <w:sz w:val="24"/>
          <w:rtl/>
          <w:szCs w:val="32"/>
        </w:rPr>
        <w:t>ה</w:t>
      </w:r>
      <w:r>
        <w:rPr>
          <w:rFonts w:ascii="Georgia" w:hAnsi="Georgia"/>
          <w:b w:val="0"/>
          <w:i w:val="0"/>
          <w:color w:val="000000"/>
          <w:sz w:val="24"/>
        </w:rPr>
        <w:t>) внутреннего АВАЯ выходит Имя в числовом значении САГ (63) и т.д.), точно так же и в тех келим де-паним парцуфа — то есть в тех обновленных келим, которые возникли исключительно благодаря подъему МАН, — тоже различается внутреннее АВАЯ во внутреннем парцуфе этих келим, где от каждой буквы внутреннего АВАЯ выходит наружу свое АВАЯ: от йод выходит наружу АВАЯ де-АБ, от первой хэй — АВАЯ де-САГ, а от вав и [второй] хэй — АВАЯ де-МА и де-БОН.</w:t>
      </w:r>
    </w:p>
    <w:p>
      <w:pPr>
        <w:spacing w:before="40" w:after="120"/>
        <w:jc w:val="both"/>
      </w:pPr>
      <w:r>
        <w:rPr>
          <w:rFonts w:ascii="Georgia" w:hAnsi="Georgia"/>
          <w:b w:val="0"/>
          <w:i w:val="0"/>
          <w:color w:val="000000"/>
          <w:sz w:val="24"/>
        </w:rPr>
        <w:t>Таким образом, на парцуфе есть две разновидности облачений АБ, САГ, МА и БОН: есть АБ, САГ, МА и БОН, облачающие его со стороны основы строения парцуфа, и они называются: кости, жилы, плоть и кожа; а есть разновидность облачений АБ, САГ, МА и БОН со стороны обновления келим, берущих начало главным образом от второго корня. И подобно тому как мы различаем в АБ, САГ, МА и БОН основы строения парцуфа, что они разделяются на 12 парцуфим в силу разделения каждого рош на две части (поскольку АХАП выходят наружу из рош и становятся промежуточной ступенью между Источником и выделенным), — точно так же и в АБ, САГ, МА и БОН, берущих начало от второго корня (то есть в тайне волос), они тоже разделяются на 12 парцуфим. Ведь та же причина, о которой сказано в отношении первых АБ, САГ, МА и БОН, действует и здесь, поскольку и они неизбежно включают в себя оба корня: ведь все силы, присутствующие в высшем, обязательно должны находиться и в нижнем, как сказал Учитель выше, в ветви 9 (см. там). И отсюда ты поймешь, что АХАП внутреннего рош, выходящие наружу, — это тайна волос головы (сээрот рейша). Ты уже знаешь, что АХАП внутреннего рош облачаются в рош де-АБ, поскольку не могут подняться выше своего источника — тайны пэ внутреннего рош (это правило действует во всех парцуфим, и тем более в первом рош, где вообще нет келим). Об этом говорит здесь и Учитель: АА и Аба мира Ацилут соответствуют парцуфу АБ де-АК (см. там). Это происходит по упомянутой причине: АХАП внутреннего рош опускаются и облачаются в мохин де-рош де-АБ. И эти АХАП включают в себя два вида отраженного света (ор хозер): первый вид — это отраженный свет, опускающийся от Малхут первого рош со ступени никвей эйнаим (это те АХАП, которые облачаются в рош де-АБ, как сказано выше); а есть вид отраженного света, идущего снизу вверх, и он включен в пэ внутреннего рош со стороны первого корня.</w:t>
      </w:r>
    </w:p>
    <w:p>
      <w:pPr>
        <w:spacing w:before="40" w:after="120"/>
        <w:jc w:val="both"/>
      </w:pPr>
      <w:r>
        <w:rPr>
          <w:rFonts w:ascii="Georgia" w:hAnsi="Georgia"/>
          <w:b w:val="0"/>
          <w:i w:val="0"/>
          <w:color w:val="000000"/>
          <w:sz w:val="24"/>
        </w:rPr>
        <w:t>И знай, что этот отраженный свет, исходящий от Малхут в никвей эйнаим, протягивается и облачается в рош де-АБ от Гальгальты и ниже, что представляет собой АА, как сказано выше, тогда как тот отраженный свет, включенный в эти АХАП, который идет снизу вверх, — это тайна волос головы (сээрот рейша), исток которых прикреплен к мохин. Иными словами, в свойстве пэ тех АХАП, что опустились в АБ; и оттуда они поднимаются в тайне отраженного света снизу вверх, пробивают отверстия Гальгальты, выходят наружу и облачают ее снаружи сверху. В этом смысл сказанного им: «волосы его головы соответствуют ветвям АБ», — то есть как мы и сказали: исток волос находится в тайне мохин, а их корень — в отраженном свете от пэ и выше, включенном в АХАП.</w:t>
      </w:r>
    </w:p>
    <w:p>
      <w:pPr>
        <w:spacing w:before="40" w:after="120"/>
        <w:jc w:val="both"/>
      </w:pPr>
      <w:r>
        <w:rPr>
          <w:rFonts w:ascii="Georgia" w:hAnsi="Georgia"/>
          <w:b w:val="0"/>
          <w:i w:val="0"/>
          <w:color w:val="000000"/>
          <w:sz w:val="24"/>
        </w:rPr>
        <w:t>Поэтому АХАП в мохин выводят эти волосы изнутри наружу, снизу вверх, как разъяснено. И подобно тому как объяснялось в отношении АХАП внутреннего рош, которые опускаются и облачаются в рош де-АБ, точно так же и АХАП де-рош де-АБ опускаются и облачаются в рош де-САГ. А ты уже знаешь, что рош де-САГ начинается от озэн де-рош де-АБ, как сказано выше (см. там). И они тоже включают в себя два вида отраженного света, как сказано выше: отраженный свет, опускающийся от Малхут в никвей эйнаим и ниже до пэ, облачается в сам рош де-САГ в тайне мохин; тогда как отраженный свет, идущий снизу вверх, включенный в эти АХАП, пробивает келим и лицевую сторону рош де-САГ и выходит изнутри наружу — и это тайна волос бороды (сээрот дикна), подобно объясненному выше относительно волос головы (см. там), ведь они подобны друг другу, как будет еще объяснено далее.</w:t>
      </w:r>
    </w:p>
    <w:p>
      <w:pPr>
        <w:spacing w:before="40" w:after="120"/>
        <w:jc w:val="both"/>
      </w:pPr>
      <w:r>
        <w:rPr>
          <w:rFonts w:ascii="Georgia" w:hAnsi="Georgia"/>
          <w:b w:val="0"/>
          <w:i w:val="0"/>
          <w:color w:val="000000"/>
          <w:sz w:val="24"/>
        </w:rPr>
        <w:t>Итак, разъяснена тайна волос: их исток берет начало в облачении АХАП высшего в нижнего, подобно мохин. Однако мохин включают в себя совокупность света, имеющегося в АХАП высшего, тогда как волосы — лишь ту часть, идущую снизу вверх, которая примешана к этим АХАП высшего. Поэтому они не могут облачиться во внутренние келим тела, поскольку никакой отраженный свет, идущий снизу вверх, не имеет келим: ведь кли проявляется только при отраженном свете, идущем сверху вниз, что и называется телом (гуф) и внутренними келим, как мы подробно объясняли в предыдущих ветвях. И из этого ты также поймешь корень четырех мест произрастания волос: 1) волосы головы (сээрот рейша); 2) волосы бороды (сээрот дикна); 3) [волосы], что ниже хазе; 4) нижняя борода. И это подобно тому, как объяснялось выше на странице 389 в «Паним Масбирот» (начиная со слов «И разъяснено»), в тайне нижних краев высшего, [опускающихся] на место нижнего (см. там). Ты уже знаешь, что нет такого парцуфа, в котором не было бы четырех ступеней: АБ, САГ, МА и БОН. Ведь внутренний рош не относится к строению парцуфа, поскольку в нем вообще нет келим; поэтому каждый парцуф начинается от Малхут внутреннего рош и ниже. И эта Малхут называется Гальгальтой, с которой и начинается каждый парцуф. Рош парцуфа — это тайна АБ до озэн; тох — это тайна САГ от озэн до табура; а от табура до сиюм раглин — это тайна МА и БОН.</w:t>
      </w:r>
    </w:p>
    <w:p>
      <w:pPr>
        <w:spacing w:before="40" w:after="120"/>
        <w:jc w:val="both"/>
      </w:pPr>
      <w:r>
        <w:rPr>
          <w:rFonts w:ascii="Georgia" w:hAnsi="Georgia"/>
          <w:b w:val="0"/>
          <w:i w:val="0"/>
          <w:color w:val="000000"/>
          <w:sz w:val="24"/>
        </w:rPr>
        <w:t>Также объяснялось, что в силу исправления МАН рош де-САГ разделился на две части в тайне Парсы, как сказано выше подробно. И благодаря этому мы поймем пять упомянутых мест [роста] волос: из тайны нижних краев АХАП внутреннего рош в мохин, в тайне АБ, как сказано выше, выходят волосы головы (сээрот рейша) и облачают Гальгальту снаружи. Из тайны нижних краев АХАП де-АБ к рош де-САГ выходят волосы бороды (сээрот дикна). Из тайны нижних краев первой части рош де-САГ, называемой Аба ве-Има Илаин, ко второй части рош де-САГ, называемой ИШСУТ, выходят волосы, что ниже хазе и подмышками (ацилей ядаим). А из тайны нижних краев АХАП де-САГ к МА и БОН выходят волосы нижней бороды. Итак, разъяснены истоки волос в их корне, и с Б-жьей помощью мы подробно разберем их во всех деталях в следующих ветвях, здесь же не место распространяться об этом.</w:t>
      </w:r>
    </w:p>
    <w:p>
      <w:r>
        <w:br w:type="page"/>
      </w:r>
    </w:p>
    <w:p>
      <w:pPr>
        <w:keepNext/>
        <w:spacing w:before="360" w:after="160"/>
        <w:jc w:val="center"/>
      </w:pPr>
      <w:r>
        <w:rPr>
          <w:rFonts w:ascii="Georgia" w:hAnsi="Georgia"/>
          <w:b w:val="0"/>
          <w:i w:val="0"/>
          <w:color w:val="000000"/>
          <w:sz w:val="40"/>
        </w:rPr>
        <w:t>Ветвь 22</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Вернемся к нашей теме и скажем: ведь Аба ве-Има изначально находились паним бе-паним, так как Кетер наделил их светом разума (мохин), как сказано выше. Однако их МАН, вызвавший установление и поддержание состояния «лицом к лицу», был существованием тех семи мелахим, которые находились во чреве Бины, и они служили ее МАН, ведь так устроено всегда: сыновья — это МАН для Имы. И пока эти семь мелахим находились внутри Бины, они поднимали МАН и вызывали соударение (зивуг) в Аба ве-Има, благодаря чему к ним притягивался свет разума; и Аба ве-Има вновь обратились лицом к лицу и соединились в зивуге, чтобы породить эти семь мелахим.</w:t>
      </w:r>
    </w:p>
    <w:p>
      <w:pPr>
        <w:spacing w:before="40" w:after="120"/>
        <w:jc w:val="both"/>
      </w:pPr>
      <w:r>
        <w:rPr>
          <w:rFonts w:ascii="Georgia" w:hAnsi="Georgia"/>
          <w:b w:val="0"/>
          <w:i w:val="0"/>
          <w:color w:val="000000"/>
          <w:sz w:val="24"/>
        </w:rPr>
        <w:t>2) И когда эти мелахим выходили, если бы они не умерли, а устояли, они удерживали бы Аба ве-Има в положении лицом к лицу, даже выйдя вниз, и действовали бы для них как МАН. Однако поскольку они разбились и умерли, то и ахораим Аба ве-Има, удерживавшие их лицом к лицу, опустились вниз, и тогда они вновь развернулись ахор бе-ахор, ведь у них уже нет никого, кто поднимал бы для них МАН и поддерживал их обращенность лицом к лицу.</w:t>
      </w:r>
    </w:p>
    <w:p>
      <w:pPr>
        <w:spacing w:before="40" w:after="120"/>
        <w:jc w:val="both"/>
      </w:pPr>
      <w:r>
        <w:rPr>
          <w:rFonts w:ascii="Georgia" w:hAnsi="Georgia"/>
          <w:b w:val="0"/>
          <w:i w:val="0"/>
          <w:color w:val="000000"/>
          <w:sz w:val="24"/>
        </w:rPr>
        <w:t>3) И понятно, что падение ахораим де-Аба ве-Има завершилось лишь с окончанием разбиения семи мелахим: каждое разбиение одного мелеха вызывало частичное опускание ахораим де-Аба ве-Има.</w:t>
      </w:r>
    </w:p>
    <w:p>
      <w:pPr>
        <w:spacing w:before="40" w:after="120"/>
        <w:jc w:val="both"/>
      </w:pPr>
      <w:r>
        <w:rPr>
          <w:rFonts w:ascii="Georgia" w:hAnsi="Georgia"/>
          <w:b w:val="0"/>
          <w:i w:val="0"/>
          <w:color w:val="000000"/>
          <w:sz w:val="24"/>
        </w:rPr>
        <w:t>4) И вот объяснение этого: если соотнести существование этих семи мелахим с четырьмя парцуфим ХУБ, Исраэль Саба и Твуны, как сказано выше, окажется, что до [окончания] верхней трети сфиры Тиферет, являющейся четвертым мелехом, завершилось падение ахораим высших Аба ве-Има (Аба ве-Има илаин). А когда разбились все семь мелахим, тогда опустились и ахораим Исраэль Саба и Твуны.</w:t>
      </w:r>
    </w:p>
    <w:p>
      <w:pPr>
        <w:spacing w:before="40" w:after="120"/>
        <w:jc w:val="both"/>
      </w:pPr>
      <w:r>
        <w:rPr>
          <w:rFonts w:ascii="Georgia" w:hAnsi="Georgia"/>
          <w:b w:val="0"/>
          <w:i w:val="0"/>
          <w:color w:val="000000"/>
          <w:sz w:val="24"/>
        </w:rPr>
        <w:t>5) Даат — это первый вышедший мелех, и в нем были включены все семь, как сказано выше. Тебе уже известно, что главным источником подъема МАН служат мелахим, уже рожденные в мире, и потому главным источником подъема МАН до сих пор был Даат, который уже вышел в мир первым. Ведь мы уже объясняли, что поначалу для Аба ве-Има не требовался МАН, а лишь «взошло в [Его] желании» (</w:t>
      </w:r>
      <w:r>
        <w:rPr>
          <w:rFonts w:ascii="Georgia" w:hAnsi="Georgia"/>
          <w:b w:val="0"/>
          <w:i/>
          <w:color w:val="000000"/>
          <w:sz w:val="24"/>
        </w:rPr>
        <w:t>салик би-реута</w:t>
      </w:r>
      <w:r>
        <w:rPr>
          <w:rFonts w:ascii="Georgia" w:hAnsi="Georgia"/>
          <w:b w:val="0"/>
          <w:i w:val="0"/>
          <w:color w:val="000000"/>
          <w:sz w:val="24"/>
        </w:rPr>
        <w:t>). И сказанное о том, что эти семь мелахим служили МАН, не означает, будто они притянули хасадим и гвурот, ведь те были притянуты изначально.</w:t>
      </w:r>
    </w:p>
    <w:p>
      <w:pPr>
        <w:spacing w:before="40" w:after="120"/>
        <w:jc w:val="both"/>
      </w:pPr>
      <w:r>
        <w:rPr>
          <w:rFonts w:ascii="Georgia" w:hAnsi="Georgia"/>
          <w:b w:val="0"/>
          <w:i w:val="0"/>
          <w:color w:val="000000"/>
          <w:sz w:val="24"/>
        </w:rPr>
        <w:t>6) Доказательство тому: ведь Аба ве-Има сначала вернулись в положение лицом к лицу, и лишь затем Хохма поместил в Бину эти семь мелахим, как сказано. Следовательно, нельзя сказать, что они служили МАН для Бины [изначально]; смысл же в том, что они удерживали Аба ве-Има в положении лицом к лицу подъемом своего МАН после того, как уже оказались в Бине, и тогда они продолжали притягивать хасадим и гвурот, как и вначале.</w:t>
      </w:r>
    </w:p>
    <w:p>
      <w:pPr>
        <w:spacing w:before="40" w:after="120"/>
        <w:jc w:val="both"/>
      </w:pPr>
      <w:r>
        <w:rPr>
          <w:rFonts w:ascii="Georgia" w:hAnsi="Georgia"/>
          <w:b w:val="0"/>
          <w:i w:val="0"/>
          <w:color w:val="000000"/>
          <w:sz w:val="24"/>
        </w:rPr>
        <w:t>7) Вернемся к сути дела: после того как свет Даат вышел и вошел в свое кли, он поднял МАН и притянул хасадим и гвурот в Аба ве-Има, ведь Даат включает в себя хасадим и гвурот. Кроме того, семь мелахим были тогда включены в него, и потому он обладал силой низвести хасадим и гвурот, как сказано выше.</w:t>
      </w:r>
    </w:p>
    <w:p>
      <w:pPr>
        <w:spacing w:before="40" w:after="120"/>
        <w:jc w:val="both"/>
      </w:pPr>
      <w:r>
        <w:rPr>
          <w:rFonts w:ascii="Georgia" w:hAnsi="Georgia"/>
          <w:b w:val="0"/>
          <w:i w:val="0"/>
          <w:color w:val="000000"/>
          <w:sz w:val="24"/>
        </w:rPr>
        <w:t>8) Однако поскольку остальные мелахим не поднимали МАН — ведь их выход пока состоялся только в Даат, — то совершенный свет разума невозможно низвести иначе как через ЗОН вместе. И потому Даат низвел лишь свойство хасадим и гвурот в рош высших Аба ве-Има, на место их Даат, подобного ему. Когда же разбилось кли этого мелеха, называемого Даат, тогда и Даат высших Аба ве-Има опустился вниз, на место гуф Аба ве-Има.</w:t>
      </w:r>
    </w:p>
    <w:p>
      <w:pPr>
        <w:spacing w:before="40" w:after="120"/>
        <w:jc w:val="both"/>
      </w:pPr>
      <w:r>
        <w:rPr>
          <w:rFonts w:ascii="Georgia" w:hAnsi="Georgia"/>
          <w:b w:val="0"/>
          <w:i w:val="0"/>
          <w:color w:val="000000"/>
          <w:sz w:val="24"/>
        </w:rPr>
        <w:t>9) Кли же этого мелеха, называемого Даат, после разбиения опустилось в мир Брия, как будет сказано с Б-жьей помощью, а остальные шесть светов, бывших с ним, вошли в кли мелеха, называемого Хесед.</w:t>
      </w:r>
    </w:p>
    <w:p>
      <w:pPr>
        <w:spacing w:before="40" w:after="120"/>
        <w:jc w:val="both"/>
      </w:pPr>
      <w:r>
        <w:rPr>
          <w:rFonts w:ascii="Georgia" w:hAnsi="Georgia"/>
          <w:b w:val="0"/>
          <w:i w:val="0"/>
          <w:color w:val="000000"/>
          <w:sz w:val="24"/>
        </w:rPr>
        <w:t>10) И тогда высшие Аба ве-Има все еще оставались лицом к лицу, ведь они не возвращаются в положение спиной к спине, пока падение полностью не завершится. Они спаяны лицом к лицу, и необходимо, чтобы эта связь полностью прекратилась, и только затем они развернутся спиной к спине; но пока в них сохраняется хотя бы малая связь, они не возвращаются спиной к спине. Далее с Б-жьей помощью мы объясним суть полного слияния (двекут) Аба ве-Има, когда они находятся лицом к лицу.</w:t>
      </w:r>
    </w:p>
    <w:p>
      <w:pPr>
        <w:spacing w:before="40" w:after="120"/>
        <w:jc w:val="both"/>
      </w:pPr>
      <w:r>
        <w:rPr>
          <w:rFonts w:ascii="Georgia" w:hAnsi="Georgia"/>
          <w:b w:val="0"/>
          <w:i w:val="0"/>
          <w:color w:val="000000"/>
          <w:sz w:val="24"/>
        </w:rPr>
        <w:t>11) И когда пять хасадим и пять гвурот опустились из рош высших Аба ве-Има вниз, в гуф, это неизбежно вызвало нехватку света, хотя они еще не вернулись окончательно спиной к спине. Суть же этого ущерба — прекращение созерцания (истаклют) очей Аба ве-Има друг на друга.</w:t>
      </w:r>
    </w:p>
    <w:p>
      <w:pPr>
        <w:spacing w:before="40" w:after="120"/>
        <w:jc w:val="both"/>
      </w:pPr>
      <w:r>
        <w:rPr>
          <w:rFonts w:ascii="Georgia" w:hAnsi="Georgia"/>
          <w:b w:val="0"/>
          <w:i w:val="0"/>
          <w:color w:val="000000"/>
          <w:sz w:val="24"/>
        </w:rPr>
        <w:t>12) Когда воцарился второй мелех — Хесед, он притянул пять хасадим, чтобы они распространились в гуф де-Аба, как известно. А когда он умер, то опустился в Брию, пять же светов опустились в Гвуру, в третьего мелеха. Тогда пали ахораим де-Аба, образующиеся за счет распространения пяти хасадим, как сказано выше; теперь же они пали полностью, а хасадим опустились в Есод де-Аба. И тогда Аба обратил свои ахораим к лицу Бины, и это состояние называется «спиной к лицу» (ахор бе-паним), поскольку лицо Бины обращено к ахораим Хохмы.</w:t>
      </w:r>
    </w:p>
    <w:p>
      <w:pPr>
        <w:spacing w:before="40" w:after="120"/>
        <w:jc w:val="both"/>
      </w:pPr>
      <w:r>
        <w:rPr>
          <w:rFonts w:ascii="Georgia" w:hAnsi="Georgia"/>
          <w:b w:val="0"/>
          <w:i w:val="0"/>
          <w:color w:val="000000"/>
          <w:sz w:val="24"/>
        </w:rPr>
        <w:t>13) И если ты спросишь: ведь парцуф Аба не завершает свое падение до трети Тиферет, как сказано выше? Можно ответить: та треть Тиферет соотносится с Абой как его Есод, подобно Зеир Анпину с его светом разума со стороны Бины. И все это исследование нужно понимать в соответствии с тем исследованием: всё это — единая картина, и тогда ты поймешь.</w:t>
      </w:r>
    </w:p>
    <w:p>
      <w:pPr>
        <w:spacing w:before="40" w:after="120"/>
        <w:jc w:val="both"/>
      </w:pPr>
      <w:r>
        <w:rPr>
          <w:rFonts w:ascii="Georgia" w:hAnsi="Georgia"/>
          <w:b w:val="0"/>
          <w:i w:val="0"/>
          <w:color w:val="000000"/>
          <w:sz w:val="24"/>
        </w:rPr>
        <w:t>14) Есод же весь представляет собой свойство «лицо», и у него нет ахораим, которые могли бы от него опуститься, поскольку весь Есод мужского начала входит внутрь Есода женского начала и целиком относится к свойству «лицо». Иначе обстоит дело с остальным телом, где есть свойство ахораим, обращающихся к лицу женского начала, но его ахораим не соединены с ней. Поэтому опускание ахораим де-Аба окончательно завершается прежде, чем возникает ущерб и изъян в Есоде де-Аба.</w:t>
      </w:r>
    </w:p>
    <w:p>
      <w:pPr>
        <w:spacing w:before="40" w:after="120"/>
        <w:jc w:val="both"/>
      </w:pPr>
      <w:r>
        <w:rPr>
          <w:rFonts w:ascii="Georgia" w:hAnsi="Georgia"/>
          <w:b w:val="0"/>
          <w:i w:val="0"/>
          <w:color w:val="000000"/>
          <w:sz w:val="24"/>
        </w:rPr>
        <w:t>15) Затем воцарился третий мелех — Гвура, и притянул распространение пяти гвурот в гуф высшей Имы. Когда же он умер, то опустился в Брию, а четыре света опустились в четвертое кли — Тиферет. И тогда распространение гвурот упало в Есод де-Има, и ее ахораим также опустились вниз; тогда и Има обратила свои ахораим, и возникло положение: ахораим де-Има к ахораим де-Аба [спиной к спине].</w:t>
      </w:r>
    </w:p>
    <w:p>
      <w:pPr>
        <w:spacing w:before="40" w:after="120"/>
        <w:jc w:val="both"/>
      </w:pPr>
      <w:r>
        <w:rPr>
          <w:rFonts w:ascii="Georgia" w:hAnsi="Georgia"/>
          <w:b w:val="0"/>
          <w:i w:val="0"/>
          <w:color w:val="000000"/>
          <w:sz w:val="24"/>
        </w:rPr>
        <w:t>16) Затем воцарился четвертый мелех — Тиферет, и когда свет достиг его верхней трети, то есть уровня хазе, он притянул совокупность пяти хасадим в Есод де-Аба и пяти гвурот в Есод де-Има, как известно, так как Есод потому и называется «все», что включает пять хасадим и пять гвурот.</w:t>
      </w:r>
    </w:p>
    <w:p>
      <w:pPr>
        <w:spacing w:before="40" w:after="120"/>
        <w:jc w:val="both"/>
      </w:pPr>
      <w:r>
        <w:rPr>
          <w:rFonts w:ascii="Georgia" w:hAnsi="Georgia"/>
          <w:b w:val="0"/>
          <w:i w:val="0"/>
          <w:color w:val="000000"/>
          <w:sz w:val="24"/>
        </w:rPr>
        <w:t>17) И мы уже разъясняли эту картину: Даат включает в себя рош Аба ве-Има, Хесед — это гуф де-Аба, Гвура — гуф де-Има, а верхняя треть Тиферет — это Есод Аба ве-Има.</w:t>
      </w:r>
    </w:p>
    <w:p>
      <w:pPr>
        <w:spacing w:before="40" w:after="120"/>
        <w:jc w:val="both"/>
      </w:pPr>
      <w:r>
        <w:rPr>
          <w:rFonts w:ascii="Georgia" w:hAnsi="Georgia"/>
          <w:b w:val="0"/>
          <w:i w:val="0"/>
          <w:color w:val="000000"/>
          <w:sz w:val="24"/>
        </w:rPr>
        <w:t>18) Когда же свет достиг двух нижних третей Тиферет, падение всех ахораим высших Аба ве-Има завершилось, и он притянул хасадим и гвурот в рош ИШСУТ, поскольку там находится место их общего рош. А когда он умер, три мелеха опустились в пятое кли — Нецах; тогда опустились хасадим из рош Исраэль Саба и гвурот из рош Твуны вниз, в их гуф, и у ИШСУТ также прекратилось взаимное созерцание очей, подобно сказанному выше о высших Аба ве-Има.</w:t>
      </w:r>
    </w:p>
    <w:p>
      <w:pPr>
        <w:spacing w:before="40" w:after="120"/>
        <w:jc w:val="both"/>
      </w:pPr>
      <w:r>
        <w:rPr>
          <w:rFonts w:ascii="Georgia" w:hAnsi="Georgia"/>
          <w:b w:val="0"/>
          <w:i w:val="0"/>
          <w:color w:val="000000"/>
          <w:sz w:val="24"/>
        </w:rPr>
        <w:t>19) Затем воцарился Нецах и притянул пять хасадим в гуф Исраэль Саба. А когда он умер, остальные мелахим опустились в Ход, и опустились ахораим Исраэль Саба, и он обратил свои ахораим к лицу Твуны.</w:t>
      </w:r>
    </w:p>
    <w:p>
      <w:pPr>
        <w:spacing w:before="40" w:after="120"/>
        <w:jc w:val="both"/>
      </w:pPr>
      <w:r>
        <w:rPr>
          <w:rFonts w:ascii="Georgia" w:hAnsi="Georgia"/>
          <w:b w:val="0"/>
          <w:i w:val="0"/>
          <w:color w:val="000000"/>
          <w:sz w:val="24"/>
        </w:rPr>
        <w:t>20) Затем воцарился Ход и притянул пять гвурот в гуф Твуны. Когда же он умер, два мелеха опустились в Есод, и тогда келим Нецах и Ход опустились в Брию, поскольку они оба считаются лишь одним мелехом, как сказано выше, ведь они оба — лишь половины тела; и хотя они царствовали последовательно, тем не менее оба они называются одним мелехом. И тогда опустились также ахораим Твуны, и Исраэль Саба и Твуна вернулись в положение спиной к спине.</w:t>
      </w:r>
    </w:p>
    <w:p>
      <w:pPr>
        <w:spacing w:before="40" w:after="120"/>
        <w:jc w:val="both"/>
      </w:pPr>
      <w:r>
        <w:rPr>
          <w:rFonts w:ascii="Georgia" w:hAnsi="Georgia"/>
          <w:b w:val="0"/>
          <w:i w:val="0"/>
          <w:color w:val="000000"/>
          <w:sz w:val="24"/>
        </w:rPr>
        <w:t>21) Затем воцарился шестой мелех — Есод, и притянул совокупность пяти гвурот в Есод Твуны, а совокупность пяти хасадим — в Есод Исраэль Саба; а когда он умер, опустились и эти свойства.</w:t>
      </w:r>
    </w:p>
    <w:p>
      <w:pPr>
        <w:spacing w:before="40" w:after="120"/>
        <w:jc w:val="both"/>
      </w:pPr>
      <w:r>
        <w:rPr>
          <w:rFonts w:ascii="Georgia" w:hAnsi="Georgia"/>
          <w:b w:val="0"/>
          <w:i w:val="0"/>
          <w:color w:val="000000"/>
          <w:sz w:val="24"/>
        </w:rPr>
        <w:t>22) Затем воцарился седьмой мелех — Малхут в своем кли, одна, и тогда она притянула совокупность пяти хасадим в Малхут Исраэль Саба и совокупность пяти гвурот в Малхут Твуны. Ведь и Малхут обладает совокупностью [хасадим и гвурот], подобно сказанному выше о Есоде, так как и она называется «невеста» (</w:t>
      </w:r>
      <w:r>
        <w:rPr>
          <w:rFonts w:ascii="Georgia" w:hAnsi="Georgia"/>
          <w:b w:val="0"/>
          <w:i/>
          <w:color w:val="000000"/>
          <w:sz w:val="24"/>
        </w:rPr>
        <w:t>кала</w:t>
      </w:r>
      <w:r>
        <w:rPr>
          <w:rFonts w:ascii="Georgia" w:hAnsi="Georgia"/>
          <w:b w:val="0"/>
          <w:i w:val="0"/>
          <w:color w:val="000000"/>
          <w:sz w:val="24"/>
        </w:rPr>
        <w:t xml:space="preserve">, </w:t>
      </w:r>
      <w:r>
        <w:rPr>
          <w:rFonts w:ascii="Georgia" w:hAnsi="Georgia" w:cs="Times New Roman"/>
          <w:b/>
          <w:i w:val="0"/>
          <w:color w:val="000000"/>
          <w:sz w:val="24"/>
          <w:rtl/>
          <w:szCs w:val="32"/>
        </w:rPr>
        <w:t>כַּלָּה</w:t>
      </w:r>
      <w:r>
        <w:rPr>
          <w:rFonts w:ascii="Georgia" w:hAnsi="Georgia"/>
          <w:b w:val="0"/>
          <w:i w:val="0"/>
          <w:color w:val="000000"/>
          <w:sz w:val="24"/>
        </w:rPr>
        <w:t>), подобно тому как Есод называется «все» (</w:t>
      </w:r>
      <w:r>
        <w:rPr>
          <w:rFonts w:ascii="Georgia" w:hAnsi="Georgia"/>
          <w:b w:val="0"/>
          <w:i/>
          <w:color w:val="000000"/>
          <w:sz w:val="24"/>
        </w:rPr>
        <w:t>коль</w:t>
      </w:r>
      <w:r>
        <w:rPr>
          <w:rFonts w:ascii="Georgia" w:hAnsi="Georgia"/>
          <w:b w:val="0"/>
          <w:i w:val="0"/>
          <w:color w:val="000000"/>
          <w:sz w:val="24"/>
        </w:rPr>
        <w:t xml:space="preserve">, </w:t>
      </w:r>
      <w:r>
        <w:rPr>
          <w:rFonts w:ascii="Georgia" w:hAnsi="Georgia" w:cs="Times New Roman"/>
          <w:b/>
          <w:i w:val="0"/>
          <w:color w:val="000000"/>
          <w:sz w:val="24"/>
          <w:rtl/>
          <w:szCs w:val="32"/>
        </w:rPr>
        <w:t>כֹּל</w:t>
      </w:r>
      <w:r>
        <w:rPr>
          <w:rFonts w:ascii="Georgia" w:hAnsi="Georgia"/>
          <w:b w:val="0"/>
          <w:i w:val="0"/>
          <w:color w:val="000000"/>
          <w:sz w:val="24"/>
        </w:rPr>
        <w:t>). А когда она умерла, опустилась совокупность пяти хасадим и пяти гвурот из Малхут Исраэль Саба и Малхут Твуны, кли же Малхут опустилось в Брию; теперь окончательно завершилось падение всех ахораим четырех парцуфим — Аба ве-Има и ИШСУТ.</w:t>
      </w:r>
    </w:p>
    <w:p>
      <w:pPr>
        <w:spacing w:before="40" w:after="120"/>
        <w:jc w:val="both"/>
      </w:pPr>
      <w:r>
        <w:rPr>
          <w:rFonts w:ascii="Georgia" w:hAnsi="Georgia"/>
          <w:b w:val="0"/>
          <w:i w:val="0"/>
          <w:color w:val="000000"/>
          <w:sz w:val="24"/>
        </w:rPr>
        <w:t>23) И если ты спросишь, почему в Аба ве-Има совокупность хасадим и гвурот не была учтена в Малхут высших Аба ве-Има так, как была учтена в Малхут Исраэль Саба и Твуны, то можно ответить: известно, что в верхней трети Тиферет находится свойство «венец» (</w:t>
      </w:r>
      <w:r>
        <w:rPr>
          <w:rFonts w:ascii="Georgia" w:hAnsi="Georgia"/>
          <w:b w:val="0"/>
          <w:i/>
          <w:color w:val="000000"/>
          <w:sz w:val="24"/>
        </w:rPr>
        <w:t>атара</w:t>
      </w:r>
      <w:r>
        <w:rPr>
          <w:rFonts w:ascii="Georgia" w:hAnsi="Georgia"/>
          <w:b w:val="0"/>
          <w:i w:val="0"/>
          <w:color w:val="000000"/>
          <w:sz w:val="24"/>
        </w:rPr>
        <w:t>), являющееся свойством Малхут, и она уже включена в Есод. Но здесь Малхут Твуны раскрыта явственнее, чем Малхут Бины: ведь Малхут Твуны — это подлинная Малхут по отношению ко всей совокупности Бины и Твуны вместе в едином парцуфе. Малхут же высшей Бины представляет собой свойство гуф общего [парцуфа], и это место хазе сфиры Тиферет общего парцуфа Бины и Твуны вместе, как известно, и она не является подлинной Малхут.</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1) </w:t>
      </w:r>
      <w:r>
        <w:rPr>
          <w:rFonts w:ascii="Georgia" w:hAnsi="Georgia"/>
          <w:b/>
          <w:i w:val="0"/>
          <w:color w:val="000000"/>
          <w:sz w:val="24"/>
        </w:rPr>
        <w:t>«Их МАН, вызвавший установление и поддержание...»</w:t>
      </w:r>
      <w:r>
        <w:rPr>
          <w:rFonts w:ascii="Georgia" w:hAnsi="Georgia"/>
          <w:b w:val="0"/>
          <w:i w:val="0"/>
          <w:color w:val="000000"/>
          <w:sz w:val="24"/>
        </w:rPr>
        <w:t xml:space="preserve"> и т.д. Это уже объяснялось во многих местах в предыдущих ветвях: ни одно свечение не имеет устойчивости и сохранения без кли. А для того чтобы проявились келим, необходимы два соударения, называемые созерцанием (истаклют). Посредством первого созерцания выходят лишь корни келим, которые повсюду именуются десятью сфирот де-рош; посредством же второго созерцания выходят келим, которые повсюду именуются десятью сфирот де-гуф или семью нижними (ЗАТ). Отсюда следует, что это свечение, пришедшее в [мир] Некудим от НЕХИ де-АК и называемое «лицом к лицу» и ГАР, как сказано выше в предыдущей ветви (см. там), где десять сфирот де-рош этого свечения представляют собой Аба ве-Има, — все еще не имеет устойчивости и сохранения, пока не раскроются ЗАТ, являющиеся келим. И об этом говорит Учитель: ведь Аба ве-Има, находившиеся лицом к лицу, не имеют устойчивости и сохранения иначе как благодаря существованию этих семи мелахим, то есть ЗАТ, которые являются свойством тела и келим этого свечения. </w:t>
      </w:r>
      <w:r>
        <w:rPr>
          <w:rFonts w:ascii="Georgia" w:hAnsi="Georgia"/>
          <w:b/>
          <w:i w:val="0"/>
          <w:color w:val="000000"/>
          <w:sz w:val="24"/>
        </w:rPr>
        <w:t>«Ведь так происходит всегда: сыновья — это МАН для Имы...»</w:t>
      </w:r>
      <w:r>
        <w:rPr>
          <w:rFonts w:ascii="Georgia" w:hAnsi="Georgia"/>
          <w:b w:val="0"/>
          <w:i w:val="0"/>
          <w:color w:val="000000"/>
          <w:sz w:val="24"/>
        </w:rPr>
        <w:t xml:space="preserve"> и т.д. Тайна МАН была подробно разъяснена в предыдущих ветвях: это тайна экрана, присоединенного от свойства милосердия (мидат а-рахамим), с которым десять сфирот прямого света соединяются в тайне соударения, и выходят десять сфирот снизу вверх как десять сфирот де-рош.</w:t>
      </w:r>
    </w:p>
    <w:p>
      <w:pPr>
        <w:spacing w:before="40" w:after="120"/>
        <w:jc w:val="both"/>
      </w:pPr>
      <w:r>
        <w:rPr>
          <w:rFonts w:ascii="Georgia" w:hAnsi="Georgia"/>
          <w:b w:val="0"/>
          <w:i w:val="0"/>
          <w:color w:val="000000"/>
          <w:sz w:val="24"/>
        </w:rPr>
        <w:t>Затем Малхут распространяется сверху вниз в двух видах распространения: из первого распространения Малхут выходят десять сфирот де-гуф этой ступени, а второе распространение считается порождением и сыном ступени, однако они облачаются друг в друга, как сказано в предыдущих ветвях. И об этом сказано: «сыновья — это МАН для Имы». То есть распространение Малхут де-Има — это тайна сыновей, и до того как сыновья распространятся, они включены в экран Малхут де-Има и тогда именуются МАН, поднимая там десять сфирот отраженного света снизу вверх, как разъяснено.</w:t>
      </w:r>
    </w:p>
    <w:p>
      <w:pPr>
        <w:spacing w:before="40" w:after="120"/>
        <w:jc w:val="both"/>
      </w:pPr>
      <w:r>
        <w:rPr>
          <w:rFonts w:ascii="Georgia" w:hAnsi="Georgia"/>
          <w:b/>
          <w:i w:val="0"/>
          <w:color w:val="000000"/>
          <w:sz w:val="24"/>
        </w:rPr>
        <w:t>«Они поднимали МАН и вызывали соударение...»</w:t>
      </w:r>
      <w:r>
        <w:rPr>
          <w:rFonts w:ascii="Georgia" w:hAnsi="Georgia"/>
          <w:b w:val="0"/>
          <w:i w:val="0"/>
          <w:color w:val="000000"/>
          <w:sz w:val="24"/>
        </w:rPr>
        <w:t xml:space="preserve"> и т.д. И это то, о чем мы говорили: сыновья — это тайна экрана, поднимающего отраженный свет, и прежде чем они распространятся, они называются МАН, на которые совершается соударение десяти сфирот де-рош. И об этом говорит [Учитель]: «вызывали соударение в Аба ве-Има», то есть по типу прямого и отраженного света, когда выходят десять сфирот высотой уровня Кетер. И об этом сказано: «и к ним притягивался свет разума, и Аба ве-Има вновь обратились лицом к лицу». Ведь до соударения у Аба ве-Има не было ничего, кроме ВАК, как сказано выше в предыдущей ветви, а благодаря соударению, сравнявшему их уровень с уровнем Кетер, они обрели ГАР, называемые светом разума, а также состоянием «лицом к лицу», поскольку свет ГАР называется светом лица, как сказано выше (см. там).</w:t>
      </w:r>
    </w:p>
    <w:p>
      <w:pPr>
        <w:spacing w:before="40" w:after="120"/>
        <w:jc w:val="both"/>
      </w:pPr>
      <w:r>
        <w:rPr>
          <w:rFonts w:ascii="Georgia" w:hAnsi="Georgia"/>
          <w:b/>
          <w:i w:val="0"/>
          <w:color w:val="000000"/>
          <w:sz w:val="24"/>
        </w:rPr>
        <w:t>«И соединились вместе в соударении, чтобы породить эти семь мелахим»</w:t>
      </w:r>
      <w:r>
        <w:rPr>
          <w:rFonts w:ascii="Georgia" w:hAnsi="Georgia"/>
          <w:b w:val="0"/>
          <w:i w:val="0"/>
          <w:color w:val="000000"/>
          <w:sz w:val="24"/>
        </w:rPr>
        <w:t>: это тайна упомянутого второго созерцания, необходимого для [образования] келим, которые устанавливают и сохраняют свечение, как сказано выше.</w:t>
      </w:r>
    </w:p>
    <w:p>
      <w:pPr>
        <w:spacing w:before="40" w:after="120"/>
        <w:jc w:val="both"/>
      </w:pPr>
      <w:r>
        <w:rPr>
          <w:rFonts w:ascii="Georgia" w:hAnsi="Georgia"/>
          <w:b w:val="0"/>
          <w:i w:val="0"/>
          <w:color w:val="000000"/>
          <w:sz w:val="24"/>
        </w:rPr>
        <w:t xml:space="preserve">2) </w:t>
      </w:r>
      <w:r>
        <w:rPr>
          <w:rFonts w:ascii="Georgia" w:hAnsi="Georgia"/>
          <w:b/>
          <w:i w:val="0"/>
          <w:color w:val="000000"/>
          <w:sz w:val="24"/>
        </w:rPr>
        <w:t>«Поэтому и ахораим Аба ве-Има, удерживавшие их лицом к лицу...»</w:t>
      </w:r>
      <w:r>
        <w:rPr>
          <w:rFonts w:ascii="Georgia" w:hAnsi="Georgia"/>
          <w:b w:val="0"/>
          <w:i w:val="0"/>
          <w:color w:val="000000"/>
          <w:sz w:val="24"/>
        </w:rPr>
        <w:t xml:space="preserve"> и т.д. Выше сказано, что сыновья удерживают и сохраняют состояние «лицом к лицу» Аба ве-Има. Смысл здесь в том, о чем говорилось выше: Малхут де-рош, являющаяся тайной этого МАН, имеет два вида распространения по типу созерцания тела: первое распространение служит для тела самой ступени, и это называется ахораим Аба ве-Има; второе же распространение служит для второй ступени, следующей за ней, которая называется сыном и порождением той ступени, и они облачаются друг в друга, как сказано выше. Суть этих двух видов распространения подробно разъяснена выше в «Предисловии к АХАП» и в «Паним Меирот у-Масбирот» в ветви 9: первое распространение всегда уходит по принципу очищения экрана (издохехут), как пишет Учитель о десяти сфирот [мира] Акудим (см. там), и на его место приходит второе распространение. И поэтому первое распространение называется ахораим де-Аба ве-Има, ведь всё его свечение сохраняется только силой второго распространения, то есть сыновей, как сказано выше. И об этом сказано: «Однако поскольку они разбились и умерли, ахораим Аба ве-Има, удерживавшие их лицом к лицу, опустились вниз» — до этих слов. Причина в том, что гуф Аба ве-Има от первого распространения — это тайна ахораим, и они представляют собой распространение МАН де-рош так же, как и сыновья; главное же, что поддерживает свечение, — это сыновья, являющиеся вторым распространением. И поскольку сыновья умерли, эти ахораим также опустились и аннулировались, так как всё их свечение происходит благодаря сыновьям, как сказано; и пойми это как следует.</w:t>
      </w:r>
    </w:p>
    <w:p>
      <w:pPr>
        <w:spacing w:before="40" w:after="120"/>
        <w:jc w:val="both"/>
      </w:pPr>
      <w:r>
        <w:rPr>
          <w:rFonts w:ascii="Georgia" w:hAnsi="Georgia"/>
          <w:b w:val="0"/>
          <w:i w:val="0"/>
          <w:color w:val="000000"/>
          <w:sz w:val="24"/>
        </w:rPr>
        <w:t xml:space="preserve">4) </w:t>
      </w:r>
      <w:r>
        <w:rPr>
          <w:rFonts w:ascii="Georgia" w:hAnsi="Georgia"/>
          <w:b/>
          <w:i w:val="0"/>
          <w:color w:val="000000"/>
          <w:sz w:val="24"/>
        </w:rPr>
        <w:t>«И вот, если соотнести... ХУБ и ИШСУТ...»</w:t>
      </w:r>
      <w:r>
        <w:rPr>
          <w:rFonts w:ascii="Georgia" w:hAnsi="Georgia"/>
          <w:b w:val="0"/>
          <w:i w:val="0"/>
          <w:color w:val="000000"/>
          <w:sz w:val="24"/>
        </w:rPr>
        <w:t xml:space="preserve"> и т.д. Пойми это на основе облачения Аба ве-Има и ИШСУТ на парцуф АА мира Ацилут: Аба облачает правую сторону АА от пэ до хазе, а Има облачает левую сторону АА от пэ до хазе. От хазе же до табура облачают ИШСУТ: Исраэль Саба — с правой стороны, а Твуна — с левой. И об этом говорит Учитель: «И вот, если соотнести существование этих семи мелахим с четырьмя парцуфим ХУБ и ИШСУТ». То есть хотя здесь еще нет тех исправлений, при которых парцуфим облачаются друг на друга, как в Ацилуте, а Кетер, являющийся тайной АА, находится выше ХУБ, и ХУБ все еще находятся в статусе рош, а ЗАТ начинаются от пэ де-рош и ниже, — тем не менее нам необходимо рассматривать порядок их разбиения сообразно тому, как они исправились затем в Ацилуте в пяти парцуфим, облачающихся друг на друга в указанном порядке. Ведь и эти исправления неизбежно соотносятся с порядком выхода пяти парцуфим мира Некудим, поскольку все силы, заложенные в высшем, обязательно действуют в нижнем, как это будет подробно разъяснено в своем месте применительно к парцуфим Ацилута, с Б-жьей помощью.</w:t>
      </w:r>
    </w:p>
    <w:p>
      <w:pPr>
        <w:spacing w:before="40" w:after="120"/>
        <w:jc w:val="both"/>
      </w:pPr>
      <w:r>
        <w:rPr>
          <w:rFonts w:ascii="Georgia" w:hAnsi="Georgia"/>
          <w:b/>
          <w:i w:val="0"/>
          <w:color w:val="000000"/>
          <w:sz w:val="24"/>
        </w:rPr>
        <w:t>«Завершилось падение ахораим высших Аба ве-Има»</w:t>
      </w:r>
      <w:r>
        <w:rPr>
          <w:rFonts w:ascii="Georgia" w:hAnsi="Georgia"/>
          <w:b w:val="0"/>
          <w:i w:val="0"/>
          <w:color w:val="000000"/>
          <w:sz w:val="24"/>
        </w:rPr>
        <w:t>: ведь даже после исправления все свойства Аба ве-Има заканчиваются на уровне хазе де-АА, как сказано выше, что соответствует верхней трети Тиферет де-АА мира Ацилут; и пойми.</w:t>
      </w:r>
    </w:p>
    <w:p>
      <w:pPr>
        <w:spacing w:before="40" w:after="120"/>
        <w:jc w:val="both"/>
      </w:pPr>
      <w:r>
        <w:rPr>
          <w:rFonts w:ascii="Georgia" w:hAnsi="Georgia"/>
          <w:b w:val="0"/>
          <w:i w:val="0"/>
          <w:color w:val="000000"/>
          <w:sz w:val="24"/>
        </w:rPr>
        <w:t xml:space="preserve">5) </w:t>
      </w:r>
      <w:r>
        <w:rPr>
          <w:rFonts w:ascii="Georgia" w:hAnsi="Georgia"/>
          <w:b/>
          <w:i w:val="0"/>
          <w:color w:val="000000"/>
          <w:sz w:val="24"/>
        </w:rPr>
        <w:t>«Не означает, что они притянули хасадим и гвурот, ведь те были притянуты изначально...»</w:t>
      </w:r>
      <w:r>
        <w:rPr>
          <w:rFonts w:ascii="Georgia" w:hAnsi="Georgia"/>
          <w:b w:val="0"/>
          <w:i w:val="0"/>
          <w:color w:val="000000"/>
          <w:sz w:val="24"/>
        </w:rPr>
        <w:t xml:space="preserve"> и т.д. Как объяснялось выше, сначала каждое свечение обязательно выходит на уровне рош снизу вверх, после чего эта Малхут распространяется на уровень гуф, то есть сверху вниз. Если так, то, несомненно, хасадим и гвурот сначала притянулись в тайне десяти сфирот рош Аба ве-Има снизу вверх для зивуга очей Аба ве-Има, называемого созерцанием очей Аба ве-Има друг на друга, а затем Малхут того соударения распространилась сверху вниз в тайне кли Даат. И об этом говорит Учитель (в пункте 6): «Доказательство тому: ведь Аба ве-Има сначала вернулись в положение лицом к лицу, и лишь затем Хохма поместил...» и т.д. То есть именно так, как мы сказали: сначала света выходят в высшем, являющемся свойством рош этого свечения, а затем оттуда света притягиваются к нижнему, который считается телом по отношению к высшему, как подробно описано в предыдущих ветвях.</w:t>
      </w:r>
    </w:p>
    <w:p>
      <w:pPr>
        <w:spacing w:before="40" w:after="120"/>
        <w:jc w:val="both"/>
      </w:pPr>
      <w:r>
        <w:rPr>
          <w:rFonts w:ascii="Georgia" w:hAnsi="Georgia"/>
          <w:b w:val="0"/>
          <w:i w:val="0"/>
          <w:color w:val="000000"/>
          <w:sz w:val="24"/>
        </w:rPr>
        <w:t xml:space="preserve">7) </w:t>
      </w:r>
      <w:r>
        <w:rPr>
          <w:rFonts w:ascii="Georgia" w:hAnsi="Georgia"/>
          <w:b/>
          <w:i w:val="0"/>
          <w:color w:val="000000"/>
          <w:sz w:val="24"/>
        </w:rPr>
        <w:t>«И притянул хасадим и гвурот в Аба ве-Има, ведь Даат включает в себя хасадим и гвурот»</w:t>
      </w:r>
      <w:r>
        <w:rPr>
          <w:rFonts w:ascii="Georgia" w:hAnsi="Georgia"/>
          <w:b w:val="0"/>
          <w:i w:val="0"/>
          <w:color w:val="000000"/>
          <w:sz w:val="24"/>
        </w:rPr>
        <w:t>: это уже объяснялось в предыдущих ветвях в теме исправления линий: Хохма и Бина по своему корню в десяти сфирот прямого света находятся спиной к спине. Ведь Хохма — это само распространение света от Бесконечного (Эйн Соф), благословен Он, являющегося Кетером. А затем, когда Хохма распространяется, она преодолевает себя в стремлении к дополнительному изобилию от Бесконечного, именуемому светом хасадим; и это преодоление ради дополнительного изобилия именуется Биной. В этом состоянии Бина определяется так: она обращает свое лицо к Кетеру, а свои ахораим — к Хохме, поскольку, питаясь светом хасадим от Кетер, она не питается светом хохма от сфиры Хохма. Из-за этого свет хохма удерживается от тех десяти сфирот, пока прямой свет не вступит в ударное соединение (зивуг де-акаа) с экраном в кли Малхут, поднимающим десять сфирот отраженного света снизу вверх, и Бина наполняется отраженным светом, восходящим к ней сам собой; и тогда ей уже не нужно... ...больше питаться светом хасадим от Кетер, и поэтому она вновь обращает свое лицо к Хохме. То есть тогда она принимает от Хохмы свет хохма, и благодаря этому свет хохма изливается также и в парцуф. И уже было объяснено, что в тайне исправления МАН экран находится в тайне венца Есода (атерет Есод) и представляет собой среднюю линию, включающую Даат, Тиферет и Есод, которая своим отраженным светом решает спор между двумя сторонами — правой (Хесед, Хохма, Нецах) и левой (Бина, Гвура, Ход), как подробно написано выше в «Паним Меирот» на с. 182, начиная со слов «И объяснение...» (см. там): в рош она именуется Даат, в тох именуется Тиферет, а в соф именуется Есод (см. там). И об этом говорит Учитель: «после того как свет Даат вышел и вошел в свое кли, он поднял МАН и притянул хасадим и гвурот в Аба ве-Има» и т.д. Это именно то, о чем мы говорили: вся суть средней линии, где бы она ни находилась — даже в рош, — состоит лишь в подъеме света хасадим. Ведь именно его недостает в рош, поскольку Хохма и Бина стоят там спиной к спине из-за нехватки света хасадим, и потому Бина стремится питаться светом хасадим от Кетер, а свет хохма удерживается от нее, как сказано выше. И об этом сказано: «ведь Даат включает в себя хасадим и гвурот». То есть, как мы сказали, он поднимает свет хасадим и тем самым обращает Аба ве-Има лицом к лицу в тайне созерцания очей Аба ве-Има друг на друга. Ведь сам Даат де-рош, то есть средняя линия, склоняющая чашу весов между Хохмой и Биной, — это свойство отраженного света сверху вниз; это не свет ГАР, являющийся светом хохма, а лишь свет ВАК, являющийся светом хасадим. Он включает в себя также и гвурот со стороны авиют (толщи желания), присутствующей в экране, ведь всякая авиют называется гвурой, как известно. Тем не менее он притягивает свет ГАР, являющийся светом хохма, ко всему парцуфу и даже к самим Хохме и Бине, и это происходит благодаря подъему его света хасадим и гвурот, как сказано. И тебе следует помнить то, что разъяснялось в предыдущих ветвях: до соударения и описанного подъема отраженного света снизу вверх, когда Бина питалась светом хасадим от Кетер, это изобилие было скудным, поскольку Хохма разделяла между ней и Кетером. Однако затем, когда к ней пришел свет хасадим от соударения, изобилие стало обильным, поскольку этот отраженный свет, поднимающийся от соударения на экране, представляет собой великий свет (см. там).</w:t>
      </w:r>
    </w:p>
    <w:p>
      <w:pPr>
        <w:spacing w:before="40" w:after="120"/>
        <w:jc w:val="both"/>
      </w:pPr>
      <w:r>
        <w:rPr>
          <w:rFonts w:ascii="Georgia" w:hAnsi="Georgia"/>
          <w:b w:val="0"/>
          <w:i w:val="0"/>
          <w:color w:val="000000"/>
          <w:sz w:val="24"/>
        </w:rPr>
        <w:t xml:space="preserve">8) </w:t>
      </w:r>
      <w:r>
        <w:rPr>
          <w:rFonts w:ascii="Georgia" w:hAnsi="Georgia"/>
          <w:b/>
          <w:i w:val="0"/>
          <w:color w:val="000000"/>
          <w:sz w:val="24"/>
        </w:rPr>
        <w:t>«Однако поскольку остальные мелахим... так как их выход пока произошел только...»</w:t>
      </w:r>
      <w:r>
        <w:rPr>
          <w:rFonts w:ascii="Georgia" w:hAnsi="Georgia"/>
          <w:b w:val="0"/>
          <w:i w:val="0"/>
          <w:color w:val="000000"/>
          <w:sz w:val="24"/>
        </w:rPr>
        <w:t xml:space="preserve"> и т.д. И это нужно очень хорошо понять, ведь здесь заключена вся суть разбиения келим (швират а-келим). Все слова Учителя в этой ветви охватывают все ветви, предшествующие ей и следующие за ней, и потому я не смогу здесь идти со своим комментарием лист за листом, как было принято до сих пор: мне необходимо подробно все объяснить в этих местах, ведь на каждой черточке держатся горы исправлений в АБЕА мира Исправления, как будет сказано с Б-жьей помощью. Причина разбиения уже объяснялась: ЗАТ вышли без упорядочения по линиям, а одна под другой. И поэтому, когда Есод де-АК осветил ГАР де-Некудим и посредством соударения прямого и отраженного света от Малхут де-рош и выше вышли десять сфирот высотой уровня Кетер в тайне первого созерцания для корней келим, как известно, — Малхут де-рош все еще должна была распространиться во втором соударении вплоть до Малхут де-Малхут. Ведь только посредством отраженного света, выходящего благодаря этому второму созерцанию, келим окончательно формируются, согласно словам Учителя выше в ветви 5 (см. там). И поскольку в рош было исправление линий, а в теле — то есть в ЗАТ, расположенных от Малхут де-рош и ниже, — они не были объединены исправлением линий, но келим оставались разделенными и стояли один под другим, свет не мог распространиться в них одновременно от пэ до табура, являющегося тайной Малхут де-Малхут.</w:t>
      </w:r>
    </w:p>
    <w:p>
      <w:pPr>
        <w:spacing w:before="40" w:after="120"/>
        <w:jc w:val="both"/>
      </w:pPr>
      <w:r>
        <w:rPr>
          <w:rFonts w:ascii="Georgia" w:hAnsi="Georgia"/>
          <w:b w:val="0"/>
          <w:i w:val="0"/>
          <w:color w:val="000000"/>
          <w:sz w:val="24"/>
        </w:rPr>
        <w:t xml:space="preserve">Поэтому в то время, когда свет распространился от Малхут де-рош, он распространился и вошел только в одно кли из них — первое, называемое Даат. И об этом сказано: «Однако поскольку остальные мелахим не поднимали МАН». Имеется в виду: поскольку все ЗАТ не были объединены в одно тело, в которое света де-рош могли бы распространиться до табура и поднять совершенный МАН от табура вверх в тайне второго созерцания, — а причиной тому было отсутствие их соединения в одно тело, — постольку выход и распространение произошли только в один Даат; и пойми это. </w:t>
      </w:r>
      <w:r>
        <w:rPr>
          <w:rFonts w:ascii="Georgia" w:hAnsi="Georgia"/>
          <w:b/>
          <w:i w:val="0"/>
          <w:color w:val="000000"/>
          <w:sz w:val="24"/>
        </w:rPr>
        <w:t>«Поэтому совершенный свет разума невозможно низвести иначе как через ЗОН вместе»</w:t>
      </w:r>
      <w:r>
        <w:rPr>
          <w:rFonts w:ascii="Georgia" w:hAnsi="Georgia"/>
          <w:b w:val="0"/>
          <w:i w:val="0"/>
          <w:color w:val="000000"/>
          <w:sz w:val="24"/>
        </w:rPr>
        <w:t>: тебе уже известно, что тох и соф тела называются ЗОН, поскольку ХАГАТ от пэ до табура называются Зеир Анпин (ЗА), а НЕХИ от табура и ниже до завершения называются нуквой ЗА. И об этом сказано, что невозможно низвести совершенный свет разума — то есть чтобы света распространились в тайне второго созерцания, когда завершаются келим и свет разума, что обязательно должно происходить через ЗОН вместе, то есть соединенных вместе и связанных друг с другом в аспекте единого тела должным исправлением линий, как сказано выше.</w:t>
      </w:r>
    </w:p>
    <w:p>
      <w:pPr>
        <w:spacing w:before="40" w:after="120"/>
        <w:jc w:val="both"/>
      </w:pPr>
      <w:r>
        <w:rPr>
          <w:rFonts w:ascii="Georgia" w:hAnsi="Georgia"/>
          <w:b/>
          <w:i w:val="0"/>
          <w:color w:val="000000"/>
          <w:sz w:val="24"/>
        </w:rPr>
        <w:t>«И поэтому то, что низвел Даат, было лишь свойством хасадим и гвурот в рош высших Аба ве-Има»</w:t>
      </w:r>
      <w:r>
        <w:rPr>
          <w:rFonts w:ascii="Georgia" w:hAnsi="Georgia"/>
          <w:b w:val="0"/>
          <w:i w:val="0"/>
          <w:color w:val="000000"/>
          <w:sz w:val="24"/>
        </w:rPr>
        <w:t>: то есть именно то, что ЗАТ не были объединены и выстроены в исправлении линий, как сказано, привело к тому, что и света ГАР не могли распространиться вниз сразу, но разделились и распределились по свойствам келим, приходя к ним один за другим... ...в каждое кли соответственно его соотношению. И тебе надлежит знать, что это кли, называемое Даат, вовсе не относится к десяти сфирот КАХАБ ХАГАТ НЕХИМ прямого света изначального корня, существовавшего до подъема МАН; оно происходит из тайны десяти сфирот рош-тох-соф, которые выделились из Источника в тайне исправления линий благодаря подъему МАН во время Второго сокращения (ЦБ) в АК, называемого у нас вторым корнем, как написано в предыдущих ветвях. При этом все десять сфирот де-рош именуются ХАБАД, все десять сфирот де-тох именуются ХАГАТ, а все десять сфирот де-соф именуются НЕХИ.</w:t>
      </w:r>
    </w:p>
    <w:p>
      <w:pPr>
        <w:spacing w:before="40" w:after="120"/>
        <w:jc w:val="both"/>
      </w:pPr>
      <w:r>
        <w:rPr>
          <w:rFonts w:ascii="Georgia" w:hAnsi="Georgia"/>
          <w:b w:val="0"/>
          <w:i w:val="0"/>
          <w:color w:val="000000"/>
          <w:sz w:val="24"/>
        </w:rPr>
        <w:t>Таким образом, каждая сфира из десяти сфирот де-рош, а также из десяти сфирот де-тох и де-соф рассматривается в двух свойствах — милосердия и суда, именуемых правой и левой линиями. В десяти сфирот де-рош все правые свойства десяти сфирот называются Хохмой и правой линией, а все левые свойства десяти сфирот де-рош называются Биной и левой линией. Свойство же экрана, принимающего соударение, поднимающего отраженный свет снизу вверх и объединяющего обе эти линии, называется средней линией и Даат. Средняя линия также поднимается до Кетер, так что возникают три свойства — правая, левая и средняя линии (</w:t>
      </w:r>
      <w:r>
        <w:rPr>
          <w:rFonts w:ascii="Georgia" w:hAnsi="Georgia" w:cs="Times New Roman"/>
          <w:b/>
          <w:i w:val="0"/>
          <w:color w:val="000000"/>
          <w:sz w:val="24"/>
          <w:rtl/>
          <w:szCs w:val="32"/>
        </w:rPr>
        <w:t>יש״א</w:t>
      </w:r>
      <w:r>
        <w:rPr>
          <w:rFonts w:ascii="Georgia" w:hAnsi="Georgia"/>
          <w:b w:val="0"/>
          <w:i w:val="0"/>
          <w:color w:val="000000"/>
          <w:sz w:val="24"/>
        </w:rPr>
        <w:t>) — в каждой сфире из десяти сфирот КАХАБ ЗОН в рош, называемых ХАБАД. И точно так же три свойства — правая, левая и средняя — возникают в десяти сфирот де-тох, называемых ХАГАТ; и точно так же три эти свойства образуются в десяти сфирот де-соф, называемых НЕХИ.</w:t>
      </w:r>
    </w:p>
    <w:p>
      <w:pPr>
        <w:spacing w:before="40" w:after="120"/>
        <w:jc w:val="both"/>
      </w:pPr>
      <w:r>
        <w:rPr>
          <w:rFonts w:ascii="Georgia" w:hAnsi="Georgia"/>
          <w:b w:val="0"/>
          <w:i w:val="0"/>
          <w:color w:val="000000"/>
          <w:sz w:val="24"/>
        </w:rPr>
        <w:t>Итак, выяснилось, что кли Даат вовсе не относится к числу десяти сфирот КАХАБ ЗОН, но является промежуточным свойством и средней линией, присутствующей в каждой без исключения сфире из КАХАБ ЗОН, без всякой разницы между нижней сфирой и высшей; запомни это как следует. Также выяснилось, что главное место и исток Даат находится в самом низу десяти сфирот де-рош — в тайне экрана в кли Малхут, принимающего ударное соединение от прямого света. Однако в тайне восходящего от него отраженного света он поднимается и распространяется в каждой сфире из КАХАБ ЗОН де-рош в качестве средней линии снизу вверх вплоть до Кетер. Также выяснилось, что эти Хохма и Бина — не просто две сфиры Хохма и Бина из десяти сфирот прямого света, но все десять правых свойств в десяти сфирот КАХАБ ЗОН вместе называются Хохмой или Абой, то есть правой линией. И точно так же все десять левых свойств в десяти сфирот КАХАБ ЗОН прямого света вместе называются Биной или Имой, то есть левой линией. Запомни это как следует, ведь это ключ ко всем видам света разума. В предыдущих ветвях объяснялось, что две линии — правая и левая, являющиеся тайной милосердия и суда, образующихся в каждой сфире из десяти сфирот, — возникли сразу в силу опускания ИШСУТ во внутренние НЕХИ и их подъема в тайне МАН до Хохмы.</w:t>
      </w:r>
    </w:p>
    <w:p>
      <w:pPr>
        <w:spacing w:before="40" w:after="120"/>
        <w:jc w:val="both"/>
      </w:pPr>
      <w:r>
        <w:rPr>
          <w:rFonts w:ascii="Georgia" w:hAnsi="Georgia"/>
          <w:b w:val="0"/>
          <w:i w:val="0"/>
          <w:color w:val="000000"/>
          <w:sz w:val="24"/>
        </w:rPr>
        <w:t>Таким образом, четвертая стадия (бхина далет), находившаяся в самом низу десяти сфирот, поднялась благодаря соединению со второй стадией (бхина бэт) и стала нуквой для Хохмы, именуемой отверстиями глаз (никвей эйнаим), вследствие чего поднялась и распространилась в каждой сфире вплоть до Хохмы в качестве левой линии (см. там). И отсюда ты поймешь, что в силу этого Хохма и Бина, представляющие собой две линии — правую и левую, — оказались в положении спиной к спине, будучи двумя противоположными сторонами, ведь одна — свойство милосердия... ...а другая — свойство суда; и тем более в силу их корня в десяти сфирот прямого света, где Хохма и Бина находятся спиной к спине, как известно. И так продолжалось до тех пор, пока прямой свет не пришел к соударению на экране и не поднял отраженный свет в тайне Даат снизу вверх в качестве средней линии, называемой милосердием, и благодаря его силе Хохма и Бина вновь обратились лицом к лицу.</w:t>
      </w:r>
    </w:p>
    <w:p>
      <w:pPr>
        <w:spacing w:before="40" w:after="120"/>
        <w:jc w:val="both"/>
      </w:pPr>
      <w:r>
        <w:rPr>
          <w:rFonts w:ascii="Georgia" w:hAnsi="Georgia"/>
          <w:b w:val="0"/>
          <w:i w:val="0"/>
          <w:color w:val="000000"/>
          <w:sz w:val="24"/>
        </w:rPr>
        <w:t>Итак, мы учим: хотя вся суть света Даат — это лишь отраженный свет, называемый светом хасадим и гвурот, тем не менее весь свет хохма и свет сущности, имеющийся в парцуфе, существует лишь силой Даат, ведь именно из-за него Хохма и Бина возвратились в положение лицом к лицу, как сказано.</w:t>
      </w:r>
    </w:p>
    <w:p>
      <w:pPr>
        <w:spacing w:before="40" w:after="120"/>
        <w:jc w:val="both"/>
      </w:pPr>
      <w:r>
        <w:rPr>
          <w:rFonts w:ascii="Georgia" w:hAnsi="Georgia"/>
          <w:b w:val="0"/>
          <w:i w:val="0"/>
          <w:color w:val="000000"/>
          <w:sz w:val="24"/>
        </w:rPr>
        <w:t>Поэтому мы различаем в Даат три свойства в тайне: вершина (</w:t>
      </w:r>
      <w:r>
        <w:rPr>
          <w:rFonts w:ascii="Georgia" w:hAnsi="Georgia"/>
          <w:b w:val="0"/>
          <w:i/>
          <w:color w:val="000000"/>
          <w:sz w:val="24"/>
        </w:rPr>
        <w:t>рейша</w:t>
      </w:r>
      <w:r>
        <w:rPr>
          <w:rFonts w:ascii="Georgia" w:hAnsi="Georgia"/>
          <w:b w:val="0"/>
          <w:i w:val="0"/>
          <w:color w:val="000000"/>
          <w:sz w:val="24"/>
        </w:rPr>
        <w:t xml:space="preserve">, </w:t>
      </w:r>
      <w:r>
        <w:rPr>
          <w:rFonts w:ascii="Georgia" w:hAnsi="Georgia" w:cs="Times New Roman"/>
          <w:b/>
          <w:i w:val="0"/>
          <w:color w:val="000000"/>
          <w:sz w:val="24"/>
          <w:rtl/>
          <w:szCs w:val="32"/>
        </w:rPr>
        <w:t>רֵישָׁא</w:t>
      </w:r>
      <w:r>
        <w:rPr>
          <w:rFonts w:ascii="Georgia" w:hAnsi="Georgia"/>
          <w:b w:val="0"/>
          <w:i w:val="0"/>
          <w:color w:val="000000"/>
          <w:sz w:val="24"/>
        </w:rPr>
        <w:t>), ствол (</w:t>
      </w:r>
      <w:r>
        <w:rPr>
          <w:rFonts w:ascii="Georgia" w:hAnsi="Georgia"/>
          <w:b w:val="0"/>
          <w:i/>
          <w:color w:val="000000"/>
          <w:sz w:val="24"/>
        </w:rPr>
        <w:t>гиза</w:t>
      </w:r>
      <w:r>
        <w:rPr>
          <w:rFonts w:ascii="Georgia" w:hAnsi="Georgia"/>
          <w:b w:val="0"/>
          <w:i w:val="0"/>
          <w:color w:val="000000"/>
          <w:sz w:val="24"/>
        </w:rPr>
        <w:t xml:space="preserve">, </w:t>
      </w:r>
      <w:r>
        <w:rPr>
          <w:rFonts w:ascii="Georgia" w:hAnsi="Georgia" w:cs="Times New Roman"/>
          <w:b/>
          <w:i w:val="0"/>
          <w:color w:val="000000"/>
          <w:sz w:val="24"/>
          <w:rtl/>
          <w:szCs w:val="32"/>
        </w:rPr>
        <w:t>גִּזְעָא</w:t>
      </w:r>
      <w:r>
        <w:rPr>
          <w:rFonts w:ascii="Georgia" w:hAnsi="Georgia"/>
          <w:b w:val="0"/>
          <w:i w:val="0"/>
          <w:color w:val="000000"/>
          <w:sz w:val="24"/>
        </w:rPr>
        <w:t>) и стезя (</w:t>
      </w:r>
      <w:r>
        <w:rPr>
          <w:rFonts w:ascii="Georgia" w:hAnsi="Georgia"/>
          <w:b w:val="0"/>
          <w:i/>
          <w:color w:val="000000"/>
          <w:sz w:val="24"/>
        </w:rPr>
        <w:t>швила</w:t>
      </w:r>
      <w:r>
        <w:rPr>
          <w:rFonts w:ascii="Georgia" w:hAnsi="Georgia"/>
          <w:b w:val="0"/>
          <w:i w:val="0"/>
          <w:color w:val="000000"/>
          <w:sz w:val="24"/>
        </w:rPr>
        <w:t xml:space="preserve">, </w:t>
      </w:r>
      <w:r>
        <w:rPr>
          <w:rFonts w:ascii="Georgia" w:hAnsi="Georgia" w:cs="Times New Roman"/>
          <w:b/>
          <w:i w:val="0"/>
          <w:color w:val="000000"/>
          <w:sz w:val="24"/>
          <w:rtl/>
          <w:szCs w:val="32"/>
        </w:rPr>
        <w:t>שְׁבִילָא</w:t>
      </w:r>
      <w:r>
        <w:rPr>
          <w:rFonts w:ascii="Georgia" w:hAnsi="Georgia"/>
          <w:b w:val="0"/>
          <w:i w:val="0"/>
          <w:color w:val="000000"/>
          <w:sz w:val="24"/>
        </w:rPr>
        <w:t>), наподобие начертания буквы йод (</w:t>
      </w:r>
      <w:r>
        <w:rPr>
          <w:rFonts w:ascii="Georgia" w:hAnsi="Georgia" w:cs="Times New Roman"/>
          <w:b/>
          <w:i w:val="0"/>
          <w:color w:val="000000"/>
          <w:sz w:val="24"/>
          <w:rtl/>
          <w:szCs w:val="32"/>
        </w:rPr>
        <w:t>י</w:t>
      </w:r>
      <w:r>
        <w:rPr>
          <w:rFonts w:ascii="Georgia" w:hAnsi="Georgia"/>
          <w:b w:val="0"/>
          <w:i w:val="0"/>
          <w:color w:val="000000"/>
          <w:sz w:val="24"/>
        </w:rPr>
        <w:t>), имеющей два кончика — верхний кончик и нижний кончик, именуемые вершиной и стезей, и само тело буквы йод, называемое стволом, как написано в Зоаре (Балак, п. 344, см. там). Смысл в том, что основа света Даат — это свет хасадим и гвурот, относящийся к категории ВАК, а вовсе не к рош и ГАР, между которыми огромная дистанция. Однако он преобразуется в свет хохма и уровень ГАР по той причине, что возвращает Аба ве-Има в положение лицом к лицу, как сказано выше, привлекая и низводя тем самым свет хохма в парцуф, обозначаемый буквой йод. И знай, что именно поэтому распространение Даат в десяти сфирот де-рош называется телом буквы йод или стволом, ведь здесь совершенно не заметно, что он является светом хасадим и гвурот, поскольку он обратился в свет хохма, как сказано. Верхний же кончик указывает на его облачение в НЕХИ де-Кетер, то есть в Малхут первого рош, называемого Кетер. Как написано в «Паним Меирот у-Масбирот», Хохма и Бина совершенно непригодны для того, чтобы в них облачился экран четвертой стадии, в котором заключена вся сила и достоинство света Даат. Напротив, сначала четвертая стадия поднимается в тайне МАН в НЕХИ де-Кетер, а затем НЕХИ де-Кетер облачаются в рош высших Аба ве-Има, и тогда совершается соударение, поднимающее свет Даат; и пойми... ...это как следует.</w:t>
      </w:r>
    </w:p>
    <w:p>
      <w:pPr>
        <w:spacing w:before="40" w:after="120"/>
        <w:jc w:val="both"/>
      </w:pPr>
      <w:r>
        <w:rPr>
          <w:rFonts w:ascii="Georgia" w:hAnsi="Georgia"/>
          <w:b w:val="0"/>
          <w:i w:val="0"/>
          <w:color w:val="000000"/>
          <w:sz w:val="24"/>
        </w:rPr>
        <w:t>И знай, что сосредоточение МАН в келим НЕХИ де-Кетер — это то, что рассматривается под именем верхнего кончика буквы йод. И здесь есть два аспекта. Первый аспект: здесь он не превращается в свет сущности, но пребывает в своем коренном виде, то есть как свет хасадим и гвурот. Второй аспект: несмотря на это, он несравненно более важен и возвышен, чем свет Хохмы и Бины, поскольку служит в НЕХИ де-Кетер. А самое малое проявление высшей ступени неизмеримо превосходит все нижестоящие ступени, как пишет Учитель в «Эц Хаим» (врата 23, гл. 2). Нижний же кончик указывает на его пребывание в самих сфирот Есод Аба ве-Има, где находится место соударения прямого и отраженного света, как сказано выше (см. там), то есть под десятью сфирот Аба ве-Има; однако отраженный свет распространяется и поднимается снизу вверх в самих десяти сфирот Аба ве-Има.</w:t>
      </w:r>
    </w:p>
    <w:p>
      <w:pPr>
        <w:spacing w:before="40" w:after="120"/>
        <w:jc w:val="both"/>
      </w:pPr>
      <w:r>
        <w:rPr>
          <w:rFonts w:ascii="Georgia" w:hAnsi="Georgia"/>
          <w:b w:val="0"/>
          <w:i w:val="0"/>
          <w:color w:val="000000"/>
          <w:sz w:val="24"/>
        </w:rPr>
        <w:t>Таким образом, исток и совокупность свойства Даат завязаны и запечатаны снизу в тайне источника, изливающего отраженный свет снизу вверх; и пойми... ...это как следует. И когда мы рассматриваем этот нижний кончик, то есть в его собственном виде, как он есть на своем месте в сфирот Есод Аба ве-Има, тогда видно, что это лишь свет хасадим и гвурот, а вовсе не свет хохма и не свет сущности. Ведь прежде чем он поднимется и распространится внутри десяти сфирот Хохмы и Бины, на нем все еще покоится его истинная форма — хасадим и гвурот, как сказано выше.</w:t>
      </w:r>
    </w:p>
    <w:p>
      <w:pPr>
        <w:spacing w:before="40" w:after="120"/>
        <w:jc w:val="both"/>
      </w:pPr>
      <w:r>
        <w:rPr>
          <w:rFonts w:ascii="Georgia" w:hAnsi="Georgia"/>
          <w:b w:val="0"/>
          <w:i w:val="0"/>
          <w:color w:val="000000"/>
          <w:sz w:val="24"/>
        </w:rPr>
        <w:t>И из этого ты поймешь слова Учителя, разделяющего три свойства в Аба ве-Има, а также в ИШСУТ: первое свойство называется средоточием хасадим и гвурот, привлекающим взаимное созерцание очей Аба ве-Има; второе свойство называется распространением хасадим и гвурот в Аба ве-Има; третье свойство — совокупностью хасадим и гвурот в сфирот Есод Аба ве-Има (см. там). И это те самые три различения, которые мы объяснили в тайне вершины, ствола и стези: верхний кончик привлекает взаимное созерцание очей Аба ве-Има, поскольку относится к уровню Кетер, а НЕХИ де-Кетер облачаются в отверстия глаз Аба ве-Има, как подробно описано в предыдущих ветвях в тайне подъема нижней хэй в глаза (см. там). Поэтому он и называет его созерцанием очей Аба ве-Има, хотя это тайна Кетер, как сказано. Второе же свойство, именуемое распространением хасадим и гвурот в Аба ве-Има, — это тайна ствола и тела буквы йод, где хасадим и гвурот преобразуются в Хохму, Бину и сущность, как сказано выше, имея высоту уровня Хохма, как известно. А третье свойство, именуемое совокупностью хасадим и гвурот в сфирот Есод Аба ве-Има, представляет собой нижний кончик и стезю, когда он находится на своем месте в качестве экрана, поднимающего отраженный свет снизу вверх по принципу источника, как сказано выше.</w:t>
      </w:r>
    </w:p>
    <w:p>
      <w:pPr>
        <w:spacing w:before="40" w:after="120"/>
        <w:jc w:val="both"/>
      </w:pPr>
      <w:r>
        <w:rPr>
          <w:rFonts w:ascii="Georgia" w:hAnsi="Georgia"/>
          <w:b/>
          <w:i w:val="0"/>
          <w:color w:val="000000"/>
          <w:sz w:val="24"/>
        </w:rPr>
        <w:t>«На месте их Даат, подобного ему»</w:t>
      </w:r>
      <w:r>
        <w:rPr>
          <w:rFonts w:ascii="Georgia" w:hAnsi="Georgia"/>
          <w:b w:val="0"/>
          <w:i w:val="0"/>
          <w:color w:val="000000"/>
          <w:sz w:val="24"/>
        </w:rPr>
        <w:t>: и в этом уподоблении нужно разобраться предельно тонко, ведь Даат — это ось, вокруг которой вращаются все будущие исправления в четырех мирах АБЕА. И тебе уже известно новшество, возникшее в мире Некудим благодаря подъему МАН: келим предшествовали светам, как писал Учитель выше, ведь вначале вышли и заготовились все келим и экраны — как в рош, так и в ЗАТ. Также тебе известно, что природа десяти сфирот здесь не такова, как природа десяти сфирот КАХАБ ЗОН прямого света, о которых шла речь до сих пор. Поэтому ты найдешь здесь в словах Учителя новые названия в десяти сфирот мира Некудим: Аба ве-Има, ИШСУТ и кли Даат, чье свойство заключается исключительно в наличии трех линий — Хесед, Дин, Рахамим (</w:t>
      </w:r>
      <w:r>
        <w:rPr>
          <w:rFonts w:ascii="Georgia" w:hAnsi="Georgia" w:cs="Times New Roman"/>
          <w:b/>
          <w:i w:val="0"/>
          <w:color w:val="000000"/>
          <w:sz w:val="24"/>
          <w:rtl/>
          <w:szCs w:val="32"/>
        </w:rPr>
        <w:t>חד״ר</w:t>
      </w:r>
      <w:r>
        <w:rPr>
          <w:rFonts w:ascii="Georgia" w:hAnsi="Georgia"/>
          <w:b w:val="0"/>
          <w:i w:val="0"/>
          <w:color w:val="000000"/>
          <w:sz w:val="24"/>
        </w:rPr>
        <w:t>), — как подробно описано выше. И уже было хорошо разъяснено значение трех точек КАХАБ в рош Некудим: это не просто названия трех сфирот КАХАБ прямого света, но три головы: Кетер, Аба ве-Има и ИШСУТ, чье разделение построено по принципу исправления линий, как сказано в предыдущих ветвях.</w:t>
      </w:r>
    </w:p>
    <w:p>
      <w:pPr>
        <w:spacing w:before="40" w:after="120"/>
        <w:jc w:val="both"/>
      </w:pPr>
      <w:r>
        <w:rPr>
          <w:rFonts w:ascii="Georgia" w:hAnsi="Georgia"/>
          <w:b w:val="0"/>
          <w:i w:val="0"/>
          <w:color w:val="000000"/>
          <w:sz w:val="24"/>
        </w:rPr>
        <w:t>Теперь же объясняется тайна ЗАТ — Даат, ХАГАТ, НЕХИМ, — которые также рассматриваются исключительно с точки зрения исправления линий, то есть по структуре келим, обновившихся здесь вследствие подъема МАН. И хотя ЗАТ вышли не исправленными и соединенными должным образом в исправлении линий, как говорилось в предыдущих ветвях, но вышли одна под другой в одну линию, как в предыдущих парцуфим АК, тем не менее благодаря приходу и распространению света рош Некудим ЗАТ немного запечатлели в себе свойство исправления линий, существующее в рош. Таким образом, кли Даат в ЗАТ не является отдельной сфирой, но включает в себя десять сфирот прямого света КАХАБ ЗОН в тайне четырех известных стадий, разъясненных выше в словах Учителя в ветви 4 (см. там). И оно называется именем Даат лишь потому, что включает в себя экран четвертой стадии, благодаря чему способно поднимать отраженный свет и выравнивать все свои десять сфирот на уровне высоты Кетер; и так же обстоит дело со всеми остальными келим ХАГАТ НЕХИМ. И знай, что в каждом из них содержится совокупность десяти сфирот, но различаются они по экранам и высоте уровня.</w:t>
      </w:r>
    </w:p>
    <w:p>
      <w:pPr>
        <w:spacing w:before="40" w:after="120"/>
        <w:jc w:val="both"/>
      </w:pPr>
      <w:r>
        <w:rPr>
          <w:rFonts w:ascii="Georgia" w:hAnsi="Georgia"/>
          <w:b/>
          <w:i w:val="0"/>
          <w:color w:val="000000"/>
          <w:sz w:val="24"/>
        </w:rPr>
        <w:t>«На месте их Даат, подобного ему»</w:t>
      </w:r>
      <w:r>
        <w:rPr>
          <w:rFonts w:ascii="Georgia" w:hAnsi="Georgia"/>
          <w:b w:val="0"/>
          <w:i w:val="0"/>
          <w:color w:val="000000"/>
          <w:sz w:val="24"/>
        </w:rPr>
        <w:t>: имеется в виду, что внутри него есть свойство экрана четвертой стадии, как есть оно в тайне средней линии Аба ве-Има в виде верхнего кончика, как сказано выше. Поэтому и этот Даат в ЗАТ должен был распространиться в десяти сфирот КАХАБ ЗОН, которые все имеют высоту уровня Кетер, и тогда в них завершился бы свет разума, как сказано выше: ведь в тайне рош, являющейся первым созерцанием, свет разума не достигает совершенства иначе как после того, как распространится от Малхут де-рош вниз, до Малхут де-Малхут, в тайне второго созерцания. Однако для этого все ЗАТ обязаны были соединиться в одно тело, связанное воедино в тайне линий, но такого соединения еще не существовало, и потому кли разбилось.</w:t>
      </w:r>
    </w:p>
    <w:p>
      <w:pPr>
        <w:spacing w:before="40" w:after="120"/>
        <w:jc w:val="both"/>
      </w:pPr>
      <w:r>
        <w:rPr>
          <w:rFonts w:ascii="Georgia" w:hAnsi="Georgia"/>
          <w:b/>
          <w:i w:val="0"/>
          <w:color w:val="000000"/>
          <w:sz w:val="24"/>
        </w:rPr>
        <w:t>«Когда же разбилось... тогда и Даат высших Аба ве-Има опустился...»</w:t>
      </w:r>
      <w:r>
        <w:rPr>
          <w:rFonts w:ascii="Georgia" w:hAnsi="Georgia"/>
          <w:b w:val="0"/>
          <w:i w:val="0"/>
          <w:color w:val="000000"/>
          <w:sz w:val="24"/>
        </w:rPr>
        <w:t xml:space="preserve"> и т.д. Ведь Даат Аба ве-Има — это тайна рош и первого созерцания, как сказано выше, в котором нет совершенства иначе как после распространения во второе созерцание. А поскольку второе созерцание разбилось, само собой аннулировалось и состояние первого созерцания, бывшее в рош, как сказано в предыдущих ветвях.</w:t>
      </w:r>
    </w:p>
    <w:p>
      <w:pPr>
        <w:spacing w:before="40" w:after="120"/>
        <w:jc w:val="both"/>
      </w:pPr>
      <w:r>
        <w:rPr>
          <w:rFonts w:ascii="Georgia" w:hAnsi="Georgia"/>
          <w:b/>
          <w:i w:val="0"/>
          <w:color w:val="000000"/>
          <w:sz w:val="24"/>
        </w:rPr>
        <w:t>«Опустился вниз, на место гуф Аба ве-Има»</w:t>
      </w:r>
      <w:r>
        <w:rPr>
          <w:rFonts w:ascii="Georgia" w:hAnsi="Georgia"/>
          <w:b w:val="0"/>
          <w:i w:val="0"/>
          <w:color w:val="000000"/>
          <w:sz w:val="24"/>
        </w:rPr>
        <w:t>: то есть он утратил уровень Кетер, являющийся верхним кончиком, и остался лишь в качестве Даат, распространяющегося в самих Аба ве-Има, что представляет собой тело буквы йод, как сказано выше, где величина высоты десяти сфирот достигает лишь уровня Хохма.</w:t>
      </w:r>
    </w:p>
    <w:p>
      <w:pPr>
        <w:spacing w:before="40" w:after="120"/>
        <w:jc w:val="both"/>
      </w:pPr>
      <w:r>
        <w:rPr>
          <w:rFonts w:ascii="Georgia" w:hAnsi="Georgia"/>
          <w:b w:val="0"/>
          <w:i w:val="0"/>
          <w:color w:val="000000"/>
          <w:sz w:val="24"/>
        </w:rPr>
        <w:t xml:space="preserve">9) </w:t>
      </w:r>
      <w:r>
        <w:rPr>
          <w:rFonts w:ascii="Georgia" w:hAnsi="Georgia"/>
          <w:b/>
          <w:i w:val="0"/>
          <w:color w:val="000000"/>
          <w:sz w:val="24"/>
        </w:rPr>
        <w:t>«А остальные шесть светов, которые были с ним, вошли в кли мелеха, называемого Хесед»</w:t>
      </w:r>
      <w:r>
        <w:rPr>
          <w:rFonts w:ascii="Georgia" w:hAnsi="Georgia"/>
          <w:b w:val="0"/>
          <w:i w:val="0"/>
          <w:color w:val="000000"/>
          <w:sz w:val="24"/>
        </w:rPr>
        <w:t xml:space="preserve"> — толкование: хотя мы и разделили рош на три точки, являющиеся тремя головами: Кетер, Аба ве-Има и ИШСУТ, а рош де-Аба ве-Има — на четыре стадии, представляющие собой объединение хасадим и гвурот в рош, называемое истаклют эйнаим, их распространение в двух свойствах в самих Аба ве-Има и их совокупность в есодот де-Аба ве-Има; и точно так же выделили в рош де-ИШСУТ четыре стадии: истаклют эйнаим, то есть объединение хасадим и гвурот, их распространение в двух свойствах в самом ИШСУТ (что, впрочем, считается одной стадией, как будет сказано далее), совокупность хасадим и гвурот в их есодот и совокупность хасадим и гвурот в Малхут, так что ты находишь в этом рош девять отдельных стадий, — тем не менее знай, что они вовсе не распространялись обособленно, каждая сама по себе, ведь это совершенно невозможно. Все упомянутые света вышли посредством одного зивуга за один раз на масах четвертой стадии (бхина далет), находившийся в общей Малхут этого рош, именуемой пэ де-рош, — ведь только тогда выходят десять сфирот высотой в Кетер; и свет категории «захар» (мужской) для этого зивуга также был притянут к ним за один раз из Есод де-АК, как сказано выше.</w:t>
      </w:r>
    </w:p>
    <w:p>
      <w:pPr>
        <w:spacing w:before="40" w:after="120"/>
        <w:jc w:val="both"/>
      </w:pPr>
      <w:r>
        <w:rPr>
          <w:rFonts w:ascii="Georgia" w:hAnsi="Georgia"/>
          <w:b w:val="0"/>
          <w:i w:val="0"/>
          <w:color w:val="000000"/>
          <w:sz w:val="24"/>
        </w:rPr>
        <w:t>И пойми это как следует. Все же разделение их на девять упомянутых стадий произошло лишь по закону умаления из-за обособления, возникшего в ЗАТ. Вначале в рош вышли десять сфирот высотой в Кетер, и тогда это называлось «истаклют эйнаим де-Аба ве-Има илаин», что указывает на великий свет высотой в Кетер, от которого распространилось второе созерцание (истаклют бэт) от пэ и ниже в мелех Даат. Когда же он разбился, свет рош умалился до высоты Хохма, и тогда через истаклют бэт вышли мелахим Хеседа и Гвуры де-ЗАТ. Когда они разбились, свет умалился до свойства есодот де-Аба ве-Има и до свойства истаклют эйнаим де-ИШСУТ, что соответствует высоте Кетер де-Бина, и тогда через истаклют бэт вышел мелех Тиферет. Когда же он разбился, свет умалился до высоты Хохма де-Бина, именуемой распространением хасадим и гвурот в самом ИШСУТ, и тогда вышли мелахим Нецах и Ход. А когда они разбились, свет умалился до свойства совокупности хасадим и гвурот в есодот де-ИШСУТ, что представляет собой высоту ЗА, и тогда через второе распространение (итпаштут бэт) вышло свойство Есод де-ЗАТ. Когда же он разбился, свет умалился до совокупности хасадим и гвурот в Малхут де-ИШСУТ и снизился до высоты Малхут; тогда вышел седьмой мелех — Малхут де-ЗАТ.</w:t>
      </w:r>
    </w:p>
    <w:p>
      <w:pPr>
        <w:spacing w:before="40" w:after="120"/>
        <w:jc w:val="both"/>
      </w:pPr>
      <w:r>
        <w:rPr>
          <w:rFonts w:ascii="Georgia" w:hAnsi="Georgia"/>
          <w:b w:val="0"/>
          <w:i w:val="0"/>
          <w:color w:val="000000"/>
          <w:sz w:val="24"/>
        </w:rPr>
        <w:t>И вот разъяснено, что сразу при воцарении мелеха Даат в нем была совокупность всех светов шести мелахим ХАГАТ НЕХИМ, поскольку все их последовательное воцарение происходило только по закону умаления и очищения [экрана]. И об этом сказано: «А остальные шесть, которые были с ним, вошли в кли мелеха, называемого Хесед». То есть, как уже объяснялось, распространение первого созерцания (истаклют алеф) в десяти сфирот де-рош вышло от пэ де-рош и выше до Кетера, что называется истаклют эйнаим де-Аба ве-Има. А второе созерцание (истаклют бэт) распространилось от пэ де-рош и ниже в кли, называемое Даат, которое включает в себя весь свет, распространившийся затем путем умаления друг под другом в шести келим ХАГАТ НЕХИМ; и после того как он разбился и умалился до высоты Хохма, как сказано выше, — тогда совокупность этого света была притянута через истаклют бэт внутрь кли, называемого Хесед, и получается, что в этом кли по-прежнему есть шесть светов, как сказано.</w:t>
      </w:r>
    </w:p>
    <w:p>
      <w:pPr>
        <w:spacing w:before="40" w:after="120"/>
        <w:jc w:val="both"/>
      </w:pPr>
      <w:r>
        <w:rPr>
          <w:rFonts w:ascii="Georgia" w:hAnsi="Georgia"/>
          <w:b w:val="0"/>
          <w:i w:val="0"/>
          <w:color w:val="000000"/>
          <w:sz w:val="24"/>
        </w:rPr>
        <w:t>И знай также, что пэ де-рош, откуда притягивается свет к мелеху Даат, именуется Биной, или Имой, или ИШСУТ, — и это по имени грядущего умаления. Однако когда Источник выделил из Себя мелеха Даат, само пэ де-рош также считается свойством Кетер, и пойми это как следует.</w:t>
      </w:r>
    </w:p>
    <w:p>
      <w:pPr>
        <w:spacing w:before="40" w:after="120"/>
        <w:jc w:val="both"/>
      </w:pPr>
      <w:r>
        <w:rPr>
          <w:rFonts w:ascii="Georgia" w:hAnsi="Georgia"/>
          <w:b w:val="0"/>
          <w:i w:val="0"/>
          <w:color w:val="000000"/>
          <w:sz w:val="24"/>
        </w:rPr>
        <w:t>И об этом говорит Учитель выше: сначала пришли десять светов в кли Кетер, затем пришли девять светов в Хохму, затем восемь светов в Бину, а из Бины притянулись семь светов к мелеху Даат. И не совершай ошибки, полагая, будто с самого начала света в рош разделились на три головы и лишь затем свет притянулся к мелеху Даат. Смысл здесь в том, как уже объяснялось: разделение светов в рош на три головы и на девять стадий произойдет позже, путем умаления ЗАТ по причине возникшего в них разделения, как сказано выше. Но так как второе созерцание (истаклют бэт) де-Кетер также притягивается из пэ общего рош, которое впоследствии из-за умаления будет названо Имой (ведь в нем останутся лишь десять сфирот высотой в Бину), пэ ретроспективно называется именем Имы, и так далее во всем аналогично. Пойми это как следует, ведь невозможно распространяться об этом подробнее.</w:t>
      </w:r>
    </w:p>
    <w:p>
      <w:pPr>
        <w:spacing w:before="40" w:after="120"/>
        <w:jc w:val="both"/>
      </w:pPr>
      <w:r>
        <w:rPr>
          <w:rFonts w:ascii="Georgia" w:hAnsi="Georgia"/>
          <w:b w:val="0"/>
          <w:i w:val="0"/>
          <w:color w:val="000000"/>
          <w:sz w:val="24"/>
        </w:rPr>
        <w:t xml:space="preserve">10) </w:t>
      </w:r>
      <w:r>
        <w:rPr>
          <w:rFonts w:ascii="Georgia" w:hAnsi="Georgia"/>
          <w:b/>
          <w:i w:val="0"/>
          <w:color w:val="000000"/>
          <w:sz w:val="24"/>
        </w:rPr>
        <w:t>«И нужно, чтобы он окончательно завершил устранение этого сцепления и т.д.»</w:t>
      </w:r>
      <w:r>
        <w:rPr>
          <w:rFonts w:ascii="Georgia" w:hAnsi="Georgia"/>
          <w:b w:val="0"/>
          <w:i w:val="0"/>
          <w:color w:val="000000"/>
          <w:sz w:val="24"/>
        </w:rPr>
        <w:t xml:space="preserve"> — суть этого сцепления уже объяснялась выше: оно пришло к ним в силу средней линии, представляющей собой Даат. Ведь благодаря подъему МАН к Кетеру они стали двумя противоположными и отделенными друг от друга концами — правым и левым, что составляет суть состояния ахор бе-ахор де-Аба ве-Има. А силой отраженного света, поднимающегося снизу вверх, правое и левое объединились и сцепились, став одним телом без какой-либо противоположности между собой, буквально единым свойством. Потому-то Даат и называется средней линией, поскольку сочетает и примиряет противоположные стороны, приводя их к промежуточному состоянию и единству. Именно это всегда и называют сцеплением. Пойми же это как следует.</w:t>
      </w:r>
    </w:p>
    <w:p>
      <w:pPr>
        <w:spacing w:before="40" w:after="120"/>
        <w:jc w:val="both"/>
      </w:pPr>
      <w:r>
        <w:rPr>
          <w:rFonts w:ascii="Georgia" w:hAnsi="Georgia"/>
          <w:b w:val="0"/>
          <w:i w:val="0"/>
          <w:color w:val="000000"/>
          <w:sz w:val="24"/>
        </w:rPr>
        <w:t xml:space="preserve">12) </w:t>
      </w:r>
      <w:r>
        <w:rPr>
          <w:rFonts w:ascii="Georgia" w:hAnsi="Georgia"/>
          <w:b/>
          <w:i w:val="0"/>
          <w:color w:val="000000"/>
          <w:sz w:val="24"/>
        </w:rPr>
        <w:t>«Притянул пять хасадим... в гуф де-Аба»</w:t>
      </w:r>
      <w:r>
        <w:rPr>
          <w:rFonts w:ascii="Georgia" w:hAnsi="Georgia"/>
          <w:b w:val="0"/>
          <w:i w:val="0"/>
          <w:color w:val="000000"/>
          <w:sz w:val="24"/>
        </w:rPr>
        <w:t xml:space="preserve"> — то есть утвердил сохранение пяти хасадим в Абе, как написал Учитель выше, ведь смысл не в том, будто их притянули [заново], поскольку они уже были притянуты изначально, смотри там внимательно. Выше также объяснялось, что во время воцарения Хеседа все света рош находились на ступени Абы, но после того как Хесед разбился, света рош умалились до ступени Имы, смотри там, и помни это на всем протяжении этого исследования.</w:t>
      </w:r>
    </w:p>
    <w:p>
      <w:pPr>
        <w:spacing w:before="40" w:after="120"/>
        <w:jc w:val="both"/>
      </w:pPr>
      <w:r>
        <w:rPr>
          <w:rFonts w:ascii="Georgia" w:hAnsi="Georgia"/>
          <w:b/>
          <w:i w:val="0"/>
          <w:color w:val="000000"/>
          <w:sz w:val="24"/>
        </w:rPr>
        <w:t>«И тогда пали ахораим де-Аба... и хасадим опустились в Есод де-Аба»</w:t>
      </w:r>
      <w:r>
        <w:rPr>
          <w:rFonts w:ascii="Georgia" w:hAnsi="Georgia"/>
          <w:b w:val="0"/>
          <w:i w:val="0"/>
          <w:color w:val="000000"/>
          <w:sz w:val="24"/>
        </w:rPr>
        <w:t xml:space="preserve"> — то есть они умалились с высоты Хохма и перешли в свойство Есод де-Аба, как написано выше, смотри там внимательно. И здесь тебе нужно помнить слова Учителя выше: это не подлинные ахораим, а свойства хасадим и гвурот, которые устанавливают Аба ве-Има в состояние паним бе-паним, смотри там. А называются они именем ахораим по причине своего источника и корня, поскольку представляют собой отраженный свет, выходящий от зивуга на масах в Малхут, являющийся лишь светом хасадим, который всегда именуется свойством ахораим по сравнению со светом хохма. И причина этого приведена во «Введении» (Птиха) в пункте 3, смотри там внимательно.</w:t>
      </w:r>
    </w:p>
    <w:p>
      <w:pPr>
        <w:spacing w:before="40" w:after="120"/>
        <w:jc w:val="both"/>
      </w:pPr>
      <w:r>
        <w:rPr>
          <w:rFonts w:ascii="Georgia" w:hAnsi="Georgia"/>
          <w:b/>
          <w:i w:val="0"/>
          <w:color w:val="000000"/>
          <w:sz w:val="24"/>
        </w:rPr>
        <w:t>«И тогда Аба повернул свои ахораим... называется ахор бе-паним»</w:t>
      </w:r>
      <w:r>
        <w:rPr>
          <w:rFonts w:ascii="Georgia" w:hAnsi="Georgia"/>
          <w:b w:val="0"/>
          <w:i w:val="0"/>
          <w:color w:val="000000"/>
          <w:sz w:val="24"/>
        </w:rPr>
        <w:t xml:space="preserve"> — на первый взгляд это противоречит сказанному Учителем в «Эц Хаим» (врата 11, главы 7 и 8), что ступень ахор бе-паним не действует в Аба ве-Има, а свойственна лишь ЗОН, смотри там. Однако с глубоким намерением Учитель подчеркнул здесь ступень ахор бе-паним у Аба ве-Има, чтобы показать, что состояние паним бе-паним де-Аба ве-Има мира Некудим было в двух стенах, подобно паним бе-паним де-ЗОН, а не как у Аба ве-Има мира Исправления, которые соединены одной общей стеной для обоих. И так же он прямо пояснил в «Эц Хаим» (Врата мелахим, глава 8): «Свет Кетера входил между двумя ахораим де-Аба ве-Има», конец цитаты, смотри там внимательно. И поскольку у них есть два отдельных [свойства] ахораим, как у ЗОН, постольку в них действует свойство ахор бе-паним, как будет с Б-жьей помощью объяснено на своем месте. И благодаря этому ты поймешь слова Зоара в «Идра Зута» (лист 290а, пункт 75), и вот его слова: «В месте, где включились мужское и женское, они не устояли, а [устояли лишь] в ином существовании — наподобие мужского и женского», конец цитаты. И из сказанного ты поймешь их намерение относительно Аба ве-Има мира Некудим: они находились в свойстве мужского и женского, подобно ЗОН, как упомянуто выше, то есть обладали двумя стенами — особой стеной для Абы и особой стеной для Имы. И в таком виде они не устояли, так как произошли отмена и разбиение келим (швират а-келим); но [устояли] «в ином существовании — наподобие мужского и женского», то есть в мире Ацилут, где они исправились единой общей стеной для обоих, и тогда устояли, как известно, ведь с тех пор и вовеки соударение их не прекращается. А поскольку они соединены в одной стене, они считаются не подлинными мужским и женским, а лишь подобием мужского и женского. Пойми это.</w:t>
      </w:r>
    </w:p>
    <w:p>
      <w:pPr>
        <w:spacing w:before="40" w:after="120"/>
        <w:jc w:val="both"/>
      </w:pPr>
      <w:r>
        <w:rPr>
          <w:rFonts w:ascii="Georgia" w:hAnsi="Georgia"/>
          <w:b/>
          <w:i w:val="0"/>
          <w:color w:val="000000"/>
          <w:sz w:val="24"/>
        </w:rPr>
        <w:t>«Ахор бе-паним, ибо лицо Бины стоит против задней стороны (ахораим) Хохмы»</w:t>
      </w:r>
      <w:r>
        <w:rPr>
          <w:rFonts w:ascii="Georgia" w:hAnsi="Georgia"/>
          <w:b w:val="0"/>
          <w:i w:val="0"/>
          <w:color w:val="000000"/>
          <w:sz w:val="24"/>
        </w:rPr>
        <w:t xml:space="preserve"> — состояние ахор бе-паним указывает на то, что нуква получает свет задней стороны (ахораим) самца. как написал Учитель в «Эц Хаим» (врата 11, глава 7), смотри там внимательно. И поскольку у нуквы, то есть у Бины, здесь нет ничего, кроме масаха второй стадии (бхина бэт), отталкивающего хохму и поднимающего только хасадим и гвурот, что является лишь светом тела (гуф), — постольку для того, чтобы восполнить в ней свойство ахор, пригодное для получения хохмы и рош, она совершает с Хохмой зивуг ахор бе-паним. И тогда Бина получает от Хохмы свойство ахораим самца, представляющее собой решимо де-ГАР. Вследствие этого она обретает полную стену — как со стороны ГАР, так и со стороны гуф.</w:t>
      </w:r>
    </w:p>
    <w:p>
      <w:pPr>
        <w:spacing w:before="40" w:after="120"/>
        <w:jc w:val="both"/>
      </w:pPr>
      <w:r>
        <w:rPr>
          <w:rFonts w:ascii="Georgia" w:hAnsi="Georgia"/>
          <w:b w:val="0"/>
          <w:i w:val="0"/>
          <w:color w:val="000000"/>
          <w:sz w:val="24"/>
        </w:rPr>
        <w:t>И об этом сказано: «Ибо лицо Бины стоит против задней стороны Хохмы», и поэтому она получает от него свойство ахораим самца, как сказано выше. И тогда в ней также выходят свойства ГАР и Хохма. Пойми это.</w:t>
      </w:r>
    </w:p>
    <w:p>
      <w:pPr>
        <w:spacing w:before="40" w:after="120"/>
        <w:jc w:val="both"/>
      </w:pPr>
      <w:r>
        <w:rPr>
          <w:rFonts w:ascii="Georgia" w:hAnsi="Georgia"/>
          <w:b w:val="0"/>
          <w:i w:val="0"/>
          <w:color w:val="000000"/>
          <w:sz w:val="24"/>
        </w:rPr>
        <w:t xml:space="preserve">14) </w:t>
      </w:r>
      <w:r>
        <w:rPr>
          <w:rFonts w:ascii="Georgia" w:hAnsi="Georgia"/>
          <w:b/>
          <w:i w:val="0"/>
          <w:color w:val="000000"/>
          <w:sz w:val="24"/>
        </w:rPr>
        <w:t>«И вот Есод весь целиком — свойство паним... ведь весь Есод самца входит...»</w:t>
      </w:r>
      <w:r>
        <w:rPr>
          <w:rFonts w:ascii="Georgia" w:hAnsi="Georgia"/>
          <w:b w:val="0"/>
          <w:i w:val="0"/>
          <w:color w:val="000000"/>
          <w:sz w:val="24"/>
        </w:rPr>
        <w:t xml:space="preserve"> — на первый взгляд это удивительно: если так, то почему же совокупность его пяти хасадим и пяти гвурот аннулировалась после разбиения верхней трети Тиферет, как сказано ниже? Ведь Учитель уже установил общее правило: упразднились только ахораим, тогда как паним целиком остается на своем месте.</w:t>
      </w:r>
    </w:p>
    <w:p>
      <w:pPr>
        <w:spacing w:before="40" w:after="120"/>
        <w:jc w:val="both"/>
      </w:pPr>
      <w:r>
        <w:rPr>
          <w:rFonts w:ascii="Georgia" w:hAnsi="Georgia"/>
          <w:b w:val="0"/>
          <w:i w:val="0"/>
          <w:color w:val="000000"/>
          <w:sz w:val="24"/>
        </w:rPr>
        <w:t>И чтобы понять это, необходимо сначала уяснить суть аннулирования и разбиения келим. Причина разбиения была объяснена в «Паним Масбирот» в ветвях 23 и 24; однако порядок аннулирования и разбиения келим происходит буквально по закону очищения [экрана], точно так же, как происходило и в предшествующих телах в парцуфим АК, как сказано в «Паним Масбирот» в ветви 9, смотри там внимательно.</w:t>
      </w:r>
    </w:p>
    <w:p>
      <w:pPr>
        <w:spacing w:before="40" w:after="120"/>
        <w:jc w:val="both"/>
      </w:pPr>
      <w:r>
        <w:rPr>
          <w:rFonts w:ascii="Georgia" w:hAnsi="Georgia"/>
          <w:b w:val="0"/>
          <w:i w:val="0"/>
          <w:color w:val="000000"/>
          <w:sz w:val="24"/>
        </w:rPr>
        <w:t>Выше уже объяснялось, что кли мелеха Даат — это масах четвертой стадии (бхина далет), и потому он притягивает высоту Кетер, смотри там. Вследствие этого при разбиении кли Даат упразднился масах четвертой стадии, и потому отменилось истаклют эйнаим де-Аба ве-Има, представляющее собой десять сфирот высотой в Кетер. Тогда Даат высших Аба ве-Има опустился вниз, на место гуф де-Аба ве-Има, то есть масах очистился и обрел авиют третьей стадии (бхина гимель); а десять сфирот, выходящих на этот масах, имеют высоту Хохма без Кетера, что представляет собой рош высших Аба ве-Има, как подробно разъяснялось в предшествующих ветвях. И об этом сказано, что он опустился в гуф высших Аба ве-Има, то есть очистился до третьей стадии (бхина гимель), обладающей лишь высотой Хохма. А от распространения его десяти сфирот в виде второго созерцания (истаклют бэт) для завершения келим свет пришел к мелеху Хесед, в котором завершились келим третьей стадии и высоты Хохма.</w:t>
      </w:r>
    </w:p>
    <w:p>
      <w:pPr>
        <w:spacing w:before="40" w:after="120"/>
        <w:jc w:val="both"/>
      </w:pPr>
      <w:r>
        <w:rPr>
          <w:rFonts w:ascii="Georgia" w:hAnsi="Georgia"/>
          <w:b w:val="0"/>
          <w:i w:val="0"/>
          <w:color w:val="000000"/>
          <w:sz w:val="24"/>
        </w:rPr>
        <w:t>Когда же мелех Хесед разбился, упразднился также и мелех третьей стадии, и тогда пали ахораим высшего Абы (Аба илаа) — то есть хасадим и гвурот, возвращавшие свет хохма к его ахораим, как это было в первоначальном корне. А суть ахораим де-Аба уже объяснялась выше: это решимо нехватки его ГАР из его первоначального корня, смотри там внимательно; и получается, что теперь это решимо возвратилось в виде света ахораим и малого состояния (катнут), как прежде.</w:t>
      </w:r>
    </w:p>
    <w:p>
      <w:pPr>
        <w:spacing w:before="40" w:after="120"/>
        <w:jc w:val="both"/>
      </w:pPr>
      <w:r>
        <w:rPr>
          <w:rFonts w:ascii="Georgia" w:hAnsi="Georgia"/>
          <w:b w:val="0"/>
          <w:i w:val="0"/>
          <w:color w:val="000000"/>
          <w:sz w:val="24"/>
        </w:rPr>
        <w:t>И осветил Аба этим светом ахораим Иму, восполнив ей тем самым полную стену, то есть она также включила в себя ахораим де-Аба. Поэтому после того, как разбилось кли Хесед, упразднился масах третьей стадии и очистился до второй стадии (бхина бэт), Има смогла произвести на этот масах десять сфирот высотой в Хохма де-Бина. Это значит, что в ней также присутствует свечение света хохма благодаря ахораим самца, которые она получила от него посредством зивуга ахор бе-паним, как упомянуто выше, во всех подробностях. От распространения этого света во второе созерцание (истаклют бэт) свет пришел в мелех Гвура, а когда Гвура разбилась, упразднился также и масах второй стадии (бхина бэт), и тогда пали также ахораим де-Има.</w:t>
      </w:r>
    </w:p>
    <w:p>
      <w:pPr>
        <w:spacing w:before="40" w:after="120"/>
        <w:jc w:val="both"/>
      </w:pPr>
      <w:r>
        <w:rPr>
          <w:rFonts w:ascii="Georgia" w:hAnsi="Georgia"/>
          <w:b w:val="0"/>
          <w:i w:val="0"/>
          <w:color w:val="000000"/>
          <w:sz w:val="24"/>
        </w:rPr>
        <w:t>И знай, что эти ахораим де-Аба называются пятью хасадим потому, что высота его десяти сфирот достигает самой Хохмы из-за наличия в нем масаха третьей стадии (бхина гимель); а поскольку Хохма находится на правой линии, она оценивается как пять хасадим. Наполнение же ахораим де-Има называется пятью гвурот, и это потому, что она пользуется масахом второй стадии, чья природа — отталкивать хохму; однако в силу того, что она получила свет ахораим де-Аба, она также притянула свечение от Хохмы. Поэтому она определяется как свойство Гвура из-за находящегося в ней масаха второй стадии, отталкивающего хохму; свечение же хохмы в ней называется Хохма де-Бина, находящаяся на левой линии, но не подлинная Хохма правой линии.</w:t>
      </w:r>
    </w:p>
    <w:p>
      <w:pPr>
        <w:spacing w:before="40" w:after="120"/>
        <w:jc w:val="both"/>
      </w:pPr>
      <w:r>
        <w:rPr>
          <w:rFonts w:ascii="Georgia" w:hAnsi="Georgia"/>
          <w:b w:val="0"/>
          <w:i w:val="0"/>
          <w:color w:val="000000"/>
          <w:sz w:val="24"/>
        </w:rPr>
        <w:t>И вот с разбиением мелеха Гвура упразднился также и масах второй стадии, и тогда масах очистился до первой стадии (бхина алеф), а десять сфирот, выходящие на этот масах, имеют лишь высоту ЗА, то есть свет тела без рош. И получается, что пять хасадим, наполнявшие ахораим де-Аба уровнем ГАР де-Хохма, и пять гвурот, наполнявшие ахораим де-Има уровнем ГАР де-Хохма де-Бина, оба упразднились и упали до свойства совокупности пяти хасадим и пяти гвурот в есодот де-Аба ве-Има, то есть к зивугу на масах первой стадии (бхина алеф), где от категории ГАР нет ничего, кроме лишь света хасадим тела (гуф).</w:t>
      </w:r>
    </w:p>
    <w:p>
      <w:pPr>
        <w:spacing w:before="40" w:after="120"/>
        <w:jc w:val="both"/>
      </w:pPr>
      <w:r>
        <w:rPr>
          <w:rFonts w:ascii="Georgia" w:hAnsi="Georgia"/>
          <w:b w:val="0"/>
          <w:i w:val="0"/>
          <w:color w:val="000000"/>
          <w:sz w:val="24"/>
        </w:rPr>
        <w:t>Выше уже объяснялось различие: ахораим самца — это решимо нехватки ГАР, имеющееся у него из первого корня. Также выше объяснялось, что средняя линия — Даат, Тиферет, Есод — появилась вновь лишь после зивуга на поднявшийся МАН, смотри там внимательно. И оказывается, что две линии, правая и левая, имеют решимо из первого корня, ибо правая линия — это основа десяти сфирот, а левая линия представляет собой Малхут, поднявшуюся снизу вверх до Хохмы в Кетере по закону подъема МАН из-за объединения с ИШСУТ, опустившимися в НЕХИ де-АК; благодаря этому Малхут стала левой стороной в каждой сфире подобно линии снизу вверх, смотри там внимательно. И ты видишь, что как правая линия, так и левая линия существуют в первом корне; в отличие от средней линии, которая притягивается позже посредством зивуга, объединяющего правую и левую линии, и потому она не имеет никакого существования в десяти сфирот со стороны первого корня, предшествовавшего исправлению МАН, и помни это.</w:t>
      </w:r>
    </w:p>
    <w:p>
      <w:pPr>
        <w:spacing w:before="40" w:after="120"/>
        <w:jc w:val="both"/>
      </w:pPr>
      <w:r>
        <w:rPr>
          <w:rFonts w:ascii="Georgia" w:hAnsi="Georgia"/>
          <w:b w:val="0"/>
          <w:i w:val="0"/>
          <w:color w:val="000000"/>
          <w:sz w:val="24"/>
        </w:rPr>
        <w:t>Благодаря этому ты поймешь, что в зивуге есодот нет совершенно никакого свойства ахораим у самца — то есть решимо от нехватки ГАР из его первого корня, поскольку у него тогда вообще не было никакого существования; поэтому там есть лишь свойство ахораим нуквы. Это свойство масаха, который очистился здесь до первой стадии (бхина алеф); и получается, что главное господство в средней линии принадлежит нукве, ведь здесь действует лишь ее ахораим, то есть масах, как сказано. И об этом сказано, что Есод весь целиком — свойство паним, и нет у него ахораим. То есть, как сказано выше, здесь вовсе нет свойства ахораим самца, поскольку у средней линии нет никакого существования в первом корне; и поэтому даже свое свойство паним он получает под властью ахораим нуквы. И об этом сказано: «входит внутрь Есода женского (некева), и весь он — свойство паним». То есть все его свойство паним происходит изнутри Есода нуквы, а именно из ее ахораим, и пойми это как следует.</w:t>
      </w:r>
    </w:p>
    <w:p>
      <w:pPr>
        <w:spacing w:before="40" w:after="120"/>
        <w:jc w:val="both"/>
      </w:pPr>
      <w:r>
        <w:rPr>
          <w:rFonts w:ascii="Georgia" w:hAnsi="Georgia"/>
          <w:b w:val="0"/>
          <w:i w:val="0"/>
          <w:color w:val="000000"/>
          <w:sz w:val="24"/>
        </w:rPr>
        <w:t>И вот второе созерцание (истаклют бэт), распространившееся из есодот высших Аба ве-Има, протянулось в верхнюю треть Тиферет для завершения келим. А когда верхняя треть Тиферет разбилась, упразднился также и масах первой стадии (бхина алеф), ведь тогда масах очистился полностью; поэтому все ахораим высших Аба ве-Има окончательно опустились и пали. То есть аннулировалось даже свойство ахораим нуквы, находившееся в есодот высших Аба ве-Има.</w:t>
      </w:r>
    </w:p>
    <w:p>
      <w:pPr>
        <w:spacing w:before="40" w:after="120"/>
        <w:jc w:val="both"/>
      </w:pPr>
      <w:r>
        <w:rPr>
          <w:rFonts w:ascii="Georgia" w:hAnsi="Georgia"/>
          <w:b w:val="0"/>
          <w:i w:val="0"/>
          <w:color w:val="000000"/>
          <w:sz w:val="24"/>
        </w:rPr>
        <w:t>И об этом сказано (в пункте 14): «Поэтому завершение ахораим де-Аба оканчивает падение до того, как возникает изъян и ущерб в Есод де-Аба», конец цитаты. И это потому, что в Есод де-Аба вовсе нет ничего от ахораим самца; однако от ахораим Имы в есодот, безусловно, присутствует первая стадия масаха, как сказано. И именно она окончательно опускается после разбиения Тиферет, так что здесь нет никакого противоречия.</w:t>
      </w:r>
    </w:p>
    <w:p>
      <w:pPr>
        <w:spacing w:before="40" w:after="120"/>
        <w:jc w:val="both"/>
      </w:pPr>
      <w:r>
        <w:rPr>
          <w:rFonts w:ascii="Georgia" w:hAnsi="Georgia"/>
          <w:b w:val="0"/>
          <w:i w:val="0"/>
          <w:color w:val="000000"/>
          <w:sz w:val="24"/>
        </w:rPr>
        <w:t xml:space="preserve">15) </w:t>
      </w:r>
      <w:r>
        <w:rPr>
          <w:rFonts w:ascii="Georgia" w:hAnsi="Georgia"/>
          <w:b/>
          <w:i w:val="0"/>
          <w:color w:val="000000"/>
          <w:sz w:val="24"/>
        </w:rPr>
        <w:t>«И были ахораим де-Има в ахораим де-Аба»</w:t>
      </w:r>
      <w:r>
        <w:rPr>
          <w:rFonts w:ascii="Georgia" w:hAnsi="Georgia"/>
          <w:b w:val="0"/>
          <w:i w:val="0"/>
          <w:color w:val="000000"/>
          <w:sz w:val="24"/>
        </w:rPr>
        <w:t xml:space="preserve"> — то есть к ним вернулось малое состояние (катнут), какими они были до того, как получили свет из Есод де-АК, то есть как они вышли из света глаз де-АК, как написано в предшествующих ветвях, смотри там внимательно.</w:t>
      </w:r>
    </w:p>
    <w:p>
      <w:pPr>
        <w:spacing w:before="40" w:after="120"/>
        <w:jc w:val="both"/>
      </w:pPr>
      <w:r>
        <w:rPr>
          <w:rFonts w:ascii="Georgia" w:hAnsi="Georgia"/>
          <w:b w:val="0"/>
          <w:i w:val="0"/>
          <w:color w:val="000000"/>
          <w:sz w:val="24"/>
        </w:rPr>
        <w:t xml:space="preserve">16) </w:t>
      </w:r>
      <w:r>
        <w:rPr>
          <w:rFonts w:ascii="Georgia" w:hAnsi="Georgia"/>
          <w:b/>
          <w:i w:val="0"/>
          <w:color w:val="000000"/>
          <w:sz w:val="24"/>
        </w:rPr>
        <w:t>«Поэтому Есод называется «Коль» (Все), ибо включает пять хасадим и пять гвурот»</w:t>
      </w:r>
      <w:r>
        <w:rPr>
          <w:rFonts w:ascii="Georgia" w:hAnsi="Georgia"/>
          <w:b w:val="0"/>
          <w:i w:val="0"/>
          <w:color w:val="000000"/>
          <w:sz w:val="24"/>
        </w:rPr>
        <w:t xml:space="preserve"> — выше уже объяснялись три свойства, имеющиеся в средней линии: по смыслу верхнего кончика буквы йод, тела буквы йод и нижнего кончика буквы йод, именуемых «голова» (рейша), «ствол» (геза) и «тропа» (швила), смотри там внимательно. И поскольку место масаха и зивуга находится ниже всех десяти сфирот де-Аба ве-Има, постольку нижний кончик, находящийся под всем телом буквы йод, представляет собой Есод, в котором заключены основа и совокупность всей средней линии, то есть сама основа масаха и зивуга. И об этом сказано: «Поэтому Есод называется «Все», так как включает пять хасадим и пять гвурот», ведь все пять хасадим десяти сфирот де-Аба и все пять гвурот десяти сфирот де-Има притягиваются и поднимаются только от него, и оказывается, что он включает их в себя.</w:t>
      </w:r>
    </w:p>
    <w:p>
      <w:pPr>
        <w:spacing w:before="40" w:after="120"/>
        <w:jc w:val="both"/>
      </w:pPr>
      <w:r>
        <w:rPr>
          <w:rFonts w:ascii="Georgia" w:hAnsi="Georgia"/>
          <w:b w:val="0"/>
          <w:i w:val="0"/>
          <w:color w:val="000000"/>
          <w:sz w:val="24"/>
        </w:rPr>
        <w:t xml:space="preserve">18) </w:t>
      </w:r>
      <w:r>
        <w:rPr>
          <w:rFonts w:ascii="Georgia" w:hAnsi="Georgia"/>
          <w:b/>
          <w:i w:val="0"/>
          <w:color w:val="000000"/>
          <w:sz w:val="24"/>
        </w:rPr>
        <w:t>«И когда достиг свет двух нижних третей Тиферет... в головах ИШСУТ...»</w:t>
      </w:r>
      <w:r>
        <w:rPr>
          <w:rFonts w:ascii="Georgia" w:hAnsi="Georgia"/>
          <w:b w:val="0"/>
          <w:i w:val="0"/>
          <w:color w:val="000000"/>
          <w:sz w:val="24"/>
        </w:rPr>
        <w:t xml:space="preserve"> — и здесь тебе нужно хорошенько помнить все объясненное выше в ветви 9 «Паним Масбирот» о порядке первого распространения (итпаштут алеф) и второго распространения (итпаштут бэт), принятом, когда Источник выделяет из Себя парцуфим, смотри там внимательно. После того как первый парцуф распространяется в двух свойствах созерцания на рош и гуф, десять сфирот де-гуф оказываются в процессе очищения экрана по порядку четырех стадий снизу вверх, пока не очистится весь авиют в масахе; и тогда само собой аннулируется всякое свойство зивуга и отраженного света, и все распространение того света десяти сфирот де-гуф уходит.</w:t>
      </w:r>
    </w:p>
    <w:p>
      <w:pPr>
        <w:spacing w:before="40" w:after="120"/>
        <w:jc w:val="both"/>
      </w:pPr>
      <w:r>
        <w:rPr>
          <w:rFonts w:ascii="Georgia" w:hAnsi="Georgia"/>
          <w:b w:val="0"/>
          <w:i w:val="0"/>
          <w:color w:val="000000"/>
          <w:sz w:val="24"/>
        </w:rPr>
        <w:t>Тогда сама собой возвращается и усиливается авиют второй стадии (бхина бэт), притягивается к масаху, происходит новый зивуг, и там выходят новые десять сфирот вместо первых ушедших десяти сфирот де-гуф. Они также выходят в двух свойствах созерцания: рош и гуф, и называются вторым распространением (итпаштут бэт), являясь свойством «сына» и порождения по отношению к первому парцуфу. А место их выхода — от пэ де-рош первого парцуфа и ниже; они облачаются на его тело и светят его телу, то есть всему тому месту, откуда ушло прежнее распространение, заполняя собой их место, смотри там внимательно причину и суть этого.</w:t>
      </w:r>
    </w:p>
    <w:p>
      <w:pPr>
        <w:spacing w:before="40" w:after="120"/>
        <w:jc w:val="both"/>
      </w:pPr>
      <w:r>
        <w:rPr>
          <w:rFonts w:ascii="Georgia" w:hAnsi="Georgia"/>
          <w:b w:val="0"/>
          <w:i w:val="0"/>
          <w:color w:val="000000"/>
          <w:sz w:val="24"/>
        </w:rPr>
        <w:t>И согласно этим положениям ты поймешь также, что после того, как разбились три мелеха: Даат, Хесед и Гвура, а также верхняя треть Тиферет — то есть в порядке очищения экрана снизу вверх, как сказано, пока он полностью не очистился и не прекратился свет зивуга в Аба ве-Има, как сказано выше, — тогда сам собой вернулся авиют второй стадии (бхина бэт) в масах, как сказано выше в «Паним Масбирот» (ветвь 9) и во «Введении», смотри там внимательно. И произошел новый зивуг на этот масах второй стадии, и вышли новые десять сфирот от этого зивуга: в первом созерцании (истаклют алеф) — для рош, и это называется ИШСУТ; а во втором созерцании (истаклют бэт) — для гуф, которые называются двумя нижними третями Тиферет, Нецах и Ход, Есод и Малхут, как будет с Б-жьей помощью сказано далее. И место их выхода — от пэ предшествующего парцуфа, то есть от пэ де-рош, называемого высшими Аба ве-Има; и оно облачается от пэ и ниже на гуф высших Аба ве-Има, то есть на место второго созерцания де-Аба ве-Има, распространившегося в Даат, Хесед, Гвуру и верхнюю треть Тиферет, вплоть до места хазе де-Тиферет. Таким образом, это хазе является буквально пэ де-ИШСУТ, а Малхут этого пэ распространилась вниз по закону второго созерцания в тело, чтобы завершить келим.</w:t>
      </w:r>
    </w:p>
    <w:p>
      <w:pPr>
        <w:spacing w:before="40" w:after="120"/>
        <w:jc w:val="both"/>
      </w:pPr>
      <w:r>
        <w:rPr>
          <w:rFonts w:ascii="Georgia" w:hAnsi="Georgia"/>
          <w:b w:val="0"/>
          <w:i w:val="0"/>
          <w:color w:val="000000"/>
          <w:sz w:val="24"/>
        </w:rPr>
        <w:t>И в этом ты поймешь тайну распространения КАХАБ на место Даат, Хеседа и Гвуры и верхней трети Тиферет до хазе, о чем говорится ниже в словах Учителя в ветвях 24 и 25, смотри там. А именно: наполнение ахораим де-Аба ве-Има по смыслу «головы», «ствола» и «тропы» (рейша, геза, швила), называемое КАХАБ де-Некудим, и их пребывание в свойстве большого состояния (гадлут) и ГАР этих КАХАБ, о чем мы подробно говорили выше, — вот, после аннулирования и разбиения они пали на уровень упомянутого второго распространения, называемого ИШСУТ, на место трех свойств де-ИШСУТ: рейша, геза и швила, находящихся на месте Даат, Хеседа и Гвуры до верхней трети Тиферет, как сказано выше. Таким образом, свойство нижнего кончика и швила (тропы), то есть совокупность пяти хасадим и пяти гвурот, находится на месте, где была верхняя треть Тиферет, называемом есодот де-ИШСУТ. А свойство геза (ствола) и тела буквы йод находится на месте, где были мелахим Хесед и Гвура, и они называются гуф де-ИШСУТ. Верхний же кончик и рейша (голова) — то есть соединение пяти хасадим и пяти гвурот, притянутое к ним из НЕХИ высших Аба ве-Има и называемое истаклют эйнаим де-ИШСУТ, — находится на месте разбившегося мелеха Даат, то есть от пэ де-рош де-Аба ве-Има до плеч, то есть в свойстве горла (гарон).</w:t>
      </w:r>
    </w:p>
    <w:p>
      <w:pPr>
        <w:spacing w:before="40" w:after="120"/>
        <w:jc w:val="both"/>
      </w:pPr>
      <w:r>
        <w:rPr>
          <w:rFonts w:ascii="Georgia" w:hAnsi="Georgia"/>
          <w:b w:val="0"/>
          <w:i w:val="0"/>
          <w:color w:val="000000"/>
          <w:sz w:val="24"/>
        </w:rPr>
        <w:t>Однако не ошибись, решив, будто сам ИШСУТ с самого начала разделился на эти три зивуга; ведь вся их основа — лишь один зивуг и десять сфирот, вышедших на огрубевший до второй стадии масах одновременно, от хазе и выше до пэ де-рош де-Аба ве-Има. Но поскольку нижние келим де-Некудим вышли разобщенными, на одной линии друг под другом, свет, притягиваемый от исправления линий де-ИШСУТ, мог распространяться в них не иначе как один за другим, так что их высота умалялась и опускалась, как сказано выше о высших Аба ве-Има, смотри там внимательно.</w:t>
      </w:r>
    </w:p>
    <w:p>
      <w:pPr>
        <w:spacing w:before="40" w:after="120"/>
        <w:jc w:val="both"/>
      </w:pPr>
      <w:r>
        <w:rPr>
          <w:rFonts w:ascii="Georgia" w:hAnsi="Georgia"/>
          <w:b w:val="0"/>
          <w:i w:val="0"/>
          <w:color w:val="000000"/>
          <w:sz w:val="24"/>
        </w:rPr>
        <w:t>И сначала произошел зивуг в свойстве истаклют эйнаим де-ИШСУТ, и поднялся отраженный свет от масаха в есодот де-ИШСУТ, то есть от места хазе и выше до пэ, и тогда вышли десять сфирот первого созерцания высотой в Кетер де-Бина, называемые истаклют эйнаим де-ИШСУТ. Затем, чтобы завершить келим, они распространились во втором созерцании от хазе и ниже до окончания Тиферет; и это также вся совокупность десяти сфирот второго созерцания, представляющих собой четыре света: Тиферет, НЕХИМ, как сказано выше.</w:t>
      </w:r>
    </w:p>
    <w:p>
      <w:pPr>
        <w:spacing w:before="40" w:after="120"/>
        <w:jc w:val="both"/>
      </w:pPr>
      <w:r>
        <w:rPr>
          <w:rFonts w:ascii="Georgia" w:hAnsi="Georgia"/>
          <w:b w:val="0"/>
          <w:i w:val="0"/>
          <w:color w:val="000000"/>
          <w:sz w:val="24"/>
        </w:rPr>
        <w:t>И об этом сказано: «Когда достиг свет двух нижних третей Тиферет, тогда завершили падение все ахораим высших Аба ве-Има». То есть после прихода второго распространения, когда вышли десять сфирот высотой в Кетер в рош и гуф, протянувшись до окончания Тиферет, оказалось, что свойство наполнения ахораим, увеличивавших большое состояние (гадлут) КАХАБ де-Некудим, — все это опустилось и умалилось до самого конца. Ибо они вышли из категории КАХАБ и спустились на уровень от пэ де-КАХАБ де-Некудим и ниже, то есть в Даат и ХАГАТ. И получается, что полностью завершились их спуск и выход из категории КАХАБ и высших Аба ве-Има, и пойми это как следует.</w:t>
      </w:r>
    </w:p>
    <w:p>
      <w:pPr>
        <w:spacing w:before="40" w:after="120"/>
        <w:jc w:val="both"/>
      </w:pPr>
      <w:r>
        <w:rPr>
          <w:rFonts w:ascii="Georgia" w:hAnsi="Georgia"/>
          <w:b/>
          <w:i w:val="0"/>
          <w:color w:val="000000"/>
          <w:sz w:val="24"/>
        </w:rPr>
        <w:t>«И притянул хасадим и гвурот в головы ИШСУТ...»</w:t>
      </w:r>
      <w:r>
        <w:rPr>
          <w:rFonts w:ascii="Georgia" w:hAnsi="Georgia"/>
          <w:b w:val="0"/>
          <w:i w:val="0"/>
          <w:color w:val="000000"/>
          <w:sz w:val="24"/>
        </w:rPr>
        <w:t xml:space="preserve"> — здесь необходимо хорошенько помнить все разъясненное в предшествующих ветвях относительно различия между высшими Аба ве-Има и ИШСУТ: они называются АБ и САГ. И главным образом следует помнить слова Учителя в ветви 16, где он разбирает разделение САГ: до своего разделения он весь является нуквой для АБ. После же того как САГ разделился на две стадии, первая стадия намекается в наполнении вав-далет (</w:t>
      </w:r>
      <w:r>
        <w:rPr>
          <w:rFonts w:ascii="Georgia" w:hAnsi="Georgia" w:cs="Times New Roman"/>
          <w:b/>
          <w:i w:val="0"/>
          <w:color w:val="000000"/>
          <w:sz w:val="24"/>
          <w:rtl/>
          <w:szCs w:val="32"/>
        </w:rPr>
        <w:t>ו״ד</w:t>
      </w:r>
      <w:r>
        <w:rPr>
          <w:rFonts w:ascii="Georgia" w:hAnsi="Georgia"/>
          <w:b w:val="0"/>
          <w:i w:val="0"/>
          <w:color w:val="000000"/>
          <w:sz w:val="24"/>
        </w:rPr>
        <w:t>) буквы йод (</w:t>
      </w:r>
      <w:r>
        <w:rPr>
          <w:rFonts w:ascii="Georgia" w:hAnsi="Georgia" w:cs="Times New Roman"/>
          <w:b/>
          <w:i w:val="0"/>
          <w:color w:val="000000"/>
          <w:sz w:val="24"/>
          <w:rtl/>
          <w:szCs w:val="32"/>
        </w:rPr>
        <w:t>יו״ד</w:t>
      </w:r>
      <w:r>
        <w:rPr>
          <w:rFonts w:ascii="Georgia" w:hAnsi="Georgia"/>
          <w:b w:val="0"/>
          <w:i w:val="0"/>
          <w:color w:val="000000"/>
          <w:sz w:val="24"/>
        </w:rPr>
        <w:t>) общего Имени АВАЯ и называется ЭЙЕ де-йодин; она представляет собой нукву для АБ, именуемую высшей Имой (Има илаа). Вторая же стадия намекается в первой букве хэй (</w:t>
      </w:r>
      <w:r>
        <w:rPr>
          <w:rFonts w:ascii="Georgia" w:hAnsi="Georgia" w:cs="Times New Roman"/>
          <w:b/>
          <w:i w:val="0"/>
          <w:color w:val="000000"/>
          <w:sz w:val="24"/>
          <w:rtl/>
          <w:szCs w:val="32"/>
        </w:rPr>
        <w:t>ה</w:t>
      </w:r>
      <w:r>
        <w:rPr>
          <w:rFonts w:ascii="Georgia" w:hAnsi="Georgia"/>
          <w:b w:val="0"/>
          <w:i w:val="0"/>
          <w:color w:val="000000"/>
          <w:sz w:val="24"/>
        </w:rPr>
        <w:t>) общего Имени АВАЯ и называется АВАЯ де-САГ и ИШСУТ. И смотри в «Паним Масбирот» подробное объяснение этого: в силу исправления линий и подъема МАН каждая ступень и каждый рош разделились на два свойства: внутреннее и внешнее, а именно в никвей эйнаим. Таким образом, десять сфирот рош де-САГ: Кетер, Хохма, Бина и ЗОН, именуемые Гальгальта, эйнаим и озэн, хотэм, пэ, разделились на два рош: внутренний рош выходит от глаз и выше, и он называется АБ или высшие Аба ве-Има; а внешний рош выходит от глаз и ниже, то есть в озэн, хотэм, пэ, и он называется САГ или ИШСУТ. И в этом тайна разделения САГ на две стадии, упомянутого в словах Учителя.</w:t>
      </w:r>
    </w:p>
    <w:p>
      <w:pPr>
        <w:spacing w:before="40" w:after="120"/>
        <w:jc w:val="both"/>
      </w:pPr>
      <w:r>
        <w:rPr>
          <w:rFonts w:ascii="Georgia" w:hAnsi="Georgia"/>
          <w:b w:val="0"/>
          <w:i w:val="0"/>
          <w:color w:val="000000"/>
          <w:sz w:val="24"/>
        </w:rPr>
        <w:t>И здесь есть три основных различия:</w:t>
      </w:r>
    </w:p>
    <w:p>
      <w:pPr>
        <w:spacing w:before="40" w:after="120"/>
        <w:jc w:val="both"/>
      </w:pPr>
      <w:r>
        <w:rPr>
          <w:rFonts w:ascii="Georgia" w:hAnsi="Georgia"/>
          <w:b w:val="0"/>
          <w:i w:val="0"/>
          <w:color w:val="000000"/>
          <w:sz w:val="24"/>
        </w:rPr>
        <w:t>1) Малхут, представляющая собой нижнюю хэй, которая до разделения находилась на месте пэ де-рош, поднялась теперь на место никвей эйнаим. А Хохма, представляющая собой глаза (эйнаим), исправилась вместе с ней как мужское и женское (дхар ве-нуква), и потому десять сфирот де-рош вышли от глаз и выше — из-за подъема Малхут из пэ в эйнаим. И в силу этого оказывается, что во внешнем рош, называемом АХАП, отсутствует нижняя хэй, и в этом рош есть только буквы йод-хэй-вав (</w:t>
      </w:r>
      <w:r>
        <w:rPr>
          <w:rFonts w:ascii="Georgia" w:hAnsi="Georgia" w:cs="Times New Roman"/>
          <w:b/>
          <w:i w:val="0"/>
          <w:color w:val="000000"/>
          <w:sz w:val="24"/>
          <w:rtl/>
          <w:szCs w:val="32"/>
        </w:rPr>
        <w:t>יה״ו</w:t>
      </w:r>
      <w:r>
        <w:rPr>
          <w:rFonts w:ascii="Georgia" w:hAnsi="Georgia"/>
          <w:b w:val="0"/>
          <w:i w:val="0"/>
          <w:color w:val="000000"/>
          <w:sz w:val="24"/>
        </w:rPr>
        <w:t>), поскольку она уже поднялась в никвей эйнаим, как приведено в словах Учителя выше в ветви 14 по тайне слов «я сплю» (</w:t>
      </w:r>
      <w:r>
        <w:rPr>
          <w:rFonts w:ascii="Georgia" w:hAnsi="Georgia"/>
          <w:b w:val="0"/>
          <w:i/>
          <w:color w:val="000000"/>
          <w:sz w:val="24"/>
        </w:rPr>
        <w:t>ани йешена</w:t>
      </w:r>
      <w:r>
        <w:rPr>
          <w:rFonts w:ascii="Georgia" w:hAnsi="Georgia"/>
          <w:b w:val="0"/>
          <w:i w:val="0"/>
          <w:color w:val="000000"/>
          <w:sz w:val="24"/>
        </w:rPr>
        <w:t xml:space="preserve">, </w:t>
      </w:r>
      <w:r>
        <w:rPr>
          <w:rFonts w:ascii="Georgia" w:hAnsi="Georgia" w:cs="Times New Roman"/>
          <w:b/>
          <w:i w:val="0"/>
          <w:color w:val="000000"/>
          <w:sz w:val="24"/>
          <w:rtl/>
          <w:szCs w:val="32"/>
        </w:rPr>
        <w:t>אֲנִי יְשֵׁנָה</w:t>
      </w:r>
      <w:r>
        <w:rPr>
          <w:rFonts w:ascii="Georgia" w:hAnsi="Georgia"/>
          <w:b w:val="0"/>
          <w:i w:val="0"/>
          <w:color w:val="000000"/>
          <w:sz w:val="24"/>
        </w:rPr>
        <w:t>) — «я вторая» (</w:t>
      </w:r>
      <w:r>
        <w:rPr>
          <w:rFonts w:ascii="Georgia" w:hAnsi="Georgia"/>
          <w:b w:val="0"/>
          <w:i/>
          <w:color w:val="000000"/>
          <w:sz w:val="24"/>
        </w:rPr>
        <w:t>ани шния</w:t>
      </w:r>
      <w:r>
        <w:rPr>
          <w:rFonts w:ascii="Georgia" w:hAnsi="Georgia"/>
          <w:b w:val="0"/>
          <w:i w:val="0"/>
          <w:color w:val="000000"/>
          <w:sz w:val="24"/>
        </w:rPr>
        <w:t xml:space="preserve">, </w:t>
      </w:r>
      <w:r>
        <w:rPr>
          <w:rFonts w:ascii="Georgia" w:hAnsi="Georgia" w:cs="Times New Roman"/>
          <w:b/>
          <w:i w:val="0"/>
          <w:color w:val="000000"/>
          <w:sz w:val="24"/>
          <w:rtl/>
          <w:szCs w:val="32"/>
        </w:rPr>
        <w:t>אֲנִי שְׁנִיָּה</w:t>
      </w:r>
      <w:r>
        <w:rPr>
          <w:rFonts w:ascii="Georgia" w:hAnsi="Georgia"/>
          <w:b w:val="0"/>
          <w:i w:val="0"/>
          <w:color w:val="000000"/>
          <w:sz w:val="24"/>
        </w:rPr>
        <w:t>), смотри там внимательно. 2) ИШСУТ, являющийся упомянутым внешним рош, уже вышел из категории рош и стал свойством тела (гуф) и ХАГАТ. Ибо все отличие рош от гуф состоит в следующем: в рош его корнем является Бесконечный (Эйн Соф), благословен Он, а нуква и отраженный свет служат там снизу вверх. В теле же сама нуква и отраженный свет становятся для него корнем, то есть та самая нуква, которая служит в рош и поднимает там десять сфирот отраженного света снизу вверх, сама распространяется во второй раз сверху вниз по закону второго созерцания, от чего и образуется тело; таким образом, нуква является его корнем, и пойми это как следует.</w:t>
      </w:r>
    </w:p>
    <w:p>
      <w:pPr>
        <w:spacing w:before="40" w:after="120"/>
        <w:jc w:val="both"/>
      </w:pPr>
      <w:r>
        <w:rPr>
          <w:rFonts w:ascii="Georgia" w:hAnsi="Georgia"/>
          <w:b w:val="0"/>
          <w:i w:val="0"/>
          <w:color w:val="000000"/>
          <w:sz w:val="24"/>
        </w:rPr>
        <w:t>И потому, после того как Малхут и нижняя хэй в пэ исправилась как нуква для Хохмы на месте никвей эйнаим, АХАП оказываются порождением этой нуквы в глазах, и потому они уже суть тело, а не рош. И в этом тайна сказанного: «Аба вывел Иму наружу ради ее сына, а сам Аба исправился как мужское и женское», как подробно написано в предшествующих ветвях. 3) Это разделение действует во время малого состояния (катнут) парцуфим; однако при обретении большого состояния (гадлут) Малхут из никвей эйнаим возвращается на свое прежнее место в пэ, и внутренний зивуг высших Аба ве-Има происходит в пэ де-рош. Вследствие этого АХАП, ставшие телом, возвращаются к свойству рош, как было до разделения; и потому теперь считается, что ИШСУТ и высшие Аба ве-Има стали одним парцуфом, и пойми это как следует.</w:t>
      </w:r>
    </w:p>
    <w:p>
      <w:pPr>
        <w:spacing w:before="40" w:after="120"/>
        <w:jc w:val="both"/>
      </w:pPr>
      <w:r>
        <w:rPr>
          <w:rFonts w:ascii="Georgia" w:hAnsi="Georgia"/>
          <w:b w:val="0"/>
          <w:i w:val="0"/>
          <w:color w:val="000000"/>
          <w:sz w:val="24"/>
        </w:rPr>
        <w:t>И необходимо помнить эти три различия в каждом слове этого исследования.</w:t>
      </w:r>
    </w:p>
    <w:p>
      <w:pPr>
        <w:spacing w:before="40" w:after="120"/>
        <w:jc w:val="both"/>
      </w:pPr>
      <w:r>
        <w:rPr>
          <w:rFonts w:ascii="Georgia" w:hAnsi="Georgia"/>
          <w:b w:val="0"/>
          <w:i w:val="0"/>
          <w:color w:val="000000"/>
          <w:sz w:val="24"/>
        </w:rPr>
        <w:t>И в этом ты поймешь: после того как ахораим де-Аба ве-Има полностью опустились и они вернулись к состоянию ахор бе-ахор и катнут, произошло разделение САГ на две стадии. И тогда десять сфирот де-ИШСУТ, являющиеся АХАП, вышли наружу из рош и по отношению к высшим Аба ве-Има оцениваются как ХАГАТ и тело, поскольку нуква высших Аба ве-Има является их корнем, и пойми это. Однако при всем том в них различаются рош и гуф, а именно по причине обновления келим в них — келим от масаха второй стадии (бхина бэт), обновившихся теперь в этом рош, как сказано выше. Ведь в первом созерцании (истаклют алеф) выходят лишь корни этих келим, и тогда это называется рош, а во втором созерцании (истаклют бэт), называемом телом (гуф), они завершаются, как известно.</w:t>
      </w:r>
    </w:p>
    <w:p>
      <w:pPr>
        <w:spacing w:before="40" w:after="120"/>
        <w:jc w:val="both"/>
      </w:pPr>
      <w:r>
        <w:rPr>
          <w:rFonts w:ascii="Georgia" w:hAnsi="Georgia"/>
          <w:b w:val="0"/>
          <w:i w:val="0"/>
          <w:color w:val="000000"/>
          <w:sz w:val="24"/>
        </w:rPr>
        <w:t>И потому здесь также различаются пять градаций авиюта в масахе второй стадии, подобно тому как мы объясняли выше относительно масаха высших Аба ве-Има, обладавшего масахом четвертой стадии (бхина далет).</w:t>
      </w:r>
    </w:p>
    <w:p>
      <w:pPr>
        <w:spacing w:before="40" w:after="120"/>
        <w:jc w:val="both"/>
      </w:pPr>
      <w:r>
        <w:rPr>
          <w:rFonts w:ascii="Georgia" w:hAnsi="Georgia"/>
          <w:b w:val="0"/>
          <w:i w:val="0"/>
          <w:color w:val="000000"/>
          <w:sz w:val="24"/>
        </w:rPr>
        <w:t>И сначала проявилась четвертая стадия в масахе де-ИШСУТ, и произошел зивуг высотой в Кетер — однако в Кетер де-Бина, поскольку весь этот масах в целом относится лишь ко второй стадии, как сказано выше. А затем осуществилось второе созерцание, и свет протянулся к двум третям Тиферет. Однако помни сказанное выше: в этом втором созерцании совокупность света десяти сфирот, называемых ИШСУТ, сразу и единовременно притянулась к Тиферет; три же части, вышедшие затем в НЕХИМ, являются лишь умалениями, так как этот общий свет в Тиферет последовательно умалялся один за другим по причине разбиения.</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«А когда он умер, опустились три мелеха в пятое кли, то есть в Нецах»</w:t>
      </w:r>
      <w:r>
        <w:rPr>
          <w:rFonts w:ascii="Georgia" w:hAnsi="Georgia"/>
          <w:b w:val="0"/>
          <w:i w:val="0"/>
          <w:color w:val="000000"/>
          <w:sz w:val="24"/>
        </w:rPr>
        <w:t>. То есть высота света, находившегося в Тиферет, умалилась с уровня Кетер и снизилась до высоты Хохма; ведь второе созерцание высоты Хохма де-Бина протянулось к Нецаху, который все еще включает в себя трех мелахим.</w:t>
      </w:r>
    </w:p>
    <w:p>
      <w:pPr>
        <w:spacing w:before="40" w:after="120"/>
        <w:jc w:val="both"/>
      </w:pPr>
      <w:r>
        <w:rPr>
          <w:rFonts w:ascii="Georgia" w:hAnsi="Georgia"/>
          <w:b w:val="0"/>
          <w:i w:val="0"/>
          <w:color w:val="000000"/>
          <w:sz w:val="24"/>
        </w:rPr>
        <w:t xml:space="preserve">19) </w:t>
      </w:r>
      <w:r>
        <w:rPr>
          <w:rFonts w:ascii="Georgia" w:hAnsi="Georgia"/>
          <w:b/>
          <w:i w:val="0"/>
          <w:color w:val="000000"/>
          <w:sz w:val="24"/>
        </w:rPr>
        <w:t>«Затем правил Нецах и притянул пять хасадим в гуф Исраэль Саба…»</w:t>
      </w:r>
      <w:r>
        <w:rPr>
          <w:rFonts w:ascii="Georgia" w:hAnsi="Georgia"/>
          <w:b w:val="0"/>
          <w:i w:val="0"/>
          <w:color w:val="000000"/>
          <w:sz w:val="24"/>
        </w:rPr>
        <w:t>: ведь после того как умер мелех Тиферет и аннулировался масах четвертой стадии (бхина далет), масах принял третью стадию (бхина гимель). От этого зивуга вышел гуф Исраэль Саба с пятью хасадим, то есть на уровне Хохма де-Бина; а поскольку Хохма находится на правой линии, [эти света] называются пятью хасадим. Все это объясняется так же, как мы объясняли выше относительно высших Аба ве-Има (см. там). Второе распространение Исраэль Саба протянулось к мелеху Нецаха. А когда тот умер и аннулировались кли и масах третьей стадии, отменился зивуг лицевой стороны (паним) Исраэль Саба, и он обратил свой ахор к паним Има, чтобы светить ей свойством ахор мужского начала, как сказано выше об Аба ве-Има (см. там).</w:t>
      </w:r>
    </w:p>
    <w:p>
      <w:pPr>
        <w:spacing w:before="40" w:after="120"/>
        <w:jc w:val="both"/>
      </w:pPr>
      <w:r>
        <w:rPr>
          <w:rFonts w:ascii="Georgia" w:hAnsi="Georgia"/>
          <w:b w:val="0"/>
          <w:i w:val="0"/>
          <w:color w:val="000000"/>
          <w:sz w:val="24"/>
        </w:rPr>
        <w:t xml:space="preserve">20) </w:t>
      </w:r>
      <w:r>
        <w:rPr>
          <w:rFonts w:ascii="Georgia" w:hAnsi="Georgia"/>
          <w:b/>
          <w:i w:val="0"/>
          <w:color w:val="000000"/>
          <w:sz w:val="24"/>
        </w:rPr>
        <w:t>«Затем правил Ход и притянул пять гвурот в гуф Твуны…»</w:t>
      </w:r>
      <w:r>
        <w:rPr>
          <w:rFonts w:ascii="Georgia" w:hAnsi="Georgia"/>
          <w:b w:val="0"/>
          <w:i w:val="0"/>
          <w:color w:val="000000"/>
          <w:sz w:val="24"/>
        </w:rPr>
        <w:t>: ведь после того как аннулировался масах третьей стадии, [он] принял вторую стадию (бхина бэт), и тогда произошел зивуг для свойства Твуна, то есть в десяти сфирот на уровне Бина де-Бина. Второе распространение протянулось к мелеху Хода. И хотя они правили один за другим, тем не менее оба они — один мелех. Ведь во время их правления, когда к ним притягивалось свойство паним ИШСУТ, они, конечно, были двумя мелахим, поскольку Нецах — это распространение Исраэль Саба, а Ход — распространение Твуны. Однако во время разбиения они возвращаются к единому свойству на левой линии, как сказано в «Паним Масбирот» (пункт 24). Отсюда знай, что паним Нецаха и Хода — это два кли: одно на правой линии, а другое на левой линии; однако когда они находятся в состоянии ахор, они оба относятся исключительно к левой линии.</w:t>
      </w:r>
    </w:p>
    <w:p>
      <w:pPr>
        <w:spacing w:before="40" w:after="120"/>
        <w:jc w:val="both"/>
      </w:pPr>
      <w:r>
        <w:rPr>
          <w:rFonts w:ascii="Georgia" w:hAnsi="Georgia"/>
          <w:b w:val="0"/>
          <w:i w:val="0"/>
          <w:color w:val="000000"/>
          <w:sz w:val="24"/>
        </w:rPr>
        <w:t xml:space="preserve">21) </w:t>
      </w:r>
      <w:r>
        <w:rPr>
          <w:rFonts w:ascii="Georgia" w:hAnsi="Georgia"/>
          <w:b/>
          <w:i w:val="0"/>
          <w:color w:val="000000"/>
          <w:sz w:val="24"/>
        </w:rPr>
        <w:t>«Затем правил шестой мелех, который есть Есод…»</w:t>
      </w:r>
      <w:r>
        <w:rPr>
          <w:rFonts w:ascii="Georgia" w:hAnsi="Georgia"/>
          <w:b w:val="0"/>
          <w:i w:val="0"/>
          <w:color w:val="000000"/>
          <w:sz w:val="24"/>
        </w:rPr>
        <w:t>: и это — в силу очищения экрана до первой стадии (бхина алеф). Он называется включением пяти хасадим, потому что здесь место зивуга в рош де-ИШСУТ снизу вверх по тайне нижнего пути, подобно тому как объяснялось о тайне головы, ствола и пути (рейша, гизъа ве-швила) в Аба ве-Има (см. там).</w:t>
      </w:r>
    </w:p>
    <w:p>
      <w:pPr>
        <w:spacing w:before="40" w:after="120"/>
        <w:jc w:val="both"/>
      </w:pPr>
      <w:r>
        <w:rPr>
          <w:rFonts w:ascii="Georgia" w:hAnsi="Georgia"/>
          <w:b w:val="0"/>
          <w:i w:val="0"/>
          <w:color w:val="000000"/>
          <w:sz w:val="24"/>
        </w:rPr>
        <w:t xml:space="preserve">22) </w:t>
      </w:r>
      <w:r>
        <w:rPr>
          <w:rFonts w:ascii="Georgia" w:hAnsi="Georgia"/>
          <w:b/>
          <w:i w:val="0"/>
          <w:color w:val="000000"/>
          <w:sz w:val="24"/>
        </w:rPr>
        <w:t>«Затем правил седьмой мелех… и включение пяти гвурот в Малхут Твуны…»</w:t>
      </w:r>
      <w:r>
        <w:rPr>
          <w:rFonts w:ascii="Georgia" w:hAnsi="Georgia"/>
          <w:b w:val="0"/>
          <w:i w:val="0"/>
          <w:color w:val="000000"/>
          <w:sz w:val="24"/>
        </w:rPr>
        <w:t>: уже объяснялось, что весь этот рош ИШСУТ — это АХАП, вышедший наружу из рош высших Аба ве-Има (см. там обо всех трех различиях). И оказывается, что до того как АХАП вышли наружу, зивуг высших Аба ве-Има происходил в пэ, объединявшем оба этих рош вместе. Ведь в состоянии гадлута зивуг совершается внизу, в пэ, и ИШСУТ, являющиеся АХАП, становятся подобны высшим Аба ве-Има, как объяснялось там в третьем различии. Но затем, когда аннулировались зивуг и состояние паним бе-паним высших Аба ве-Има, АХАП разделились, вышли наружу и стали править в качестве ИШСУТ. И выходит, что Малхут, находящаяся в пэ де-АХАП, служила также и высшим Аба ве-Има. И хотя она уже очистилась от свойства Малхут высших Аба ве-Има, как сказано выше, тем не менее и здесь, в ИШСУТ, она также очистилась до стадии шореш, как сказано выше. И если так, ей более подобает распространяться в свойстве Малхут высших Аба ве-Има, которая в ней, поскольку это более важная ступень.</w:t>
      </w:r>
    </w:p>
    <w:p>
      <w:pPr>
        <w:spacing w:before="40" w:after="120"/>
        <w:jc w:val="both"/>
      </w:pPr>
      <w:r>
        <w:rPr>
          <w:rFonts w:ascii="Georgia" w:hAnsi="Georgia"/>
          <w:b w:val="0"/>
          <w:i w:val="0"/>
          <w:color w:val="000000"/>
          <w:sz w:val="24"/>
        </w:rPr>
        <w:t xml:space="preserve">Поэтому Есод и Малхут вышли здесь в виде двух свойств включения (клалут). Значение этого — свойство масаха, на котором совершается зивуг, как сказано выше: то включение, которое относится к рош ИШСУТ, вышло в кли Есода, а то включение, которое осталось в пэ со времени служения высшим Аба ве-Има, вышло в Малхут. И благодаря этому ты поймешь различие между </w:t>
      </w:r>
      <w:r>
        <w:rPr>
          <w:rFonts w:ascii="Georgia" w:hAnsi="Georgia"/>
          <w:b w:val="0"/>
          <w:i/>
          <w:color w:val="000000"/>
          <w:sz w:val="24"/>
        </w:rPr>
        <w:t>коль</w:t>
      </w:r>
      <w:r>
        <w:rPr>
          <w:rFonts w:ascii="Georgia" w:hAnsi="Georgia"/>
          <w:b w:val="0"/>
          <w:i w:val="0"/>
          <w:color w:val="000000"/>
          <w:sz w:val="24"/>
        </w:rPr>
        <w:t xml:space="preserve"> — «все» (</w:t>
      </w:r>
      <w:r>
        <w:rPr>
          <w:rFonts w:ascii="Georgia" w:hAnsi="Georgia" w:cs="Times New Roman"/>
          <w:b/>
          <w:i w:val="0"/>
          <w:color w:val="000000"/>
          <w:sz w:val="24"/>
          <w:rtl/>
          <w:szCs w:val="32"/>
        </w:rPr>
        <w:t>כֹּל</w:t>
      </w:r>
      <w:r>
        <w:rPr>
          <w:rFonts w:ascii="Georgia" w:hAnsi="Georgia"/>
          <w:b w:val="0"/>
          <w:i w:val="0"/>
          <w:color w:val="000000"/>
          <w:sz w:val="24"/>
        </w:rPr>
        <w:t xml:space="preserve">) и </w:t>
      </w:r>
      <w:r>
        <w:rPr>
          <w:rFonts w:ascii="Georgia" w:hAnsi="Georgia"/>
          <w:b w:val="0"/>
          <w:i/>
          <w:color w:val="000000"/>
          <w:sz w:val="24"/>
        </w:rPr>
        <w:t>кала</w:t>
      </w:r>
      <w:r>
        <w:rPr>
          <w:rFonts w:ascii="Georgia" w:hAnsi="Georgia"/>
          <w:b w:val="0"/>
          <w:i w:val="0"/>
          <w:color w:val="000000"/>
          <w:sz w:val="24"/>
        </w:rPr>
        <w:t xml:space="preserve"> — «невеста» (</w:t>
      </w:r>
      <w:r>
        <w:rPr>
          <w:rFonts w:ascii="Georgia" w:hAnsi="Georgia" w:cs="Times New Roman"/>
          <w:b/>
          <w:i w:val="0"/>
          <w:color w:val="000000"/>
          <w:sz w:val="24"/>
          <w:rtl/>
          <w:szCs w:val="32"/>
        </w:rPr>
        <w:t>כַּלָּה</w:t>
      </w:r>
      <w:r>
        <w:rPr>
          <w:rFonts w:ascii="Georgia" w:hAnsi="Georgia"/>
          <w:b w:val="0"/>
          <w:i w:val="0"/>
          <w:color w:val="000000"/>
          <w:sz w:val="24"/>
        </w:rPr>
        <w:t>); и в этом тайна «Аба основал дочь» (</w:t>
      </w:r>
      <w:r>
        <w:rPr>
          <w:rFonts w:ascii="Georgia" w:hAnsi="Georgia"/>
          <w:b w:val="0"/>
          <w:i/>
          <w:color w:val="000000"/>
          <w:sz w:val="24"/>
        </w:rPr>
        <w:t>Аба ясад барта</w:t>
      </w:r>
      <w:r>
        <w:rPr>
          <w:rFonts w:ascii="Georgia" w:hAnsi="Georgia"/>
          <w:b w:val="0"/>
          <w:i w:val="0"/>
          <w:color w:val="000000"/>
          <w:sz w:val="24"/>
        </w:rPr>
        <w:t>), пойми же это, и здесь не место распространяться. И это то, что объяснил Учитель относительно хазе: что там нет подлинной Малхут и т.д., и это согласуется с нашими словами. Однако он намекает на свойства Аба ве-Има и ИШСУТ мира Исправления, которые подобным образом облачают АА Ацилута, объяснение которых здесь еще не входит в нашу задачу.</w:t>
      </w:r>
    </w:p>
    <w:p>
      <w:pPr>
        <w:keepNext/>
        <w:spacing w:before="320" w:after="120"/>
      </w:pPr>
      <w:r>
        <w:rPr>
          <w:rFonts w:ascii="Georgia" w:hAnsi="Georgia"/>
          <w:b w:val="0"/>
          <w:i w:val="0"/>
          <w:color w:val="000000"/>
          <w:sz w:val="32"/>
        </w:rPr>
        <w:t>Паним Масбирот</w:t>
      </w:r>
    </w:p>
    <w:p>
      <w:pPr>
        <w:spacing w:before="40" w:after="120"/>
        <w:jc w:val="both"/>
      </w:pPr>
      <w:r>
        <w:rPr>
          <w:rFonts w:ascii="Georgia" w:hAnsi="Georgia"/>
          <w:b w:val="0"/>
          <w:i w:val="0"/>
          <w:color w:val="000000"/>
          <w:sz w:val="24"/>
        </w:rPr>
        <w:t>1) Теперь объясним, как произошло разбиение келим (швират а-келим) во всех семи нижних сфирот (ЗАТ) пяти точек и даже в ЗАТ Атика, что Учитель подробно разбирал в предыдущей ветви. Выше в «Паним Масбирот» (ветвь 10, пункт 3) уже объяснялось, что всё сказанное о десяти сфирот Некудим относится не к внешним АБ, САГ, МА и БОН парцуфа БОН, а только к рош и гуф внутреннего парцуфа БОН. Там вначале вышли десять сфирот де-рош равного уровня вплоть до Кетер де-Кетер, называемые КАХАБ ЗОН, и даже Нуква в рош тоже была равного уровня вплоть до Кетера, как сказано там, и они устояли. А затем Малхут де-рош должна была распространиться в десять сфирот КАХАБ ЗОН свойства гуф по тайне второго созерцания (истаклют бэт), и именно они разбились.</w:t>
      </w:r>
    </w:p>
    <w:p>
      <w:pPr>
        <w:spacing w:before="40" w:after="120"/>
        <w:jc w:val="both"/>
      </w:pPr>
      <w:r>
        <w:rPr>
          <w:rFonts w:ascii="Georgia" w:hAnsi="Georgia"/>
          <w:b w:val="0"/>
          <w:i w:val="0"/>
          <w:color w:val="000000"/>
          <w:sz w:val="24"/>
        </w:rPr>
        <w:t>Причина в том, что в них не было свойства исправления линий (тиккун кавим), ведь исправление линий распространилось лишь до пэ мира Некудим, то есть до Малхут де-рош, как сказано выше в предыдущих ветвях. И ты уже знаешь, что гуф внутреннего парцуфа называется Гальгальта, и из этого парцуфа Гальгальта исходят и выходят четыре ступени: АБ, САГ, МА и БОН, облачаясь на него от его головы до его окончания. Поэтому ты ясно поймешь, что эти четыре ступени — АБ, САГ, МА и БОН — вовсе не раскрылись в десяти сфирот Некудим: ведь сам парцуф Гальгальта не имел исправления линий для собственного строения, и тем более не было в нем силы произвести свои порождения — АБ, САГ, МА и БОН, согласно словам Учителя там, в ветви 10 (см. там). И мы приходим к выводу, что разбиение произошло главным образом лишь в ЗАТ Атика, то есть в том, что называется парцуфом Гальгальта.</w:t>
      </w:r>
    </w:p>
    <w:p>
      <w:pPr>
        <w:spacing w:before="40" w:after="120"/>
        <w:jc w:val="both"/>
      </w:pPr>
      <w:r>
        <w:rPr>
          <w:rFonts w:ascii="Georgia" w:hAnsi="Georgia"/>
          <w:b w:val="0"/>
          <w:i w:val="0"/>
          <w:color w:val="000000"/>
          <w:sz w:val="24"/>
        </w:rPr>
        <w:t xml:space="preserve">Однако АА, Аба ве-Има и ЗОН непременно включены в парцуф Гальгальта, поскольку им предстоит выйти из него по тайне четырех ступеней АБ, САГ, МА и БОН, как прямо говорит там Учитель (в ветви 10, пункт 20), и вот его слова: </w:t>
      </w:r>
      <w:r>
        <w:rPr>
          <w:rFonts w:ascii="Georgia" w:hAnsi="Georgia"/>
          <w:b/>
          <w:i w:val="0"/>
          <w:color w:val="000000"/>
          <w:sz w:val="24"/>
        </w:rPr>
        <w:t>«И вот три света внутри этих первых точек распространяются и выводят до числа 10, и они — свойство десяти сфирот Атика. А семь точек, оставшихся от десяти первых точек, — это тайна АА, Аба ве-Има и ЗОН…»</w:t>
      </w:r>
      <w:r>
        <w:rPr>
          <w:rFonts w:ascii="Georgia" w:hAnsi="Georgia"/>
          <w:b w:val="0"/>
          <w:i w:val="0"/>
          <w:color w:val="000000"/>
          <w:sz w:val="24"/>
        </w:rPr>
        <w:t xml:space="preserve"> До сих пор его слова. Отсюда с очевидностью следует, что в этих ЗАТ, которые разбились, включены АА, Аба ве-Има и ЗОН, так что вышли лишь ГАР Атика, а остальные АБ, САГ, МА и БОН, являющиеся Аба ве-Има и ЗОН, вовсе не вышли, поскольку в Гальгальте не было исправления линий.</w:t>
      </w:r>
    </w:p>
    <w:p>
      <w:pPr>
        <w:spacing w:before="40" w:after="120"/>
        <w:jc w:val="both"/>
      </w:pPr>
      <w:r>
        <w:rPr>
          <w:rFonts w:ascii="Georgia" w:hAnsi="Georgia"/>
          <w:b w:val="0"/>
          <w:i w:val="0"/>
          <w:color w:val="000000"/>
          <w:sz w:val="24"/>
        </w:rPr>
        <w:t>И поэтому они остались включенными в Гальгальту и считаются частью разбиения келим, как подробно будет сказано в следующих ветвях с Б-жьей помощью. И согласно сказанному, нужно хорошо понять слова Учителя в предыдущей ветви, где он говорит, что во всех пяти точках произошло разбиение келим, при котором ГАР каждой точки устояли, а ЗАТ в каждой точке разбились. Это удивительно и на первый взгляд противоречит приведенным выше его словам из ветви 10, где он прямо говорит, что вышли лишь ГАР и ЗАТ Атика, как сказано выше. Кроме того, как можно утверждать, что АБ, САГ, МА и БОН вышли здесь, если сами ЗАТ Атика не могли выйти посредством зивуга, ведь там не было исправления линий, которое, как известно, представляет собой тайну весов (миткала) и зивуга? И этот вопрос ты поймешь из объясненного в предыдущих ветвях: эти пять точек, вышедшие из глаз (эйнаим), вышли лишь в виде келим, а затем к ним притянулись света из Есод де-АК, согласно сказанному Учителем выше в ветви 18 (см. там) и в «Паним Масбирот». Более того: даже келим, исходящие от света глаз, вышли не как завершенные келим, а лишь как точки — то есть как те точки и МАН, которые впоследствии, с приходом светов из Есод де-АК, станут пригодны для зивуга.</w:t>
      </w:r>
    </w:p>
    <w:p>
      <w:pPr>
        <w:spacing w:before="40" w:after="120"/>
        <w:jc w:val="both"/>
      </w:pPr>
      <w:r>
        <w:rPr>
          <w:rFonts w:ascii="Georgia" w:hAnsi="Georgia"/>
          <w:b w:val="0"/>
          <w:i w:val="0"/>
          <w:color w:val="000000"/>
          <w:sz w:val="24"/>
        </w:rPr>
        <w:t xml:space="preserve">И тогда келим завершатся во всех свойствах, включенных в них, как точно разъясняет Учитель в ветви 11 (пункт 8), и вот его слова: </w:t>
      </w:r>
      <w:r>
        <w:rPr>
          <w:rFonts w:ascii="Georgia" w:hAnsi="Georgia"/>
          <w:b/>
          <w:i w:val="0"/>
          <w:color w:val="000000"/>
          <w:sz w:val="24"/>
        </w:rPr>
        <w:t>«И вот каждая из этих точек должна включать в себя десять частных точек, чтобы впоследствии каждая из них стала одним парцуфом, состоящим из десяти сфирот…»</w:t>
      </w:r>
      <w:r>
        <w:rPr>
          <w:rFonts w:ascii="Georgia" w:hAnsi="Georgia"/>
          <w:b w:val="0"/>
          <w:i w:val="0"/>
          <w:color w:val="000000"/>
          <w:sz w:val="24"/>
        </w:rPr>
        <w:t xml:space="preserve"> До сих пор его слова, см. там. И ты видишь, что даже в ГАР мира Некудим еще вовсе нет десяти сфирот в каждой точке, поскольку в них еще вообще нет парцуфа, а есть лишь свойство МАН, благодаря которому впоследствии, когда к ним придет свет от НЕХИ де-АК, ГАР будут способны вывести десять сфирот из каждой своей точки, и это потому, что в них есть тайна исправления линий. Однако две нижние точки, являющиеся ЗАТ, не способны вывести десять сфирот из каждой своей точки из-за отсутствия исправления линий, как сказано выше.</w:t>
      </w:r>
    </w:p>
    <w:p>
      <w:pPr>
        <w:spacing w:before="40" w:after="120"/>
        <w:jc w:val="both"/>
      </w:pPr>
      <w:r>
        <w:rPr>
          <w:rFonts w:ascii="Georgia" w:hAnsi="Georgia"/>
          <w:b w:val="0"/>
          <w:i w:val="0"/>
          <w:color w:val="000000"/>
          <w:sz w:val="24"/>
        </w:rPr>
        <w:t>Затем, когда к ним пришел свет НЕХИ де-АК, в них произошел зивуг и вышли десять сфирот де-рош, называемые КАХАБ ЗОН, равного уровня вплоть до Кетера. И тогда оказывается, что каждая из этих пяти точек, вышедших из глаз, распространилась в десять сфирот — то есть до уровня Кетер, но лишь по тайне десяти сфирот де-рош, то есть от пэ де-рош и выше. Однако затем, когда Малхут де-рош распространилась сверху вниз по тайне второго созерцания, чтобы вывести десять сфирот де-гуф, келим разбились, а света ушли, как известно. Но знай, что в этих десяти сфирот де-рош, которые суть пять точек КАХАБ ЗОН, облачающих друг друга на равном уровне, следует еще различать три рош, расположенных один под другим (их суть мы уже подробно объяснили в предыдущих ветвях). Они называются Кетер, Хохма, Бина, и в каждом из этих трех рош есть десять сфирот равного уровня. А причину этого разделения ты уже знаешь: она проистекает из деления каждого рош надвое — от глаз и выше и по тайне АХАП. И основа рош, называемая Кетер, — это десять сфирот от глаз и выше. АХАП же рош де-Некудим называются ХУБ, и они тоже делятся на два рош по тайне внутреннего зивуга и внешнего зивуга. Внутренний зивуг называется высшими Аба ве-Има, или Аба, или Хохма; а десять сфирот внешнего зивуга называются ИШСУТ, или Има, или Бина, как мы подробно изложили выше (см. там). И это то, о чем мы сказали: в этих десяти сфирот рош де-Некудим, называемых КАХАБ ЗОН и облачающих друг друга на равном уровне, каждая отдельная точка рассматривается также по тайне трех рош — рош Кетера, рош Хохмы, рош Бины, а именно в различии внутреннего и внешнего зивугов, как сказано. И благодаря этому ты хорошо поймешь слова Учителя (в ветви 21, пункт 30), который поэтому разделяет десять сфирот де-Некудим на два свойства: о ГАР он говорит, что их ГАР устояли, а ЗАТ в них разбились; а о ЗОН говорит, что они разбились целиком — как в частностях, так и в целом.</w:t>
      </w:r>
    </w:p>
    <w:p>
      <w:pPr>
        <w:spacing w:before="40" w:after="120"/>
        <w:jc w:val="both"/>
      </w:pPr>
      <w:r>
        <w:rPr>
          <w:rFonts w:ascii="Georgia" w:hAnsi="Georgia"/>
          <w:b w:val="0"/>
          <w:i w:val="0"/>
          <w:color w:val="000000"/>
          <w:sz w:val="24"/>
        </w:rPr>
        <w:t xml:space="preserve">И вот его слова: </w:t>
      </w:r>
      <w:r>
        <w:rPr>
          <w:rFonts w:ascii="Georgia" w:hAnsi="Georgia"/>
          <w:b/>
          <w:i w:val="0"/>
          <w:color w:val="000000"/>
          <w:sz w:val="24"/>
        </w:rPr>
        <w:t>«Оказывается, что как в первых трех точках общего БОН, так и в двух последних точках — во всех них разбиение было одинаковым»</w:t>
      </w:r>
      <w:r>
        <w:rPr>
          <w:rFonts w:ascii="Georgia" w:hAnsi="Georgia"/>
          <w:b w:val="0"/>
          <w:i w:val="0"/>
          <w:color w:val="000000"/>
          <w:sz w:val="24"/>
        </w:rPr>
        <w:t xml:space="preserve">. </w:t>
      </w:r>
      <w:r>
        <w:rPr>
          <w:rFonts w:ascii="Georgia" w:hAnsi="Georgia"/>
          <w:b/>
          <w:i w:val="0"/>
          <w:color w:val="000000"/>
          <w:sz w:val="24"/>
        </w:rPr>
        <w:t>«Но есть различие: в первых трех точках вышли также ГАР в каждой точке и не разбились; однако в двух нижних точках, являющихся совокупностью семи мелахим, их ГАР не вышли…»</w:t>
      </w:r>
      <w:r>
        <w:rPr>
          <w:rFonts w:ascii="Georgia" w:hAnsi="Georgia"/>
          <w:b w:val="0"/>
          <w:i w:val="0"/>
          <w:color w:val="000000"/>
          <w:sz w:val="24"/>
        </w:rPr>
        <w:t xml:space="preserve"> До сих пор его слова. И это согласуется со сказанным нами: первые три точки, вышедшие в ГАР и ЗАТ, — это три рош: Кетер, ХУБ и ИШСУТ, которые также называются КАХАБ. И свойство гуф каждого из этих трех рош разбилось. Однако свойство рош каждого из них, несомненно, устояло, ведь все эти три рош находятся от пэ общих десяти сфирот Некудим и выше, где есть исправление линий; свойство же их ЗАТ, находящееся от пэ и ниже в каждом из трех упомянутых рош, уже лишено исправления линий, и потому они разбились. И именно это он подчеркивает, говоря: </w:t>
      </w:r>
      <w:r>
        <w:rPr>
          <w:rFonts w:ascii="Georgia" w:hAnsi="Georgia"/>
          <w:b/>
          <w:i w:val="0"/>
          <w:color w:val="000000"/>
          <w:sz w:val="24"/>
        </w:rPr>
        <w:t>«Однако в двух нижних точках, являющихся совокупностью семи мелахим, их ГАР не вышли»</w:t>
      </w:r>
      <w:r>
        <w:rPr>
          <w:rFonts w:ascii="Georgia" w:hAnsi="Georgia"/>
          <w:b w:val="0"/>
          <w:i w:val="0"/>
          <w:color w:val="000000"/>
          <w:sz w:val="24"/>
        </w:rPr>
        <w:t>, до сих пор его слова. То есть они представляют собой общий гуф Некудим, который находится от пэ де-Некудим и ниже, для которого совокупность трех рош считается как бы единым рош. И потому их ГАР не могли выйти из-за отсутствия исправления линий; ведь если бы в семи нижних [сфирот] было исправление линий, те три рош, что есть в рош, раскрылись бы также и в гуфе — от пэ общих Некудим и ниже. Ведь Малхут, являющаяся тайной пэ де-рош, раскрывает в гуфе всё, что облачает в рош. И потому, поскольку Малхут де-рош облачает их вплоть до высшего Кетера, ее уровень оказывается равным уровню всех трех упомянутых рош; следовательно, она должна была распространиться в гуф также в виде трех рош КАХАБ.</w:t>
      </w:r>
    </w:p>
    <w:p>
      <w:pPr>
        <w:spacing w:before="40" w:after="120"/>
        <w:jc w:val="both"/>
      </w:pPr>
      <w:r>
        <w:rPr>
          <w:rFonts w:ascii="Georgia" w:hAnsi="Georgia"/>
          <w:b w:val="0"/>
          <w:i w:val="0"/>
          <w:color w:val="000000"/>
          <w:sz w:val="24"/>
        </w:rPr>
        <w:t>Однако она не смогла распространиться из-за отсутствия исправления линий, и потому они разбились. И совершенно ясно, что у двух нижних точек, которые находятся от пэ де-рош общих десяти сфирот Некудим и ниже, три их рош вовсе не вышли, поскольку в них не было зивуга исправления линий, как сказано. Итак, выяснилось, что в действительности здесь вышли только внутренние рош и гуф парцуфа БОН, то есть ГАР и ЗАТ Атика де-БОН, согласно словам Учителя выше в ветви 10, где рош Атика сам по себе разделяется на три рош: КАХАБ, или Кетер, высшие Аба ве-Има и ИШСУТ, и это те ГАР, которые устояли. Гуф же каждого из этих трех рош также разбился, а именно в той мере, в какой они облачены от пэ и ниже. А гуф Атика — то есть от свойства Гальгальта и ниже этого парцуфа БОН — разбился целиком, так как в нем не было никакого зивуга исправления линий. А из того, что Учитель говорит, будто в двух нижних точках не вышли их ГАР, мы учим, что в Окончательном исправлении они также обретут свои ГАР, то есть три рош, и это произойдет благодаря влиянию Малхут общего рош Некудим.</w:t>
      </w:r>
    </w:p>
    <w:p>
      <w:pPr>
        <w:spacing w:before="40" w:after="120"/>
        <w:jc w:val="both"/>
      </w:pPr>
      <w:r>
        <w:rPr>
          <w:rFonts w:ascii="Georgia" w:hAnsi="Georgia"/>
          <w:b w:val="0"/>
          <w:i w:val="0"/>
          <w:color w:val="000000"/>
          <w:sz w:val="24"/>
        </w:rPr>
        <w:t xml:space="preserve">Пойми это хорошо. На первый взгляд против того, что здесь прямо и ясно написано, будто в двух нижних точках не вышли ГАР, можно возразить на основании сказанного в книге «Маво Шеарим» (врата 2, часть 3, глава 6), и вот его слова: </w:t>
      </w:r>
      <w:r>
        <w:rPr>
          <w:rFonts w:ascii="Georgia" w:hAnsi="Georgia"/>
          <w:b/>
          <w:i w:val="0"/>
          <w:color w:val="000000"/>
          <w:sz w:val="24"/>
        </w:rPr>
        <w:t>«И оказывается, что помимо объясненного нами в этих вратах относительно семи мелахим в общем виде в десяти корневых сфирот, также и в каждом отдельном парцуфе из этих пяти парцуфим после первых трех сфирот этого парцуфа имел место аспект семи мелахим»</w:t>
      </w:r>
      <w:r>
        <w:rPr>
          <w:rFonts w:ascii="Georgia" w:hAnsi="Georgia"/>
          <w:b w:val="0"/>
          <w:i w:val="0"/>
          <w:color w:val="000000"/>
          <w:sz w:val="24"/>
        </w:rPr>
        <w:t>, до сих пор его слова. Если так, то отсюда ясно следует, что и в двух последних парцуфим, являющихся ЗОН, вышли их ГАР и не разбились. И эту трудность я нашел в книге «а-Шемеш» б-жественного Рашаша (благословенна его память) к «Эц Хаим» (врата 9, глава 6). Исходя из этого, он говорит, что Раху (благословенна его память) изменил свое мнение.</w:t>
      </w:r>
    </w:p>
    <w:p>
      <w:pPr>
        <w:spacing w:before="40" w:after="120"/>
        <w:jc w:val="both"/>
      </w:pPr>
      <w:r>
        <w:rPr>
          <w:rFonts w:ascii="Georgia" w:hAnsi="Georgia"/>
          <w:b w:val="0"/>
          <w:i w:val="0"/>
          <w:color w:val="000000"/>
          <w:sz w:val="24"/>
        </w:rPr>
        <w:t>Но благодаря нашему объяснению выше мы видим, что «и те, и другие — слова живого Б-га», поскольку там, в «Маво Шеарим», речь идет не о трех упомянутых рош, вышедших один под другим, а о пяти точках КАХАБ ЗОН де-рош, вышедших снизу вверх. Ведь эти пять парцуфим действительно выходят одновременно благодаря зивугу на МАН по тайне первого созерцания, как известно. А затем Малхут де-рош распространяется в десять сфирот гуфа, являющиеся тайной двух нижних точек, которые составляют совокупность семи мелахим, называемых ЗОН или гуфом общих точек. И этот гуф относится главным образом к гуфу Атика, как сказано выше в ветви 10. Однако в нем есть совокупность этих пяти парцуфим — АА, Аба ве-Има и ЗОН, согласно словам Учителя там. И совокупность этих пяти парцуфим разбилась целиком, как написано там, и они называются пятью свойствами ЗАТ пяти свойств ГАР этих пяти парцуфим.</w:t>
      </w:r>
    </w:p>
    <w:p>
      <w:pPr>
        <w:spacing w:before="40" w:after="120"/>
        <w:jc w:val="both"/>
      </w:pPr>
      <w:r>
        <w:rPr>
          <w:rFonts w:ascii="Georgia" w:hAnsi="Georgia"/>
          <w:b w:val="0"/>
          <w:i w:val="0"/>
          <w:color w:val="000000"/>
          <w:sz w:val="24"/>
        </w:rPr>
        <w:t>Таким образом, совокупность десяти сфирот рош де-Некудим представляет собой пять свойств ГАР парцуфим АА, Аба ве-Има и ЗОН, а совокупность ЗАТ гуфа де-Некудим — это пять свойств ЗАТ парцуфим АА, Аба ве-Има и ЗОН, согласно словам Учителя, подробно разъясненным выше в ветви 10. И о них Учитель говорит в упомянутом «Маво Шеарим», что в каждом отдельном парцуфе из пяти парцуфим после того, как вышли ГАР, имел место аспект семи мелахим. А ЗОН в рош, чей уровень достигает Кетера, именно они считаются здесь за ГАР де-ЗА. Пойми это хорошо. Однако здесь он говорит о трех рош, выходящих один за другим, ведь он прямо говорит, что сначала вышел Кетер в ГАР и ЗАТ, а затем Хохма в ГАР и ЗАТ и т.д. А если так, то он с необходимостью говорит не о тех пяти парцуфим, уровень которых равен, поскольку те выходят одновременно благодаря отраженному свету, поднимающемуся от Малхут снизу вверх и уравнивающему высоту всех пяти парцуфим КАХАБ ЗОН с высотой Кетера; и раз они выходят одновременно, то ими он здесь вообще не занимается, а разбирает лишь три рош, выходящие один под другим. Их различие строится вовсе не на десяти сфирот КАХАБ ЗОН, а на двух зивугах — внутреннем и внешнем, благодаря чему в этих пяти парцуфим КАХАБ ЗОН де-рош есть трижды по десять сфирот, как сказано выше. А в гуфе, который от пэ и ниже, где нет зивуга исправления линий, определенно вовсе не было свойства ГАР, ведь даже ВАК разбились из-за того, что там не было зивуга, и это просто. Вернемся же к нашей теме — к объяснению слов Учителя об отмене ахораим Аба ве-Има, разъяснение которых мы уже начали в ветви 20 (см. там).</w:t>
      </w:r>
    </w:p>
    <w:p>
      <w:pPr>
        <w:spacing w:before="40" w:after="120"/>
        <w:jc w:val="both"/>
      </w:pPr>
      <w:r>
        <w:rPr>
          <w:rFonts w:ascii="Georgia" w:hAnsi="Georgia"/>
          <w:b w:val="0"/>
          <w:i w:val="0"/>
          <w:color w:val="000000"/>
          <w:sz w:val="24"/>
        </w:rPr>
        <w:t xml:space="preserve">Однако чтобы понять его слова в рассматриваемой нами ветви, которые </w:t>
      </w:r>
      <w:r>
        <w:rPr>
          <w:rFonts w:ascii="Georgia" w:hAnsi="Georgia"/>
          <w:b w:val="0"/>
          <w:i/>
          <w:color w:val="000000"/>
          <w:sz w:val="24"/>
        </w:rPr>
        <w:t>«шире моря»</w:t>
      </w:r>
      <w:r>
        <w:rPr>
          <w:rFonts w:ascii="Georgia" w:hAnsi="Georgia"/>
          <w:b w:val="0"/>
          <w:i w:val="0"/>
          <w:color w:val="000000"/>
          <w:sz w:val="24"/>
        </w:rPr>
        <w:t xml:space="preserve"> (Иов 11:9), мне необходимо подробнее остановиться на понимании общей стены в состоянии ахор бе-ахор и возвращения их в состояние паним бе-паним. И вот слова Учителя там (в ветви 22, пункт 2): </w:t>
      </w:r>
      <w:r>
        <w:rPr>
          <w:rFonts w:ascii="Georgia" w:hAnsi="Georgia"/>
          <w:b/>
          <w:i w:val="0"/>
          <w:color w:val="000000"/>
          <w:sz w:val="24"/>
        </w:rPr>
        <w:t>«И вот, когда они находятся ахор бе-ахор, у ЗОН есть лишь одна стена на двоих, и только одна стена разделяет их, и они пользуются одной стеной: половина стены — для ЗА, и половина стены — для Нуквы. Когда же человек возвращает их в состояние паним бе-паним посредством заповедей и добрых дел, тогда завершается и восполняется один полный ахор для ЗА и один полный ахор для Нуквы… ведь из Есод де-Бина выходят только Хесед и Гвура, а от ХУБ де-ЗА исходит лишь простое свечение…»</w:t>
      </w:r>
      <w:r>
        <w:rPr>
          <w:rFonts w:ascii="Georgia" w:hAnsi="Georgia"/>
          <w:b w:val="0"/>
          <w:i w:val="0"/>
          <w:color w:val="000000"/>
          <w:sz w:val="24"/>
        </w:rPr>
        <w:t xml:space="preserve"> До сих пор его слова, см. там. И чтобы понять эти вещи в их подлинной глубине, тебе нужно хорошо помнить всё, что мы объяснили там, в «Паним Масбирот», относительно мужского и женского начал, укоренившихся в двух парцуфим — внутреннем и внешнем де-БОН, которые вышли в силу подъема МАН. Ведь теперь последует завершение этих тем с Б-жьей помощью. И из объясненного там ты хорошо поймешь, почему ЗА всегда определяется в словах Учителя как свойство ХАГАТ, а Нуква — как свойство НЕХИ. Так же и при объяснении десяти корневых сфирот АА он говорит, что ХАГАТ де-АА — это три рош де-ЗА, а НЕХИ де-АА — это три рош де-Нуква (см. там).</w:t>
      </w:r>
    </w:p>
    <w:p>
      <w:pPr>
        <w:spacing w:before="40" w:after="120"/>
        <w:jc w:val="both"/>
      </w:pPr>
      <w:r>
        <w:rPr>
          <w:rFonts w:ascii="Georgia" w:hAnsi="Georgia"/>
          <w:b w:val="0"/>
          <w:i w:val="0"/>
          <w:color w:val="000000"/>
          <w:sz w:val="24"/>
        </w:rPr>
        <w:t>И вот там было объяснено, что как внутренний парцуф БОН, являющийся корнем ЗА, так и внешний парцуф, являющийся корнем Нуквы, оба происходят только от того, что ниже табура де-АК, а значит, они представляют собой лишь свойство НЕХИ десяти корневых сфирот. Однако внутренний протягивается и поднимается к АХАП де-ХАГАТ де-АК, вплоть до уровня ниже глаз парцуфа ХАГАТ, внешний же, являющийся корнем Нуквы, не сдвигается со своего места (см. там). И благодаря этому подъему внутреннего парцуфа во время сокращения НЕХИ де-АК в ХАГАТ де-АК он приобрел в себя свойство ХАГАТ десяти корневых сфирот, и потому о всяком мужском начале считается, что у него есть также свойство ХАГАТ от его корня. Нуква же, чей корень — из внешнего БОН, который никогда не может подняться выше табура, вовсе не имеет свойства ХАГАТ от своего корня; именно поэтому о всякой Нукве считается, что от своего корня у нее есть лишь только НЕХИ. Помни это во всех местах и пойми хорошо. И ты уже знаешь, что в силу подъема МАН к никвей эйнаим в каждом парцуфе образовались сторона ахор и сторона паним. Ведь благодаря первому корню, предшествовавшему МАН, в каждом парцуфе есть рош, тох, соф в совершенстве, и они составляют тайну десяти сфирот в аспекте келим каждого парцуфа.</w:t>
      </w:r>
    </w:p>
    <w:p>
      <w:pPr>
        <w:spacing w:before="40" w:after="120"/>
        <w:jc w:val="both"/>
      </w:pPr>
      <w:r>
        <w:rPr>
          <w:rFonts w:ascii="Georgia" w:hAnsi="Georgia"/>
          <w:b w:val="0"/>
          <w:i w:val="0"/>
          <w:color w:val="000000"/>
          <w:sz w:val="24"/>
        </w:rPr>
        <w:t>Однако света, а также исправления келим исходят лишь от второго корня, то есть от света глаз, и они не светят в соф парцуфа. Ведь все рош, тох, соф от света глаз завершаются выше табура, поскольку десять сфирот де-рош определяются от глаз и выше, десять сфирот де-тох определяются в АХАП, а десять сфирот завершения и соф определяются от пэ до табура. И потому оказывается, что в тох каждого парцуфа присутствуют ахораим де-рош: ведь АХАП, ставшие свойством тох со стороны света второго корня — то есть от света глаз посредством МАН, — со стороны первого корня представляют собой подлинные келим де-рош, только не светящие. Подобно этому, в соф каждого парцуфа присутствует свойство ахораим де-тох: ведь то, что [пространство] от пэ до табура стало свойством соф, имеет место лишь со стороны второго корня, келим же относятся главным образом к первому корню, являясь свойством тох и ХАГАТ, только они не светят, и потому называются именем ахораим. Посмотри внимательно в «Паним Меирот», лист 245, начиная со слов «И благодаря этому».</w:t>
      </w:r>
    </w:p>
    <w:p>
      <w:pPr>
        <w:spacing w:before="40" w:after="120"/>
        <w:jc w:val="both"/>
      </w:pPr>
      <w:r>
        <w:rPr>
          <w:rFonts w:ascii="Georgia" w:hAnsi="Georgia"/>
          <w:b w:val="0"/>
          <w:i w:val="0"/>
          <w:color w:val="000000"/>
          <w:sz w:val="24"/>
        </w:rPr>
        <w:t>И вот объяснены две стороны на каждой ступени: сторона паним исходит от света глаз, благодаря чему в АХАП есть лишь келим де-паним от ХАГАТ де-гуфа, однако келим де-ахораим у него, несомненно, есть со стороны первого корня. Так же и в тох есть келим де-паним от НЕХИ и келим де-ахораим от ХАГАТ. А в соф обнаруживается ахораим вовсе без паним. И согласно этому мы поймем различие между ахораим мужского начала и ахораим Нуквы. Ведь ты уже знаешь, что мужское начало, чей рош представляет собой тайну ХАГАТ, имеет своими ахораим ахораим де-ХАБАД, как объяснялось выше. Нуква же, являющаяся свойством НЕХИ и не имеющая из того, что выше табура, ничего, кроме нижнего края ХАГАТ (шипулей ХАГАТ), — то есть Малхут высшего, которая облачается и приходит в место нижнего, отчего образуются у нее келим де-паним, — поэтому ее келим де-ахораим будут относиться лишь только к свойству ХАГАТ.</w:t>
      </w:r>
    </w:p>
    <w:p>
      <w:pPr>
        <w:spacing w:before="40" w:after="120"/>
        <w:jc w:val="both"/>
      </w:pPr>
      <w:r>
        <w:rPr>
          <w:rFonts w:ascii="Georgia" w:hAnsi="Georgia"/>
          <w:b w:val="0"/>
          <w:i w:val="0"/>
          <w:color w:val="000000"/>
          <w:sz w:val="24"/>
        </w:rPr>
        <w:t>Итак, выяснилось, что келим де-ахораим мужского начала — это тайна ХАБАД, а келим де-ахораим Нуквы — это тайна ХАГАТ. И тебе следует знать тайну ахораим, присутствующих в парцуфе: это аспект недостатка в парцуфе, то есть если бы в нем не было этих ахораим, в нем не было бы никакого недостатка. Причина же в том, что эти келим пусты от относящихся к ним светов и не получают наслаждения от чуждого им света. Поэтому требуется особое различение относительно ахораим каждого парцуфа, чтобы точно знать, от какого свойства они происходят. Ведь у Нуквы, у которой нет ахораим де-ХАБАД, свет ХАБАД вовсе не отсутствует, а недостает ей света ХАГАТ. Мужское же начало, поскольку в его строении есть ахораим де-ХАБАД, считается испытывающим недостаток именно этого света.</w:t>
      </w:r>
    </w:p>
    <w:p>
      <w:pPr>
        <w:spacing w:before="40" w:after="120"/>
        <w:jc w:val="both"/>
      </w:pPr>
      <w:r>
        <w:rPr>
          <w:rFonts w:ascii="Georgia" w:hAnsi="Georgia"/>
          <w:b w:val="0"/>
          <w:i w:val="0"/>
          <w:color w:val="000000"/>
          <w:sz w:val="24"/>
        </w:rPr>
        <w:t xml:space="preserve">Пойми это хорошо. Но прежде нужно основательно понять ахораим де-ХУБ, и тогда мы сумеем различить также и ахораим де-ЗОН. Выше в «Паним Меирот» (ветвь 2, пункт 1, со слов «Предисловие о паним бе-паним») уже объяснялось, что тайна гадлута и паним бе-паним раскрывается исключительно на масахе и стене четвертой стадии (бхина далет), и пока та скрыта во второй стадии (бхина бэт), парцуф пребывает в состоянии катнута и ахор бе-ахор (см. там). И вот слова Учителя там (ветвь 20, пункт 5): </w:t>
      </w:r>
      <w:r>
        <w:rPr>
          <w:rFonts w:ascii="Georgia" w:hAnsi="Georgia"/>
          <w:b/>
          <w:i w:val="0"/>
          <w:color w:val="000000"/>
          <w:sz w:val="24"/>
        </w:rPr>
        <w:t>«И вот то, что мы написали о падении ахораим Аба ве-Има, относится к свойствам Хесед и Гвура, увеличивающим ахораим и возвращающим их в состояние паним бе-паним; и это свойства Хесед и Гвура, которые Аба ве-Има берут от Кетера, являющегося АА, чтобы вернуть их в состояние паним бе-паним, ведь и в Аба ве-Има имело место свойство ахор бе-ахор»</w:t>
      </w:r>
      <w:r>
        <w:rPr>
          <w:rFonts w:ascii="Georgia" w:hAnsi="Georgia"/>
          <w:b w:val="0"/>
          <w:i w:val="0"/>
          <w:color w:val="000000"/>
          <w:sz w:val="24"/>
        </w:rPr>
        <w:t>, до сих пор его слова.</w:t>
      </w:r>
    </w:p>
    <w:p>
      <w:pPr>
        <w:spacing w:before="40" w:after="120"/>
        <w:jc w:val="both"/>
      </w:pPr>
      <w:r>
        <w:rPr>
          <w:rFonts w:ascii="Georgia" w:hAnsi="Georgia"/>
          <w:b w:val="0"/>
          <w:i w:val="0"/>
          <w:color w:val="000000"/>
          <w:sz w:val="24"/>
        </w:rPr>
        <w:t>Смысл этих слов [таков]: ведь таково правило — подъем точки четвертой стадии в качестве МАН происходит лишь к первому рош, выходящему от никвей эйнаим и выше, который называется Кетер, во втором же рош — то есть в АХАП, называемом ХУБ, — точка четвертой стадии скрыта во второй стадии и вовсе не заметна там, как написал Учитель выше в ветви 14: нижняя хэй (</w:t>
      </w:r>
      <w:r>
        <w:rPr>
          <w:rFonts w:ascii="Georgia" w:hAnsi="Georgia" w:cs="Times New Roman"/>
          <w:b/>
          <w:i w:val="0"/>
          <w:color w:val="000000"/>
          <w:sz w:val="24"/>
          <w:rtl/>
          <w:szCs w:val="32"/>
        </w:rPr>
        <w:t>ה״ת</w:t>
      </w:r>
      <w:r>
        <w:rPr>
          <w:rFonts w:ascii="Georgia" w:hAnsi="Georgia"/>
          <w:b w:val="0"/>
          <w:i w:val="0"/>
          <w:color w:val="000000"/>
          <w:sz w:val="24"/>
        </w:rPr>
        <w:t>) раскрыта в глазах, а буквы йод, хэй, вав (</w:t>
      </w:r>
      <w:r>
        <w:rPr>
          <w:rFonts w:ascii="Georgia" w:hAnsi="Georgia" w:cs="Times New Roman"/>
          <w:b/>
          <w:i w:val="0"/>
          <w:color w:val="000000"/>
          <w:sz w:val="24"/>
          <w:rtl/>
          <w:szCs w:val="32"/>
        </w:rPr>
        <w:t>יה״ו</w:t>
      </w:r>
      <w:r>
        <w:rPr>
          <w:rFonts w:ascii="Georgia" w:hAnsi="Georgia"/>
          <w:b w:val="0"/>
          <w:i w:val="0"/>
          <w:color w:val="000000"/>
          <w:sz w:val="24"/>
        </w:rPr>
        <w:t>) — в АХАП (см. там). И согласно этому она совершенно не пригодна для состояния паним бе-паним и гадлута по причине отсутствия четвертой стадии. И это то, о чем он сказал: что это свойство ХУГ, которое Аба ве-Има берут от Кетера, являющегося АА, чтобы вернуть их в состояние паним бе-паним. Ведь когда они берут отраженный свет от Малхут де-Кетер, спускающийся от никвей эйнаим вниз к АХАП, они тем самым получают свойство НЕХИ де-Кетер и его четвертую стадию. И эти НЕХИ облачаются в этот второй рош, благодаря чему у них появляется сила вернуться затем в состояние паним бе-паним. И это то, о чем он сказал: суть ахораим Аба ве-Има относится к свойству ХУГ, увеличивающему ахораим и возвращающему их в состояние паним бе-паним, до сих пор его слова. И это — свойство НЕХИ де-Кетер, облачившееся в них, представляющее собой отраженный свет, спускающийся сверху вниз и называемый Хесед и Гвура, посредством чего они постигают точку четвертой стадии, пригодную для мохин де-ГАР и паним бе-паним, как сказано в «Паним Меирот» (ветвь 20, пункт 1). И тебе следует помнить на протяжении всех дальнейших рассуждений о разбиении келим то, что подробно объяснялось в предыдущих ветвях и во «Введении»: в отношении келим всё, что более грубое (ав), то более совершенно и ценно, а всё, что тоньше (зах) своего товарища, то ниже по достоинству. Ведь в наиболее грубые келим четвертой стадии притягивается уровень Кетер, в третью стадию — лишь уровень Хохма, во вторую стадию — лишь уровень Бина и т.д. (см. там). Итак, выяснилась тайна ахораим Аба ве-Има, представляющая собой обретение четвертой стадии в их масахе, что и составляет всё их достоинство и совершенство. Однако это достоинство исходит не от них самих, но они обретают его благодаря облачению НЕХИ де-Кетер. Продолжение — в следующей ветви.</w:t>
      </w:r>
    </w:p>
    <w:p>
      <w:r>
        <w:br w:type="page"/>
      </w:r>
    </w:p>
    <w:p>
      <w:pPr>
        <w:keepNext/>
        <w:spacing w:before="360" w:after="160"/>
        <w:jc w:val="center"/>
      </w:pPr>
      <w:r>
        <w:rPr>
          <w:rFonts w:ascii="Georgia" w:hAnsi="Georgia"/>
          <w:b w:val="0"/>
          <w:i w:val="0"/>
          <w:color w:val="000000"/>
          <w:sz w:val="40"/>
        </w:rPr>
        <w:t>Ветвь 23</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Итак, уже объяснено, что именно упало от Аба ве-Има, а также то, как они разделяются на четыре парцуфа, как сказано выше. Кроме того, был разобран порядок выхода семи мелахим. Получается, что опустились семь мелахим — Зеир Анпин и Нуква, а также четыре [вида] ахораим высших Аба ве-Има и ИШСУТ. Всего опустилось одиннадцать ступеней; [часть] из них прошла выяснение (бирур), а из их отходов образовались клипот. Они соответствуют одиннадцати благовониям воскурения — одиннадцати светам, оставшимся от этих одиннадцати опустившихся ступеней, как сказано выше. Эти света не смогли пройти выяснение и остались внутри клипот, как объяснено у нас в [учении о] тайне воскурения (</w:t>
      </w:r>
      <w:r>
        <w:rPr>
          <w:rFonts w:ascii="Georgia" w:hAnsi="Georgia"/>
          <w:b w:val="0"/>
          <w:i/>
          <w:color w:val="000000"/>
          <w:sz w:val="24"/>
        </w:rPr>
        <w:t>питум а-кторет</w:t>
      </w:r>
      <w:r>
        <w:rPr>
          <w:rFonts w:ascii="Georgia" w:hAnsi="Georgia"/>
          <w:b w:val="0"/>
          <w:i w:val="0"/>
          <w:color w:val="000000"/>
          <w:sz w:val="24"/>
        </w:rPr>
        <w:t xml:space="preserve">, </w:t>
      </w:r>
      <w:r>
        <w:rPr>
          <w:rFonts w:ascii="Georgia" w:hAnsi="Georgia" w:cs="Times New Roman"/>
          <w:b/>
          <w:i w:val="0"/>
          <w:color w:val="000000"/>
          <w:sz w:val="24"/>
          <w:rtl/>
          <w:szCs w:val="32"/>
        </w:rPr>
        <w:t>פִּטּוּם הַקְּטוֹרֶת</w:t>
      </w:r>
      <w:r>
        <w:rPr>
          <w:rFonts w:ascii="Georgia" w:hAnsi="Georgia"/>
          <w:b w:val="0"/>
          <w:i w:val="0"/>
          <w:color w:val="000000"/>
          <w:sz w:val="24"/>
        </w:rPr>
        <w:t>).</w:t>
      </w:r>
    </w:p>
    <w:p>
      <w:pPr>
        <w:spacing w:before="40" w:after="120"/>
        <w:jc w:val="both"/>
      </w:pPr>
      <w:r>
        <w:rPr>
          <w:rFonts w:ascii="Georgia" w:hAnsi="Georgia"/>
          <w:b w:val="0"/>
          <w:i w:val="0"/>
          <w:color w:val="000000"/>
          <w:sz w:val="24"/>
        </w:rPr>
        <w:t>2) При этом ахораим де-Аба не опускались, пока не умер второй мелех — Хесед, а ахораим де-Има не опускались, пока не умер третий мелех — Гвура. Таким образом, со смертью Гвуры завершилось падение ахораим Аба ве-Има. Дело в том, что хотя со смертью Хеседа ахораим де-Аба и опустились, всё же это еще не считается полным [падением] ахораим, так как Бина все еще находилась с ним лицом к лицу (</w:t>
      </w:r>
      <w:r>
        <w:rPr>
          <w:rFonts w:ascii="Georgia" w:hAnsi="Georgia"/>
          <w:b w:val="0"/>
          <w:i/>
          <w:color w:val="000000"/>
          <w:sz w:val="24"/>
        </w:rPr>
        <w:t>паним бе-паним</w:t>
      </w:r>
      <w:r>
        <w:rPr>
          <w:rFonts w:ascii="Georgia" w:hAnsi="Georgia"/>
          <w:b w:val="0"/>
          <w:i w:val="0"/>
          <w:color w:val="000000"/>
          <w:sz w:val="24"/>
        </w:rPr>
        <w:t>) и освещала его ахораим. Получается, что по сути все ахораим де-Аба опустились еще не окончательно; и только когда опустились также ахораим де-Има, оба они опустились полностью и оказались спиной к спине (</w:t>
      </w:r>
      <w:r>
        <w:rPr>
          <w:rFonts w:ascii="Georgia" w:hAnsi="Georgia"/>
          <w:b w:val="0"/>
          <w:i/>
          <w:color w:val="000000"/>
          <w:sz w:val="24"/>
        </w:rPr>
        <w:t>ахор бе-ахор</w:t>
      </w:r>
      <w:r>
        <w:rPr>
          <w:rFonts w:ascii="Georgia" w:hAnsi="Georgia"/>
          <w:b w:val="0"/>
          <w:i w:val="0"/>
          <w:color w:val="000000"/>
          <w:sz w:val="24"/>
        </w:rPr>
        <w:t>). Как с Б-жьей помощью подробно сказано в учении о парцуфим Яакова и Леи — откуда они вышли, см. там.</w:t>
      </w:r>
    </w:p>
    <w:p>
      <w:pPr>
        <w:spacing w:before="40" w:after="120"/>
        <w:jc w:val="both"/>
      </w:pPr>
      <w:r>
        <w:rPr>
          <w:rFonts w:ascii="Georgia" w:hAnsi="Georgia"/>
          <w:b w:val="0"/>
          <w:i w:val="0"/>
          <w:color w:val="000000"/>
          <w:sz w:val="24"/>
        </w:rPr>
        <w:t>3) Выходит, что падение ахораим Аба ве-Има не считается окончательным падением вплоть до смерти Гвуры, то есть третьего мелеха. Но смерть семи мелахим — это полная смерть сразу же, с самого начала, ведь со смертью Хеседа полностью разбилась вся его ступень, и о нем говорится как о подлинной смерти.</w:t>
      </w:r>
    </w:p>
    <w:p>
      <w:pPr>
        <w:spacing w:before="40" w:after="120"/>
        <w:jc w:val="both"/>
      </w:pPr>
      <w:r>
        <w:rPr>
          <w:rFonts w:ascii="Georgia" w:hAnsi="Georgia"/>
          <w:b w:val="0"/>
          <w:i w:val="0"/>
          <w:color w:val="000000"/>
          <w:sz w:val="24"/>
        </w:rPr>
        <w:t>4) Таким образом, о смерти мелахим начинают говорить с момента смерти первого мелеха, однако аннулирование ахораим Аба ве-Има не считается аннулированием до тех пор, пока не умер третий мелех.</w:t>
      </w:r>
    </w:p>
    <w:p>
      <w:pPr>
        <w:spacing w:before="40" w:after="120"/>
        <w:jc w:val="both"/>
      </w:pPr>
      <w:r>
        <w:rPr>
          <w:rFonts w:ascii="Georgia" w:hAnsi="Georgia"/>
          <w:b w:val="0"/>
          <w:i w:val="0"/>
          <w:color w:val="000000"/>
          <w:sz w:val="24"/>
        </w:rPr>
        <w:t xml:space="preserve">5) И благодаря этому ты поймешь тайну 42-буквенного Имени (имени из 42 букв): </w:t>
      </w:r>
      <w:r>
        <w:rPr>
          <w:rFonts w:ascii="Georgia" w:hAnsi="Georgia"/>
          <w:b w:val="0"/>
          <w:i/>
          <w:color w:val="000000"/>
          <w:sz w:val="24"/>
        </w:rPr>
        <w:t>Авгитац</w:t>
      </w:r>
      <w:r>
        <w:rPr>
          <w:rFonts w:ascii="Georgia" w:hAnsi="Georgia"/>
          <w:b w:val="0"/>
          <w:i w:val="0"/>
          <w:color w:val="000000"/>
          <w:sz w:val="24"/>
        </w:rPr>
        <w:t xml:space="preserve"> (</w:t>
      </w:r>
      <w:r>
        <w:rPr>
          <w:rFonts w:ascii="Georgia" w:hAnsi="Georgia" w:cs="Times New Roman"/>
          <w:b/>
          <w:i w:val="0"/>
          <w:color w:val="000000"/>
          <w:sz w:val="24"/>
          <w:rtl/>
          <w:szCs w:val="32"/>
        </w:rPr>
        <w:t>אב״ג ית״ץ</w:t>
      </w:r>
      <w:r>
        <w:rPr>
          <w:rFonts w:ascii="Georgia" w:hAnsi="Georgia"/>
          <w:b w:val="0"/>
          <w:i w:val="0"/>
          <w:color w:val="000000"/>
          <w:sz w:val="24"/>
        </w:rPr>
        <w:t xml:space="preserve">), </w:t>
      </w:r>
      <w:r>
        <w:rPr>
          <w:rFonts w:ascii="Georgia" w:hAnsi="Georgia"/>
          <w:b w:val="0"/>
          <w:i/>
          <w:color w:val="000000"/>
          <w:sz w:val="24"/>
        </w:rPr>
        <w:t>Кра Сатан</w:t>
      </w:r>
      <w:r>
        <w:rPr>
          <w:rFonts w:ascii="Georgia" w:hAnsi="Georgia"/>
          <w:b w:val="0"/>
          <w:i w:val="0"/>
          <w:color w:val="000000"/>
          <w:sz w:val="24"/>
        </w:rPr>
        <w:t xml:space="preserve"> (</w:t>
      </w:r>
      <w:r>
        <w:rPr>
          <w:rFonts w:ascii="Georgia" w:hAnsi="Georgia" w:cs="Times New Roman"/>
          <w:b/>
          <w:i w:val="0"/>
          <w:color w:val="000000"/>
          <w:sz w:val="24"/>
          <w:rtl/>
          <w:szCs w:val="32"/>
        </w:rPr>
        <w:t>קר״ע שט״ן</w:t>
      </w:r>
      <w:r>
        <w:rPr>
          <w:rFonts w:ascii="Georgia" w:hAnsi="Georgia"/>
          <w:b w:val="0"/>
          <w:i w:val="0"/>
          <w:color w:val="000000"/>
          <w:sz w:val="24"/>
        </w:rPr>
        <w:t xml:space="preserve">), </w:t>
      </w:r>
      <w:r>
        <w:rPr>
          <w:rFonts w:ascii="Georgia" w:hAnsi="Georgia"/>
          <w:b w:val="0"/>
          <w:i/>
          <w:color w:val="000000"/>
          <w:sz w:val="24"/>
        </w:rPr>
        <w:t>Негид Ехаш</w:t>
      </w:r>
      <w:r>
        <w:rPr>
          <w:rFonts w:ascii="Georgia" w:hAnsi="Georgia"/>
          <w:b w:val="0"/>
          <w:i w:val="0"/>
          <w:color w:val="000000"/>
          <w:sz w:val="24"/>
        </w:rPr>
        <w:t xml:space="preserve"> (</w:t>
      </w:r>
      <w:r>
        <w:rPr>
          <w:rFonts w:ascii="Georgia" w:hAnsi="Georgia" w:cs="Times New Roman"/>
          <w:b/>
          <w:i w:val="0"/>
          <w:color w:val="000000"/>
          <w:sz w:val="24"/>
          <w:rtl/>
          <w:szCs w:val="32"/>
        </w:rPr>
        <w:t>נג״ד יכ״ש</w:t>
      </w:r>
      <w:r>
        <w:rPr>
          <w:rFonts w:ascii="Georgia" w:hAnsi="Georgia"/>
          <w:b w:val="0"/>
          <w:i w:val="0"/>
          <w:color w:val="000000"/>
          <w:sz w:val="24"/>
        </w:rPr>
        <w:t xml:space="preserve">), </w:t>
      </w:r>
      <w:r>
        <w:rPr>
          <w:rFonts w:ascii="Georgia" w:hAnsi="Georgia"/>
          <w:b w:val="0"/>
          <w:i/>
          <w:color w:val="000000"/>
          <w:sz w:val="24"/>
        </w:rPr>
        <w:t>Батрор Цитаг</w:t>
      </w:r>
      <w:r>
        <w:rPr>
          <w:rFonts w:ascii="Georgia" w:hAnsi="Georgia"/>
          <w:b w:val="0"/>
          <w:i w:val="0"/>
          <w:color w:val="000000"/>
          <w:sz w:val="24"/>
        </w:rPr>
        <w:t xml:space="preserve"> (</w:t>
      </w:r>
      <w:r>
        <w:rPr>
          <w:rFonts w:ascii="Georgia" w:hAnsi="Georgia" w:cs="Times New Roman"/>
          <w:b/>
          <w:i w:val="0"/>
          <w:color w:val="000000"/>
          <w:sz w:val="24"/>
          <w:rtl/>
          <w:szCs w:val="32"/>
        </w:rPr>
        <w:t>בט״ר צת״ג</w:t>
      </w:r>
      <w:r>
        <w:rPr>
          <w:rFonts w:ascii="Georgia" w:hAnsi="Georgia"/>
          <w:b w:val="0"/>
          <w:i w:val="0"/>
          <w:color w:val="000000"/>
          <w:sz w:val="24"/>
        </w:rPr>
        <w:t xml:space="preserve">), </w:t>
      </w:r>
      <w:r>
        <w:rPr>
          <w:rFonts w:ascii="Georgia" w:hAnsi="Georgia"/>
          <w:b w:val="0"/>
          <w:i/>
          <w:color w:val="000000"/>
          <w:sz w:val="24"/>
        </w:rPr>
        <w:t>Хакаб Тана</w:t>
      </w:r>
      <w:r>
        <w:rPr>
          <w:rFonts w:ascii="Georgia" w:hAnsi="Georgia"/>
          <w:b w:val="0"/>
          <w:i w:val="0"/>
          <w:color w:val="000000"/>
          <w:sz w:val="24"/>
        </w:rPr>
        <w:t xml:space="preserve"> (</w:t>
      </w:r>
      <w:r>
        <w:rPr>
          <w:rFonts w:ascii="Georgia" w:hAnsi="Georgia" w:cs="Times New Roman"/>
          <w:b/>
          <w:i w:val="0"/>
          <w:color w:val="000000"/>
          <w:sz w:val="24"/>
          <w:rtl/>
          <w:szCs w:val="32"/>
        </w:rPr>
        <w:t>חק״ב טנ״ע</w:t>
      </w:r>
      <w:r>
        <w:rPr>
          <w:rFonts w:ascii="Georgia" w:hAnsi="Georgia"/>
          <w:b w:val="0"/>
          <w:i w:val="0"/>
          <w:color w:val="000000"/>
          <w:sz w:val="24"/>
        </w:rPr>
        <w:t xml:space="preserve">), </w:t>
      </w:r>
      <w:r>
        <w:rPr>
          <w:rFonts w:ascii="Georgia" w:hAnsi="Georgia"/>
          <w:b w:val="0"/>
          <w:i/>
          <w:color w:val="000000"/>
          <w:sz w:val="24"/>
        </w:rPr>
        <w:t>Йигаль Пазак</w:t>
      </w:r>
      <w:r>
        <w:rPr>
          <w:rFonts w:ascii="Georgia" w:hAnsi="Georgia"/>
          <w:b w:val="0"/>
          <w:i w:val="0"/>
          <w:color w:val="000000"/>
          <w:sz w:val="24"/>
        </w:rPr>
        <w:t xml:space="preserve"> (</w:t>
      </w:r>
      <w:r>
        <w:rPr>
          <w:rFonts w:ascii="Georgia" w:hAnsi="Georgia" w:cs="Times New Roman"/>
          <w:b/>
          <w:i w:val="0"/>
          <w:color w:val="000000"/>
          <w:sz w:val="24"/>
          <w:rtl/>
          <w:szCs w:val="32"/>
        </w:rPr>
        <w:t>יג״ל פז״ק</w:t>
      </w:r>
      <w:r>
        <w:rPr>
          <w:rFonts w:ascii="Georgia" w:hAnsi="Georgia"/>
          <w:b w:val="0"/>
          <w:i w:val="0"/>
          <w:color w:val="000000"/>
          <w:sz w:val="24"/>
        </w:rPr>
        <w:t xml:space="preserve">), </w:t>
      </w:r>
      <w:r>
        <w:rPr>
          <w:rFonts w:ascii="Georgia" w:hAnsi="Georgia"/>
          <w:b w:val="0"/>
          <w:i/>
          <w:color w:val="000000"/>
          <w:sz w:val="24"/>
        </w:rPr>
        <w:t>Шако Цит</w:t>
      </w:r>
      <w:r>
        <w:rPr>
          <w:rFonts w:ascii="Georgia" w:hAnsi="Georgia"/>
          <w:b w:val="0"/>
          <w:i w:val="0"/>
          <w:color w:val="000000"/>
          <w:sz w:val="24"/>
        </w:rPr>
        <w:t xml:space="preserve"> (</w:t>
      </w:r>
      <w:r>
        <w:rPr>
          <w:rFonts w:ascii="Georgia" w:hAnsi="Georgia" w:cs="Times New Roman"/>
          <w:b/>
          <w:i w:val="0"/>
          <w:color w:val="000000"/>
          <w:sz w:val="24"/>
          <w:rtl/>
          <w:szCs w:val="32"/>
        </w:rPr>
        <w:t>שק״ו צי״ת</w:t>
      </w:r>
      <w:r>
        <w:rPr>
          <w:rFonts w:ascii="Georgia" w:hAnsi="Georgia"/>
          <w:b w:val="0"/>
          <w:i w:val="0"/>
          <w:color w:val="000000"/>
          <w:sz w:val="24"/>
        </w:rPr>
        <w:t>).</w:t>
      </w:r>
    </w:p>
    <w:p>
      <w:pPr>
        <w:spacing w:before="40" w:after="120"/>
        <w:jc w:val="both"/>
      </w:pPr>
      <w:r>
        <w:rPr>
          <w:rFonts w:ascii="Georgia" w:hAnsi="Georgia"/>
          <w:b w:val="0"/>
          <w:i w:val="0"/>
          <w:color w:val="000000"/>
          <w:sz w:val="24"/>
        </w:rPr>
        <w:t>6) Ведь тебе уже известно, что имя МАБ находится в [мире] Ецира, а Ецира — это ступень ЗА, как известно, что и составляет тайну семи мелахим. Получается, что это имя МАБ говорит о тайне мелахим.</w:t>
      </w:r>
    </w:p>
    <w:p>
      <w:pPr>
        <w:spacing w:before="40" w:after="120"/>
        <w:jc w:val="both"/>
      </w:pPr>
      <w:r>
        <w:rPr>
          <w:rFonts w:ascii="Georgia" w:hAnsi="Georgia"/>
          <w:b w:val="0"/>
          <w:i w:val="0"/>
          <w:color w:val="000000"/>
          <w:sz w:val="24"/>
        </w:rPr>
        <w:t>7) И если вглядишься, увидишь, что имя АБ относится к мохин (свету разума), называется таамим (вкусы) и относится к Ацилуту. Затем таамим имени САГ относятся к Брии, а его некудот (огласовки) — к Ецире, и они представляют собой тайну умерших мелахим, ведь некудот — это уровень ЗОН, которые относятся к Ецире и Асии.</w:t>
      </w:r>
    </w:p>
    <w:p>
      <w:pPr>
        <w:spacing w:before="40" w:after="120"/>
        <w:jc w:val="both"/>
      </w:pPr>
      <w:r>
        <w:rPr>
          <w:rFonts w:ascii="Georgia" w:hAnsi="Georgia"/>
          <w:b w:val="0"/>
          <w:i w:val="0"/>
          <w:color w:val="000000"/>
          <w:sz w:val="24"/>
        </w:rPr>
        <w:t>8) Однако предназначение этого имени МАБ состоит в том, чтобы поднять оттуда всё, что подлежит выяснению (бирурим), которые остались от Зеир Анпина и Нуквы в Ецире и Асие, ведь всё имя МАБ служит для подъема, как известно. А раз так, то, несомненно, в этом имени заложен намек на смерть мелахим. И порядок их подъема путем выяснения силой этого имени соответствует порядку их смерти. Поэтому смерть семи мелахим намечена в первом сочетании этого имени, а аннулирование ахораим Аба ве-Има намечено во втором сочетании.</w:t>
      </w:r>
    </w:p>
    <w:p>
      <w:pPr>
        <w:spacing w:before="40" w:after="120"/>
        <w:jc w:val="both"/>
      </w:pPr>
      <w:r>
        <w:rPr>
          <w:rFonts w:ascii="Georgia" w:hAnsi="Georgia"/>
          <w:b w:val="0"/>
          <w:i w:val="0"/>
          <w:color w:val="000000"/>
          <w:sz w:val="24"/>
        </w:rPr>
        <w:t>9) Дело в том, что из «Идра Зута» следует, будто опустились только семь мелахим, тогда как из других мидрашей книги «Зоар» следует, что и в Аба ве-Има произошло аннулирование и изъян, и чуть ли не в самом Кетере.</w:t>
      </w:r>
    </w:p>
    <w:p>
      <w:pPr>
        <w:spacing w:before="40" w:after="120"/>
        <w:jc w:val="both"/>
      </w:pPr>
      <w:r>
        <w:rPr>
          <w:rFonts w:ascii="Georgia" w:hAnsi="Georgia"/>
          <w:b w:val="0"/>
          <w:i w:val="0"/>
          <w:color w:val="000000"/>
          <w:sz w:val="24"/>
        </w:rPr>
        <w:t>10) В действительности же дело обстоит так: безусловно, от всех десяти точек упали определенные ступени, и во всех них произошло аннулирование. Однако ЗОН упали целиком — как будучи спиной к спине, так и лицом к лицу; и это называется смертью, поскольку всё опустилось окончательно. Что же касается Аба ве-Има, от которых опустились лишь ахораим, то это называется аннулированием, а не смертью. А от Кетера упали только его НЕХИ, вошедшие в виде мохин в Аба ве-Има, как упоминалось выше; и эта ступень не считается даже уровнем ахораим, поэтому в Кетере это зовется не аннулированием, а лишь простым изъяном.</w:t>
      </w:r>
    </w:p>
    <w:p>
      <w:pPr>
        <w:spacing w:before="40" w:after="120"/>
        <w:jc w:val="both"/>
      </w:pPr>
      <w:r>
        <w:rPr>
          <w:rFonts w:ascii="Georgia" w:hAnsi="Georgia"/>
          <w:b w:val="0"/>
          <w:i w:val="0"/>
          <w:color w:val="000000"/>
          <w:sz w:val="24"/>
        </w:rPr>
        <w:t xml:space="preserve">11) Есть еще одна причина: смертью называется только переход из одного мира в другой, когда ступень отделяется от своего мира. Поэтому семь мелахим, которые находились в Ацилуте и опустились в Брию, действительно называются умершими, как сказано в «Идра» (лист 135): «Не говори, что [они] умерли, но о всяком, кто опустился со своей прежней ступени, на которой находился, говорится как об умершем», как написано: </w:t>
      </w:r>
      <w:r>
        <w:rPr>
          <w:rFonts w:ascii="Georgia" w:hAnsi="Georgia"/>
          <w:b w:val="0"/>
          <w:i/>
          <w:color w:val="000000"/>
          <w:sz w:val="24"/>
        </w:rPr>
        <w:t>«И умер царь Египта…»</w:t>
      </w:r>
      <w:r>
        <w:rPr>
          <w:rFonts w:ascii="Georgia" w:hAnsi="Georgia"/>
          <w:b w:val="0"/>
          <w:i w:val="0"/>
          <w:color w:val="000000"/>
          <w:sz w:val="24"/>
        </w:rPr>
        <w:t xml:space="preserve"> (Шмот 2:23). Однако ахораим Аба ве-Има, хотя и упали, не опустились в Брию, а остались в самом мире Ацилут. Поэтому из-за того, что они оказались не на своем месте, это называется аннулированием, но не называется смертью.</w:t>
      </w:r>
    </w:p>
    <w:p>
      <w:pPr>
        <w:spacing w:before="40" w:after="120"/>
        <w:jc w:val="both"/>
      </w:pPr>
      <w:r>
        <w:rPr>
          <w:rFonts w:ascii="Georgia" w:hAnsi="Georgia"/>
          <w:b w:val="0"/>
          <w:i w:val="0"/>
          <w:color w:val="000000"/>
          <w:sz w:val="24"/>
        </w:rPr>
        <w:t xml:space="preserve">12) Теперь объясним упомянутое имя МАБ. Сочетание </w:t>
      </w:r>
      <w:r>
        <w:rPr>
          <w:rFonts w:ascii="Georgia" w:hAnsi="Georgia" w:cs="Times New Roman"/>
          <w:b/>
          <w:i w:val="0"/>
          <w:color w:val="000000"/>
          <w:sz w:val="24"/>
          <w:rtl/>
          <w:szCs w:val="32"/>
        </w:rPr>
        <w:t>אב״ג ית״ץ</w:t>
      </w:r>
      <w:r>
        <w:rPr>
          <w:rFonts w:ascii="Georgia" w:hAnsi="Georgia"/>
          <w:b w:val="0"/>
          <w:i w:val="0"/>
          <w:color w:val="000000"/>
          <w:sz w:val="24"/>
        </w:rPr>
        <w:t xml:space="preserve"> относится к сфире Хесед, как известно. Поскольку именно с нее начинается смерть мелахим, как сказано выше, в этом сочетании намечена смерть семи мелахим. И вот смысл имени </w:t>
      </w:r>
      <w:r>
        <w:rPr>
          <w:rFonts w:ascii="Georgia" w:hAnsi="Georgia" w:cs="Times New Roman"/>
          <w:b/>
          <w:i w:val="0"/>
          <w:color w:val="000000"/>
          <w:sz w:val="24"/>
          <w:rtl/>
          <w:szCs w:val="32"/>
        </w:rPr>
        <w:t>אב״ג ית״ץ</w:t>
      </w:r>
      <w:r>
        <w:rPr>
          <w:rFonts w:ascii="Georgia" w:hAnsi="Georgia"/>
          <w:b w:val="0"/>
          <w:i w:val="0"/>
          <w:color w:val="000000"/>
          <w:sz w:val="24"/>
        </w:rPr>
        <w:t xml:space="preserve">: оно делится на </w:t>
      </w:r>
      <w:r>
        <w:rPr>
          <w:rFonts w:ascii="Georgia" w:hAnsi="Georgia" w:cs="Times New Roman"/>
          <w:b/>
          <w:i w:val="0"/>
          <w:color w:val="000000"/>
          <w:sz w:val="24"/>
          <w:rtl/>
          <w:szCs w:val="32"/>
        </w:rPr>
        <w:t>אבג״י</w:t>
      </w:r>
      <w:r>
        <w:rPr>
          <w:rFonts w:ascii="Georgia" w:hAnsi="Georgia"/>
          <w:b w:val="0"/>
          <w:i w:val="0"/>
          <w:color w:val="000000"/>
          <w:sz w:val="24"/>
        </w:rPr>
        <w:t xml:space="preserve"> и </w:t>
      </w:r>
      <w:r>
        <w:rPr>
          <w:rFonts w:ascii="Georgia" w:hAnsi="Georgia" w:cs="Times New Roman"/>
          <w:b/>
          <w:i w:val="0"/>
          <w:color w:val="000000"/>
          <w:sz w:val="24"/>
          <w:rtl/>
          <w:szCs w:val="32"/>
        </w:rPr>
        <w:t>ת״ץ</w:t>
      </w:r>
      <w:r>
        <w:rPr>
          <w:rFonts w:ascii="Georgia" w:hAnsi="Georgia"/>
          <w:b w:val="0"/>
          <w:i w:val="0"/>
          <w:color w:val="000000"/>
          <w:sz w:val="24"/>
        </w:rPr>
        <w:t>. Буквы алеф, бэт, гимель, йод (</w:t>
      </w:r>
      <w:r>
        <w:rPr>
          <w:rFonts w:ascii="Georgia" w:hAnsi="Georgia" w:cs="Times New Roman"/>
          <w:b/>
          <w:i w:val="0"/>
          <w:color w:val="000000"/>
          <w:sz w:val="24"/>
          <w:rtl/>
          <w:szCs w:val="32"/>
        </w:rPr>
        <w:t>אבג״י</w:t>
      </w:r>
      <w:r>
        <w:rPr>
          <w:rFonts w:ascii="Georgia" w:hAnsi="Georgia"/>
          <w:b w:val="0"/>
          <w:i w:val="0"/>
          <w:color w:val="000000"/>
          <w:sz w:val="24"/>
        </w:rPr>
        <w:t>) по гематрии равны 16 (</w:t>
      </w:r>
      <w:r>
        <w:rPr>
          <w:rFonts w:ascii="Georgia" w:hAnsi="Georgia" w:cs="Times New Roman"/>
          <w:b/>
          <w:i w:val="0"/>
          <w:color w:val="000000"/>
          <w:sz w:val="24"/>
          <w:rtl/>
          <w:szCs w:val="32"/>
        </w:rPr>
        <w:t>י״ו</w:t>
      </w:r>
      <w:r>
        <w:rPr>
          <w:rFonts w:ascii="Georgia" w:hAnsi="Georgia"/>
          <w:b w:val="0"/>
          <w:i w:val="0"/>
          <w:color w:val="000000"/>
          <w:sz w:val="24"/>
        </w:rPr>
        <w:t xml:space="preserve"> = 16), и они представляют собой тайну семи мелахим. Ведь буква йод (</w:t>
      </w:r>
      <w:r>
        <w:rPr>
          <w:rFonts w:ascii="Georgia" w:hAnsi="Georgia" w:cs="Times New Roman"/>
          <w:b/>
          <w:i w:val="0"/>
          <w:color w:val="000000"/>
          <w:sz w:val="24"/>
          <w:rtl/>
          <w:szCs w:val="32"/>
        </w:rPr>
        <w:t>י</w:t>
      </w:r>
      <w:r>
        <w:rPr>
          <w:rFonts w:ascii="Georgia" w:hAnsi="Georgia"/>
          <w:b w:val="0"/>
          <w:i w:val="0"/>
          <w:color w:val="000000"/>
          <w:sz w:val="24"/>
        </w:rPr>
        <w:t xml:space="preserve"> = 10) указывает на Малхут, представляющую собой одну лишь точку, — это буква йод в </w:t>
      </w:r>
      <w:r>
        <w:rPr>
          <w:rFonts w:ascii="Georgia" w:hAnsi="Georgia" w:cs="Times New Roman"/>
          <w:b/>
          <w:i w:val="0"/>
          <w:color w:val="000000"/>
          <w:sz w:val="24"/>
          <w:rtl/>
          <w:szCs w:val="32"/>
        </w:rPr>
        <w:t>אבג״י</w:t>
      </w:r>
      <w:r>
        <w:rPr>
          <w:rFonts w:ascii="Georgia" w:hAnsi="Georgia"/>
          <w:b w:val="0"/>
          <w:i w:val="0"/>
          <w:color w:val="000000"/>
          <w:sz w:val="24"/>
        </w:rPr>
        <w:t>; а буквы алеф, бэт, гимель (</w:t>
      </w:r>
      <w:r>
        <w:rPr>
          <w:rFonts w:ascii="Georgia" w:hAnsi="Georgia" w:cs="Times New Roman"/>
          <w:b/>
          <w:i w:val="0"/>
          <w:color w:val="000000"/>
          <w:sz w:val="24"/>
          <w:rtl/>
          <w:szCs w:val="32"/>
        </w:rPr>
        <w:t>אבג</w:t>
      </w:r>
      <w:r>
        <w:rPr>
          <w:rFonts w:ascii="Georgia" w:hAnsi="Georgia"/>
          <w:b w:val="0"/>
          <w:i w:val="0"/>
          <w:color w:val="000000"/>
          <w:sz w:val="24"/>
        </w:rPr>
        <w:t>) по гематрии дают 6 (</w:t>
      </w:r>
      <w:r>
        <w:rPr>
          <w:rFonts w:ascii="Georgia" w:hAnsi="Georgia" w:cs="Times New Roman"/>
          <w:b/>
          <w:i w:val="0"/>
          <w:color w:val="000000"/>
          <w:sz w:val="24"/>
          <w:rtl/>
          <w:szCs w:val="32"/>
        </w:rPr>
        <w:t>ו</w:t>
      </w:r>
      <w:r>
        <w:rPr>
          <w:rFonts w:ascii="Georgia" w:hAnsi="Georgia"/>
          <w:b w:val="0"/>
          <w:i w:val="0"/>
          <w:color w:val="000000"/>
          <w:sz w:val="24"/>
        </w:rPr>
        <w:t xml:space="preserve"> = 6) и указывают на ВАК де-ЗА. Вместе это и есть семь мелахим.</w:t>
      </w:r>
    </w:p>
    <w:p>
      <w:pPr>
        <w:spacing w:before="40" w:after="120"/>
        <w:jc w:val="both"/>
      </w:pPr>
      <w:r>
        <w:rPr>
          <w:rFonts w:ascii="Georgia" w:hAnsi="Georgia"/>
          <w:b w:val="0"/>
          <w:i w:val="0"/>
          <w:color w:val="000000"/>
          <w:sz w:val="24"/>
        </w:rPr>
        <w:t>13) И в этом тайна сказанного мудрецами (ХАЗАЛЬ), что общественное владение (</w:t>
      </w:r>
      <w:r>
        <w:rPr>
          <w:rFonts w:ascii="Georgia" w:hAnsi="Georgia"/>
          <w:b w:val="0"/>
          <w:i/>
          <w:color w:val="000000"/>
          <w:sz w:val="24"/>
        </w:rPr>
        <w:t>решут а-рабим</w:t>
      </w:r>
      <w:r>
        <w:rPr>
          <w:rFonts w:ascii="Georgia" w:hAnsi="Georgia"/>
          <w:b w:val="0"/>
          <w:i w:val="0"/>
          <w:color w:val="000000"/>
          <w:sz w:val="24"/>
        </w:rPr>
        <w:t>) имеет ширину в 16 (</w:t>
      </w:r>
      <w:r>
        <w:rPr>
          <w:rFonts w:ascii="Georgia" w:hAnsi="Georgia" w:cs="Times New Roman"/>
          <w:b/>
          <w:i w:val="0"/>
          <w:color w:val="000000"/>
          <w:sz w:val="24"/>
          <w:rtl/>
          <w:szCs w:val="32"/>
        </w:rPr>
        <w:t>י״ו</w:t>
      </w:r>
      <w:r>
        <w:rPr>
          <w:rFonts w:ascii="Georgia" w:hAnsi="Georgia"/>
          <w:b w:val="0"/>
          <w:i w:val="0"/>
          <w:color w:val="000000"/>
          <w:sz w:val="24"/>
        </w:rPr>
        <w:t xml:space="preserve"> = 16) локтей. Ведь именно эти семь мелахим до Исправления называются общественным владением, тогда как после Исправления оно называется частным владением (</w:t>
      </w:r>
      <w:r>
        <w:rPr>
          <w:rFonts w:ascii="Georgia" w:hAnsi="Georgia"/>
          <w:b w:val="0"/>
          <w:i/>
          <w:color w:val="000000"/>
          <w:sz w:val="24"/>
        </w:rPr>
        <w:t>решут а-яхид</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14) И вот эти семь мелахим, называемые </w:t>
      </w:r>
      <w:r>
        <w:rPr>
          <w:rFonts w:ascii="Georgia" w:hAnsi="Georgia" w:cs="Times New Roman"/>
          <w:b/>
          <w:i w:val="0"/>
          <w:color w:val="000000"/>
          <w:sz w:val="24"/>
          <w:rtl/>
          <w:szCs w:val="32"/>
        </w:rPr>
        <w:t>אבג״י</w:t>
      </w:r>
      <w:r>
        <w:rPr>
          <w:rFonts w:ascii="Georgia" w:hAnsi="Georgia"/>
          <w:b w:val="0"/>
          <w:i w:val="0"/>
          <w:color w:val="000000"/>
          <w:sz w:val="24"/>
        </w:rPr>
        <w:t>, были сокрушены, разбились и умерли — и в этом тайна букв тав-цади (</w:t>
      </w:r>
      <w:r>
        <w:rPr>
          <w:rFonts w:ascii="Georgia" w:hAnsi="Georgia" w:cs="Times New Roman"/>
          <w:b/>
          <w:i w:val="0"/>
          <w:color w:val="000000"/>
          <w:sz w:val="24"/>
          <w:rtl/>
          <w:szCs w:val="32"/>
        </w:rPr>
        <w:t>ת״ץ</w:t>
      </w:r>
      <w:r>
        <w:rPr>
          <w:rFonts w:ascii="Georgia" w:hAnsi="Georgia"/>
          <w:b w:val="0"/>
          <w:i w:val="0"/>
          <w:color w:val="000000"/>
          <w:sz w:val="24"/>
        </w:rPr>
        <w:t xml:space="preserve">) в имени </w:t>
      </w:r>
      <w:r>
        <w:rPr>
          <w:rFonts w:ascii="Georgia" w:hAnsi="Georgia" w:cs="Times New Roman"/>
          <w:b/>
          <w:i w:val="0"/>
          <w:color w:val="000000"/>
          <w:sz w:val="24"/>
          <w:rtl/>
          <w:szCs w:val="32"/>
        </w:rPr>
        <w:t>אב״ג ית״ץ</w:t>
      </w:r>
      <w:r>
        <w:rPr>
          <w:rFonts w:ascii="Georgia" w:hAnsi="Georgia"/>
          <w:b w:val="0"/>
          <w:i w:val="0"/>
          <w:color w:val="000000"/>
          <w:sz w:val="24"/>
        </w:rPr>
        <w:t>. И поскольку с Хеседа началась смерть мелахим, как сказано выше, она намечена в этом первом сочетании.</w:t>
      </w:r>
    </w:p>
    <w:p>
      <w:pPr>
        <w:spacing w:before="40" w:after="120"/>
        <w:jc w:val="both"/>
      </w:pPr>
      <w:r>
        <w:rPr>
          <w:rFonts w:ascii="Georgia" w:hAnsi="Georgia"/>
          <w:b w:val="0"/>
          <w:i w:val="0"/>
          <w:color w:val="000000"/>
          <w:sz w:val="24"/>
        </w:rPr>
        <w:t xml:space="preserve">15) А некоторые толкуют </w:t>
      </w:r>
      <w:r>
        <w:rPr>
          <w:rFonts w:ascii="Georgia" w:hAnsi="Georgia" w:cs="Times New Roman"/>
          <w:b/>
          <w:i w:val="0"/>
          <w:color w:val="000000"/>
          <w:sz w:val="24"/>
          <w:rtl/>
          <w:szCs w:val="32"/>
        </w:rPr>
        <w:t>אב״ג ית״ץ</w:t>
      </w:r>
      <w:r>
        <w:rPr>
          <w:rFonts w:ascii="Georgia" w:hAnsi="Georgia"/>
          <w:b w:val="0"/>
          <w:i w:val="0"/>
          <w:color w:val="000000"/>
          <w:sz w:val="24"/>
        </w:rPr>
        <w:t xml:space="preserve"> исходя из выражения Гемары о бесе </w:t>
      </w:r>
      <w:r>
        <w:rPr>
          <w:rFonts w:ascii="Georgia" w:hAnsi="Georgia"/>
          <w:b w:val="0"/>
          <w:i/>
          <w:color w:val="000000"/>
          <w:sz w:val="24"/>
        </w:rPr>
        <w:t>авга де-бей рав</w:t>
      </w:r>
      <w:r>
        <w:rPr>
          <w:rFonts w:ascii="Georgia" w:hAnsi="Georgia"/>
          <w:b w:val="0"/>
          <w:i w:val="0"/>
          <w:color w:val="000000"/>
          <w:sz w:val="24"/>
        </w:rPr>
        <w:t xml:space="preserve"> — «тот бес из дома учения» (</w:t>
      </w:r>
      <w:r>
        <w:rPr>
          <w:rFonts w:ascii="Georgia" w:hAnsi="Georgia" w:cs="Times New Roman"/>
          <w:b/>
          <w:i w:val="0"/>
          <w:color w:val="000000"/>
          <w:sz w:val="24"/>
          <w:rtl/>
          <w:szCs w:val="32"/>
        </w:rPr>
        <w:t>אַבְגָא דְּבֵי רַב</w:t>
      </w:r>
      <w:r>
        <w:rPr>
          <w:rFonts w:ascii="Georgia" w:hAnsi="Georgia"/>
          <w:b w:val="0"/>
          <w:i w:val="0"/>
          <w:color w:val="000000"/>
          <w:sz w:val="24"/>
        </w:rPr>
        <w:t xml:space="preserve">), то есть сатан, находившийся в том доме учения. И получается, что сочетание </w:t>
      </w:r>
      <w:r>
        <w:rPr>
          <w:rFonts w:ascii="Georgia" w:hAnsi="Georgia" w:cs="Times New Roman"/>
          <w:b/>
          <w:i w:val="0"/>
          <w:color w:val="000000"/>
          <w:sz w:val="24"/>
          <w:rtl/>
          <w:szCs w:val="32"/>
        </w:rPr>
        <w:t>אב״ג ית״ץ</w:t>
      </w:r>
      <w:r>
        <w:rPr>
          <w:rFonts w:ascii="Georgia" w:hAnsi="Georgia"/>
          <w:b w:val="0"/>
          <w:i w:val="0"/>
          <w:color w:val="000000"/>
          <w:sz w:val="24"/>
        </w:rPr>
        <w:t xml:space="preserve"> устроено точно так же, как я писал выше о буквах шаатнез-гац (</w:t>
      </w:r>
      <w:r>
        <w:rPr>
          <w:rFonts w:ascii="Georgia" w:hAnsi="Georgia" w:cs="Times New Roman"/>
          <w:b/>
          <w:i w:val="0"/>
          <w:color w:val="000000"/>
          <w:sz w:val="24"/>
          <w:rtl/>
          <w:szCs w:val="32"/>
        </w:rPr>
        <w:t>שעטנ״ז ג״ץ</w:t>
      </w:r>
      <w:r>
        <w:rPr>
          <w:rFonts w:ascii="Georgia" w:hAnsi="Georgia"/>
          <w:b w:val="0"/>
          <w:i w:val="0"/>
          <w:color w:val="000000"/>
          <w:sz w:val="24"/>
        </w:rPr>
        <w:t xml:space="preserve">), анаграмма которых — </w:t>
      </w:r>
      <w:r>
        <w:rPr>
          <w:rFonts w:ascii="Georgia" w:hAnsi="Georgia"/>
          <w:b w:val="0"/>
          <w:i/>
          <w:color w:val="000000"/>
          <w:sz w:val="24"/>
        </w:rPr>
        <w:t>сатан оз гац</w:t>
      </w:r>
      <w:r>
        <w:rPr>
          <w:rFonts w:ascii="Georgia" w:hAnsi="Georgia"/>
          <w:b w:val="0"/>
          <w:i w:val="0"/>
          <w:color w:val="000000"/>
          <w:sz w:val="24"/>
        </w:rPr>
        <w:t xml:space="preserve"> (</w:t>
      </w:r>
      <w:r>
        <w:rPr>
          <w:rFonts w:ascii="Georgia" w:hAnsi="Georgia" w:cs="Times New Roman"/>
          <w:b/>
          <w:i w:val="0"/>
          <w:color w:val="000000"/>
          <w:sz w:val="24"/>
          <w:rtl/>
          <w:szCs w:val="32"/>
        </w:rPr>
        <w:t>שָׂטָן עַז גָּץ</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16) Второе же сочетание — </w:t>
      </w:r>
      <w:r>
        <w:rPr>
          <w:rFonts w:ascii="Georgia" w:hAnsi="Georgia" w:cs="Times New Roman"/>
          <w:b/>
          <w:i w:val="0"/>
          <w:color w:val="000000"/>
          <w:sz w:val="24"/>
          <w:rtl/>
          <w:szCs w:val="32"/>
        </w:rPr>
        <w:t>קר״ע שט״ן</w:t>
      </w:r>
      <w:r>
        <w:rPr>
          <w:rFonts w:ascii="Georgia" w:hAnsi="Georgia"/>
          <w:b w:val="0"/>
          <w:i w:val="0"/>
          <w:color w:val="000000"/>
          <w:sz w:val="24"/>
        </w:rPr>
        <w:t xml:space="preserve"> — относится к Гвуре, то есть ко второму [из разбившихся] мелахим, со смертью которого упали также ахораим де-Има. Поэтому в этом сочетании намечено аннулирование ахораим Аба ве-Има.</w:t>
      </w:r>
    </w:p>
    <w:p>
      <w:pPr>
        <w:spacing w:before="40" w:after="120"/>
        <w:jc w:val="both"/>
      </w:pPr>
      <w:r>
        <w:rPr>
          <w:rFonts w:ascii="Georgia" w:hAnsi="Georgia"/>
          <w:b w:val="0"/>
          <w:i w:val="0"/>
          <w:color w:val="000000"/>
          <w:sz w:val="24"/>
        </w:rPr>
        <w:t>17) И вот его объяснение: буквы куф, рэйш, айн (</w:t>
      </w:r>
      <w:r>
        <w:rPr>
          <w:rFonts w:ascii="Georgia" w:hAnsi="Georgia" w:cs="Times New Roman"/>
          <w:b/>
          <w:i w:val="0"/>
          <w:color w:val="000000"/>
          <w:sz w:val="24"/>
          <w:rtl/>
          <w:szCs w:val="32"/>
        </w:rPr>
        <w:t>קר״ע</w:t>
      </w:r>
      <w:r>
        <w:rPr>
          <w:rFonts w:ascii="Georgia" w:hAnsi="Georgia"/>
          <w:b w:val="0"/>
          <w:i w:val="0"/>
          <w:color w:val="000000"/>
          <w:sz w:val="24"/>
        </w:rPr>
        <w:t>) означают, что здесь не было подлинной смерти и сокрушения, как у семи мелахим, а лишь надрыв и частичное повреждение, при этом [ступень] осталась на своем месте. Ведь при сокрушении камень с силой сбрасывается со своего места на другое место, как сказано выше. И из-за этого разрыва возникла клипа, называемая «сатан», — и в этом смысл слов «разорви сатана» (</w:t>
      </w:r>
      <w:r>
        <w:rPr>
          <w:rFonts w:ascii="Georgia" w:hAnsi="Georgia" w:cs="Times New Roman"/>
          <w:b/>
          <w:i w:val="0"/>
          <w:color w:val="000000"/>
          <w:sz w:val="24"/>
          <w:rtl/>
          <w:szCs w:val="32"/>
        </w:rPr>
        <w:t>קר״ע שט״ן</w:t>
      </w:r>
      <w:r>
        <w:rPr>
          <w:rFonts w:ascii="Georgia" w:hAnsi="Georgia"/>
          <w:b w:val="0"/>
          <w:i w:val="0"/>
          <w:color w:val="000000"/>
          <w:sz w:val="24"/>
        </w:rPr>
        <w:t>).</w:t>
      </w:r>
    </w:p>
    <w:p>
      <w:pPr>
        <w:spacing w:before="40" w:after="120"/>
        <w:jc w:val="both"/>
      </w:pPr>
      <w:r>
        <w:rPr>
          <w:rFonts w:ascii="Georgia" w:hAnsi="Georgia"/>
          <w:b w:val="0"/>
          <w:i w:val="0"/>
          <w:color w:val="000000"/>
          <w:sz w:val="24"/>
        </w:rPr>
        <w:t>18) А Аба ве-Има в состоянии лицом к лицу — это имя АВАЯ с наполнением йод (</w:t>
      </w:r>
      <w:r>
        <w:rPr>
          <w:rFonts w:ascii="Georgia" w:hAnsi="Georgia" w:cs="Times New Roman"/>
          <w:b/>
          <w:i w:val="0"/>
          <w:color w:val="000000"/>
          <w:sz w:val="24"/>
          <w:rtl/>
          <w:szCs w:val="32"/>
        </w:rPr>
        <w:t>יוד הי ויו הי</w:t>
      </w:r>
      <w:r>
        <w:rPr>
          <w:rFonts w:ascii="Georgia" w:hAnsi="Georgia"/>
          <w:b w:val="0"/>
          <w:i w:val="0"/>
          <w:color w:val="000000"/>
          <w:sz w:val="24"/>
        </w:rPr>
        <w:t>) в Абе и имя ЭЙЕ с наполнением йод в Име. Вместе они по гематрии равны 233 (</w:t>
      </w:r>
      <w:r>
        <w:rPr>
          <w:rFonts w:ascii="Georgia" w:hAnsi="Georgia" w:cs="Times New Roman"/>
          <w:b/>
          <w:i w:val="0"/>
          <w:color w:val="000000"/>
          <w:sz w:val="24"/>
          <w:rtl/>
          <w:szCs w:val="32"/>
        </w:rPr>
        <w:t>רג״ל</w:t>
      </w:r>
      <w:r>
        <w:rPr>
          <w:rFonts w:ascii="Georgia" w:hAnsi="Georgia"/>
          <w:b w:val="0"/>
          <w:i w:val="0"/>
          <w:color w:val="000000"/>
          <w:sz w:val="24"/>
        </w:rPr>
        <w:t xml:space="preserve"> = 233), что соответствует слову </w:t>
      </w:r>
      <w:r>
        <w:rPr>
          <w:rFonts w:ascii="Georgia" w:hAnsi="Georgia"/>
          <w:b w:val="0"/>
          <w:i/>
          <w:color w:val="000000"/>
          <w:sz w:val="24"/>
        </w:rPr>
        <w:t>захор</w:t>
      </w:r>
      <w:r>
        <w:rPr>
          <w:rFonts w:ascii="Georgia" w:hAnsi="Georgia"/>
          <w:b w:val="0"/>
          <w:i w:val="0"/>
          <w:color w:val="000000"/>
          <w:sz w:val="24"/>
        </w:rPr>
        <w:t xml:space="preserve"> — «помни» (</w:t>
      </w:r>
      <w:r>
        <w:rPr>
          <w:rFonts w:ascii="Georgia" w:hAnsi="Georgia" w:cs="Times New Roman"/>
          <w:b/>
          <w:i w:val="0"/>
          <w:color w:val="000000"/>
          <w:sz w:val="24"/>
          <w:rtl/>
          <w:szCs w:val="32"/>
        </w:rPr>
        <w:t>זָכוֹר</w:t>
      </w:r>
      <w:r>
        <w:rPr>
          <w:rFonts w:ascii="Georgia" w:hAnsi="Georgia"/>
          <w:b w:val="0"/>
          <w:i w:val="0"/>
          <w:color w:val="000000"/>
          <w:sz w:val="24"/>
        </w:rPr>
        <w:t xml:space="preserve"> = 233), так как память исходит с лицевой стороны.</w:t>
      </w:r>
    </w:p>
    <w:p>
      <w:pPr>
        <w:spacing w:before="40" w:after="120"/>
        <w:jc w:val="both"/>
      </w:pPr>
      <w:r>
        <w:rPr>
          <w:rFonts w:ascii="Georgia" w:hAnsi="Georgia"/>
          <w:b w:val="0"/>
          <w:i w:val="0"/>
          <w:color w:val="000000"/>
          <w:sz w:val="24"/>
        </w:rPr>
        <w:t xml:space="preserve">19) Состояние же спиной к спине — это ахораим двух упомянутых Имен. Ахораим имени АВАЯ выглядят так: </w:t>
      </w:r>
      <w:r>
        <w:rPr>
          <w:rFonts w:ascii="Georgia" w:hAnsi="Georgia" w:cs="Times New Roman"/>
          <w:b/>
          <w:i w:val="0"/>
          <w:color w:val="000000"/>
          <w:sz w:val="24"/>
          <w:rtl/>
          <w:szCs w:val="32"/>
        </w:rPr>
        <w:t>יוד</w:t>
      </w:r>
      <w:r>
        <w:rPr>
          <w:rFonts w:ascii="Georgia" w:hAnsi="Georgia"/>
          <w:b w:val="0"/>
          <w:i w:val="0"/>
          <w:color w:val="000000"/>
          <w:sz w:val="24"/>
        </w:rPr>
        <w:t xml:space="preserve">, </w:t>
      </w:r>
      <w:r>
        <w:rPr>
          <w:rFonts w:ascii="Georgia" w:hAnsi="Georgia" w:cs="Times New Roman"/>
          <w:b/>
          <w:i w:val="0"/>
          <w:color w:val="000000"/>
          <w:sz w:val="24"/>
          <w:rtl/>
          <w:szCs w:val="32"/>
        </w:rPr>
        <w:t>יוד הי</w:t>
      </w:r>
      <w:r>
        <w:rPr>
          <w:rFonts w:ascii="Georgia" w:hAnsi="Georgia"/>
          <w:b w:val="0"/>
          <w:i w:val="0"/>
          <w:color w:val="000000"/>
          <w:sz w:val="24"/>
        </w:rPr>
        <w:t xml:space="preserve">, </w:t>
      </w:r>
      <w:r>
        <w:rPr>
          <w:rFonts w:ascii="Georgia" w:hAnsi="Georgia" w:cs="Times New Roman"/>
          <w:b/>
          <w:i w:val="0"/>
          <w:color w:val="000000"/>
          <w:sz w:val="24"/>
          <w:rtl/>
          <w:szCs w:val="32"/>
        </w:rPr>
        <w:t>יוד הי ויו</w:t>
      </w:r>
      <w:r>
        <w:rPr>
          <w:rFonts w:ascii="Georgia" w:hAnsi="Georgia"/>
          <w:b w:val="0"/>
          <w:i w:val="0"/>
          <w:color w:val="000000"/>
          <w:sz w:val="24"/>
        </w:rPr>
        <w:t xml:space="preserve">, </w:t>
      </w:r>
      <w:r>
        <w:rPr>
          <w:rFonts w:ascii="Georgia" w:hAnsi="Georgia" w:cs="Times New Roman"/>
          <w:b/>
          <w:i w:val="0"/>
          <w:color w:val="000000"/>
          <w:sz w:val="24"/>
          <w:rtl/>
          <w:szCs w:val="32"/>
        </w:rPr>
        <w:t>יוד הי ויו הי</w:t>
      </w:r>
      <w:r>
        <w:rPr>
          <w:rFonts w:ascii="Georgia" w:hAnsi="Georgia"/>
          <w:b w:val="0"/>
          <w:i w:val="0"/>
          <w:color w:val="000000"/>
          <w:sz w:val="24"/>
        </w:rPr>
        <w:t xml:space="preserve"> — в Абе. А ахораим Имы выглядят так: </w:t>
      </w:r>
      <w:r>
        <w:rPr>
          <w:rFonts w:ascii="Georgia" w:hAnsi="Georgia" w:cs="Times New Roman"/>
          <w:b/>
          <w:i w:val="0"/>
          <w:color w:val="000000"/>
          <w:sz w:val="24"/>
          <w:rtl/>
          <w:szCs w:val="32"/>
        </w:rPr>
        <w:t>אלף</w:t>
      </w:r>
      <w:r>
        <w:rPr>
          <w:rFonts w:ascii="Georgia" w:hAnsi="Georgia"/>
          <w:b w:val="0"/>
          <w:i w:val="0"/>
          <w:color w:val="000000"/>
          <w:sz w:val="24"/>
        </w:rPr>
        <w:t xml:space="preserve">, </w:t>
      </w:r>
      <w:r>
        <w:rPr>
          <w:rFonts w:ascii="Georgia" w:hAnsi="Georgia" w:cs="Times New Roman"/>
          <w:b/>
          <w:i w:val="0"/>
          <w:color w:val="000000"/>
          <w:sz w:val="24"/>
          <w:rtl/>
          <w:szCs w:val="32"/>
        </w:rPr>
        <w:t>אלף הי</w:t>
      </w:r>
      <w:r>
        <w:rPr>
          <w:rFonts w:ascii="Georgia" w:hAnsi="Georgia"/>
          <w:b w:val="0"/>
          <w:i w:val="0"/>
          <w:color w:val="000000"/>
          <w:sz w:val="24"/>
        </w:rPr>
        <w:t xml:space="preserve">, </w:t>
      </w:r>
      <w:r>
        <w:rPr>
          <w:rFonts w:ascii="Georgia" w:hAnsi="Georgia" w:cs="Times New Roman"/>
          <w:b/>
          <w:i w:val="0"/>
          <w:color w:val="000000"/>
          <w:sz w:val="24"/>
          <w:rtl/>
          <w:szCs w:val="32"/>
        </w:rPr>
        <w:t>אלף הי יוד</w:t>
      </w:r>
      <w:r>
        <w:rPr>
          <w:rFonts w:ascii="Georgia" w:hAnsi="Georgia"/>
          <w:b w:val="0"/>
          <w:i w:val="0"/>
          <w:color w:val="000000"/>
          <w:sz w:val="24"/>
        </w:rPr>
        <w:t xml:space="preserve">, </w:t>
      </w:r>
      <w:r>
        <w:rPr>
          <w:rFonts w:ascii="Georgia" w:hAnsi="Georgia" w:cs="Times New Roman"/>
          <w:b/>
          <w:i w:val="0"/>
          <w:color w:val="000000"/>
          <w:sz w:val="24"/>
          <w:rtl/>
          <w:szCs w:val="32"/>
        </w:rPr>
        <w:t>אלף הי יוד הי</w:t>
      </w:r>
      <w:r>
        <w:rPr>
          <w:rFonts w:ascii="Georgia" w:hAnsi="Georgia"/>
          <w:b w:val="0"/>
          <w:i w:val="0"/>
          <w:color w:val="000000"/>
          <w:sz w:val="24"/>
        </w:rPr>
        <w:t xml:space="preserve">. Оба они вместе по гематрии равны 728, что соответствует слову </w:t>
      </w:r>
      <w:r>
        <w:rPr>
          <w:rFonts w:ascii="Georgia" w:hAnsi="Georgia"/>
          <w:b w:val="0"/>
          <w:i/>
          <w:color w:val="000000"/>
          <w:sz w:val="24"/>
        </w:rPr>
        <w:t>тишках</w:t>
      </w:r>
      <w:r>
        <w:rPr>
          <w:rFonts w:ascii="Georgia" w:hAnsi="Georgia"/>
          <w:b w:val="0"/>
          <w:i w:val="0"/>
          <w:color w:val="000000"/>
          <w:sz w:val="24"/>
        </w:rPr>
        <w:t xml:space="preserve"> — «забудешь» (</w:t>
      </w:r>
      <w:r>
        <w:rPr>
          <w:rFonts w:ascii="Georgia" w:hAnsi="Georgia" w:cs="Times New Roman"/>
          <w:b/>
          <w:i w:val="0"/>
          <w:color w:val="000000"/>
          <w:sz w:val="24"/>
          <w:rtl/>
          <w:szCs w:val="32"/>
        </w:rPr>
        <w:t>תִּשְׁכַּח</w:t>
      </w:r>
      <w:r>
        <w:rPr>
          <w:rFonts w:ascii="Georgia" w:hAnsi="Georgia"/>
          <w:b w:val="0"/>
          <w:i w:val="0"/>
          <w:color w:val="000000"/>
          <w:sz w:val="24"/>
        </w:rPr>
        <w:t xml:space="preserve"> = 728), ведь забвение исходит со стороны ахораим. Сочетание же </w:t>
      </w:r>
      <w:r>
        <w:rPr>
          <w:rFonts w:ascii="Georgia" w:hAnsi="Georgia" w:cs="Times New Roman"/>
          <w:b/>
          <w:i w:val="0"/>
          <w:color w:val="000000"/>
          <w:sz w:val="24"/>
          <w:rtl/>
          <w:szCs w:val="32"/>
        </w:rPr>
        <w:t>קר״ע שט״ן</w:t>
      </w:r>
      <w:r>
        <w:rPr>
          <w:rFonts w:ascii="Georgia" w:hAnsi="Georgia"/>
          <w:b w:val="0"/>
          <w:i w:val="0"/>
          <w:color w:val="000000"/>
          <w:sz w:val="24"/>
        </w:rPr>
        <w:t xml:space="preserve"> по гематрии с колелем (включая единицу самого слова) равно 728, что соответствует числу ахораим, намекая на падение ахораим Аба ве-Има.</w:t>
      </w:r>
    </w:p>
    <w:p>
      <w:pPr>
        <w:spacing w:before="40" w:after="120"/>
        <w:jc w:val="both"/>
      </w:pPr>
      <w:r>
        <w:rPr>
          <w:rFonts w:ascii="Georgia" w:hAnsi="Georgia"/>
          <w:b w:val="0"/>
          <w:i w:val="0"/>
          <w:color w:val="000000"/>
          <w:sz w:val="24"/>
        </w:rPr>
        <w:t>20) Вернемся к начальной теме: пока еще не умерла [верхняя] треть Тиферет, падение ахораим Аба ве-Има еще не завершилось окончательно. И когда эти мелахим входили в свое кли, они были раскрыты в великом свете. Но после того, как умерла верхняя треть Тиферет, со смертью которой туда упали ахораим Аба ве-Има, — когда остальные света выходили, чтобы войти в свое кли, они уже были облачены в эти ахораим, которые упали и остались в Ацилуте, как сказано выше. И последние мелахим выходили облаченными в ахораим Аба ве-Има. И это состояние остается у них постоянно, пока не завершатся все выяснения и не выйдут вплоть до будущего избавления, вскоре, в наши дни. В этом и заключается тайна подъема МАН, который ЗОН поднимают к Аба ве-Има: он происходит благодаря тайне этих ахораим Аба ве-Има, опустившихся туда вниз в самом Ацилуте, как сказано выше, которые они взяли себе.</w:t>
      </w:r>
    </w:p>
    <w:p>
      <w:pPr>
        <w:spacing w:before="40" w:after="120"/>
        <w:jc w:val="both"/>
      </w:pPr>
      <w:r>
        <w:rPr>
          <w:rFonts w:ascii="Georgia" w:hAnsi="Georgia"/>
          <w:b w:val="0"/>
          <w:i w:val="0"/>
          <w:color w:val="000000"/>
          <w:sz w:val="24"/>
        </w:rPr>
        <w:t>21) Получается, что эти света от хазе и ниже приходят скрытыми. А ты уже знаешь, что сокрытие и утаение света — это и есть способ его исправления, так как благодаря этому у кли есть сила выдержать свет, поскольку он приходит облаченным. А раз так, разбиение келим от хазе и ниже — то есть двух нижних третей Тиферет, НЕХИ и Малхут — не равно разбиению келим Даат, Хеседа, Гвуры и верхней трети Тиферет, ведь разбиение высших, несомненно, будет сильнее разбиения нижних.</w:t>
      </w:r>
    </w:p>
    <w:p>
      <w:pPr>
        <w:spacing w:before="40" w:after="120"/>
        <w:jc w:val="both"/>
      </w:pPr>
      <w:r>
        <w:rPr>
          <w:rFonts w:ascii="Georgia" w:hAnsi="Georgia"/>
          <w:b w:val="0"/>
          <w:i w:val="0"/>
          <w:color w:val="000000"/>
          <w:sz w:val="24"/>
        </w:rPr>
        <w:t>22) Поэтому при исправлении Зеир Анпина во время общего Исправления его парцуф строится противоположным образом: от двух [нижних] третей Тиферет и ниже его света и содержащиеся в них хасадим раскрыты. Это объясняется тем, что у них есть способность принимать их не через масах (экран) Бины, так как их разбиение не было столь сильным. Но высшие [сфирот], простирающиеся от рош де-ЗА до хазе, приходят при Исправлении скрытыми и теперь облачены внутри масаха Бины, то есть ее Есода, как известно. Это связано с тем, что вначале они были открыты, и их разбиение оказалось сильным. И хотя Нецах и Ход тоже сокрыты и запечатаны, всё же, как объяснено в своем месте, раскрытые хасадим соударяются в них, и их свет выходит наружу.</w:t>
      </w:r>
    </w:p>
    <w:p>
      <w:pPr>
        <w:spacing w:before="40" w:after="120"/>
        <w:jc w:val="both"/>
      </w:pPr>
      <w:r>
        <w:rPr>
          <w:rFonts w:ascii="Georgia" w:hAnsi="Georgia"/>
          <w:b w:val="0"/>
          <w:i w:val="0"/>
          <w:color w:val="000000"/>
          <w:sz w:val="24"/>
        </w:rPr>
        <w:t>23) Со смертью Зеир Анпина вплоть до его верхней трети Тиферет ахораим Аба ве-Има уже опустились. Однако падение ахораим ИШСУТ не завершилось вплоть до смерти Нуквы Зеир Анпина. Поэтому ахораим Аба ве-Има забирает себе Зеир Анпин, а ахораим ИШСУТ забирает себе Малхут, и их света облачаются в них наподобие мохин Зеир Анпина.</w:t>
      </w:r>
    </w:p>
    <w:p>
      <w:pPr>
        <w:spacing w:before="40" w:after="120"/>
        <w:jc w:val="both"/>
      </w:pPr>
      <w:r>
        <w:rPr>
          <w:rFonts w:ascii="Georgia" w:hAnsi="Georgia"/>
          <w:b w:val="0"/>
          <w:i w:val="0"/>
          <w:color w:val="000000"/>
          <w:sz w:val="24"/>
        </w:rPr>
        <w:t>24) И благодаря этому ты поймешь сказанное: когда ЗОН равны друг другу лицом к лицу, тогда Нецах, Ход, Есод Аба ве-Има служат мохин для Зеир Анпина, а НЕХИ ИШСУТ входят как мохин в рош де-Нуква. Также ты поймешь сказанное о том, что когда они пребывали лицом к лицу, выходили две ступени Яакова: одна в Зеир Анпине, а другая в Нукве. Ведь первая, относящаяся к мохин Зеир Анпина, исходит от Аба ве-Има, а вторая, относящаяся к мохин Нуквы, — от ИШСУТ. И тогда они — два великих светила, где ни она не больше его, ни он не больше ее, и они совершенно не нуждаются друг в друге. При этом ахораим де-Аба находятся на правой стороне, в Хесед де-ЗА, а ахораим де-Има — на левой стороне, в Гвура де-ЗА. И это учение потребуется в своем месте, и там оно будет разъяснено с Б-жьей помощью.</w:t>
      </w:r>
    </w:p>
    <w:p>
      <w:pPr>
        <w:spacing w:before="40" w:after="120"/>
        <w:jc w:val="both"/>
      </w:pPr>
      <w:r>
        <w:rPr>
          <w:rFonts w:ascii="Georgia" w:hAnsi="Georgia"/>
          <w:b w:val="0"/>
          <w:i w:val="0"/>
          <w:color w:val="000000"/>
          <w:sz w:val="24"/>
        </w:rPr>
        <w:t>25) И здесь находится место спуска и падения ахораим Аба ве-Има, о которых мы говорили выше, что они опустились внутри самого Ацилута. Ведь хотя келим Зеир Анпина разбились, света Зеир Анпина тем не менее остались облаченными в эти ахораим высших Аба ве-Има: вся линия Хеседа Зеир Анпина — в ахораим Абы, а вся линия Гвуры облачена в ахораим Имы. И пойми это предисловие как следует.</w:t>
      </w:r>
    </w:p>
    <w:p>
      <w:pPr>
        <w:spacing w:before="40" w:after="120"/>
        <w:jc w:val="both"/>
      </w:pPr>
      <w:r>
        <w:rPr>
          <w:rFonts w:ascii="Georgia" w:hAnsi="Georgia"/>
          <w:b w:val="0"/>
          <w:i w:val="0"/>
          <w:color w:val="000000"/>
          <w:sz w:val="24"/>
        </w:rPr>
        <w:t xml:space="preserve">26) Вернемся к толкованию отрывка из недельной главы «Ваишлах» о мелахим: </w:t>
      </w:r>
      <w:r>
        <w:rPr>
          <w:rFonts w:ascii="Georgia" w:hAnsi="Georgia"/>
          <w:b w:val="0"/>
          <w:i/>
          <w:color w:val="000000"/>
          <w:sz w:val="24"/>
        </w:rPr>
        <w:t>«И вот цари…»</w:t>
      </w:r>
      <w:r>
        <w:rPr>
          <w:rFonts w:ascii="Georgia" w:hAnsi="Georgia"/>
          <w:b w:val="0"/>
          <w:i w:val="0"/>
          <w:color w:val="000000"/>
          <w:sz w:val="24"/>
        </w:rPr>
        <w:t xml:space="preserve"> (Берешит 36:31). Ведь было объяснено, как опустились четыре [вида] ахораим Аба ве-Има и ИШСУТ. Поэтому ты увидишь, что среди этих мелахим имена отцов названы не у всех, а лишь у четырех: Бела, Йовав, Бааль-Ханан и Адад.</w:t>
      </w:r>
    </w:p>
    <w:p>
      <w:pPr>
        <w:spacing w:before="40" w:after="120"/>
        <w:jc w:val="both"/>
      </w:pPr>
      <w:r>
        <w:rPr>
          <w:rFonts w:ascii="Georgia" w:hAnsi="Georgia"/>
          <w:b w:val="0"/>
          <w:i w:val="0"/>
          <w:color w:val="000000"/>
          <w:sz w:val="24"/>
        </w:rPr>
        <w:t xml:space="preserve">27) Также ты найдешь еще одно отличие: даже у этих четырех имя отца названо только во время воцарения, но не во время смерти. Как сказано: </w:t>
      </w:r>
      <w:r>
        <w:rPr>
          <w:rFonts w:ascii="Georgia" w:hAnsi="Georgia"/>
          <w:b w:val="0"/>
          <w:i/>
          <w:color w:val="000000"/>
          <w:sz w:val="24"/>
        </w:rPr>
        <w:t>«И воцарился в Эдоме Бела, сын Беора…»</w:t>
      </w:r>
      <w:r>
        <w:rPr>
          <w:rFonts w:ascii="Georgia" w:hAnsi="Georgia"/>
          <w:b w:val="0"/>
          <w:i w:val="0"/>
          <w:color w:val="000000"/>
          <w:sz w:val="24"/>
        </w:rPr>
        <w:t xml:space="preserve"> (Берешит 36:32), но не написано: «И умер Бела, сын Беора», а просто «Бела». И точно так же у остальных трех мелахим. Смысл этого в том, чтобы показать: от «отцов» опустились лишь четыре ступени ахораим и не более, и они не опустились вместе со своими «сыновьями», как сказано выше. А поскольку «отцы» не умерли, но испытали лишь простое аннулирование, во время смерти упоминаются не «отцы», а только сами «сыновья». Однако чтобы показать, что и в них произошло аннулирование, «отцы» упомянуты во время воцарения.</w:t>
      </w:r>
    </w:p>
    <w:p>
      <w:pPr>
        <w:spacing w:before="40" w:after="120"/>
        <w:jc w:val="both"/>
      </w:pPr>
      <w:r>
        <w:rPr>
          <w:rFonts w:ascii="Georgia" w:hAnsi="Georgia"/>
          <w:b w:val="0"/>
          <w:i w:val="0"/>
          <w:color w:val="000000"/>
          <w:sz w:val="24"/>
        </w:rPr>
        <w:t xml:space="preserve">28) И если ты спросишь: ведь о Хушаме, который является третьим мелехом, следовало бы упомянуть имя его отца и написать «такой-то, сын такого-то» — ведь выше было объяснено, что он пробуждает Гвуру де-Има и аннулирует ее ахор во время своей смерти, как известно? На это можно ответить: сын зовется только по имени своего отца. А поскольку он аннулировал лишь ахораим Имы, нельзя называть его «такой-то, сын такой-то, своей матери», а только «такой-то, сын такого-то, своего отца». И потому имя его отца не было упомянуто, так как он не аннулировал ахораим своего отца, а только ахораим своей матери. Ведь имя [Хушам, </w:t>
      </w:r>
      <w:r>
        <w:rPr>
          <w:rFonts w:ascii="Georgia" w:hAnsi="Georgia" w:cs="Times New Roman"/>
          <w:b/>
          <w:i w:val="0"/>
          <w:color w:val="000000"/>
          <w:sz w:val="24"/>
          <w:rtl/>
          <w:szCs w:val="32"/>
        </w:rPr>
        <w:t>חֻשָׁם</w:t>
      </w:r>
      <w:r>
        <w:rPr>
          <w:rFonts w:ascii="Georgia" w:hAnsi="Georgia"/>
          <w:b w:val="0"/>
          <w:i w:val="0"/>
          <w:color w:val="000000"/>
          <w:sz w:val="24"/>
        </w:rPr>
        <w:t>] намекает на пять (</w:t>
      </w:r>
      <w:r>
        <w:rPr>
          <w:rFonts w:ascii="Georgia" w:hAnsi="Georgia"/>
          <w:b w:val="0"/>
          <w:i/>
          <w:color w:val="000000"/>
          <w:sz w:val="24"/>
        </w:rPr>
        <w:t>хамеш</w:t>
      </w:r>
      <w:r>
        <w:rPr>
          <w:rFonts w:ascii="Georgia" w:hAnsi="Georgia"/>
          <w:b w:val="0"/>
          <w:i w:val="0"/>
          <w:color w:val="000000"/>
          <w:sz w:val="24"/>
        </w:rPr>
        <w:t xml:space="preserve">, </w:t>
      </w:r>
      <w:r>
        <w:rPr>
          <w:rFonts w:ascii="Georgia" w:hAnsi="Georgia" w:cs="Times New Roman"/>
          <w:b/>
          <w:i w:val="0"/>
          <w:color w:val="000000"/>
          <w:sz w:val="24"/>
          <w:rtl/>
          <w:szCs w:val="32"/>
        </w:rPr>
        <w:t>חָמֵשׁ</w:t>
      </w:r>
      <w:r>
        <w:rPr>
          <w:rFonts w:ascii="Georgia" w:hAnsi="Georgia"/>
          <w:b w:val="0"/>
          <w:i w:val="0"/>
          <w:color w:val="000000"/>
          <w:sz w:val="24"/>
        </w:rPr>
        <w:t xml:space="preserve"> = 5) — на пять гвурот Нуквы, и поэтому не сказано «сын такого-то».</w:t>
      </w:r>
    </w:p>
    <w:p>
      <w:pPr>
        <w:spacing w:before="40" w:after="120"/>
        <w:jc w:val="both"/>
      </w:pPr>
      <w:r>
        <w:rPr>
          <w:rFonts w:ascii="Georgia" w:hAnsi="Georgia"/>
          <w:b w:val="0"/>
          <w:i w:val="0"/>
          <w:color w:val="000000"/>
          <w:sz w:val="24"/>
        </w:rPr>
        <w:t>29) А Адад, сын Бедада, являющийся четвертым мелехом и относящийся к ступени Тиферет, назван так потому, что он находится вверху, на уровне верхней трети — в месте хазе, где располагаются груди (</w:t>
      </w:r>
      <w:r>
        <w:rPr>
          <w:rFonts w:ascii="Georgia" w:hAnsi="Georgia"/>
          <w:b w:val="0"/>
          <w:i/>
          <w:color w:val="000000"/>
          <w:sz w:val="24"/>
        </w:rPr>
        <w:t>дадим</w:t>
      </w:r>
      <w:r>
        <w:rPr>
          <w:rFonts w:ascii="Georgia" w:hAnsi="Georgia"/>
          <w:b w:val="0"/>
          <w:i w:val="0"/>
          <w:color w:val="000000"/>
          <w:sz w:val="24"/>
        </w:rPr>
        <w:t xml:space="preserve">, </w:t>
      </w:r>
      <w:r>
        <w:rPr>
          <w:rFonts w:ascii="Georgia" w:hAnsi="Georgia" w:cs="Times New Roman"/>
          <w:b/>
          <w:i w:val="0"/>
          <w:color w:val="000000"/>
          <w:sz w:val="24"/>
          <w:rtl/>
          <w:szCs w:val="32"/>
        </w:rPr>
        <w:t>דַּדִּים</w:t>
      </w:r>
      <w:r>
        <w:rPr>
          <w:rFonts w:ascii="Georgia" w:hAnsi="Georgia"/>
          <w:b w:val="0"/>
          <w:i w:val="0"/>
          <w:color w:val="000000"/>
          <w:sz w:val="24"/>
        </w:rPr>
        <w:t xml:space="preserve">). И в этом смысл: имя </w:t>
      </w:r>
      <w:r>
        <w:rPr>
          <w:rFonts w:ascii="Georgia" w:hAnsi="Georgia"/>
          <w:b w:val="0"/>
          <w:i/>
          <w:color w:val="000000"/>
          <w:sz w:val="24"/>
        </w:rPr>
        <w:t>Адад</w:t>
      </w:r>
      <w:r>
        <w:rPr>
          <w:rFonts w:ascii="Georgia" w:hAnsi="Georgia"/>
          <w:b w:val="0"/>
          <w:i w:val="0"/>
          <w:color w:val="000000"/>
          <w:sz w:val="24"/>
        </w:rPr>
        <w:t xml:space="preserve"> (</w:t>
      </w:r>
      <w:r>
        <w:rPr>
          <w:rFonts w:ascii="Georgia" w:hAnsi="Georgia" w:cs="Times New Roman"/>
          <w:b/>
          <w:i w:val="0"/>
          <w:color w:val="000000"/>
          <w:sz w:val="24"/>
          <w:rtl/>
          <w:szCs w:val="32"/>
        </w:rPr>
        <w:t>הֲדַד</w:t>
      </w:r>
      <w:r>
        <w:rPr>
          <w:rFonts w:ascii="Georgia" w:hAnsi="Georgia"/>
          <w:b w:val="0"/>
          <w:i w:val="0"/>
          <w:color w:val="000000"/>
          <w:sz w:val="24"/>
        </w:rPr>
        <w:t>) указывает на одну грудь (</w:t>
      </w:r>
      <w:r>
        <w:rPr>
          <w:rFonts w:ascii="Georgia" w:hAnsi="Georgia"/>
          <w:b w:val="0"/>
          <w:i/>
          <w:color w:val="000000"/>
          <w:sz w:val="24"/>
        </w:rPr>
        <w:t>дад</w:t>
      </w:r>
      <w:r>
        <w:rPr>
          <w:rFonts w:ascii="Georgia" w:hAnsi="Georgia"/>
          <w:b w:val="0"/>
          <w:i w:val="0"/>
          <w:color w:val="000000"/>
          <w:sz w:val="24"/>
        </w:rPr>
        <w:t xml:space="preserve">, </w:t>
      </w:r>
      <w:r>
        <w:rPr>
          <w:rFonts w:ascii="Georgia" w:hAnsi="Georgia" w:cs="Times New Roman"/>
          <w:b/>
          <w:i w:val="0"/>
          <w:color w:val="000000"/>
          <w:sz w:val="24"/>
          <w:rtl/>
          <w:szCs w:val="32"/>
        </w:rPr>
        <w:t>דַּד</w:t>
      </w:r>
      <w:r>
        <w:rPr>
          <w:rFonts w:ascii="Georgia" w:hAnsi="Georgia"/>
          <w:b w:val="0"/>
          <w:i w:val="0"/>
          <w:color w:val="000000"/>
          <w:sz w:val="24"/>
        </w:rPr>
        <w:t xml:space="preserve">), а </w:t>
      </w:r>
      <w:r>
        <w:rPr>
          <w:rFonts w:ascii="Georgia" w:hAnsi="Georgia"/>
          <w:b w:val="0"/>
          <w:i/>
          <w:color w:val="000000"/>
          <w:sz w:val="24"/>
        </w:rPr>
        <w:t>Бедад</w:t>
      </w:r>
      <w:r>
        <w:rPr>
          <w:rFonts w:ascii="Georgia" w:hAnsi="Georgia"/>
          <w:b w:val="0"/>
          <w:i w:val="0"/>
          <w:color w:val="000000"/>
          <w:sz w:val="24"/>
        </w:rPr>
        <w:t xml:space="preserve"> (</w:t>
      </w:r>
      <w:r>
        <w:rPr>
          <w:rFonts w:ascii="Georgia" w:hAnsi="Georgia" w:cs="Times New Roman"/>
          <w:b/>
          <w:i w:val="0"/>
          <w:color w:val="000000"/>
          <w:sz w:val="24"/>
          <w:rtl/>
          <w:szCs w:val="32"/>
        </w:rPr>
        <w:t>בְּדַד</w:t>
      </w:r>
      <w:r>
        <w:rPr>
          <w:rFonts w:ascii="Georgia" w:hAnsi="Georgia"/>
          <w:b w:val="0"/>
          <w:i w:val="0"/>
          <w:color w:val="000000"/>
          <w:sz w:val="24"/>
        </w:rPr>
        <w:t xml:space="preserve">) — на вторую грудь. Кроме того, буквы слова </w:t>
      </w:r>
      <w:r>
        <w:rPr>
          <w:rFonts w:ascii="Georgia" w:hAnsi="Georgia"/>
          <w:b w:val="0"/>
          <w:i/>
          <w:color w:val="000000"/>
          <w:sz w:val="24"/>
        </w:rPr>
        <w:t>Бедад</w:t>
      </w:r>
      <w:r>
        <w:rPr>
          <w:rFonts w:ascii="Georgia" w:hAnsi="Georgia"/>
          <w:b w:val="0"/>
          <w:i w:val="0"/>
          <w:color w:val="000000"/>
          <w:sz w:val="24"/>
        </w:rPr>
        <w:t xml:space="preserve"> означают: бэт-дад (</w:t>
      </w:r>
      <w:r>
        <w:rPr>
          <w:rFonts w:ascii="Georgia" w:hAnsi="Georgia" w:cs="Times New Roman"/>
          <w:b/>
          <w:i w:val="0"/>
          <w:color w:val="000000"/>
          <w:sz w:val="24"/>
          <w:rtl/>
          <w:szCs w:val="32"/>
        </w:rPr>
        <w:t>ב׳ דַּד</w:t>
      </w:r>
      <w:r>
        <w:rPr>
          <w:rFonts w:ascii="Georgia" w:hAnsi="Georgia"/>
          <w:b w:val="0"/>
          <w:i w:val="0"/>
          <w:color w:val="000000"/>
          <w:sz w:val="24"/>
        </w:rPr>
        <w:t>), то есть вторая грудь.</w:t>
      </w:r>
    </w:p>
    <w:p>
      <w:pPr>
        <w:spacing w:before="40" w:after="120"/>
        <w:jc w:val="both"/>
      </w:pPr>
      <w:r>
        <w:rPr>
          <w:rFonts w:ascii="Georgia" w:hAnsi="Georgia"/>
          <w:b w:val="0"/>
          <w:i w:val="0"/>
          <w:color w:val="000000"/>
          <w:sz w:val="24"/>
        </w:rPr>
        <w:t>30) Смысл в том, что если мы рассмотрим [состояние], когда Аба и Исраэль Саба объединяются в один парцуф, а Бина и Твуна объединяются в один парцуф, как сказано в своем месте, — ведь бывают времена, когда они соединяются подобным образом, — то окажется, что место верхней трети Тиферет Зеир Анпина, называемой «Адад, сын Бедада», приходится как раз на место грудей Бины. И потому он назван «Адад, сын Бедада», ведь во время смерти этого мелеха груди Бины иссохли и перестали вскармливать, подобно женщине, чьи груди пересыхают при смерти ребенка.</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1) </w:t>
      </w:r>
      <w:r>
        <w:rPr>
          <w:rFonts w:ascii="Georgia" w:hAnsi="Georgia"/>
          <w:b/>
          <w:i w:val="0"/>
          <w:color w:val="000000"/>
          <w:sz w:val="24"/>
        </w:rPr>
        <w:t>«И из них выяснилось, а из их отходов образовались клипот»</w:t>
      </w:r>
      <w:r>
        <w:rPr>
          <w:rFonts w:ascii="Georgia" w:hAnsi="Georgia"/>
          <w:b w:val="0"/>
          <w:i w:val="0"/>
          <w:color w:val="000000"/>
          <w:sz w:val="24"/>
        </w:rPr>
        <w:t xml:space="preserve">: знай, что в этих восьми мелахим — Даат, ХАГАТ, НЕХИМ — различаются 320 (ШАХ, </w:t>
      </w:r>
      <w:r>
        <w:rPr>
          <w:rFonts w:ascii="Georgia" w:hAnsi="Georgia" w:cs="Times New Roman"/>
          <w:b/>
          <w:i w:val="0"/>
          <w:color w:val="000000"/>
          <w:sz w:val="24"/>
          <w:rtl/>
          <w:szCs w:val="32"/>
        </w:rPr>
        <w:t>ש״ך</w:t>
      </w:r>
      <w:r>
        <w:rPr>
          <w:rFonts w:ascii="Georgia" w:hAnsi="Georgia"/>
          <w:b w:val="0"/>
          <w:i w:val="0"/>
          <w:color w:val="000000"/>
          <w:sz w:val="24"/>
        </w:rPr>
        <w:t>) свойств, то есть по сорок свойств в каждом мелехе. Ведь каждый мелех представляет собой полный уровень из четырех стадий прямого света, называемых ХУБ ЗОН, которые распространяются для ударного соединения (зивуг де-акаа) на масах по тайне второго созерцания (истаклют бэт) для завершения келим. Тогда от масаха снизу вверх поднимаются десять сфирот отраженного света и облачают четыре стадии прямого света. Благодаря этому каждая из этих четырех стадий обретает полный уровень вплоть до Кетера, как написано в «Паним Масбирот» в ветви 3 и выше, в ветви 22 (стр. 426). Таким образом, в каждом мелехе ты находишь четыре стадии: ХУБ ЗОН, и в каждой из них — уровень из десяти сфирот, что вместе составляет сорок сфирот. Во время же их правления было восемь мелахим, так как Нецах и Ход тоже царствовали один за другим, в двух раздельных правлениях: Нецах — от второго созерцания де-Исраэль Саба, а Ход — от второго созерцания Твуны.</w:t>
      </w:r>
    </w:p>
    <w:p>
      <w:pPr>
        <w:spacing w:before="40" w:after="120"/>
        <w:jc w:val="both"/>
      </w:pPr>
      <w:r>
        <w:rPr>
          <w:rFonts w:ascii="Georgia" w:hAnsi="Georgia"/>
          <w:b w:val="0"/>
          <w:i w:val="0"/>
          <w:color w:val="000000"/>
          <w:sz w:val="24"/>
        </w:rPr>
        <w:t xml:space="preserve">Следовательно, здесь восемь мелахим, а восемь раз по сорок составляет в счете 320 (ШАХ). И в этом тайна 320 искр, упоминаемых во многих местах Зоара. Здесь ты находишь 32 уровня из десяти сфирот, то есть по четыре уровня в каждом мелехе, как сказано выше. И знай, что первые девять сфирот каждого уровня из этих 32 уровней — а это 288 (РАПАХ, </w:t>
      </w:r>
      <w:r>
        <w:rPr>
          <w:rFonts w:ascii="Georgia" w:hAnsi="Georgia" w:cs="Times New Roman"/>
          <w:b/>
          <w:i w:val="0"/>
          <w:color w:val="000000"/>
          <w:sz w:val="24"/>
          <w:rtl/>
          <w:szCs w:val="32"/>
        </w:rPr>
        <w:t>רפ״ח</w:t>
      </w:r>
      <w:r>
        <w:rPr>
          <w:rFonts w:ascii="Georgia" w:hAnsi="Georgia"/>
          <w:b w:val="0"/>
          <w:i w:val="0"/>
          <w:color w:val="000000"/>
          <w:sz w:val="24"/>
        </w:rPr>
        <w:t>) свойств — поднялись, выяснились, и из них были устроены четыре мира святости АБЕА. Последняя же стадия, то есть сфирот Малхут в этих 32 уровнях, не выяснилась, и из них образовались клипот; поэтому они называются «32 [свойства] камня» (</w:t>
      </w:r>
      <w:r>
        <w:rPr>
          <w:rFonts w:ascii="Georgia" w:hAnsi="Georgia"/>
          <w:b w:val="0"/>
          <w:i/>
          <w:color w:val="000000"/>
          <w:sz w:val="24"/>
        </w:rPr>
        <w:t>лев а-эвен</w:t>
      </w:r>
      <w:r>
        <w:rPr>
          <w:rFonts w:ascii="Georgia" w:hAnsi="Georgia"/>
          <w:b w:val="0"/>
          <w:i w:val="0"/>
          <w:color w:val="000000"/>
          <w:sz w:val="24"/>
        </w:rPr>
        <w:t xml:space="preserve">, </w:t>
      </w:r>
      <w:r>
        <w:rPr>
          <w:rFonts w:ascii="Georgia" w:hAnsi="Georgia" w:cs="Times New Roman"/>
          <w:b/>
          <w:i w:val="0"/>
          <w:color w:val="000000"/>
          <w:sz w:val="24"/>
          <w:rtl/>
          <w:szCs w:val="32"/>
        </w:rPr>
        <w:t>לֵב הָאֶבֶן</w:t>
      </w:r>
      <w:r>
        <w:rPr>
          <w:rFonts w:ascii="Georgia" w:hAnsi="Georgia"/>
          <w:b w:val="0"/>
          <w:i w:val="0"/>
          <w:color w:val="000000"/>
          <w:sz w:val="24"/>
        </w:rPr>
        <w:t xml:space="preserve">), по сказанному: </w:t>
      </w:r>
      <w:r>
        <w:rPr>
          <w:rFonts w:ascii="Georgia" w:hAnsi="Georgia"/>
          <w:b w:val="0"/>
          <w:i/>
          <w:color w:val="000000"/>
          <w:sz w:val="24"/>
        </w:rPr>
        <w:t>«И удалю Я сердце каменное...»</w:t>
      </w:r>
      <w:r>
        <w:rPr>
          <w:rFonts w:ascii="Georgia" w:hAnsi="Georgia"/>
          <w:b w:val="0"/>
          <w:i w:val="0"/>
          <w:color w:val="000000"/>
          <w:sz w:val="24"/>
        </w:rPr>
        <w:t xml:space="preserve"> (Йехезкель 36:26).</w:t>
      </w:r>
    </w:p>
    <w:p>
      <w:pPr>
        <w:spacing w:before="40" w:after="120"/>
        <w:jc w:val="both"/>
      </w:pPr>
      <w:r>
        <w:rPr>
          <w:rFonts w:ascii="Georgia" w:hAnsi="Georgia"/>
          <w:b/>
          <w:i w:val="0"/>
          <w:color w:val="000000"/>
          <w:sz w:val="24"/>
        </w:rPr>
        <w:t>«И остались отданы внутрь клипот, как разъяснено...»</w:t>
      </w:r>
      <w:r>
        <w:rPr>
          <w:rFonts w:ascii="Georgia" w:hAnsi="Georgia"/>
          <w:b w:val="0"/>
          <w:i w:val="0"/>
          <w:color w:val="000000"/>
          <w:sz w:val="24"/>
        </w:rPr>
        <w:t>: не ошибись, подумав, будто они действительно поглощены и облачены внутрь них, ведь, не дай Б-г, святое не смешивается с будничным. Напротив, они стоят над их головой и оттуда светят клипот. А то, что сказано: «остались отданы внутрь клипот», означает, что они отданы в их распоряжение, чтобы те питались от этих светов все время, пока они не будут выяснены в святость и не поднимутся к своему корню. И пойми это как следует.</w:t>
      </w:r>
    </w:p>
    <w:p>
      <w:pPr>
        <w:spacing w:before="40" w:after="120"/>
        <w:jc w:val="both"/>
      </w:pPr>
      <w:r>
        <w:rPr>
          <w:rFonts w:ascii="Georgia" w:hAnsi="Georgia"/>
          <w:b w:val="0"/>
          <w:i w:val="0"/>
          <w:color w:val="000000"/>
          <w:sz w:val="24"/>
        </w:rPr>
        <w:t xml:space="preserve">16) </w:t>
      </w:r>
      <w:r>
        <w:rPr>
          <w:rFonts w:ascii="Georgia" w:hAnsi="Georgia"/>
          <w:b/>
          <w:i w:val="0"/>
          <w:color w:val="000000"/>
          <w:sz w:val="24"/>
        </w:rPr>
        <w:t>«[Сочетание] КРА САТАН — в Гвуре... и потому в этом имени намекается на отмену ахораим Аба ве-Има»</w:t>
      </w:r>
      <w:r>
        <w:rPr>
          <w:rFonts w:ascii="Georgia" w:hAnsi="Georgia"/>
          <w:b w:val="0"/>
          <w:i w:val="0"/>
          <w:color w:val="000000"/>
          <w:sz w:val="24"/>
        </w:rPr>
        <w:t>: пояснение. Буквы алеф, бэт, гимель, йод (</w:t>
      </w:r>
      <w:r>
        <w:rPr>
          <w:rFonts w:ascii="Georgia" w:hAnsi="Georgia" w:cs="Times New Roman"/>
          <w:b/>
          <w:i w:val="0"/>
          <w:color w:val="000000"/>
          <w:sz w:val="24"/>
          <w:rtl/>
          <w:szCs w:val="32"/>
        </w:rPr>
        <w:t>אבג״י</w:t>
      </w:r>
      <w:r>
        <w:rPr>
          <w:rFonts w:ascii="Georgia" w:hAnsi="Georgia"/>
          <w:b w:val="0"/>
          <w:i w:val="0"/>
          <w:color w:val="000000"/>
          <w:sz w:val="24"/>
        </w:rPr>
        <w:t>) на языке Гемары означают «Сатан» (</w:t>
      </w:r>
      <w:r>
        <w:rPr>
          <w:rFonts w:ascii="Georgia" w:hAnsi="Georgia" w:cs="Times New Roman"/>
          <w:b/>
          <w:i w:val="0"/>
          <w:color w:val="000000"/>
          <w:sz w:val="24"/>
          <w:rtl/>
          <w:szCs w:val="32"/>
        </w:rPr>
        <w:t>שָׂטָן</w:t>
      </w:r>
      <w:r>
        <w:rPr>
          <w:rFonts w:ascii="Georgia" w:hAnsi="Georgia"/>
          <w:b w:val="0"/>
          <w:i w:val="0"/>
          <w:color w:val="000000"/>
          <w:sz w:val="24"/>
        </w:rPr>
        <w:t>), и потому значение первого имени — «Сатан тац» (</w:t>
      </w:r>
      <w:r>
        <w:rPr>
          <w:rFonts w:ascii="Georgia" w:hAnsi="Georgia" w:cs="Times New Roman"/>
          <w:b/>
          <w:i w:val="0"/>
          <w:color w:val="000000"/>
          <w:sz w:val="24"/>
          <w:rtl/>
          <w:szCs w:val="32"/>
        </w:rPr>
        <w:t>שט״ן ת״ץ</w:t>
      </w:r>
      <w:r>
        <w:rPr>
          <w:rFonts w:ascii="Georgia" w:hAnsi="Georgia"/>
          <w:b w:val="0"/>
          <w:i w:val="0"/>
          <w:color w:val="000000"/>
          <w:sz w:val="24"/>
        </w:rPr>
        <w:t>), а второго имени — «Сатан кра» (</w:t>
      </w:r>
      <w:r>
        <w:rPr>
          <w:rFonts w:ascii="Georgia" w:hAnsi="Georgia" w:cs="Times New Roman"/>
          <w:b/>
          <w:i w:val="0"/>
          <w:color w:val="000000"/>
          <w:sz w:val="24"/>
          <w:rtl/>
          <w:szCs w:val="32"/>
        </w:rPr>
        <w:t>שט״ן קר״ע</w:t>
      </w:r>
      <w:r>
        <w:rPr>
          <w:rFonts w:ascii="Georgia" w:hAnsi="Georgia"/>
          <w:b w:val="0"/>
          <w:i w:val="0"/>
          <w:color w:val="000000"/>
          <w:sz w:val="24"/>
        </w:rPr>
        <w:t>). А так как сокрушение (</w:t>
      </w:r>
      <w:r>
        <w:rPr>
          <w:rFonts w:ascii="Georgia" w:hAnsi="Georgia"/>
          <w:b w:val="0"/>
          <w:i/>
          <w:color w:val="000000"/>
          <w:sz w:val="24"/>
        </w:rPr>
        <w:t>тац</w:t>
      </w:r>
      <w:r>
        <w:rPr>
          <w:rFonts w:ascii="Georgia" w:hAnsi="Georgia"/>
          <w:b w:val="0"/>
          <w:i w:val="0"/>
          <w:color w:val="000000"/>
          <w:sz w:val="24"/>
        </w:rPr>
        <w:t xml:space="preserve">, </w:t>
      </w:r>
      <w:r>
        <w:rPr>
          <w:rFonts w:ascii="Georgia" w:hAnsi="Georgia" w:cs="Times New Roman"/>
          <w:b/>
          <w:i w:val="0"/>
          <w:color w:val="000000"/>
          <w:sz w:val="24"/>
          <w:rtl/>
          <w:szCs w:val="32"/>
        </w:rPr>
        <w:t>ת״ץ</w:t>
      </w:r>
      <w:r>
        <w:rPr>
          <w:rFonts w:ascii="Georgia" w:hAnsi="Georgia"/>
          <w:b w:val="0"/>
          <w:i w:val="0"/>
          <w:color w:val="000000"/>
          <w:sz w:val="24"/>
        </w:rPr>
        <w:t xml:space="preserve">, от корня </w:t>
      </w:r>
      <w:r>
        <w:rPr>
          <w:rFonts w:ascii="Georgia" w:hAnsi="Georgia"/>
          <w:b w:val="0"/>
          <w:i/>
          <w:color w:val="000000"/>
          <w:sz w:val="24"/>
        </w:rPr>
        <w:t>натица</w:t>
      </w:r>
      <w:r>
        <w:rPr>
          <w:rFonts w:ascii="Georgia" w:hAnsi="Georgia"/>
          <w:b w:val="0"/>
          <w:i w:val="0"/>
          <w:color w:val="000000"/>
          <w:sz w:val="24"/>
        </w:rPr>
        <w:t>) тяжелее, чем разрыв (</w:t>
      </w:r>
      <w:r>
        <w:rPr>
          <w:rFonts w:ascii="Georgia" w:hAnsi="Georgia"/>
          <w:b w:val="0"/>
          <w:i/>
          <w:color w:val="000000"/>
          <w:sz w:val="24"/>
        </w:rPr>
        <w:t>кра</w:t>
      </w:r>
      <w:r>
        <w:rPr>
          <w:rFonts w:ascii="Georgia" w:hAnsi="Georgia"/>
          <w:b w:val="0"/>
          <w:i w:val="0"/>
          <w:color w:val="000000"/>
          <w:sz w:val="24"/>
        </w:rPr>
        <w:t xml:space="preserve">, </w:t>
      </w:r>
      <w:r>
        <w:rPr>
          <w:rFonts w:ascii="Georgia" w:hAnsi="Georgia" w:cs="Times New Roman"/>
          <w:b/>
          <w:i w:val="0"/>
          <w:color w:val="000000"/>
          <w:sz w:val="24"/>
          <w:rtl/>
          <w:szCs w:val="32"/>
        </w:rPr>
        <w:t>קר״ע</w:t>
      </w:r>
      <w:r>
        <w:rPr>
          <w:rFonts w:ascii="Georgia" w:hAnsi="Georgia"/>
          <w:b w:val="0"/>
          <w:i w:val="0"/>
          <w:color w:val="000000"/>
          <w:sz w:val="24"/>
        </w:rPr>
        <w:t xml:space="preserve">, от корня </w:t>
      </w:r>
      <w:r>
        <w:rPr>
          <w:rFonts w:ascii="Georgia" w:hAnsi="Georgia"/>
          <w:b w:val="0"/>
          <w:i/>
          <w:color w:val="000000"/>
          <w:sz w:val="24"/>
        </w:rPr>
        <w:t>криа</w:t>
      </w:r>
      <w:r>
        <w:rPr>
          <w:rFonts w:ascii="Georgia" w:hAnsi="Georgia"/>
          <w:b w:val="0"/>
          <w:i w:val="0"/>
          <w:color w:val="000000"/>
          <w:sz w:val="24"/>
        </w:rPr>
        <w:t>), то почему же во втором имени, относящемся к Гвуре, намекается разрыв? Ведь должно было быть наоборот: разрыв — в первом имени, относящемся к Хеседу, а сокрушение — во втором имени, относящемся к Гвуре! Вокруг этого и вращаются все его слова здесь: он разделяет одиннадцать свойств на семь мелахим и четыре [состояния] ахораим Аба ве-Има, ведь семь мелахим сокрушились и умерли, тогда как четыре ахораим лишь разорвались и остались в своем мире. И потому он говорит: когда мы возносим святые искры с помощью 42-буквенного Имени, нужно знать, что каков порядок их разбиения, таков и порядок их подъема. А поскольку при разбиении мелеха Хеседа еще не произошло отмены ахораим Аба ве-Има, при первом имени не следует направлять намерение на подъем святых искр, оторвавшихся при отмене ахораим Аба ве-Има, а лишь [искр] от семи мелахим, которые сокрушились и умерли. И только при втором имени, соответствующем мелеху Гвуры, надлежит направлять намерение на подъем святых искр от четырех ахораим. И тебе следует знать, что два первых имени — то есть относящиеся к мелахим Хеседа и Гвуры — включают в себя все 42-буквенное Имя, поскольку они относятся к категории рош. В этом тайна сказанного в Идре: «Голова Царя устроилась в Хеседе и Гвуре», и пойми это. Здесь требуется особое углубление: хотя со смертью мелеха Гвуры ахораим Аба ве-Има уже полностью опустились и вернулись в состояние ахор бе-ахор, как написал Учитель выше, однако там ахораим Аба ве-Има опустились лишь к их собственным есодот.</w:t>
      </w:r>
    </w:p>
    <w:p>
      <w:pPr>
        <w:spacing w:before="40" w:after="120"/>
        <w:jc w:val="both"/>
      </w:pPr>
      <w:r>
        <w:rPr>
          <w:rFonts w:ascii="Georgia" w:hAnsi="Georgia"/>
          <w:b w:val="0"/>
          <w:i w:val="0"/>
          <w:color w:val="000000"/>
          <w:sz w:val="24"/>
        </w:rPr>
        <w:t>Получается, что ахораим все еще оставались в категории рош де-Аба ве-Има, но лишь на уровне Зеир Анпина, как сказано выше. Иначе обстоит дело сейчас, после того как полностью очистился весь масах рош де-Аба ве-Има: тогда света распространились во втором распространении от пэ де-рош де-Аба ве-Има и ниже. А ведь выше, во «Введении» (пункт 3), уже разъяснялось, что второе распространение происходит вследствие примешивания масаха силой Бины и второй стадии (бхина бэт), обратись туда. В этом и заключается суть зивуга рош, называемого ИШСУТ, как написано выше в «Паним Меирот» (ветвь 22, пункт 18, со слов «И когда...»), обратись туда. И выходит, что ахораим Аба ве-Има полностью вышли из категории рош де-Аба ве-Има в категорию тела (гуф), то есть от пэ и ниже — в категорию ИШСУТ. И это то, о чем говорит Учитель (в пункте 20): «пока еще не умерла [верхняя] треть Тиферет, падение и спуск ахораим Аба ве-Има еще не завершились окончательно». То есть потому они еще не вышли из категории своего рош; теперь же они упали и вышли от пэ своего рош и ниже, упав в категорию ИШСУТ, как сказано выше.</w:t>
      </w:r>
    </w:p>
    <w:p>
      <w:pPr>
        <w:spacing w:before="40" w:after="120"/>
        <w:jc w:val="both"/>
      </w:pPr>
      <w:r>
        <w:rPr>
          <w:rFonts w:ascii="Georgia" w:hAnsi="Georgia"/>
          <w:b w:val="0"/>
          <w:i w:val="0"/>
          <w:color w:val="000000"/>
          <w:sz w:val="24"/>
        </w:rPr>
        <w:t xml:space="preserve">21) </w:t>
      </w:r>
      <w:r>
        <w:rPr>
          <w:rFonts w:ascii="Georgia" w:hAnsi="Georgia"/>
          <w:b/>
          <w:i w:val="0"/>
          <w:color w:val="000000"/>
          <w:sz w:val="24"/>
        </w:rPr>
        <w:t>«Выходит, что эти света, [распространяющиеся] от хазе и ниже, приходят скрытыми...»</w:t>
      </w:r>
      <w:r>
        <w:rPr>
          <w:rFonts w:ascii="Georgia" w:hAnsi="Georgia"/>
          <w:b w:val="0"/>
          <w:i w:val="0"/>
          <w:color w:val="000000"/>
          <w:sz w:val="24"/>
        </w:rPr>
        <w:t>: и здесь ты должен понять, что категория рош де-ИШСУТ и категория упавших ахораим Аба ве-Има — это одно и то же. То есть они представляют собой второе распространение после того, как масах высших Аба ве-Има полностью очистился. Тогда три линии, находившиеся в рош де-Аба ве-Има, распространились на место трех первых мелахим: Даат, Хеседа, Гвуры и верхней половины Тиферет, как пишет Учитель далее в ветвях 24 и 25. А об этом масахе ты уже знаешь, что он относится в основном ко второй стадии, поскольку четвертая стадия в Аба ве-Има уже очистилась, как сказано выше. И оказывается, что света четырех нижних мелахим — [нижней половины] Тиферет, Нецах и Ход, Есода и Малхут, распространившиеся из рош де-ИШСУТ, уже скрыты этими новыми ахораим второй стадии. А ведь известно, что это тайна свойства милосердия, подслащивающего четвертую стадию, как подробно описано в предыдущих ветвях. И об этом сказано: «эти света, что от хазе и ниже, приходят скрытыми. И ты уже знаешь, что сокрытие света и его облачение есть сам способ его исправления: благодаря этому у кли появляется способность выдержать свет, поскольку он приходит облаченным», конец цитаты. То есть, как сказано выше: хотя свет в рош де-ИШСУТ меньше, потому что четвертая стадия уже очистилась, а вторая стадия властвует там открыто, тем не менее именно это и служит причиной его исправления. Ведь он пребывает в раскрытом свойстве милосердия, и потому клипот и суды не могут за него ухватиться.</w:t>
      </w:r>
    </w:p>
    <w:p>
      <w:pPr>
        <w:spacing w:before="40" w:after="120"/>
        <w:jc w:val="both"/>
      </w:pPr>
      <w:r>
        <w:rPr>
          <w:rFonts w:ascii="Georgia" w:hAnsi="Georgia"/>
          <w:b w:val="0"/>
          <w:i w:val="0"/>
          <w:color w:val="000000"/>
          <w:sz w:val="24"/>
        </w:rPr>
        <w:t xml:space="preserve">22) </w:t>
      </w:r>
      <w:r>
        <w:rPr>
          <w:rFonts w:ascii="Georgia" w:hAnsi="Georgia"/>
          <w:b/>
          <w:i w:val="0"/>
          <w:color w:val="000000"/>
          <w:sz w:val="24"/>
        </w:rPr>
        <w:t>«И потому при исправлении Зеир Анпина, во время исправления, его парцуф строится противоположным образом...»</w:t>
      </w:r>
      <w:r>
        <w:rPr>
          <w:rFonts w:ascii="Georgia" w:hAnsi="Georgia"/>
          <w:b w:val="0"/>
          <w:i w:val="0"/>
          <w:color w:val="000000"/>
          <w:sz w:val="24"/>
        </w:rPr>
        <w:t>: ведь до верхней трети Тиферет, куда света притягиваются к нему от высших Аба ве-Има наподобие Даат и ХУГ до хазе мелахим мира Некудим, как сказано на своем месте. А ты уже знаешь, что там четвертая стадия еще не полностью очистилась. Следовательно, у клипот и судов есть возможность ухватиться за них, и потому света должны облачаться в него через разделение масахом Есод де-Има, охраняющим их от захвата внешними силами; в результате они не светят в нем открыто. Иное дело от хазе и ниже: там они уже от своего корня в мире Некудим облачены в ахораим Имы и больше не нуждаются в разделении масахом Есод де-Има, ведь опасности нет; поэтому там они светят в нем открыто.</w:t>
      </w:r>
    </w:p>
    <w:p>
      <w:pPr>
        <w:keepNext/>
        <w:spacing w:before="320" w:after="120"/>
      </w:pPr>
      <w:r>
        <w:rPr>
          <w:rFonts w:ascii="Georgia" w:hAnsi="Georgia"/>
          <w:b w:val="0"/>
          <w:i w:val="0"/>
          <w:color w:val="000000"/>
          <w:sz w:val="32"/>
        </w:rPr>
        <w:t>Паним Масбирот</w:t>
      </w:r>
    </w:p>
    <w:p>
      <w:pPr>
        <w:spacing w:before="40" w:after="120"/>
        <w:jc w:val="both"/>
      </w:pPr>
      <w:r>
        <w:rPr>
          <w:rFonts w:ascii="Georgia" w:hAnsi="Georgia"/>
          <w:b w:val="0"/>
          <w:i w:val="0"/>
          <w:color w:val="000000"/>
          <w:sz w:val="24"/>
        </w:rPr>
        <w:t xml:space="preserve">1) </w:t>
      </w:r>
      <w:r>
        <w:rPr>
          <w:rFonts w:ascii="Georgia" w:hAnsi="Georgia"/>
          <w:b/>
          <w:i w:val="0"/>
          <w:color w:val="000000"/>
          <w:sz w:val="24"/>
        </w:rPr>
        <w:t>«И вот разъяснено то, что упало от Аба ве-Има...»</w:t>
      </w:r>
      <w:r>
        <w:rPr>
          <w:rFonts w:ascii="Georgia" w:hAnsi="Georgia"/>
          <w:b w:val="0"/>
          <w:i w:val="0"/>
          <w:color w:val="000000"/>
          <w:sz w:val="24"/>
        </w:rPr>
        <w:t>: и из того, что разъяснено выше (в «Паним Масбирот», ветвь 22) о тайне ахораим Аба ве-Има, мы поймем также разделение двух точек, Хохмы и Бины (ХУБ), являющихся вторым рош для четырех парцуфим, а также то, почему они определяются как две точки. Суть в том, что Малхут — нижняя хэй (</w:t>
      </w:r>
      <w:r>
        <w:rPr>
          <w:rFonts w:ascii="Georgia" w:hAnsi="Georgia" w:cs="Times New Roman"/>
          <w:b/>
          <w:i w:val="0"/>
          <w:color w:val="000000"/>
          <w:sz w:val="24"/>
          <w:rtl/>
          <w:szCs w:val="32"/>
        </w:rPr>
        <w:t>ה״ת</w:t>
      </w:r>
      <w:r>
        <w:rPr>
          <w:rFonts w:ascii="Georgia" w:hAnsi="Georgia"/>
          <w:b w:val="0"/>
          <w:i w:val="0"/>
          <w:color w:val="000000"/>
          <w:sz w:val="24"/>
        </w:rPr>
        <w:t>) — в никвей эйнаим устроена по тайне подъема МАН во внутренней и внешней частях, как подробно описано в предыдущих ветвях, где они названы двумя точками: точкой второй стадии и точкой четвертой стадии. Однако четвертая стадия находится во внешней части, а вторая стадия — во внутренней, поскольку именно так они поднялись в МАН из-за спуска ИШСУТ во внутреннюю часть НЕХИ де-АК, где вторая стадия скрылась в четвертой стадии.</w:t>
      </w:r>
    </w:p>
    <w:p>
      <w:pPr>
        <w:spacing w:before="40" w:after="120"/>
        <w:jc w:val="both"/>
      </w:pPr>
      <w:r>
        <w:rPr>
          <w:rFonts w:ascii="Georgia" w:hAnsi="Georgia"/>
          <w:b w:val="0"/>
          <w:i w:val="0"/>
          <w:color w:val="000000"/>
          <w:sz w:val="24"/>
        </w:rPr>
        <w:t>И поэтому, когда ХУГ протянулись из никвей эйнаим ко второму рош, называемому ХУБ или АХАП (что составляет тайну облачения НЕХИ де-Кетер в ХУБ, как сказано выше в соседней ветви), оказывается, что внешняя часть НЕХИ де-Кетер опустилась по тайне облачения и вошла во внутреннюю часть нижнего, согласно правилу, установленному Учителем выше в ветви 16. И там, в «Паним Масбирот», разъяснено, что по этой причине второй рош также разделяется на две категории рош: внутренний и внешний, то есть «от глаз и выше» и АХАП, которые именуются Аба ве-Има и ИШСУТ, как сказано там. Получается, что внешняя часть НЕХИ де-Кетер — то есть четвертая стадия, облачившаяся во внутреннюю часть второго рош, — вошла только в высших Аба ве-Има этого рош, именуемых также «от глаз и выше», но вовсе не во внешнюю часть второго рош, то есть в содержащийся в нем АХАП, называемый ИШСУТ.</w:t>
      </w:r>
    </w:p>
    <w:p>
      <w:pPr>
        <w:spacing w:before="40" w:after="120"/>
        <w:jc w:val="both"/>
      </w:pPr>
      <w:r>
        <w:rPr>
          <w:rFonts w:ascii="Georgia" w:hAnsi="Georgia"/>
          <w:b w:val="0"/>
          <w:i w:val="0"/>
          <w:color w:val="000000"/>
          <w:sz w:val="24"/>
        </w:rPr>
        <w:t>Однако тебе следует знать, что упомянутое облачение НЕХИ де-Кетер — это также устроение линий в этом рош; ты уже знаешь их объяснение: благодаря им возникли три линии — правая, левая и средняя — в каждой из десяти сфирот Аба ве-Има. Из этого ты поймешь, почему это называется «облачением НЕХИ де-Кетер», ведь в действительности это не что иное, как внешняя часть Малхут в никвей эйнаим, как сказано выше, и, казалось бы, следовало сказать «облачение Малхут де-Кетер». И из сказанного ты поймешь, что она разделяется на три свойства — правую, левую и среднюю линии, где правая называется Нецах, левая — Ход, а средняя — Есод. Однако в своей совокупности они в действительности суть лишь внешняя часть Малхут де-Кетер. И вот, в силу облачения НЕХИ де-Кетер в ХУБ, они стали способны к тому, чтобы в них облачился Есод де-АК, являющийся тайной света Лика и мужского света, как написано в предыдущей ветви.</w:t>
      </w:r>
    </w:p>
    <w:p>
      <w:pPr>
        <w:spacing w:before="40" w:after="120"/>
        <w:jc w:val="both"/>
      </w:pPr>
      <w:r>
        <w:rPr>
          <w:rFonts w:ascii="Georgia" w:hAnsi="Georgia"/>
          <w:b w:val="0"/>
          <w:i w:val="0"/>
          <w:color w:val="000000"/>
          <w:sz w:val="24"/>
        </w:rPr>
        <w:t>И тогда произошло ударное соединение прямого света в обоих рош, включенных во второй рош, то есть во внутреннем рош и во внешнем рош, называемых Аба ве-Има и ИШСУТ. И известно, что в высших Аба ве-Има есть НЕХИ де-Кетер, тогда как в ИШСУТ — то есть в АХАП второго рош — есть лишь точка второй стадии, согласно правилу Учителя в ветви 14 о том, что нижняя хэй находится в глазах, а буквы йод-хэй-вав (</w:t>
      </w:r>
      <w:r>
        <w:rPr>
          <w:rFonts w:ascii="Georgia" w:hAnsi="Georgia" w:cs="Times New Roman"/>
          <w:b/>
          <w:i w:val="0"/>
          <w:color w:val="000000"/>
          <w:sz w:val="24"/>
          <w:rtl/>
          <w:szCs w:val="32"/>
        </w:rPr>
        <w:t>יה״ו</w:t>
      </w:r>
      <w:r>
        <w:rPr>
          <w:rFonts w:ascii="Georgia" w:hAnsi="Georgia"/>
          <w:b w:val="0"/>
          <w:i w:val="0"/>
          <w:color w:val="000000"/>
          <w:sz w:val="24"/>
        </w:rPr>
        <w:t>) — в АХАП, и недостает нижней хэй. Поэтому Малхут де-АХАП называется буквой вав (</w:t>
      </w:r>
      <w:r>
        <w:rPr>
          <w:rFonts w:ascii="Georgia" w:hAnsi="Georgia" w:cs="Times New Roman"/>
          <w:b/>
          <w:i w:val="0"/>
          <w:color w:val="000000"/>
          <w:sz w:val="24"/>
          <w:rtl/>
          <w:szCs w:val="32"/>
        </w:rPr>
        <w:t>ו</w:t>
      </w:r>
      <w:r>
        <w:rPr>
          <w:rFonts w:ascii="Georgia" w:hAnsi="Georgia"/>
          <w:b w:val="0"/>
          <w:i w:val="0"/>
          <w:color w:val="000000"/>
          <w:sz w:val="24"/>
        </w:rPr>
        <w:t>), поскольку в ней нет нижней хэй, являющейся главной точкой. И потому в высших Аба ве-Има вышли десять сфирот уровня Кетер, а в ИШСУТ вышли лишь десять сфирот уровня Бина, ведь известно, что масах второй стадии поднимает отраженный свет только до уровня Бины, как сказано во «Введении» и в ветви 3. Из этого ты поймешь слова Учителя выше, в ветви 17 (пункт 40): «А огласовка шурук в [букве] вав, называемая мелапум, находящаяся посередине, — это дыхание, выходящее из Есода к Аба ве-Има и разделяющееся надвое. Ведь точка шурука — это вав и йод посередине; и йод шурука относится к Абе, а вав шурука относится к Име... Точка, подобная букве йод в шуруке, выше, и от нее питается Аба мира Некудим...», обратись туда. И сказанным все это прекрасно объясняется: ведь облачение Есода де-АК, представляющего собой тайну шурука, в Аба ве-Има — то есть во второй рош — разделяется на внутреннее и внешнее. От глаз и выше происходит внутреннее ударное соединение, и выходящие в этом соединении десять сфирот имеют уровень Кетера; это и называется высшими Аба ве-Има, или одним лишь Абой. И это то, о чем сказано: «точку шурука берет Аба» — то есть масах четвертой стадии, называемый точкой, как сказано выше. И она, несомненно, выше буквы вав, поскольку масах второй стадии называется «вав», что указывает на отсутствие там нижней хэй и четвертой стадии. И это то, о чем сказано: «а вав шурука — для Имы», то есть масах второй стадии, который поднимает отраженный свет лишь до уровня Бины. И этим сообщается нам, что облачение Есода в ХУБ мира Некудим порождает два соединения (зивуга) и два рош, и потому оно обозначается именем «шурук»: вав и точка. Из ударного соединения на точке получает внутренний рош, называемый Абой, а из ударного соединения уровня вав получает внешний рош, называемый Имой.</w:t>
      </w:r>
    </w:p>
    <w:p>
      <w:pPr>
        <w:spacing w:before="40" w:after="120"/>
        <w:jc w:val="both"/>
      </w:pPr>
      <w:r>
        <w:rPr>
          <w:rFonts w:ascii="Georgia" w:hAnsi="Georgia"/>
          <w:b w:val="0"/>
          <w:i w:val="0"/>
          <w:color w:val="000000"/>
          <w:sz w:val="24"/>
        </w:rPr>
        <w:t>2) И вот подробно разъяснена тайна четырех ахораим Аба ве-Има и ИШСУТ и различие между ними: величина авиюта в масахе — это то, что называется здесь в словах Учителя именем «ахораим», поскольку вся категория паним бе-паним, то есть ГАР, зависит от величины этого авиюта. Различие же между высшими Аба ве-Има и ИШСУТ состоит в том, что в ахораим Аба ве-Има есть авиют четвертой стадии в силу облачения НЕХИ де-Кетер, тогда как в ИШСУТ есть лишь чистые ахораим, то есть от второй стадии, как разъяснено. Однако нам еще предстоит понять суть четырех ахораим: ведь непременно должны быть два отдельных свойства в одних только ахораим Аба ве-Има, и так же два свойства в одних только ахораим ИШСУТ, ведь именно поэтому Учитель говорит здесь, что они составляют одиннадцать свойств по тайне одиннадцати воскурений. И, на первый взгляд, слова Учителя противоречат общему правилу, которое он дает во многих местах: что у Аба ве-Има лицом к лицу имеется лишь одна стена на двоих, тогда как у ЗОН — две стены, как известно. А здесь он говорит, что у Аба ве-Има два свойства ахораим! И точно так же далее в «Эц Хаим» (Шаар а-Мелахим, гл. 8): «свет Кетера входил между двумя ахораим Аба ве-Има», конец цитаты.</w:t>
      </w:r>
    </w:p>
    <w:p>
      <w:pPr>
        <w:spacing w:before="40" w:after="120"/>
        <w:jc w:val="both"/>
      </w:pPr>
      <w:r>
        <w:rPr>
          <w:rFonts w:ascii="Georgia" w:hAnsi="Georgia"/>
          <w:b w:val="0"/>
          <w:i w:val="0"/>
          <w:color w:val="000000"/>
          <w:sz w:val="24"/>
        </w:rPr>
        <w:t>Вот явное свидетельство того, что у них две стены, отделенные друг от друга. Дело в том, что есть различие между Аба ве-Има мира Некудим и Аба ве-Има мира Исправления: в мире Некудим по причине МАН, поднявшегося в никвей эйнаим, благодаря которому Аба устроился в мужском и женском свойствах, они тогда были устроены с двумя отдельными ахораим. И по этой причине была отдельная стена у Абы и отдельная стена у Имы. Поэтому Учитель считает здесь четыре ахораим: два в Аба ве-Има и два в ИШСУТ. Тогда как затем, в мире Исправления, произошло одно исправление в непостижимом рош (Радла), и от этого исправления протянулось новое исправление в Аба ве-Има, благодаря которому они устроились с одной стеной на двоих, как с Б-жьей помощью будет сказано на своем месте. А суть этих двух ахораим уже была объяснена в конце предыдущей ветви: по причине подъема МАН в каждом парцуфе образовались две стороны, так что в лицевых НЕХИ есть ХАГАТ в ахораим, а в лицевых ХАГАТ есть ХАБАД в ахораим, обратись туда.</w:t>
      </w:r>
    </w:p>
    <w:p>
      <w:pPr>
        <w:spacing w:before="40" w:after="120"/>
        <w:jc w:val="both"/>
      </w:pPr>
      <w:r>
        <w:rPr>
          <w:rFonts w:ascii="Georgia" w:hAnsi="Georgia"/>
          <w:b w:val="0"/>
          <w:i w:val="0"/>
          <w:color w:val="000000"/>
          <w:sz w:val="24"/>
        </w:rPr>
        <w:t>И знай, что в этом тайна ахора Абы: поскольку он представляет собой АХАП, вышедший из первого рош, он стал свойством ХАГАТ и внутренней части (тох), к которому отраженный свет протягивается от Малхут высшего рош. Следовательно, то свойство ХАБАД, которое было у него до подъема МАН, пребывает теперь без света. В этом и состоит тайна ахора Абы — то есть решимо недостатка ГАР от его первоначального корня; обратись туда и пойми это как следует. Ахор же Имы — это не что иное, как тайна четвертой стадии, поднявшейся к Абе в виде МАН, как сказано выше, которую он исправил для своей Нуквы, как до мельчайших подробностей разъяснено в предыдущих ветвях. И ты видишь, что тайна четвертой стадии — это свойство ахора Имы. Подобным же образом ты научишься различать во всех ахораим между ахораим мужского свойства и ахораим женского свойства, ведь в масахе есть пять стадий вследствие очищения (издохехут) четвертой стадии, как написано во «Введении» и в ветвях 3 и 4. И все эти пять стадий относятся к ахораим Нуквы — каждой Нуквы соответственно ее ступени, как предстанет перед нами далее, каждой на своем месте. А вся категория ахора в мужских свойствах происходит от решимо недостатка ХАБАД в них — каждого по мере того ХАБАД, который находился в нем в его первоначальном корне, как с Б-жьей помощью будет разъяснено на своем месте.</w:t>
      </w:r>
    </w:p>
    <w:p>
      <w:pPr>
        <w:spacing w:before="40" w:after="120"/>
        <w:jc w:val="both"/>
      </w:pPr>
      <w:r>
        <w:rPr>
          <w:rFonts w:ascii="Georgia" w:hAnsi="Georgia"/>
          <w:b w:val="0"/>
          <w:i w:val="0"/>
          <w:color w:val="000000"/>
          <w:sz w:val="24"/>
        </w:rPr>
        <w:t>Однако знай, что каждый парцуф — как мужской, так и женский — устроен из обоих свойств ахораим вместе, как мужского, так и женского. И в этом тайна двух частей мужского Есода, называемых Есод и атера (венец), где Есод — это ахор мужского свойства, а атера — ахор женского свойства. Точно так же оба они устроены в Есоде Нуквы по тайне внутренней и внешней частей, как все это с Б-жьей помощью будет описано на своем месте в мирах АБЕА мира Исправления, так как именно там проявились эти исправления. И вот в точности разъяснено отличие мужского ахора от женского: недостаток мужского — это решимо от келим ГАР, которые были у него в первоначальном корне, а женский ахор происходит от пяти уровней в масахе. Запомни же это для всех мест.</w:t>
      </w:r>
    </w:p>
    <w:p>
      <w:pPr>
        <w:spacing w:before="40" w:after="120"/>
        <w:jc w:val="both"/>
      </w:pPr>
      <w:r>
        <w:rPr>
          <w:rFonts w:ascii="Georgia" w:hAnsi="Georgia"/>
          <w:b w:val="0"/>
          <w:i w:val="0"/>
          <w:color w:val="000000"/>
          <w:sz w:val="24"/>
        </w:rPr>
        <w:t>3) Теперь объясним понятия «целая стена» и «половина стены», приводимые в словах Учителя выше в ветви 20. Ты уже знаешь о разделении каждого парцуфа на рош (голову) и гуф (тело): рош именуется ГАР, ХАБАД или свет разума (мохин), а тело именуется ВАК, ХАГАТ или свет тела. Различие между ними в том, что в рош находится свет сущности — тайна света хохма, являющегося главной сущностью парцуфа, притягивающейся от Бесконечного (Эйн Соф), благословен Он. В теле же есть лишь свет хасадим, который считается не светом сущности парцуфа, а светом келим, поскольку он приходит в основном силой нижнего, первоначально поднимающего МАН. Тогда как свет сущности протягивается прямо от Бесконечного, благословен Он, без пробуждения снизу, как сказано в предыдущих ветвях. Именно они всегда именуются в словах Учителя двумя половинами парцуфа. То есть когда у парцуфа нет света рош, а есть лишь свет тела, он называется только половиной парцуфа, потому что ему недостает его верхней половины — рош и ГАР. И потому Учитель говорит, что мера каждого нижнего парцуфа по отношению к высшему равна половине высшего парцуфа; это происходит по названной причине: ведь нижний облачает высшего только по его телу, а не по голове, и потому определяется лишь в половину своего парцуфа.</w:t>
      </w:r>
    </w:p>
    <w:p>
      <w:pPr>
        <w:spacing w:before="40" w:after="120"/>
        <w:jc w:val="both"/>
      </w:pPr>
      <w:r>
        <w:rPr>
          <w:rFonts w:ascii="Georgia" w:hAnsi="Georgia"/>
          <w:b w:val="0"/>
          <w:i w:val="0"/>
          <w:color w:val="000000"/>
          <w:sz w:val="24"/>
        </w:rPr>
        <w:t>Затем, когда парцуф обретает категорию рош, он также считается полным парцуфом, то есть состоящим из головы и тела. Однако есть три разновидности рош, ведь все три первые сфирот — КАХАБ — считаются категорией рош и мохин. И когда парцуф постигает рош от света Бины, он также считается полным парцуфом и называется парцуфом Нешама; когда же он постигает рош от Хохмы, он называется парцуфом Хохма, а от Кетера — называется парцуфом Кетер; и помни это. И вот разъяснено, что такое полный парцуф — это рош и гуф, а понятие «половина парцуфа» — это тело без головы. Ты уже знаешь, что вся высота уровня парцуфа зависит от величины авиюта в масахе: масах первой стадии дает лишь уровень Зеир Анпина, то есть ХАГАТ; масах второй стадии дает уровень Бины; третьей стадии — уровень Хохмы; а четвертой стадии — уровень Кетера. В соответствии с этим ты ясно поймешь, что пока в парцуфе есть масах только первой стадии, он называется половиной парцуфа, так как в нем нет ничего от ГАР, а лишь свет тела и свет хасадим.</w:t>
      </w:r>
    </w:p>
    <w:p>
      <w:pPr>
        <w:spacing w:before="40" w:after="120"/>
        <w:jc w:val="both"/>
      </w:pPr>
      <w:r>
        <w:rPr>
          <w:rFonts w:ascii="Georgia" w:hAnsi="Georgia"/>
          <w:b w:val="0"/>
          <w:i w:val="0"/>
          <w:color w:val="000000"/>
          <w:sz w:val="24"/>
        </w:rPr>
        <w:t>Однако при наличии в нем хотя бы масаха второй стадии у него уже есть рош от категории Бины, то есть уровень Нешама, и потому он считается полным парцуфом, как сказано выше. И этим нам прекрасно объясняются слова Учителя выше, в ветви 20 (пункт 2), где он говорит следующее: «Вот, находясь ахор бе-ахор, ЗОН имеют лишь одну стену на двоих, и одной стены достаточно для них обоих, и они пользуются одной стеной: полстены для Зеир Анпина и полстены для Нуквы. А когда человек... тогда завершается и становится полным один целый ахор для Зеир Анпина и один целый ахор для Нуквы... из есода Бины выходят лишь ХУГ, тогда как от ХУБ Зеир Анпина исходит лишь простое свечение...», конец цитаты; смотри там все продолжение.</w:t>
      </w:r>
    </w:p>
    <w:p>
      <w:pPr>
        <w:spacing w:before="40" w:after="120"/>
        <w:jc w:val="both"/>
      </w:pPr>
      <w:r>
        <w:rPr>
          <w:rFonts w:ascii="Georgia" w:hAnsi="Georgia"/>
          <w:b w:val="0"/>
          <w:i w:val="0"/>
          <w:color w:val="000000"/>
          <w:sz w:val="24"/>
        </w:rPr>
        <w:t>Пояснение: ты ведь уже знаешь корень мужского и женского начал, берущих начало во Втором сокращении де-АК (ЦБ де-АК) силой подъема МАН в никвей эйнаим, являющиеся тайной Хохмы. До этого Малхут и масах в ней находились под первыми девятью сфирот, так что первые девять сфирот были без кли — ведь здесь было только одно кли снизу, — и в них не было никакого различия правой и левой сторон, потому что все они располагались одна под другой по одной линии. В этом и состоит смысл того, что Учитель называет десять сфирот и пять парцуфим АК в Первом сокращении «одной линией», как написано в ветвях 1 и 2, обратись туда. И это по указанной причине: дать нам понять, что в Первом сокращении в парцуфим еще не было правой и левой стороны, а была лишь одна линия и одно кли, представляющее собой точку Первого сокращения и только четвертую стадию, как подробно разъяснено там в «Паним Масбирот». И пусть не введет тебя в заблуждение то, что там в ветви 1 упоминаются три линии — правая, левая и средняя — по тайне Целем, ведь это сказано в отношении будущего, тогда как применительно к Первому сокращению он всякий раз подчеркивает: «только одна линия», обратись туда. Во Втором же сокращении, в силу спуска гуф де-САГ во внутренние НЕХИ де-АК, когда поднялись МАН и вышли через никвей эйнаим, согласно словам Учителя выше в ветви 15, возникло это устройство из десяти келим и трех линий. Ведь четвертая стадия, находившаяся ниже всех девяти первых сфирот, поднялась снизу вверх наподобие линии через все сфирот до Хохмы в Кетере, представляющей собой никвей эйнаим, и Хохма устроилась ею в мужском и женском началах. Тем самым по пути ее подъема во всех десяти сфирот возникли женское свойство и кли; тогда они сформировались по тайне двух линий — правой и левой равной высоты. А затем, когда наступило ударное соединение на масах и поднялся отраженный свет, образовалась средняя линия, соединяющая правую и левую линии, то есть мужское и женское начала. И ты воочию видишь, что корень мужского и женского начал берет свое начало главным образом из второго корня, то есть из Второго сокращения, как сказано выше: правая линия — это мужской корень всех парцуфим, а левая линия — женский корень всех парцуфим. А также [видишь], что в каждой линии есть десять сфирот, ведь она поднялась снизу вверх до Хохмы в Кетере, и в ней оказались все десять сфирот в их левом свойстве и свойстве суда (дин). Равно и мужское начало представляет собой свойство милости (хесед) и правой стороны всех десяти сфирот вплоть до Кетера, как сказано выше.</w:t>
      </w:r>
    </w:p>
    <w:p>
      <w:pPr>
        <w:spacing w:before="40" w:after="120"/>
        <w:jc w:val="both"/>
      </w:pPr>
      <w:r>
        <w:rPr>
          <w:rFonts w:ascii="Georgia" w:hAnsi="Georgia"/>
          <w:b w:val="0"/>
          <w:i w:val="0"/>
          <w:color w:val="000000"/>
          <w:sz w:val="24"/>
        </w:rPr>
        <w:t>Однако тайна их соединения — тайна сфирот Есод — все еще находится внизу, как и в Первом сокращении: благодаря падению прямого света на масах, находящийся в венце Есода (атерет есод), снизу вверх вплоть до Кетера поднимается отраженный свет. То есть он поднимается и объединяет все сфирот правой линии со всеми сфирот левой линии вплоть до Кетера; это и называется средней линией, или линией милосердия, которая уравновешивает и согласует линию хеседа и линию дина к тайне милосердия. И из этого ты поймешь сказанное во многих местах Зоара: «всякий мужчина без женщины — лишь полтела» (</w:t>
      </w:r>
      <w:r>
        <w:rPr>
          <w:rFonts w:ascii="Georgia" w:hAnsi="Georgia"/>
          <w:b w:val="0"/>
          <w:i/>
          <w:color w:val="000000"/>
          <w:sz w:val="24"/>
        </w:rPr>
        <w:t>пелег гуфа</w:t>
      </w:r>
      <w:r>
        <w:rPr>
          <w:rFonts w:ascii="Georgia" w:hAnsi="Georgia"/>
          <w:b w:val="0"/>
          <w:i w:val="0"/>
          <w:color w:val="000000"/>
          <w:sz w:val="24"/>
        </w:rPr>
        <w:t xml:space="preserve">, </w:t>
      </w:r>
      <w:r>
        <w:rPr>
          <w:rFonts w:ascii="Georgia" w:hAnsi="Georgia" w:cs="Times New Roman"/>
          <w:b/>
          <w:i w:val="0"/>
          <w:color w:val="000000"/>
          <w:sz w:val="24"/>
          <w:rtl/>
          <w:szCs w:val="32"/>
        </w:rPr>
        <w:t>פְּלַג גּוּפָא</w:t>
      </w:r>
      <w:r>
        <w:rPr>
          <w:rFonts w:ascii="Georgia" w:hAnsi="Georgia"/>
          <w:b w:val="0"/>
          <w:i w:val="0"/>
          <w:color w:val="000000"/>
          <w:sz w:val="24"/>
        </w:rPr>
        <w:t>), то есть без нее у него нет головы (рош). И ты ясно поймешь это на основе сказанного выше, ведь каждый парцуф, выходящий в четырех мирах АБЕА в мире Исправления, содержит в себе оба корня: как от парцуфим АК до Второго сокращения, так и от исправления мужского и женского начал начиная со Второго сокращения и далее. А ты уже знаешь, что силой подъема МАН во Втором сокращении каждый рош разделился на рош и гуф: от глаз и выше выходит рош этого парцуфа, в АХАП выходит ХАГАТ парцуфа, а от пэ до табура выходят НЕХИ и завершение парцуфа, как сказано выше в предыдущих ветвях. И согласно этому оказывается, что каждая ступень теряет свои ГАР по сравнению со своим состоянием до подъема МАН. Ведь АХАП первого рош, которые в первоначальном корне относились к рош так же, как глаза и Гальгальта, теперь вышли наружу из рош и стали свойствами ХАГАТ; а ХАГАТ, которые находились от пэ до табура, вышли в НЕХИ; и так на всех ступенях, как мы подробно объяснили в ветви 16 «Паним Масбирот».</w:t>
      </w:r>
    </w:p>
    <w:p>
      <w:pPr>
        <w:spacing w:before="40" w:after="120"/>
        <w:jc w:val="both"/>
      </w:pPr>
      <w:r>
        <w:rPr>
          <w:rFonts w:ascii="Georgia" w:hAnsi="Georgia"/>
          <w:b w:val="0"/>
          <w:i w:val="0"/>
          <w:color w:val="000000"/>
          <w:sz w:val="24"/>
        </w:rPr>
        <w:t>Таким образом, каждая ступень утратила свою верхнюю половину ступени — ХАБАД или ХАГАТ, которые находятся в левой линии этой ступени. А после того как они соединяются вместе по тайне средней линии, они вновь обретают вместе первоначальные ГАР от первого корня. И в соответствии с этим мужское начало до того считается «половиной тела» — то есть ХАГАТ без головы; а женское начало считается «половиной тела» и свойством НЕХИ, то есть обладательницей масаха, поднимающего отраженный свет и возвращающего им недостающий ХАБАД от первого корня. И получается, что благодаря масаху в своей Нукве он обретает свою голову. Запомни это для всех мест. И вот разъяснено, что мужское и женское начала представляют собой две половины тела: он — ХАГАТ, а она — НЕХИ, тогда как ХАГАТ и НЕХИ вместе называются «одним телом», как сказано выше, и им недостает головы и ХАБАД; это они и обретают по тайне соединения через среднюю линию.</w:t>
      </w:r>
    </w:p>
    <w:p>
      <w:pPr>
        <w:spacing w:before="40" w:after="120"/>
        <w:jc w:val="both"/>
      </w:pPr>
      <w:r>
        <w:rPr>
          <w:rFonts w:ascii="Georgia" w:hAnsi="Georgia"/>
          <w:b w:val="0"/>
          <w:i w:val="0"/>
          <w:color w:val="000000"/>
          <w:sz w:val="24"/>
        </w:rPr>
        <w:t xml:space="preserve">Поэтому решимо недостатка ХАБАД нет в Нукве, ведь она лишь половина тела и НЕХИ, а в лицевых НЕХИ есть решимо лишь от ахораим ХАГАТ, то есть недостатка хасадим, как подробно сказано в конце предыдущей ветви. И только в мужском начале, являющемся половиной тела и ХАГАТ, находится решимо ахораим ХАБАД, как сказано там, обратись туда. И потому он ищет свою пропажу — свои ГАР, как сказали наши мудрецы, благословенной памяти (ХАЗАЛЬ): </w:t>
      </w:r>
      <w:r>
        <w:rPr>
          <w:rFonts w:ascii="Georgia" w:hAnsi="Georgia"/>
          <w:b w:val="0"/>
          <w:i/>
          <w:color w:val="000000"/>
          <w:sz w:val="24"/>
        </w:rPr>
        <w:t>«Обычно мужчина ищет женщину, потому что она — его пропажа»</w:t>
      </w:r>
      <w:r>
        <w:rPr>
          <w:rFonts w:ascii="Georgia" w:hAnsi="Georgia"/>
          <w:b w:val="0"/>
          <w:i w:val="0"/>
          <w:color w:val="000000"/>
          <w:sz w:val="24"/>
        </w:rPr>
        <w:t xml:space="preserve"> (см. начало Кидушин 2б). И это то, о чем говорит Учитель: «находясь ахор бе-ахор, ЗОН имеют лишь одну стену, достаточную для них обоих, и пользуются одной стеной», конец цитаты. Смысл: тогда в Нукве есть лишь масах первой стадии, который поднимает отраженный свет только до уровня ХАГАТ и Зеир Анпина, но вовсе не до уровня ГАР. Соответственно, мужской ахор здесь ничему не служит, ведь ему необходим свет ХАБАД, а ее масах поднимает к нему отраженный свет лишь для ХАГАТ.</w:t>
      </w:r>
    </w:p>
    <w:p>
      <w:pPr>
        <w:spacing w:before="40" w:after="120"/>
        <w:jc w:val="both"/>
      </w:pPr>
      <w:r>
        <w:rPr>
          <w:rFonts w:ascii="Georgia" w:hAnsi="Georgia"/>
          <w:b w:val="0"/>
          <w:i w:val="0"/>
          <w:color w:val="000000"/>
          <w:sz w:val="24"/>
        </w:rPr>
        <w:t>Выходит, что оба они пользуются одной стеной — женской стеной первой стадии. И эта стена служит обоим, так что у них есть лишь две половины стены тела, называемые половиной парцуфа, и им недостает верхней половины парцуфа — рош и ХАБАД. Однако, безусловно, и в состоянии спиной к спине происходит зивуг, но лишь в стене Нуквы. И это то, о чем говорит Учитель: «А когда человек вернул их [в состояние] лицом к лицу благодаря заповедям и добрым делам, тогда завершается и становится полным один целый ахор для Зеир Анпина и один целый ахор для Нуквы...» Смысл в том, что благодаря добрым делам поднимают МАН из БЕА — от второй, третьей или четвертой стадии — и возносят МАН к высшему парцуфу, то есть к Аба ве-Има, которые служат высшим и головой для ЗОН. Как написал Учитель в «Мево Шеарим» (врата 2, часть 3, гл. 8): выяснения МАН каждого парцуфа должны подниматься к находящемуся выше него парцуфу, так что относящееся к Аба ве-Има должно подниматься к АА, а относящееся к ЗОН должно подниматься к Аба ве-Има, обратись туда.</w:t>
      </w:r>
    </w:p>
    <w:p>
      <w:pPr>
        <w:spacing w:before="40" w:after="120"/>
        <w:jc w:val="both"/>
      </w:pPr>
      <w:r>
        <w:rPr>
          <w:rFonts w:ascii="Georgia" w:hAnsi="Georgia"/>
          <w:b w:val="0"/>
          <w:i w:val="0"/>
          <w:color w:val="000000"/>
          <w:sz w:val="24"/>
        </w:rPr>
        <w:t>И тогда Аба ве-Има соединяются на свойство МАН, и выходят десять сфирот рош в самих Аба ве-Има снизу вверх; эти десять сфирот представляют собой тайну Кетера и первого созерцания (истаклют алеф). А затем эти десять сфирот распространяются во втором созерцании (истаклют бэт) к ЗОН, и это распространение есть тайна рош, мохин и состояния лицом к лицу для ЗОН. Однако здесь есть две ступени: сначала ЗОН достигают ступени спиной к лицу (ахор бе-паним), когда ахор Зеир Анпина светит в лицо (паним) Нуквы. Ведь после того как мохин и упомянутое второе распространение притягиваются к Зеир Анпину, он включает в себя ХУГ, поскольку мохин состоят из Аба ве-Има вместе. Мохин со стороны Абы называются «хасадим», а мохин со стороны Имы называются «гвурот». А в гвурот Имы есть также свет ахораим, полученный ею от ахора Абы, то есть от категории мужского ахора, как написано в «Паним Меирот» (ветвь 22, стр. 416, со слов «Ахор бе-паним...»), обратись туда.</w:t>
      </w:r>
    </w:p>
    <w:p>
      <w:pPr>
        <w:spacing w:before="40" w:after="120"/>
        <w:jc w:val="both"/>
      </w:pPr>
      <w:r>
        <w:rPr>
          <w:rFonts w:ascii="Georgia" w:hAnsi="Georgia"/>
          <w:b w:val="0"/>
          <w:i w:val="0"/>
          <w:color w:val="000000"/>
          <w:sz w:val="24"/>
        </w:rPr>
        <w:t>Поэтому Зеир Анпин светит в Нукву от этих гвурот Имы, благодаря чему Нуква также обретает мужской ахор — свою верхнюю половину стены, относящуюся к ГАР. Вследствие этого у нее теперь образуется полный ахор, тогда как прежде был лишь ахор от ХАГАТ, а теперь через гвурот Имы она обрела также ахораим ХАБАД; и вот у нее есть полный ахор для головы и тела, как и у мужского начала. И тогда он изливает в нее свойство «лицом к лицу», то есть посредством зивуга на МАН, поднявшийся из БЕА. И это то, о чем говорит Учитель: «И причина этого в том, что нижний человек своими делами вызывает высший зивуг, и высшие капли спускаются вниз, являясь категорией мохин Зеир Анпина», конец цитаты. Смысл: своими делами он поднимает МАН и вызывает высший зивуг — то есть в высшем парцуфе, называемом Аба ве-Има, как сказано выше. И это то, о чем сказано: «и высшие капли спускаются вниз» — то есть второе созерцание распространяется и нисходит вниз к ЗОН по тайне мохин. И это то, о чем сказано: «ведь из есода Бины выходят лишь хасадим и гвурот, тогда как из Хохмы и Бины Зеир Анпина исходит лишь простое свечение: раскрытые там хасадим ударяют и выводят их света наружу», конец цитаты. И здесь тебе следует хорошо понять то, что мы объяснили в «Паним Меирот» (ветвь 22, стр. 411, со слов «И потому то, что опустил Даат...»), где говорилось о ХУГ в рош высших Аба ве-Има; обратись туда и посмотри все продолжение с объяснением [понятий] «голова, ствол и тропа» (</w:t>
      </w:r>
      <w:r>
        <w:rPr>
          <w:rFonts w:ascii="Georgia" w:hAnsi="Georgia"/>
          <w:b w:val="0"/>
          <w:i/>
          <w:color w:val="000000"/>
          <w:sz w:val="24"/>
        </w:rPr>
        <w:t>риша, гизъа ве-швила</w:t>
      </w:r>
      <w:r>
        <w:rPr>
          <w:rFonts w:ascii="Georgia" w:hAnsi="Georgia"/>
          <w:b w:val="0"/>
          <w:i w:val="0"/>
          <w:color w:val="000000"/>
          <w:sz w:val="24"/>
        </w:rPr>
        <w:t>), так как это верный ключ ко всем категориям мохин пяти парцуфим Ацилута. И там подробно разъяснено, каким образом ХУГ в самой букве йод (</w:t>
      </w:r>
      <w:r>
        <w:rPr>
          <w:rFonts w:ascii="Georgia" w:hAnsi="Georgia" w:cs="Times New Roman"/>
          <w:b/>
          <w:i w:val="0"/>
          <w:color w:val="000000"/>
          <w:sz w:val="24"/>
          <w:rtl/>
          <w:szCs w:val="32"/>
        </w:rPr>
        <w:t>י</w:t>
      </w:r>
      <w:r>
        <w:rPr>
          <w:rFonts w:ascii="Georgia" w:hAnsi="Georgia"/>
          <w:b w:val="0"/>
          <w:i w:val="0"/>
          <w:color w:val="000000"/>
          <w:sz w:val="24"/>
        </w:rPr>
        <w:t>) превращаются в подлинный свет хохма. А именно: по причине зивуга на нижнем кончике буквы йод, по тайне соударения о находящийся там масах, благодаря чему десять сфирот отраженного света поднимаются до верхнего кончика, являющегося тайной высшего Даат, что выше ХУБ, и тогда все десять сфирот достигают уровня Кетера. И это то, о чем говорит Учитель здесь: «раскрытые там хасадим ударяют» — то есть отраженный свет, поднимающийся от ударного соединения, — «и выводят наружу света ХУБ». То есть сами хасадим превращаются в категорию Хохмы и Бины; и хотя по своей сущности они представляют собой свет хасадим, однако их свечение точно такое же, как у ХУБ.</w:t>
      </w:r>
    </w:p>
    <w:p>
      <w:pPr>
        <w:spacing w:before="40" w:after="120"/>
        <w:jc w:val="both"/>
      </w:pPr>
      <w:r>
        <w:rPr>
          <w:rFonts w:ascii="Georgia" w:hAnsi="Georgia"/>
          <w:b w:val="0"/>
          <w:i w:val="0"/>
          <w:color w:val="000000"/>
          <w:sz w:val="24"/>
        </w:rPr>
        <w:t>И пойми это. И это то, о чем сказано: «И вот с приходом этих ХУГ в рош Зеир Анпина, тогда он берет хасадим, и восполняется его ахор». Смысл: поскольку Зеир Анпин уже обладал мужским ахором — ахораим ХАБАД в его келим ХАГАТ, — то хасадим, протягивающиеся из есода высшего парцуфа, тотчас восполняют свойство его келим ахораим. И оказывается, что ХАГАТ снова превращаются в ХАБАД, какими они были в первоначальном корне, ведь находившиеся в них ахораим ХАБАД пробудились и получили подобающий им свет Аба ве-Има, и он обрел лицевой ХАБАД. И тем самым Зеир Анпин завершается полностью. Однако Нукве все еще недостает ахора ГАР, как сказано выше, и потому она сначала нуждается в свечении гвурот через Зеир Анпина. И это то, о чем сказано: «а она берет гвуру, и восполняется ее ахор», конец цитаты.</w:t>
      </w:r>
    </w:p>
    <w:p>
      <w:pPr>
        <w:spacing w:before="40" w:after="120"/>
        <w:jc w:val="both"/>
      </w:pPr>
      <w:r>
        <w:rPr>
          <w:rFonts w:ascii="Georgia" w:hAnsi="Georgia"/>
          <w:b w:val="0"/>
          <w:i w:val="0"/>
          <w:color w:val="000000"/>
          <w:sz w:val="24"/>
        </w:rPr>
        <w:t>Смысл: Зеир Анпин светит в нее через соединение ахор бе-паним, передавая ей тем самым гвурот, полученные от Имы, благодаря чему она обретает ахор ГАР, как сказано выше, обратись туда. И тем самым завершается ее ахор — то есть она обретает келим для категории рош. И этим он завершает: «и тогда они обращаются [в состояние] лицом к лицу». То есть после того как она обрела целый ахор посредством зивуга ахор бе-паним, тогда они обращаются к зивугу паним бе-паним, когда он изливает в нее также категорию ГАР и категорию ЗАТ — то, чего он не мог передать ей прежде, до того как озарил ее свойством гвурот Имы, то есть ахором ГАР, как сказано выше. И вот разъяснено, что основа строения ЗОН — это лишь шесть келим, то есть ХАГАТ-НЕХИ, а его Нуква — это точка под Есодом, называемая атерой. Впрочем, она называется точкой по тайне находящегося в ней масаха малого состояния, и пока этот масах не поднимает отраженный свет к келим ахораим Зеир Анпина, они пребывают в состоянии ахор бе-ахор, как сказано выше. Эти келим и составляют их сущность и основу их строения, но им недостает двух половин стен. А именно: масах второй или третьей стадии недостает стене Зеир Анпина, ведь только такой масах пригоден для ударного соединения, раскрывающего ХУБ наружу, как сказано выше.</w:t>
      </w:r>
    </w:p>
    <w:p>
      <w:pPr>
        <w:spacing w:before="40" w:after="120"/>
        <w:jc w:val="both"/>
      </w:pPr>
      <w:r>
        <w:rPr>
          <w:rFonts w:ascii="Georgia" w:hAnsi="Georgia"/>
          <w:b w:val="0"/>
          <w:i w:val="0"/>
          <w:color w:val="000000"/>
          <w:sz w:val="24"/>
        </w:rPr>
        <w:t>Следовательно, у него есть лишь верхняя половина стены — то есть мужской ахор, представляющий собой ахораим ХАБАД, заключенные в келим ХАГАТ без света; нижней же половины стены — то есть свойства масаха, относящегося к НЕХИ Зеир Анпина, — ему как раз недостает, как сказано выше. У Нуквы также есть лишь половина стены — свойство масаха, относящегося к ее НЕХИ, то есть масах первой стадии, дополняющий ахораим ХАГАТ, находящиеся в ее НЕХИ; и оказывается, что ей недостает свойства ахора ГАР, являющегося верхней половиной стены. И вот, благодаря мохин, получаемым от высших Аба ве-Има, Зеир Анпин обретает свойство масаха второй или третьей стадии, относящегося к его нижней половине стены, то есть к НЕХИ, как сказано выше. Это называется «хасадим», потому что он поднимает отраженный свет, являющийся тайной хасадим. Нуква же обретает категорию гвурот Имы, то есть ахор ГАР, который представляет собой ее верхнюю половину стены. А после того как они получают обе половины стен от Аба ве-Има, они становятся способными к соединению паним бе-паним, раскрывающему в них самих мохин лица и рош.</w:t>
      </w:r>
    </w:p>
    <w:p>
      <w:pPr>
        <w:spacing w:before="40" w:after="120"/>
        <w:jc w:val="both"/>
      </w:pPr>
      <w:r>
        <w:rPr>
          <w:rFonts w:ascii="Georgia" w:hAnsi="Georgia"/>
          <w:b w:val="0"/>
          <w:i w:val="0"/>
          <w:color w:val="000000"/>
          <w:sz w:val="24"/>
        </w:rPr>
        <w:t>И пойми это как следует, ведь здесь невозможно распространяться дольше. И об этом слова Учителя, завершающего там в ветви 20 (пункт 4), вот его слова: «Вот мы объяснили, как ХУГ вызывают увеличение ахораим...» — то есть, как сказано выше: благодаря распространению десяти сфирот из есода высшего парцуфа Зеир Анпин обретает в основном масах третьей стадии, являющийся ахором, относящимся к его НЕХИ, что служит для него причиной того, что затем, соединившись с Нуквой, он будет лицом к лицу; однако главное его достижение — это лишь категория масаха и ахораим. Подобно этому и у Нуквы: главное ее достижение — это ахор Имы, как сказано выше. Следовательно, все это можно назвать не иначе как «увеличением ахораим». И об этом сказано: «Поэтому в отношении этого свойства свечение ХУГ, приходящих к ним заново, больше свечения, которое было у них изначально: ведь первое свечение оставило их в состоянии спиной к спине, тогда как это новое свечение вернуло их в состояние лицом к лицу; выходит, что это обновленное свечение называется "лицом к лицу"», конец цитаты. И это соответствует нашим словам: благодаря обретению распространения десяти сфирот высшего они увеличили свои ахораим: так что у Зеир Анпина выросла нижняя половина ахора, а у Нуквы — верхняя половина ахора. Благодаря этому они сами собой вернулись к зивугу паним бе-паним, и тем самым распространение ХУГ от Аба ве-Има обусловило у них всю категорию «лицом к лицу».</w:t>
      </w:r>
    </w:p>
    <w:p>
      <w:pPr>
        <w:spacing w:before="40" w:after="120"/>
        <w:jc w:val="both"/>
      </w:pPr>
      <w:r>
        <w:rPr>
          <w:rFonts w:ascii="Georgia" w:hAnsi="Georgia"/>
          <w:b w:val="0"/>
          <w:i w:val="0"/>
          <w:color w:val="000000"/>
          <w:sz w:val="24"/>
        </w:rPr>
        <w:t>Поэтому оно важнее самой сущности их строения, которое было у них изначально, то есть ХАГАТ-НЕХИ, ведь при нем они вынуждены были оставаться соединенными ахор бе-ахор без головы. И это то, о чем сказано: «однако в отношении другого свойства оно будет называться не иначе как состоянием спиной к спине, поскольку увеличило только ахораим...» То есть, как сказано выше: в конечном счете от Аба ве-Има они не постигли ничего сверх двух половин ахораим, и потому это можно назвать ахор бе-ахор, то есть двумя свойствами ахора.</w:t>
      </w:r>
    </w:p>
    <w:p>
      <w:r>
        <w:br w:type="page"/>
      </w:r>
    </w:p>
    <w:p>
      <w:pPr>
        <w:keepNext/>
        <w:spacing w:before="360" w:after="160"/>
        <w:jc w:val="center"/>
      </w:pPr>
      <w:r>
        <w:rPr>
          <w:rFonts w:ascii="Georgia" w:hAnsi="Georgia"/>
          <w:b w:val="0"/>
          <w:i w:val="0"/>
          <w:color w:val="000000"/>
          <w:sz w:val="40"/>
        </w:rPr>
        <w:t>Ветвь 24</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Теперь объясним, как во время смерти этих мелахим их келим опустились в мир Брия, как сказано выше, — в отличие от четырех [уровней] ахораим (обратной стороны) Аба ве-Има.</w:t>
      </w:r>
    </w:p>
    <w:p>
      <w:pPr>
        <w:spacing w:before="40" w:after="120"/>
        <w:jc w:val="both"/>
      </w:pPr>
      <w:r>
        <w:rPr>
          <w:rFonts w:ascii="Georgia" w:hAnsi="Georgia"/>
          <w:b w:val="0"/>
          <w:i w:val="0"/>
          <w:color w:val="000000"/>
          <w:sz w:val="24"/>
        </w:rPr>
        <w:t>2) Ведь уже было объяснено различие между Аба ве-Има и семью мелахим, которые суть ЗОН. И мы говорили, что семь мелахим, то есть ЗОН, умерли буквально, и их келим опустились в мир Брия, тогда как ахораим Аба ве-Има лишь аннулировались, но не умерли, а опустились вниз в самом мире Ацилут. И там мы объяснили причину этого: семь мелахим получали не света АХАП де-АК, а лишь от его гуф и далее.</w:t>
      </w:r>
    </w:p>
    <w:p>
      <w:pPr>
        <w:spacing w:before="40" w:after="120"/>
        <w:jc w:val="both"/>
      </w:pPr>
      <w:r>
        <w:rPr>
          <w:rFonts w:ascii="Georgia" w:hAnsi="Georgia"/>
          <w:b w:val="0"/>
          <w:i w:val="0"/>
          <w:color w:val="000000"/>
          <w:sz w:val="24"/>
        </w:rPr>
        <w:t>3) По этой же самой причине возникло и другое различие между ГАР, то есть КАХАБ, и семью нижними мелахим: ГАР изначально вышли с некоторым исправлением. А именно: когда они вышли впервые, то распространились в порядке трех линий (кавим), в отличие от ЗАТ, которые вышли одна под другой. И об этом сказано в «Идра Раба»: «До каких пор нам сидеть на одной опоре?», то есть исправиться тем исправлением, которое осуществляется через линии; но прежде, когда они располагались друг под другом, это было состоянием «на одной опоре».</w:t>
      </w:r>
    </w:p>
    <w:p>
      <w:pPr>
        <w:spacing w:before="40" w:after="120"/>
        <w:jc w:val="both"/>
      </w:pPr>
      <w:r>
        <w:rPr>
          <w:rFonts w:ascii="Georgia" w:hAnsi="Georgia"/>
          <w:b w:val="0"/>
          <w:i w:val="0"/>
          <w:color w:val="000000"/>
          <w:sz w:val="24"/>
        </w:rPr>
        <w:t>4) И мы уже объясняли, что исправление Ацилута заключается в том, что его ВАК устроены в виде трех линий, связанных друг с другом, по принципу третьей [линии], склоняющей решение между ними, — и тогда это называется «частным владением» (ршут а-яхид). Когда же они находятся друг под другом и отделены одна от другой, это называется «общественным владением» (ршут а-рабим). Поэтому у ГАР лишь аннулировались их ахораим, но они не умерли, тогда как семь мелахим умерли целиком — и паним, и ахораим, поскольку вышли вовсе без исправления.</w:t>
      </w:r>
    </w:p>
    <w:p>
      <w:pPr>
        <w:spacing w:before="40" w:after="120"/>
        <w:jc w:val="both"/>
      </w:pPr>
      <w:r>
        <w:rPr>
          <w:rFonts w:ascii="Georgia" w:hAnsi="Georgia"/>
          <w:b w:val="0"/>
          <w:i w:val="0"/>
          <w:color w:val="000000"/>
          <w:sz w:val="24"/>
        </w:rPr>
        <w:t>5) Разберем порядок выхода семи мелахим, начав с первого — с Даат, который вышел первым. И когда кли не смогло выдержать [свет], как сказано выше, оно разбилось и опустилось вниз в мир Брия — то есть на то место, где впоследствии предстоит быть миру Брия, ведь тогда мир Брия еще не был сотворен. И упало это кли на место Даат де-Брия, будучи подобным ему по свойству.</w:t>
      </w:r>
    </w:p>
    <w:p>
      <w:pPr>
        <w:spacing w:before="40" w:after="120"/>
        <w:jc w:val="both"/>
      </w:pPr>
      <w:r>
        <w:rPr>
          <w:rFonts w:ascii="Georgia" w:hAnsi="Georgia"/>
          <w:b w:val="0"/>
          <w:i w:val="0"/>
          <w:color w:val="000000"/>
          <w:sz w:val="24"/>
        </w:rPr>
        <w:t>6) Что же касается света Даат, то он тоже опустился, однако остался в самом Ацилуте, на месте кли Малхут де-Ацилут. При этом он опустился туда не из-за какого-либо изъяна в себе: ведь выше уже было объяснено, что разбиение произошло в келим, а не в светах; и если бы его спуск туда был вызван изъяном, следовало бы приписать аннулирование и светам — подобно тому, как мы приписали аннулирование келим де-ахораим Аба ве-Има, которые упали аналогичным образом в самом Ацилуте. Однако его спуск произошел для того, чтобы светить издали своему кли, находящемуся в Брия, чтобы оно не погибло окончательно и не осталось без надежды. Поэтому [свет] светит ему издали, сам пребывая в Ацилуте, — подобно тагин (коронкам) над отиет (буквами), как сказано выше.</w:t>
      </w:r>
    </w:p>
    <w:p>
      <w:pPr>
        <w:spacing w:before="40" w:after="120"/>
        <w:jc w:val="both"/>
      </w:pPr>
      <w:r>
        <w:rPr>
          <w:rFonts w:ascii="Georgia" w:hAnsi="Georgia"/>
          <w:b w:val="0"/>
          <w:i w:val="0"/>
          <w:color w:val="000000"/>
          <w:sz w:val="24"/>
        </w:rPr>
        <w:t>7) Затем вышел Хесед, и его кли разбилось и опустилось в Бину де-Брия, а свет опустился на место кли Есод де-Ацилут, поскольку свет Даат уже успел занять место Малхут. Затем вышла Гвура и разбилась: ее кли опустилось в Хохму де-Брия, а свет опустился в кли Нецах и Ход де-Ацилут, которые представляют собой две половины тела. Затем вышла Тиферет и разбилась: ее кли опустилось в Кетер де-Брия, а свет остался на своем месте, то есть в Тиферет де-Ацилут. И вот теперь расстояние между любым из этих светов и его келим составляет не более трех ступеней, ведь расстояние больше трех ступеней — это полное отдаление, и [свет] не может светить в кли.</w:t>
      </w:r>
    </w:p>
    <w:p>
      <w:pPr>
        <w:spacing w:before="40" w:after="120"/>
        <w:jc w:val="both"/>
      </w:pPr>
      <w:r>
        <w:rPr>
          <w:rFonts w:ascii="Georgia" w:hAnsi="Georgia"/>
          <w:b w:val="0"/>
          <w:i w:val="0"/>
          <w:color w:val="000000"/>
          <w:sz w:val="24"/>
        </w:rPr>
        <w:t>8) Все остальные света тоже опустились со своего места, кроме [света] Тиферет, который остался на своем месте, как сказано выше, и не опустился. И получается, что, без сомнения, у других светов, опустившихся со своего места, — хотя мы и объяснили, что их спуск произошел ради келим, чтобы светить им, — из-за пребывания ниже своего места сила несколько ослабла, и потому у них нет сил подняться наверх. Но свет Тиферет, оставшийся на своем месте, сохранил свои свойства, и сила его осталась крепкой. Поэтому, видя себя без кли, он способен подняться туда, откуда вышел, ведь он не пожелает оставаться обнаженным и открытым, без одеяния, — и вернется в Бину, на то место, где пребывал изначально. А если он так поступит, то окажется слишком удален от своего кли, и то погибнет окончательно.</w:t>
      </w:r>
    </w:p>
    <w:p>
      <w:pPr>
        <w:spacing w:before="40" w:after="120"/>
        <w:jc w:val="both"/>
      </w:pPr>
      <w:r>
        <w:rPr>
          <w:rFonts w:ascii="Georgia" w:hAnsi="Georgia"/>
          <w:b w:val="0"/>
          <w:i w:val="0"/>
          <w:color w:val="000000"/>
          <w:sz w:val="24"/>
        </w:rPr>
        <w:t>9) И потому высший Источник пожелал и протянул, увеличив, кли Кетер, которое, как известно, не разбилось. И оно протянулось по средней линии, как сказано выше, — ведь ГАР изначально уже имели строение трех линий, — и протянулось по средней линии до места Тиферет, лишь до ее середины, то есть только до табур. И тогда свет Тиферет поднялся и скрылся внутри этого кли Кетер, распространившегося до его места.</w:t>
      </w:r>
    </w:p>
    <w:p>
      <w:pPr>
        <w:spacing w:before="40" w:after="120"/>
        <w:jc w:val="both"/>
      </w:pPr>
      <w:r>
        <w:rPr>
          <w:rFonts w:ascii="Georgia" w:hAnsi="Georgia"/>
          <w:b w:val="0"/>
          <w:i w:val="0"/>
          <w:color w:val="000000"/>
          <w:sz w:val="24"/>
        </w:rPr>
        <w:t>10) И получается, что поднялась лишь нижняя половина света Тиферет, тогда как верхняя его половина стоит на своем месте, сквозь которое уже распространилось кли Кетер. И тогда свет Даат, опустившийся вниз в Малхут де-Ацилут, видя, что на его месте появилось новое кли — ведь его место также находится на средней линии, между Кетер и Тиферет, — тоже поднялся и взошел на свое место. И тогда его кли, поскольку его свет отдалился от него, опустилось до самого низа, в Малхут де-Брия. Кли же Тиферет осталось на своем месте, то есть в Кетер де-Брия, так как поднялся не весь его свет, а лишь половина, тогда как верхняя половина осталась на своем месте.</w:t>
      </w:r>
    </w:p>
    <w:p>
      <w:pPr>
        <w:spacing w:before="40" w:after="120"/>
        <w:jc w:val="both"/>
      </w:pPr>
      <w:r>
        <w:rPr>
          <w:rFonts w:ascii="Georgia" w:hAnsi="Georgia"/>
          <w:b w:val="0"/>
          <w:i w:val="0"/>
          <w:color w:val="000000"/>
          <w:sz w:val="24"/>
        </w:rPr>
        <w:t>11) И если ты спросишь: мы ведь говорили выше, что расстояние между келим и их светом непременно должно составлять не более трех сфирот, — как же в таком случае кли Даат опустилось до самой Малхут де-Брия?</w:t>
      </w:r>
    </w:p>
    <w:p>
      <w:pPr>
        <w:spacing w:before="40" w:after="120"/>
        <w:jc w:val="both"/>
      </w:pPr>
      <w:r>
        <w:rPr>
          <w:rFonts w:ascii="Georgia" w:hAnsi="Georgia"/>
          <w:b w:val="0"/>
          <w:i w:val="0"/>
          <w:color w:val="000000"/>
          <w:sz w:val="24"/>
        </w:rPr>
        <w:t>Ответ таков: безусловно, [это правило действует лишь там], где есть возможность («где возможно — возможно»). Сначала положение было таким, что «один получает пользу, а другой ничего не теряет»: сперва кли получало пользу от своего света, когда [свет] Даат находился внизу, и свет тоже ничего не терял, поскольку даже если бы он поднялся на свое место в Даат де-Ацилут, там у него все равно не было никакого кли, и потому он желал светить своему кли, а опустившись, больше не поднимался. Однако когда он увидел, что на его месте появилось некое подобие кли, собственная польза оказалась для него ближе, чем забота о своем кли: ведь теперь, поднявшись наверх, на свое место, он обретает кли и там сможет получать свет для себя сверху — от Источника и от Кетер — в великой близости. И потому он поднялся наверх.</w:t>
      </w:r>
    </w:p>
    <w:p>
      <w:pPr>
        <w:spacing w:before="40" w:after="120"/>
        <w:jc w:val="both"/>
      </w:pPr>
      <w:r>
        <w:rPr>
          <w:rFonts w:ascii="Georgia" w:hAnsi="Georgia"/>
          <w:b w:val="0"/>
          <w:i w:val="0"/>
          <w:color w:val="000000"/>
          <w:sz w:val="24"/>
        </w:rPr>
        <w:t>12) Это объяснение достаточно относительно собственной пользы света. Но и относительно ущерба для его кли от спуска вниз, в Малхут де-Брия, как упомянуто, [этот спуск] не столь большая потеря: ведь когда мы говорим, что расстояние между светом и его кли должно составлять не более трех сфирот, имеется в виду мера трех сфирот Ацилута, величина которых велика. В Брия же все десять сфирот по своей величине не равны даже одной сфире Ацилута. И если так, то [кли в Малхут де-Брия] словно находится в рош де-Брия, ведь все десять сфирот Брия считаются величиной с одну сфиру.</w:t>
      </w:r>
    </w:p>
    <w:p>
      <w:pPr>
        <w:spacing w:before="40" w:after="120"/>
        <w:jc w:val="both"/>
      </w:pPr>
      <w:r>
        <w:rPr>
          <w:rFonts w:ascii="Georgia" w:hAnsi="Georgia"/>
          <w:b w:val="0"/>
          <w:i w:val="0"/>
          <w:color w:val="000000"/>
          <w:sz w:val="24"/>
        </w:rPr>
        <w:t>13) А если ты возразишь: ведь между кли Даат и его светом расстояние в семь сфирот Ацилута, поскольку [свет] стоит наверху, в Даат де-Ацилут!</w:t>
      </w:r>
    </w:p>
    <w:p>
      <w:pPr>
        <w:spacing w:before="40" w:after="120"/>
        <w:jc w:val="both"/>
      </w:pPr>
      <w:r>
        <w:rPr>
          <w:rFonts w:ascii="Georgia" w:hAnsi="Georgia"/>
          <w:b w:val="0"/>
          <w:i w:val="0"/>
          <w:color w:val="000000"/>
          <w:sz w:val="24"/>
        </w:rPr>
        <w:t>На это можно ответить: даже в самих сфирот Ацилута ущерб возникает лишь тогда, когда между ними — между светом и кли — расстояние в три сфиры, и притом совершенно пустых, вовсе без какого-либо света — ни его собственного, ни другого. Здесь же, хотя собственный свет [кли Даат] и поднялся наверх, в соф де-Ацилут стоят другие света, близкие к миру Брия, и оно может получать свечение от них. Кроме того, оно может получать свечение и от своего собственного света через те света, которые к нему близки. И помни это правило для всех остальных сфирот: между кли и светом никогда нет более трех пустых сфирот Ацилута, так что нам не придется повторять это для каждой из них.</w:t>
      </w:r>
    </w:p>
    <w:p>
      <w:pPr>
        <w:spacing w:before="40" w:after="120"/>
        <w:jc w:val="both"/>
      </w:pPr>
      <w:r>
        <w:rPr>
          <w:rFonts w:ascii="Georgia" w:hAnsi="Georgia"/>
          <w:b w:val="0"/>
          <w:i w:val="0"/>
          <w:color w:val="000000"/>
          <w:sz w:val="24"/>
        </w:rPr>
        <w:t>14) И когда свет Даат поднялся на свое место наверх, кли Кетер увеличилось и протянулось до уровня окончания всей Тиферет. И тогда нижняя половина света Тиферет, поднявшаяся наверх, как сказано выше, теперь снова опустилась на свое истинное место, как вначале.</w:t>
      </w:r>
    </w:p>
    <w:p>
      <w:pPr>
        <w:spacing w:before="40" w:after="120"/>
        <w:jc w:val="both"/>
      </w:pPr>
      <w:r>
        <w:rPr>
          <w:rFonts w:ascii="Georgia" w:hAnsi="Georgia"/>
          <w:b w:val="0"/>
          <w:i w:val="0"/>
          <w:color w:val="000000"/>
          <w:sz w:val="24"/>
        </w:rPr>
        <w:t>(И представляется моему скромному разумению, мне, Хаиму: ведь вначале Тиферет поднялась на место Даат, как известно, так как ее окончание достигало лишь табур; когда же Даат поднялся, чтобы занять свое место, потребовалось увеличить кли еще больше — до окончания всей Тиферет, как сказано выше).</w:t>
      </w:r>
    </w:p>
    <w:p>
      <w:pPr>
        <w:spacing w:before="40" w:after="120"/>
        <w:jc w:val="both"/>
      </w:pPr>
      <w:r>
        <w:rPr>
          <w:rFonts w:ascii="Georgia" w:hAnsi="Georgia"/>
          <w:b w:val="0"/>
          <w:i w:val="0"/>
          <w:color w:val="000000"/>
          <w:sz w:val="24"/>
        </w:rPr>
        <w:t>15) Причиной же увеличения кли Кетер послужил свет Даат, который облачился в него и увеличил его. А также то, что Даат включает в себя все ВАК и служит для них душой (нешама), как известно. Поэтому, поднявшись, он дал силу кли и увеличил его, чтобы оказать благо свету Тиферет, чтобы тот опустился и находился на подобающем ему месте.</w:t>
      </w:r>
    </w:p>
    <w:p>
      <w:pPr>
        <w:spacing w:before="40" w:after="120"/>
        <w:jc w:val="both"/>
      </w:pPr>
      <w:r>
        <w:rPr>
          <w:rFonts w:ascii="Georgia" w:hAnsi="Georgia"/>
          <w:b w:val="0"/>
          <w:i w:val="0"/>
          <w:color w:val="000000"/>
          <w:sz w:val="24"/>
        </w:rPr>
        <w:t>16) Затем правили Нецах и Ход, и они должны были прийти, чтобы править на своем месте в подобающем им кли, но не нашли свое место свободным, поскольку туда опустился свет Гвуры, как сказано выше. И потому Бине потребовалось распространиться по своей линии — по левой стороне — до места, которому впоследствии, после исправления, предстоит стать истинным местом Гвуры, ведь тогда все они располагались друг под другом. И тогда, видя, что на ее месте появилось некое подобие кли, свет Гвуры поднялся на свое место, а ее кли из-за удаления ее света тоже отдалилось и опустилось до Есод де-Брия. Тогда Нецах и Ход сошли на свое истинное место, правили там в своем кли и разбились. И тогда их свет поднимается до Гвуры: туда поднялся Ход, поскольку он тоже относится к левой линии, и тогда Нецах тоже поднялся туда вместе с ним, ведь Нецах и Ход — это две половины тела, как сказано выше. А их кли опустилось в Нецах и Ход де-Брия.</w:t>
      </w:r>
    </w:p>
    <w:p>
      <w:pPr>
        <w:spacing w:before="40" w:after="120"/>
        <w:jc w:val="both"/>
      </w:pPr>
      <w:r>
        <w:rPr>
          <w:rFonts w:ascii="Georgia" w:hAnsi="Georgia"/>
          <w:b w:val="0"/>
          <w:i w:val="0"/>
          <w:color w:val="000000"/>
          <w:sz w:val="24"/>
        </w:rPr>
        <w:t>17) Затем вышел свет Есод, а на его месте находился свет Хеседа, как сказано выше. И тогда кли Хохма потребовалось распространиться по правой линии до места, которому после исправления предстоит стать истинным [местом] Хеседа. И тогда свет Хеседа поднялся туда и включился в кли Хохма, а кли Хеседа опустилось до Тиферет де-Брия. Тогда вышел Есод, вошел в свое кли, правил на своем месте и разбился. И свет поднялся по средней линии до места высшего Даат, а кли опустилось в Гвуру де-Брия. А ниже мы объясним, почему свет Есод поднялся выше Тиферет, до самого Даат.</w:t>
      </w:r>
    </w:p>
    <w:p>
      <w:pPr>
        <w:spacing w:before="40" w:after="120"/>
        <w:jc w:val="both"/>
      </w:pPr>
      <w:r>
        <w:rPr>
          <w:rFonts w:ascii="Georgia" w:hAnsi="Georgia"/>
          <w:b w:val="0"/>
          <w:i w:val="0"/>
          <w:color w:val="000000"/>
          <w:sz w:val="24"/>
        </w:rPr>
        <w:t>18) Затем вышел свет Малхут, чтобы править в своем кли; она правила там и разбилась. И тогда ее свет тоже поднялся в Даат по средней линии, а ее кли опустилось в Хесед де-Брия.</w:t>
      </w:r>
    </w:p>
    <w:p>
      <w:pPr>
        <w:spacing w:before="40" w:after="120"/>
        <w:jc w:val="both"/>
      </w:pPr>
      <w:r>
        <w:rPr>
          <w:rFonts w:ascii="Georgia" w:hAnsi="Georgia"/>
          <w:b w:val="0"/>
          <w:i w:val="0"/>
          <w:color w:val="000000"/>
          <w:sz w:val="24"/>
        </w:rPr>
        <w:t>19) Таким образом, кли Тиферет находится на месте Кетер де-Брия, а кли Малхут — на месте Хесед де-Брия. И получается, что между одним и другим кли в Брия свободного пространства — лишь три ступени, а именно ХАБАД. В Ацилуте же свободного пространства — лишь две [три] ступени, то есть место [Нецах и Ход], Есод и Малхут.</w:t>
      </w:r>
    </w:p>
    <w:p>
      <w:pPr>
        <w:spacing w:before="40" w:after="120"/>
        <w:jc w:val="both"/>
      </w:pPr>
      <w:r>
        <w:rPr>
          <w:rFonts w:ascii="Georgia" w:hAnsi="Georgia"/>
          <w:b w:val="0"/>
          <w:i w:val="0"/>
          <w:color w:val="000000"/>
          <w:sz w:val="24"/>
        </w:rPr>
        <w:t>20) И теперь следует объяснить причину того, почему свет Есод и свет Малхут оба поднялись до Даат, выше Тиферет.</w:t>
      </w:r>
    </w:p>
    <w:p>
      <w:pPr>
        <w:spacing w:before="40" w:after="120"/>
        <w:jc w:val="both"/>
      </w:pPr>
      <w:r>
        <w:rPr>
          <w:rFonts w:ascii="Georgia" w:hAnsi="Georgia"/>
          <w:b w:val="0"/>
          <w:i w:val="0"/>
          <w:color w:val="000000"/>
          <w:sz w:val="24"/>
        </w:rPr>
        <w:t xml:space="preserve">Причина же в том, что Есод называется </w:t>
      </w:r>
      <w:r>
        <w:rPr>
          <w:rFonts w:ascii="Georgia" w:hAnsi="Georgia"/>
          <w:b w:val="0"/>
          <w:i/>
          <w:color w:val="000000"/>
          <w:sz w:val="24"/>
        </w:rPr>
        <w:t>маскиль</w:t>
      </w:r>
      <w:r>
        <w:rPr>
          <w:rFonts w:ascii="Georgia" w:hAnsi="Georgia"/>
          <w:b w:val="0"/>
          <w:i w:val="0"/>
          <w:color w:val="000000"/>
          <w:sz w:val="24"/>
        </w:rPr>
        <w:t xml:space="preserve"> (</w:t>
      </w:r>
      <w:r>
        <w:rPr>
          <w:rFonts w:ascii="Georgia" w:hAnsi="Georgia" w:cs="Times New Roman"/>
          <w:b/>
          <w:i w:val="0"/>
          <w:color w:val="000000"/>
          <w:sz w:val="24"/>
          <w:rtl/>
          <w:szCs w:val="32"/>
        </w:rPr>
        <w:t>מַשְׂכִּיל</w:t>
      </w:r>
      <w:r>
        <w:rPr>
          <w:rFonts w:ascii="Georgia" w:hAnsi="Georgia"/>
          <w:b w:val="0"/>
          <w:i w:val="0"/>
          <w:color w:val="000000"/>
          <w:sz w:val="24"/>
        </w:rPr>
        <w:t xml:space="preserve">) [в стихе] </w:t>
      </w:r>
      <w:r>
        <w:rPr>
          <w:rFonts w:ascii="Georgia" w:hAnsi="Georgia"/>
          <w:b w:val="0"/>
          <w:i/>
          <w:color w:val="000000"/>
          <w:sz w:val="24"/>
        </w:rPr>
        <w:t>«Маскиль Эйтана-эзрахитянина»</w:t>
      </w:r>
      <w:r>
        <w:rPr>
          <w:rFonts w:ascii="Georgia" w:hAnsi="Georgia"/>
          <w:b w:val="0"/>
          <w:i w:val="0"/>
          <w:color w:val="000000"/>
          <w:sz w:val="24"/>
        </w:rPr>
        <w:t xml:space="preserve"> (Теилим 89:1), как сказано в «Сава де-Мишпатим», где говорится, что этот </w:t>
      </w:r>
      <w:r>
        <w:rPr>
          <w:rFonts w:ascii="Georgia" w:hAnsi="Georgia"/>
          <w:b w:val="0"/>
          <w:i/>
          <w:color w:val="000000"/>
          <w:sz w:val="24"/>
        </w:rPr>
        <w:t>маскиль</w:t>
      </w:r>
      <w:r>
        <w:rPr>
          <w:rFonts w:ascii="Georgia" w:hAnsi="Georgia"/>
          <w:b w:val="0"/>
          <w:i w:val="0"/>
          <w:color w:val="000000"/>
          <w:sz w:val="24"/>
        </w:rPr>
        <w:t xml:space="preserve"> (</w:t>
      </w:r>
      <w:r>
        <w:rPr>
          <w:rFonts w:ascii="Georgia" w:hAnsi="Georgia" w:cs="Times New Roman"/>
          <w:b/>
          <w:i w:val="0"/>
          <w:color w:val="000000"/>
          <w:sz w:val="24"/>
          <w:rtl/>
          <w:szCs w:val="32"/>
        </w:rPr>
        <w:t>מַשְׂכִּיל</w:t>
      </w:r>
      <w:r>
        <w:rPr>
          <w:rFonts w:ascii="Georgia" w:hAnsi="Georgia"/>
          <w:b w:val="0"/>
          <w:i w:val="0"/>
          <w:color w:val="000000"/>
          <w:sz w:val="24"/>
        </w:rPr>
        <w:t>), то есть Есод, находится и вверху, и внизу. Также намекнули в Зоаре, в недельном разделе Пкудей, в «Чертогах», что Йосеф находится и вверху, и внизу.</w:t>
      </w:r>
    </w:p>
    <w:p>
      <w:pPr>
        <w:spacing w:before="40" w:after="120"/>
        <w:jc w:val="both"/>
      </w:pPr>
      <w:r>
        <w:rPr>
          <w:rFonts w:ascii="Georgia" w:hAnsi="Georgia"/>
          <w:b w:val="0"/>
          <w:i w:val="0"/>
          <w:color w:val="000000"/>
          <w:sz w:val="24"/>
        </w:rPr>
        <w:t>И суть этого [раскрывается] так, как описано у нас по поводу молитвы Минха: тогда ЗА совершает соударение (зивуг) с Леей, а ноги Леи оканчиваются на уровне хазе (груди) де-ЗА. Но если так, как же ЗА совершает соударение с Леей своей частью от пояса и выше (ведь ее ноги достигают лишь уровня его хазе)? Вкратце суть в том, что нижняя треть Есод де-ЗА поднимается в верхнюю треть Тиферет и там совершает соударение с Леей. Ведь таково достоинство, присущее Есоду в большей степени, чем остальным сфирот: он способен подниматься до Даат во всякое время, когда пожелает подняться.</w:t>
      </w:r>
    </w:p>
    <w:p>
      <w:pPr>
        <w:spacing w:before="40" w:after="120"/>
        <w:jc w:val="both"/>
      </w:pPr>
      <w:r>
        <w:rPr>
          <w:rFonts w:ascii="Georgia" w:hAnsi="Georgia"/>
          <w:b w:val="0"/>
          <w:i w:val="0"/>
          <w:color w:val="000000"/>
          <w:sz w:val="24"/>
        </w:rPr>
        <w:t xml:space="preserve">21) И в этом смысл [благословения] «Йоцер» в Шаббатней утренней молитве, где постановили семь раз произносить слово </w:t>
      </w:r>
      <w:r>
        <w:rPr>
          <w:rFonts w:ascii="Georgia" w:hAnsi="Georgia"/>
          <w:b w:val="0"/>
          <w:i/>
          <w:color w:val="000000"/>
          <w:sz w:val="24"/>
        </w:rPr>
        <w:t>а-коль</w:t>
      </w:r>
      <w:r>
        <w:rPr>
          <w:rFonts w:ascii="Georgia" w:hAnsi="Georgia"/>
          <w:b w:val="0"/>
          <w:i w:val="0"/>
          <w:color w:val="000000"/>
          <w:sz w:val="24"/>
        </w:rPr>
        <w:t xml:space="preserve"> — «все» (</w:t>
      </w:r>
      <w:r>
        <w:rPr>
          <w:rFonts w:ascii="Georgia" w:hAnsi="Georgia" w:cs="Times New Roman"/>
          <w:b/>
          <w:i w:val="0"/>
          <w:color w:val="000000"/>
          <w:sz w:val="24"/>
          <w:rtl/>
          <w:szCs w:val="32"/>
        </w:rPr>
        <w:t>הַכֹּל</w:t>
      </w:r>
      <w:r>
        <w:rPr>
          <w:rFonts w:ascii="Georgia" w:hAnsi="Georgia"/>
          <w:b w:val="0"/>
          <w:i w:val="0"/>
          <w:color w:val="000000"/>
          <w:sz w:val="24"/>
        </w:rPr>
        <w:t>). Причина же того, что он обладает этим преимуществом, такова: если бы у него не было силы подниматься до Даат, которая служит душой для ВАК и где, как известно, находится место пяти хасадим, представляющих собой каплю семени, — он не обладал бы способностью и силой низводить каплю семени (по другой версии: [каплю] зивуга) в нукву во время зивуга и извлекать их непосредственно оттуда, из Даат.</w:t>
      </w:r>
    </w:p>
    <w:p>
      <w:pPr>
        <w:spacing w:before="40" w:after="120"/>
        <w:jc w:val="both"/>
      </w:pPr>
      <w:r>
        <w:rPr>
          <w:rFonts w:ascii="Georgia" w:hAnsi="Georgia"/>
          <w:b w:val="0"/>
          <w:i w:val="0"/>
          <w:color w:val="000000"/>
          <w:sz w:val="24"/>
        </w:rPr>
        <w:t>И знай, что это относится лишь к внутренней части (пнимиют) Есода, как написано в другом месте: ведь из верхней трети Есода образуется Тиферет де-ЗА во время его взросления, и там пребывает именно то свойство Есода, из которого образовалась Тиферет; и в этом свойстве он совершает зивуг с Леей.</w:t>
      </w:r>
    </w:p>
    <w:p>
      <w:pPr>
        <w:spacing w:before="40" w:after="120"/>
        <w:jc w:val="both"/>
      </w:pPr>
      <w:r>
        <w:rPr>
          <w:rFonts w:ascii="Georgia" w:hAnsi="Georgia"/>
          <w:b w:val="0"/>
          <w:i w:val="0"/>
          <w:color w:val="000000"/>
          <w:sz w:val="24"/>
        </w:rPr>
        <w:t>22) Вернемся к нашей теме: поскольку Есоду свойственно подниматься туда, в Даат, свет Есод теперь и поднялся до Даат, выше Тиферет. Кроме того, [он поднялся], чтобы связать все ВАК воедино и принести им свечение оттуда.</w:t>
      </w:r>
    </w:p>
    <w:p>
      <w:pPr>
        <w:spacing w:before="40" w:after="120"/>
        <w:jc w:val="both"/>
      </w:pPr>
      <w:r>
        <w:rPr>
          <w:rFonts w:ascii="Georgia" w:hAnsi="Georgia"/>
          <w:b w:val="0"/>
          <w:i w:val="0"/>
          <w:color w:val="000000"/>
          <w:sz w:val="24"/>
        </w:rPr>
        <w:t xml:space="preserve">23) А теперь объясним причину относительно Малхут — почему она тоже поднялась до Даат, выше Тиферет. Суть в том, что Малхут зовется </w:t>
      </w:r>
      <w:r>
        <w:rPr>
          <w:rFonts w:ascii="Georgia" w:hAnsi="Georgia"/>
          <w:b w:val="0"/>
          <w:i/>
          <w:color w:val="000000"/>
          <w:sz w:val="24"/>
        </w:rPr>
        <w:t>«венцом своего мужа»</w:t>
      </w:r>
      <w:r>
        <w:rPr>
          <w:rFonts w:ascii="Georgia" w:hAnsi="Georgia"/>
          <w:b w:val="0"/>
          <w:i w:val="0"/>
          <w:color w:val="000000"/>
          <w:sz w:val="24"/>
        </w:rPr>
        <w:t xml:space="preserve"> (Мишлей 12:4) и поднимается выше Тиферет — особенно теперь, когда у нее было решимо от Даат. Ведь когда свет Даат опустился до места Малхут де-Ацилут во время разбиения своего кли, как сказано выше, он оставил там свое решимо. И когда Малхут правила на своем месте, она восприняла это решимо и поднялась до самого места Даат.</w:t>
      </w:r>
    </w:p>
    <w:p>
      <w:pPr>
        <w:spacing w:before="40" w:after="120"/>
        <w:jc w:val="both"/>
      </w:pPr>
      <w:r>
        <w:rPr>
          <w:rFonts w:ascii="Georgia" w:hAnsi="Georgia"/>
          <w:b w:val="0"/>
          <w:i w:val="0"/>
          <w:color w:val="000000"/>
          <w:sz w:val="24"/>
        </w:rPr>
        <w:t>Есть и другая причина: благодаря своему подъему туда она связывает снизу вверх все ВАК, и благодаря этой связи [все] исправляется лучше. Ведь Нецах и Ход оба находились на левой линии, на месте Гвуры, теперь же Нецах отделился от Хода, поднялся вместе с Хеседом по его правой линии благодаря этой связи и светил в ВАК. А решимо, находящееся в Гвуре, светило по левой линии и оставило там Ход на своем месте. Сам же Даат — венец Хеседа (атара де-хесед) — светил по правой линии и притянул туда Нецах. И благодаря этому исправился мир Ацилут.</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4) </w:t>
      </w:r>
      <w:r>
        <w:rPr>
          <w:rFonts w:ascii="Georgia" w:hAnsi="Georgia"/>
          <w:b/>
          <w:i w:val="0"/>
          <w:color w:val="000000"/>
          <w:sz w:val="24"/>
        </w:rPr>
        <w:t>«И семь мелахим умерли — [как их] паним, [так и] ахор, — поскольку вышли вовсе без исправления»</w:t>
      </w:r>
      <w:r>
        <w:rPr>
          <w:rFonts w:ascii="Georgia" w:hAnsi="Georgia"/>
          <w:b w:val="0"/>
          <w:i w:val="0"/>
          <w:color w:val="000000"/>
          <w:sz w:val="24"/>
        </w:rPr>
        <w:t>: голова (рош) уже была устроена по исправлению линий, и потому из рош к ЗАТ пришло свойство светов цельного парцуфа, исправленного тремя линиями. А так как сами они находились в одной линии и были разобщены, совершенный высший свет из десяти сфирот и трех линий притянулся лишь внутрь одного высшего кли, и оно не смогло выдержать этот свет. Поэтому келим по названной причине последовательно разбиваются один за другим, как написано в предыдущей ветви, обратись туда.</w:t>
      </w:r>
    </w:p>
    <w:p>
      <w:pPr>
        <w:spacing w:before="40" w:after="120"/>
        <w:jc w:val="both"/>
      </w:pPr>
      <w:r>
        <w:rPr>
          <w:rFonts w:ascii="Georgia" w:hAnsi="Georgia"/>
          <w:b w:val="0"/>
          <w:i w:val="0"/>
          <w:color w:val="000000"/>
          <w:sz w:val="24"/>
        </w:rPr>
        <w:t xml:space="preserve">5) </w:t>
      </w:r>
      <w:r>
        <w:rPr>
          <w:rFonts w:ascii="Georgia" w:hAnsi="Georgia"/>
          <w:b/>
          <w:i w:val="0"/>
          <w:color w:val="000000"/>
          <w:sz w:val="24"/>
        </w:rPr>
        <w:t>«И начнем с первого, то есть с Даат, и т. д., и упало это кли на место Даат де-Брия, будучи подобно ему»</w:t>
      </w:r>
      <w:r>
        <w:rPr>
          <w:rFonts w:ascii="Georgia" w:hAnsi="Georgia"/>
          <w:b w:val="0"/>
          <w:i w:val="0"/>
          <w:color w:val="000000"/>
          <w:sz w:val="24"/>
        </w:rPr>
        <w:t>: суть этого соответствия подробно разъяснена в «Паним Масбирот», обратись туда. А вкратце это подобно сказанному в предыдущей ветви: обратная зависимость действует между десятью сфирот прямого света, составляющими тайну высоты ступени, и десятью сфирот экрана по свойству отраженного света в нем, определяющего величину высоты ступени. Ведь в десяти сфирот прямого света все, что чище другого, находится выше и более значимо, как написал Учитель о тайне четырех известных стадий выше, в ветви 4, обратись туда. И противоположны им десять сфирот отраженного света, поднимающиеся от экрана по тайне соударения (зивуга): здесь наиболее грубое считается наиболее высоким. Ведь самый грубый экран из всех, то есть экран четвертой стадии (бхина далет), притягивает высоту ступени Кетер, от третьей стадии (бхина гимель) — только Хохма, от второй стадии (бхина бэт) — только Бина, а от первой стадии (бхина алеф) — лишь высоту ступени ЗА, как подробно разъяснены сама суть и причина этого. И отсюда понятно: поскольку мелех Даат представляет собой распространение второго созерцания (истаклют бэт) от великого зивуга созерцания глаз (истаклют эйнаим) Аба ве-Има, образующего высоту ступени Кетер (как сказано в предыдущей ветви), его кли неизбежно происходит от экрана четвертой стадии, являющейся последней ступенью авиюта (грубости желания).</w:t>
      </w:r>
    </w:p>
    <w:p>
      <w:pPr>
        <w:spacing w:before="40" w:after="120"/>
        <w:jc w:val="both"/>
      </w:pPr>
      <w:r>
        <w:rPr>
          <w:rFonts w:ascii="Georgia" w:hAnsi="Georgia"/>
          <w:b w:val="0"/>
          <w:i w:val="0"/>
          <w:color w:val="000000"/>
          <w:sz w:val="24"/>
        </w:rPr>
        <w:t xml:space="preserve">И поэтому, после того как от него ушел высший свет зивуга, оно осталось лишь со свойством авиюта. Отсюда понятно, что оно обязано упасть ниже всех ЗАТ, так как кли мелеха Даат — самое грубое из всех ЗАТ, как сказано. А что касается спуска и падения в будущие миры БЕА, о которых здесь говорит Учитель, не ошибись, подумав, будто это перемещение с места на место, упаси Б-г. Ведь любые понятия времени и места, приводимые применительно к духовным мирам, и даже в десяти сфирот нижнего мира Асия, — это чистая духовность, чье определение находится выше места и выше времени, как предупреждал нас Учитель во многих местах. И в «Шаар маамарей ХАЗАЛЬ» («Вратах высказываний мудрецов»), в разделе «Берешит Рабба», лист 12, на слова Тиккуним </w:t>
      </w:r>
      <w:r>
        <w:rPr>
          <w:rFonts w:ascii="Georgia" w:hAnsi="Georgia"/>
          <w:b w:val="0"/>
          <w:i/>
          <w:color w:val="000000"/>
          <w:sz w:val="24"/>
        </w:rPr>
        <w:t>зимни́н иткарьят нешер</w:t>
      </w:r>
      <w:r>
        <w:rPr>
          <w:rFonts w:ascii="Georgia" w:hAnsi="Georgia"/>
          <w:b w:val="0"/>
          <w:i w:val="0"/>
          <w:color w:val="000000"/>
          <w:sz w:val="24"/>
        </w:rPr>
        <w:t xml:space="preserve"> — «иногда зовется орлом», он поясняет следующее: «И смысл слова </w:t>
      </w:r>
      <w:r>
        <w:rPr>
          <w:rFonts w:ascii="Georgia" w:hAnsi="Georgia"/>
          <w:b w:val="0"/>
          <w:i/>
          <w:color w:val="000000"/>
          <w:sz w:val="24"/>
        </w:rPr>
        <w:t>зимни́н</w:t>
      </w:r>
      <w:r>
        <w:rPr>
          <w:rFonts w:ascii="Georgia" w:hAnsi="Georgia"/>
          <w:b w:val="0"/>
          <w:i w:val="0"/>
          <w:color w:val="000000"/>
          <w:sz w:val="24"/>
        </w:rPr>
        <w:t xml:space="preserve"> — не в реальном земном времени, ведь наверху нет никаких изменений по временам, упаси Б-г. Но слово </w:t>
      </w:r>
      <w:r>
        <w:rPr>
          <w:rFonts w:ascii="Georgia" w:hAnsi="Georgia"/>
          <w:b w:val="0"/>
          <w:i/>
          <w:color w:val="000000"/>
          <w:sz w:val="24"/>
        </w:rPr>
        <w:t>зимни́н</w:t>
      </w:r>
      <w:r>
        <w:rPr>
          <w:rFonts w:ascii="Georgia" w:hAnsi="Georgia"/>
          <w:b w:val="0"/>
          <w:i w:val="0"/>
          <w:color w:val="000000"/>
          <w:sz w:val="24"/>
        </w:rPr>
        <w:t xml:space="preserve"> означает: в то время, когда мы говорим о Тиферет в ней, она зовется орлом и т. д.», обратись туда; и так во многих местах, как известно. И потому пойми слова его здесь о спуске келим на место, которому суждено стать миром Брия: смысл этого в том, что миру Брия суждено быть построенным вследствие этих падений, и точно так же — Ецире и Асие; пойми это как следует. А суть их спуска из Ацилута в Брию — это также утрата ими достоинства Ацилута и обретение достоинства Брии. И помни это хорошенько на всем протяжении исследования о разбиении сосудов (швират а-келим), и тогда поймешь, ведь </w:t>
      </w:r>
      <w:r>
        <w:rPr>
          <w:rFonts w:ascii="Georgia" w:hAnsi="Georgia"/>
          <w:b w:val="0"/>
          <w:i/>
          <w:color w:val="000000"/>
          <w:sz w:val="24"/>
        </w:rPr>
        <w:t>«страх пред Г-сподом есть мудрость»</w:t>
      </w:r>
      <w:r>
        <w:rPr>
          <w:rFonts w:ascii="Georgia" w:hAnsi="Georgia"/>
          <w:b w:val="0"/>
          <w:i w:val="0"/>
          <w:color w:val="000000"/>
          <w:sz w:val="24"/>
        </w:rPr>
        <w:t xml:space="preserve"> (Иов 28:28).</w:t>
      </w:r>
    </w:p>
    <w:p>
      <w:pPr>
        <w:spacing w:before="40" w:after="120"/>
        <w:jc w:val="both"/>
      </w:pPr>
      <w:r>
        <w:rPr>
          <w:rFonts w:ascii="Georgia" w:hAnsi="Georgia"/>
          <w:b w:val="0"/>
          <w:i w:val="0"/>
          <w:color w:val="000000"/>
          <w:sz w:val="24"/>
        </w:rPr>
        <w:t xml:space="preserve">6) </w:t>
      </w:r>
      <w:r>
        <w:rPr>
          <w:rFonts w:ascii="Georgia" w:hAnsi="Georgia"/>
          <w:b/>
          <w:i w:val="0"/>
          <w:color w:val="000000"/>
          <w:sz w:val="24"/>
        </w:rPr>
        <w:t>«Однако свет Даат и т. д. — на месте кли Малхут де-Ацилут»</w:t>
      </w:r>
      <w:r>
        <w:rPr>
          <w:rFonts w:ascii="Georgia" w:hAnsi="Georgia"/>
          <w:b w:val="0"/>
          <w:i w:val="0"/>
          <w:color w:val="000000"/>
          <w:sz w:val="24"/>
        </w:rPr>
        <w:t xml:space="preserve">: и ты видишь, как пространно и широко Учитель разъясняет и указывает нам с предельной точностью все перемены и смены мест, куда упали ЗАТ де-Некудим — как света, так и келим. И это потому, что на этих основах и согласно им понимаются все последующие исправления во всех мирах АБЕА, составляющие всю совокупность мудрости истины. И потому здесь требуется особое вглядывание в причины этих спусков и смены мест с величайшей тщательностью. И сначала я изложу общий обзор вопроса разбиения сосудов. Тебе следует помнить то, что мы объясняли до сих пор о пяти парцуфим АК, называемых «линией» (кав), что представляет собой линию, протянувшуюся от Эйн Соф, благословен Он, до центральной точки Первого сокращения, как написано в ветви 1 в «Паним Масбирот» и «Паним Меирот». А то, что пять парцуфим АК названы именем «линия», объясняется тем, что они расположены один под другим по одной линии; ведь порядок трех линий впервые был исправлен в мире Некудим, да и то лишь в ГАР, но не в ЗАТ. Там же было объяснено, что тайна подлинной центральной точки, которую подчеркивает Учитель, — это тайна точки нашего мира, по смыслу стиха: </w:t>
      </w:r>
      <w:r>
        <w:rPr>
          <w:rFonts w:ascii="Georgia" w:hAnsi="Georgia"/>
          <w:b w:val="0"/>
          <w:i/>
          <w:color w:val="000000"/>
          <w:sz w:val="24"/>
        </w:rPr>
        <w:t>«И станут ноги Его в тот день на Масличной горе…»</w:t>
      </w:r>
      <w:r>
        <w:rPr>
          <w:rFonts w:ascii="Georgia" w:hAnsi="Georgia"/>
          <w:b w:val="0"/>
          <w:i w:val="0"/>
          <w:color w:val="000000"/>
          <w:sz w:val="24"/>
        </w:rPr>
        <w:t xml:space="preserve"> (Зхарья 14:4), ведь ноги АК простираются вплоть до самого нашего мира, согласно словам Учителя в «Эц Хаим» (врата 3, гл. 2), обратись туда.</w:t>
      </w:r>
    </w:p>
    <w:p>
      <w:pPr>
        <w:spacing w:before="40" w:after="120"/>
        <w:jc w:val="both"/>
      </w:pPr>
      <w:r>
        <w:rPr>
          <w:rFonts w:ascii="Georgia" w:hAnsi="Georgia"/>
          <w:b w:val="0"/>
          <w:i w:val="0"/>
          <w:color w:val="000000"/>
          <w:sz w:val="24"/>
        </w:rPr>
        <w:t>Также тебе известно, что до того как Источник выделил из Себя десять сфирот Некудим, свет, находившийся ниже табура де-АК, ушел, и туда протянулся свет новых НЕХИ от зивуга АБ-САГ, называемый «вторым светом» в словах Учителя выше, в ветви 14. И в «Паним Масбирот» было объяснено, что вследствие этого образовалась новая точка окончания (сиюм), расположенная немного выше упомянутой центральной точки нашего мира. Таким образом, мы различаем два свойства в точке сокращения: первое свойство — это сама центральная точка, то есть мир Асия и наш мир, где завершается линия от Эйн Соф, благословен Он, в силу Первого сокращения. Второе свойство точки сокращения — это новая точка, возникшая в силу подъема МАН к внутренним АБ-САГ де-АК, откуда были выделены из Источника новые НЕХИ де-АК; она находится немного выше точки нашего мира. От новой же точки до первой точки все еще тянется линия Эйн Соф, благословен Он, представляющая собой ноги АК до Второго сокращения; однако они остаются без света, так как новые НЕХИ не дошли туда.</w:t>
      </w:r>
    </w:p>
    <w:p>
      <w:pPr>
        <w:spacing w:before="40" w:after="120"/>
        <w:jc w:val="both"/>
      </w:pPr>
      <w:r>
        <w:rPr>
          <w:rFonts w:ascii="Georgia" w:hAnsi="Georgia"/>
          <w:b w:val="0"/>
          <w:i w:val="0"/>
          <w:color w:val="000000"/>
          <w:sz w:val="24"/>
        </w:rPr>
        <w:t>Но там все же сохраняется свойство решимо от линии Эйн Соф, благословен Он, называемое поэтому «нитью Эйн Соф, благословен Он», которая облачается там в прежние ноги АК; и помни это. И знай, что это расстояние, находящееся между двумя названными точками, и есть место миров БЕА, и они облачают там прежние ноги АК, внутри которых проходит нить Эйн Соф, благословен Он. И поскольку новые НЕХИ де-АК поднялись и завершились выше них, новая точка считается границей Ацилута и называется также полом Ацилута или крышей Брии. Это объясняется тем, что там уже завершились новые ноги АК, а оттуда и вниз, вплоть до первой точки, свет опустел и больше не наполнялся, и потому это пространство называется местом для разделенных миров БЕА. И в этом сокровенный смысл слов Учителя в «Шаар а-акдамот» о том, что само место БЕА важнее келим и светов, находящихся в этом месте; и пойми это.</w:t>
      </w:r>
    </w:p>
    <w:p>
      <w:pPr>
        <w:spacing w:before="40" w:after="120"/>
        <w:jc w:val="both"/>
      </w:pPr>
      <w:r>
        <w:rPr>
          <w:rFonts w:ascii="Georgia" w:hAnsi="Georgia"/>
          <w:b w:val="0"/>
          <w:i w:val="0"/>
          <w:color w:val="000000"/>
          <w:sz w:val="24"/>
        </w:rPr>
        <w:t>После того как нам вполне прояснилось место разделенных миров БЕА в его границах — где верхняя граница находится под новыми ногами АК, называемыми полом Ацилута, а их нижняя граница — это твердая земля нашего мира, — мы обретаем возможность понять здесь слова Учителя. В предыдущей ветви уже было подробно объяснено правление ЗАТ, оттуда и почерпни это, а здесь мы скажем кратко. Ведь первый мелех, называемый Даат, как разъяснено там, лишь он один вышел во всем своем величии и великолепии, будучи вторым распространением от великого зивуга созерцания глаз высших Аба ве-Има, образующего великий свет совокупных десяти сфирот Некудим высотой ступени Кетер. Как сказано там, первое созерцание (истаклют алеф), являющееся головой для корня келим, зовется созерцанием глаз Аба ве-Има, а второе созерцание распространилось и вышло в кли Даат как завершение келим, обратись туда. И уже объяснялось, что по причине подъема женских вод (МАН) каждая голова разделилась на две ступени на уровне отверстий глаз (никвей эйнаим): от глаз и выше считается истинной головой, а АХАП вышли наружу из головы, став свойством ХАГАТ и внутренней части (тох), обратись туда. И потому здесь сначала голова вышла от отверстий глаз и выше по тайне первого созерцания, а в АХАП, являющихся телом Аба ве-Има, вышли ХАГАТ до табура по тайне зивуга на экране второго созерцания, называемом табуром. Десять же сфирот завершения, называемые НЕХИ, вышли от пэ де-Аба ве-Има и ниже — и это то самое кли, называемое Даат, которое завершилось на новой точке АК, поскольку все это свечение вышло из Есод де-АК, как написано там. И значит, достигнув новой точки сокращения, оно</w:t>
      </w:r>
    </w:p>
    <w:p>
      <w:pPr>
        <w:spacing w:before="40" w:after="120"/>
        <w:jc w:val="both"/>
      </w:pPr>
      <w:r>
        <w:rPr>
          <w:rFonts w:ascii="Georgia" w:hAnsi="Georgia"/>
          <w:b w:val="0"/>
          <w:i w:val="0"/>
          <w:color w:val="000000"/>
          <w:sz w:val="24"/>
        </w:rPr>
        <w:t>оказалось завершенным. И если бы все оставалось так, не произошло бы никакого спуска в Брию, поскольку оно завершилось вровень с ногами АК, то есть выше границы Ацилута, как сказано выше. Однако из предыдущих ветвей тебе уже известно, что второе созерцание высшего всегда становится первым созерцанием в нижнем, как написано в «Паним Масбирот», ветвь 15, пункт 13. И это происходит из-за обновления келим в нижнем парцуфе, ведь это обновление также требует двух зивугов: первого созерцания и второго созерцания. Поэтому данный пэ де-рош де-Некудим, откуда начинается и выходит кли Даат, уже получившее свойство табура — то есть экрана второго созерцания, ниже которого есть лишь свет женского свойства и завершение, — теперь, в силу обновления келим в ХУБ, снова обрел в них свойство пэ де-рош и первого созерцания для корня келим. Благодаря этому мужской свет протянулся к мелеху Даат, стоящему от пэ и ниже. И потому мелех Даат и сам распространился для соударения (зивуг де-акаа) на экране прежнего завершения, являющемся свойством Малхут де-Малхут в нем, чье место находится на уровне ногтей ног АК, то есть на границе Ацилута. И десять сфирот завершающих НЕХИ, тянущихся от табура и ниже, протянулись бы от пола Ацилута до земли нашего мира, то есть в точности как ноги АК до Второго сокращения — в центральную точку Первого сокращения. И ты видишь, что мелех Даат опустился с места Ацилута и распространился в место разделенных миров БЕА; пойми это как следует. В этом смысл того, что он перешел границу Ацилута, называемую «землей Скинии», и протянулся до точки нашего мира, называемой «твердой землей». И благодаря этому ты поймешь намеки Учителя выше, в ветви 17.</w:t>
      </w:r>
    </w:p>
    <w:p>
      <w:pPr>
        <w:spacing w:before="40" w:after="120"/>
        <w:jc w:val="both"/>
      </w:pPr>
      <w:r>
        <w:rPr>
          <w:rFonts w:ascii="Georgia" w:hAnsi="Georgia"/>
          <w:b w:val="0"/>
          <w:i w:val="0"/>
          <w:color w:val="000000"/>
          <w:sz w:val="24"/>
        </w:rPr>
        <w:t xml:space="preserve">Вот его слова: «Но намек на них содержится в тайне стиха: </w:t>
      </w:r>
      <w:r>
        <w:rPr>
          <w:rFonts w:ascii="Georgia" w:hAnsi="Georgia"/>
          <w:b w:val="0"/>
          <w:i/>
          <w:color w:val="000000"/>
          <w:sz w:val="24"/>
        </w:rPr>
        <w:t>«И окрепли мышцы рук его…»</w:t>
      </w:r>
      <w:r>
        <w:rPr>
          <w:rFonts w:ascii="Georgia" w:hAnsi="Georgia"/>
          <w:b w:val="0"/>
          <w:i w:val="0"/>
          <w:color w:val="000000"/>
          <w:sz w:val="24"/>
        </w:rPr>
        <w:t xml:space="preserve"> (Берешит 49:24), что указывает на десять капель, брызнувших из-под ногтей, и т. д.». И в этом тайный смысл сказанного в трактате Шавуот (гл. 3): «Тот, кому жена сказала во время соития: </w:t>
      </w:r>
      <w:r>
        <w:rPr>
          <w:rFonts w:ascii="Georgia" w:hAnsi="Georgia"/>
          <w:b w:val="0"/>
          <w:i/>
          <w:color w:val="000000"/>
          <w:sz w:val="24"/>
        </w:rPr>
        <w:t>„Я стала нечистой“</w:t>
      </w:r>
      <w:r>
        <w:rPr>
          <w:rFonts w:ascii="Georgia" w:hAnsi="Georgia"/>
          <w:b w:val="0"/>
          <w:i w:val="0"/>
          <w:color w:val="000000"/>
          <w:sz w:val="24"/>
        </w:rPr>
        <w:t xml:space="preserve">, пусть вонзит ногти ног в землю, и семя выйдет через ногти ног, и пусть отделится с омертвевшим органом». И см. в «Эц Хаим» (врата 31, гл. 2), где сказано: «И вышли десять капель семени из-под ногтей рук его, так как оттуда захватили их внешние [силы]», обратись туда. И из сказанного ты ясно поймешь, что корень приведенной алахи из трактата Шавуот проистекает из причины разбиения сосудов мелеха Даат. Ведь смысл того, что «жена сказала ему во время соития: </w:t>
      </w:r>
      <w:r>
        <w:rPr>
          <w:rFonts w:ascii="Georgia" w:hAnsi="Georgia"/>
          <w:b w:val="0"/>
          <w:i/>
          <w:color w:val="000000"/>
          <w:sz w:val="24"/>
        </w:rPr>
        <w:t>„Я стала нечистой“</w:t>
      </w:r>
      <w:r>
        <w:rPr>
          <w:rFonts w:ascii="Georgia" w:hAnsi="Georgia"/>
          <w:b w:val="0"/>
          <w:i w:val="0"/>
          <w:color w:val="000000"/>
          <w:sz w:val="24"/>
        </w:rPr>
        <w:t>», — это тайна зивуга второго созерцания мелеха Даат на экране табура. И поскольку Ацилут и святость уже завершились выше этого табура, чей сокровенный смысл — пол Ацилута и крыша Брии, то относительно облачения им НЕХИ де-АК, где уже завершились ногти его ног, как сказано выше, получается, что он «вонзил ногти ног АК в землю Ацилута». А света, находившиеся от табура и ниже, представляющие собой семя, брызнувшее из-под ногтей ног АК, перешли, вышли и излились наружу из Ацилута, то есть в БЕА. И те десять сфирот, которым надлежало протянуться от табура и ниже мелеха Даат, как раз и именуются «десятью каплями», поскольку они пресеклись и вышли к внешним [силам] в БЕА, как сказано; и понятливому этого достаточно, незачем распространяться дальше. И в этом тайный смысл того, что они вышли от мужского начала без женского. Ведь позже, в мире Исправления, от этого табура действительно была устроена Нуква де-ЗА — в чем и заключается смысл сказанного в Идре: «Нуква в табуре начинается и в табуре завершается», см. там, — однако там она устраивается снизу вверх. Так что вся ее высота ступени находится выше пола Ацилута, и тогда от нее были выделены из Источника все свойства НАРАН святости, как написано в своем месте.</w:t>
      </w:r>
    </w:p>
    <w:p>
      <w:pPr>
        <w:spacing w:before="40" w:after="120"/>
        <w:jc w:val="both"/>
      </w:pPr>
      <w:r>
        <w:rPr>
          <w:rFonts w:ascii="Georgia" w:hAnsi="Georgia"/>
          <w:b w:val="0"/>
          <w:i w:val="0"/>
          <w:color w:val="000000"/>
          <w:sz w:val="24"/>
        </w:rPr>
        <w:t>Но в мире Некудим этот табур еще не был устроен как парцуф Нуквы снизу вверх, как сказано выше, и потому они по тайне второго созерцания тянулись от табура и ниже — в БЕА. И потому «отделился с омертвевшим органом», ведь они отделились от Жизни, представляющей собой свет Ацилута. И в этом причина того, что Учитель иногда говорит, будто они вышли из-под ногтей его ног, а иногда — из-под ногтей его рук, см. выше: ведь табур мелеха Даат — это окончание ХАГАТ, называемых, как известно, руками, и они находятся напротив ногтей ног АК, как сказано выше. И тебе уже известно, что весь свет Некудим исходит из НЕХИ де-АК, и потому относительно АК они выходят через ногти ног, а относительно мелеха Даат они выходят из-под ногтей рук, как сказано выше; пойми это как следует. И это то, о чем он говорит: кли мелеха Даат опустилось в Даат де-Брия; а далее он говорит, что наружная часть (хицониют) опустилась в Ециру, а внешняя сторона наружной части — в Асию.</w:t>
      </w:r>
    </w:p>
    <w:p>
      <w:pPr>
        <w:spacing w:before="40" w:after="120"/>
        <w:jc w:val="both"/>
      </w:pPr>
      <w:r>
        <w:rPr>
          <w:rFonts w:ascii="Georgia" w:hAnsi="Georgia"/>
          <w:b w:val="0"/>
          <w:i w:val="0"/>
          <w:color w:val="000000"/>
          <w:sz w:val="24"/>
        </w:rPr>
        <w:t>Смысл в том, что, как тебе известно, любое свечение рассматривается как голова, внутренняя часть и завершение (рош, тох, соф), где голова называется внутренней частью (пнимиют), внутренняя часть называется наружной (хицониют), а завершение называется внешней стороной наружной части. Также в «Эц Хаим» в «Шаар АБЕА» объяснено, что БЕА — это тайна нешама, руах, нефеш. При этом нешама даже в БЕА является Б-жественным свойством, а то, что именуется «мирами разделения», относится лишь к свойствам руах, нефеш и ЗАТ миров БЕА, обратись туда. И благодаря этому ты поймешь спуск Даат в БЕА: голова в нем, являющаяся кли уровня нешама, опустилась в Даат де-Брия; внутренняя часть (тох) в нем, являющаяся кли уровня руах, опустилась в Даат де-Ецира; а завершение (соф) в нем, являющееся кли уровня нефеш, опустилось в Даат де-Асия. И ты обнаружишь, что во всех рош, тох, соф де-Даат, опустившихся в БЕА, они все еще пребывают в своих ГАР, поскольку место падения Даат — в ГАР и в головах этих трех высших уровней, то есть в голове Брии, в голове Ециры и в голове Асии, где все еще сохраняется Б-жественное свойство, как сказано выше. Ведь свойство нешама в каждом из этих трех миров — это Б-жественность, и разделение присутствует лишь в руах, нефеш и ЗАТ; помни это.</w:t>
      </w:r>
    </w:p>
    <w:p>
      <w:pPr>
        <w:spacing w:before="40" w:after="120"/>
        <w:jc w:val="both"/>
      </w:pPr>
      <w:r>
        <w:rPr>
          <w:rFonts w:ascii="Georgia" w:hAnsi="Georgia"/>
          <w:b w:val="0"/>
          <w:i w:val="0"/>
          <w:color w:val="000000"/>
          <w:sz w:val="24"/>
        </w:rPr>
        <w:t xml:space="preserve">7) </w:t>
      </w:r>
      <w:r>
        <w:rPr>
          <w:rFonts w:ascii="Georgia" w:hAnsi="Georgia"/>
          <w:b/>
          <w:i w:val="0"/>
          <w:color w:val="000000"/>
          <w:sz w:val="24"/>
        </w:rPr>
        <w:t>«А затем вышел Хесед и т. д., который находится в Тиферет де-Ацилут»</w:t>
      </w:r>
      <w:r>
        <w:rPr>
          <w:rFonts w:ascii="Georgia" w:hAnsi="Georgia"/>
          <w:b w:val="0"/>
          <w:i w:val="0"/>
          <w:color w:val="000000"/>
          <w:sz w:val="24"/>
        </w:rPr>
        <w:t>: в «Паним Меирот» в предыдущей ветви уже было подробно разъяснено восшествие каждого из них на царство, обратись туда. После того как разбился мелех Даат, содержавший в себе всю величину авиюта четвертой стадии, началась тайна очищения экрана: на третьей стадии воцарился мелех Хесед, чьи десять сфирот достигают высоты ступени Хохма; на второй стадии воцарился мелех Гвура, чьи десять сфирот достигают Хохма де-Бина; а на первой стадии воцарился мелех верхней трети Тиферет до хазе, чьи десять сфирот достигают уровня ЗА, обратись туда. Однако здесь необходимо объяснить причину мест их падения, определяемых порядком упомянутого очищения их экранов, как будет сказано с Б-жьей помощью. И это то, о чем он говорит: в Даат де-Брия упало кли Даат, а свет — до Малхут де-Ацилут. Выше уже объяснялось, что основа четвертой стадии пребывает в своей полноте лишь в кли Даат, и потому, когда оно опустело от света, оно опустилось на самую низшую ступень, под всеми остальными.</w:t>
      </w:r>
    </w:p>
    <w:p>
      <w:pPr>
        <w:spacing w:before="40" w:after="120"/>
        <w:jc w:val="both"/>
      </w:pPr>
      <w:r>
        <w:rPr>
          <w:rFonts w:ascii="Georgia" w:hAnsi="Georgia"/>
          <w:b w:val="0"/>
          <w:i w:val="0"/>
          <w:color w:val="000000"/>
          <w:sz w:val="24"/>
        </w:rPr>
        <w:t xml:space="preserve">Поэтому высшие келим оказались внизу, а нижние — вверху: Даат — в Даат де-Брия, Хесед — в Бине де-Брия, Гвура — в Хохме де-Брия, а Тиферет — в Кетере де-Брия. То есть буквально: все, что грубее другого, находится ниже другого, ведь кли Тиферет — это экран, очистившийся до первой стадии, кли Гвуры очистилось до второй стадии, кли Хеседа очистилось до третьей стадии, а кли Даат находится на четвертой стадии, как сказано выше. </w:t>
      </w:r>
      <w:r>
        <w:rPr>
          <w:rFonts w:ascii="Georgia" w:hAnsi="Georgia"/>
          <w:b/>
          <w:i w:val="0"/>
          <w:color w:val="000000"/>
          <w:sz w:val="24"/>
        </w:rPr>
        <w:t>«И вот теперь нет расстояния и т. д. больше трех ступеней»</w:t>
      </w:r>
      <w:r>
        <w:rPr>
          <w:rFonts w:ascii="Georgia" w:hAnsi="Georgia"/>
          <w:b w:val="0"/>
          <w:i w:val="0"/>
          <w:color w:val="000000"/>
          <w:sz w:val="24"/>
        </w:rPr>
        <w:t>: как написано далее о причине этого, «все, что меньше трех ладоней (тфахим), считается примкнувшим (лавуд)». И это правило, установленное нам здесь, — великий корень, распространяющийся по всем просторам мудрости, и потому мы разъясним его по мере возможности в этом месте. Уже объяснялась огромная дистанция, наблюдаемая между ГАР и ЗОН по причине их корня в десяти сфирот прямого света. Ведь ГАР — это свет сущности, протянувшийся прямо от Источника: даже вторая стадия, то есть Бина, чей закон — притягивать хасадим, все же считается свойством Хохма, поскольку вся ее сущность — лишь распространение сфиры Хохма. И потому Учитель во всех местах объединяет их правилом, что ГАР считаются буквально единым целым. В отличие от них, ЗОН прямого света не содержат в себе света сущности, будучи лишь распространением света хасадим от Бины и вовне, как написано в «Птихе», пункт 2, обратись туда, и в предисловии к разделу об АХАП.</w:t>
      </w:r>
    </w:p>
    <w:p>
      <w:pPr>
        <w:spacing w:before="40" w:after="120"/>
        <w:jc w:val="both"/>
      </w:pPr>
      <w:r>
        <w:rPr>
          <w:rFonts w:ascii="Georgia" w:hAnsi="Georgia"/>
          <w:b w:val="0"/>
          <w:i w:val="0"/>
          <w:color w:val="000000"/>
          <w:sz w:val="24"/>
        </w:rPr>
        <w:t>Также объяснялось, что порядок КАХАБ ЗОН прямого света действует одинаково во всех мирах и на всех ступенях, от начала линии до завершения Асии. И всякое различие между одной ступенью и другой обусловлено лишь отраженным светом, исходящим от зивуга на экране. Причем коренное различие заключается в пяти ступенях, расположенных одна под другой и возникающих вследствие очищения экрана, из-за которого уменьшается высота ступени облачения отраженного света — от Кетера до Нуквы. Как написано во многих местах, вышли пять высот ступеней одна под другой в Гальгальте де-АК, а также в гуф де-АБ и в гуф де-САГ, как известно. И знай: хотя очищение, приводящее к выходу ЗОН во всех парцуфим, все же не уподобляет их ущербу подлинных ЗОН прямого света, кроме как при очищении одного лишь парцуфа САГ.</w:t>
      </w:r>
    </w:p>
    <w:p>
      <w:pPr>
        <w:spacing w:before="40" w:after="120"/>
        <w:jc w:val="both"/>
      </w:pPr>
      <w:r>
        <w:rPr>
          <w:rFonts w:ascii="Georgia" w:hAnsi="Georgia"/>
          <w:b w:val="0"/>
          <w:i w:val="0"/>
          <w:color w:val="000000"/>
          <w:sz w:val="24"/>
        </w:rPr>
        <w:t>Тогда как ЗОН Гальгальты и АБ полностью относятся к свойству сущности, ведь это подлинные ЗОН парцуфа Хохма, и здесь есть лишь уменьшение высоты ступени. В отличие от них, ЗОН де-САГ — поскольку вся основа этого парцуфа происходит от свойства Бина, соответствующего второй стадии прямого света, чей подлинный закон — притягивать хасадим, и лишь благодаря тому, что ее сущность исходит от Хохмы, она считается относящейся к ГАР, как сказано выше. Поэтому такое причисление к ГАР возможно лишь до того, как она очистилась до высоты ступени ЗОН, пока в ней все еще есть Бина де-Бина, относимая ко второй стадии прямого света. Но когда она уменьшается даже по отношению к собственной Бине и переходит в ЗОН, в ней уже вовсе не остается свойства ГАР. И потому ЗОН де-САГ считаются уже лишенными свойства сущности, представляя собой свет хасадим, подобно ЗОН прямого света; пойми это как следует. И благодаря этому ты поймешь огромную разницу между Даат и ХАГАТ де-Некудим и НЕХИМ де-Некудим. Ведь было объяснено, что Даат и ХАГАТ до хазе — это тело высших Аба ве-Има, соответствующих АБ. А значит, даже когда очищение достигло высоты ступени ЗОН, представляющей собой верхнюю треть Тиферет, из свойства сущности ГАР ничто не выбыло, поскольку это все еще распространение АБ, целиком относимого к Хохме прямого света, являющейся сущностью от начала и до конца.</w:t>
      </w:r>
    </w:p>
    <w:p>
      <w:pPr>
        <w:spacing w:before="40" w:after="120"/>
        <w:jc w:val="both"/>
      </w:pPr>
      <w:r>
        <w:rPr>
          <w:rFonts w:ascii="Georgia" w:hAnsi="Georgia"/>
          <w:b w:val="0"/>
          <w:i w:val="0"/>
          <w:color w:val="000000"/>
          <w:sz w:val="24"/>
        </w:rPr>
        <w:t xml:space="preserve">Тогда как в ТАНЕХИМ де-Некудим, представляющих собой тело ИШСУТ, соответствующее САГ, которое целиком относится к Бине прямого света, — а тебе уже известно, что она не вся является сущностью, поскольку притягивает свет хасадим, — лишь ГАР в ней все еще считаются сущностью. Когда же ступень дошла до очищения ГАР, она уже вышла из свойства сущности и стала свойством ЗОН, как сказано выше. И в этом сокровенный смысл правила: «все, что меньше трех ладоней (тфахим), считается примкнувшим (лавуд)», относящегося к Аба ве-Има, передающим свет разума (мохин) к Зеир Анпину, называемому Небесами. И об этом сказано: </w:t>
      </w:r>
      <w:r>
        <w:rPr>
          <w:rFonts w:ascii="Georgia" w:hAnsi="Georgia"/>
          <w:b w:val="0"/>
          <w:i/>
          <w:color w:val="000000"/>
          <w:sz w:val="24"/>
        </w:rPr>
        <w:t>«И десница Моя распростерла небеса…»</w:t>
      </w:r>
      <w:r>
        <w:rPr>
          <w:rFonts w:ascii="Georgia" w:hAnsi="Georgia"/>
          <w:b w:val="0"/>
          <w:i w:val="0"/>
          <w:color w:val="000000"/>
          <w:sz w:val="24"/>
        </w:rPr>
        <w:t xml:space="preserve"> (Йешаяу 48:13), от слова «пестование» (</w:t>
      </w:r>
      <w:r>
        <w:rPr>
          <w:rFonts w:ascii="Georgia" w:hAnsi="Georgia"/>
          <w:b w:val="0"/>
          <w:i/>
          <w:color w:val="000000"/>
          <w:sz w:val="24"/>
        </w:rPr>
        <w:t>типу́ах</w:t>
      </w:r>
      <w:r>
        <w:rPr>
          <w:rFonts w:ascii="Georgia" w:hAnsi="Georgia"/>
          <w:b w:val="0"/>
          <w:i w:val="0"/>
          <w:color w:val="000000"/>
          <w:sz w:val="24"/>
        </w:rPr>
        <w:t xml:space="preserve">, </w:t>
      </w:r>
      <w:r>
        <w:rPr>
          <w:rFonts w:ascii="Georgia" w:hAnsi="Georgia" w:cs="Times New Roman"/>
          <w:b/>
          <w:i w:val="0"/>
          <w:color w:val="000000"/>
          <w:sz w:val="24"/>
          <w:rtl/>
          <w:szCs w:val="32"/>
        </w:rPr>
        <w:t>טִפּוּחַ</w:t>
      </w:r>
      <w:r>
        <w:rPr>
          <w:rFonts w:ascii="Georgia" w:hAnsi="Georgia"/>
          <w:b w:val="0"/>
          <w:i w:val="0"/>
          <w:color w:val="000000"/>
          <w:sz w:val="24"/>
        </w:rPr>
        <w:t>) и взращивание детей. Ведь они отмеряют ему мохин тремя ладонями, представляющими собой ГАР и КАХАБ: иногда от второй стадии, называемой Биной, иногда от третьей стадии, называемой Хохмой, а иногда от четвертой стадии, называемой Кетером. И любого из этих трех свойств достаточно, чтобы образовать полную голову и ГАР для ЗА: ведь голова Бины — это нешама, голова Хохмы называется хая, а голова Кетера называется ехида.</w:t>
      </w:r>
    </w:p>
    <w:p>
      <w:pPr>
        <w:spacing w:before="40" w:after="120"/>
        <w:jc w:val="both"/>
      </w:pPr>
      <w:r>
        <w:rPr>
          <w:rFonts w:ascii="Georgia" w:hAnsi="Georgia"/>
          <w:b w:val="0"/>
          <w:i w:val="0"/>
          <w:color w:val="000000"/>
          <w:sz w:val="24"/>
        </w:rPr>
        <w:t xml:space="preserve">Однако существует свойство неполной головы, то есть происходящей не от упомянутого свойства сущности по тайне трех ладоней КАХАБ, но и не отдаленной от нее окончательно. А именно: в ней есть свойство упомянутых ЗОН де-Бина, которые сами по себе уже являются ЗОН и светом хасадим, но по отношению к ЗА все еще отчасти считаются ГАР. Таким образом, если ЗА облачает свойство ЗОН де-Бина, между ним и Источником нет расстояния в три полные ступени КАХАБ, ведь он все еще соединен по меньшей мере с ЗОН де-Бина. И в этом тайный смысл постоянного правила в словах Учителя: «все, что меньше трех ладоней, считается примкнувшим». И это то, о чем он говорит (в пункте 7): </w:t>
      </w:r>
      <w:r>
        <w:rPr>
          <w:rFonts w:ascii="Georgia" w:hAnsi="Georgia"/>
          <w:b/>
          <w:i w:val="0"/>
          <w:color w:val="000000"/>
          <w:sz w:val="24"/>
        </w:rPr>
        <w:t>«И вот теперь нет расстояния между каким-либо из упомянутых светов и келим больше трех ступеней, ведь больше трех ступеней — это полное отдаление, и [свет] не может светить в него»</w:t>
      </w:r>
      <w:r>
        <w:rPr>
          <w:rFonts w:ascii="Georgia" w:hAnsi="Georgia"/>
          <w:b w:val="0"/>
          <w:i w:val="0"/>
          <w:color w:val="000000"/>
          <w:sz w:val="24"/>
        </w:rPr>
        <w:t xml:space="preserve">, конец цитаты. Пояснение: ведь келим опустились в КАХАБ и Даат де-Брия, как написано выше, а света опустились в НЕХИМ де-Ацилут. И причина спуска в НЕХИМ де-Ацилут светов, находившихся выше хазе — то есть Даат и ХАГАТ до хазе, — заключается в том, что высшие Аба ве-Има вернулись в состояние ахор бе-ахор. То есть они утратили свое состояние паним бе-паним и вернулись к свойству ХАГАТ, какими они были, когда выделились из Источника через отверстия глаз. И потому те света Даат и ХАГАТ, которые распространились от пэ де-Аба ве-Има и ниже, теперь опустились к свойству НЕХИМ. И нужно глубоко понять этот спуск светов в НЕХИМ де-Некудим: почему они не опустились в Брию так, как опустились 320 искр (ШАХ ницоцин)? Ведь Учитель говорит, что в светах нет никакого изъяна и упразднения. И это разъясняется сказанным выше: вся причина разбиения сосудов состоит в том, что света пресеклись на границе Ацилута, на месте окончания ног АК, и потому келим отделились от распространения света хая, называемого высшими Аба ве-Има, что и составляет тайну смерти, упоминаемой применительно к разбиению сосудов. И раз так, совершенно ясно, что света остались выше границы Ацилута, и лишь один отраженный свет опустился вместе с ними в Брию, ведь отраженный свет и называется искрами, как известно. И это то, о чем он говорит: </w:t>
      </w:r>
      <w:r>
        <w:rPr>
          <w:rFonts w:ascii="Georgia" w:hAnsi="Georgia"/>
          <w:b/>
          <w:i w:val="0"/>
          <w:color w:val="000000"/>
          <w:sz w:val="24"/>
        </w:rPr>
        <w:t>«разбиение произошло в келим, а не в светах и т. д., однако спуск их был ради того, чтобы светить издали в свое кли, стоящее в Брие, дабы оно не умерло окончательно и не осталось безнадежным; поэтому он светит в него издали, сам оставаясь стоять в Ацилуте и т. д.»</w:t>
      </w:r>
      <w:r>
        <w:rPr>
          <w:rFonts w:ascii="Georgia" w:hAnsi="Georgia"/>
          <w:b w:val="0"/>
          <w:i w:val="0"/>
          <w:color w:val="000000"/>
          <w:sz w:val="24"/>
        </w:rPr>
        <w:t>, конец цитаты. Пояснение: ведь все пресечение распространения светов произошло по причине экрана и завесы (паргод), находящихся в точке окончания ног АК. Выше было объяснено, что эта точка — новая точка сокращения, возникшая по тайне Второго сокращения АК, которая представляет собой не саму центральную точку, то есть четвертую стадию, но исходит из тайны второй стадии, принявшей силу сокращения при спуске САГ в НЕХИ де-АК, обратись туда. И тебе уже известно, что вторая стадия — это Бина прямого света, которая также относится к ГАР, ведь КАХАБ считаются единым целым. И потому келим Даат и ХАГАТ не умерли окончательно, благодаря тому что НЕХИ де-хая, являющиеся высшими Аба ве-Има, все еще светят в них... ...светят в них дальше по тайне правила «все, что меньше трех ладоней, считается примкнувшим».</w:t>
      </w:r>
    </w:p>
    <w:p>
      <w:pPr>
        <w:spacing w:before="40" w:after="120"/>
        <w:jc w:val="both"/>
      </w:pPr>
      <w:r>
        <w:rPr>
          <w:rFonts w:ascii="Georgia" w:hAnsi="Georgia"/>
          <w:b w:val="0"/>
          <w:i w:val="0"/>
          <w:color w:val="000000"/>
          <w:sz w:val="24"/>
        </w:rPr>
        <w:t>И в силу этого рассматривается, что эти келим, находящиеся за границей Ацилута, все еще получают малое свечение от Хохмы через завесу, поскольку сама завеса относится к свойству Бина. И хотя сила сокращения довлеет над ними, отталкивая света высших Аба ве-Има, как сказано выше, они все же не считаются полностью отдаленными от ГАР, так как сам разделяющий экран происходит от ГАР; пойми это как следует. И благодаря этому ты поймешь причину первоначального падения келим именно в КАХАБ и Даат де-Брия: ведь тайна ГАР миров БЕА считается Б-жественностью. А все разделение относительно Ацилута, наблюдаемое в БЕА, присутствует лишь в их ЗАТ, то есть в руах и нефеш де-БЕА. Было объяснено, что света НЕХИ де-Аба ве-Има, являющиеся светом сущности, все еще светят в них сквозь завесу — то есть в той мере, в какой сама завеса все еще относится к свойству Бина и ГАР, как сказано выше. И тем самым келим все еще сохраняются в свойстве хая, представляющем собой свет Ацилута и Б-жественность, пусть и в виде малого свечения на уровне ЗОН де-Бина. И здесь все еще нет расстояния в три ступени КАХАБ полной пустоты, ведь оно меньше трех — в мере ЗОН де-Бина, с которыми они соединены и от которых получают внутрь себя. А поскольку у них все еще сохраняется слияние (двекут) с малой частью ГАР, они, несомненно, все еще пребывают в Б-жественности. И потому они не упали в ЗАТ де-БЕА, являющиеся разделением; пойми это как следует, ведь подробнее разъяснить здесь невозможно.</w:t>
      </w:r>
    </w:p>
    <w:p>
      <w:pPr>
        <w:spacing w:before="40" w:after="120"/>
        <w:jc w:val="both"/>
      </w:pPr>
      <w:r>
        <w:rPr>
          <w:rFonts w:ascii="Georgia" w:hAnsi="Georgia"/>
          <w:b w:val="0"/>
          <w:i w:val="0"/>
          <w:color w:val="000000"/>
          <w:sz w:val="24"/>
        </w:rPr>
        <w:t xml:space="preserve">8) </w:t>
      </w:r>
      <w:r>
        <w:rPr>
          <w:rFonts w:ascii="Georgia" w:hAnsi="Georgia"/>
          <w:b/>
          <w:i w:val="0"/>
          <w:color w:val="000000"/>
          <w:sz w:val="24"/>
        </w:rPr>
        <w:t>«Кроме Тиферет, который остался на своем месте, как сказано выше, и не опустился»</w:t>
      </w:r>
      <w:r>
        <w:rPr>
          <w:rFonts w:ascii="Georgia" w:hAnsi="Georgia"/>
          <w:b w:val="0"/>
          <w:i w:val="0"/>
          <w:color w:val="000000"/>
          <w:sz w:val="24"/>
        </w:rPr>
        <w:t>: то есть как написал Учитель выше, в ветви 22, что весь ахораим Аба ве-Има закончил опускаться со смертью Гвуры. Ведь та треть Тиферет относится к Абе как свойство Есод, а Есод весь целиком — это паним (лицевая сторона), и у него нет ахораим, которые могли бы от него опуститься; обратись туда в «Паним Меирот».</w:t>
      </w:r>
    </w:p>
    <w:p>
      <w:pPr>
        <w:spacing w:before="40" w:after="120"/>
        <w:jc w:val="both"/>
      </w:pPr>
      <w:r>
        <w:rPr>
          <w:rFonts w:ascii="Georgia" w:hAnsi="Georgia"/>
          <w:b w:val="0"/>
          <w:i w:val="0"/>
          <w:color w:val="000000"/>
          <w:sz w:val="24"/>
        </w:rPr>
        <w:t xml:space="preserve">9) </w:t>
      </w:r>
      <w:r>
        <w:rPr>
          <w:rFonts w:ascii="Georgia" w:hAnsi="Georgia"/>
          <w:b/>
          <w:i w:val="0"/>
          <w:color w:val="000000"/>
          <w:sz w:val="24"/>
        </w:rPr>
        <w:t>«И потому Высший Источник пожелал, и протянул, и увеличил кли Кетера и т. д.»</w:t>
      </w:r>
      <w:r>
        <w:rPr>
          <w:rFonts w:ascii="Georgia" w:hAnsi="Georgia"/>
          <w:b w:val="0"/>
          <w:i w:val="0"/>
          <w:color w:val="000000"/>
          <w:sz w:val="24"/>
        </w:rPr>
        <w:t>: и это второе распространение, распространившееся от пэ де-Аба ве-Има и ниже, чтобы наполнить место ушедшего первого распространения, как написано в ветви 9, обратись туда. И оно называется головой ИШСУТ, как написано в «Паним Меирот» в ветви 22, обратись туда. И рассматривается, что КАХАБ де-Аба ве-Има распространились и пришли от своего пэ и ниже на место первых ХАГАТ, которые ушли. И благодаря этому ты поймешь, что эти КАХАБ, разумеется, распространились на место ХАГАТ единовременно, однако Учитель излагает их последовательно один за другим, как он делает это всегда.</w:t>
      </w:r>
    </w:p>
    <w:p>
      <w:pPr>
        <w:spacing w:before="40" w:after="120"/>
        <w:jc w:val="both"/>
      </w:pPr>
      <w:r>
        <w:rPr>
          <w:rFonts w:ascii="Georgia" w:hAnsi="Georgia"/>
          <w:b w:val="0"/>
          <w:i w:val="0"/>
          <w:color w:val="000000"/>
          <w:sz w:val="24"/>
        </w:rPr>
        <w:t xml:space="preserve">16) </w:t>
      </w:r>
      <w:r>
        <w:rPr>
          <w:rFonts w:ascii="Georgia" w:hAnsi="Georgia"/>
          <w:b/>
          <w:i w:val="0"/>
          <w:color w:val="000000"/>
          <w:sz w:val="24"/>
        </w:rPr>
        <w:t>«Затем воцарились Нецах и Ход и т. д., и вот, они не нашли своего места свободным и т. д.»</w:t>
      </w:r>
      <w:r>
        <w:rPr>
          <w:rFonts w:ascii="Georgia" w:hAnsi="Georgia"/>
          <w:b w:val="0"/>
          <w:i w:val="0"/>
          <w:color w:val="000000"/>
          <w:sz w:val="24"/>
        </w:rPr>
        <w:t xml:space="preserve">: сказанное вызывает удивление: неужели высшие света занимают физическое место, так что им требуется свободное пространство, упаси Б-г? Поэтому необходимо как следует понять суть «места» в его духовном корне, и тогда мы поймем смысл духовного движения с места на место, о котором говорится в этих исследованиях. В предыдущей ветви уже разъяснялись разбиение сосудов и рассеяние светов на 320 искр. Напомним здесь вкратце: подобно тому как материальный предмет разрубается топором и вследствие разрубания превращается в две половины, которые неизбежно отдаляются друг от друга в материальном пространстве, точно так же духовный объект рассекается духовной причиной, подобной материальному топору. И после произведенного в нем рассечения он разделяется на две половины, отдаляющиеся друг от друга, наподобие материальных разрубленных частей, которые разделяет пространство. В нашем же случае речь, несомненно, идет о духовном месте. А корень духовного места был подробно объяснен в ветви 1: это центральная точка, над которой произошло сокращение, означающее силу, удерживающую от получения высшего света (см. там с обоснованием), и это четвертая стадия из четырех известных стадий в десяти сфирот прямого света. И нет ни одного парцуфа — большого или малого, от начала линии до самого низа Асии, — в котором не было бы этих четырех стадий прямого света. А поскольку четвертая стадия в нем происходит и исходит из точки сокращения, отталкивающей высший свет и не дающей ему светить в саму ее суть, как сказано выше, тем самым она полагает конец и предел каждому парцуфу, пресекая и отсекая дальнейшее распространение света. И в этом сокровенный смысл слов «Отсекающий меру жизни всему живому», ведь эта точка считается отсекающей высший свет, представляющий собой жизнь и сущность каждого парцуфа, и удерживающей его от свечения в пределах ее границ, по тайне стиха: </w:t>
      </w:r>
      <w:r>
        <w:rPr>
          <w:rFonts w:ascii="Georgia" w:hAnsi="Georgia"/>
          <w:b w:val="0"/>
          <w:i/>
          <w:color w:val="000000"/>
          <w:sz w:val="24"/>
        </w:rPr>
        <w:t>«До сих пор дойдешь и не далее…»</w:t>
      </w:r>
      <w:r>
        <w:rPr>
          <w:rFonts w:ascii="Georgia" w:hAnsi="Georgia"/>
          <w:b w:val="0"/>
          <w:i w:val="0"/>
          <w:color w:val="000000"/>
          <w:sz w:val="24"/>
        </w:rPr>
        <w:t xml:space="preserve"> (Иов 38:11).</w:t>
      </w:r>
    </w:p>
    <w:p>
      <w:pPr>
        <w:spacing w:before="40" w:after="120"/>
        <w:jc w:val="both"/>
      </w:pPr>
      <w:r>
        <w:rPr>
          <w:rFonts w:ascii="Georgia" w:hAnsi="Georgia"/>
          <w:b w:val="0"/>
          <w:i w:val="0"/>
          <w:color w:val="000000"/>
          <w:sz w:val="24"/>
        </w:rPr>
        <w:t>И поэтому для каждого парцуфа возникает свой предел и особая мера. Мы уже подробно разъясняли эти вопросы в предыдущих ветвях, и здесь не место повторяться. Также там было объяснено, что вторая стадия десяти сфирот прямого света, называемая Биной, отталкивает свет сущности. Однако это происходит не в силу сокращения, ведь сокращение произошло только в самой центральной точке, то есть в четвертой стадии, являющейся последней стадией, но потому, что ее закон — притягивать свет хасадим от Кетера в парцуф, как было подробно описано. И это служит корнем для ХУБ в состоянии катнут, пребывающих спиной к спине по тайне букв йод (</w:t>
      </w:r>
      <w:r>
        <w:rPr>
          <w:rFonts w:ascii="Georgia" w:hAnsi="Georgia" w:cs="Times New Roman"/>
          <w:b/>
          <w:i w:val="0"/>
          <w:color w:val="000000"/>
          <w:sz w:val="24"/>
          <w:rtl/>
          <w:szCs w:val="32"/>
        </w:rPr>
        <w:t>י</w:t>
      </w:r>
      <w:r>
        <w:rPr>
          <w:rFonts w:ascii="Georgia" w:hAnsi="Georgia"/>
          <w:b w:val="0"/>
          <w:i w:val="0"/>
          <w:color w:val="000000"/>
          <w:sz w:val="24"/>
        </w:rPr>
        <w:t>) и нун (</w:t>
      </w:r>
      <w:r>
        <w:rPr>
          <w:rFonts w:ascii="Georgia" w:hAnsi="Georgia" w:cs="Times New Roman"/>
          <w:b/>
          <w:i w:val="0"/>
          <w:color w:val="000000"/>
          <w:sz w:val="24"/>
          <w:rtl/>
          <w:szCs w:val="32"/>
        </w:rPr>
        <w:t>נ</w:t>
      </w:r>
      <w:r>
        <w:rPr>
          <w:rFonts w:ascii="Georgia" w:hAnsi="Georgia"/>
          <w:b w:val="0"/>
          <w:i w:val="0"/>
          <w:color w:val="000000"/>
          <w:sz w:val="24"/>
        </w:rPr>
        <w:t>), образующих букву цади (</w:t>
      </w:r>
      <w:r>
        <w:rPr>
          <w:rFonts w:ascii="Georgia" w:hAnsi="Georgia" w:cs="Times New Roman"/>
          <w:b/>
          <w:i w:val="0"/>
          <w:color w:val="000000"/>
          <w:sz w:val="24"/>
          <w:rtl/>
          <w:szCs w:val="32"/>
        </w:rPr>
        <w:t>צ</w:t>
      </w:r>
      <w:r>
        <w:rPr>
          <w:rFonts w:ascii="Georgia" w:hAnsi="Georgia"/>
          <w:b w:val="0"/>
          <w:i w:val="0"/>
          <w:color w:val="000000"/>
          <w:sz w:val="24"/>
        </w:rPr>
        <w:t>) в обращенных лицах, как написал Учитель в «Шаар а-клалим».</w:t>
      </w:r>
    </w:p>
    <w:p>
      <w:pPr>
        <w:spacing w:before="40" w:after="120"/>
        <w:jc w:val="both"/>
      </w:pPr>
      <w:r>
        <w:rPr>
          <w:rFonts w:ascii="Georgia" w:hAnsi="Georgia"/>
          <w:b w:val="0"/>
          <w:i w:val="0"/>
          <w:color w:val="000000"/>
          <w:sz w:val="24"/>
        </w:rPr>
        <w:t>Таким образом, выяснилось, что существуют два свойства экранов, задерживающих свет сущности:</w:t>
      </w:r>
    </w:p>
    <w:p>
      <w:pPr>
        <w:spacing w:before="40" w:after="120"/>
        <w:jc w:val="both"/>
      </w:pPr>
      <w:r>
        <w:rPr>
          <w:rFonts w:ascii="Georgia" w:hAnsi="Georgia"/>
          <w:b w:val="0"/>
          <w:i w:val="0"/>
          <w:color w:val="000000"/>
          <w:sz w:val="24"/>
        </w:rPr>
        <w:t>1) Четвертая стадия, на которой покоится сила сокращения в суровости суда, и потому она называется свойством суда (мидат а-дин).</w:t>
      </w:r>
    </w:p>
    <w:p>
      <w:pPr>
        <w:spacing w:before="40" w:after="120"/>
        <w:jc w:val="both"/>
      </w:pPr>
      <w:r>
        <w:rPr>
          <w:rFonts w:ascii="Georgia" w:hAnsi="Georgia"/>
          <w:b w:val="0"/>
          <w:i w:val="0"/>
          <w:color w:val="000000"/>
          <w:sz w:val="24"/>
        </w:rPr>
        <w:t>2) Бина, чья природа — удаляться от Хохмы из-за стремления к свету хасадим, и потому она обращается к Кетеру. И потому ее мера несурова: ведь когда к ней приходят хасадим снизу вверх по тайне отраженного света, она вновь объединяется с Хохмой и проводит свет хохма по всему парцуфу, и потому называется свойством милосердия (мидат а-рахамим). То есть то, что она порой устанавливает меру и предел, пресекая свет хохма в парцуфе, происходит не из суровости суда, как в четвертой стадии, но исключительно из силы заключенного в ней милосердия — чтобы доставить парцуфу также свет хасадим, как объяснялось выше. По этой причине каждый парцуф разделяется на ГАР и ВАК: в ГАР нет вовсе никакого экрана — ни от четвертой стадии, ни от второй стадии, и потому Хохма и свет сущности пребывают там в изобилии. В ВАК же сила экрана уже властвует над ступенью — либо от свойства суда, либо от свойства милосердия, и потому по своему корню они считаются лишь светом хасадим. И хотя там тоже присутствует свет хохма в силу соударения на экранах, как написано в предыдущей ветви, тем не менее свет хохма не раскрывается в них в таком изобилии, как в ГАР, где экрана нет вовсе. И тебе уже известно, насколько огромна дистанция от света хохма до света хасадим, как сказано выше в предыдущей ветви.</w:t>
      </w:r>
    </w:p>
    <w:p>
      <w:pPr>
        <w:spacing w:before="40" w:after="120"/>
        <w:jc w:val="both"/>
      </w:pPr>
      <w:r>
        <w:rPr>
          <w:rFonts w:ascii="Georgia" w:hAnsi="Georgia"/>
          <w:b w:val="0"/>
          <w:i w:val="0"/>
          <w:color w:val="000000"/>
          <w:sz w:val="24"/>
        </w:rPr>
        <w:t>Также ты знаешь, что любые ГАР — это полная голова из десяти сфирот прямого света и десяти сфирот отраженного света, но называются они ГАР (три первые) именно для упомянутого соотношения, дабы показать, что свет хохма пребывает в них в изобилии. И потому они именуются тремя первыми сфирот применительно к КАХАБ, которые буквально равны между собой, поскольку Бина в своей сущности — тоже Хохма. И знай, что в большинстве мест на них намекают этим числом и называют их порой тремя ступенями, тремя пальцами или тремя ладонями (тфахим) и т. д. И помни, что все они намекают на свойство головы, как сказано выше. Однако в парцуфе есть два свойства ГАР: первые ГАР называются общей головой парцуфа; вторые ГАР называются «головой тела» (рош де-гуфа) — это внутренняя часть (тох) совокупного парцуфа, называемая также ХАГАТ. И как в голове, так и во внутренней части есть свет хохма.</w:t>
      </w:r>
    </w:p>
    <w:p>
      <w:pPr>
        <w:spacing w:before="40" w:after="120"/>
        <w:jc w:val="both"/>
      </w:pPr>
      <w:r>
        <w:rPr>
          <w:rFonts w:ascii="Georgia" w:hAnsi="Georgia"/>
          <w:b w:val="0"/>
          <w:i w:val="0"/>
          <w:color w:val="000000"/>
          <w:sz w:val="24"/>
        </w:rPr>
        <w:t>Однако от табура и ниже — это уже десять завершающих сфирот конца (соф), чья основа — лишь свет хасадим; то же, что есть в них от света хохма, находится лишь в качестве получающего, но не отдающего, как все это было объяснено в предыдущей ветви. И знай, что именно они называются подлинными ВАК — то есть светом хасадим; но они все же связаны со светом хохма, находящимся от табура и выше, по правилу Учителя: «Все, что есть в ХАГАТ, есть и в НЕХИ», но лишь по тайне получения без отдачи, как сказано. И потому парцуф завершается в Малхут этих сфирот, которая больше не способна распространяться. И благодаря этому ты поймешь тайну разбиения, перемену имени, перемену места и великое рассеяние на 320 искр, о которых говорит здесь Учитель. Ведь тебе известна дистанция от света хохма до света хасадим: свет хохма относится к свойству Эйн Соф, благословен Он, без какого-либо участия нижних; тогда как свет хасадим иной, поскольку он притягивается благодаря преодолению выделенного [из Источника] или по тайне экрана, поднимающего отраженный свет, как подробно описано в предыдущей ветви... ...и потому в нем уже замешана сила нижнего, и это не прямой свет от Эйн Соф, благословен Он. По этой причине именно свет хохма составляет главную сущность и жизненную силу парцуфа; помни это хорошенько.</w:t>
      </w:r>
    </w:p>
    <w:p>
      <w:pPr>
        <w:spacing w:before="40" w:after="120"/>
        <w:jc w:val="both"/>
      </w:pPr>
      <w:r>
        <w:rPr>
          <w:rFonts w:ascii="Georgia" w:hAnsi="Georgia"/>
          <w:b w:val="0"/>
          <w:i w:val="0"/>
          <w:color w:val="000000"/>
          <w:sz w:val="24"/>
        </w:rPr>
        <w:t xml:space="preserve">Однако до тех пор, пока сохраняется хоть какая-то связь света хохма со светом хасадим, хасадим вовсе не принимаются в расчет, отменяясь даже перед самым малым свечением, приходящим к ним от света хохма, словно свеча перед факелом. И в этом тайный смысл слов мудрецов: «Все, что меньше трех, считается примкнувшим». Смысл в том, что пока между нижним нет полного разделения в три первые сфирот (ГАР), но сохраняется хоть какая-то связь с ГАР, он считается примкнувшим к ГАР и приравнивается буквально к ним самим; пойми это. И выше было объяснено, что существуют два вида рассечения: одно — со стороны экрана Бины, а другое — со стороны экрана в Малхут (обратись туда), что и составляет суть свойства суда и свойства милосердия. И благодаря этому ты поймешь различие между ХАГАТ де-Некудим и НЕХИ де-Некудим, между Ацилутом и разделенными мирами БЕА, а также между ГАР трех разделенных миров БЕА и ВАК трех разделенных миров БЕА. Ведь тайна абсолютной сущности завершается на полу Ацилута — то есть на экране и завесе между Ацилутом и Брией, поскольку вплоть до завесы даже свойства ВАК парцуфим соединены со светом сущности, как сказано выше. И об этом сказано в Тиккуним: в Ацилуте </w:t>
      </w:r>
      <w:r>
        <w:rPr>
          <w:rFonts w:ascii="Georgia" w:hAnsi="Georgia"/>
          <w:b w:val="0"/>
          <w:i/>
          <w:color w:val="000000"/>
          <w:sz w:val="24"/>
        </w:rPr>
        <w:t>«Он и Его келим — одно в них»</w:t>
      </w:r>
      <w:r>
        <w:rPr>
          <w:rFonts w:ascii="Georgia" w:hAnsi="Georgia"/>
          <w:b w:val="0"/>
          <w:i w:val="0"/>
          <w:color w:val="000000"/>
          <w:sz w:val="24"/>
        </w:rPr>
        <w:t xml:space="preserve"> (</w:t>
      </w:r>
      <w:r>
        <w:rPr>
          <w:rFonts w:ascii="Georgia" w:hAnsi="Georgia"/>
          <w:b w:val="0"/>
          <w:i/>
          <w:color w:val="000000"/>
          <w:sz w:val="24"/>
        </w:rPr>
        <w:t>Иху ве-гармохи хад бехон</w:t>
      </w:r>
      <w:r>
        <w:rPr>
          <w:rFonts w:ascii="Georgia" w:hAnsi="Georgia"/>
          <w:b w:val="0"/>
          <w:i w:val="0"/>
          <w:color w:val="000000"/>
          <w:sz w:val="24"/>
        </w:rPr>
        <w:t xml:space="preserve">), ведь даже Его </w:t>
      </w:r>
      <w:r>
        <w:rPr>
          <w:rFonts w:ascii="Georgia" w:hAnsi="Georgia"/>
          <w:b w:val="0"/>
          <w:i/>
          <w:color w:val="000000"/>
          <w:sz w:val="24"/>
        </w:rPr>
        <w:t>гармохи</w:t>
      </w:r>
      <w:r>
        <w:rPr>
          <w:rFonts w:ascii="Georgia" w:hAnsi="Georgia"/>
          <w:b w:val="0"/>
          <w:i w:val="0"/>
          <w:color w:val="000000"/>
          <w:sz w:val="24"/>
        </w:rPr>
        <w:t xml:space="preserve"> — то есть келим, представляющие собой ВАК всех парцуфим, — сами по себе вообще не различимы отдельно, будучи полностью отменены в сущности, словно свеча перед факелом.</w:t>
      </w:r>
    </w:p>
    <w:p>
      <w:pPr>
        <w:spacing w:before="40" w:after="120"/>
        <w:jc w:val="both"/>
      </w:pPr>
      <w:r>
        <w:rPr>
          <w:rFonts w:ascii="Georgia" w:hAnsi="Georgia"/>
          <w:b w:val="0"/>
          <w:i w:val="0"/>
          <w:color w:val="000000"/>
          <w:sz w:val="24"/>
        </w:rPr>
        <w:t xml:space="preserve">Тогда как после окончания ног парцуфим Ацилута, где уже находится тайна точки Второго сокращения, как сказано выше (обратись туда), удерживающей высший свет от дальнейшего распространения... ...и потому свойства ВАК мелеха Даат перешли границу Ацилута, как сказано выше, по тайне десяти капель, брызнувших из-под ногтей его ног (обратись туда). И получается, что свет хасадим в ВАК де-Даат отделился — наподобие приведенного выше примера с материальным топором (см. там) — и вышел из Ацилута, составляющего совокупность света сущности (света хая), перейдя в состояние отделенности от Ацилута. Ведь они остались лишь в своем собственном свойстве — свете хасадим, опустев от света хая, как сказано выше. И об этом сказано в Зоаре: </w:t>
      </w:r>
      <w:r>
        <w:rPr>
          <w:rFonts w:ascii="Georgia" w:hAnsi="Georgia"/>
          <w:b w:val="0"/>
          <w:i/>
          <w:color w:val="000000"/>
          <w:sz w:val="24"/>
        </w:rPr>
        <w:t>«как мастер, бьющий по железу и высекающий искры во все 320 сторон»</w:t>
      </w:r>
      <w:r>
        <w:rPr>
          <w:rFonts w:ascii="Georgia" w:hAnsi="Georgia"/>
          <w:b w:val="0"/>
          <w:i w:val="0"/>
          <w:color w:val="000000"/>
          <w:sz w:val="24"/>
        </w:rPr>
        <w:t>. Ведь граница Ацилута подобна железу, разделяющему соединенное. И отсюда выходит, что свет хасадим от табура и ниже мелахим де-Некудим отделился от Ацилута наружу — то есть в разделенные миры БЕА, — и рассеялся там в трехстах двадцати местах, в чем и заключается сокровенный смысл слов «высекает искры во все 320 сторон», как сказано выше... ...в «Паним Меирот», ветвь 23, пункт 1, обратись туда.</w:t>
      </w:r>
    </w:p>
    <w:p>
      <w:pPr>
        <w:spacing w:before="40" w:after="120"/>
        <w:jc w:val="both"/>
      </w:pPr>
      <w:r>
        <w:rPr>
          <w:rFonts w:ascii="Georgia" w:hAnsi="Georgia"/>
          <w:b w:val="0"/>
          <w:i w:val="0"/>
          <w:color w:val="000000"/>
          <w:sz w:val="24"/>
        </w:rPr>
        <w:t>Однако здесь мы находим два вида спусков со сменой мест. Вначале — то есть во время отмены ахораим высших Аба ве-Има и разбиения Даат и ХАГАТ — Даат и ХАГАТ опустились лишь в КАХАБ и Даат де-Брия, где находится обитель уровня нешама, как известно. А затем, в начале очищения ахораим ИШСУТ, они пришли к окончательному спуску — то есть в ЗАТ миров БЕА, где находится обитель уровней руах и нефеш. И известно, что расстояние между этими двумя местами огромно: ведь в ГАР де-Брия еще считается, что они относятся к Б-жественности, тогда как в ЗАТ де-БЕА они считаются уже разделением — по тайне ангелов и офаним, как написано в «Эц Хаим» в «Шаар АБЕА», обратись туда. Причина же этого раскрыта выше, на стр. 452 в «Паним Меирот» (начиная со слов «И это то, о чем он говорит» и «И благодаря этому ты поймешь причину», обратись туда): пол Ацилута — это разделяющий экран второй стадии. И хотя на нем уже покоится сила Второго сокращения АК, отталкивающая и отделяющая свет Ацилута и хая и удерживающая его от распространения, тем не менее между светами и келим, вышедшими за границу Ацилута, все еще нет дистанции в три полные ступени. Это объясняется тем, что сам разделяющий экран, являющийся второй стадией и Биной, считается... ...все еще свойством ГАР, ведь КАХАБ считаются единым целым. И потому считается, что НЕХИ де-Ацилут проходят сквозь экран, чтобы светить им.</w:t>
      </w:r>
    </w:p>
    <w:p>
      <w:pPr>
        <w:spacing w:before="40" w:after="120"/>
        <w:jc w:val="both"/>
      </w:pPr>
      <w:r>
        <w:rPr>
          <w:rFonts w:ascii="Georgia" w:hAnsi="Georgia"/>
          <w:b w:val="0"/>
          <w:i w:val="0"/>
          <w:color w:val="000000"/>
          <w:sz w:val="24"/>
        </w:rPr>
        <w:t>Однако это уже не свойство НЕХИ де-хая, какими они были выше экрана, но они считаются НЕХИ де-Бина по причине экрана, отделяющего свет хохма и хая, и остаются свойством света нешама. И знай, что в этом заключается вся защита опустившихся келим, нашедших свое место в КАХАБ и Даат миров БЕА — то есть в обители уровня нешама миров БЕА, представляющей собой Б-жественность, как сказано выше. Однако со смертью верхней трети Тиферет, когда зивуг высших Аба ве-Има, представляющий собой свет хая, полностью прекратился, и Аба ве-Има вернулись в состояние спиной к спине, а по тайне второго распространения вышли десять сфирот ИШСУТ от пэ высших Аба ве-Има и ниже — то есть на место ушедших ХАГАТ, что и составляет сокровенный смысл выражения «Аба вывел Иму наружу». Ведь Има, прежде находившаяся лицом к лицу с высшим Абой в десяти сфирот головы на уровне света хая, теперь полностью вышла из свойства высшего Абы и из этой головы, перейдя в свойство его тела — то есть от пэ и ниже, на место ушедших ХАГАТ.</w:t>
      </w:r>
    </w:p>
    <w:p>
      <w:pPr>
        <w:spacing w:before="40" w:after="120"/>
        <w:jc w:val="both"/>
      </w:pPr>
      <w:r>
        <w:rPr>
          <w:rFonts w:ascii="Georgia" w:hAnsi="Georgia"/>
          <w:b w:val="0"/>
          <w:i w:val="0"/>
          <w:color w:val="000000"/>
          <w:sz w:val="24"/>
        </w:rPr>
        <w:t>И поэтому ее имя изменилось на уровень нешама, а не хая, и она называется также Исраэль Саба ве-Твуна (ИШСУТ), поскольку пришла на место прежних ЗОН уровня хая, называемых «Исраэль», и заняла их место после их ухода, как сказано выше; пойми это. И здесь находится средоточие для понимания всех исследований о смене мест при разбиении сосудов и тайны взаимосвязей во всех парцуфим АБЕА мира Исправления. И потому требуется особое разумение, чтобы понять эту голову — то есть упомянутых ИШСУТ, вышедших наружу из головы высших Аба ве-Има. Корень этого берет начало со времени спуска НЕХИ де-САГ во внутренние НЕХИ де-АК, и это уже было подробно объяснено в предыдущих ветвях в «Паним Масбирот», в ветвях 9, 15 и 16, обратись туда. Это и есть корень соединения свойства милосердия с судом, как сказали мудрецы: «Увидел, что мир не устоит, — встал и соединил свойство милосердия с судом», обратись туда. И в силу этого соединения произошли Второе сокращение и новая граница, как написано выше в «Паним Меирот», пункт 6, со слов... ...«Однако», обратись туда; эта граница называется полом Ацилута и окончанием ног де-АК, обратись туда.</w:t>
      </w:r>
    </w:p>
    <w:p>
      <w:pPr>
        <w:spacing w:before="40" w:after="120"/>
        <w:jc w:val="both"/>
      </w:pPr>
      <w:r>
        <w:rPr>
          <w:rFonts w:ascii="Georgia" w:hAnsi="Georgia"/>
          <w:b w:val="0"/>
          <w:i w:val="0"/>
          <w:color w:val="000000"/>
          <w:sz w:val="24"/>
        </w:rPr>
        <w:t>Однако главное, что необходимо понимать и всегда помнить: соединение второй стадии с четвертой стадией раскрывается во всей полноте лишь в этой голове, именуемой ИШСУТ, представляющей собой свет нешама, но не в высших Аба ве-Има. И ты поймешь это из их корня, ясно изложенного в словах Учителя выше, в ветви 8: та часть САГ, которая соединилась и скрылась в четвертой стадии — то есть во внутренних НЕХИ де-АК, — во всех местах называется именем ИШСУТ, тогда как часть САГ, которая не участвовала в соединении, называется высшими Аба ве-Има, обратись туда, а также в «Паним Масбирот», в ветви 9, 15 и 16. И благодаря этому ты поймешь, что высшие Аба ве-Има мира Некудим, называемые светом хая, при зивуге созерцания глаз друг на друга, являющемся общим зивугом, как написано выше, высшая Има в нем считается относящейся к ГАР и сущности точно так же, как сам Аба, хотя она и является Нуквой по отношению к Абе... ...однако женское начало в ней обусловлено экраном четвертой стадии, то есть нижней хэй в глазах — а именно Малхут в ней, но не ее собственной сущностью. Так что сама ее ступень все еще полностью свободна от силы сокращения; пойми это как следует.</w:t>
      </w:r>
    </w:p>
    <w:p>
      <w:pPr>
        <w:spacing w:before="40" w:after="120"/>
        <w:jc w:val="both"/>
      </w:pPr>
      <w:r>
        <w:rPr>
          <w:rFonts w:ascii="Georgia" w:hAnsi="Georgia"/>
          <w:b w:val="0"/>
          <w:i w:val="0"/>
          <w:color w:val="000000"/>
          <w:sz w:val="24"/>
        </w:rPr>
        <w:t>Тогда как в ИШСУТ де-Некудим, называемых светом нешама, при общем зивуге между ними, именуемом созерцанием глаз ИШСУТ друг на друга, Твуна уже вышла из света сущности, называемого светом хая или высшим Абой. Причина в том, что сама Бина стала подлинным женским началом по отношению к Исраэль Сабе из-за упомянутого соединения свойства милосердия с судом (обратись туда), ведь она приняла в саму свою сущность силу сокращения от четвертой стадии; помни это хорошенько. И хотя мы объясняли, что Бина по своему корню в десяти сфирот прямого света отталкивает свет хохма и свет хая, тем не менее там уже говорилось, что с приходом света хасадим в силу зивуга она вновь соединяется в одно целое с Абой и, напротив, тогда проводит свет хая по всему парцуфу, обратись туда.</w:t>
      </w:r>
    </w:p>
    <w:p>
      <w:pPr>
        <w:spacing w:before="40" w:after="120"/>
        <w:jc w:val="both"/>
      </w:pPr>
      <w:r>
        <w:rPr>
          <w:rFonts w:ascii="Georgia" w:hAnsi="Georgia"/>
          <w:b w:val="0"/>
          <w:i w:val="0"/>
          <w:color w:val="000000"/>
          <w:sz w:val="24"/>
        </w:rPr>
        <w:t>Однако здесь, в ИШСУТ, принявших внутрь себя силу сокращения от четвертой стадии из-за упомянутого соединения, даже тогда, когда у нее есть свет хасадим в изобилии от зивуга отраженного света, она все равно получает не от самих ГАР де-Аба, а лишь от ВАК высшего Абы, называемых Исраэль Саба. Правда, уже объяснялось, что и ЗОН де-Хохма обладают достоинством сущности, подобно самой Хохме, и благодаря этому десять сфирот ИШСУТ все еще считаются свойством ГАР. Но поскольку она получает не от самого высшего Абы, она утратила свет хая и обрела имя света нешама; пойми это как следует. Главное же различие между светом хая и светом нешама состоит в их ЗАТ: ведь ЗАТ света хая также считаются сущностью, подобно ГАР, и даже НЕХИ света хая — это совершенная сущность. И таково общее правило: любые ЗОН — это распространение от Бины. А поскольку тамошняя Бина ничуть не ниже Абы, как сказано выше, то и ЗОН считаются равными Абе: хотя они и представляют собой свет хасадим, они вовсе не принимаются в расчет под собственным именем и отменяются, словно свеча перед факелом.</w:t>
      </w:r>
    </w:p>
    <w:p>
      <w:pPr>
        <w:spacing w:before="40" w:after="120"/>
        <w:jc w:val="both"/>
      </w:pPr>
      <w:r>
        <w:rPr>
          <w:rFonts w:ascii="Georgia" w:hAnsi="Georgia"/>
          <w:b w:val="0"/>
          <w:i w:val="0"/>
          <w:color w:val="000000"/>
          <w:sz w:val="24"/>
        </w:rPr>
        <w:t>Тогда как в ЗАТ света нешама, именуемого ИШСУТ, есть два состояния. Порой они также считаются соединенными с сущностью — в силу названного закона примыкания (лавуд). А именно: во время зивуга созерцания глаз ИШСУТ друг на друга, когда у нее есть свет хасадим в изобилии, Твуна получает по меньшей мере свойство ЗОН де-Хохма и считается относящейся к ГАР, как сказано выше. И потому протянувшиеся от нее ЗОН — также свойство ГАР, и, следовательно, к ЗАТ, получающим от этих протянувшихся от нее ЗОН, также применим закон примыкания, ведь между ними нет дистанции в три полные ступени. Иначе обстоит дело, когда зивуг созерцания глаз ИШСУТ прекращается и отраженный свет уходит: тогда она полностью отталкивает Хохму и не получает даже от ЗОН де-Хохма, как сказано выше. В этом состоянии ее ЗОН считаются светом хасадим, полностью отделенным от света хохма и сущности.</w:t>
      </w:r>
    </w:p>
    <w:p>
      <w:pPr>
        <w:spacing w:before="40" w:after="120"/>
        <w:jc w:val="both"/>
      </w:pPr>
      <w:r>
        <w:rPr>
          <w:rFonts w:ascii="Georgia" w:hAnsi="Georgia"/>
          <w:b w:val="0"/>
          <w:i w:val="0"/>
          <w:color w:val="000000"/>
          <w:sz w:val="24"/>
        </w:rPr>
        <w:t xml:space="preserve">Тогда они приходят к полному разделению — наподобие свечи, которую отделили и вынесли от факела, вследствие чего она обретает отдельное владение для собственного управления, без какого-либо признака того, что прежде была включена в факел и составляла с ним единое целое. И это называется в словах Учителя расстоянием в три полные ступени Ацилута. То есть у них больше нет никакой связи с Ацилутом, где пребывает свет хая, и потому они приходят к смерти и разделению. И обрати свое сердце ко всему сказанному, ведь повторить это подробное разъяснение уже невозможно, и тебе надлежит помнить его для всех мест. И это то, о чем он говорит: </w:t>
      </w:r>
      <w:r>
        <w:rPr>
          <w:rFonts w:ascii="Georgia" w:hAnsi="Georgia"/>
          <w:b/>
          <w:i w:val="0"/>
          <w:color w:val="000000"/>
          <w:sz w:val="24"/>
        </w:rPr>
        <w:t>«света Даат, Хеседа и Гвуры из-за того, что опустились, ослабли в силе и не могут подняться наверх; тогда как Тиферет, оставшийся на своем месте и т. д., способен подняться на то место, откуда вышел и т. д.»</w:t>
      </w:r>
      <w:r>
        <w:rPr>
          <w:rFonts w:ascii="Georgia" w:hAnsi="Georgia"/>
          <w:b w:val="0"/>
          <w:i w:val="0"/>
          <w:color w:val="000000"/>
          <w:sz w:val="24"/>
        </w:rPr>
        <w:t>, конец цитаты, обратись туда. И это согласуется со словами Учителя в ветви 7: все стремление высшего света — светить нижнему, и потому он всегда оставляет в нижнем решимо, даже если уходит, и т. д., обратись туда. И ты поймешь из этого, что хотя зивуг Аба ве-Има прекратился, тем не менее решимот трех мелахим — Даат, Хеседа и Гвуры — остаются в Ацилуте, дабы светить разбитым келим по тайне коронок (тагин) над буквами (отиет). Ведь келим — это буквы, упавшие ниже пола Ацилута, а решимот Даат, Хеседа и Гвуры, находящиеся наверху, все еще способны светить в них сквозь этот пол, представляющий собой экран второй стадии. Ведь вторая стадия исходит от Бины прямого света, которая еще не вышла наружу (поскольку мы все еще находимся на уровне Аба ве-Има, хотя и лишь на уровне решимот). А так как Бина... ...все еще остается буквально свойством ГАР, экран на границе Ацилута не препятствует свечению решимот изливаться к келим. И как сказано выше, келим ниже экрана также считаются относящимися к свойству ЗОН де-Бина, обратись туда. И потому решимот, находящиеся в НЕХИ де-Ацилут, рассматриваются как три коронки (тагин), чьи ножки примкнули к полу Ацилута. А верхушки келим, находящихся в Брие, также соединены с полом Ацилута, служащим для них словно крышей.</w:t>
      </w:r>
    </w:p>
    <w:p>
      <w:pPr>
        <w:spacing w:before="40" w:after="120"/>
        <w:jc w:val="both"/>
      </w:pPr>
      <w:r>
        <w:rPr>
          <w:rFonts w:ascii="Georgia" w:hAnsi="Georgia"/>
          <w:b w:val="0"/>
          <w:i w:val="0"/>
          <w:color w:val="000000"/>
          <w:sz w:val="24"/>
        </w:rPr>
        <w:t>Таким образом, сам разделяющий экран, на котором все еще покоится закон ГАР, получает от названных тагин и передает находящимся под ним келим — то есть буквам; и тем самым они все еще считаются примкнувшими (лавуд) к сущности в Ацилуте. И помни это для всех мест, где Учитель приводит тайну тагин, так как ее смысл таков, как сказано выше. И уже объяснялось, что келим ХАГАТ де-Некудим вышли по причине очищения экрана: ведь при очищении четвертой стадии воцарился мелех Хесед в силу третьей стадии, и решимо де-Даат опустилось в качестве тагин над разбитым Даат в Брие. А при очищении третьей стадии воцарился мелех Гвура в силу второй стадии, и решимо де-Хесед опустилось в качестве тагин над разбитым Хеседом в Брие. При очищении же второй стадии воцарился мелех верхней трети Тиферет на первой стадии, и решимо де-Гвура опустилось в качестве тагин над разбитой Гвурой в Брие.</w:t>
      </w:r>
    </w:p>
    <w:p>
      <w:pPr>
        <w:spacing w:before="40" w:after="120"/>
        <w:jc w:val="both"/>
      </w:pPr>
      <w:r>
        <w:rPr>
          <w:rFonts w:ascii="Georgia" w:hAnsi="Georgia"/>
          <w:b w:val="0"/>
          <w:i w:val="0"/>
          <w:color w:val="000000"/>
          <w:sz w:val="24"/>
        </w:rPr>
        <w:t xml:space="preserve">Однако при очищении первой стадии авиют и экран уровня Аба ве-Има окончательно упразднились, и больше не вышло никакого кли. Следовательно, от верхней трети Тиферет вниз уже не опустилось никакого решимо, поскольку больше некому светить — подобно тому, как написал Учитель о тайне очищения мира Акудим выше, в ветви 7: все сфирот оставляют решимо, кроме Малхут, так как под ней нет другой сфиры, которой она могла бы светить (обратись туда ко всему продолжению). Ведь все разъяснения Учителя оттуда применимы и здесь, как прямо написал там Учитель: они подобны смерти семи мелахим Эдома; вникни — и найдешь. И это то, о чем он говорит: </w:t>
      </w:r>
      <w:r>
        <w:rPr>
          <w:rFonts w:ascii="Georgia" w:hAnsi="Georgia"/>
          <w:b/>
          <w:i w:val="0"/>
          <w:color w:val="000000"/>
          <w:sz w:val="24"/>
        </w:rPr>
        <w:t>«все они опустились, кроме Тиферет, который остался на своем месте и не опустился и т. д. И потому Высший Источник пожелал, и протянул, и увеличил кли Кетера и т. д. И тогда свет Тиферет поднялся и скрылся внутри названного кли Кетера и т. д. И тогда свет Даат, опустившийся вниз, в Малхут де-Ацилут, увидев, что на его месте уже возникло новое кли, также возвысился и поднялся и т. д.»</w:t>
      </w:r>
      <w:r>
        <w:rPr>
          <w:rFonts w:ascii="Georgia" w:hAnsi="Georgia"/>
          <w:b w:val="0"/>
          <w:i w:val="0"/>
          <w:color w:val="000000"/>
          <w:sz w:val="24"/>
        </w:rPr>
        <w:t>, конец цитаты. Пояснение: все эти решимот, пребывавшие в НЕХИМ де-Ацилут в качестве тагин, включая также и свет верхней трети Тиферет, оставшийся на своем месте, — все они вновь скрылись в распространении КАХАБ, представляющих собой новые келим. А именно: это голова ИШСУТ, рассматриваемая как распространение КАХАБ высших Аба ве-Има на место тела высших Аба ве-Има, то есть на место четырех разбившихся мелахим — Даат, Хеседа, Гвуры и верхней трети Тиферет. И это происходит по закону всякого второго распространения, которое приходит в точности для того, чтобы наполнить место ушедшего из-за очищения экрана тела высшего парцуфа, как написано в ветви 9 в «Паним Масбирот», обратись туда. И ты видишь, что Учитель называет распространение Кетера «новым кли». Это сделано для того, чтобы указать на обновление келим в этой голове, которого не было в предшествующей голове Аба ве-Има. Речь идет о Бине, которая вышла наружу и приняла в саму свою сущность свойство кли и женского начала, как сказано выше: ведь в высших Аба ве-Има в самой Бине не было никакого свойства кли, помимо того, что она получила от Малхут (обратись туда). И благодаря этому ты поймешь сокровенный смысл сокрытия тех решимот, которые остались от тела Аба ве-Има в НЕХИМ де-Ацилут, а также их подъем и сокрытие в новых КАХАБ де-ИШСУТ. А именно: в силу этого выхода высшей Имы наружу из головы высшего Абы экран, стоящий на границе Ацилута, сильно огрубел, ведь он отделился и вышел из свойства ГАР, имевшегося у него до сих пор от высшей Имы. Точно так же и решимот, на которых пребывало свойство ЗОН де-хая (как мы объясняли выше, это приходило к ним от высшей Имы, находившейся до этого на уровне хая), теперь, когда Има вышла из свойства хая и перешла на уровень ИШСУТ, эти решимот утратили силу, бывшую в них от уровня хая, и собрались, перейдя на уровень ИШСУТ и света нешама; вникни хорошенько в сказанное выше, так как повторять это невозможно из-за пространности изложения.</w:t>
      </w:r>
    </w:p>
    <w:p>
      <w:pPr>
        <w:spacing w:before="40" w:after="120"/>
        <w:jc w:val="both"/>
      </w:pPr>
      <w:r>
        <w:rPr>
          <w:rFonts w:ascii="Georgia" w:hAnsi="Georgia"/>
          <w:b w:val="0"/>
          <w:i w:val="0"/>
          <w:color w:val="000000"/>
          <w:sz w:val="24"/>
        </w:rPr>
        <w:t>Итак, вполне разъяснились перемена имени и перемена места, постигшие решимот этих мелахим — Даат и ХАГАТ, — которые витали над разбитыми келим в Брие в качестве тагин от света хая, как сказано выше; теперь же их имя и их сила изменились на свойство нешама. Что же касается того, будто они выиграли перемену на более высокое место, возвысившись до свойства ГАР де-нешама, то на самом деле это вовсе не приобретение: ведь те КАХАБ де-нешама облачают в точности их прежнее место под пэ высших Аба ве-Има, как сказано выше; пойми это как следует. И это то, о чем он говорит: после того как три света Даат, Хеседа и Гвуры поднялись и скрылись из НЕХИМ де-Ацилут, произошел второй спуск разбитых келим. Они опустились из КАХАБ и Даат де-Брия и перешли в ЗАТ миров Брия, Ецира и Асия.</w:t>
      </w:r>
    </w:p>
    <w:p>
      <w:pPr>
        <w:spacing w:before="40" w:after="120"/>
        <w:jc w:val="both"/>
      </w:pPr>
      <w:r>
        <w:rPr>
          <w:rFonts w:ascii="Georgia" w:hAnsi="Georgia"/>
          <w:b w:val="0"/>
          <w:i w:val="0"/>
          <w:color w:val="000000"/>
          <w:sz w:val="24"/>
        </w:rPr>
        <w:t xml:space="preserve">Причина в том, что скрылись тагин уровня хая, витавшие над ними и светившие им сквозь крышу Брии: ведь теперь весь свет хая скрылся из Ацилута, и там остался лишь уровень нешама, как сказано выше. К тому же огрубел и экран: на его корень — вторую стадию — больше не распространяется закон ГАР, поскольку она приняла в свою сущность четвертую стадию и свойство женского начала, как сказано выше (обратись туда). Тем самым образовалось расстояние больше трех ступеней от Ацилута, и потому они опустились в ЗАТ миров БЕА, где свет хасадим отделился от света сущности, словно свеча, вынесенная из факела, как сказано выше. И невозможно распространяться об этом дольше в данном месте; пусть вдумчивый читатель обратит свое сердце и поймет с Б-жьей помощью, ведь это важнейший вопрос во всей мудрости [Каббалы]. И это то, о чем он говорит: </w:t>
      </w:r>
      <w:r>
        <w:rPr>
          <w:rFonts w:ascii="Georgia" w:hAnsi="Georgia"/>
          <w:b/>
          <w:i w:val="0"/>
          <w:color w:val="000000"/>
          <w:sz w:val="24"/>
        </w:rPr>
        <w:t>«После этого воцарились Нецах и Ход и должны были прийти, чтобы править на своем месте в подобающем им кли; и вот, они не нашли своего места свободным, поскольку туда опустился свет Гвуры. И потому Бина должна была распространиться по своей линии — по левой стороне — до места, которому надлежало стать впоследствии местом Гвуры и т. д.»</w:t>
      </w:r>
      <w:r>
        <w:rPr>
          <w:rFonts w:ascii="Georgia" w:hAnsi="Georgia"/>
          <w:b w:val="0"/>
          <w:i w:val="0"/>
          <w:color w:val="000000"/>
          <w:sz w:val="24"/>
        </w:rPr>
        <w:t>, конец цитаты. И тебе уже известно, что все эти три вида распространения КАХАБ по трем линиям... ...правой, левой и средней, — которые Учитель перечисляет последовательно один за другим, на самом деле вышли одновременно, ведь это голова ИШСУТ, из которой вышли править пять мелахим ТАНЕХИМ.</w:t>
      </w:r>
    </w:p>
    <w:p>
      <w:pPr>
        <w:spacing w:before="40" w:after="120"/>
        <w:jc w:val="both"/>
      </w:pPr>
      <w:r>
        <w:rPr>
          <w:rFonts w:ascii="Georgia" w:hAnsi="Georgia"/>
          <w:b w:val="0"/>
          <w:i w:val="0"/>
          <w:color w:val="000000"/>
          <w:sz w:val="24"/>
        </w:rPr>
        <w:t>Однако, чтобы облегчить восприятие («усладить слух»), Учитель всегда склонен излагать вещи по деталям. И благодаря этому ты поймешь сказанное им о том, что мелахим Нецах и Ход не могли воцариться до тех пор, пока решимо света Гвуры не поднялось из Нецах и Ход де-Некудим. Это объясняется названной причиной: правление Нецах и Хода, а также Есода и Малхут — это второе созерцание от света нешама, притягивающееся после того, как Има вышла наружу из уровня хая. Также было объяснено, что решимот первых мелахим, опустившиеся в НЕХИМ де-Ацилут, — это остатки света высшей Имы со ступени хая, обратись туда. А раз так, мелахим уровня нешама никак не могли воцариться до сокрытия решимот уровня хая, что обусловлено выходом Имы наружу. И потому, несомненно, сначала решимот уровня хая поднялись и скрылись в новых келим ИШСУТ — то есть при выходе Имы наружу, когда их имя изменилось на уровень нешама и ГАР де-нешама. И тем самым келим де-НЕХИМ теперь оказались свободными от всякого света, и туда смогло распространиться второе созерцание уровня нешама, представляющее собой нижних мелахим ТАНЕХИМ, что совершенно очевидно и неизбежно.</w:t>
      </w:r>
    </w:p>
    <w:p>
      <w:pPr>
        <w:spacing w:before="40" w:after="120"/>
        <w:jc w:val="both"/>
      </w:pPr>
      <w:r>
        <w:rPr>
          <w:rFonts w:ascii="Georgia" w:hAnsi="Georgia"/>
          <w:b w:val="0"/>
          <w:i w:val="0"/>
          <w:color w:val="000000"/>
          <w:sz w:val="24"/>
        </w:rPr>
        <w:t xml:space="preserve">20) </w:t>
      </w:r>
      <w:r>
        <w:rPr>
          <w:rFonts w:ascii="Georgia" w:hAnsi="Georgia"/>
          <w:b/>
          <w:i w:val="0"/>
          <w:color w:val="000000"/>
          <w:sz w:val="24"/>
        </w:rPr>
        <w:t>«Почему свет Есода и Малхут — оба поднялись до Даат выше Тиферет и т.д.»</w:t>
      </w:r>
      <w:r>
        <w:rPr>
          <w:rFonts w:ascii="Georgia" w:hAnsi="Georgia"/>
          <w:b w:val="0"/>
          <w:i w:val="0"/>
          <w:color w:val="000000"/>
          <w:sz w:val="24"/>
        </w:rPr>
        <w:t xml:space="preserve"> — уже объяснялось, что в силу распространения второго созерцания от света нешама келим, находившиеся ниже границы Ацилута, опустились из ГАР де-БЕА в ЗАТ де-БЕА, поскольку они не способны удерживать разбитые келим в ГАР де-Брия, как НЕХИ де-ор а-хая. И потому во время разбиения нижних мелахим у этих светов не было основания опускаться в виде тагин (коронок), подобно мелахим, что выше хазе. Поэтому они тотчас удалились вверх, в рош, то есть в ИШСУТ, называемый распространением КАХАБ, ведь в келим де-рош разбиение не происходит, как известно. И тебе уже известно место рош: средняя линия в нем начинается от хазе и выше, до пэ де-Аба ве-Има, на месте первых мелахим — Тиферет и Даат; а правая линия — на месте мелеха Хесед. А левая линия — на месте мелеха Гвура. Поэтому свет нижней половины [Тиферет] после разбиения двух нижних третей Тиферет поднялся в верхнюю половину, то есть к уровню средней линии в рош. А света двух мелахим, Нецаха и Хода, поднялись в левую линию в рош, на место Гвуры. Ведь во время ухода света Нецах и Ход считаются одним кли без какого-либо различия между ними, да и Нецах относится к левой линии, как сказано выше, смотри там.</w:t>
      </w:r>
    </w:p>
    <w:p>
      <w:pPr>
        <w:spacing w:before="40" w:after="120"/>
        <w:jc w:val="both"/>
      </w:pPr>
      <w:r>
        <w:rPr>
          <w:rFonts w:ascii="Georgia" w:hAnsi="Georgia"/>
          <w:b w:val="0"/>
          <w:i w:val="0"/>
          <w:color w:val="000000"/>
          <w:sz w:val="24"/>
        </w:rPr>
        <w:t>Однако света двух мелахим, Есода и Малхут, поднялись выше верхней трети Тиферет, то есть в Даат. И причину подъема Есода и Малхут выше Тиферет [Аризаль] объясняет тем, «что в этом преимущество Есода перед остальными сфирот: он способен подниматься до Даат и т.д., ведь иначе не было бы в нем возможности и силы низводить каплю семени и т.д.», до сих пор его слова. И слова эти сокрыты и требуют... ...однако глубокого понимания, поскольку они — великий корень в мудрости. И суть здесь подобна тому, как мы подробно объяснили выше в «Паним Меирот» на странице 411, в отрывке, начинающемся со слов «И поэтому то, что опустил Даат...», смотри там. [Речь идет] о тайне средней линии десяти сфирот высших Аба ве-Има, называемой Даат, Тиферет, Есод. Мы объяснили там тайну «головы, ствола и пути» (рейша, гизъа ве-швила), которыми в словах Учителя обозначены три проявления пяти хасадим и пяти гвурот:</w:t>
      </w:r>
    </w:p>
    <w:p>
      <w:pPr>
        <w:spacing w:before="40" w:after="120"/>
        <w:jc w:val="both"/>
      </w:pPr>
      <w:r>
        <w:rPr>
          <w:rFonts w:ascii="Georgia" w:hAnsi="Georgia"/>
          <w:b w:val="0"/>
          <w:i w:val="0"/>
          <w:color w:val="000000"/>
          <w:sz w:val="24"/>
        </w:rPr>
        <w:t>первое — соединение хасадим и гвурот в рош;</w:t>
      </w:r>
    </w:p>
    <w:p>
      <w:pPr>
        <w:spacing w:before="40" w:after="120"/>
        <w:jc w:val="both"/>
      </w:pPr>
      <w:r>
        <w:rPr>
          <w:rFonts w:ascii="Georgia" w:hAnsi="Georgia"/>
          <w:b w:val="0"/>
          <w:i w:val="0"/>
          <w:color w:val="000000"/>
          <w:sz w:val="24"/>
        </w:rPr>
        <w:t>второе — их распространение в самих ХУБ;</w:t>
      </w:r>
    </w:p>
    <w:p>
      <w:pPr>
        <w:spacing w:before="40" w:after="120"/>
        <w:jc w:val="both"/>
      </w:pPr>
      <w:r>
        <w:rPr>
          <w:rFonts w:ascii="Georgia" w:hAnsi="Georgia"/>
          <w:b w:val="0"/>
          <w:i w:val="0"/>
          <w:color w:val="000000"/>
          <w:sz w:val="24"/>
        </w:rPr>
        <w:t>третье — их включение в есодот.</w:t>
      </w:r>
    </w:p>
    <w:p>
      <w:pPr>
        <w:spacing w:before="40" w:after="120"/>
        <w:jc w:val="both"/>
      </w:pPr>
      <w:r>
        <w:rPr>
          <w:rFonts w:ascii="Georgia" w:hAnsi="Georgia"/>
          <w:b w:val="0"/>
          <w:i w:val="0"/>
          <w:color w:val="000000"/>
          <w:sz w:val="24"/>
        </w:rPr>
        <w:t>И там объяснялось, что все эти три проявления представляют собой лишь свет хасадим, а не свет хохма. Однако свет хасадим в рош — то есть тот, что выше ХУБ, — несомненно, важнее, чем сами ХУБ, и потому [эти хасадим] считаются рош и Кетер, хотя они всего лишь свет хасадим и гвурот. Распространение же хасадим и гвурот между самими ХУБ, благодаря которому ХУБ возвращаются в состояние «лицом к лицу» (паним бе-паним)... ...приводит к тому, что хасадим и гвурот преобразуются и становятся светом хохма и сущностью. Однако в есодот ХУБ они вновь возвращаются к своему исходному свойству, то есть к свету хасадим, а не к свету хохма, так как находятся ниже уровня ХУБ, и пойми [это].</w:t>
      </w:r>
    </w:p>
    <w:p>
      <w:pPr>
        <w:spacing w:before="40" w:after="120"/>
        <w:jc w:val="both"/>
      </w:pPr>
      <w:r>
        <w:rPr>
          <w:rFonts w:ascii="Georgia" w:hAnsi="Georgia"/>
          <w:b w:val="0"/>
          <w:i w:val="0"/>
          <w:color w:val="000000"/>
          <w:sz w:val="24"/>
        </w:rPr>
        <w:t>И помни эти три проявления в средней линии, ведь они понадобятся тебе во множестве мест.</w:t>
      </w:r>
    </w:p>
    <w:p>
      <w:pPr>
        <w:spacing w:before="40" w:after="120"/>
        <w:jc w:val="both"/>
      </w:pPr>
      <w:r>
        <w:rPr>
          <w:rFonts w:ascii="Georgia" w:hAnsi="Georgia"/>
          <w:b w:val="0"/>
          <w:i w:val="0"/>
          <w:color w:val="000000"/>
          <w:sz w:val="24"/>
        </w:rPr>
        <w:t>Из сказанного ты поймешь и здесь эти три проявления в средней линии, называемой здесь: Даат, Тиферет, Есод. В Даат — это тайна соединения пяти хасадим и пяти гвурот. В Тиферет — тайна их распространения ради соударения правой и левой линий, когда они преобразуются и обретают высоту уровня этого зивуга — либо хая, либо нешама. А в Есоде они возвращаются к прежнему состоянию, то есть исключительно к свету хасадим, а не к сущности.</w:t>
      </w:r>
    </w:p>
    <w:p>
      <w:pPr>
        <w:spacing w:before="40" w:after="120"/>
        <w:jc w:val="both"/>
      </w:pPr>
      <w:r>
        <w:rPr>
          <w:rFonts w:ascii="Georgia" w:hAnsi="Georgia"/>
          <w:b w:val="0"/>
          <w:i w:val="0"/>
          <w:color w:val="000000"/>
          <w:sz w:val="24"/>
        </w:rPr>
        <w:t>И потому совокупный свет пяти хасадим и пяти гвурот, ушедший из мелеха Есод, никоим образом не может прийти на уровень Тиферет: ведь там хасадим и гвурот уже восприняли качество сущности, и в них скрылся свет хасадим, составляющий их главную форму. По этой причине совокупность пяти хасадим и пяти гвурот в Есоде устремляется и поднимается выше Тиферет — а именно в Даат, где они также собраны в виде света хасадим без какого-либо изменения, как сказано выше. Так стало ясно, что свет Есода соотносится исключительно с кли Даат, ведь именно там его подлинное место и форма без каких-либо изменений, пойми это как следует. И об этом [Аризаль] сказал: «что в этом преимущество Есода перед остальными сфирот» — то есть перед телом парцуфа. Ведь тело парцуфа уже представляет собой тох от зивуга правой и левой линий, и уровень его сфирот соответствует высоте этого соударения, так что они не могут подняться выше своего уровня. Иное дело — свет Есода: это буквально тот самый свет, который находится в голове, в Даат; только находясь ниже тела, он называется внешним Есодом, а находясь выше тела — внутренним Есодом или Даат, как объяснялось выше. Пойми это как следует и помни.</w:t>
      </w:r>
    </w:p>
    <w:p>
      <w:pPr>
        <w:spacing w:before="40" w:after="120"/>
        <w:jc w:val="both"/>
      </w:pPr>
      <w:r>
        <w:rPr>
          <w:rFonts w:ascii="Georgia" w:hAnsi="Georgia"/>
          <w:b w:val="0"/>
          <w:i w:val="0"/>
          <w:color w:val="000000"/>
          <w:sz w:val="24"/>
        </w:rPr>
        <w:t xml:space="preserve">23) </w:t>
      </w:r>
      <w:r>
        <w:rPr>
          <w:rFonts w:ascii="Georgia" w:hAnsi="Georgia"/>
          <w:b/>
          <w:i w:val="0"/>
          <w:color w:val="000000"/>
          <w:sz w:val="24"/>
        </w:rPr>
        <w:t>«И теперь объясним причину относительно Малхут и т.д. Малхут называется венцом своего мужа и т.д.»</w:t>
      </w:r>
      <w:r>
        <w:rPr>
          <w:rFonts w:ascii="Georgia" w:hAnsi="Georgia"/>
          <w:b w:val="0"/>
          <w:i w:val="0"/>
          <w:color w:val="000000"/>
          <w:sz w:val="24"/>
        </w:rPr>
        <w:t xml:space="preserve"> — и это подобно тому, как объяснялось выше относительно ступени Есода: Малхут также рассматривается как совокупность пяти хасадим и пяти гвурот, подобно свету Есода, по принципу «он — всё (</w:t>
      </w:r>
      <w:r>
        <w:rPr>
          <w:rFonts w:ascii="Georgia" w:hAnsi="Georgia"/>
          <w:b w:val="0"/>
          <w:i/>
          <w:color w:val="000000"/>
          <w:sz w:val="24"/>
        </w:rPr>
        <w:t>коль</w:t>
      </w:r>
      <w:r>
        <w:rPr>
          <w:rFonts w:ascii="Georgia" w:hAnsi="Georgia"/>
          <w:b w:val="0"/>
          <w:i w:val="0"/>
          <w:color w:val="000000"/>
          <w:sz w:val="24"/>
        </w:rPr>
        <w:t xml:space="preserve">, </w:t>
      </w:r>
      <w:r>
        <w:rPr>
          <w:rFonts w:ascii="Georgia" w:hAnsi="Georgia" w:cs="Times New Roman"/>
          <w:b/>
          <w:i w:val="0"/>
          <w:color w:val="000000"/>
          <w:sz w:val="24"/>
          <w:rtl/>
          <w:szCs w:val="32"/>
        </w:rPr>
        <w:t>כֹּל</w:t>
      </w:r>
      <w:r>
        <w:rPr>
          <w:rFonts w:ascii="Georgia" w:hAnsi="Georgia"/>
          <w:b w:val="0"/>
          <w:i w:val="0"/>
          <w:color w:val="000000"/>
          <w:sz w:val="24"/>
        </w:rPr>
        <w:t>), а она — невеста (</w:t>
      </w:r>
      <w:r>
        <w:rPr>
          <w:rFonts w:ascii="Georgia" w:hAnsi="Georgia"/>
          <w:b w:val="0"/>
          <w:i/>
          <w:color w:val="000000"/>
          <w:sz w:val="24"/>
        </w:rPr>
        <w:t>кала</w:t>
      </w:r>
      <w:r>
        <w:rPr>
          <w:rFonts w:ascii="Georgia" w:hAnsi="Georgia"/>
          <w:b w:val="0"/>
          <w:i w:val="0"/>
          <w:color w:val="000000"/>
          <w:sz w:val="24"/>
        </w:rPr>
        <w:t xml:space="preserve">, </w:t>
      </w:r>
      <w:r>
        <w:rPr>
          <w:rFonts w:ascii="Georgia" w:hAnsi="Georgia" w:cs="Times New Roman"/>
          <w:b/>
          <w:i w:val="0"/>
          <w:color w:val="000000"/>
          <w:sz w:val="24"/>
          <w:rtl/>
          <w:szCs w:val="32"/>
        </w:rPr>
        <w:t>כַּלָּה</w:t>
      </w:r>
      <w:r>
        <w:rPr>
          <w:rFonts w:ascii="Georgia" w:hAnsi="Georgia"/>
          <w:b w:val="0"/>
          <w:i w:val="0"/>
          <w:color w:val="000000"/>
          <w:sz w:val="24"/>
        </w:rPr>
        <w:t>)», как сказано выше в словах Учителя (ветвь 22, пункт 22). Поэтому она соотносится не с Тиферет, а лишь с Даат, ведь там ее место, как сказано о свете Есода, смотри там.</w:t>
      </w:r>
    </w:p>
    <w:p>
      <w:pPr>
        <w:spacing w:before="40" w:after="120"/>
        <w:jc w:val="both"/>
      </w:pPr>
      <w:r>
        <w:rPr>
          <w:rFonts w:ascii="Georgia" w:hAnsi="Georgia"/>
          <w:b w:val="0"/>
          <w:i w:val="0"/>
          <w:color w:val="000000"/>
          <w:sz w:val="24"/>
        </w:rPr>
        <w:t xml:space="preserve">Ведь эта совокупность пяти хасадим и пяти гвурот в свете Малхут в точности такова, как во время их пребывания в кли Даат в виде соединения пяти хасадим и пяти гвурот в рош. И потому, пока Малхут находится там, она называется </w:t>
      </w:r>
      <w:r>
        <w:rPr>
          <w:rFonts w:ascii="Georgia" w:hAnsi="Georgia"/>
          <w:b w:val="0"/>
          <w:i/>
          <w:color w:val="000000"/>
          <w:sz w:val="24"/>
        </w:rPr>
        <w:t>«венцом мужа своего»</w:t>
      </w:r>
      <w:r>
        <w:rPr>
          <w:rFonts w:ascii="Georgia" w:hAnsi="Georgia"/>
          <w:b w:val="0"/>
          <w:i w:val="0"/>
          <w:color w:val="000000"/>
          <w:sz w:val="24"/>
        </w:rPr>
        <w:t xml:space="preserve"> (Мишлей 12:4), то есть его Кетером, ведь всякий рош именуется Кетером, а венец (</w:t>
      </w:r>
      <w:r>
        <w:rPr>
          <w:rFonts w:ascii="Georgia" w:hAnsi="Georgia"/>
          <w:b w:val="0"/>
          <w:i/>
          <w:color w:val="000000"/>
          <w:sz w:val="24"/>
        </w:rPr>
        <w:t>атара</w:t>
      </w:r>
      <w:r>
        <w:rPr>
          <w:rFonts w:ascii="Georgia" w:hAnsi="Georgia"/>
          <w:b w:val="0"/>
          <w:i w:val="0"/>
          <w:color w:val="000000"/>
          <w:sz w:val="24"/>
        </w:rPr>
        <w:t>) и корона (</w:t>
      </w:r>
      <w:r>
        <w:rPr>
          <w:rFonts w:ascii="Georgia" w:hAnsi="Georgia"/>
          <w:b w:val="0"/>
          <w:i/>
          <w:color w:val="000000"/>
          <w:sz w:val="24"/>
        </w:rPr>
        <w:t>кетер</w:t>
      </w:r>
      <w:r>
        <w:rPr>
          <w:rFonts w:ascii="Georgia" w:hAnsi="Georgia"/>
          <w:b w:val="0"/>
          <w:i w:val="0"/>
          <w:color w:val="000000"/>
          <w:sz w:val="24"/>
        </w:rPr>
        <w:t>) — одно и то же, как известно. Когда же [хасадим и гвурот] спускаются ниже тела в виде совокупности в Малхут, тогда она называется невестой (</w:t>
      </w:r>
      <w:r>
        <w:rPr>
          <w:rFonts w:ascii="Georgia" w:hAnsi="Georgia"/>
          <w:b w:val="0"/>
          <w:i/>
          <w:color w:val="000000"/>
          <w:sz w:val="24"/>
        </w:rPr>
        <w:t>кала</w:t>
      </w:r>
      <w:r>
        <w:rPr>
          <w:rFonts w:ascii="Georgia" w:hAnsi="Georgia"/>
          <w:b w:val="0"/>
          <w:i w:val="0"/>
          <w:color w:val="000000"/>
          <w:sz w:val="24"/>
        </w:rPr>
        <w:t>).</w:t>
      </w:r>
    </w:p>
    <w:p>
      <w:pPr>
        <w:keepNext/>
        <w:spacing w:before="320" w:after="120"/>
      </w:pPr>
      <w:r>
        <w:rPr>
          <w:rFonts w:ascii="Georgia" w:hAnsi="Georgia"/>
          <w:b w:val="0"/>
          <w:i w:val="0"/>
          <w:color w:val="000000"/>
          <w:sz w:val="32"/>
        </w:rPr>
        <w:t>Паним Масбирот</w:t>
      </w:r>
    </w:p>
    <w:p>
      <w:pPr>
        <w:spacing w:before="40" w:after="120"/>
        <w:jc w:val="both"/>
      </w:pPr>
      <w:r>
        <w:rPr>
          <w:rFonts w:ascii="Georgia" w:hAnsi="Georgia"/>
          <w:b w:val="0"/>
          <w:i w:val="0"/>
          <w:color w:val="000000"/>
          <w:sz w:val="24"/>
        </w:rPr>
        <w:t xml:space="preserve">1) </w:t>
      </w:r>
      <w:r>
        <w:rPr>
          <w:rFonts w:ascii="Georgia" w:hAnsi="Georgia"/>
          <w:b/>
          <w:i w:val="0"/>
          <w:color w:val="000000"/>
          <w:sz w:val="24"/>
        </w:rPr>
        <w:t>«И объясним теперь, как во время смерти мелахим их келим опустились в мир Брия и т.д.»</w:t>
      </w:r>
      <w:r>
        <w:rPr>
          <w:rFonts w:ascii="Georgia" w:hAnsi="Georgia"/>
          <w:b w:val="0"/>
          <w:i w:val="0"/>
          <w:color w:val="000000"/>
          <w:sz w:val="24"/>
        </w:rPr>
        <w:t xml:space="preserve"> — и необходимо очень глубоко понять смысл этих спусков. Однако прежде нужно тщательно разобраться в его словах в предыдущей ветви, где сказано: «И получается, что спустились семь мелахим и т.д., и четыре [вида] ахораим Аба ве-Има и Исраэль Саба ве-Твуна и т.д., и это одиннадцать компонентов воскурения, являющиеся одиннадцатью светами и т.д., помещенными внутрь клипот и т.д.».</w:t>
      </w:r>
    </w:p>
    <w:p>
      <w:pPr>
        <w:spacing w:before="40" w:after="120"/>
        <w:jc w:val="both"/>
      </w:pPr>
      <w:r>
        <w:rPr>
          <w:rFonts w:ascii="Georgia" w:hAnsi="Georgia"/>
          <w:b w:val="0"/>
          <w:i w:val="0"/>
          <w:color w:val="000000"/>
          <w:sz w:val="24"/>
        </w:rPr>
        <w:t>На первый взгляд это в высшей степени удивительно: ведь четыре [вида] ахораим Аба ве-Има даже не сдвинулись со своего места, как сказано ниже при разъяснении имени КРА САТАН (</w:t>
      </w:r>
      <w:r>
        <w:rPr>
          <w:rFonts w:ascii="Georgia" w:hAnsi="Georgia" w:cs="Times New Roman"/>
          <w:b/>
          <w:i w:val="0"/>
          <w:color w:val="000000"/>
          <w:sz w:val="24"/>
          <w:rtl/>
          <w:szCs w:val="32"/>
        </w:rPr>
        <w:t>קר״ע שטן</w:t>
      </w:r>
      <w:r>
        <w:rPr>
          <w:rFonts w:ascii="Georgia" w:hAnsi="Georgia"/>
          <w:b w:val="0"/>
          <w:i w:val="0"/>
          <w:color w:val="000000"/>
          <w:sz w:val="24"/>
        </w:rPr>
        <w:t>), где показано, что там не было подлинной смерти и сокрушения, как у семи мелахим, а лишь надрыв и надлом, и они остались на своем месте. Как же он говорит, будто эти одиннадцать свойств — четыре [вида] ахораим Аба ве-Има и семь мелахим, которые не смогли выясниться, — остались помещенными внутрь клипот и представляют собой одиннадцать компонентов воскурения? Кроме того, в книге «Эц Хаим», во вратах «Шаар а-Мелахим», прямо сказано, что в клипот жизненная сила не поглощается внутри них, поскольку святое не смешивается с будничным. И вот его слова: «Смысл одиннадцати компонентов воскурения и т.д. заключается в том, что это десять клипот Нога, и в них есть жизненная сила святости, чтобы их оживлять. И вот, в десяти сфирот святости их жизненная сила поглощается внутри них, и они считаются лишь десятью. Но в клипот жизненная сила не поглощается внутри них, ибо святое не смешивается с будничным, а стоит над их головой и оттуда светит им, и тогда они считаются одиннадцатью. И в этом смысл правила «всякий добавляющий — убавляет» и одиннадцати проклятий в недельной главе «Ки Таво» и т.д.», смотри там.</w:t>
      </w:r>
    </w:p>
    <w:p>
      <w:pPr>
        <w:spacing w:before="40" w:after="120"/>
        <w:jc w:val="both"/>
      </w:pPr>
      <w:r>
        <w:rPr>
          <w:rFonts w:ascii="Georgia" w:hAnsi="Georgia"/>
          <w:b w:val="0"/>
          <w:i w:val="0"/>
          <w:color w:val="000000"/>
          <w:sz w:val="24"/>
        </w:rPr>
        <w:t>Однако сам Учитель уже обратил на это внимание в «Мево Шеарим» (врата «Шаар а-Клипот», часть 2, глава 1), где пишет: «И не удивляйся тому, как от ХУБ произошли клипот: ведь это произошло от того свойства, которое облачается в ЗОН внизу, чтобы служить им светом разума, и на этом уровне оно считается буквально как ЗОН. И так же, как они стали головой для ЗА, так их отходы стали головой для семи мелахим и явились одиннадцатью компонентами воскурения и т.д.», смотри там. И слова эти действительно требуют разъяснения: он утверждает, что они представляют собой рош де-ЗА, и вместе с тем считаются как ЗОН, — а эти вещи на первый взгляд противоречат друг другу. Ведь если они рош, то не являются телом и ЗА; если же они буквально ЗА, то как могут быть уровнем рош, когда расстояние между головой и телом огромно, как сказано в предыдущих ветвях? Кроме того, ведь он прямо писал, что рош де-ЗА также не разбился; а если он имеет в виду частные ЗОН, то уже говорил, что рош де-ЗА вообще не выходил. К тому же он начал с четырех [видов] ахораим ХУБ, являющихся свойством ХУБ де-ГАР де-Некудим, а заканчивает рош де-ЗА.</w:t>
      </w:r>
    </w:p>
    <w:p>
      <w:pPr>
        <w:spacing w:before="40" w:after="120"/>
        <w:jc w:val="both"/>
      </w:pPr>
      <w:r>
        <w:rPr>
          <w:rFonts w:ascii="Georgia" w:hAnsi="Georgia"/>
          <w:b w:val="0"/>
          <w:i w:val="0"/>
          <w:color w:val="000000"/>
          <w:sz w:val="24"/>
        </w:rPr>
        <w:t>Поистине, эти его слова глубже моря, и я разъясню их здесь лишь в той мере, которая необходима для связывания темы, а понимающие уразумеют. И прежде всего нужно понять его слова здесь: он говорит, что эти одиннадцать свойств, которые спустились и не смогли выясниться, остались помещенными внутрь клипот, — но не объясняет нам, какие именно свойства выяснились, а какие не выяснились. Между тем именно в этом заключается ключевая ось для понимания всей этой темы. Однако его слова содержат богатейшее объяснение в другом месте — в конце книги «Шаар Маамарей РАШБИ», смотри там. Из сказанного там следует, что разбились восемь мелахим, и в каждом мелехе присутствуют четыре стадии — то есть четыре известные стадии прямого света, называемые Хохма, Бина, ЗА и Нуква, о которых говорилось выше в ветви 4, смотри там. При этом каждая стадия включает в себя десять сфирот, подобно тому как мы объяснили выше в ветви 22: каждый мелех — это распространение десяти сфирот равного уровня, а различие между мелахим состоит лишь в высоте их уровня. Так, десять сфирот мелеха Даат достигали уровня Кетер, а десять сфирот мелеха Хесед выходили на уровень Хохма и так далее, смотри там.</w:t>
      </w:r>
    </w:p>
    <w:p>
      <w:pPr>
        <w:spacing w:before="40" w:after="120"/>
        <w:jc w:val="both"/>
      </w:pPr>
      <w:r>
        <w:rPr>
          <w:rFonts w:ascii="Georgia" w:hAnsi="Georgia"/>
          <w:b w:val="0"/>
          <w:i w:val="0"/>
          <w:color w:val="000000"/>
          <w:sz w:val="24"/>
        </w:rPr>
        <w:t>Следовательно, здесь насчитывается 320 свойств (</w:t>
      </w:r>
      <w:r>
        <w:rPr>
          <w:rFonts w:ascii="Georgia" w:hAnsi="Georgia" w:cs="Times New Roman"/>
          <w:b/>
          <w:i w:val="0"/>
          <w:color w:val="000000"/>
          <w:sz w:val="24"/>
          <w:rtl/>
          <w:szCs w:val="32"/>
        </w:rPr>
        <w:t>ש״ך</w:t>
      </w:r>
      <w:r>
        <w:rPr>
          <w:rFonts w:ascii="Georgia" w:hAnsi="Georgia"/>
          <w:b w:val="0"/>
          <w:i w:val="0"/>
          <w:color w:val="000000"/>
          <w:sz w:val="24"/>
        </w:rPr>
        <w:t>): восемь мелахим, в каждом из которых четыре стадии, дают 32 стадии (</w:t>
      </w:r>
      <w:r>
        <w:rPr>
          <w:rFonts w:ascii="Georgia" w:hAnsi="Georgia" w:cs="Times New Roman"/>
          <w:b/>
          <w:i w:val="0"/>
          <w:color w:val="000000"/>
          <w:sz w:val="24"/>
          <w:rtl/>
          <w:szCs w:val="32"/>
        </w:rPr>
        <w:t>ל״ב</w:t>
      </w:r>
      <w:r>
        <w:rPr>
          <w:rFonts w:ascii="Georgia" w:hAnsi="Georgia"/>
          <w:b w:val="0"/>
          <w:i w:val="0"/>
          <w:color w:val="000000"/>
          <w:sz w:val="24"/>
        </w:rPr>
        <w:t>). И каждая из этих 32 стадий включает в себя десять [сфирот]; значит, десять раз по 32 составляет 320. И вот выяснилось, что здесь было 32 уровня десяти сфирот: КАХАБ, ХАГАТ, НЕХИ. При этом девять первых сфирот из этих 32 уровней — то есть от Кетера до Есода в каждом из них — поднялись и выяснились еще до греха Адама а-Ришона, а после греха с Древом познания вновь пали. Однако они называются «святыми искрами», поскольку способны выясняться и на протяжении шести тысяч лет. Они и составляют тайну 288 искр (</w:t>
      </w:r>
      <w:r>
        <w:rPr>
          <w:rFonts w:ascii="Georgia" w:hAnsi="Georgia" w:cs="Times New Roman"/>
          <w:b/>
          <w:i w:val="0"/>
          <w:color w:val="000000"/>
          <w:sz w:val="24"/>
          <w:rtl/>
          <w:szCs w:val="32"/>
        </w:rPr>
        <w:t>רפ״ח</w:t>
      </w:r>
      <w:r>
        <w:rPr>
          <w:rFonts w:ascii="Georgia" w:hAnsi="Georgia"/>
          <w:b w:val="0"/>
          <w:i w:val="0"/>
          <w:color w:val="000000"/>
          <w:sz w:val="24"/>
        </w:rPr>
        <w:t xml:space="preserve">), которые праведники изо дня в день поднимают с помощью Торы и добрых дел, — то есть из тех девяти первых сфирот упомянутых 32 уровней; ведь девять раз по 32 как раз составляет по счету 288. Последнее же свойство — то есть Малхут в каждом из этих 32 уровней — это то, что не смогло выясниться: они не выяснились даже до греха Адама а-Ришона, и именно они называются 32 свойствами камня (каменным сердцем). И потому сначала необходимо выяснить остаток 288 святых искр, поврежденных из-за греха с Древом познания, — и это происходит в течение шести тысяч лет. А затем само собой исполнится сказанное в стихе: </w:t>
      </w:r>
      <w:r>
        <w:rPr>
          <w:rFonts w:ascii="Georgia" w:hAnsi="Georgia"/>
          <w:b w:val="0"/>
          <w:i/>
          <w:color w:val="000000"/>
          <w:sz w:val="24"/>
        </w:rPr>
        <w:t>«И удалю каменное сердце (</w:t>
      </w:r>
      <w:r>
        <w:rPr>
          <w:rFonts w:ascii="Georgia" w:hAnsi="Georgia"/>
          <w:b w:val="0"/>
          <w:i w:val="0"/>
          <w:color w:val="000000"/>
          <w:sz w:val="24"/>
        </w:rPr>
        <w:t>лев а-эвен</w:t>
      </w:r>
      <w:r>
        <w:rPr>
          <w:rFonts w:ascii="Georgia" w:hAnsi="Georgia"/>
          <w:b w:val="0"/>
          <w:i/>
          <w:color w:val="000000"/>
          <w:sz w:val="24"/>
        </w:rPr>
        <w:t xml:space="preserve">, </w:t>
      </w:r>
      <w:r>
        <w:rPr>
          <w:rFonts w:ascii="Georgia" w:hAnsi="Georgia" w:cs="Times New Roman"/>
          <w:b/>
          <w:i/>
          <w:color w:val="000000"/>
          <w:sz w:val="24"/>
          <w:rtl/>
          <w:szCs w:val="32"/>
        </w:rPr>
        <w:t>לֵב הָאֶבֶן</w:t>
      </w:r>
      <w:r>
        <w:rPr>
          <w:rFonts w:ascii="Georgia" w:hAnsi="Georgia"/>
          <w:b w:val="0"/>
          <w:i/>
          <w:color w:val="000000"/>
          <w:sz w:val="24"/>
        </w:rPr>
        <w:t xml:space="preserve"> / </w:t>
      </w:r>
      <w:r>
        <w:rPr>
          <w:rFonts w:ascii="Georgia" w:hAnsi="Georgia" w:cs="Times New Roman"/>
          <w:b/>
          <w:i/>
          <w:color w:val="000000"/>
          <w:sz w:val="24"/>
          <w:rtl/>
          <w:szCs w:val="32"/>
        </w:rPr>
        <w:t>ל״ב</w:t>
      </w:r>
      <w:r>
        <w:rPr>
          <w:rFonts w:ascii="Georgia" w:hAnsi="Georgia"/>
          <w:b w:val="0"/>
          <w:i/>
          <w:color w:val="000000"/>
          <w:sz w:val="24"/>
        </w:rPr>
        <w:t>) из плоти вашей»</w:t>
      </w:r>
      <w:r>
        <w:rPr>
          <w:rFonts w:ascii="Georgia" w:hAnsi="Georgia"/>
          <w:b w:val="0"/>
          <w:i w:val="0"/>
          <w:color w:val="000000"/>
          <w:sz w:val="24"/>
        </w:rPr>
        <w:t xml:space="preserve"> (Йехезкель 36:26).</w:t>
      </w:r>
    </w:p>
    <w:p>
      <w:pPr>
        <w:spacing w:before="40" w:after="120"/>
        <w:jc w:val="both"/>
      </w:pPr>
      <w:r>
        <w:rPr>
          <w:rFonts w:ascii="Georgia" w:hAnsi="Georgia"/>
          <w:b w:val="0"/>
          <w:i w:val="0"/>
          <w:color w:val="000000"/>
          <w:sz w:val="24"/>
        </w:rPr>
        <w:t xml:space="preserve">И благодаря этому ты поймешь слова наших мудрецов (Таанит 5а) о стихе </w:t>
      </w:r>
      <w:r>
        <w:rPr>
          <w:rFonts w:ascii="Georgia" w:hAnsi="Georgia"/>
          <w:b w:val="0"/>
          <w:i/>
          <w:color w:val="000000"/>
          <w:sz w:val="24"/>
        </w:rPr>
        <w:t>«Среди тебя Святой, и Я не войду в город»</w:t>
      </w:r>
      <w:r>
        <w:rPr>
          <w:rFonts w:ascii="Georgia" w:hAnsi="Georgia"/>
          <w:b w:val="0"/>
          <w:i w:val="0"/>
          <w:color w:val="000000"/>
          <w:sz w:val="24"/>
        </w:rPr>
        <w:t xml:space="preserve"> (Ошеа 11:9), которые они объяснили так: «Хотя среди тебя Святой, Я все же не войду в город — ведь поклялся Г-сподь, что не войдет в небесный Йерушалаим прежде, чем войдет в земной Йерушалаим», до сих пор их слова.</w:t>
      </w:r>
    </w:p>
    <w:p>
      <w:pPr>
        <w:spacing w:before="40" w:after="120"/>
        <w:jc w:val="both"/>
      </w:pPr>
      <w:r>
        <w:rPr>
          <w:rFonts w:ascii="Georgia" w:hAnsi="Georgia"/>
          <w:b w:val="0"/>
          <w:i w:val="0"/>
          <w:color w:val="000000"/>
          <w:sz w:val="24"/>
        </w:rPr>
        <w:t>И многие недоумевали, ведь это противоречит общему правилу Учителя: сначала соударение происходит в высших парцуфим, а затем света притягиваются к нижним. Как же тогда возможно, чтобы Он вошел в земной Йерушалаим прежде, чем войдет в небесный Йерушалаим?</w:t>
      </w:r>
    </w:p>
    <w:p>
      <w:pPr>
        <w:spacing w:before="40" w:after="120"/>
        <w:jc w:val="both"/>
      </w:pPr>
      <w:r>
        <w:rPr>
          <w:rFonts w:ascii="Georgia" w:hAnsi="Georgia"/>
          <w:b w:val="0"/>
          <w:i w:val="0"/>
          <w:color w:val="000000"/>
          <w:sz w:val="24"/>
        </w:rPr>
        <w:t>А чтобы вникнуть в эти вопросы, тебе необходимо подробно рассмотреть эти триста двадцать искр и различия между ними. Ведь в этом общем правиле Учитель объяснил их так, чтобы познать и уразуметь каждую искру в ее корне. Благодаря этому нам становятся понятны слова Зоара и Тиккуней Зоар, которые много занимаются этими 320 искрами; и все подъемы МАН, совершаемые нами с помощью Торы и добрых дел изо дня в день, происходят именно из них. Подробный их разбор занял бы слишком много места, однако я уже дал тебе ключ к размышлению о них, как объяснялось в «Паним Меирот» в ветви 22 при описании порядка разбиения, смотри там.</w:t>
      </w:r>
    </w:p>
    <w:p>
      <w:pPr>
        <w:spacing w:before="40" w:after="120"/>
        <w:jc w:val="both"/>
      </w:pPr>
      <w:r>
        <w:rPr>
          <w:rFonts w:ascii="Georgia" w:hAnsi="Georgia"/>
          <w:b w:val="0"/>
          <w:i w:val="0"/>
          <w:color w:val="000000"/>
          <w:sz w:val="24"/>
        </w:rPr>
        <w:t>Ведь ты найдешь в каждом мелехе сорок свойств, поскольку каждый из них представляет собой полное распространение десяти сфирот от рош. Стало быть, в каждом есть четыре стадии прямого света — ХУБ, ЗА и Малхут. А благодаря отраженному свету, поднимающемуся от четвертой стадии в ударном соединении (зивуг де-акаа), каждая стадия обретает полный уровень от Малхут до Кетера:</w:t>
      </w:r>
    </w:p>
    <w:p>
      <w:pPr>
        <w:spacing w:before="40" w:after="120"/>
        <w:jc w:val="both"/>
      </w:pPr>
      <w:r>
        <w:rPr>
          <w:rFonts w:ascii="Georgia" w:hAnsi="Georgia"/>
          <w:b w:val="0"/>
          <w:i w:val="0"/>
          <w:color w:val="000000"/>
          <w:sz w:val="24"/>
        </w:rPr>
        <w:t>ведь Хохма обретает восемь нижних сфирот и Кетер;</w:t>
      </w:r>
    </w:p>
    <w:p>
      <w:pPr>
        <w:spacing w:before="40" w:after="120"/>
        <w:jc w:val="both"/>
      </w:pPr>
      <w:r>
        <w:rPr>
          <w:rFonts w:ascii="Georgia" w:hAnsi="Georgia"/>
          <w:b w:val="0"/>
          <w:i w:val="0"/>
          <w:color w:val="000000"/>
          <w:sz w:val="24"/>
        </w:rPr>
        <w:t>Бина обретает семь нижних сфирот, а также Кетер и Хохму;</w:t>
      </w:r>
    </w:p>
    <w:p>
      <w:pPr>
        <w:spacing w:before="40" w:after="120"/>
        <w:jc w:val="both"/>
      </w:pPr>
      <w:r>
        <w:rPr>
          <w:rFonts w:ascii="Georgia" w:hAnsi="Georgia"/>
          <w:b w:val="0"/>
          <w:i w:val="0"/>
          <w:color w:val="000000"/>
          <w:sz w:val="24"/>
        </w:rPr>
        <w:t>ЗА, распространяющийся на ХАГАТ и НЕХИ, обретает Малхут, а также Кетер, Хохму и Бину;</w:t>
      </w:r>
    </w:p>
    <w:p>
      <w:pPr>
        <w:spacing w:before="40" w:after="120"/>
        <w:jc w:val="both"/>
      </w:pPr>
      <w:r>
        <w:rPr>
          <w:rFonts w:ascii="Georgia" w:hAnsi="Georgia"/>
          <w:b w:val="0"/>
          <w:i w:val="0"/>
          <w:color w:val="000000"/>
          <w:sz w:val="24"/>
        </w:rPr>
        <w:t>а четвертая стадия, то есть Малхут, обретает девять первых сфирот.</w:t>
      </w:r>
    </w:p>
    <w:p>
      <w:pPr>
        <w:spacing w:before="40" w:after="120"/>
        <w:jc w:val="both"/>
      </w:pPr>
      <w:r>
        <w:rPr>
          <w:rFonts w:ascii="Georgia" w:hAnsi="Georgia"/>
          <w:b w:val="0"/>
          <w:i w:val="0"/>
          <w:color w:val="000000"/>
          <w:sz w:val="24"/>
        </w:rPr>
        <w:t>И вот ты находишь сорок свойств в каждом мелехе. И пусть тебя не затрудняет вопрос, почему здесь не учитывается Кетер прямого света: ведь уже объяснялось, что Кетер прямого света — это тайна Эйн Соф, благословен Он, как приведено в словах Учителя выше, в ветви 4. Поэтому в расчет входят только четыре Кетера десяти сфирот отраженного света, как сказано выше, пойми это как следует.</w:t>
      </w:r>
    </w:p>
    <w:p>
      <w:pPr>
        <w:spacing w:before="40" w:after="120"/>
        <w:jc w:val="both"/>
      </w:pPr>
      <w:r>
        <w:rPr>
          <w:rFonts w:ascii="Georgia" w:hAnsi="Georgia"/>
          <w:b w:val="0"/>
          <w:i w:val="0"/>
          <w:color w:val="000000"/>
          <w:sz w:val="24"/>
        </w:rPr>
        <w:t>И не удивляйся тому, что здесь насчитывается восемь мелахим вопреки всем тем местам, где их считают только семью. Дело в том, что когда Нецах и Ход находятся в состоянии ахораим — то есть в них нет лицевого света, — между ними нет никакого различия, и потому они считаются за одно целое. Однако когда в них светит лицевой свет, они считаются двумя, поскольку Нецах относится тогда к Хеседу, а Ход — к Гвуре.</w:t>
      </w:r>
    </w:p>
    <w:p>
      <w:pPr>
        <w:spacing w:before="40" w:after="120"/>
        <w:jc w:val="both"/>
      </w:pPr>
      <w:r>
        <w:rPr>
          <w:rFonts w:ascii="Georgia" w:hAnsi="Georgia"/>
          <w:b w:val="0"/>
          <w:i w:val="0"/>
          <w:color w:val="000000"/>
          <w:sz w:val="24"/>
        </w:rPr>
        <w:t>Поэтому, когда о них говорится со времени выхода из света глаз, когда келим предшествовали светам, и раз в них не было света, их считают одним кли, и оказывается, что здесь только семь келим. И точно так же после разбиения сосудов (швират а-келим), когда свет ушел из них, они тоже представляют собой лишь одно кли.</w:t>
      </w:r>
    </w:p>
    <w:p>
      <w:pPr>
        <w:spacing w:before="40" w:after="120"/>
        <w:jc w:val="both"/>
      </w:pPr>
      <w:r>
        <w:rPr>
          <w:rFonts w:ascii="Georgia" w:hAnsi="Georgia"/>
          <w:b w:val="0"/>
          <w:i w:val="0"/>
          <w:color w:val="000000"/>
          <w:sz w:val="24"/>
        </w:rPr>
        <w:t>Иное дело — во время свечения Есода де-АК, когда к ним пришел лицевой свет: тогда они, несомненно, считаются двумя мелахим. Ведь Нецах — это десять сфирот второго созерцания Исраэль Саба, и, следовательно, он — полноценный мелех из сорока свойств: четыре стадии прямого света, в каждой из которых десять сфирот отраженного света. И точно так же Ход — это десять сфирот второго созерцания Твуны, и, следовательно, он также представляет собой полноценного мелеха из сорока свойств. Поэтому, когда мы рассматриваем их во время их правления, здесь, безусловно, восемь мелахим.</w:t>
      </w:r>
    </w:p>
    <w:p>
      <w:pPr>
        <w:spacing w:before="40" w:after="120"/>
        <w:jc w:val="both"/>
      </w:pPr>
      <w:r>
        <w:rPr>
          <w:rFonts w:ascii="Georgia" w:hAnsi="Georgia"/>
          <w:b w:val="0"/>
          <w:i w:val="0"/>
          <w:color w:val="000000"/>
          <w:sz w:val="24"/>
        </w:rPr>
        <w:t>И пусть также тебя не затрудняет сказанное там в «Паним Меирот», что они выходили один под другим в порядке уменьшения и очищения экрана, из-за чего сфира Даат вышла на уровень Кетер, сфира Хесед вышла лишь на уровень Хохма и так далее, вплоть до того, что в Малхут вышел только ее собственный уровень, — как же тогда здесь говорится, что в каждом вышли десять сфирот уровня Кетер?</w:t>
      </w:r>
    </w:p>
    <w:p>
      <w:pPr>
        <w:spacing w:before="40" w:after="120"/>
        <w:jc w:val="both"/>
      </w:pPr>
      <w:r>
        <w:rPr>
          <w:rFonts w:ascii="Georgia" w:hAnsi="Georgia"/>
          <w:b w:val="0"/>
          <w:i w:val="0"/>
          <w:color w:val="000000"/>
          <w:sz w:val="24"/>
        </w:rPr>
        <w:t>Однако тебе следует внимательно вдуматься в сказанное там: совокупность всех светов вышла сразу же в сфире Даат одновременно, как написал там Учитель, что и шесть нижних светов также выходили в сфире Даат, смотри там и в «Паним Меирот». И согласно этому ты ясно поймешь: ступени, которые истончились и оказались утрачены в нижних, присутствовали в них как ахораим Даат, опустившиеся вместе с ними во время их правления. Иначе говоря, когда свет Хеседа находился в кли Даат, в нем было десять сфирот до Кетера, и поэтому, когда этот свет пришел в свое кли — то есть в Хесед, — хотя отраженный свет достиг там лишь уровня Хохма, он тем не менее воспринял и уровень Кетер, принадлежавший ему благодаря пребыванию в свете Даат, только этот уровень считался состоянием ахораим. И точно так же обстоит дело с остальными мелахим: та мера уровня, которую не облачил отраженный свет, также присутствует в этой сфире, но лишь в виде ахораим. Итак, выяснилось, что каждый мелех, сообразно своему уровню, унес с собой недостающие ему ступени с того времени, когда он находился в правлении Даат. Таким образом, даже мелех Есод, в котором был лишь уровень ЗА, тем не менее унес с собой решимо трех первых сфирот, бывшее у него во время пребывания в мелехе Даат; и точно так же Малхут унесла с собой уровень девяти первых сфирот, имевшийся у нее во время правления Даат, с той лишь разницей, что они не светили в них из-за недостатка в экране, как сказано там.</w:t>
      </w:r>
    </w:p>
    <w:p>
      <w:pPr>
        <w:spacing w:before="40" w:after="120"/>
        <w:jc w:val="both"/>
      </w:pPr>
      <w:r>
        <w:rPr>
          <w:rFonts w:ascii="Georgia" w:hAnsi="Georgia"/>
          <w:b w:val="0"/>
          <w:i w:val="0"/>
          <w:color w:val="000000"/>
          <w:sz w:val="24"/>
        </w:rPr>
        <w:t>И таким способом нужно различать каждое из этих 320 свойств, выявляя отличие одной искры от другой.</w:t>
      </w:r>
    </w:p>
    <w:p>
      <w:pPr>
        <w:spacing w:before="40" w:after="120"/>
        <w:jc w:val="both"/>
      </w:pPr>
      <w:r>
        <w:rPr>
          <w:rFonts w:ascii="Georgia" w:hAnsi="Georgia"/>
          <w:b w:val="0"/>
          <w:i w:val="0"/>
          <w:color w:val="000000"/>
          <w:sz w:val="24"/>
        </w:rPr>
        <w:t>А в предыдущих ветвях уже объяснялось различие между прямым и отраженным светом: в десяти сфирот прямого света чем выше ступень, тем она чище, ведь Хохма чище Бины, Бина чище ЗА, а ЗА чище Малхут. И противоположны им десять сфирот отраженного света: ведь в десяти сфирот отраженного света чем ступень грубее, тем она выше. Ведь кли, обладающее толщей (авиют) четвертой стадии, поднимает десять сфирот уровня Кетер; кли же, не имеющее толщи четвертой стадии, а обладающее лишь третьей стадией, более чистой, поднимает отраженный свет лишь уровня Хохма и так далее, как сказано в «Паним Масбирот» в ветви 3 и в «Птихе», смотри там.</w:t>
      </w:r>
    </w:p>
    <w:p>
      <w:pPr>
        <w:spacing w:before="40" w:after="120"/>
        <w:jc w:val="both"/>
      </w:pPr>
      <w:r>
        <w:rPr>
          <w:rFonts w:ascii="Georgia" w:hAnsi="Georgia"/>
          <w:b w:val="0"/>
          <w:i w:val="0"/>
          <w:color w:val="000000"/>
          <w:sz w:val="24"/>
        </w:rPr>
        <w:t>И поэтому совокупность всех светов мира Некудим вышла в мелехе Даат, поскольку он являлся вторым созерцанием великого соударения от созерцания глаз Аба ве-Има. И как написано там, НЕХИ Кетера, представляющие собой четвертую стадию, облачились в ХУБ, и потому вышли десять сфирот уровня Кетер в Аба ве-Има в виде рош и первого созерцания, а в мелехе Даат — в виде тела и второго созерцания для завершения келим четвертой стадии, ведь известно, что на уровне рош келим не завершаются, смотри там. А когда разбился мелех Даат, тогда и начались уменьшения и изъяны, как сказано там. И в соответствии с этим мы различаем здесь главным образом два проявления четвертой стадии:</w:t>
      </w:r>
    </w:p>
    <w:p>
      <w:pPr>
        <w:spacing w:before="40" w:after="120"/>
        <w:jc w:val="both"/>
      </w:pPr>
      <w:r>
        <w:rPr>
          <w:rFonts w:ascii="Georgia" w:hAnsi="Georgia"/>
          <w:b w:val="0"/>
          <w:i w:val="0"/>
          <w:color w:val="000000"/>
          <w:sz w:val="24"/>
        </w:rPr>
        <w:t>первое проявление — такой, какой она была в мелехе Даат до ее уменьшения в семи нижних мелахим, ведь тогда она пребывала во всем своем великолепии и величии, как сказано выше;</w:t>
      </w:r>
    </w:p>
    <w:p>
      <w:pPr>
        <w:spacing w:before="40" w:after="120"/>
        <w:jc w:val="both"/>
      </w:pPr>
      <w:r>
        <w:rPr>
          <w:rFonts w:ascii="Georgia" w:hAnsi="Georgia"/>
          <w:b w:val="0"/>
          <w:i w:val="0"/>
          <w:color w:val="000000"/>
          <w:sz w:val="24"/>
        </w:rPr>
        <w:t>второе же проявление — после разбиения мелеха Даат, когда началась отмена ахораим высших Аба ве-Има, то есть толщи четвертой стадии, как сказано выше.</w:t>
      </w:r>
    </w:p>
    <w:p>
      <w:pPr>
        <w:spacing w:before="40" w:after="120"/>
        <w:jc w:val="both"/>
      </w:pPr>
      <w:r>
        <w:rPr>
          <w:rFonts w:ascii="Georgia" w:hAnsi="Georgia"/>
          <w:b w:val="0"/>
          <w:i w:val="0"/>
          <w:color w:val="000000"/>
          <w:sz w:val="24"/>
        </w:rPr>
        <w:t>Ведь этот великий свет созерцания глаз, чей уровень достигал Кетера Аба ве-Има — то есть рош, поскольку всякий рош называется Кетером, как известно, — теперь опустился и уменьшился до уровня гуф де-ХУБ: то есть до малого света уровня Хохма, лишенного рош, называемого Кетером. И аналогично уменьшилась и упразднилась толща мелеха Даат, опустившись до уровня мелеха Хесед, представляющего собой толщу третьей стадии, так как он является вторым созерцанием от гуф де-Аба, как сказано там.</w:t>
      </w:r>
    </w:p>
    <w:p>
      <w:pPr>
        <w:spacing w:before="40" w:after="120"/>
        <w:jc w:val="both"/>
      </w:pPr>
      <w:r>
        <w:rPr>
          <w:rFonts w:ascii="Georgia" w:hAnsi="Georgia"/>
          <w:b w:val="0"/>
          <w:i w:val="0"/>
          <w:color w:val="000000"/>
          <w:sz w:val="24"/>
        </w:rPr>
        <w:t>И ты видишь, что вся суть нисхождения света созерцания глаз в гуф де-Аба ве-Има — это не что иное, как упразднение толщи четвертой стадии и ее очищение до третьей стадии. И точно так же суть разбиения мелеха Даат — это тоже упразднение толщи четвертой стадии, ведь рош и гуф — буквально одно и то же свойство, с той лишь разницей, что одно — начало, а другое — завершение.</w:t>
      </w:r>
    </w:p>
    <w:p>
      <w:pPr>
        <w:spacing w:before="40" w:after="120"/>
        <w:jc w:val="both"/>
      </w:pPr>
      <w:r>
        <w:rPr>
          <w:rFonts w:ascii="Georgia" w:hAnsi="Georgia"/>
          <w:b w:val="0"/>
          <w:i w:val="0"/>
          <w:color w:val="000000"/>
          <w:sz w:val="24"/>
        </w:rPr>
        <w:t>И на основании этого ты поймешь, что первое проявление четвертой стадии — это тайна земного Йерушалаима, то есть в той мере уровня, какой она обладала в мелехе Даат, ведь тогда она распространялась до последней ступени. А второе проявление четвертой стадии — то есть с того момента, как в ней началось уменьшение, — считается небесным Йерушалаимом (а Йерушалаим — это имя Малхут, являющейся четвертой стадией, как известно), поскольку тогда она распространялась лишь до третьей стадии на уровне Хохма, как сказано выше.</w:t>
      </w:r>
    </w:p>
    <w:p>
      <w:pPr>
        <w:spacing w:before="40" w:after="120"/>
        <w:jc w:val="both"/>
      </w:pPr>
      <w:r>
        <w:rPr>
          <w:rFonts w:ascii="Georgia" w:hAnsi="Georgia"/>
          <w:b w:val="0"/>
          <w:i w:val="0"/>
          <w:color w:val="000000"/>
          <w:sz w:val="24"/>
        </w:rPr>
        <w:t>И благодаря этому ты поймешь смысл падения келим в мир Брия — «высшие внизу, а нижние вверху»: ведь Даат упал в Даат де-Брия, Хесед — в Бину де-Брия, Гвура — в Хохму де-Брия, а Тиферет — в Кетер де-Брия. И точно так же при втором падении Даат опустился до Малхут де-Брия, его внешняя часть — в Малхут де-Ецира, а самая внешняя часть — в Малхут де-Асия. И вот ты находишь, что Даат упал на самое дно всех ступеней при разбиении сосудов, что на первый взгляд поразительно: высшие — внизу, а нижние — вверху!</w:t>
      </w:r>
    </w:p>
    <w:p>
      <w:pPr>
        <w:spacing w:before="40" w:after="120"/>
        <w:jc w:val="both"/>
      </w:pPr>
      <w:r>
        <w:rPr>
          <w:rFonts w:ascii="Georgia" w:hAnsi="Georgia"/>
          <w:b w:val="0"/>
          <w:i w:val="0"/>
          <w:color w:val="000000"/>
          <w:sz w:val="24"/>
        </w:rPr>
        <w:t>Однако в свете сказанного выше ты ясно поймешь это: ведь от прямого света не упало ничего, кроме как от отраженного света, и потому они определяются как 320 искр. И так же сказано в Зоаре о том кузнеце, который бьет по железу, и искры разлетаются во все стороны, — чтобы дать нам знать, что все разбиение и падение происходило лишь в отраженном свете, который везде определяется как «искры», а не в прямом свете, который повсюду именуется «светами», как написал Учитель в «Маамарей РАШБИ» на книгу Шмот в объяснении слов Зоара «светят и искрятся», смотри там.</w:t>
      </w:r>
    </w:p>
    <w:p>
      <w:pPr>
        <w:spacing w:before="40" w:after="120"/>
        <w:jc w:val="both"/>
      </w:pPr>
      <w:r>
        <w:rPr>
          <w:rFonts w:ascii="Georgia" w:hAnsi="Georgia"/>
          <w:b w:val="0"/>
          <w:i w:val="0"/>
          <w:color w:val="000000"/>
          <w:sz w:val="24"/>
        </w:rPr>
        <w:t>И выше уже объяснялось, что в десяти сфирот отраженного света чем ступень грубее, тем она выше, — но все это верно только при соударении. Однако в то время, когда они не светят в соударении, когда в них остается лишь толща сама по себе, — тогда, конечно, самое грубое оказывается самым низким, пойми [это].</w:t>
      </w:r>
    </w:p>
    <w:p>
      <w:pPr>
        <w:spacing w:before="40" w:after="120"/>
        <w:jc w:val="both"/>
      </w:pPr>
      <w:r>
        <w:rPr>
          <w:rFonts w:ascii="Georgia" w:hAnsi="Georgia"/>
          <w:b w:val="0"/>
          <w:i w:val="0"/>
          <w:color w:val="000000"/>
          <w:sz w:val="24"/>
        </w:rPr>
        <w:t>И благодаря этому понятно, почему четвертая стадия, служившая в головах Аба ве-Има, не упала в БЕА: поскольку там она пребывала лишь в качестве корня, толща на уровне корня не столь заметна. Но тем не менее она упала до Малхут де-Ацилут — то есть в самую низшую точку Ацилута. Иное дело — кли Даат: поскольку оно представляет собой уже второе созерцание, завершающее форму кли, там уже присутствует вся толща в полной мере; поэтому оно, несомненно, упало на дно каждого из трех миров БЕА, вплоть до Малхут де-Асия, как сказано.</w:t>
      </w:r>
    </w:p>
    <w:p>
      <w:pPr>
        <w:spacing w:before="40" w:after="120"/>
        <w:jc w:val="both"/>
      </w:pPr>
      <w:r>
        <w:rPr>
          <w:rFonts w:ascii="Georgia" w:hAnsi="Georgia"/>
          <w:b w:val="0"/>
          <w:i w:val="0"/>
          <w:color w:val="000000"/>
          <w:sz w:val="24"/>
        </w:rPr>
        <w:t>И из этого ты поймешь также тайну 32 свойств камня, которые не выяснились из 320 искр: они представляют собой последнее, то есть самое грубое свойство из всех 32 уровней в восьми разбившихся мелахим. Они же — то самое проявление толщи, которое присутствовало в мелехе Даат до того, как она начала уменьшаться в сторону семи нижних мелахим. И уже объяснялось, что они тянутся и нисходят в каждого мелеха, смотри там. Таким образом, те 288 искр, которые были выяснены и поднялись в Ацилут, — это тайна семи нижних мелахим, то есть после того, как четвертая стадия мелеха Даат начала очищаться и уменьшаться. А 32 искры, которые не смогли выясниться, — это та самая толща, которая была в мелехе Даат до того, как он разбился; тогда, во время своего правления, она называлась земным Йерушалаимом. Но после того как он разбился и в ней осталась толща как таковая, без света, ее грубость стала явной, и потому она стремительно пала на самое дно всех ступеней, как сказано, так что для нее нет никакого выяснения на протяжении шести тысяч лет.</w:t>
      </w:r>
    </w:p>
    <w:p>
      <w:pPr>
        <w:spacing w:before="40" w:after="120"/>
        <w:jc w:val="both"/>
      </w:pPr>
      <w:r>
        <w:rPr>
          <w:rFonts w:ascii="Georgia" w:hAnsi="Georgia"/>
          <w:b w:val="0"/>
          <w:i w:val="0"/>
          <w:color w:val="000000"/>
          <w:sz w:val="24"/>
        </w:rPr>
        <w:t xml:space="preserve">И только после того, как мы удостоимся поднять все 288 искр в абсолютном совершенстве — то есть завершить все выяснения, относящиеся к семи нижним мелахим мира Некудим, называемым ХАГАТ и НЕХИМ, — Всевышний поднимет упомянутые последние 32 искры согласно стиху: </w:t>
      </w:r>
      <w:r>
        <w:rPr>
          <w:rFonts w:ascii="Georgia" w:hAnsi="Georgia"/>
          <w:b w:val="0"/>
          <w:i/>
          <w:color w:val="000000"/>
          <w:sz w:val="24"/>
        </w:rPr>
        <w:t>«И удалю каменное сердце из плоти вашей»</w:t>
      </w:r>
      <w:r>
        <w:rPr>
          <w:rFonts w:ascii="Georgia" w:hAnsi="Georgia"/>
          <w:b w:val="0"/>
          <w:i w:val="0"/>
          <w:color w:val="000000"/>
          <w:sz w:val="24"/>
        </w:rPr>
        <w:t xml:space="preserve"> (Йехезкель 36:26). То есть это произойдет без какого-либо подъема МАН со стороны человека: Всевышний поднимет ее вообще без какого-либо пробуждения снизу со стороны нижних. И в этом смысл стиха: </w:t>
      </w:r>
      <w:r>
        <w:rPr>
          <w:rFonts w:ascii="Georgia" w:hAnsi="Georgia"/>
          <w:b w:val="0"/>
          <w:i/>
          <w:color w:val="000000"/>
          <w:sz w:val="24"/>
        </w:rPr>
        <w:t>«Упала и больше не встанет дева Исраэля»</w:t>
      </w:r>
      <w:r>
        <w:rPr>
          <w:rFonts w:ascii="Georgia" w:hAnsi="Georgia"/>
          <w:b w:val="0"/>
          <w:i w:val="0"/>
          <w:color w:val="000000"/>
          <w:sz w:val="24"/>
        </w:rPr>
        <w:t xml:space="preserve"> (Амос 5:2), что в Зоаре объясняется так: она больше не встанет сама по себе, как это было во времена Первого и Второго Храмов, которые строились благодаря пробуждению снизу и добрым делам нижних; но Святой, благословен Он, поднимет ее согласно стиху: </w:t>
      </w:r>
      <w:r>
        <w:rPr>
          <w:rFonts w:ascii="Georgia" w:hAnsi="Georgia"/>
          <w:b w:val="0"/>
          <w:i/>
          <w:color w:val="000000"/>
          <w:sz w:val="24"/>
        </w:rPr>
        <w:t>«Место для обитания Твоего устроил Ты, Г-споди, святилище, Г-споди, утвердили руки Твои»</w:t>
      </w:r>
      <w:r>
        <w:rPr>
          <w:rFonts w:ascii="Georgia" w:hAnsi="Georgia"/>
          <w:b w:val="0"/>
          <w:i w:val="0"/>
          <w:color w:val="000000"/>
          <w:sz w:val="24"/>
        </w:rPr>
        <w:t xml:space="preserve"> (Шмот 15:17) — то есть Самим Святым, благословен Он, смотри там и пойми.</w:t>
      </w:r>
    </w:p>
    <w:p>
      <w:pPr>
        <w:spacing w:before="40" w:after="120"/>
        <w:jc w:val="both"/>
      </w:pPr>
      <w:r>
        <w:rPr>
          <w:rFonts w:ascii="Georgia" w:hAnsi="Georgia"/>
          <w:b w:val="0"/>
          <w:i w:val="0"/>
          <w:color w:val="000000"/>
          <w:sz w:val="24"/>
        </w:rPr>
        <w:t>И об этом слова Учителя в «Эц Хаим» (врата 15, глава 1): «И вот в этом смысл сказанного нашими мудрецами: поклялся Святой, благословен Он, что не войдет в небесный Йерушалаим, пока не войдет в земной Йерушалаим, что представляет собой абсолютно совершенный зивуг ЗОН и так далее. Ибо этот совершенный зивуг — соударение Аба ве-Има на уровне Хохма, представляющее собой огласовки (некудот), — прекратился из-за наших грехов со дней разрушения Храма, смотри там». И это согласуется со сказанным выше, подобно тому как сказали в Зоаре, что после разрушения она больше не встанет сама по себе, ведь Святой, благословен Он, Сам поднимет ее, чтобы не было... ...нового разрушения, как это произошло с первыми двумя Храмами, построенными руками человека, из-за чего над ними обрела власть другая сторона. Иначе говоря, они строились силой 288 искр, подъем МАН от которых совершается людьми: ведь даже до разрушения не было совершенного зивуга земного Йерушалаима, а был лишь совершенный зивуг небесного Йерушалаима — то есть благодаря МАН от 288 [искр], [поднимаемому] людьми, и оттуда зивуг привлекался к обоим Храмам, которые впоследствии были разрушены.</w:t>
      </w:r>
    </w:p>
    <w:p>
      <w:pPr>
        <w:spacing w:before="40" w:after="120"/>
        <w:jc w:val="both"/>
      </w:pPr>
      <w:r>
        <w:rPr>
          <w:rFonts w:ascii="Georgia" w:hAnsi="Georgia"/>
          <w:b w:val="0"/>
          <w:i w:val="0"/>
          <w:color w:val="000000"/>
          <w:sz w:val="24"/>
        </w:rPr>
        <w:t>И в этом тайна клятвы, что Он больше не войдет в небесный Йерушалаим в совершенном зивуге, пока не войдет в земной Йерушалаим в абсолютно полном соударении — то есть в Храме грядущего, являющемся тайной абсолютно совершенного зивуга ЗОН.</w:t>
      </w:r>
    </w:p>
    <w:p>
      <w:pPr>
        <w:spacing w:before="40" w:after="120"/>
        <w:jc w:val="both"/>
      </w:pPr>
      <w:r>
        <w:rPr>
          <w:rFonts w:ascii="Georgia" w:hAnsi="Georgia"/>
          <w:b w:val="0"/>
          <w:i w:val="0"/>
          <w:color w:val="000000"/>
          <w:sz w:val="24"/>
        </w:rPr>
        <w:t>И вот стало ясно, что со дней разрушения прекратились два высших зивуга:</w:t>
      </w:r>
    </w:p>
    <w:p>
      <w:pPr>
        <w:spacing w:before="40" w:after="120"/>
        <w:jc w:val="both"/>
      </w:pPr>
      <w:r>
        <w:rPr>
          <w:rFonts w:ascii="Georgia" w:hAnsi="Georgia"/>
          <w:b w:val="0"/>
          <w:i w:val="0"/>
          <w:color w:val="000000"/>
          <w:sz w:val="24"/>
        </w:rPr>
        <w:t xml:space="preserve">первый — это зивуг созерцания глаз Аба ве-Има, от которого произошел мелех Даат. И именно его Учитель называет абсолютно совершенным зивугом ЗОН, поскольку Даат — это внутренняя часть ЗОН, как известно, прекратившаяся еще со времени разбиения сосудов. И это то, что зовется земным Йерушалаимом: ведь тогда раскроется Кетер и будет поглощена смерть навеки, и тогда спустит Святой, благословен Он, построенный во всем совершенстве Йерушалаим вниз. То есть высшие света явно раскроются в этом мире вплоть до самой внешней стороны и до самого низа — то есть буквально до точки этого мира. И не будет никакого страха перед другой стороной, согласно стиху: </w:t>
      </w:r>
      <w:r>
        <w:rPr>
          <w:rFonts w:ascii="Georgia" w:hAnsi="Georgia"/>
          <w:b w:val="0"/>
          <w:i/>
          <w:color w:val="000000"/>
          <w:sz w:val="24"/>
        </w:rPr>
        <w:t>«И удалю каменное сердце из плоти вашей»</w:t>
      </w:r>
      <w:r>
        <w:rPr>
          <w:rFonts w:ascii="Georgia" w:hAnsi="Georgia"/>
          <w:b w:val="0"/>
          <w:i w:val="0"/>
          <w:color w:val="000000"/>
          <w:sz w:val="24"/>
        </w:rPr>
        <w:t xml:space="preserve"> (Йехезкель 36:26). Поэтому он и называется земным Йерушалаимом.</w:t>
      </w:r>
    </w:p>
    <w:p>
      <w:pPr>
        <w:spacing w:before="40" w:after="120"/>
        <w:jc w:val="both"/>
      </w:pPr>
      <w:r>
        <w:rPr>
          <w:rFonts w:ascii="Georgia" w:hAnsi="Georgia"/>
          <w:b w:val="0"/>
          <w:i w:val="0"/>
          <w:color w:val="000000"/>
          <w:sz w:val="24"/>
        </w:rPr>
        <w:t>Зивуг же небесного Йерушалаима — это зивуг Хохмы огласовок, как написал там Учитель и как сказано выше: соударение происходит лишь на третью стадию в экране, а последнее свойство там отсутствует, смотри там. И именно это было во времена Храма, представляя собой тайну 288 искр, зависящих от добрых дел праведников, как сказано выше: с того момента, как [четвертая стадия] начала уменьшаться и очищаться, уже начинается счет 288 искр, смотри там. И это — зивуг Хохмы огласовок, который уже уменьшился и сместился с уровня Кетер на уровень Хохма. И от распространения того света разума происходил зивуг ЗОН во времена Храма, а потому света не могли распространиться до самой внешней части и до земного Йерушалаима. И на это намекнул Зоар, сказав, что [Храм] был построен руками человека, как сказано выше.</w:t>
      </w:r>
    </w:p>
    <w:p>
      <w:pPr>
        <w:spacing w:before="40" w:after="120"/>
        <w:jc w:val="both"/>
      </w:pPr>
      <w:r>
        <w:rPr>
          <w:rFonts w:ascii="Georgia" w:hAnsi="Georgia"/>
          <w:b w:val="0"/>
          <w:i w:val="0"/>
          <w:color w:val="000000"/>
          <w:sz w:val="24"/>
        </w:rPr>
        <w:t xml:space="preserve">А во время разрушения Храма поклялся Г-сподь, что больше не войдет в небесный Йерушалаим — то есть для соударения Хохмы огласовок, — прежде чем войдет в земной Йерушалаим — то есть для зивуга Кетера огласовок, согласно стиху: </w:t>
      </w:r>
      <w:r>
        <w:rPr>
          <w:rFonts w:ascii="Georgia" w:hAnsi="Georgia"/>
          <w:b w:val="0"/>
          <w:i/>
          <w:color w:val="000000"/>
          <w:sz w:val="24"/>
        </w:rPr>
        <w:t>«Упала и больше не встанет»</w:t>
      </w:r>
      <w:r>
        <w:rPr>
          <w:rFonts w:ascii="Georgia" w:hAnsi="Georgia"/>
          <w:b w:val="0"/>
          <w:i w:val="0"/>
          <w:color w:val="000000"/>
          <w:sz w:val="24"/>
        </w:rPr>
        <w:t xml:space="preserve"> (Амос 5:2) сама по себе, но Святой, благословен Он, поднимет ее. Тогда света явно распространятся до самого конца всех ступеней, и тогда уже не будет разрушения, ибо от клипот не останется и следа, ведь </w:t>
      </w:r>
      <w:r>
        <w:rPr>
          <w:rFonts w:ascii="Georgia" w:hAnsi="Georgia"/>
          <w:b w:val="0"/>
          <w:i/>
          <w:color w:val="000000"/>
          <w:sz w:val="24"/>
        </w:rPr>
        <w:t>«сотрет Г-сподь Б-г слезу со всякого лица»</w:t>
      </w:r>
      <w:r>
        <w:rPr>
          <w:rFonts w:ascii="Georgia" w:hAnsi="Georgia"/>
          <w:b w:val="0"/>
          <w:i w:val="0"/>
          <w:color w:val="000000"/>
          <w:sz w:val="24"/>
        </w:rPr>
        <w:t xml:space="preserve"> (Йешаяу 25:8).</w:t>
      </w:r>
    </w:p>
    <w:p>
      <w:pPr>
        <w:spacing w:before="40" w:after="120"/>
        <w:jc w:val="both"/>
      </w:pPr>
      <w:r>
        <w:rPr>
          <w:rFonts w:ascii="Georgia" w:hAnsi="Georgia"/>
          <w:b w:val="0"/>
          <w:i w:val="0"/>
          <w:color w:val="000000"/>
          <w:sz w:val="24"/>
        </w:rPr>
        <w:t>И это то, что названо «абсолютно совершенным зивугом ЗОН», упомянутым в приведенных выше словах Учителя, и пойми... ...как следует. И вот стало понятно, что в отношении экранов и келим существует диаметральная противоположность:</w:t>
      </w:r>
    </w:p>
    <w:p>
      <w:pPr>
        <w:spacing w:before="40" w:after="120"/>
        <w:jc w:val="both"/>
      </w:pPr>
      <w:r>
        <w:rPr>
          <w:rFonts w:ascii="Georgia" w:hAnsi="Georgia"/>
          <w:b w:val="0"/>
          <w:i w:val="0"/>
          <w:color w:val="000000"/>
          <w:sz w:val="24"/>
        </w:rPr>
        <w:t>когда они исправлены в соударении отраженного света во всей полноте, тогда чем ступень грубее, тем она совершеннее, ведь все величие зивуга от созерцания глаз Аба ве-Има проистекает исключительно из толщи четвертой стадии, пребывающей там в абсолютном совершенстве.</w:t>
      </w:r>
    </w:p>
    <w:p>
      <w:pPr>
        <w:spacing w:before="40" w:after="120"/>
        <w:jc w:val="both"/>
      </w:pPr>
      <w:r>
        <w:rPr>
          <w:rFonts w:ascii="Georgia" w:hAnsi="Georgia"/>
          <w:b w:val="0"/>
          <w:i w:val="0"/>
          <w:color w:val="000000"/>
          <w:sz w:val="24"/>
        </w:rPr>
        <w:t xml:space="preserve">Однако в то время, когда они не исправлены в зивуге, напротив: чем ступень чище, тем она лучше и ее легче исправить, поскольку к ней не имеют столь сильного прилипания внешние силы. Вплоть до того, что самые последние ступени толщи вообще не подлежат исправлению вплоть до будущего, до окончательного исправления, — то есть пока не исправятся все ступени из 288 искр и не поднимутся полностью в область святости. И тогда эти последние свойства исправятся целиком сами собой, без какого-либо пробуждения снизу руками человека, согласно стиху: </w:t>
      </w:r>
      <w:r>
        <w:rPr>
          <w:rFonts w:ascii="Georgia" w:hAnsi="Georgia"/>
          <w:b w:val="0"/>
          <w:i/>
          <w:color w:val="000000"/>
          <w:sz w:val="24"/>
        </w:rPr>
        <w:t>«И удалю каменное сердце из плоти вашей»</w:t>
      </w:r>
      <w:r>
        <w:rPr>
          <w:rFonts w:ascii="Georgia" w:hAnsi="Georgia"/>
          <w:b w:val="0"/>
          <w:i w:val="0"/>
          <w:color w:val="000000"/>
          <w:sz w:val="24"/>
        </w:rPr>
        <w:t xml:space="preserve"> (Йехезкель 36:26). И как сказано в Зоаре («Ваикра», пункт 81) и во многих других местах, Святой, благословен Он, Сам поднимет ее, и она не будет больше вставать сама, как это было во времена двух Храмов. И пойми это тончайшим образом, потому что из-за этой противоположности здесь очень легко запутаться.</w:t>
      </w:r>
    </w:p>
    <w:p>
      <w:pPr>
        <w:spacing w:before="40" w:after="120"/>
        <w:jc w:val="both"/>
      </w:pPr>
      <w:r>
        <w:rPr>
          <w:rFonts w:ascii="Georgia" w:hAnsi="Georgia"/>
          <w:b w:val="0"/>
          <w:i w:val="0"/>
          <w:color w:val="000000"/>
          <w:sz w:val="24"/>
        </w:rPr>
        <w:t>Также выяснилось, что тайна одиннадцати свойств — четырех [видов] ахораим Аба ве-Има и семи умерших мелахим — рассматривается главным образом со времени правления мелеха Даат, который распространил свое царствование во втором созерцании благодаря силе созерцания глаз Аба ве-Има, как сказано выше; ведь там все света и келим пребывали на вершине своей высоты. А все света и келим, вышедшие во втором созерцании от прочих соударений Аба ве-Има и ИШСУТ, — это лишь частности от первого зивуга, детализировавшиеся в порядке очищения экрана и укорачивания уровня, как сказано выше, смотри там.</w:t>
      </w:r>
    </w:p>
    <w:p>
      <w:pPr>
        <w:spacing w:before="40" w:after="120"/>
        <w:jc w:val="both"/>
      </w:pPr>
      <w:r>
        <w:rPr>
          <w:rFonts w:ascii="Georgia" w:hAnsi="Georgia"/>
          <w:b w:val="0"/>
          <w:i w:val="0"/>
          <w:color w:val="000000"/>
          <w:sz w:val="24"/>
        </w:rPr>
        <w:t>И потому мы разделили их на две части: 288 и десятая часть — 32, что в сумме составляет по гематрии ШАХ (</w:t>
      </w:r>
      <w:r>
        <w:rPr>
          <w:rFonts w:ascii="Georgia" w:hAnsi="Georgia" w:cs="Times New Roman"/>
          <w:b/>
          <w:i w:val="0"/>
          <w:color w:val="000000"/>
          <w:sz w:val="24"/>
          <w:rtl/>
          <w:szCs w:val="32"/>
        </w:rPr>
        <w:t>ש״ך</w:t>
      </w:r>
      <w:r>
        <w:rPr>
          <w:rFonts w:ascii="Georgia" w:hAnsi="Georgia"/>
          <w:b w:val="0"/>
          <w:i w:val="0"/>
          <w:color w:val="000000"/>
          <w:sz w:val="24"/>
        </w:rPr>
        <w:t xml:space="preserve"> = 320). И в основном эти искры ШАХ (</w:t>
      </w:r>
      <w:r>
        <w:rPr>
          <w:rFonts w:ascii="Georgia" w:hAnsi="Georgia" w:cs="Times New Roman"/>
          <w:b/>
          <w:i w:val="0"/>
          <w:color w:val="000000"/>
          <w:sz w:val="24"/>
          <w:rtl/>
          <w:szCs w:val="32"/>
        </w:rPr>
        <w:t>ש״ך</w:t>
      </w:r>
      <w:r>
        <w:rPr>
          <w:rFonts w:ascii="Georgia" w:hAnsi="Georgia"/>
          <w:b w:val="0"/>
          <w:i w:val="0"/>
          <w:color w:val="000000"/>
          <w:sz w:val="24"/>
        </w:rPr>
        <w:t>) относятся к мелеху Даат, поскольку там они присутствовали все. После же его разбиения, когда начался зивуг Хохмы огласовок, они уже вышли из категории ШАХ и перешли к свойству 288 (РАПАХ); однако каждый мелех принес с собой часть решимо, бывшую у него во время пребывания в мелехе Даат, как подробно объяснялось выше, смотри там. И в свете этого ты поймешь приведенные выше слова Учителя из ветви 23: «Получается, что спустились семь мелахим, являющиеся ЗОН, и еще четыре [вида] ахораим высших Аба ве-Има и ИШСУТ; всего спустились одиннадцать свойств, и из них произошло выяснение, а из их отходов образовались клипот. И это одиннадцать компонентов воскурения, представляющие собой одиннадцать светов, которые остались от этих одиннадцати спустившихся свойств. И эти света не смогли выясниться и остались помещенными внутрь клипот», до сих пор его слова.</w:t>
      </w:r>
    </w:p>
    <w:p>
      <w:pPr>
        <w:spacing w:before="40" w:after="120"/>
        <w:jc w:val="both"/>
      </w:pPr>
      <w:r>
        <w:rPr>
          <w:rFonts w:ascii="Georgia" w:hAnsi="Georgia"/>
          <w:b w:val="0"/>
          <w:i w:val="0"/>
          <w:color w:val="000000"/>
          <w:sz w:val="24"/>
        </w:rPr>
        <w:t>И из всего сказанного выше ты поймешь это число — одиннадцать, то есть четыре [вида] ахораим Аба ве-Има и ИШСУТ вместе с ЗАТ, составляющие совокупность 320 искр. И ты уже знаешь, что эта совокупность существовала в действительности только во время правления Даат.</w:t>
      </w:r>
    </w:p>
    <w:p>
      <w:pPr>
        <w:spacing w:before="40" w:after="120"/>
        <w:jc w:val="both"/>
      </w:pPr>
      <w:r>
        <w:rPr>
          <w:rFonts w:ascii="Georgia" w:hAnsi="Georgia"/>
          <w:b w:val="0"/>
          <w:i w:val="0"/>
          <w:color w:val="000000"/>
          <w:sz w:val="24"/>
        </w:rPr>
        <w:t xml:space="preserve">Известно же, что построение другой стороны происходит исключительно за счет разрушения святости, как сказали наши мудрецы о стихе </w:t>
      </w:r>
      <w:r>
        <w:rPr>
          <w:rFonts w:ascii="Georgia" w:hAnsi="Georgia"/>
          <w:b w:val="0"/>
          <w:i/>
          <w:color w:val="000000"/>
          <w:sz w:val="24"/>
        </w:rPr>
        <w:t>«Наполнюсь от разрушенного»</w:t>
      </w:r>
      <w:r>
        <w:rPr>
          <w:rFonts w:ascii="Georgia" w:hAnsi="Georgia"/>
          <w:b w:val="0"/>
          <w:i w:val="0"/>
          <w:color w:val="000000"/>
          <w:sz w:val="24"/>
        </w:rPr>
        <w:t xml:space="preserve"> (Йехезкель 26:2): «Цор был отстроен лишь на развалинах Йерушалаима и так далее». И отсюда понятно: то совершенство, которым обладали ЗАТ во время правления Даат и которое притягивалось от созерцания глаз высших Аба ве-Има, когда в них были включены все одиннадцать светов, относилось к построению Йерушалаима. Ведь если бы мелех Даат не разбился, уже состоялось бы полное построение земного Йерушалаима, называемое абсолютно совершенным зивугом ЗОН, как сказано выше в словах Учителя, смотри там.</w:t>
      </w:r>
    </w:p>
    <w:p>
      <w:pPr>
        <w:spacing w:before="40" w:after="120"/>
        <w:jc w:val="both"/>
      </w:pPr>
      <w:r>
        <w:rPr>
          <w:rFonts w:ascii="Georgia" w:hAnsi="Georgia"/>
          <w:b w:val="0"/>
          <w:i w:val="0"/>
          <w:color w:val="000000"/>
          <w:sz w:val="24"/>
        </w:rPr>
        <w:t>Следовательно, когда этот мелех разбился и был разрушен, из них был построен Цор — то есть другая сторона. И об этом его слова: «а из их отходов образовались клипот, и это одиннадцать компонентов воскурения, представляющие собой одиннадцать светов и т.д.». И ты видишь, как точно Учитель говорит, что это «одиннадцать светов», желая указать этим на уровень рош де-ЗАТ, то есть мелеха Даат, который один лишь включает в себя это число — одиннадцать светов, тогда как нижние по сравнению с ним уже лишены этого числа, как подробно объяснялось выше, смотри там. И потому он говорит, что это совершенство и осталось от одиннадцати опустившихся свойств; и эти света не смогли выясниться, так как все, что выясняется, неизбежно лишено этого совершенства одиннадцати [светов]. Ведь, как сказано выше, этот зивуг полностью прекратился на протяжении всех шести тысяч лет, а значит, [ступень] еще не вернулась на свое первоначальное место, и этот ущерб невозможно восполнить. И потому они остались помещенными внутрь клипот, как пишет Учитель, ибо нечестивый Цор был построен из них, пойми это как следует.</w:t>
      </w:r>
    </w:p>
    <w:p>
      <w:pPr>
        <w:spacing w:before="40" w:after="120"/>
        <w:jc w:val="both"/>
      </w:pPr>
      <w:r>
        <w:rPr>
          <w:rFonts w:ascii="Georgia" w:hAnsi="Georgia"/>
          <w:b w:val="0"/>
          <w:i w:val="0"/>
          <w:color w:val="000000"/>
          <w:sz w:val="24"/>
        </w:rPr>
        <w:t>Слова же «помещены внутрь клипот» не означают, упаси Б-г, будто они облачились в них, ведь святое не смешивается с будничным — и тем более величайшие света всех миров, которым не подобает раскрываться даже в святости иначе как при окончательном исправлении, как сказано. Смысл здесь в том, что отходы отданы в их руки, и они не позволяют им выясниться, поскольку колесницы нечистоты обладают силой питаться от этих светов, если те раскроются через упомянутые отходы. А это невозможно, ведь тогда святое, упаси Б-г, смешалось бы с будничным, питая взоры парцуфим нечистоты от высшего света Святая Святых; и в этом смысле говорится, что они «помещены внутрь клипы». Пойми это как следует и не преткнись, упаси Б-г, в пустых заблуждениях, помыслив дурное о высоком предмете, и этого достаточно.</w:t>
      </w:r>
    </w:p>
    <w:p>
      <w:pPr>
        <w:spacing w:before="40" w:after="120"/>
        <w:jc w:val="both"/>
      </w:pPr>
      <w:r>
        <w:rPr>
          <w:rFonts w:ascii="Georgia" w:hAnsi="Georgia"/>
          <w:b w:val="0"/>
          <w:i w:val="0"/>
          <w:color w:val="000000"/>
          <w:sz w:val="24"/>
        </w:rPr>
        <w:t>И об этом же слова Учителя в «Мево Шеарим» (врата «Шаар а-Клипот», часть 2, глава 1), приведенные выше: «Не удивляйся тому, как от ХУБ произошли клипот: ведь это произошло от того свойства, которое облачается в ЗОН внизу, чтобы служить им светом разума, и на этом уровне оно считается буквально как ЗОН. И так же, как они стали головой для ЗА, так их отходы стали головой для семи мелахим и явились одиннадцатью компонентами воскурения», до сих пор его слова.</w:t>
      </w:r>
    </w:p>
    <w:p>
      <w:pPr>
        <w:spacing w:before="40" w:after="120"/>
        <w:jc w:val="both"/>
      </w:pPr>
      <w:r>
        <w:rPr>
          <w:rFonts w:ascii="Georgia" w:hAnsi="Georgia"/>
          <w:b w:val="0"/>
          <w:i w:val="0"/>
          <w:color w:val="000000"/>
          <w:sz w:val="24"/>
        </w:rPr>
        <w:t>И это согласуется с нашими словами о том, что имеется в виду тот уровень и голова, которые были у ЗА во время правления Даат. Поэтому он точно говорит: «так же, как они стали головой для ЗА» — то есть в мире Некудим в мелехе Даат, и в соответствии с этим их отходы стали головой для семи мелахим, то есть согласно объясненному нами: в их руках находятся лишь самые грубые и толстые отходы, как сказано выше, смотри там. И это вовсе не относится к свойству ахораим Аба ве-Има и ИШСУТ, ведь они относятся к первому созерцанию и корням, где неприменимо огрубление; напротив, здесь имеет место уменьшение, означающее очищение толщи экрана, ведь там место соударения и непрекращающегося света, оживляющего миры. Пойми все это как следует, ибо невозможно распространяться об этом долее.</w:t>
      </w:r>
    </w:p>
    <w:p>
      <w:pPr>
        <w:spacing w:before="40" w:after="120"/>
        <w:jc w:val="both"/>
      </w:pPr>
      <w:r>
        <w:rPr>
          <w:rFonts w:ascii="Georgia" w:hAnsi="Georgia"/>
          <w:b w:val="0"/>
          <w:i w:val="0"/>
          <w:color w:val="000000"/>
          <w:sz w:val="24"/>
        </w:rPr>
        <w:t>И в этом смысл намека Зоара о «Нога, обольстившей Хаву» (</w:t>
      </w:r>
      <w:r>
        <w:rPr>
          <w:rFonts w:ascii="Georgia" w:hAnsi="Georgia"/>
          <w:b w:val="0"/>
          <w:i/>
          <w:color w:val="000000"/>
          <w:sz w:val="24"/>
        </w:rPr>
        <w:t>Нога де-афти ле-Хава</w:t>
      </w:r>
      <w:r>
        <w:rPr>
          <w:rFonts w:ascii="Georgia" w:hAnsi="Georgia"/>
          <w:b w:val="0"/>
          <w:i w:val="0"/>
          <w:color w:val="000000"/>
          <w:sz w:val="24"/>
        </w:rPr>
        <w:t xml:space="preserve">), смотри там. Ведь в клипат Нога половина — добро, а половина — зло; а Хава — это тайна святой Шхины, именуемой луной, и в этом смысл стиха: </w:t>
      </w:r>
      <w:r>
        <w:rPr>
          <w:rFonts w:ascii="Georgia" w:hAnsi="Georgia"/>
          <w:b w:val="0"/>
          <w:i/>
          <w:color w:val="000000"/>
          <w:sz w:val="24"/>
        </w:rPr>
        <w:t>«И сияние вокруг него»</w:t>
      </w:r>
      <w:r>
        <w:rPr>
          <w:rFonts w:ascii="Georgia" w:hAnsi="Georgia"/>
          <w:b w:val="0"/>
          <w:i w:val="0"/>
          <w:color w:val="000000"/>
          <w:sz w:val="24"/>
        </w:rPr>
        <w:t xml:space="preserve"> (Йехезкель 1:4). И потому во время зивуга и совершенства колесницы нечистоты пробуждаются с сильной страстью, чтобы насладиться и насытить свои взоры от светов святости, — но это возможно лишь тогда, когда святая Шхина примет нечто от содержащихся в них отходов, как сказано в ветви 29. Поэтому колесницы нечистоты связываются друг с другом и поднимают свои отходы к злу в Нога, а от зла — к добру в Нога, примыкающему к святой Шхине, и тогда она начинает обольщать святую Шхину, чтобы та приняла от нее, как сказано выше. Когда же святая Шхина видит их замысел, она тотчас спешит прекратить соударение из опасения, как бы высшие света, не дай Б-г, не вышли к нечистым клипот. И по мере того как клипот усиливаются, стремясь приблизиться к святой Шхине, Шхина вынуждена отдаляться от высших светов, чтобы им нечем было питаться от нее и они отступились. А затем, когда клипот возвращаются на свое место, святая Шхина вновь начинает приближаться к высшим светам, пока не достигнет своей полноты; тогда вновь пробуждается свойство «Нога, обольстившей Хаву», и все повторяется по кругу, как сказано выше.</w:t>
      </w:r>
    </w:p>
    <w:p>
      <w:pPr>
        <w:spacing w:before="40" w:after="120"/>
        <w:jc w:val="both"/>
      </w:pPr>
      <w:r>
        <w:rPr>
          <w:rFonts w:ascii="Georgia" w:hAnsi="Georgia"/>
          <w:b w:val="0"/>
          <w:i w:val="0"/>
          <w:color w:val="000000"/>
          <w:sz w:val="24"/>
        </w:rPr>
        <w:t>И в этом тайна лунного цикла: в первой половине месяца луна приближается, чтобы получать от высших светил, и к пятнадцатому дню, когда она близка к своему наполнению, Нога начинает обольщать Хаву; тогда [Шхина] тотчас прекращает свет зивуга и отдаляется от святых светов. И по мере По мере того как они усиливаются, она в той же мере уменьшается, пока не доходит до состояния точки без света — перед самым новолунием, когда она полностью скрыта. Тогда клипот совершенно оставляют ее, и она снова начинает приближаться, чтобы получать от святых светил, и так повторяется вновь и вновь, пойми [это].</w:t>
      </w:r>
    </w:p>
    <w:p>
      <w:pPr>
        <w:spacing w:before="40" w:after="120"/>
        <w:jc w:val="both"/>
      </w:pPr>
      <w:r>
        <w:rPr>
          <w:rFonts w:ascii="Georgia" w:hAnsi="Georgia"/>
          <w:b w:val="0"/>
          <w:i w:val="0"/>
          <w:color w:val="000000"/>
          <w:sz w:val="24"/>
        </w:rPr>
        <w:t xml:space="preserve">И в этом тайна сказанного нашими мудрецами: когда змей коснулся Древа познания, дерево содрогнулось и возопило: </w:t>
      </w:r>
      <w:r>
        <w:rPr>
          <w:rFonts w:ascii="Georgia" w:hAnsi="Georgia"/>
          <w:b w:val="0"/>
          <w:i/>
          <w:color w:val="000000"/>
          <w:sz w:val="24"/>
        </w:rPr>
        <w:t>«Злодей, не касайся меня!»</w:t>
      </w:r>
      <w:r>
        <w:rPr>
          <w:rFonts w:ascii="Georgia" w:hAnsi="Georgia"/>
          <w:b w:val="0"/>
          <w:i w:val="0"/>
          <w:color w:val="000000"/>
          <w:sz w:val="24"/>
        </w:rPr>
        <w:t xml:space="preserve"> (Ваикра Раба 22:1), смотри там. И это также по упомянутой тайне: ведь Древо познания — это тайна Шхины, как известно, а змей — это колесница нечистоты, как сказали наши мудрецы, что Самаэль восседал на нем, и нет нужды распространяться об этом.</w:t>
      </w:r>
    </w:p>
    <w:p>
      <w:pPr>
        <w:spacing w:before="40" w:after="120"/>
        <w:jc w:val="both"/>
      </w:pPr>
      <w:r>
        <w:rPr>
          <w:rFonts w:ascii="Georgia" w:hAnsi="Georgia"/>
          <w:b w:val="0"/>
          <w:i w:val="0"/>
          <w:color w:val="000000"/>
          <w:sz w:val="24"/>
        </w:rPr>
        <w:t xml:space="preserve">И на это намекает «Сефер Йецира»: «десять, а не одиннадцать», ибо числом одиннадцать сейчас, во время шести тысяч лет, обозначаются самые грубые и горькие клипот — по упомянутой причине в тайне стиха </w:t>
      </w:r>
      <w:r>
        <w:rPr>
          <w:rFonts w:ascii="Georgia" w:hAnsi="Georgia"/>
          <w:b w:val="0"/>
          <w:i/>
          <w:color w:val="000000"/>
          <w:sz w:val="24"/>
        </w:rPr>
        <w:t>«Наполнюсь от разрушенного»</w:t>
      </w:r>
      <w:r>
        <w:rPr>
          <w:rFonts w:ascii="Georgia" w:hAnsi="Georgia"/>
          <w:b w:val="0"/>
          <w:i w:val="0"/>
          <w:color w:val="000000"/>
          <w:sz w:val="24"/>
        </w:rPr>
        <w:t xml:space="preserve"> (Йехезкель 26:2), смотри там. И все вожделение клипот — пробуждать высшие света для своих нужд, как сказано выше. И в этом тайна святой Шхины, охраняющей границу Ацилута, восполняющей сфирот до числа десять и изгоняющей клипот, относящиеся к числу одиннадцать, пойми [это].</w:t>
      </w:r>
    </w:p>
    <w:p>
      <w:pPr>
        <w:spacing w:before="40" w:after="120"/>
        <w:jc w:val="both"/>
      </w:pPr>
      <w:r>
        <w:rPr>
          <w:rFonts w:ascii="Georgia" w:hAnsi="Georgia"/>
          <w:b w:val="0"/>
          <w:i w:val="0"/>
          <w:color w:val="000000"/>
          <w:sz w:val="24"/>
        </w:rPr>
        <w:t>И в этом смысл сказанного в Зоаре о принципе «всякий добавляющий — убавляет»: при добавлении буквы айн (</w:t>
      </w:r>
      <w:r>
        <w:rPr>
          <w:rFonts w:ascii="Georgia" w:hAnsi="Georgia" w:cs="Times New Roman"/>
          <w:b/>
          <w:i w:val="0"/>
          <w:color w:val="000000"/>
          <w:sz w:val="24"/>
          <w:rtl/>
          <w:szCs w:val="32"/>
        </w:rPr>
        <w:t>ע</w:t>
      </w:r>
      <w:r>
        <w:rPr>
          <w:rFonts w:ascii="Georgia" w:hAnsi="Georgia"/>
          <w:b w:val="0"/>
          <w:i w:val="0"/>
          <w:color w:val="000000"/>
          <w:sz w:val="24"/>
        </w:rPr>
        <w:t>) к числу двенадцать (</w:t>
      </w:r>
      <w:r>
        <w:rPr>
          <w:rFonts w:ascii="Georgia" w:hAnsi="Georgia" w:cs="Times New Roman"/>
          <w:b/>
          <w:i w:val="0"/>
          <w:color w:val="000000"/>
          <w:sz w:val="24"/>
          <w:rtl/>
          <w:szCs w:val="32"/>
        </w:rPr>
        <w:t>שְׁתֵּי עָשָׂר</w:t>
      </w:r>
      <w:r>
        <w:rPr>
          <w:rFonts w:ascii="Georgia" w:hAnsi="Georgia"/>
          <w:b w:val="0"/>
          <w:i w:val="0"/>
          <w:color w:val="000000"/>
          <w:sz w:val="24"/>
        </w:rPr>
        <w:t>) оно убавляется и становится одиннадцатью (</w:t>
      </w:r>
      <w:r>
        <w:rPr>
          <w:rFonts w:ascii="Georgia" w:hAnsi="Georgia" w:cs="Times New Roman"/>
          <w:b/>
          <w:i w:val="0"/>
          <w:color w:val="000000"/>
          <w:sz w:val="24"/>
          <w:rtl/>
          <w:szCs w:val="32"/>
        </w:rPr>
        <w:t>עַשְׁתֵּי עָשָׂר</w:t>
      </w:r>
      <w:r>
        <w:rPr>
          <w:rFonts w:ascii="Georgia" w:hAnsi="Georgia"/>
          <w:b w:val="0"/>
          <w:i w:val="0"/>
          <w:color w:val="000000"/>
          <w:sz w:val="24"/>
        </w:rPr>
        <w:t>), смотри там. Ведь число двенадцать — это тайна двенадцати парцуфим святости, а число одиннадцать — это удел другой стороны, как сказано выше, и этого достаточно.</w:t>
      </w:r>
    </w:p>
    <w:p>
      <w:r>
        <w:br w:type="page"/>
      </w:r>
    </w:p>
    <w:p>
      <w:pPr>
        <w:keepNext/>
        <w:spacing w:before="360" w:after="160"/>
        <w:jc w:val="center"/>
      </w:pPr>
      <w:r>
        <w:rPr>
          <w:rFonts w:ascii="Georgia" w:hAnsi="Georgia"/>
          <w:b w:val="0"/>
          <w:i w:val="0"/>
          <w:color w:val="000000"/>
          <w:sz w:val="40"/>
        </w:rPr>
        <w:t>Ветвь 25</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Теперь нужно объяснить, в чем заключался смысл упомянутого распространения, когда ХУБ распространились по двум линиям — правой и левой — до места Хеседа и Гвуры, как сказано выше. Смысл в том, что это произошло благодаря тем ахораим (обратной стороне) де-Аба ве-Има, которые упали до места Хеседа и Гвуры: именно эти свойства распространились по линиям и облачили Хесед и Гвуру, а также Нецах и Ход.</w:t>
      </w:r>
    </w:p>
    <w:p>
      <w:pPr>
        <w:spacing w:before="40" w:after="120"/>
        <w:jc w:val="both"/>
      </w:pPr>
      <w:r>
        <w:rPr>
          <w:rFonts w:ascii="Georgia" w:hAnsi="Georgia"/>
          <w:b w:val="0"/>
          <w:i w:val="0"/>
          <w:color w:val="000000"/>
          <w:sz w:val="24"/>
        </w:rPr>
        <w:t>2) Причина же того, почему они распространились до места Хеседа и Гвуры, а не распространились до места Нецаха и Хода, заключается в следующем. До того как Кетер распространился по средней линии, ХУБ светили друг другу без всякой преграды между ними, хотя и находились в состоянии ахор бе-ахор. Но после того как кли Кетера распространилось до Тиферет, как сказано выше, оно разделило их. И тогда понятно, что возник некоторый ущерб для Аба ве-Има, которые прежде светили друг другу, в отличие от нынешнего состояния. Поэтому у них не было сил распространиться во всю длину линий до Нецаха и Хода. И все же они получают немного света от Кетера, распространившегося между ними, так что, с одной стороны, распространение Кетера принесло им пользу, а с другой — ущерб. Вот почему у них была сила распространиться, однако не в полной мере.</w:t>
      </w:r>
    </w:p>
    <w:p>
      <w:pPr>
        <w:spacing w:before="40" w:after="120"/>
        <w:jc w:val="both"/>
      </w:pPr>
      <w:r>
        <w:rPr>
          <w:rFonts w:ascii="Georgia" w:hAnsi="Georgia"/>
          <w:b w:val="0"/>
          <w:i w:val="0"/>
          <w:color w:val="000000"/>
          <w:sz w:val="24"/>
        </w:rPr>
        <w:t>3) Причина того, почему Кетер распространился [лишь] до табура (пупа) — середины Тиферет — и не дальше, требует пространного объяснения, но если сказать предельно кратко, суть такова. Ведь место всего [этого] распространения находится напротив ног упомянутого АК — от его табура до его ног. И когда затем наступит истинное исправление Ацилута, всё встанет на этом месте, как известно: там находится исключительно место мира Ацилут, а оттуда и ниже располагается мир Брия.</w:t>
      </w:r>
    </w:p>
    <w:p>
      <w:pPr>
        <w:spacing w:before="40" w:after="120"/>
        <w:jc w:val="both"/>
      </w:pPr>
      <w:r>
        <w:rPr>
          <w:rFonts w:ascii="Georgia" w:hAnsi="Georgia"/>
          <w:b w:val="0"/>
          <w:i w:val="0"/>
          <w:color w:val="000000"/>
          <w:sz w:val="24"/>
        </w:rPr>
        <w:t>4) И если мы рассмотрим все эти парцуфим как облачающиеся друг в друга, то обнаружим, что всё это — один-единственный парцуф. При этом один парцуф АА, представляющий собой Кетер, включает весь Ацилут снизу доверху. Таким образом, Кетер охватывает все это пространство, и они образуют один парцуф. И то, как он сейчас распространяется до Тиферет, в точности соответствует тому, что затем, во время исправления, станет местом его собственной Тиферет. Аба ве-Има же облачали две его руки, правую и левую, до места его табура. Как же мог Кетер распространиться сейчас дальше того места, за пределы которого Аба ве-Има не способны распространиться даже после исправления? И как Кетер мог оказаться меньше и ниже их? Ведь истинное место распространения Аба ве-Има даже после исправления простирается лишь до табура Тиферет де-АА, как же Кетер мог распространиться еще ниже их? Именно поэтому Кетер распространился сейчас только до табура Тиферет.</w:t>
      </w:r>
    </w:p>
    <w:p>
      <w:pPr>
        <w:spacing w:before="40" w:after="120"/>
        <w:jc w:val="both"/>
      </w:pPr>
      <w:r>
        <w:rPr>
          <w:rFonts w:ascii="Georgia" w:hAnsi="Georgia"/>
          <w:b w:val="0"/>
          <w:i w:val="0"/>
          <w:color w:val="000000"/>
          <w:sz w:val="24"/>
        </w:rPr>
        <w:t>5) А теперь посмотри и пойми, что Ацилут исправился не сразу: его исправления наступали постепенно, одно за другим, и каждый раз добавлялось новое исправление. Ведь сначала категория кли не возникла вовсе. Известно же, что всякое исправление состоит лишь в том, чтобы свет облачился в кли, чтобы нижние могли получать высший свет. Возникновение же кли началось только в мире Акудим, однако там образовалось лишь одно кли для всех его десяти сфирот. Затем в мире Некудим, еще до их разбиения, добавилось некоторое исправление: образовались десять келим для десяти сфирот в нем. Добавилось и второе исправление: ГАР вышли и выстроились в виде линий, чего не было в ЗАТ, которые вышли одна под другой и не были связаны между собой. А после того как Некудим разбились, к ним добавилось еще одно исправление: света ЗАТ тоже облачились по линиям КАХАБ, как сказано выше. Затем, когда Источник пожелал исправить их, Он поднял в Ацилут и келим в порядке линий, как будет сказано с Б-жьей помощью. И после того как они выстроились в линии, наступило первое зачатие (ибур) ЗОН и добавилось следующее исправление: света вошли внутрь келим. Однако это происходило пока лишь в виде трех линий, что у нас называется «три, включенные в три», а затем они распространились в шесть концов (ВАК) во время вскармливания. После же, во время [обретения] света разума (мохин), окончательно сформировались все десять келим.</w:t>
      </w:r>
    </w:p>
    <w:p>
      <w:pPr>
        <w:spacing w:before="40" w:after="120"/>
        <w:jc w:val="both"/>
      </w:pPr>
      <w:r>
        <w:rPr>
          <w:rFonts w:ascii="Georgia" w:hAnsi="Georgia"/>
          <w:b w:val="0"/>
          <w:i w:val="0"/>
          <w:color w:val="000000"/>
          <w:sz w:val="24"/>
        </w:rPr>
        <w:t>6) Было и еще одно отличие. Сначала, до какого бы то ни было зачатия — даже до первого ибура ЗОН, — существовал лишь свет в сокращенном кли; затем же кли выросло и расширилось в виде полноценного парцуфа, чтобы уменьшить свет, ведь в этом и состоит главная цель исправления, как сказано.</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1) </w:t>
      </w:r>
      <w:r>
        <w:rPr>
          <w:rFonts w:ascii="Georgia" w:hAnsi="Georgia"/>
          <w:b/>
          <w:i w:val="0"/>
          <w:color w:val="000000"/>
          <w:sz w:val="24"/>
        </w:rPr>
        <w:t>«Это произошло благодаря тем ахораим де-Аба ве-Има, которые упали до места Хеседа и Гвуры»</w:t>
      </w:r>
      <w:r>
        <w:rPr>
          <w:rFonts w:ascii="Georgia" w:hAnsi="Georgia"/>
          <w:b w:val="0"/>
          <w:i w:val="0"/>
          <w:color w:val="000000"/>
          <w:sz w:val="24"/>
        </w:rPr>
        <w:t xml:space="preserve"> — ведь те ахораим, которые в Аба ве-Има служили главным образом для состояния паним бе-паним и для ГАР де-рош де-Аба ве-Има, теперь находятся в распространении рош де-ИШСУТ, опустившейся в гуф, то есть ниже пэ де-рош де-Аба ве-Има. И они служат свойствами ГАР и состоянием паним бе-паним де-гуф на месте Даат, Хеседа и Гвуры вплоть до верхней трети Тиферет, как сказано в предыдущей ветви, см. там.</w:t>
      </w:r>
    </w:p>
    <w:p>
      <w:pPr>
        <w:spacing w:before="40" w:after="120"/>
        <w:jc w:val="both"/>
      </w:pPr>
      <w:r>
        <w:rPr>
          <w:rFonts w:ascii="Georgia" w:hAnsi="Georgia"/>
          <w:b/>
          <w:i w:val="0"/>
          <w:color w:val="000000"/>
          <w:sz w:val="24"/>
        </w:rPr>
        <w:t>«И именно эти свойства распространились по линиям и т. д.»</w:t>
      </w:r>
      <w:r>
        <w:rPr>
          <w:rFonts w:ascii="Georgia" w:hAnsi="Georgia"/>
          <w:b w:val="0"/>
          <w:i w:val="0"/>
          <w:color w:val="000000"/>
          <w:sz w:val="24"/>
        </w:rPr>
        <w:t xml:space="preserve"> — и хотя у прежних мелахим, находившихся на этом месте, не было порядка линий, а располагались они один под другим, как известно, все же, поскольку здесь раскрылись категория рош и первое созерцание (истаклют алеф), именуемые ИШСУТ (что на самом деле есть АХАП де-ХУБ, как написано в ветвях 15 и 16 в «Паним Меирот»), в них есть исправление линий силой света глаз, как сказано там, см. внимательно.</w:t>
      </w:r>
    </w:p>
    <w:p>
      <w:pPr>
        <w:spacing w:before="40" w:after="120"/>
        <w:jc w:val="both"/>
      </w:pPr>
      <w:r>
        <w:rPr>
          <w:rFonts w:ascii="Georgia" w:hAnsi="Georgia"/>
          <w:b w:val="0"/>
          <w:i w:val="0"/>
          <w:color w:val="000000"/>
          <w:sz w:val="24"/>
        </w:rPr>
        <w:t xml:space="preserve">2) </w:t>
      </w:r>
      <w:r>
        <w:rPr>
          <w:rFonts w:ascii="Georgia" w:hAnsi="Georgia"/>
          <w:b/>
          <w:i w:val="0"/>
          <w:color w:val="000000"/>
          <w:sz w:val="24"/>
        </w:rPr>
        <w:t>«Почему они распространились до места Хеседа и Гвуры, а не распространились до места Нецаха и Хода»</w:t>
      </w:r>
      <w:r>
        <w:rPr>
          <w:rFonts w:ascii="Georgia" w:hAnsi="Georgia"/>
          <w:b w:val="0"/>
          <w:i w:val="0"/>
          <w:color w:val="000000"/>
          <w:sz w:val="24"/>
        </w:rPr>
        <w:t xml:space="preserve"> — то есть почему исправление линий не достигло также Нецаха и Хода де-Некудим, ведь тогда они не разбились бы: все их разбиение произошло именно из-за того, что НЕХИМ де-Некудим располагались друг под другом в одну линию, как сказано в предыдущей ветви, см. там.</w:t>
      </w:r>
    </w:p>
    <w:p>
      <w:pPr>
        <w:spacing w:before="40" w:after="120"/>
        <w:jc w:val="both"/>
      </w:pPr>
      <w:r>
        <w:rPr>
          <w:rFonts w:ascii="Georgia" w:hAnsi="Georgia"/>
          <w:b/>
          <w:i w:val="0"/>
          <w:color w:val="000000"/>
          <w:sz w:val="24"/>
        </w:rPr>
        <w:t>«До того как Кетер распространился и т. д., ХУБ светили друг другу без всякой преграды и т. д.»</w:t>
      </w:r>
      <w:r>
        <w:rPr>
          <w:rFonts w:ascii="Georgia" w:hAnsi="Georgia"/>
          <w:b w:val="0"/>
          <w:i w:val="0"/>
          <w:color w:val="000000"/>
          <w:sz w:val="24"/>
        </w:rPr>
        <w:t xml:space="preserve"> — и хотя НЕХИ де-Кетер протягивались и облачались также в высших Аба ве-Има по средней линии, как и в эту рош де-ИШСУТ, однако там это не считалось преградой. Напротив, когда ХУБ находились спиной к спине, грубые ахораим между ХУБ разделяли их, мешая светить друг другу, а облачение НЕХИ де-Кетер в эти ахораим возвращало их в состояние лицом к лицу, и ХУБ объединялись и светили друг другу лицом к лицу. Иное дело здесь, в этой рош де-ИШСУТ: ведь НЕХИ де-Кетер, облачающиеся в ИШСУТ, находятся с масахом (экраном) второй стадии (бхина бэт), как сказано в предыдущей ветви, что называется «выходом Имы наружу из рош», а это заведомо разделяет Хохму и Бину. И хотя благодаря облачению НЕХИ де-Кетер они обретают состояние лицом к лицу и ГАР, тем не менее это всего лишь ГАР де-гуф, тогда как ХУБ в состоянии спиной к спине на уровне рош, безусловно, превосходят их. Получается, что новое распространение НЕХИ де-Кетер в ИШСУТ отсекло от них уровень рош и оставило их в категории гуф без рош. И об этом сказано выше, что ахораим де-Аба ве-Има упали до места Хеседа и Гвуры — то есть упали с уровня рош де-Аба ве-Има на уровень гуф де-Аба ве-Има. Пойми же это.</w:t>
      </w:r>
    </w:p>
    <w:p>
      <w:pPr>
        <w:spacing w:before="40" w:after="120"/>
        <w:jc w:val="both"/>
      </w:pPr>
      <w:r>
        <w:rPr>
          <w:rFonts w:ascii="Georgia" w:hAnsi="Georgia"/>
          <w:b/>
          <w:i w:val="0"/>
          <w:color w:val="000000"/>
          <w:sz w:val="24"/>
        </w:rPr>
        <w:t>«Поэтому у них не было сил распространиться во всю длину линий и т. д. ...была у них сила распространиться и т. д.»</w:t>
      </w:r>
      <w:r>
        <w:rPr>
          <w:rFonts w:ascii="Georgia" w:hAnsi="Georgia"/>
          <w:b w:val="0"/>
          <w:i w:val="0"/>
          <w:color w:val="000000"/>
          <w:sz w:val="24"/>
        </w:rPr>
        <w:t xml:space="preserve"> — это означает сказанное выше: с одной стороны, благодаря облачению НЕХИ де-Кетер, в котором заложено состояние лицом к лицу на уровне рош и в порядке линий, они получили пользу, так как в них самих образовалось исправление линий. Но с другой стороны, им был нанесен ущерб: под действием облачения этих НЕХИ от них отошел и прекратился уровень рош де-ХУБ, и они перешли в категорию рош де-гуф, определяемую как тох (внутренняя часть). Потому-то у них и не хватило сил распространиться в своем исправлении линий до Нецаха и Хода, как сказано выше.</w:t>
      </w:r>
    </w:p>
    <w:p>
      <w:pPr>
        <w:spacing w:before="40" w:after="120"/>
        <w:jc w:val="both"/>
      </w:pPr>
      <w:r>
        <w:rPr>
          <w:rFonts w:ascii="Georgia" w:hAnsi="Georgia"/>
          <w:b w:val="0"/>
          <w:i w:val="0"/>
          <w:color w:val="000000"/>
          <w:sz w:val="24"/>
        </w:rPr>
        <w:t xml:space="preserve">3) </w:t>
      </w:r>
      <w:r>
        <w:rPr>
          <w:rFonts w:ascii="Georgia" w:hAnsi="Georgia"/>
          <w:b/>
          <w:i w:val="0"/>
          <w:color w:val="000000"/>
          <w:sz w:val="24"/>
        </w:rPr>
        <w:t>«Причина того, почему Кетер распространился до табура и т. д., требует пространного объяснения»</w:t>
      </w:r>
      <w:r>
        <w:rPr>
          <w:rFonts w:ascii="Georgia" w:hAnsi="Georgia"/>
          <w:b w:val="0"/>
          <w:i w:val="0"/>
          <w:color w:val="000000"/>
          <w:sz w:val="24"/>
        </w:rPr>
        <w:t xml:space="preserve"> — мы уже подробно разъяснили это в предыдущей ветви: вся эта рош представляет собой второе распространение гуф де-Аба ве-Има, свет которого ушел, но которое тем не менее считается рош, поскольку второе созерцание (истаклют бэт) высшего становится первым созерцанием в нижнем из-за обновления келим в нижнем, нуждающемся также в двух видах созерцания. А раз так, то сам табур, служивший в гуф де-Аба ве-Има для второго созерцания, стал свойством первого созерцания и свойством пэ де-рош для ИШСУТ, то есть завершением рош. И ты видишь, что Кетер и эта рош никак не могли распространиться ниже прежнего табура.</w:t>
      </w:r>
    </w:p>
    <w:p>
      <w:pPr>
        <w:spacing w:before="40" w:after="120"/>
        <w:jc w:val="both"/>
      </w:pPr>
      <w:r>
        <w:rPr>
          <w:rFonts w:ascii="Georgia" w:hAnsi="Georgia"/>
          <w:b w:val="0"/>
          <w:i w:val="0"/>
          <w:color w:val="000000"/>
          <w:sz w:val="24"/>
        </w:rPr>
        <w:t xml:space="preserve">5) </w:t>
      </w:r>
      <w:r>
        <w:rPr>
          <w:rFonts w:ascii="Georgia" w:hAnsi="Georgia"/>
          <w:b/>
          <w:i w:val="0"/>
          <w:color w:val="000000"/>
          <w:sz w:val="24"/>
        </w:rPr>
        <w:t>«Возникновение кли началось только в мире Акудим»</w:t>
      </w:r>
      <w:r>
        <w:rPr>
          <w:rFonts w:ascii="Georgia" w:hAnsi="Georgia"/>
          <w:b w:val="0"/>
          <w:i w:val="0"/>
          <w:color w:val="000000"/>
          <w:sz w:val="24"/>
        </w:rPr>
        <w:t xml:space="preserve"> — то есть в десяти сфирот гуф де-АК, в отличие от десяти сфирот рош де-АК, где категории кли нет вовсе, а есть лишь корни для келим. Однако в ветви 9 в «Паним Масбирот» было объяснено, что существуют три вида Акудим: гуф первой рош, гуф де-АБ и гуф де-САГ; и все они называются Акудим («связанные»), поскольку там есть лишь одно кли для всех десяти сфирот, и считается, что они связаны в одном кли, см. там.</w:t>
      </w:r>
    </w:p>
    <w:p>
      <w:pPr>
        <w:spacing w:before="40" w:after="120"/>
        <w:jc w:val="both"/>
      </w:pPr>
      <w:r>
        <w:rPr>
          <w:rFonts w:ascii="Georgia" w:hAnsi="Georgia"/>
          <w:b/>
          <w:i w:val="0"/>
          <w:color w:val="000000"/>
          <w:sz w:val="24"/>
        </w:rPr>
        <w:t>«Однако образовалось лишь одно кли из всех его десяти сфирот»</w:t>
      </w:r>
      <w:r>
        <w:rPr>
          <w:rFonts w:ascii="Georgia" w:hAnsi="Georgia"/>
          <w:b w:val="0"/>
          <w:i w:val="0"/>
          <w:color w:val="000000"/>
          <w:sz w:val="24"/>
        </w:rPr>
        <w:t xml:space="preserve"> — то есть исключительно из четвертой стадии (бхина далет). Поэтому они также находятся в виде одной линии, располагаясь друг под другом, как сказано в предыдущих ветвях. Именно поэтому Учитель столь точно выражается выше, в ветвях 1 и 2, в теме линии и сокращения, называя парцуфим де-АК одной линией, как сказано там. </w:t>
      </w:r>
      <w:r>
        <w:rPr>
          <w:rFonts w:ascii="Georgia" w:hAnsi="Georgia"/>
          <w:b/>
          <w:i w:val="0"/>
          <w:color w:val="000000"/>
          <w:sz w:val="24"/>
        </w:rPr>
        <w:t>«В мире Некудим и т. д. образовались десять келим и т. д., и выстроились в виде линий и т. д.»</w:t>
      </w:r>
      <w:r>
        <w:rPr>
          <w:rFonts w:ascii="Georgia" w:hAnsi="Georgia"/>
          <w:b w:val="0"/>
          <w:i w:val="0"/>
          <w:color w:val="000000"/>
          <w:sz w:val="24"/>
        </w:rPr>
        <w:t xml:space="preserve"> — всё это подробно разъяснено в предыдущей ветви: в силу подъема совместных МАН от НЕХИ де-САГ и внутренних НЕХИ де-АК, представляющих собой вторую и четвертую стадии, соединившиеся воедино, они поднялись и сформировали левую линию в каждой сфире вплоть до Хохмы де-Кетер. Так возникли кли и свойство суда во всех десяти сфирот, а также две линии — правая и левая; затем же благодаря соударению (зивугу), совершившемуся в ХУБ де-Кетер, протянулась средняя линия во всех десяти сфирот, см. там. При этом всё это происходило пока лишь в рош де-Некудим, но не в ЗАТ, как написано там.</w:t>
      </w:r>
    </w:p>
    <w:p>
      <w:pPr>
        <w:spacing w:before="40" w:after="120"/>
        <w:jc w:val="both"/>
      </w:pPr>
      <w:r>
        <w:rPr>
          <w:rFonts w:ascii="Georgia" w:hAnsi="Georgia"/>
          <w:b/>
          <w:i w:val="0"/>
          <w:color w:val="000000"/>
          <w:sz w:val="24"/>
        </w:rPr>
        <w:t>«А после того как Некудим разбились и т. д., света ЗАТ тоже облачились по линиям КАХАБ и т. д.»</w:t>
      </w:r>
      <w:r>
        <w:rPr>
          <w:rFonts w:ascii="Georgia" w:hAnsi="Georgia"/>
          <w:b w:val="0"/>
          <w:i w:val="0"/>
          <w:color w:val="000000"/>
          <w:sz w:val="24"/>
        </w:rPr>
        <w:t xml:space="preserve"> — в этом и заключается исправление выхода Имы наружу из высшего Абы: она пришла на место его гуфа и распространилась там в рош из трех линий, что называется распространением КАХАБ на место ХАГАТ. И тогда туда поднялись света ЗАТ: света Хеседа и Нецаха поднялись в Исраэль Саба, являющийся распространением Хохмы; света Гвуры и Хода — в Твуну, являющуюся распространением Бины; а света Тиферет, Есода и Малхут — в их среднюю линию, называемую распространением Кетера или Даат.</w:t>
      </w:r>
    </w:p>
    <w:p>
      <w:pPr>
        <w:spacing w:before="40" w:after="120"/>
        <w:jc w:val="both"/>
      </w:pPr>
      <w:r>
        <w:rPr>
          <w:rFonts w:ascii="Georgia" w:hAnsi="Georgia"/>
          <w:b/>
          <w:i w:val="0"/>
          <w:color w:val="000000"/>
          <w:sz w:val="24"/>
        </w:rPr>
        <w:t>«Наступило первое зачатие ЗОН и т. д.»</w:t>
      </w:r>
      <w:r>
        <w:rPr>
          <w:rFonts w:ascii="Georgia" w:hAnsi="Georgia"/>
          <w:b w:val="0"/>
          <w:i w:val="0"/>
          <w:color w:val="000000"/>
          <w:sz w:val="24"/>
        </w:rPr>
        <w:t xml:space="preserve"> — всё продолжение будет с Б-жьей помощью объяснено на своем месте.</w:t>
      </w:r>
    </w:p>
    <w:p>
      <w:pPr>
        <w:keepNext/>
        <w:spacing w:before="320" w:after="120"/>
      </w:pPr>
      <w:r>
        <w:rPr>
          <w:rFonts w:ascii="Georgia" w:hAnsi="Georgia"/>
          <w:b w:val="0"/>
          <w:i w:val="0"/>
          <w:color w:val="000000"/>
          <w:sz w:val="32"/>
        </w:rPr>
        <w:t>Паним Масбирот</w:t>
      </w:r>
    </w:p>
    <w:p>
      <w:pPr>
        <w:spacing w:before="40" w:after="120"/>
        <w:jc w:val="both"/>
      </w:pPr>
      <w:r>
        <w:rPr>
          <w:rFonts w:ascii="Georgia" w:hAnsi="Georgia"/>
          <w:b w:val="0"/>
          <w:i w:val="0"/>
          <w:color w:val="000000"/>
          <w:sz w:val="24"/>
        </w:rPr>
        <w:t>1) До того как Кетер распространился по средней линии, Хохма и Бина (ХУБ) светили друг в друга безо всякой преграды между ними, хотя и находились ахор бе-ахор. Но после того как кли Кетера распространилось до Тиферет, как сказано выше, оно разделило их и т.д. (ветвь 25, пункт 2). И нужно понять эти слова: почему Кетер должен разделять свечение Хохмы и Бины друг в друга? Ведь свет Кетера, напротив, больше, чем света Хохмы и Бины, вместе взятые! Более того, ведь и в высших Аба ве-Има, даже когда они находились паним бе-паним, НЕХИ де-Кетер протягивались посередине между высшими Аба ве-Има в точности так же, как здесь, как прямо пишет Учитель в «Эц Хаим» (Врата мелахим, гл. 8). И там они вовсе не разделяют Хохму и Бину, а напротив, возвращают их в состояние паним бе-паним. А здесь говорится, что урон, причиняемый Хохме и Бине из-за разделения Кетером, оказывается еще тяжелее, чем состояние ахор бе-ахор Хохмы и Бины; и здесь, несомненно, требуется особое понимание.</w:t>
      </w:r>
    </w:p>
    <w:p>
      <w:pPr>
        <w:spacing w:before="40" w:after="120"/>
        <w:jc w:val="both"/>
      </w:pPr>
      <w:r>
        <w:rPr>
          <w:rFonts w:ascii="Georgia" w:hAnsi="Georgia"/>
          <w:b w:val="0"/>
          <w:i w:val="0"/>
          <w:color w:val="000000"/>
          <w:sz w:val="24"/>
        </w:rPr>
        <w:t>Подобно этому, как сказано в ветви 26, пункте 1: весь изъян, вызвавший разбиение келим (швират а-келим), заключался в том, что свет пришел к ним от исправленных ГАР в виде парцуфа, тогда как в ЗАТ этого недоставало; и потому во время исправления АА собрал их в свои НЕХИ, а затем поднял НЕХИ вместе с ЗАТ в свои ХАГАТ, и тогда они вышли исправленными и больше не разбивались (см. там). И нам необходимо понять: какое отношение подъем НЕХИ в ХАГАТ имеет к тому, чтобы исправить в ЗАТ форму парцуфа?</w:t>
      </w:r>
    </w:p>
    <w:p>
      <w:pPr>
        <w:spacing w:before="40" w:after="120"/>
        <w:jc w:val="both"/>
      </w:pPr>
      <w:r>
        <w:rPr>
          <w:rFonts w:ascii="Georgia" w:hAnsi="Georgia"/>
          <w:b w:val="0"/>
          <w:i w:val="0"/>
          <w:color w:val="000000"/>
          <w:sz w:val="24"/>
        </w:rPr>
        <w:t>Но главное, что необходимо сначала понять во всех этих рассуждениях, — это суть старых МА и БОН и новых МА и БОН, выяснению которых Учитель подробно уделил место в ветвях 27 и 28 (см. там). И хотя он пространно разбирает там МА и БОН во всех их деталях и тонкостях, тем не менее излагает это столь кратко, что невозможно уяснить порядок вещей. На первый взгляд они кажутся противоречащими сами себе: сначала [Учитель] дает общее правило, что во всем Ацилуте нет ни одной даже самой малой искры, в которой не присутствовали бы вместе МА и БОН; а затем говорит, что правая сторона каждого парцуфа — это целиком МА, а левая сторона — целиком БОН. Но если так, то целая сторона оказывается лишенной либо МА, либо БОН! Точно так же, установив правило, что МА — мужское начало, а БОН — женское (нуква), он тут же говорит там, что и в МА есть нуква, и в БОН есть мужское начало. Но если так, они равны по наличию мужского и женского!</w:t>
      </w:r>
    </w:p>
    <w:p>
      <w:pPr>
        <w:spacing w:before="40" w:after="120"/>
        <w:jc w:val="both"/>
      </w:pPr>
      <w:r>
        <w:rPr>
          <w:rFonts w:ascii="Georgia" w:hAnsi="Georgia"/>
          <w:b w:val="0"/>
          <w:i w:val="0"/>
          <w:color w:val="000000"/>
          <w:sz w:val="24"/>
        </w:rPr>
        <w:t>Кроме того, сказанное им там, будто имя БОН, включающее в себя весь Ацилут, — это Малхут де-АК, а имя МА, включающее весь Ацилут, — это Есод де-АК (см. там), — это совершенно новое утверждение. Ведь до сих пор, как и во множестве мест, говорится, что общее имя БОН — это свет, вышедший через глаза (эйнаим) де-АК, а общее имя МА — свет, вышедший через лоб (мэцах) де-АК, как известно.</w:t>
      </w:r>
    </w:p>
    <w:p>
      <w:pPr>
        <w:spacing w:before="40" w:after="120"/>
        <w:jc w:val="both"/>
      </w:pPr>
      <w:r>
        <w:rPr>
          <w:rFonts w:ascii="Georgia" w:hAnsi="Georgia"/>
          <w:b w:val="0"/>
          <w:i w:val="0"/>
          <w:color w:val="000000"/>
          <w:sz w:val="24"/>
        </w:rPr>
        <w:t>Более того, возникает вопрос: если так, то свойство общего МА, называемое «мелех Адар», должно присутствовать и в мире Некудим, ведь и там основные света вышли из Есод де-АК! Как сказано в предыдущей ветви, в Некудим действовали три света: свет глаз и созерцание (истаклют) глаз в АХАП, от которых приходит только малое состояние (катнут), и свет Есод де-АК, от которого приходит большое состояние (гадлут), как известно. Есть и другие тонкости, которые прояснятся в ходе нашего изложения.</w:t>
      </w:r>
    </w:p>
    <w:p>
      <w:pPr>
        <w:spacing w:before="40" w:after="120"/>
        <w:jc w:val="both"/>
      </w:pPr>
      <w:r>
        <w:rPr>
          <w:rFonts w:ascii="Georgia" w:hAnsi="Georgia"/>
          <w:b w:val="0"/>
          <w:i w:val="0"/>
          <w:color w:val="000000"/>
          <w:sz w:val="24"/>
        </w:rPr>
        <w:t>И сначала разберем сказанное там, в ветви 28, пункте 6, и вот его слова: «Общий вывод таков: общее имя БОН — это нефеш, и это семь малхут, имеющихся в ЗОН. И они вышли в аспекте игулим, и они — МА и БОН в общем имени БОН. А затем вышли Адар и Меитавэль — МА и БОН в общем имени МА, и это ВАК де-ЗОН. И они стали парцуфом Адам в ешер, и благодаря им сохранились также игулим, поскольку они — свойство руах, поддерживающего нефеш», конец цитаты.</w:t>
      </w:r>
    </w:p>
    <w:p>
      <w:pPr>
        <w:spacing w:before="40" w:after="120"/>
        <w:jc w:val="both"/>
      </w:pPr>
      <w:r>
        <w:rPr>
          <w:rFonts w:ascii="Georgia" w:hAnsi="Georgia"/>
          <w:b w:val="0"/>
          <w:i w:val="0"/>
          <w:color w:val="000000"/>
          <w:sz w:val="24"/>
        </w:rPr>
        <w:t>И ты находишь здесь новое правило: общее имя БОН — это исключительно аспект игулим как в ЗА, так и в Нукве де-ЗА; а общее имя МА — это аспект ешер как в ЗА, так и в Нукве де-ЗА (см. там). Но и это правило, на первый взгляд, опровергается множеством мест, где говорится, что и в десяти сфирот мира Некудим вышли десять сфирот де-ешер, как известно. К тому же выше, в ветви 22, [Учитель] пространно и подробно объяснял по поводу разбиения келим, что [света] распространились от трех линий Аба ве-Има и от трех линий ИШСУТ, а линии бывают только в ешер. Ведь в этом и состоит все отличие от игулим, в которых нет линий — даже одной линии! Ибо значение линии (кав) — это тайна четырех стадий прямого света: Хохма, Бина, Тиферет и Малхут, протягивающихся до масаха Малхут для зивуга, поднимающего отраженный свет и облачающего десять сфирот прямого света: при первом созерцании — для рош, а при втором созерцании — для гуф, как писал Учитель выше в ветвях 4 и 5 (см. там).</w:t>
      </w:r>
    </w:p>
    <w:p>
      <w:pPr>
        <w:spacing w:before="40" w:after="120"/>
        <w:jc w:val="both"/>
      </w:pPr>
      <w:r>
        <w:rPr>
          <w:rFonts w:ascii="Georgia" w:hAnsi="Georgia"/>
          <w:b w:val="0"/>
          <w:i w:val="0"/>
          <w:color w:val="000000"/>
          <w:sz w:val="24"/>
        </w:rPr>
        <w:t>Тогда как в игулим нет протяжения света от Бесконечного, благословен Он, для зивуга, а получают они из пэ де-рош линии, находящейся на высшей по отношению к ним ступени: ведь десять игулим Хохмы получают из пэ де-рош линии Кетера так же, как десять сфирот де-ешер Хохмы. И разница между ними в том, что десять сфирот де-ешер Хохмы, хотя и получают из пэ де-рош линии Кетера, получают оттуда свет руах, то есть мужской свет. И потому десять сфирот де-ешер Хохмы распространяются до Малхут в тайне зивуга первого созерцания; и затем, чтобы завершить келим, им необходимо распространиться во втором созерцании до Малхут де-Малхут, называемой табуром, — ведь от табура и ниже протягиваются завершающие НЕХИ, как известно из предыдущей ветви.</w:t>
      </w:r>
    </w:p>
    <w:p>
      <w:pPr>
        <w:spacing w:before="40" w:after="120"/>
        <w:jc w:val="both"/>
      </w:pPr>
      <w:r>
        <w:rPr>
          <w:rFonts w:ascii="Georgia" w:hAnsi="Georgia"/>
          <w:b w:val="0"/>
          <w:i w:val="0"/>
          <w:color w:val="000000"/>
          <w:sz w:val="24"/>
        </w:rPr>
        <w:t>И если так, то в десяти сфирот де-ешер есть десять сфирот рош от первого созерцания, называемые ГАР, и есть тело (гуф) благодаря второму созерцанию, называемое ЗАТ.</w:t>
      </w:r>
    </w:p>
    <w:p>
      <w:pPr>
        <w:spacing w:before="40" w:after="120"/>
        <w:jc w:val="both"/>
      </w:pPr>
      <w:r>
        <w:rPr>
          <w:rFonts w:ascii="Georgia" w:hAnsi="Georgia"/>
          <w:b w:val="0"/>
          <w:i w:val="0"/>
          <w:color w:val="000000"/>
          <w:sz w:val="24"/>
        </w:rPr>
        <w:t>Тогда как десять сфирот де-игулим Хохмы, хотя и получают также из пэ де-рош линии в Кетере, получают только женский свет, называемый светом нефеш. И потому в них нет никакого зивуга, но они получают десять сфирот вплоть до Малхут от свойства женского света высшего — то есть с тем, чтобы не отдавать вниз; и поэтому они вынуждены завершаться в своей Малхут, которая стоит на одном уровне с Малхут десяти сфирот рош де-ешер Хохмы, и пойми это как следует. И благодаря этому ты различишь, что ешер Хохмы имеет преимущество в виде ЗАТ, называемых телом, над десятью сфирот де-игулим: ведь Малхут де-игулим пресекает и завершает свет десяти сфирот Хохмы. Тогда как Малхут де-ешер, поскольку там происходит зивуг, распространяется еще сама во втором созерцании в десять сфирот ХАГАТ, а затем от табура и ниже — в десять сфирот НЕХИ для завершения (соф).</w:t>
      </w:r>
    </w:p>
    <w:p>
      <w:pPr>
        <w:spacing w:before="40" w:after="120"/>
        <w:jc w:val="both"/>
      </w:pPr>
      <w:r>
        <w:rPr>
          <w:rFonts w:ascii="Georgia" w:hAnsi="Georgia"/>
          <w:b w:val="0"/>
          <w:i w:val="0"/>
          <w:color w:val="000000"/>
          <w:sz w:val="24"/>
        </w:rPr>
        <w:t>И благодаря этому ты поймешь общее правило, данное нам Учителем выше в ветви 2 и во множестве мест: десять сфирот де-игулим всегда облачают только рош десяти сфирот де-ешер той же ступени. То есть, как сказано выше, они прекращаются уже на уровне пэ де-рош де-ешер, тогда как ешер распространяется дальше в виде полного тела из ХАГАТ и НЕХИМ, как сказано выше.</w:t>
      </w:r>
    </w:p>
    <w:p>
      <w:pPr>
        <w:spacing w:before="40" w:after="120"/>
        <w:jc w:val="both"/>
      </w:pPr>
      <w:r>
        <w:rPr>
          <w:rFonts w:ascii="Georgia" w:hAnsi="Georgia"/>
          <w:b w:val="0"/>
          <w:i w:val="0"/>
          <w:color w:val="000000"/>
          <w:sz w:val="24"/>
        </w:rPr>
        <w:t>И вот ты видишь, что и в мире Некудим, называемом общим БОН, [сфирот] тоже вышли в десяти сфирот де-ешер: ведь они протянулись в виде линий в рош, тох и соф — как Аба ве-Има, так и ИШСУТ, как написано выше в ветви 22. Как же тогда [Учитель] формулирует общее правило здесь, в ветви 28, что общий БОН — это исключительно игулим? Однако нам действительно нужно понять его слова о том, что в ГАР исправление линий было лишь отчасти. Что означает это «отчасти», о котором он говорит применительно к ГАР, если выше, в ветви 22, следует, что там было полное исправление линий?</w:t>
      </w:r>
    </w:p>
    <w:p>
      <w:pPr>
        <w:spacing w:before="40" w:after="120"/>
        <w:jc w:val="both"/>
      </w:pPr>
      <w:r>
        <w:rPr>
          <w:rFonts w:ascii="Georgia" w:hAnsi="Georgia"/>
          <w:b w:val="0"/>
          <w:i w:val="0"/>
          <w:color w:val="000000"/>
          <w:sz w:val="24"/>
        </w:rPr>
        <w:t>И ты поймешь это из того, что мы объяснили в предыдущей ветви относительно ЗАТ мира Некудим, которые вышли в одну линию, друг под другом, вообще без исправления линий. И мы объяснили там, что это произошло потому, что десять сфирот Некудим вышли из света отверстий глаз (никвей эйнаим) — что означает подъем МАН до Хохмы каждого парцуфа, называемой глазами, и исправление Хохмы в мужском и женском началах, что и составляет тайну никвей эйнаим. Поэтому данный свет всегда называется светом никвей эйнаим де-АК, и помни это.</w:t>
      </w:r>
    </w:p>
    <w:p>
      <w:pPr>
        <w:spacing w:before="40" w:after="120"/>
        <w:jc w:val="both"/>
      </w:pPr>
      <w:r>
        <w:rPr>
          <w:rFonts w:ascii="Georgia" w:hAnsi="Georgia"/>
          <w:b w:val="0"/>
          <w:i w:val="0"/>
          <w:color w:val="000000"/>
          <w:sz w:val="24"/>
        </w:rPr>
        <w:t>И там было объяснено важное правило: этот свет, где бы он ни находился, светит только для рош и тох этой ступени, и в нем всегда отсутствует завершение (соф) данной ступени. Причина же в том, что этот рош всегда считается лишь внутренней частью (тох) — подобно ХАГАТ тела, — поскольку он выходит от глаз и ниже, что называется АХАП. А значит, истинным рош считается то, что от глаз и выше.</w:t>
      </w:r>
    </w:p>
    <w:p>
      <w:pPr>
        <w:spacing w:before="40" w:after="120"/>
        <w:jc w:val="both"/>
      </w:pPr>
      <w:r>
        <w:rPr>
          <w:rFonts w:ascii="Georgia" w:hAnsi="Georgia"/>
          <w:b w:val="0"/>
          <w:i w:val="0"/>
          <w:color w:val="000000"/>
          <w:sz w:val="24"/>
        </w:rPr>
        <w:t>И считается, что Малхут де-пэ поднялась на место глаз, а АХАП уже стали подобны ХАГАТ тела. Пэ же де-АХАП получает только для свойства второго созерцания, называемого табуром, и потому из пэ этого рош распространяются лишь десять сфирот завершающих НЕХИ, именуемые женским светом и светом нефеш.</w:t>
      </w:r>
    </w:p>
    <w:p>
      <w:pPr>
        <w:spacing w:before="40" w:after="120"/>
        <w:jc w:val="both"/>
      </w:pPr>
      <w:r>
        <w:rPr>
          <w:rFonts w:ascii="Georgia" w:hAnsi="Georgia"/>
          <w:b w:val="0"/>
          <w:i w:val="0"/>
          <w:color w:val="000000"/>
          <w:sz w:val="24"/>
        </w:rPr>
        <w:t>И коль скоро они доходят до свойства Малхут де-Малхут, называемой табуром по состоянию келим со стороны первого корня, они уже производят там завершение: ведь на этот табур зивуг не происходит, поскольку считается, что ХАГАТ тела поднялись в АХАП, а НЕХИ тела поднялись в ХАГАТ, тогда как НЕХИ де-келим, остающиеся со стороны первого корня, оказываются пустыми от этого света, как подробно написано об этом в ветвях 15 и 16 в «Паним Масбирот» (см. там). И там было объяснено, что рош мира Некудим, называемый КАХАБ, рассматривается как два рош: Кетер и Хохма. И по вышеназванной причине — поскольку в свете, выходящем из никвей эйнаим, есть только АХАП, считающиеся ХАГАТ, и аспект от пэ до табура, считающийся НЕХИ, — оказывается, что в этих двух рош есть лишь ХАГАТ и НЕХИ: Кетер — это тайна ХАГАТ, а рош Хохмы — тайна НЕХИ (см. там).</w:t>
      </w:r>
    </w:p>
    <w:p>
      <w:pPr>
        <w:spacing w:before="40" w:after="120"/>
        <w:jc w:val="both"/>
      </w:pPr>
      <w:r>
        <w:rPr>
          <w:rFonts w:ascii="Georgia" w:hAnsi="Georgia"/>
          <w:b w:val="0"/>
          <w:i w:val="0"/>
          <w:color w:val="000000"/>
          <w:sz w:val="24"/>
        </w:rPr>
        <w:t>И вот выяснилось, что в рош Хохмы, который является основным рош десяти сфирот Некудим, нет ничего, кроме НЕХИ — то есть исключительно женского света и света нефеш. И об этом говорит Учитель, что там есть исправление линий отчасти — то есть на уровне НЕХИ, которые не способны к зивугу, будучи женским светом, и совершенно подобны десяти сфирот де-игулим, в чьей Малхут нет никакого зивуга и распространения в ЗАТ, как сказано выше (внимательно изучи сказанное там).</w:t>
      </w:r>
    </w:p>
    <w:p>
      <w:pPr>
        <w:spacing w:before="40" w:after="120"/>
        <w:jc w:val="both"/>
      </w:pPr>
      <w:r>
        <w:rPr>
          <w:rFonts w:ascii="Georgia" w:hAnsi="Georgia"/>
          <w:b w:val="0"/>
          <w:i w:val="0"/>
          <w:color w:val="000000"/>
          <w:sz w:val="24"/>
        </w:rPr>
        <w:t>Однако они, конечно, не вполне подобны игулим: ведь в игулим нет свойства зивуга даже со стороны первого корня, существовавшего до подъема МАН, как сказано выше, тогда как в рош Хохмы есть подлинное свойство ГАР, существовавшее до подъема МАН, как сказано выше. Ведь весь этот недостаток уровня НЕХИ возник заново лишь в свете глаз.</w:t>
      </w:r>
    </w:p>
    <w:p>
      <w:pPr>
        <w:spacing w:before="40" w:after="120"/>
        <w:jc w:val="both"/>
      </w:pPr>
      <w:r>
        <w:rPr>
          <w:rFonts w:ascii="Georgia" w:hAnsi="Georgia"/>
          <w:b w:val="0"/>
          <w:i w:val="0"/>
          <w:color w:val="000000"/>
          <w:sz w:val="24"/>
        </w:rPr>
        <w:t>И вот разъяснено свойство этого света, вышедшего через никвей эйнаим: хотя в нем и было исправление линий благодаря подъему МАН, тем не менее до второго рош Некудим дошел лишь свет НЕХИ, которые были исправлены в линиях: правой, левой и средней, — ведь именно так они протянулись от ХАГАТ, являющихся первым рош (свойством того, что от глаз и выше в Некудим, вышедшим из никвей эйнаим де-АК).</w:t>
      </w:r>
    </w:p>
    <w:p>
      <w:pPr>
        <w:spacing w:before="40" w:after="120"/>
        <w:jc w:val="both"/>
      </w:pPr>
      <w:r>
        <w:rPr>
          <w:rFonts w:ascii="Georgia" w:hAnsi="Georgia"/>
          <w:b w:val="0"/>
          <w:i w:val="0"/>
          <w:color w:val="000000"/>
          <w:sz w:val="24"/>
        </w:rPr>
        <w:t>Таким образом, от никвей эйнаим и выше де-АК вышел главный рош, являющийся тайной ХАБАД; в самом первом рош Некудим — то есть от глаз и выше самого рош Некудим — вышли ХАГАТ; а в АХАП де-рош де-Некудим вышло уже свойство соф и десять завершающих сфирот, где правая линия называется Нецах, левая — Ход, а средняя — Есод. И хотя каждая из линий включает в себя десять сфирот, как известно из сказанного выше, тем не менее, поскольку они представляют собой женский свет, они называются только НЕХИ, как известно. Поэтому от пэ де-рош мира Некудим и ниже из света глаз де-АК не протянулось ничего: ведь они уже завершились в пэ, как сказано выше. И потому [сфирот] вышли лишь в виде точек, одна под другой, без исправления линий и без света, — ведь все это должно было прийти к ним от света глаз, а он прекратился в пэ, как было сказано.</w:t>
      </w:r>
    </w:p>
    <w:p>
      <w:pPr>
        <w:spacing w:before="40" w:after="120"/>
        <w:jc w:val="both"/>
      </w:pPr>
      <w:r>
        <w:rPr>
          <w:rFonts w:ascii="Georgia" w:hAnsi="Georgia"/>
          <w:b w:val="0"/>
          <w:i w:val="0"/>
          <w:color w:val="000000"/>
          <w:sz w:val="24"/>
        </w:rPr>
        <w:t>Однако эти келим и точки пришли туда благодаря втягиванию глазами от прежних АХАП, как написано в ветви 14 в «Паним Масбирот» (см. там).</w:t>
      </w:r>
    </w:p>
    <w:p>
      <w:pPr>
        <w:spacing w:before="40" w:after="120"/>
        <w:jc w:val="both"/>
      </w:pPr>
      <w:r>
        <w:rPr>
          <w:rFonts w:ascii="Georgia" w:hAnsi="Georgia"/>
          <w:b w:val="0"/>
          <w:i w:val="0"/>
          <w:color w:val="000000"/>
          <w:sz w:val="24"/>
        </w:rPr>
        <w:t>А затем благодаря облачению Есод де-АК в пэ де-Некудим туда протянулся мужской свет, и в этом зивуге вышли десять сфирот уровня Кетер в рош, тох и соф через линии, как подробно описано в предыдущих ветвях. Но все это свечение не удержалось ни в ГАР, ни в ЗАТ. Ведь ЗАТ — из-за того, что их келим все еще пребывали в тайне точек, расположенных одна под другой, — не могли принять десять сфирот, исправленных в виде линий. А поскольку основное завершение келим происходит от пэ и ниже, в тайне второго созерцания, завершающего их, то, когда это разбилось, аннулировались также и корни в рош, как сказано выше в предыдущей ветви, и незачем более распространяться об этом.</w:t>
      </w:r>
    </w:p>
    <w:p>
      <w:pPr>
        <w:spacing w:before="40" w:after="120"/>
        <w:jc w:val="both"/>
      </w:pPr>
      <w:r>
        <w:rPr>
          <w:rFonts w:ascii="Georgia" w:hAnsi="Georgia"/>
          <w:b w:val="0"/>
          <w:i w:val="0"/>
          <w:color w:val="000000"/>
          <w:sz w:val="24"/>
        </w:rPr>
        <w:t>Однако необходимо как следует понять суть этих точек, вышедших от пэ де-Некудим и ниже, которые называются ХАГАТ и НЕХИМ: ведь Учитель говорит, что они представляют собой лишь шесть свойств Малхут в ВАК де-ЗА и одно свойство Малхут Нуквы де-ЗА.</w:t>
      </w:r>
    </w:p>
    <w:p>
      <w:pPr>
        <w:spacing w:before="40" w:after="120"/>
        <w:jc w:val="both"/>
      </w:pPr>
      <w:r>
        <w:rPr>
          <w:rFonts w:ascii="Georgia" w:hAnsi="Georgia"/>
          <w:b w:val="0"/>
          <w:i w:val="0"/>
          <w:color w:val="000000"/>
          <w:sz w:val="24"/>
        </w:rPr>
        <w:t>И ты поймешь это из того, что объяснено в предыдущей ветви по поводу новшества десяти келим, возникшего здесь в силу соединения свойства милосердия с судом, чего вовсе не было в трех предшествующих парцуфах де-АК: Гальгальта, АБ, САГ.</w:t>
      </w:r>
    </w:p>
    <w:p>
      <w:pPr>
        <w:spacing w:before="40" w:after="120"/>
        <w:jc w:val="both"/>
      </w:pPr>
      <w:r>
        <w:rPr>
          <w:rFonts w:ascii="Georgia" w:hAnsi="Georgia"/>
          <w:b w:val="0"/>
          <w:i w:val="0"/>
          <w:color w:val="000000"/>
          <w:sz w:val="24"/>
        </w:rPr>
        <w:t>И объяснялось там, что это возникло благодаря спуску ИШСУТ, являющегося КАХАБ, во внутренние НЕХИ де-АК, где находится четвертая стадия (бхина далет); они соединились и объединились друг с другом в единое свойство. И благодаря тому, что Малхут приобрела силу второй стадии (бхина бэт), являющейся тайной Бины, она поднялась со своего места до Хохмы в тайне МАН. И вследствие этого подъема во всех сфирот вплоть до Хохмы возникло свойство Малхут, женского начала (нуква) и кли; поэтому оно также именуется левой линией. Ведь прежде девять первых сфирот были совершенно свободны от первого сокращения, женского начала и кли: все это было лишь в одной сфире Малхут, представляющей собой четвертую стадию и круглую точку под сфирот. Теперь же эта точка распространилась наподобие линии, которая пронизывает, поднимается и образует левую линию в каждой без исключения сфире из десяти сфирот, и пойми это как следует.</w:t>
      </w:r>
    </w:p>
    <w:p>
      <w:pPr>
        <w:spacing w:before="40" w:after="120"/>
        <w:jc w:val="both"/>
      </w:pPr>
      <w:r>
        <w:rPr>
          <w:rFonts w:ascii="Georgia" w:hAnsi="Georgia"/>
          <w:b w:val="0"/>
          <w:i w:val="0"/>
          <w:color w:val="000000"/>
          <w:sz w:val="24"/>
        </w:rPr>
        <w:t>Однако левой линией она называется лишь в месте единения, в тайне зивуга: тогда Малхут исправлена в левой линии, как сказано, сама же основа девяти первых сфирот — помимо свойств Малхут в их левой стороне — рассматривается в этом единении как правая линия, а тайна отраженного света, поднимающегося от зивуга, считается средней линией. И тогда все десять сфирот объединяются в полное единение, будучи связаны друг с другом, что и называется парцуфом Адам в трех линиях: правой, левой и средней.</w:t>
      </w:r>
    </w:p>
    <w:p>
      <w:pPr>
        <w:spacing w:before="40" w:after="120"/>
        <w:jc w:val="both"/>
      </w:pPr>
      <w:r>
        <w:rPr>
          <w:rFonts w:ascii="Georgia" w:hAnsi="Georgia"/>
          <w:b w:val="0"/>
          <w:i w:val="0"/>
          <w:color w:val="000000"/>
          <w:sz w:val="24"/>
        </w:rPr>
        <w:t>В отличие от этого, в ЗАТ мира Некудим, которые были пусты от света глаз, нет никакого свойства правой [линии], которое связало бы их в тайне зивуга. А значит, здесь есть лишь одна левая линия — то есть женское свойство, образовавшееся во всех десяти сфирот в силу упомянутых МАН, но пребывают они без связи, поскольку здесь нет правого свойства, которое вступило бы с левым в зивуг. И потому они представляют собой отдельные точки, одна под другой, в порядке ЗАТ: ХАГАТ и НЕХИМ, то есть только одну левую линию от этих сфирот. И поэтому они называются точками — то есть черными, без света, подобно точке, в которой нет никакой белизны, и пойми это.</w:t>
      </w:r>
    </w:p>
    <w:p>
      <w:pPr>
        <w:spacing w:before="40" w:after="120"/>
        <w:jc w:val="both"/>
      </w:pPr>
      <w:r>
        <w:rPr>
          <w:rFonts w:ascii="Georgia" w:hAnsi="Georgia"/>
          <w:b w:val="0"/>
          <w:i w:val="0"/>
          <w:color w:val="000000"/>
          <w:sz w:val="24"/>
        </w:rPr>
        <w:t>И в этом смысл слов Учителя о том, что в Некудим вышли лишь шесть свойств Малхут де-ЗА — то есть левая линия сфирот ХАГАТ и НЕХИМ, чей корень происходит исключительно от подъема Малхут и ее включения в каждую отдельную сфиру из ХАГАТ и НЕХИМ. Таким образом, сама основа сфирот ЗА — ХАГАТ и НЕХИМ, относящаяся к правой линии, вовсе не вышла; вышло лишь то, что в них слева. И потому они, несомненно, представляют собой лишь саму Малхут, существовавшую до подъема МАН, которая силой МАН включилась теперь в каждую сфиру из ХАГАТ и НЕХИМ. Подобно этому и в Малхут мира Некудим от ее правого свойства не вышло ничего, а только ее левая сторона — то есть черная точка без света, как сказано выше.</w:t>
      </w:r>
    </w:p>
    <w:p>
      <w:pPr>
        <w:spacing w:before="40" w:after="120"/>
        <w:jc w:val="both"/>
      </w:pPr>
      <w:r>
        <w:rPr>
          <w:rFonts w:ascii="Georgia" w:hAnsi="Georgia"/>
          <w:b w:val="0"/>
          <w:i w:val="0"/>
          <w:color w:val="000000"/>
          <w:sz w:val="24"/>
        </w:rPr>
        <w:t>А то, что Учитель называет эти ЗАТ именем «МА и БОН де-БОН», — в действительности здесь вовсе нет свойства МА: ведь суть имени МА — это имя ЗА, как известно. А здесь нет ничего от ЗА, являющегося тайной келим ХАГАТ и НЕХИ, но есть лишь одна Малхут, называемая БОН, как сказано выше. Однако имеется в виду следующее: то свойство Малхут, которое включилось в сфирот ЗА, он называет именем МА, а ту Малхут, что в самой Малхут, называет именем БОН. В действительности же все это — только БОН и Малхут. А из самой основы сфирот ЗА здесь еще не вышло ничего, и помни это.</w:t>
      </w:r>
    </w:p>
    <w:p>
      <w:pPr>
        <w:spacing w:before="40" w:after="120"/>
        <w:jc w:val="both"/>
      </w:pPr>
      <w:r>
        <w:rPr>
          <w:rFonts w:ascii="Georgia" w:hAnsi="Georgia"/>
          <w:b w:val="0"/>
          <w:i w:val="0"/>
          <w:color w:val="000000"/>
          <w:sz w:val="24"/>
        </w:rPr>
        <w:t>И вот разъяснено, что все это малое состояние, вышедшее в ЗАТ мира Некудим, возникло по той причине, что основной свет Некудим вышел через никвей эйнаим, из-за чего каждая ступень разделилась надвое: на то, что от глаз и выше, и АХАП, как сказано выше и в предыдущей ветви, в «Паним Масбирот», ветвях 15 и 16 (см. там). И поэтому свет прекратился в пэ де-рош Некудим, и от него ничего не дошло до ЗАТ; вследствие этого они и остались отдельными точками, как сказано выше.</w:t>
      </w:r>
    </w:p>
    <w:p>
      <w:pPr>
        <w:spacing w:before="40" w:after="120"/>
        <w:jc w:val="both"/>
      </w:pPr>
      <w:r>
        <w:rPr>
          <w:rFonts w:ascii="Georgia" w:hAnsi="Georgia"/>
          <w:b w:val="0"/>
          <w:i w:val="0"/>
          <w:color w:val="000000"/>
          <w:sz w:val="24"/>
        </w:rPr>
        <w:t>Затем, ко времени исправления разбитых келим, произошел новый подъем МАН в АБ и САГ де-Гальгальта. И в этих новых МАН совершилось великое исправление, ибо свет зивуга на эти новые МАН вышел уже не через никвей эйнаим, а через лоб (мэцах) каждого парцуфа.</w:t>
      </w:r>
    </w:p>
    <w:p>
      <w:pPr>
        <w:spacing w:before="40" w:after="120"/>
        <w:jc w:val="both"/>
      </w:pPr>
      <w:r>
        <w:rPr>
          <w:rFonts w:ascii="Georgia" w:hAnsi="Georgia"/>
          <w:b w:val="0"/>
          <w:i w:val="0"/>
          <w:color w:val="000000"/>
          <w:sz w:val="24"/>
        </w:rPr>
        <w:t>Для объяснения этого потребовалось бы много места, и это будет разъяснено в своем месте с Б-жьей помощью. Вкратце же суть в том, что включение Малхут произошло теперь и в Кетере, являющемся тайной Гальгальты, которая исправилась семью исправлениями, называемыми по [начальным] буквам: гимель, тэт, куф, рэйш, айн, пэй, хэт (</w:t>
      </w:r>
      <w:r>
        <w:rPr>
          <w:rFonts w:ascii="Georgia" w:hAnsi="Georgia" w:cs="Times New Roman"/>
          <w:b/>
          <w:i w:val="0"/>
          <w:color w:val="000000"/>
          <w:sz w:val="24"/>
          <w:rtl/>
          <w:szCs w:val="32"/>
        </w:rPr>
        <w:t>ג״ט קר״ע פ״ח</w:t>
      </w:r>
      <w:r>
        <w:rPr>
          <w:rFonts w:ascii="Georgia" w:hAnsi="Georgia"/>
          <w:b w:val="0"/>
          <w:i w:val="0"/>
          <w:color w:val="000000"/>
          <w:sz w:val="24"/>
        </w:rPr>
        <w:t>). И благодаря этому все АХАП вернулись на уровень рош. Ведь прежде подъем МАН происходил лишь в никвей эйнаим, что приводило к разделению каждой ступени пополам: то, что от глаз и выше, становилось рош, а АХАП становились подобны ХАГАТ, как сказано выше, и в парцуфе недоставало НЕХИ, как сказано выше. Это и задерживало высший свет исправления линий, так что он не мог распространиться на ЗАТ Некудим, как сказано выше.</w:t>
      </w:r>
    </w:p>
    <w:p>
      <w:pPr>
        <w:spacing w:before="40" w:after="120"/>
        <w:jc w:val="both"/>
      </w:pPr>
      <w:r>
        <w:rPr>
          <w:rFonts w:ascii="Georgia" w:hAnsi="Georgia"/>
          <w:b w:val="0"/>
          <w:i w:val="0"/>
          <w:color w:val="000000"/>
          <w:sz w:val="24"/>
        </w:rPr>
        <w:t>Теперь же, когда Малхут включилась в Кетер, больше нет никакой причины для разделения рош на две части. И потому благодаря этому зивугу вышли рош, тох и соф в полноте, и исправление линий достигло также и ЗАТ.</w:t>
      </w:r>
    </w:p>
    <w:p>
      <w:pPr>
        <w:spacing w:before="40" w:after="120"/>
        <w:jc w:val="both"/>
      </w:pPr>
      <w:r>
        <w:rPr>
          <w:rFonts w:ascii="Georgia" w:hAnsi="Georgia"/>
          <w:b w:val="0"/>
          <w:i w:val="0"/>
          <w:color w:val="000000"/>
          <w:sz w:val="24"/>
        </w:rPr>
        <w:t>Поэтому данный свет называется новым МА, вышедшим из мэцах де-АК, то есть от включения Малхут в Гальгальту, именуемую лбом (мэцах). И потому парцуф МА начинается со лба, и все КАХАБ и ЗОН де-рош — называемые Гальгальта, эйнаим и АХАП, — составляют единую ступень.</w:t>
      </w:r>
    </w:p>
    <w:p>
      <w:pPr>
        <w:spacing w:before="40" w:after="120"/>
        <w:jc w:val="both"/>
      </w:pPr>
      <w:r>
        <w:rPr>
          <w:rFonts w:ascii="Georgia" w:hAnsi="Georgia"/>
          <w:b w:val="0"/>
          <w:i w:val="0"/>
          <w:color w:val="000000"/>
          <w:sz w:val="24"/>
        </w:rPr>
        <w:t>Тогда как в парцуфе БОН парцуф начинается лишь с АХАП, а то, что от глаз и выше, относится к Источнику, то есть к высшему парцуфу, как сказано выше.</w:t>
      </w:r>
    </w:p>
    <w:p>
      <w:pPr>
        <w:spacing w:before="40" w:after="120"/>
        <w:jc w:val="both"/>
      </w:pPr>
      <w:r>
        <w:rPr>
          <w:rFonts w:ascii="Georgia" w:hAnsi="Georgia"/>
          <w:b w:val="0"/>
          <w:i w:val="0"/>
          <w:color w:val="000000"/>
          <w:sz w:val="24"/>
        </w:rPr>
        <w:t>Однако тебе следует знать, что исправление линий в ХАГАТ произошло еще до прихода нового МА, как пишет Учитель в конце ветви 25: исправление происходило постепенно, и каждый раз добавлялось немного исправления и т.д. Ведь в Акудим было лишь одно кли; в Некудим исправились десять келим и исправление линий в ГАР; а после того как разбились мелахим Даат и ХАГАТ, в них добавилось еще одно исправление: света ЗАТ облачились в распространение линий КАХАБ на месте Даат и ХАГАТ до груди (хазе) (см. там). И вот ты видишь, что ХАГАТ Некудим исправились в линиях сразу же в Некудим, еще до прихода нового МА. Оказывается, что главное исправление линий, приходящее от МА, вышедшего через мэцах, относится лишь к НЕХИ, и пойми это как следует.</w:t>
      </w:r>
    </w:p>
    <w:p>
      <w:pPr>
        <w:spacing w:before="40" w:after="120"/>
        <w:jc w:val="both"/>
      </w:pPr>
      <w:r>
        <w:rPr>
          <w:rFonts w:ascii="Georgia" w:hAnsi="Georgia"/>
          <w:b w:val="0"/>
          <w:i w:val="0"/>
          <w:color w:val="000000"/>
          <w:sz w:val="24"/>
        </w:rPr>
        <w:t>Также тебе нужно понять относительно разбиения келим, что там было два вида разбиения. Ведь разбиение ХАГАТ, являющихся телом высших Аба ве-Има, произошло из-за отсутствия исправления линий. Тогда как разбиение НЕХИ, являющихся телом ИШСУТ, произошло потому, что хасадим отделились от света хохма под действием масаха второй стадии (бхина бэт), отталкивающего хохму, как подробно написано в «Паним Меирот», ветви 24, пункте 16, начиная со слов «Затем» (см. там далее весь текст). Это и послужило причиной того, что линии, находившиеся в ХАГАТ — то есть в рош ИШСУТ, — не распространились в его тело, то есть в НЕХИ мира Некудим.</w:t>
      </w:r>
    </w:p>
    <w:p>
      <w:pPr>
        <w:spacing w:before="40" w:after="120"/>
        <w:jc w:val="both"/>
      </w:pPr>
      <w:r>
        <w:rPr>
          <w:rFonts w:ascii="Georgia" w:hAnsi="Georgia"/>
          <w:b w:val="0"/>
          <w:i w:val="0"/>
          <w:color w:val="000000"/>
          <w:sz w:val="24"/>
        </w:rPr>
        <w:t>И об этом сказано в ветви 25, пункте 2, в качестве причины, почему линии КАХАБ распространились до места Хесед и Гвуры и не распространились до Нецах и Ход. Суть в том, что до того, как распространился Кетер и т.д., Хохма и Бина светили друг в друга безо всякой преграды, хотя и находились ахор бе-ахор. Но после того, как кли Кетера распространилось до Тиферет, как сказано выше, оно разделило их и т.д.</w:t>
      </w:r>
    </w:p>
    <w:p>
      <w:pPr>
        <w:spacing w:before="40" w:after="120"/>
        <w:jc w:val="both"/>
      </w:pPr>
      <w:r>
        <w:rPr>
          <w:rFonts w:ascii="Georgia" w:hAnsi="Georgia"/>
          <w:b w:val="0"/>
          <w:i w:val="0"/>
          <w:color w:val="000000"/>
          <w:sz w:val="24"/>
        </w:rPr>
        <w:t>И это разделение Кетером подробно объяснено в упомянутых «Паним Меирот», ветви 24, пункте 16; здесь же мы изложим это кратко.</w:t>
      </w:r>
    </w:p>
    <w:p>
      <w:pPr>
        <w:spacing w:before="40" w:after="120"/>
        <w:jc w:val="both"/>
      </w:pPr>
      <w:r>
        <w:rPr>
          <w:rFonts w:ascii="Georgia" w:hAnsi="Georgia"/>
          <w:b w:val="0"/>
          <w:i w:val="0"/>
          <w:color w:val="000000"/>
          <w:sz w:val="24"/>
        </w:rPr>
        <w:t>Тебе известно написанное Учителем о том, что НЕХИ де-Кетер облачились в Хохму и Бину Некудим. И произошло это в силу подъема МАН в никвей эйнаим, где МАН — это тайна второй стадии (бхина бэт) и четвертой стадии (бхина далет) вместе. Поэтому в этих МАН возникли: внутренняя часть и внешняя, лицевая сторона (паним) и обратная (ахор).</w:t>
      </w:r>
    </w:p>
    <w:p>
      <w:pPr>
        <w:spacing w:before="40" w:after="120"/>
        <w:jc w:val="both"/>
      </w:pPr>
      <w:r>
        <w:rPr>
          <w:rFonts w:ascii="Georgia" w:hAnsi="Georgia"/>
          <w:b w:val="0"/>
          <w:i w:val="0"/>
          <w:color w:val="000000"/>
          <w:sz w:val="24"/>
        </w:rPr>
        <w:t>Иными словами, поскольку эти МАН состоят из двух стадий, необходимо различать, какая из них внутри, а какая снаружи, ведь именно то, что снаружи, властвует, как известно. Поэтому если четвертая стадия находится снаружи, это называется «МАН де-ахор», а если вторая стадия снаружи — это называется «МАН де-паним». И выше было объяснено, что от глаз и выше вышел Кетер, свет в котором — тайна ХАГАТ. А АХАП — это тайна второго рош, называемого Хохма и Бина; и Малхут де-никвей эйнаим в тайне МАН, заключенных в ней, облачилась в этот рош в своем исправлении линий. И потому эта Малхут называется именем НЕХИ — то есть три линии в свете НЕХИ, как сказано выше, ведь свет этого рош — свет НЕХИ. Поэтому облачение никвей эйнаим в рош АХАП именуется «НЕХИ де-Кетер».</w:t>
      </w:r>
    </w:p>
    <w:p>
      <w:pPr>
        <w:spacing w:before="40" w:after="120"/>
        <w:jc w:val="both"/>
      </w:pPr>
      <w:r>
        <w:rPr>
          <w:rFonts w:ascii="Georgia" w:hAnsi="Georgia"/>
          <w:b w:val="0"/>
          <w:i w:val="0"/>
          <w:color w:val="000000"/>
          <w:sz w:val="24"/>
        </w:rPr>
        <w:t>Однако эти НЕХИ включают в себя ахор и паним, как сказано выше. Поэтому и этот рош рассматривается как два рош — в соответствии с его десятью сфирот, разделившимися надвое: то, что от глаз и выше, называется высшими Аба ве-Има, а АХАП называются ИШСУТ.</w:t>
      </w:r>
    </w:p>
    <w:p>
      <w:pPr>
        <w:spacing w:before="40" w:after="120"/>
        <w:jc w:val="both"/>
      </w:pPr>
      <w:r>
        <w:rPr>
          <w:rFonts w:ascii="Georgia" w:hAnsi="Georgia"/>
          <w:b w:val="0"/>
          <w:i w:val="0"/>
          <w:color w:val="000000"/>
          <w:sz w:val="24"/>
        </w:rPr>
        <w:t>И причина в том, что НЕХИ де-ахор, в которых вторая стадия скрыта, а четвертая стадия раскрыта, облачились от глаз и выше этого рош — то есть в высших Аба ве-Има; тогда как НЕХИ де-паним, в которых четвертая стадия скрыта, а вторая стадия раскрыта, облачились в АХАП этого рош — то есть в ИШСУТ. И об этом пишет Учитель в ветви 14: нижняя хэй — в глазах, а буквы йод, хэй, вав (</w:t>
      </w:r>
      <w:r>
        <w:rPr>
          <w:rFonts w:ascii="Georgia" w:hAnsi="Georgia" w:cs="Times New Roman"/>
          <w:b/>
          <w:i w:val="0"/>
          <w:color w:val="000000"/>
          <w:sz w:val="24"/>
          <w:rtl/>
          <w:szCs w:val="32"/>
        </w:rPr>
        <w:t>יה״ו</w:t>
      </w:r>
      <w:r>
        <w:rPr>
          <w:rFonts w:ascii="Georgia" w:hAnsi="Georgia"/>
          <w:b w:val="0"/>
          <w:i w:val="0"/>
          <w:color w:val="000000"/>
          <w:sz w:val="24"/>
        </w:rPr>
        <w:t>) — в АХАП (см. там).</w:t>
      </w:r>
    </w:p>
    <w:p>
      <w:pPr>
        <w:spacing w:before="40" w:after="120"/>
        <w:jc w:val="both"/>
      </w:pPr>
      <w:r>
        <w:rPr>
          <w:rFonts w:ascii="Georgia" w:hAnsi="Georgia"/>
          <w:b w:val="0"/>
          <w:i w:val="0"/>
          <w:color w:val="000000"/>
          <w:sz w:val="24"/>
        </w:rPr>
        <w:t>А именно: от глаз и выше второго рош, называемого Аба ве-Има, находится нижняя хэй, являющаяся тайной четвертой стадии, и это потому, что там облачились НЕХИ де-ахор Кетера, в которых четвертая стадия раскрыта. Однако в АХАП второго рош нижней хэй недостает, и там есть лишь буквы йод, хэй, вав, поскольку там облачились НЕХИ де-паним Кетера, в которых четвертая стадия скрыта, а вторая стадия раскрыта. Таким образом, там нет нижней хэй, то есть четвертой стадии, ибо она скрыта во второй стадии, как сказано; и это уже подробно объяснено в ветвях 15 и 16 в «Паним Масбирот».</w:t>
      </w:r>
    </w:p>
    <w:p>
      <w:pPr>
        <w:spacing w:before="40" w:after="120"/>
        <w:jc w:val="both"/>
      </w:pPr>
      <w:r>
        <w:rPr>
          <w:rFonts w:ascii="Georgia" w:hAnsi="Georgia"/>
          <w:b w:val="0"/>
          <w:i w:val="0"/>
          <w:color w:val="000000"/>
          <w:sz w:val="24"/>
        </w:rPr>
        <w:t>И пойми также, что облачение НЕХИ де-паним Кетера привело к выходу высшей Имы наружу из Абы, и ее уровень уменьшился до свойства ЗОН де-Аба. А причина в том, что вторая стадия — это тайна Бины, являющейся высшей Имой, Нуквой высшего Абы. И вот в высших Аба ве-Има, в которых облачился ахор НЕХИ де-Кетер, как сказано выше, где вторая стадия скрыта, а четвертая стадия раскрыта в тайне нижней хэй, находящейся в никвей эйнаим, масах и сила сокращения оказываются ниже высшей Имы, на уровне нижней хэй. И высшая Има, будучи тайной второй стадии, совершенно свободна от силы сокращения.</w:t>
      </w:r>
    </w:p>
    <w:p>
      <w:pPr>
        <w:spacing w:before="40" w:after="120"/>
        <w:jc w:val="both"/>
      </w:pPr>
      <w:r>
        <w:rPr>
          <w:rFonts w:ascii="Georgia" w:hAnsi="Georgia"/>
          <w:b w:val="0"/>
          <w:i w:val="0"/>
          <w:color w:val="000000"/>
          <w:sz w:val="24"/>
        </w:rPr>
        <w:t>Тогда как затем, когда в ИШСУТ облачилась лицевая часть НЕХИ де-Кетер, где нижняя хэй и четвертая стадия скрыты, а вторая стадия раскрыта в МАН и масахе, Бина приняла внутрь себя силу сокращения и авиют (толщу), которые прежде находились в четвертой стадии. И вследствие этого Бина вышла из категории рош в категорию гуф, поскольку она не способна принимать свет хохма из рош де-Аба, но лишь свет хасадим из гуф де-Аба.</w:t>
      </w:r>
    </w:p>
    <w:p>
      <w:pPr>
        <w:spacing w:before="40" w:after="120"/>
        <w:jc w:val="both"/>
      </w:pPr>
      <w:r>
        <w:rPr>
          <w:rFonts w:ascii="Georgia" w:hAnsi="Georgia"/>
          <w:b w:val="0"/>
          <w:i w:val="0"/>
          <w:color w:val="000000"/>
          <w:sz w:val="24"/>
        </w:rPr>
        <w:t>И тем не менее ИШСУТ также считаются рош — благодаря тому, что они представляют собой АХАП второго рош, которые до подъема МАН были полноценным рош без всякого различия между тем, что от глаз и выше, и АХАП; и потому они считаются рош так же, как высшие Аба ве-Има. Поэтому те свечения НЕХИ де-Кетер, которые облачаются в высших Аба ве-Има, облачаются также и в ИШСУТ. А значит, и в рош ИШСУТ есть исправление линий, как и в высших Аба ве-Има, поскольку со стороны первого корня их корень находится выше пэ общего рош Некудим; они различаются лишь по МАН: в Аба ве-Има это МАН де-ахор, а в ИШСУТ — МАН де-паним, как сказано выше.</w:t>
      </w:r>
    </w:p>
    <w:p>
      <w:pPr>
        <w:spacing w:before="40" w:after="120"/>
        <w:jc w:val="both"/>
      </w:pPr>
      <w:r>
        <w:rPr>
          <w:rFonts w:ascii="Georgia" w:hAnsi="Georgia"/>
          <w:b w:val="0"/>
          <w:i w:val="0"/>
          <w:color w:val="000000"/>
          <w:sz w:val="24"/>
        </w:rPr>
        <w:t>И благодаря этому ты поймешь сказанное Учителем о том, что распространение Кетера до Тиферет вызывает разделение между Хохмой и Биной, так что они не могут светить друг в друга, — что еще хуже, чем нахождение Хохмы и Бины ахор бе-ахор. Ведь хотя после разбиения Даат и ХАГАТ Аба ве-Има вернулись в состояние ахор бе-ахор, тем не менее Бина все еще была равна Хохме — то есть относилась к ГАР, как и Хохма, поскольку еще не приняла внутрь себя свойство сокращения. Тогда как после того, как НЕХИ де-Кетер распространились в виде МАН де-паним, где вторая стадия раскрыта в этом масахе, как сказано выше, тогда она вышла из ГАР де-Аба и стала получать лишь на уровне ВАК, как сказано выше. И в таком случае распространение Кетера со стороны лицевой части НЕХИ, несомненно, наносит больший урон, чем состояние ахор бе-ахор Хохмы и Бины.</w:t>
      </w:r>
    </w:p>
    <w:p>
      <w:pPr>
        <w:spacing w:before="40" w:after="120"/>
        <w:jc w:val="both"/>
      </w:pPr>
      <w:r>
        <w:rPr>
          <w:rFonts w:ascii="Georgia" w:hAnsi="Georgia"/>
          <w:b w:val="0"/>
          <w:i w:val="0"/>
          <w:color w:val="000000"/>
          <w:sz w:val="24"/>
        </w:rPr>
        <w:t>Однако благодаря этому произошло великое исправление для ХАГАТ Некудим: ведь поскольку ИШСУТ распространились с исправлением линий на свое место, то и в ХАГАТ запечатлелось исправление линий. А также и после разбиения все семь светов выстроились и исправились в этих трех линиях ИШСУТ, как пишет Учитель.</w:t>
      </w:r>
    </w:p>
    <w:p>
      <w:pPr>
        <w:spacing w:before="40" w:after="120"/>
        <w:jc w:val="both"/>
      </w:pPr>
      <w:r>
        <w:rPr>
          <w:rFonts w:ascii="Georgia" w:hAnsi="Georgia"/>
          <w:b w:val="0"/>
          <w:i w:val="0"/>
          <w:color w:val="000000"/>
          <w:sz w:val="24"/>
        </w:rPr>
        <w:t>И благодаря этому ты поймешь слова Учителя в ветви 26 об исправлении разбитых келим: сначала они были собраны в НЕХИ де-АА, которые уже были исправлены силой нового МА, вышедшего из мэцах, — ведь благодаря исправлению линий они распространились также и в НЕХИ де-АА, как сказано выше. И тогда АА поднял свои НЕХИ внутрь ХАГАТ. И произошло это так, как пишет там Учитель: потому что средние, то есть ХАГАТ, были отчасти исправлены в тайне парцуфа Аба ве-Има, в отличие от НЕХИ; и так как их света были раскрытыми, они преобладали бы над средними и т.д. (см. там). И это [понятно] из сказанного выше: основное разбиение НЕХИ произошло потому, что они представляют собой тело ИШСУТ, из-за чего отделились и вышли из сущности, подобно свече, отделенной и вынесенной от факела (см. «Паним Меирот», ветвь 22). Поэтому, хотя к ним и пришло исправление линий от нового МА и ХАГАТ связались с НЕХИ в исправлении линий, все же существовало опасение: как бы НЕХИ не возобладали силой раскрыто властвующего в них масаха второй стадии, не поднялись и не облачили также и ХАГАТ снаружи — а ведь то, что снаружи, властвует! И тогда вновь исчез бы свет хая и Ацилута, как это произошло во время разбиения келим.</w:t>
      </w:r>
    </w:p>
    <w:p>
      <w:pPr>
        <w:spacing w:before="40" w:after="120"/>
        <w:jc w:val="both"/>
      </w:pPr>
      <w:r>
        <w:rPr>
          <w:rFonts w:ascii="Georgia" w:hAnsi="Georgia"/>
          <w:b w:val="0"/>
          <w:i w:val="0"/>
          <w:color w:val="000000"/>
          <w:sz w:val="24"/>
        </w:rPr>
        <w:t>Поэтому АА заранее собрал свои НЕХИ во внутреннюю часть ХАГАТ, так что ХАГАТ оказались снаружи. А ХАГАТ — это тело высших Аба ве-Има, как сказано выше; и благодаря этому упомянутые суды смягчились в НЕХИ, поскольку они приняли внутрь себя свойство тела высших Аба ве-Има.</w:t>
      </w:r>
    </w:p>
    <w:p>
      <w:pPr>
        <w:spacing w:before="40" w:after="120"/>
        <w:jc w:val="both"/>
      </w:pPr>
      <w:r>
        <w:rPr>
          <w:rFonts w:ascii="Georgia" w:hAnsi="Georgia"/>
          <w:b w:val="0"/>
          <w:i w:val="0"/>
          <w:color w:val="000000"/>
          <w:sz w:val="24"/>
        </w:rPr>
        <w:t>И об этом сказано там, в ветви 26, пункте 3: «А после того как НЕХИ де-АА вышли наружу, они вышли исправленными, и тогда раскрылись все ВАК». «И поэтому ЗА также вышел в виде распространяющихся и смягченных ВАК», конец цитаты.</w:t>
      </w:r>
    </w:p>
    <w:p>
      <w:pPr>
        <w:spacing w:before="40" w:after="120"/>
        <w:jc w:val="both"/>
      </w:pPr>
      <w:r>
        <w:rPr>
          <w:rFonts w:ascii="Georgia" w:hAnsi="Georgia"/>
          <w:b w:val="0"/>
          <w:i w:val="0"/>
          <w:color w:val="000000"/>
          <w:sz w:val="24"/>
        </w:rPr>
        <w:t>И это соответствует сказанному выше: теперь, когда в НЕХИ включилось свойство ахораим и тела высших Аба ве-Има, то есть ХАГАТ, НЕХИ прочно связались с ХАГАТ, чтобы питаться от них имеющимся в них от высших Аба ве-Има светом хая. И больше нет опасения, что они возобладают силой своего масаха второй стадии от ИШСУТ, поскольку они сами также включились в тело Аба ве-Има, как сказано выше, и пойми это как следует.</w:t>
      </w:r>
    </w:p>
    <w:p>
      <w:pPr>
        <w:spacing w:before="40" w:after="120"/>
        <w:jc w:val="both"/>
      </w:pPr>
      <w:r>
        <w:rPr>
          <w:rFonts w:ascii="Georgia" w:hAnsi="Georgia"/>
          <w:b w:val="0"/>
          <w:i w:val="0"/>
          <w:color w:val="000000"/>
          <w:sz w:val="24"/>
        </w:rPr>
        <w:t>И благодаря этому ты поймешь слова Учителя в ветви 23, пункте 23, и вот его слова: «И вот при смерти ЗА до верхней трети его Тиферет уже опустились ахораим де-Аба ве-Има; но ахораим де-ИШСУТ завершили свое нисхождение лишь со смертью Нуквы де-ЗА. И потому ахораим де-Аба ве-Има взял себе ЗА, а ахораим де-ИШСУТ взяла Малхут. И благодаря этому ты поймешь: когда ЗОН равны вместе паним бе-паним, НЕХИ де-Аба ве-Има служат мохин для ЗА, а НЕХИ де-ИШСУТ — мохин для Нуквы», конец цитаты. И ты поймешь это вместе с тем, что объясняется в «Паним Масбирот», ветви 2, пункте 23, о различии между гранью ЗА и гранью Нуквы: поскольку ЗА в своем корне — это свойство ХАГАТ, у него есть свойство ахораим от недостатка ГАР и света хохма, и потому он способен также получать свет хохма. Тогда как Нуква, будучи в своем корне свойством НЕХИ, обладает лишь ахор де-хасадим и не способна получать свет хохма со стороны своего корня (см. там).</w:t>
      </w:r>
    </w:p>
    <w:p>
      <w:pPr>
        <w:spacing w:before="40" w:after="120"/>
        <w:jc w:val="both"/>
      </w:pPr>
      <w:r>
        <w:rPr>
          <w:rFonts w:ascii="Georgia" w:hAnsi="Georgia"/>
          <w:b w:val="0"/>
          <w:i w:val="0"/>
          <w:color w:val="000000"/>
          <w:sz w:val="24"/>
        </w:rPr>
        <w:t>И в этом смысл слов Учителя о том, что ахораим де-Аба ве-Има взял себе ЗА: ведь он — свойство ХАГАТ мира Некудим, а ХАГАТ Некудим — это тайна второго созерцания и тела высших Аба ве-Има. Поэтому, хотя келим и разбились, на его месте тем не менее присутствует свойство ахораим высших Аба ве-Има. И потому затем, когда он исправился и вновь поднялся в Ацилут, он получает там свойство НЕХИ высших Аба ве-Има в качестве мохин; и все это благодаря тому, что ЗА в своем корне — свойство ХАГАТ. Нуква же в своем корне — лишь свойство НЕХИ, то есть тела ИШСУТ, как сказано выше. И объяснялось там, что он берет хасадим от масаха третьей стадии (бхина гимель), и тем самым восполняется его грань — то есть ахор де-Хохма, являющийся его гранью, поскольку благодаря этому масаху он обретает уровень Хохмы. А она берет гвурот, и восполняется ее грань, поскольку ЗА передает ей от своего ахор свойство мужского ахор — то есть ахор де-Хохма (см. там).</w:t>
      </w:r>
    </w:p>
    <w:p>
      <w:pPr>
        <w:spacing w:before="40" w:after="120"/>
        <w:jc w:val="both"/>
      </w:pPr>
      <w:r>
        <w:rPr>
          <w:rFonts w:ascii="Georgia" w:hAnsi="Georgia"/>
          <w:b w:val="0"/>
          <w:i w:val="0"/>
          <w:color w:val="000000"/>
          <w:sz w:val="24"/>
        </w:rPr>
        <w:t>И вот разъяснены слова Учителя: когда ЗА и Нуква находятся паним бе-паним, тем не менее только у ЗА есть мохин де-Аба ве-Има, поскольку у него есть ахораим де-Аба ве-Има; тогда как у Нуквы есть лишь мохин де-ИШСУТ. Однако теперь ЗА передает ей гвурот от свойства ахораим высших Аба ве-Има, и тогда она постигает ГАР де-хая. И вот разъяснено, что в ЗАТ Некудим, которые разбились и умерли, были произведены два различных исправления ради исправления в них линий: одно — для ХАГАТ, а другое — для НЕХИМ. ХАГАТ исправились благодаря распространению КАХАБ в ХАГАТ, что представляет собой выход рош ИШСУТ; а НЕХИМ исправились благодаря новому МА, вышедшему через мэцах де-АК.</w:t>
      </w:r>
    </w:p>
    <w:p>
      <w:pPr>
        <w:spacing w:before="40" w:after="120"/>
        <w:jc w:val="both"/>
      </w:pPr>
      <w:r>
        <w:rPr>
          <w:rFonts w:ascii="Georgia" w:hAnsi="Georgia"/>
          <w:b w:val="0"/>
          <w:i w:val="0"/>
          <w:color w:val="000000"/>
          <w:sz w:val="24"/>
        </w:rPr>
        <w:t>И знай, что эти два исправления — два великих общих правила, посредством которых постепенно исправляются все парцуфим и все ступени четырех миров АБЕА вплоть до Окончательного исправления; и нет ни малого, ни великого исправления во всем АБЕА, которое не происходило бы от этих двух видов исправлений, и потому их необходимо помнить и понимать очень хорошо.</w:t>
      </w:r>
    </w:p>
    <w:p>
      <w:pPr>
        <w:spacing w:before="40" w:after="120"/>
        <w:jc w:val="both"/>
      </w:pPr>
      <w:r>
        <w:rPr>
          <w:rFonts w:ascii="Georgia" w:hAnsi="Georgia"/>
          <w:b w:val="0"/>
          <w:i w:val="0"/>
          <w:color w:val="000000"/>
          <w:sz w:val="24"/>
        </w:rPr>
        <w:t xml:space="preserve">И в этом тайна стиха: </w:t>
      </w:r>
      <w:r>
        <w:rPr>
          <w:rFonts w:ascii="Georgia" w:hAnsi="Georgia"/>
          <w:b w:val="0"/>
          <w:i/>
          <w:color w:val="000000"/>
          <w:sz w:val="24"/>
        </w:rPr>
        <w:t>«Как орел пробуждает гнездо свое, парит над птенцами своими, расправляет крылья свои, берет его, носит его на крыле своем»</w:t>
      </w:r>
      <w:r>
        <w:rPr>
          <w:rFonts w:ascii="Georgia" w:hAnsi="Georgia"/>
          <w:b w:val="0"/>
          <w:i w:val="0"/>
          <w:color w:val="000000"/>
          <w:sz w:val="24"/>
        </w:rPr>
        <w:t xml:space="preserve"> (Дварим 32:11). Ибо в силу разделения высших Аба ве-Има надвое — то есть выхода ИШСУТ наружу из Аба ве-Има, что именуется здесь в словах Учителя распространением КАХАБ на место ХАГАТ Некудим, — это вызвало связь линий в ХАГАТ, как сказано выше. И на месте ХАГАТ произошел зивуг паним бе-паним — а именно благодаря облачению лицевой части НЕХИ де-Кетер, вследствие чего Кетер де-Аба ве-Има протянулся до места хазе де-гуф де-Некудим; этот зивуг называется созерцанием глаз ИШСУТ друг в друга, как сказано выше.</w:t>
      </w:r>
    </w:p>
    <w:p>
      <w:pPr>
        <w:spacing w:before="40" w:after="120"/>
        <w:jc w:val="both"/>
      </w:pPr>
      <w:r>
        <w:rPr>
          <w:rFonts w:ascii="Georgia" w:hAnsi="Georgia"/>
          <w:b w:val="0"/>
          <w:i w:val="0"/>
          <w:color w:val="000000"/>
          <w:sz w:val="24"/>
        </w:rPr>
        <w:t>Однако это привело к тому, что Бина, которая в высших Аба ве-Има была равна по высоте уровню высшего Абы вплоть до Кетера де-Аба, теперь вышла наружу из ГАР высшего Абы — то есть ниже пэ де-рош — и утратила верхнюю половину уровня Абы, то есть ГАР де-Аба от пэ и выше. И теперь она получает лишь от ЗА де-Аба, называемого Исраэль Саба, то есть от нижней половины уровня Абы.</w:t>
      </w:r>
    </w:p>
    <w:p>
      <w:pPr>
        <w:spacing w:before="40" w:after="120"/>
        <w:jc w:val="both"/>
      </w:pPr>
      <w:r>
        <w:rPr>
          <w:rFonts w:ascii="Georgia" w:hAnsi="Georgia"/>
          <w:b w:val="0"/>
          <w:i w:val="0"/>
          <w:color w:val="000000"/>
          <w:sz w:val="24"/>
        </w:rPr>
        <w:t xml:space="preserve">И на это намекнули ХАЗАЛЬ: орел милосерден к своим птенцам; он летает выше всех птиц и не боится, что другие птицы похитят у него его птенцов, но боится, как бы не убили его птенцов стрелой; поэтому он несет их на своих крыльях, говоря: «Пусть лучше стрела вонзится в меня, но не в моих птенцов» (см. комментарий Раши, благословенной памяти, к стиху </w:t>
      </w:r>
      <w:r>
        <w:rPr>
          <w:rFonts w:ascii="Georgia" w:hAnsi="Georgia"/>
          <w:b w:val="0"/>
          <w:i/>
          <w:color w:val="000000"/>
          <w:sz w:val="24"/>
        </w:rPr>
        <w:t>«Как орел пробуждает гнездо свое...»</w:t>
      </w:r>
      <w:r>
        <w:rPr>
          <w:rFonts w:ascii="Georgia" w:hAnsi="Georgia"/>
          <w:b w:val="0"/>
          <w:i w:val="0"/>
          <w:color w:val="000000"/>
          <w:sz w:val="24"/>
        </w:rPr>
        <w:t xml:space="preserve"> (Дварим 32:11)).</w:t>
      </w:r>
    </w:p>
    <w:p>
      <w:pPr>
        <w:spacing w:before="40" w:after="120"/>
        <w:jc w:val="both"/>
      </w:pPr>
      <w:r>
        <w:rPr>
          <w:rFonts w:ascii="Georgia" w:hAnsi="Georgia"/>
          <w:b w:val="0"/>
          <w:i w:val="0"/>
          <w:color w:val="000000"/>
          <w:sz w:val="24"/>
        </w:rPr>
        <w:t>Ибо этим они намекают на высшую Иму, являющуюся корнем свойства милосердия во всех мирах; и как сказано в Зоаре: Аба вывел Иму наружу ради ее сына. Ведь высшая Има вышла наружу из ГАР де-Аба и распространилась до хазе Некудим; тем самым она утратила верхнюю половину своего уровня — то есть рош высшего Абы и ГАР, как сказано выше.</w:t>
      </w:r>
    </w:p>
    <w:p>
      <w:pPr>
        <w:spacing w:before="40" w:after="120"/>
        <w:jc w:val="both"/>
      </w:pPr>
      <w:r>
        <w:rPr>
          <w:rFonts w:ascii="Georgia" w:hAnsi="Georgia"/>
          <w:b w:val="0"/>
          <w:i w:val="0"/>
          <w:color w:val="000000"/>
          <w:sz w:val="24"/>
        </w:rPr>
        <w:t>И в этом тайна намека ХАЗАЛЬ на то, что она сказала: «Пусть лучше стрела вонзится в меня». Иными словами: свойство милосердия принимает эту стрелу на себя. Ведь слово «стрела» (</w:t>
      </w:r>
      <w:r>
        <w:rPr>
          <w:rFonts w:ascii="Georgia" w:hAnsi="Georgia"/>
          <w:b w:val="0"/>
          <w:i/>
          <w:color w:val="000000"/>
          <w:sz w:val="24"/>
        </w:rPr>
        <w:t>хец</w:t>
      </w:r>
      <w:r>
        <w:rPr>
          <w:rFonts w:ascii="Georgia" w:hAnsi="Georgia"/>
          <w:b w:val="0"/>
          <w:i w:val="0"/>
          <w:color w:val="000000"/>
          <w:sz w:val="24"/>
        </w:rPr>
        <w:t xml:space="preserve">, </w:t>
      </w:r>
      <w:r>
        <w:rPr>
          <w:rFonts w:ascii="Georgia" w:hAnsi="Georgia" w:cs="Times New Roman"/>
          <w:b/>
          <w:i w:val="0"/>
          <w:color w:val="000000"/>
          <w:sz w:val="24"/>
          <w:rtl/>
          <w:szCs w:val="32"/>
        </w:rPr>
        <w:t>חֵץ</w:t>
      </w:r>
      <w:r>
        <w:rPr>
          <w:rFonts w:ascii="Georgia" w:hAnsi="Georgia"/>
          <w:b w:val="0"/>
          <w:i w:val="0"/>
          <w:color w:val="000000"/>
          <w:sz w:val="24"/>
        </w:rPr>
        <w:t>) происходит от слова «половина» (</w:t>
      </w:r>
      <w:r>
        <w:rPr>
          <w:rFonts w:ascii="Georgia" w:hAnsi="Georgia"/>
          <w:b w:val="0"/>
          <w:i/>
          <w:color w:val="000000"/>
          <w:sz w:val="24"/>
        </w:rPr>
        <w:t>мехеца</w:t>
      </w:r>
      <w:r>
        <w:rPr>
          <w:rFonts w:ascii="Georgia" w:hAnsi="Georgia"/>
          <w:b w:val="0"/>
          <w:i w:val="0"/>
          <w:color w:val="000000"/>
          <w:sz w:val="24"/>
        </w:rPr>
        <w:t xml:space="preserve">, </w:t>
      </w:r>
      <w:r>
        <w:rPr>
          <w:rFonts w:ascii="Georgia" w:hAnsi="Georgia" w:cs="Times New Roman"/>
          <w:b/>
          <w:i w:val="0"/>
          <w:color w:val="000000"/>
          <w:sz w:val="24"/>
          <w:rtl/>
          <w:szCs w:val="32"/>
        </w:rPr>
        <w:t>מֶחֱצָה</w:t>
      </w:r>
      <w:r>
        <w:rPr>
          <w:rFonts w:ascii="Georgia" w:hAnsi="Georgia"/>
          <w:b w:val="0"/>
          <w:i w:val="0"/>
          <w:color w:val="000000"/>
          <w:sz w:val="24"/>
        </w:rPr>
        <w:t>), ибо она разделилась пополам и утратила свою верхнюю половину; и сделала она это ради того, чтобы стрела не вонзилась в ее детей. Ведь для ХАГАТ и НЕХИ Некудим, которые умерли и упали в БЕА, не было бы никакого исправления, чтобы когда-либо вернуться в Ацилут, то есть к свету хая и ГАР де-Аба, иначе как благодаря выходу высшей Имы наружу, как сказано выше. И хотя поначалу она вызвала еще большее падение разбитых келим — ведь они находились в ГАР де-БЕА, а из-за ее выхода упали в ЗОН де-БЕА, как сказано выше в «Паним Меирот», стр. 457, начиная со слов «Однако второе» (см. там), — тем не менее затем Има вернулась внутрь, то есть в рош. Как пишет Учитель во «Вратах исправления», распространение КАХАБ, пребывавшее в ХАГАТ, вновь собралось в ГАР Некудим, что представляет собой возвращение Имы внутрь на равную высоту с высшим Абой, как она была до выхода наружу, то есть ИШСУТ и высшие Аба ве-Има снова становятся единым парцуфом. И тебе уже известно, что в то время, когда Има находилась в ХАГАТ, внутрь нее поднялись все семь светов разбитых келим, поскольку тогда она находилась прямо на их месте. И тебе уже известно общее правило, приведенное Учителем в «Мэво Шеарим» (врата 6, ч. 2, гл. 1): когда высший опускается на место нижнего, он становится в точности как он. И потому семь светов ХАГАТ и НЕХИ де-Некудим смогли включиться в нее, ведь они с Имой оказались на одной ступени.</w:t>
      </w:r>
    </w:p>
    <w:p>
      <w:pPr>
        <w:spacing w:before="40" w:after="120"/>
        <w:jc w:val="both"/>
      </w:pPr>
      <w:r>
        <w:rPr>
          <w:rFonts w:ascii="Georgia" w:hAnsi="Georgia"/>
          <w:b w:val="0"/>
          <w:i w:val="0"/>
          <w:color w:val="000000"/>
          <w:sz w:val="24"/>
        </w:rPr>
        <w:t xml:space="preserve">И в этом тайна стиха: </w:t>
      </w:r>
      <w:r>
        <w:rPr>
          <w:rFonts w:ascii="Georgia" w:hAnsi="Georgia"/>
          <w:b w:val="0"/>
          <w:i/>
          <w:color w:val="000000"/>
          <w:sz w:val="24"/>
        </w:rPr>
        <w:t>«Как орел пробуждает гнездо свое, парит над птенцами своими...»</w:t>
      </w:r>
      <w:r>
        <w:rPr>
          <w:rFonts w:ascii="Georgia" w:hAnsi="Georgia"/>
          <w:b w:val="0"/>
          <w:i w:val="0"/>
          <w:color w:val="000000"/>
          <w:sz w:val="24"/>
        </w:rPr>
        <w:t xml:space="preserve"> (Дварим 32:11) — ведь Има распространилась на место ЗАТ и парит над ними. И затем: </w:t>
      </w:r>
      <w:r>
        <w:rPr>
          <w:rFonts w:ascii="Georgia" w:hAnsi="Georgia"/>
          <w:b w:val="0"/>
          <w:i/>
          <w:color w:val="000000"/>
          <w:sz w:val="24"/>
        </w:rPr>
        <w:t>«...расправляет крылья свои, берет его...»</w:t>
      </w:r>
      <w:r>
        <w:rPr>
          <w:rFonts w:ascii="Georgia" w:hAnsi="Georgia"/>
          <w:b w:val="0"/>
          <w:i w:val="0"/>
          <w:color w:val="000000"/>
          <w:sz w:val="24"/>
        </w:rPr>
        <w:t xml:space="preserve"> (Дварим 32:11) — то есть дети поднимаются к ней и включаются в ее крылья, которые она расправила на месте ХАГАТ; а это тайна трех ее линий и тайна ахораим де-Има, называемых крыльями, как сказано выше.</w:t>
      </w:r>
    </w:p>
    <w:p>
      <w:pPr>
        <w:spacing w:before="40" w:after="120"/>
        <w:jc w:val="both"/>
      </w:pPr>
      <w:r>
        <w:rPr>
          <w:rFonts w:ascii="Georgia" w:hAnsi="Georgia"/>
          <w:b w:val="0"/>
          <w:i w:val="0"/>
          <w:color w:val="000000"/>
          <w:sz w:val="24"/>
        </w:rPr>
        <w:t xml:space="preserve">И оказывается, что затем, при ее возвращении в рош высшего Абы, как прежде, ЗАТ также поднимаются вместе с ней туда. И в этом тайна [слов]: </w:t>
      </w:r>
      <w:r>
        <w:rPr>
          <w:rFonts w:ascii="Georgia" w:hAnsi="Georgia"/>
          <w:b w:val="0"/>
          <w:i/>
          <w:color w:val="000000"/>
          <w:sz w:val="24"/>
        </w:rPr>
        <w:t>«...носит его на крыле своем»</w:t>
      </w:r>
      <w:r>
        <w:rPr>
          <w:rFonts w:ascii="Georgia" w:hAnsi="Georgia"/>
          <w:b w:val="0"/>
          <w:i w:val="0"/>
          <w:color w:val="000000"/>
          <w:sz w:val="24"/>
        </w:rPr>
        <w:t xml:space="preserve"> (Дварим 32:11), ведь слово </w:t>
      </w:r>
      <w:r>
        <w:rPr>
          <w:rFonts w:ascii="Georgia" w:hAnsi="Georgia"/>
          <w:b w:val="0"/>
          <w:i/>
          <w:color w:val="000000"/>
          <w:sz w:val="24"/>
        </w:rPr>
        <w:t>эвер</w:t>
      </w:r>
      <w:r>
        <w:rPr>
          <w:rFonts w:ascii="Georgia" w:hAnsi="Georgia"/>
          <w:b w:val="0"/>
          <w:i w:val="0"/>
          <w:color w:val="000000"/>
          <w:sz w:val="24"/>
        </w:rPr>
        <w:t xml:space="preserve"> — «орган» (</w:t>
      </w:r>
      <w:r>
        <w:rPr>
          <w:rFonts w:ascii="Georgia" w:hAnsi="Georgia" w:cs="Times New Roman"/>
          <w:b/>
          <w:i w:val="0"/>
          <w:color w:val="000000"/>
          <w:sz w:val="24"/>
          <w:rtl/>
          <w:szCs w:val="32"/>
        </w:rPr>
        <w:t>אֵבֶר</w:t>
      </w:r>
      <w:r>
        <w:rPr>
          <w:rFonts w:ascii="Georgia" w:hAnsi="Georgia"/>
          <w:b w:val="0"/>
          <w:i w:val="0"/>
          <w:color w:val="000000"/>
          <w:sz w:val="24"/>
        </w:rPr>
        <w:t>) — это обозначение Есод, как известно. И это указывает на то, что семь светов, поднявшихся вместе с ней, включились в Есод высшей Имы в качестве МАН, и благодаря этому совершился зивуг высших Аба ве-Има паним бе-паним на равной высоте. И тогда выделился из Источника благодаря этому зивугу великий свет, называемый новым МА, который после пребывания там в течение месяцев ибура (зачатия) рождается и выходит наружу — то есть на место ЗАТ, включая в себя все исправления миров АБЕА.</w:t>
      </w:r>
    </w:p>
    <w:p>
      <w:pPr>
        <w:spacing w:before="40" w:after="120"/>
        <w:jc w:val="both"/>
      </w:pPr>
      <w:r>
        <w:rPr>
          <w:rFonts w:ascii="Georgia" w:hAnsi="Georgia"/>
          <w:b w:val="0"/>
          <w:i w:val="0"/>
          <w:color w:val="000000"/>
          <w:sz w:val="24"/>
        </w:rPr>
        <w:t>И вот ты находишь, что при выходе Имы в ХАГАТ еще нет никакого исправления для НЕХИМ, но напротив: ведь тогда разбились НЕХИМ — то есть ее второе созерцание и тело, — поскольку они полностью отделились от света сущности, подобно свече, отделенной и вынесенной от факела, как написано в «Паним Меирот», стр. 457, начиная со слов «Однако второе». И то, что было в них от свойства Ацилута, вынуждено было подняться к самой Име, находившейся на месте ХАГАТ; а место НЕХИМ де-Ацилут осталось неспособным удерживать какой-либо свет.</w:t>
      </w:r>
    </w:p>
    <w:p>
      <w:pPr>
        <w:spacing w:before="40" w:after="120"/>
        <w:jc w:val="both"/>
      </w:pPr>
      <w:r>
        <w:rPr>
          <w:rFonts w:ascii="Georgia" w:hAnsi="Georgia"/>
          <w:b w:val="0"/>
          <w:i w:val="0"/>
          <w:color w:val="000000"/>
          <w:sz w:val="24"/>
        </w:rPr>
        <w:t>И причина в том, что в самой Бине недоставало ГАР, и потому распространение ее второго созерцания, которое от пэ де-ИШСУТ и ниже, полностью отделилось от Ацилута безо всякой связи с ГАР, как написано там в «Паним Меирот»; и это состояние называется смертью. И потому света НЕХИ были вынуждены включиться в тамошние ХАГАТ, а ХАГАТ — в три линии ИШСУТ. Затем Има вернулась в ГАР, и произошел зивуг на семь светов, которые Има несла на своем крыле. И тогда выделился из Источника новый МА — то есть ЗАТ: ХАГАТ и НЕХИМ в прямом и отраженном свете, что составляет тайну нового МА и тайну ЗА де-АК, исправленного в ХАГАТ и НЕХИ исправлением линий.</w:t>
      </w:r>
    </w:p>
    <w:p>
      <w:pPr>
        <w:spacing w:before="40" w:after="120"/>
        <w:jc w:val="both"/>
      </w:pPr>
      <w:r>
        <w:rPr>
          <w:rFonts w:ascii="Georgia" w:hAnsi="Georgia"/>
          <w:b w:val="0"/>
          <w:i w:val="0"/>
          <w:color w:val="000000"/>
          <w:sz w:val="24"/>
        </w:rPr>
        <w:t>И об этом сказано в ветви 27, пункте 3: новый МА, включающий в себя весь Ацилут, — это ЗА де-АК, то есть упомянутые ХАГАТ и НЕХИ, в которых есть исправление линий, так что ХАГАТ и НЕХИ связаны друг с другом, что произошло благодаря тому, что [высшая ступень] подняла их в Иму, на место ГАР Некудим, как сказано выше.</w:t>
      </w:r>
    </w:p>
    <w:p>
      <w:pPr>
        <w:spacing w:before="40" w:after="120"/>
        <w:jc w:val="both"/>
      </w:pPr>
      <w:r>
        <w:rPr>
          <w:rFonts w:ascii="Georgia" w:hAnsi="Georgia"/>
          <w:b w:val="0"/>
          <w:i w:val="0"/>
          <w:color w:val="000000"/>
          <w:sz w:val="24"/>
        </w:rPr>
        <w:t>И об этом сказано, что БОН, включающий весь Ацилут, — это Малхут де-АК, то есть свойство келим и левая линия, вышедшая в десяти сфирот Некудим, ведь все это — лишь подъем Малхут, которая находилась ниже десяти сфирот де-АК, а теперь поднялась и включилась в каждую без исключения сфиру из десяти сфирот вплоть до Хохмы, что составляет тайну никвей эйнаим, как сказано выше. И оказывается, что все это — исключительно свойство Малхут де-АК.</w:t>
      </w:r>
    </w:p>
    <w:p>
      <w:pPr>
        <w:spacing w:before="40" w:after="120"/>
        <w:jc w:val="both"/>
      </w:pPr>
      <w:r>
        <w:rPr>
          <w:rFonts w:ascii="Georgia" w:hAnsi="Georgia"/>
          <w:b w:val="0"/>
          <w:i w:val="0"/>
          <w:color w:val="000000"/>
          <w:sz w:val="24"/>
        </w:rPr>
        <w:t>И хотя свет Есод де-АК также протянулся в ГАР Некудим в зивуге левой линии, и там благодаря ему вышли ГАР и ЗАТ высших Аба ве-Има и ГАР и ЗАТ ИШСУТ, как сказано выше, тем не менее тебе уже известно, что все вышедшее из Есод де-АК аннулировалось и не удержалось, как сказано выше; и там осталось лишь то, что относится к левой линии — то есть чтобы служить МАН для зивуга, а все это происходит лишь от свойства Малхут де-АК, как было сказано.</w:t>
      </w:r>
    </w:p>
    <w:p>
      <w:pPr>
        <w:spacing w:before="40" w:after="120"/>
        <w:jc w:val="both"/>
      </w:pPr>
      <w:r>
        <w:rPr>
          <w:rFonts w:ascii="Georgia" w:hAnsi="Georgia"/>
          <w:b w:val="0"/>
          <w:i w:val="0"/>
          <w:color w:val="000000"/>
          <w:sz w:val="24"/>
        </w:rPr>
        <w:t>И об этом сказано в ветви 28, пункте 6: «Общий вывод таков: общее имя БОН — это нефеш, и это семь малхут, имеющихся в ЗОН. И они вышли в аспекте игулим, и они — МА и БОН в общем имени БОН», конец цитаты. И это соответствует сказанному выше: все свойство мужского света и правой линии, протянувшееся из Есод де-АК, вновь аннулировалось, поскольку не являлось жизнеспособным семенем из-за отсутствия исправления линий, как сказано выше; и осталась лишь левая линия — то есть свойство включения Малхут, совершившееся там во всех десяти сфирот.</w:t>
      </w:r>
    </w:p>
    <w:p>
      <w:pPr>
        <w:spacing w:before="40" w:after="120"/>
        <w:jc w:val="both"/>
      </w:pPr>
      <w:r>
        <w:rPr>
          <w:rFonts w:ascii="Georgia" w:hAnsi="Georgia"/>
          <w:b w:val="0"/>
          <w:i w:val="0"/>
          <w:color w:val="000000"/>
          <w:sz w:val="24"/>
        </w:rPr>
        <w:t>И это называется игулим или точками, потому что левая линия также не была связана должным образом: десять сфирот в ней не были связаны друг с другом наподобие единой линии снизу вверх, но левое свойство в каждой сфире из десяти сфирот пребывало в разобщении, само по себе, подобно круглой точке безо всякого отношения и связи со смежной, и подобно игулим, расположенным один под другим.</w:t>
      </w:r>
    </w:p>
    <w:p>
      <w:pPr>
        <w:spacing w:before="40" w:after="120"/>
        <w:jc w:val="both"/>
      </w:pPr>
      <w:r>
        <w:rPr>
          <w:rFonts w:ascii="Georgia" w:hAnsi="Georgia"/>
          <w:b w:val="0"/>
          <w:i w:val="0"/>
          <w:color w:val="000000"/>
          <w:sz w:val="24"/>
        </w:rPr>
        <w:t>А шесть свойств включения Малхут в ХАГАТ и НЕХИ называются МА, сама же Малхут называется БОН, и вместе они именуются «МА и БОН де-БОН». И об этом сказано там: «А затем вышли Адар и Меитавэль — МА и БОН в общем имени МА, и это ВАК де-ЗОН. И они стали парцуфом Адам в ешер, и благодаря им сохранились также игулим, поскольку они — свойство руах, поддерживающего нефеш», конец цитаты.</w:t>
      </w:r>
    </w:p>
    <w:p>
      <w:pPr>
        <w:spacing w:before="40" w:after="120"/>
        <w:jc w:val="both"/>
      </w:pPr>
      <w:r>
        <w:rPr>
          <w:rFonts w:ascii="Georgia" w:hAnsi="Georgia"/>
          <w:b w:val="0"/>
          <w:i w:val="0"/>
          <w:color w:val="000000"/>
          <w:sz w:val="24"/>
        </w:rPr>
        <w:t>И это соответствует сказанному выше: при возвращении ИШСУТ в высшие Аба ве-Има, когда они стали единым парцуфом, поднимаются также и ЗАТ де-БОН, пребывающие в аспекте игулим, как сказано выше, находившиеся в ИШСУТ со времени разбиения келим. И потому они послужили в качестве МАН на месте ГАР Некудим в чертоге высших Аба ве-Има; и на эти МАН вышли десять сфирот прямого света в тайне высшего зивуга.</w:t>
      </w:r>
    </w:p>
    <w:p>
      <w:pPr>
        <w:spacing w:before="40" w:after="120"/>
        <w:jc w:val="both"/>
      </w:pPr>
      <w:r>
        <w:rPr>
          <w:rFonts w:ascii="Georgia" w:hAnsi="Georgia"/>
          <w:b w:val="0"/>
          <w:i w:val="0"/>
          <w:color w:val="000000"/>
          <w:sz w:val="24"/>
        </w:rPr>
        <w:t>И эти десять сфирот прямого и отраженного света называются руах, ешер и мужским светом; тогда как свойство ЗАТ, поднявшихся вместе с Имой в качестве МАН, называется игулим, нефеш и женским началом.</w:t>
      </w:r>
    </w:p>
    <w:p>
      <w:pPr>
        <w:spacing w:before="40" w:after="120"/>
        <w:jc w:val="both"/>
      </w:pPr>
      <w:r>
        <w:rPr>
          <w:rFonts w:ascii="Georgia" w:hAnsi="Georgia"/>
          <w:b w:val="0"/>
          <w:i w:val="0"/>
          <w:color w:val="000000"/>
          <w:sz w:val="24"/>
        </w:rPr>
        <w:t>Также свойство ХАГАТ и НЕХИ в этих десяти сфирот прямого света называется Адар, а свойство Малхут, находящейся в зивуге с этими ХАГАТ и НЕХИ в виде связанной линии на левой стороне, называется Меитавэль. Однако вместе они называются свойством руах и ешер, ибо именно они исправлены и выходят в прочной связи, в виде исправления линий и мужского света, и затем, распространяясь ниже Аба ве-Има на место прежних ХАГАТ и НЕХИ, они и там способны к зивугу. И именно они исправляют свойство МА и БОН де-БОН, как будет написано на своем месте с Б-жьей помощью.</w:t>
      </w:r>
    </w:p>
    <w:p>
      <w:pPr>
        <w:spacing w:before="40" w:after="120"/>
        <w:jc w:val="both"/>
      </w:pPr>
      <w:r>
        <w:rPr>
          <w:rFonts w:ascii="Georgia" w:hAnsi="Georgia"/>
          <w:b w:val="0"/>
          <w:i w:val="0"/>
          <w:color w:val="000000"/>
          <w:sz w:val="24"/>
        </w:rPr>
        <w:t>И об этом сказано там: «И вот во время ибура, являющегося исправлением, те мелахим выяснились и исправились в тайне ибура внутри игулим де-Аба ве-Има, и пойми это; а затем стали также игулим и не разбились во второй раз», конец цитаты.</w:t>
      </w:r>
    </w:p>
    <w:p>
      <w:pPr>
        <w:spacing w:before="40" w:after="120"/>
        <w:jc w:val="both"/>
      </w:pPr>
      <w:r>
        <w:rPr>
          <w:rFonts w:ascii="Georgia" w:hAnsi="Georgia"/>
          <w:b w:val="0"/>
          <w:i w:val="0"/>
          <w:color w:val="000000"/>
          <w:sz w:val="24"/>
        </w:rPr>
        <w:t xml:space="preserve">То есть как сказано выше: высшая Има собрала ЗАТ в свой Есод в тайне стиха: </w:t>
      </w:r>
      <w:r>
        <w:rPr>
          <w:rFonts w:ascii="Georgia" w:hAnsi="Georgia"/>
          <w:b w:val="0"/>
          <w:i/>
          <w:color w:val="000000"/>
          <w:sz w:val="24"/>
        </w:rPr>
        <w:t>«...носит его на крыле своем»</w:t>
      </w:r>
      <w:r>
        <w:rPr>
          <w:rFonts w:ascii="Georgia" w:hAnsi="Georgia"/>
          <w:b w:val="0"/>
          <w:i w:val="0"/>
          <w:color w:val="000000"/>
          <w:sz w:val="24"/>
        </w:rPr>
        <w:t xml:space="preserve"> (Дварим 32:11) — то есть в левую линию внутри нее на уровне ГАР Некудим, которые также называются игулим, как объяснено выше. Ведь все, что было аспектом ешер во всех десяти сфирот Некудим, полностью аннулировалось, и не осталось ничего, кроме их левого свойства, именуемого светом нефеш и игулим, как сказано выше. И это — свойство МАН, чье основное включение происходит в Есод в тайне названия «Все» (</w:t>
      </w:r>
      <w:r>
        <w:rPr>
          <w:rFonts w:ascii="Georgia" w:hAnsi="Georgia"/>
          <w:b w:val="0"/>
          <w:i/>
          <w:color w:val="000000"/>
          <w:sz w:val="24"/>
        </w:rPr>
        <w:t>Коль</w:t>
      </w:r>
      <w:r>
        <w:rPr>
          <w:rFonts w:ascii="Georgia" w:hAnsi="Georgia"/>
          <w:b w:val="0"/>
          <w:i w:val="0"/>
          <w:color w:val="000000"/>
          <w:sz w:val="24"/>
        </w:rPr>
        <w:t xml:space="preserve">, </w:t>
      </w:r>
      <w:r>
        <w:rPr>
          <w:rFonts w:ascii="Georgia" w:hAnsi="Georgia" w:cs="Times New Roman"/>
          <w:b/>
          <w:i w:val="0"/>
          <w:color w:val="000000"/>
          <w:sz w:val="24"/>
          <w:rtl/>
          <w:szCs w:val="32"/>
        </w:rPr>
        <w:t>כֹּל</w:t>
      </w:r>
      <w:r>
        <w:rPr>
          <w:rFonts w:ascii="Georgia" w:hAnsi="Georgia"/>
          <w:b w:val="0"/>
          <w:i w:val="0"/>
          <w:color w:val="000000"/>
          <w:sz w:val="24"/>
        </w:rPr>
        <w:t>), включающего пять хасадим и пять гвурот во время зивуга, будучи обладателем масаха, как подробно описано выше в предыдущей ветви.</w:t>
      </w:r>
    </w:p>
    <w:p>
      <w:pPr>
        <w:spacing w:before="40" w:after="120"/>
        <w:jc w:val="both"/>
      </w:pPr>
      <w:r>
        <w:rPr>
          <w:rFonts w:ascii="Georgia" w:hAnsi="Georgia"/>
          <w:b w:val="0"/>
          <w:i w:val="0"/>
          <w:color w:val="000000"/>
          <w:sz w:val="24"/>
        </w:rPr>
        <w:t>И это то, о чем сообщает нам Учитель и что велит нам понять: свойство ибура ЗАТ, поднявшихся в утробу Бины, произошло именно в ее игулим, как сказано. И поскольку на них совершился великий зивуг в ГАР де-Аба ве-Има и в силу их вышел новый МА, они соединились с МА в каждой без исключения искре.</w:t>
      </w:r>
    </w:p>
    <w:p>
      <w:pPr>
        <w:spacing w:before="40" w:after="120"/>
        <w:jc w:val="both"/>
      </w:pPr>
      <w:r>
        <w:rPr>
          <w:rFonts w:ascii="Georgia" w:hAnsi="Georgia"/>
          <w:b w:val="0"/>
          <w:i w:val="0"/>
          <w:color w:val="000000"/>
          <w:sz w:val="24"/>
        </w:rPr>
        <w:t>А именно: аспект игулим, являющийся частью МАН в этой искре, несомненно происходит от БОН, а аспект света в этой искре — несомненно от МА, то есть называется аспектом ешер, как сказано выше, и пойми это как следует.</w:t>
      </w:r>
    </w:p>
    <w:p>
      <w:r>
        <w:br w:type="page"/>
      </w:r>
    </w:p>
    <w:p>
      <w:pPr>
        <w:keepNext/>
        <w:spacing w:before="360" w:after="160"/>
        <w:jc w:val="center"/>
      </w:pPr>
      <w:r>
        <w:rPr>
          <w:rFonts w:ascii="Georgia" w:hAnsi="Georgia"/>
          <w:b w:val="0"/>
          <w:i w:val="0"/>
          <w:color w:val="000000"/>
          <w:sz w:val="40"/>
        </w:rPr>
        <w:t>Ветвь 26</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Когда десять [сфирот мира] Некудим находились до исправления, ГАР могли получать высший свет, но ЗАТ не могли получать высший свет, ведь тот свет, который спускался сверху, содержал в себе целый парцуф. И потому потребовалось исправление, так как после того как [все] исправится и они образуют парцуф, они смогут его получать. А после того как исправились ГАР — АА и Аба ве-Има, АА собрал к себе свои НЕХИ и поднял их наверх, в три свои средние [сфирот], и там они облачились внутрь его ХАГАТ. Причина же в том, что изначально все повреждение в ЗАТ произошло потому, что НЕХИ — это суды, как известно, и они стремились взять верх над милосердием, то есть ХАГАТ, и хотели подняться на место средних [сфирот], чтобы облачить их и включить в себя. Из-за этого милосердие, оказавшись внутри судов, было бы аннулировано.</w:t>
      </w:r>
    </w:p>
    <w:p>
      <w:pPr>
        <w:spacing w:before="40" w:after="120"/>
        <w:jc w:val="both"/>
      </w:pPr>
      <w:r>
        <w:rPr>
          <w:rFonts w:ascii="Georgia" w:hAnsi="Georgia"/>
          <w:b w:val="0"/>
          <w:i w:val="0"/>
          <w:color w:val="000000"/>
          <w:sz w:val="24"/>
        </w:rPr>
        <w:t>2) А я, Хаим, слышал: так как НЕХИ были более раскрыты, они преобладали над средними [сфирот], ведь средние [сфирот] были отчасти исправлены на уровне парцуфа Аба ве-Има, в отличие от НЕХИ. И поскольку их свет был раскрыт, они брали верх над средними [сфирот], как это отчасти объяснено у нас на примере тайны Амрафеля и его союзников, см. там.</w:t>
      </w:r>
    </w:p>
    <w:p>
      <w:pPr>
        <w:spacing w:before="40" w:after="120"/>
        <w:jc w:val="both"/>
      </w:pPr>
      <w:r>
        <w:rPr>
          <w:rFonts w:ascii="Georgia" w:hAnsi="Georgia"/>
          <w:b w:val="0"/>
          <w:i w:val="0"/>
          <w:color w:val="000000"/>
          <w:sz w:val="24"/>
        </w:rPr>
        <w:t>3) И потому теперь сам АА собрал НЕХИ и ввел их внутрь своего ХАГАТ, и тогда суды усладились внутри милосердия. Поэтому и ЗА вышел тогда в виде зачатия (ибура) на уровне «три, включенные в три». А после того как НЕХИ де-АА вышли наружу, они вышли исправленными, и тогда раскрылись все ВАК; поэтому и ЗА вышел в виде распространяющихся и услащенных ВАК.</w:t>
      </w:r>
    </w:p>
    <w:p>
      <w:pPr>
        <w:spacing w:before="40" w:after="120"/>
        <w:jc w:val="both"/>
      </w:pPr>
      <w:r>
        <w:rPr>
          <w:rFonts w:ascii="Georgia" w:hAnsi="Georgia"/>
          <w:b w:val="0"/>
          <w:i w:val="0"/>
          <w:color w:val="000000"/>
          <w:sz w:val="24"/>
        </w:rPr>
        <w:t>4) АА собрал к себе искры своей части, относившиеся к тем семи умершим мелахим; так же поступили в Аба ве-Има и ЗОН, а также в остальных мирах БЕА. А то, что осталось и не могло пройти выяснение, опустилось в глубины клипот, в соф де-Асия, и там осталось немного искр святости. И ради этого возникла тайна десяти казненных царством, чтобы поднять их оттуда.</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1) </w:t>
      </w:r>
      <w:r>
        <w:rPr>
          <w:rFonts w:ascii="Georgia" w:hAnsi="Georgia"/>
          <w:b/>
          <w:i w:val="0"/>
          <w:color w:val="000000"/>
          <w:sz w:val="24"/>
        </w:rPr>
        <w:t>«Тот свет, который спускался сверху, содержал в себе целый парцуф...»</w:t>
      </w:r>
      <w:r>
        <w:rPr>
          <w:rFonts w:ascii="Georgia" w:hAnsi="Georgia"/>
          <w:b w:val="0"/>
          <w:i w:val="0"/>
          <w:color w:val="000000"/>
          <w:sz w:val="24"/>
        </w:rPr>
        <w:t xml:space="preserve"> — то есть свет, спускающийся из рош де-Некудим, исправленной порядком линий, и потому в нем был целый парцуф. А поскольку ЗАТ еще не были исправлены тремя линиями, они разбились, как сказано выше в ветви 22, см. там.</w:t>
      </w:r>
    </w:p>
    <w:p>
      <w:pPr>
        <w:spacing w:before="40" w:after="120"/>
        <w:jc w:val="both"/>
      </w:pPr>
      <w:r>
        <w:rPr>
          <w:rFonts w:ascii="Georgia" w:hAnsi="Georgia"/>
          <w:b/>
          <w:i w:val="0"/>
          <w:color w:val="000000"/>
          <w:sz w:val="24"/>
        </w:rPr>
        <w:t>«Потому что НЕХИ — это суды...»</w:t>
      </w:r>
      <w:r>
        <w:rPr>
          <w:rFonts w:ascii="Georgia" w:hAnsi="Georgia"/>
          <w:b w:val="0"/>
          <w:i w:val="0"/>
          <w:color w:val="000000"/>
          <w:sz w:val="24"/>
        </w:rPr>
        <w:t xml:space="preserve"> — и не следует возражать, что ХАГАТ разбились еще до выхода НЕХИ, как сказано выше в ветви 22. Ведь [Учитель] имеет в виду, что после того как рош де-ИШСУТ распространилась в виде распространения трех линий КАХАБ на место ХАГАТ, ХАГАТ исправились порядком линий, тогда как НЕХИ не исправились вовсе, как написал Учитель в конце ветви 25, см. там. И потому НЕХИ остались разобщенными, будучи судами.</w:t>
      </w:r>
    </w:p>
    <w:p>
      <w:pPr>
        <w:spacing w:before="40" w:after="120"/>
        <w:jc w:val="both"/>
      </w:pPr>
      <w:r>
        <w:rPr>
          <w:rFonts w:ascii="Georgia" w:hAnsi="Georgia"/>
          <w:b w:val="0"/>
          <w:i w:val="0"/>
          <w:color w:val="000000"/>
          <w:sz w:val="24"/>
        </w:rPr>
        <w:t xml:space="preserve">2) </w:t>
      </w:r>
      <w:r>
        <w:rPr>
          <w:rFonts w:ascii="Georgia" w:hAnsi="Georgia"/>
          <w:b/>
          <w:i w:val="0"/>
          <w:color w:val="000000"/>
          <w:sz w:val="24"/>
        </w:rPr>
        <w:t>«Ведь средние [сфирот] были отчасти исправлены на уровне парцуфа Аба ве-Има»</w:t>
      </w:r>
      <w:r>
        <w:rPr>
          <w:rFonts w:ascii="Georgia" w:hAnsi="Georgia"/>
          <w:b w:val="0"/>
          <w:i w:val="0"/>
          <w:color w:val="000000"/>
          <w:sz w:val="24"/>
        </w:rPr>
        <w:t xml:space="preserve"> — как сказано в предыдущей ветви, ХАГАТ относятся ко второму созерцанию (истаклют бэт) и гуф де-Аба ве-Има Илаин, а НЕХИ относятся ко второму созерцанию и гуф де-ИШСУТ, где Бина уже вышла наружу из рош. И получается, что НЕХИ полностью вышли из категории Аба ве-Има Илаин, как подробно объяснено в «Паним Меирот» на странице 452, см. там.</w:t>
      </w:r>
    </w:p>
    <w:p>
      <w:r>
        <w:br w:type="page"/>
      </w:r>
    </w:p>
    <w:p>
      <w:pPr>
        <w:keepNext/>
        <w:spacing w:before="360" w:after="160"/>
        <w:jc w:val="center"/>
      </w:pPr>
      <w:r>
        <w:rPr>
          <w:rFonts w:ascii="Georgia" w:hAnsi="Georgia"/>
          <w:b w:val="0"/>
          <w:i w:val="0"/>
          <w:color w:val="000000"/>
          <w:sz w:val="40"/>
        </w:rPr>
        <w:t>Ветвь 27</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Разъяснение [смысла] мелахим, сути нового МА и старого [БОН], а также сути 288 искр (</w:t>
      </w:r>
      <w:r>
        <w:rPr>
          <w:rFonts w:ascii="Georgia" w:hAnsi="Georgia" w:cs="Times New Roman"/>
          <w:b/>
          <w:i w:val="0"/>
          <w:color w:val="000000"/>
          <w:sz w:val="24"/>
          <w:rtl/>
          <w:szCs w:val="32"/>
        </w:rPr>
        <w:t>רפ״ח</w:t>
      </w:r>
      <w:r>
        <w:rPr>
          <w:rFonts w:ascii="Georgia" w:hAnsi="Georgia"/>
          <w:b w:val="0"/>
          <w:i w:val="0"/>
          <w:color w:val="000000"/>
          <w:sz w:val="24"/>
        </w:rPr>
        <w:t>) и 320 искр (</w:t>
      </w:r>
      <w:r>
        <w:rPr>
          <w:rFonts w:ascii="Georgia" w:hAnsi="Georgia" w:cs="Times New Roman"/>
          <w:b/>
          <w:i w:val="0"/>
          <w:color w:val="000000"/>
          <w:sz w:val="24"/>
          <w:rtl/>
          <w:szCs w:val="32"/>
        </w:rPr>
        <w:t>ש״ך</w:t>
      </w:r>
      <w:r>
        <w:rPr>
          <w:rFonts w:ascii="Georgia" w:hAnsi="Georgia"/>
          <w:b w:val="0"/>
          <w:i w:val="0"/>
          <w:color w:val="000000"/>
          <w:sz w:val="24"/>
        </w:rPr>
        <w:t>).</w:t>
      </w:r>
    </w:p>
    <w:p>
      <w:pPr>
        <w:spacing w:before="40" w:after="120"/>
        <w:jc w:val="both"/>
      </w:pPr>
      <w:r>
        <w:rPr>
          <w:rFonts w:ascii="Georgia" w:hAnsi="Georgia"/>
          <w:b w:val="0"/>
          <w:i w:val="0"/>
          <w:color w:val="000000"/>
          <w:sz w:val="24"/>
        </w:rPr>
        <w:t>Знай: нет ни одной сфиры даже среди частных десяти сфирот каждого парцуфа, где не присутствовали бы мужское и женское начала, а именно БОН огласовок (некудот) и новый МА. Однако суть этого БОН и этого женского начала — вовсе не десятая стадия, Малхут, существующая в каждой сфире (будучи десятой ступенью каждой сфиры). Дело в том, что в каждой сфире есть десять стадий (бхинот), и все они от МА, и десять стадий, и все они от БОН. Девять первых [стадий] от МА и БОН называются девятью первыми стадиями этой сфиры, а десятая стадия — сама Малхут этой сфиры — также включает в себя МА и БОН.</w:t>
      </w:r>
    </w:p>
    <w:p>
      <w:pPr>
        <w:spacing w:before="40" w:after="120"/>
        <w:jc w:val="both"/>
      </w:pPr>
      <w:r>
        <w:rPr>
          <w:rFonts w:ascii="Georgia" w:hAnsi="Georgia"/>
          <w:b w:val="0"/>
          <w:i w:val="0"/>
          <w:color w:val="000000"/>
          <w:sz w:val="24"/>
        </w:rPr>
        <w:t>2) Суть сказанного в предельно сокращенном виде такова: во всем [мире] Ацилут нет ни одной даже самой малой искры, в которой не было бы МА и БОН. Отсюда следует, что мужские [сфирот] в Ацилуте — Кетер, Хохма и Тиферет — содержат свойства МА и БОН, и женские [сфирот] в Ацилуте — Бина и Малхут — содержат в себе МА и БОН. Точно так же обстоит дело во всех десяти сфирот каждого парцуфа, и точно так же все пять парцуфим в нем включают в себя МА и БОН. И когда мир Некудим выделялся [из Источника], вышли все пять парцуфим, каждый из которых включал в себя десять сфирот, и все они [происходили] от имени БОН.</w:t>
      </w:r>
    </w:p>
    <w:p>
      <w:pPr>
        <w:spacing w:before="40" w:after="120"/>
        <w:jc w:val="both"/>
      </w:pPr>
      <w:r>
        <w:rPr>
          <w:rFonts w:ascii="Georgia" w:hAnsi="Georgia"/>
          <w:b w:val="0"/>
          <w:i w:val="0"/>
          <w:color w:val="000000"/>
          <w:sz w:val="24"/>
        </w:rPr>
        <w:t>3) Известно, что общее имя БОН, включающее в себя весь Ацилут, — это Малхут де-АК, а новое общее имя МА, включающее в себя весь Ацилут, — это ЗА де-АК. И поэтому все некудот называются мелахим, так как все они — свойство БОН, то есть общей Малхут. И действительно, в общем имени МА есть частное свойство Малхут и частное свойство Бины, хотя они женского рода, тогда как МА — мужского. И точно так же в имени БОН, хотя оно женского рода, есть мужские [сфирот]: Кетер, Хохма и ЗА, подобно сказанному выше, так как МА и БОН включают в себя весь Ацилут во всех его частностях.</w:t>
      </w:r>
    </w:p>
    <w:p>
      <w:pPr>
        <w:spacing w:before="40" w:after="120"/>
        <w:jc w:val="both"/>
      </w:pPr>
      <w:r>
        <w:rPr>
          <w:rFonts w:ascii="Georgia" w:hAnsi="Georgia"/>
          <w:b w:val="0"/>
          <w:i w:val="0"/>
          <w:color w:val="000000"/>
          <w:sz w:val="24"/>
        </w:rPr>
        <w:t>4) Когда весь Ацилут вышел только из свойства БОН, он включал в себя Атика, АА, Аба ве-Има и ЗОН. И тогда сначала вышли все их келим — один под другим, вплоть до окончания мира Ацилут. А затем вышли света де-БОН всех частностей Ацилута. Сначала вышел Кетер де-Атик Ацилута, в который были включены все света, и устоял. Затем вышла Хохма де-Атик в своем кли, включая в себя все остальные света, и устояла. Затем вышла Бина де-Атик, включавшая в себя все остальные света, и устояла. А затем вышли семь нижних сфирот (ЗАТ) де-Атик в кли Даат внизу (каждая была включена в свое кли), в котором были включены все остальные света, и оно разбилось: внутренняя часть кли опустилась в Брию, внешняя часть кли опустилась в Ециру, а самая внешняя часть — в Асию.</w:t>
      </w:r>
    </w:p>
    <w:p>
      <w:pPr>
        <w:spacing w:before="40" w:after="120"/>
        <w:jc w:val="both"/>
      </w:pPr>
      <w:r>
        <w:rPr>
          <w:rFonts w:ascii="Georgia" w:hAnsi="Georgia"/>
          <w:b w:val="0"/>
          <w:i w:val="0"/>
          <w:color w:val="000000"/>
          <w:sz w:val="24"/>
        </w:rPr>
        <w:t>5) Затем тот свет остался без кли, а остальные света опустились во второе кли из ЗАТ. Оно тоже разбилось подобно сказанному выше, и его свет остался без облачения, а остальные света опустились в кли, расположенное под ним. Так продолжалось, пока не завершились все его ЗАТ. После этого Кетер де-Арих Анпин вошел в свое кли, включая в себя остальные света подобно упомянутому об Атике. Затем Кетер де-Аба вошел в свое кли, включая в себя остальные света, и устоял; остальные света опустились в кли его Хохмы, и оно устояло; а остальные света опустились в кли Бины де-Аба, и оно устояло. Затем света ЗАТ опустились в одно из своих келим, разбились и упали в БЕА; остальные света вошли во второе кли де-ЗАТ, разбились и упали в БЕА, и так далее подобно описанному выше, пока не завершились все семь.</w:t>
      </w:r>
    </w:p>
    <w:p>
      <w:pPr>
        <w:spacing w:before="40" w:after="120"/>
        <w:jc w:val="both"/>
      </w:pPr>
      <w:r>
        <w:rPr>
          <w:rFonts w:ascii="Georgia" w:hAnsi="Georgia"/>
          <w:b w:val="0"/>
          <w:i w:val="0"/>
          <w:color w:val="000000"/>
          <w:sz w:val="24"/>
        </w:rPr>
        <w:t>6) И знай, что о высших ступенях — об Атике и АА — нам не дозволено говорить. Однако здесь мы будем говорить от Абы и ниже, и скажем так: после того как все его ЗАТ опустились лицевой и обратной сторонами (паним ве-ахор) в БЕА, тогда и одни лишь ахораим де-ХУБ в нем, но не паним, опустились в самом Ацилуте, в нижней его части, но не в Брию; поэтому в них нет смерти, а есть лишь падение. Тогда опустились и НЕХИ де-ахор де-Кетер де-Аба, облачающиеся в ХУБ де-Аба; они тоже опустились в Ацилут, и в них нет смерти. Точно так же происходило и в десяти сфирот Имы — в точности так, как сказано об Абе.</w:t>
      </w:r>
    </w:p>
    <w:p>
      <w:pPr>
        <w:spacing w:before="40" w:after="120"/>
        <w:jc w:val="both"/>
      </w:pPr>
      <w:r>
        <w:rPr>
          <w:rFonts w:ascii="Georgia" w:hAnsi="Georgia"/>
          <w:b w:val="0"/>
          <w:i w:val="0"/>
          <w:color w:val="000000"/>
          <w:sz w:val="24"/>
        </w:rPr>
        <w:t>7) Затем в ЗА три первые сфиры (ГАР) не вышли [наружу], а остались включенными внутрь Имы; вышли только ЗАТ — от Даат и ниже, и все они вышли из Бины де-ЗА, включенной внутрь Имы Илаа, которая, как сказано выше, не выходила наружу. И тогда все семь [мелахим] умерли — и лицевой стороной, и обратной — и опустились в БЕА. А затем вышла Нуква де-ЗА, Малхут, причем одна лишь десятая часть в ней, и разбилась, и умерла.</w:t>
      </w:r>
    </w:p>
    <w:p>
      <w:pPr>
        <w:spacing w:before="40" w:after="120"/>
        <w:jc w:val="both"/>
      </w:pPr>
      <w:r>
        <w:rPr>
          <w:rFonts w:ascii="Georgia" w:hAnsi="Georgia"/>
          <w:b w:val="0"/>
          <w:i w:val="0"/>
          <w:color w:val="000000"/>
          <w:sz w:val="24"/>
        </w:rPr>
        <w:t>8) Затем вышло имя МА и соединилось с БОН в каждой сфире, как сказано выше, во всех частностях. Оказывается, что в Абе и ИШСУТ есть МА и БОН в каждом из них; точно так же в Име и Твуне; и точно так же в ЗОН — [в Зеир Анпине и] высшей Рахели, Яакове и Нукве, нижней Рахели, от хазе и ниже: в каждом из четырех парцуфов есть МА и БОН. Однако в АА все было иначе, поскольку у него нет отдельной Нуквы, и потому вся правая сторона была только МА, а вся левая сторона — только БОН. Либо возможно, что правая сторона включает в себя МА и БОН, и оба они мужского рода, а левая сторона включает в себя МА и БОН, и оба они женского рода, и это требует глубокого осмысления. И подобно этому в Атике: мужское и женское начала в нем — это свойства паним и ахор, как известно в своем месте.</w:t>
      </w:r>
    </w:p>
    <w:p>
      <w:pPr>
        <w:spacing w:before="40" w:after="120"/>
        <w:jc w:val="both"/>
      </w:pPr>
      <w:r>
        <w:rPr>
          <w:rFonts w:ascii="Georgia" w:hAnsi="Georgia"/>
          <w:b w:val="0"/>
          <w:i w:val="0"/>
          <w:color w:val="000000"/>
          <w:sz w:val="24"/>
        </w:rPr>
        <w:t>9) Отсюда следует, что все ЗАТ каждого из пяти парцуфим имени БОН — это семь мелахим, так что всего получается пять раз по семь мелахим. И в каждом из этих свойств есть паним и ахор в келим, а также в свете, и всё это — от свойства БОН. Каждый же из этих мелахим включает в себя десять сфирот, сводящихся к четырем стадиям — имени АВАЯ этой сфиры, то есть Хохме, Бине, Тиферет и Малхут в ней. И каждая из этих четырех частностей включает в себя десять ступеней, причем каждая ступень называется одним именем ЭЛОКИМ, с паним и ахор. Ведь каждый из этих семи мелахим — это одна сфира, включающая в себя упомянутые четыре [основные] сфиры, и каждая из них включает в себя десять, как сказано выше. Таким образом, в каждом из семи мелахим содержится сорок имен ЭЛОКИМ, а семь раз по сорок составляет по гематрии МАНЦЕПАХ (</w:t>
      </w:r>
      <w:r>
        <w:rPr>
          <w:rFonts w:ascii="Georgia" w:hAnsi="Georgia" w:cs="Times New Roman"/>
          <w:b/>
          <w:i w:val="0"/>
          <w:color w:val="000000"/>
          <w:sz w:val="24"/>
          <w:rtl/>
          <w:szCs w:val="32"/>
        </w:rPr>
        <w:t>מנצפ״ך</w:t>
      </w:r>
      <w:r>
        <w:rPr>
          <w:rFonts w:ascii="Georgia" w:hAnsi="Georgia"/>
          <w:b w:val="0"/>
          <w:i w:val="0"/>
          <w:color w:val="000000"/>
          <w:sz w:val="24"/>
        </w:rPr>
        <w:t xml:space="preserve"> = 280). Ведь их корень — пять гвурот (</w:t>
      </w:r>
      <w:r>
        <w:rPr>
          <w:rFonts w:ascii="Georgia" w:hAnsi="Georgia" w:cs="Times New Roman"/>
          <w:b/>
          <w:i w:val="0"/>
          <w:color w:val="000000"/>
          <w:sz w:val="24"/>
          <w:rtl/>
          <w:szCs w:val="32"/>
        </w:rPr>
        <w:t>ה״ג</w:t>
      </w:r>
      <w:r>
        <w:rPr>
          <w:rFonts w:ascii="Georgia" w:hAnsi="Georgia"/>
          <w:b w:val="0"/>
          <w:i w:val="0"/>
          <w:color w:val="000000"/>
          <w:sz w:val="24"/>
        </w:rPr>
        <w:t>), то есть пять букв [имени] ЭЛОКИМ, которые служат корнем для всех этих 280 (</w:t>
      </w:r>
      <w:r>
        <w:rPr>
          <w:rFonts w:ascii="Georgia" w:hAnsi="Georgia" w:cs="Times New Roman"/>
          <w:b/>
          <w:i w:val="0"/>
          <w:color w:val="000000"/>
          <w:sz w:val="24"/>
          <w:rtl/>
          <w:szCs w:val="32"/>
        </w:rPr>
        <w:t>פ״ר</w:t>
      </w:r>
      <w:r>
        <w:rPr>
          <w:rFonts w:ascii="Georgia" w:hAnsi="Georgia"/>
          <w:b w:val="0"/>
          <w:i w:val="0"/>
          <w:color w:val="000000"/>
          <w:sz w:val="24"/>
        </w:rPr>
        <w:t>) [имен] ЭЛОКИМ.</w:t>
      </w:r>
    </w:p>
    <w:p>
      <w:pPr>
        <w:spacing w:before="40" w:after="120"/>
        <w:jc w:val="both"/>
      </w:pPr>
      <w:r>
        <w:rPr>
          <w:rFonts w:ascii="Georgia" w:hAnsi="Georgia"/>
          <w:b w:val="0"/>
          <w:i w:val="0"/>
          <w:color w:val="000000"/>
          <w:sz w:val="24"/>
        </w:rPr>
        <w:t>10) Отсюда следует, что 280 имен ЭЛОКИМ есть в семи мелахим Нуквы, 280 имен ЭЛОКИМ — в семи мелахим ЗА, 280 — в семи [мелахим] Имы, 280 — в семи [мелахим] Абы, и 280 — в семи [мелахим] Атика. А когда пять букв [имени] ЭЛОКИМ, служащие корнем для всех семи мелахим Нуквы или ЗА и так далее, [добавляются к ним], получается 285 (</w:t>
      </w:r>
      <w:r>
        <w:rPr>
          <w:rFonts w:ascii="Georgia" w:hAnsi="Georgia" w:cs="Times New Roman"/>
          <w:b/>
          <w:i w:val="0"/>
          <w:color w:val="000000"/>
          <w:sz w:val="24"/>
          <w:rtl/>
          <w:szCs w:val="32"/>
        </w:rPr>
        <w:t>פר״ה</w:t>
      </w:r>
      <w:r>
        <w:rPr>
          <w:rFonts w:ascii="Georgia" w:hAnsi="Georgia"/>
          <w:b w:val="0"/>
          <w:i w:val="0"/>
          <w:color w:val="000000"/>
          <w:sz w:val="24"/>
        </w:rPr>
        <w:t>). Если же прибавить сорок [имен] ЭЛОКИМ восьмого мелеха, называемого Адар, то получится 325 (</w:t>
      </w:r>
      <w:r>
        <w:rPr>
          <w:rFonts w:ascii="Georgia" w:hAnsi="Georgia" w:cs="Times New Roman"/>
          <w:b/>
          <w:i w:val="0"/>
          <w:color w:val="000000"/>
          <w:sz w:val="24"/>
          <w:rtl/>
          <w:szCs w:val="32"/>
        </w:rPr>
        <w:t>שכ״ה</w:t>
      </w:r>
      <w:r>
        <w:rPr>
          <w:rFonts w:ascii="Georgia" w:hAnsi="Georgia"/>
          <w:b w:val="0"/>
          <w:i w:val="0"/>
          <w:color w:val="000000"/>
          <w:sz w:val="24"/>
        </w:rPr>
        <w:t>) искр суда. Однако 285 относятся к БОН, а сорок — к Адару из нового МА.</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2) </w:t>
      </w:r>
      <w:r>
        <w:rPr>
          <w:rFonts w:ascii="Georgia" w:hAnsi="Georgia"/>
          <w:b/>
          <w:i w:val="0"/>
          <w:color w:val="000000"/>
          <w:sz w:val="24"/>
        </w:rPr>
        <w:t>«Во всем [мире] Ацилут нет ни одной даже самой малой искры, в которой не было бы МА и БОН»</w:t>
      </w:r>
      <w:r>
        <w:rPr>
          <w:rFonts w:ascii="Georgia" w:hAnsi="Georgia"/>
          <w:b w:val="0"/>
          <w:i w:val="0"/>
          <w:color w:val="000000"/>
          <w:sz w:val="24"/>
        </w:rPr>
        <w:t xml:space="preserve"> — ведь МА — это свойство мужского начала и правой линии, а БОН — свойство женского начала и левой линии, и свет поднимается от соударения (зивуга) между ними по средней линии. Если так, то нет ни одной малой искры, которая не состояла бы из них обоих, и это очевидно.</w:t>
      </w:r>
    </w:p>
    <w:p>
      <w:pPr>
        <w:spacing w:before="40" w:after="120"/>
        <w:jc w:val="both"/>
      </w:pPr>
      <w:r>
        <w:rPr>
          <w:rFonts w:ascii="Georgia" w:hAnsi="Georgia"/>
          <w:b/>
          <w:i w:val="0"/>
          <w:color w:val="000000"/>
          <w:sz w:val="24"/>
        </w:rPr>
        <w:t>«Мужские [сфирот] в Ацилуте... содержат свойства МА и БОН, и женские [сфирот] в Ацилуте...»</w:t>
      </w:r>
      <w:r>
        <w:rPr>
          <w:rFonts w:ascii="Georgia" w:hAnsi="Georgia"/>
          <w:b w:val="0"/>
          <w:i w:val="0"/>
          <w:color w:val="000000"/>
          <w:sz w:val="24"/>
        </w:rPr>
        <w:t xml:space="preserve"> — ведь в каждом парцуфе различаются правая сторона, относящаяся к МА, и левая сторона, относящаяся к БОН.</w:t>
      </w:r>
    </w:p>
    <w:p>
      <w:pPr>
        <w:spacing w:before="40" w:after="120"/>
        <w:jc w:val="both"/>
      </w:pPr>
      <w:r>
        <w:rPr>
          <w:rFonts w:ascii="Georgia" w:hAnsi="Georgia"/>
          <w:b w:val="0"/>
          <w:i w:val="0"/>
          <w:color w:val="000000"/>
          <w:sz w:val="24"/>
        </w:rPr>
        <w:t xml:space="preserve">3) </w:t>
      </w:r>
      <w:r>
        <w:rPr>
          <w:rFonts w:ascii="Georgia" w:hAnsi="Georgia"/>
          <w:b/>
          <w:i w:val="0"/>
          <w:color w:val="000000"/>
          <w:sz w:val="24"/>
        </w:rPr>
        <w:t>«Общее имя БОН, включающее в себя весь Ацилут, — это Малхут де-АК»</w:t>
      </w:r>
      <w:r>
        <w:rPr>
          <w:rFonts w:ascii="Georgia" w:hAnsi="Georgia"/>
          <w:b w:val="0"/>
          <w:i w:val="0"/>
          <w:color w:val="000000"/>
          <w:sz w:val="24"/>
        </w:rPr>
        <w:t xml:space="preserve"> — знай, что корень имени БОН берет начало от спуска НЕХИ де-САГ ниже табур де-АК, по принципу включения свойства милосердия в суд. И НЕХИ де-САГ — это вторая стадия (бхина бэт), то есть Бина, называемая свойством милосердия, и она соединилась с четвертой стадией (бхина далет), расположенной ниже табур де-АК, которая представляет собой Малхут де-АК, называемую свойством суда. Поскольку же Малхут де-АК приняла в себя вторую стадию от САГ, она поднялась в качестве МАН до Хохмы, и благодаря этому подъему Малхут де-АК включилась в каждую сфиру вплоть до Хохмы. В этом заключается тайна десяти келим, заново возникших в мире Некудим. Ведь прежде Малхут де-АК была лишь точкой под всеми сфирот, в виде одного кли; теперь же она поднялась снизу вверх наподобие линии (кав) и стала левой стороной в каждой из десяти сфирот парцуфа. И знай, что эта линия, образовавшаяся в результате подъема Малхут, называется [именем] БОН, включающим в себя весь Ацилут. И ты видишь, что вся эта линия представляет собой не что иное, как свойство Малхут де-АК, поднявшейся в качестве МАН до никвей эйнаим (отверстий глаз). Об этом и сказано, что общее имя БОН — это Малхут де-АК.</w:t>
      </w:r>
    </w:p>
    <w:p>
      <w:pPr>
        <w:spacing w:before="40" w:after="120"/>
        <w:jc w:val="both"/>
      </w:pPr>
      <w:r>
        <w:rPr>
          <w:rFonts w:ascii="Georgia" w:hAnsi="Georgia"/>
          <w:b/>
          <w:i w:val="0"/>
          <w:color w:val="000000"/>
          <w:sz w:val="24"/>
        </w:rPr>
        <w:t>«А новое общее имя МА, включающее в себя весь Ацилут, — это ЗА де-АК»</w:t>
      </w:r>
      <w:r>
        <w:rPr>
          <w:rFonts w:ascii="Georgia" w:hAnsi="Georgia"/>
          <w:b w:val="0"/>
          <w:i w:val="0"/>
          <w:color w:val="000000"/>
          <w:sz w:val="24"/>
        </w:rPr>
        <w:t xml:space="preserve"> — и хотя оно вышло через мэцах (лоб) де-АК, как пишет Учитель во многих местах, однако его выход через мэцах указывает на высоту уровня (шиур кома) подъема МАН. Ведь всё нарушение, происшедшее в [мире] Некудим, случилось оттого, что свет де-Некудим вышел через глаза (эйнаим) — то есть вследствие подъема Малхут и ее включения во все сфирот вплоть до Хохмы, именуемой глазами. В силу этого каждая ступень разделилась надвое, и потому этот свет дошел только до пэ де-рош де-Некудим, а ЗАТ остались без исправления линий, как сказано в предыдущей ветви. Однако во время исправления МАН поднялся до Гальгальты, благодаря чему он светит также и для ЗАТ, как написано здесь в «Паним Масбирот», обратись туда. Но сама истинная высота уровня этого света — это высота уровня ЗА де-АК. И пойми это.</w:t>
      </w:r>
    </w:p>
    <w:p>
      <w:pPr>
        <w:spacing w:before="40" w:after="120"/>
        <w:jc w:val="both"/>
      </w:pPr>
      <w:r>
        <w:rPr>
          <w:rFonts w:ascii="Georgia" w:hAnsi="Georgia"/>
          <w:b w:val="0"/>
          <w:i w:val="0"/>
          <w:color w:val="000000"/>
          <w:sz w:val="24"/>
        </w:rPr>
        <w:t xml:space="preserve">9) </w:t>
      </w:r>
      <w:r>
        <w:rPr>
          <w:rFonts w:ascii="Georgia" w:hAnsi="Georgia"/>
          <w:b/>
          <w:i w:val="0"/>
          <w:color w:val="000000"/>
          <w:sz w:val="24"/>
        </w:rPr>
        <w:t>«Отсюда следует, что все ЗАТ каждого из пяти парцуфим... и семь раз по сорок составляет по гематрии МАНЦЕПАХ»</w:t>
      </w:r>
      <w:r>
        <w:rPr>
          <w:rFonts w:ascii="Georgia" w:hAnsi="Georgia"/>
          <w:b w:val="0"/>
          <w:i w:val="0"/>
          <w:color w:val="000000"/>
          <w:sz w:val="24"/>
        </w:rPr>
        <w:t xml:space="preserve"> — знай, что понятия МАНЦЕПАХ (</w:t>
      </w:r>
      <w:r>
        <w:rPr>
          <w:rFonts w:ascii="Georgia" w:hAnsi="Georgia" w:cs="Times New Roman"/>
          <w:b/>
          <w:i w:val="0"/>
          <w:color w:val="000000"/>
          <w:sz w:val="24"/>
          <w:rtl/>
          <w:szCs w:val="32"/>
        </w:rPr>
        <w:t>מנצפ״ך</w:t>
      </w:r>
      <w:r>
        <w:rPr>
          <w:rFonts w:ascii="Georgia" w:hAnsi="Georgia"/>
          <w:b w:val="0"/>
          <w:i w:val="0"/>
          <w:color w:val="000000"/>
          <w:sz w:val="24"/>
        </w:rPr>
        <w:t>), 280 (</w:t>
      </w:r>
      <w:r>
        <w:rPr>
          <w:rFonts w:ascii="Georgia" w:hAnsi="Georgia" w:cs="Times New Roman"/>
          <w:b/>
          <w:i w:val="0"/>
          <w:color w:val="000000"/>
          <w:sz w:val="24"/>
          <w:rtl/>
          <w:szCs w:val="32"/>
        </w:rPr>
        <w:t>פ״ר</w:t>
      </w:r>
      <w:r>
        <w:rPr>
          <w:rFonts w:ascii="Georgia" w:hAnsi="Georgia"/>
          <w:b w:val="0"/>
          <w:i w:val="0"/>
          <w:color w:val="000000"/>
          <w:sz w:val="24"/>
        </w:rPr>
        <w:t>), 325 (</w:t>
      </w:r>
      <w:r>
        <w:rPr>
          <w:rFonts w:ascii="Georgia" w:hAnsi="Georgia" w:cs="Times New Roman"/>
          <w:b/>
          <w:i w:val="0"/>
          <w:color w:val="000000"/>
          <w:sz w:val="24"/>
          <w:rtl/>
          <w:szCs w:val="32"/>
        </w:rPr>
        <w:t>שכ״ה</w:t>
      </w:r>
      <w:r>
        <w:rPr>
          <w:rFonts w:ascii="Georgia" w:hAnsi="Georgia"/>
          <w:b w:val="0"/>
          <w:i w:val="0"/>
          <w:color w:val="000000"/>
          <w:sz w:val="24"/>
        </w:rPr>
        <w:t>) и 285 (</w:t>
      </w:r>
      <w:r>
        <w:rPr>
          <w:rFonts w:ascii="Georgia" w:hAnsi="Georgia" w:cs="Times New Roman"/>
          <w:b/>
          <w:i w:val="0"/>
          <w:color w:val="000000"/>
          <w:sz w:val="24"/>
          <w:rtl/>
          <w:szCs w:val="32"/>
        </w:rPr>
        <w:t>רפ״ה</w:t>
      </w:r>
      <w:r>
        <w:rPr>
          <w:rFonts w:ascii="Georgia" w:hAnsi="Georgia"/>
          <w:b w:val="0"/>
          <w:i w:val="0"/>
          <w:color w:val="000000"/>
          <w:sz w:val="24"/>
        </w:rPr>
        <w:t>), которые разъясняет здесь Учитель, совершенно не относятся к 288 искрам (</w:t>
      </w:r>
      <w:r>
        <w:rPr>
          <w:rFonts w:ascii="Georgia" w:hAnsi="Georgia" w:cs="Times New Roman"/>
          <w:b/>
          <w:i w:val="0"/>
          <w:color w:val="000000"/>
          <w:sz w:val="24"/>
          <w:rtl/>
          <w:szCs w:val="32"/>
        </w:rPr>
        <w:t>רפ״ח</w:t>
      </w:r>
      <w:r>
        <w:rPr>
          <w:rFonts w:ascii="Georgia" w:hAnsi="Georgia"/>
          <w:b w:val="0"/>
          <w:i w:val="0"/>
          <w:color w:val="000000"/>
          <w:sz w:val="24"/>
        </w:rPr>
        <w:t>) и 320 искрам (</w:t>
      </w:r>
      <w:r>
        <w:rPr>
          <w:rFonts w:ascii="Georgia" w:hAnsi="Georgia" w:cs="Times New Roman"/>
          <w:b/>
          <w:i w:val="0"/>
          <w:color w:val="000000"/>
          <w:sz w:val="24"/>
          <w:rtl/>
          <w:szCs w:val="32"/>
        </w:rPr>
        <w:t>ש״ך</w:t>
      </w:r>
      <w:r>
        <w:rPr>
          <w:rFonts w:ascii="Georgia" w:hAnsi="Georgia"/>
          <w:b w:val="0"/>
          <w:i w:val="0"/>
          <w:color w:val="000000"/>
          <w:sz w:val="24"/>
        </w:rPr>
        <w:t>), смысл которых с Б-жьей помощью будет объяснен в следующих ветвях, каждый в своем месте.</w:t>
      </w:r>
    </w:p>
    <w:p>
      <w:r>
        <w:br w:type="page"/>
      </w:r>
    </w:p>
    <w:p>
      <w:pPr>
        <w:keepNext/>
        <w:spacing w:before="360" w:after="160"/>
        <w:jc w:val="center"/>
      </w:pPr>
      <w:r>
        <w:rPr>
          <w:rFonts w:ascii="Georgia" w:hAnsi="Georgia"/>
          <w:b w:val="0"/>
          <w:i w:val="0"/>
          <w:color w:val="000000"/>
          <w:sz w:val="40"/>
        </w:rPr>
        <w:t>Ветвь 28</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Знай, что когда Источник выделил из Себя мелахим, в ЗОН вышли только семь [свойств] Малхут, находящихся в двух аспектах: внешнем и среднем, и это Малхут де-НЕХИ и [Малхут де-]ХАГАТ. И потому эти мелахим называются точками (некудот), ведь точка — это Малхут, как сказано выше. И мало того: даже они не были облачены друг в друга и связаны вместе, а также не разделялись на линии — так, чтобы всё милосердие относилось к правой линии, все суды (гвурот) — к левой линии, а согласующие [сфирот] — к средней линии; напротив, каждый из них был обособлен сам по себе, и поэтому они умерли. Теперь же, когда они облачились друг в друга и выстроились по линиям, они устояли. И сосредоточь на этом всю глубину своего понимания.</w:t>
      </w:r>
    </w:p>
    <w:p>
      <w:pPr>
        <w:spacing w:before="40" w:after="120"/>
        <w:jc w:val="both"/>
      </w:pPr>
      <w:r>
        <w:rPr>
          <w:rFonts w:ascii="Georgia" w:hAnsi="Georgia"/>
          <w:b w:val="0"/>
          <w:i w:val="0"/>
          <w:color w:val="000000"/>
          <w:sz w:val="24"/>
        </w:rPr>
        <w:t>2) И знай, что мелахим изначально вышли лишь в свойстве своих кругов (игулим), то есть в свойстве семи [свойств] Малхут в них. И поэтому они названы мелахим, будучи аспектом БОН от Малхут и представляя собой исключительно уровень нефеш. И вышли шесть точек в ЗА и седьмая точка в Малхут — то есть те семь Малхут, что содержатся в ЗОН, поскольку шесть мелахим находятся в ЗА, а седьмой — это Малхут в Малхут; и потому они не устояли.</w:t>
      </w:r>
    </w:p>
    <w:p>
      <w:pPr>
        <w:spacing w:before="40" w:after="120"/>
        <w:jc w:val="both"/>
      </w:pPr>
      <w:r>
        <w:rPr>
          <w:rFonts w:ascii="Georgia" w:hAnsi="Georgia"/>
          <w:b w:val="0"/>
          <w:i w:val="0"/>
          <w:color w:val="000000"/>
          <w:sz w:val="24"/>
        </w:rPr>
        <w:t xml:space="preserve">3) А затем, во время исправления, вышел восьмой мелех — Адар, и это Есод, как известно из «Идра Раба»; и он выше семи мелахим, каждый из которых — лишь свойство Малхут, имеющееся в ЗОН. И потому [свойства] Малхут вышли по принципу игулим, в виде тайны </w:t>
      </w:r>
      <w:r>
        <w:rPr>
          <w:rFonts w:ascii="Georgia" w:hAnsi="Georgia"/>
          <w:b w:val="0"/>
          <w:i/>
          <w:color w:val="000000"/>
          <w:sz w:val="24"/>
        </w:rPr>
        <w:t>«женщина окружит мужчину»</w:t>
      </w:r>
      <w:r>
        <w:rPr>
          <w:rFonts w:ascii="Georgia" w:hAnsi="Georgia"/>
          <w:b w:val="0"/>
          <w:i w:val="0"/>
          <w:color w:val="000000"/>
          <w:sz w:val="24"/>
        </w:rPr>
        <w:t xml:space="preserve"> (Ирмеяу 31:22). А затем вышел Адар, являющийся свойством Есод в каждой из ЗАТ, и он включал в себя все ВАК, то есть их ХАГАТ-НЕХИ. И вот теперь есть семь первых мелахим, которые умерли, и семь вторых — от Адара; и все они включены в него, поскольку он нижний из них. И это тайна двух суббот: семь и семь, — и пойми [это], как написано у нас. И этот Адар, включающий ВАК, называется именем МА: он — руах, он — ешер, и он представляет собой мужское и женское, ведь теперь вместе с ним вышло также свойство ХАГАТ-НЕХИ в Малхут. Ведь Малхут в Малхут вышла первой и была последним умершим мелехом. Таким образом, свойства семи Малхут, имеющиеся в ВАК де-ЗА и в сфире Малхут де-Нуква де-ЗА, — это и есть те семь мелахим, которые вышли первыми и умерли.</w:t>
      </w:r>
    </w:p>
    <w:p>
      <w:pPr>
        <w:spacing w:before="40" w:after="120"/>
        <w:jc w:val="both"/>
      </w:pPr>
      <w:r>
        <w:rPr>
          <w:rFonts w:ascii="Georgia" w:hAnsi="Georgia"/>
          <w:b w:val="0"/>
          <w:i w:val="0"/>
          <w:color w:val="000000"/>
          <w:sz w:val="24"/>
        </w:rPr>
        <w:t>4) А затем вышли свойства ХАГАТ-НЕХИ в ЗА, называемые Адар, и вышли свойства ХАГАТ де-НЕХИ в Нукве, называемые Меэйтавэль, его жена. И они вышли в строении Адама, как упоминается в «Идра [Раба]», лист 135б; и пойми это очень глубоко.</w:t>
      </w:r>
    </w:p>
    <w:p>
      <w:pPr>
        <w:spacing w:before="40" w:after="120"/>
        <w:jc w:val="both"/>
      </w:pPr>
      <w:r>
        <w:rPr>
          <w:rFonts w:ascii="Georgia" w:hAnsi="Georgia"/>
          <w:b w:val="0"/>
          <w:i w:val="0"/>
          <w:color w:val="000000"/>
          <w:sz w:val="24"/>
        </w:rPr>
        <w:t>5) И оба этих свойства находятся в ешер посредством линий, и потому [это строение] называется Адам, как известно. И оба они называются общим именем МА, но тем не менее разделяются на два, так как и в имени МА есть свойство БОН, как известно: МА — это ВАК де-ЗА, а БОН — это ВАК де-Нуква. Однако семь Малхут в ЗОН, являющиеся семью первыми мелахим, представляют собой МА и БОН общего БОН, поскольку и в имени БОН есть МА; и оба этих свойства называются БОН, и из них образовались игулим.</w:t>
      </w:r>
    </w:p>
    <w:p>
      <w:pPr>
        <w:spacing w:before="40" w:after="120"/>
        <w:jc w:val="both"/>
      </w:pPr>
      <w:r>
        <w:rPr>
          <w:rFonts w:ascii="Georgia" w:hAnsi="Georgia"/>
          <w:b w:val="0"/>
          <w:i w:val="0"/>
          <w:color w:val="000000"/>
          <w:sz w:val="24"/>
        </w:rPr>
        <w:t>6) Общий вывод таков: общее имя БОН — это уровень нефеш, и оно представляет собой семь Малхут, имеющихся в ЗОН. Они вышли в свойстве игулим и являются свойствами МА и БОН в общем имени БОН. А затем вышли Адар и Меэйтавэль — свойства МА и БОН в общем имени МА, и это ВАК де-ЗОН. Из них сформировался парцуф Адам в ешер, и благодаря им устояли также игулим, так как они — свойство руах, поддерживающее нефеш.</w:t>
      </w:r>
    </w:p>
    <w:p>
      <w:pPr>
        <w:spacing w:before="40" w:after="120"/>
        <w:jc w:val="both"/>
      </w:pPr>
      <w:r>
        <w:rPr>
          <w:rFonts w:ascii="Georgia" w:hAnsi="Georgia"/>
          <w:b w:val="0"/>
          <w:i w:val="0"/>
          <w:color w:val="000000"/>
          <w:sz w:val="24"/>
        </w:rPr>
        <w:t>7) Во время зачатия (ибур), являющегося исправлением, те мелахим прошли выяснение и исправились по принципу ибура внутри игулим де-Аба ве-Има, — и пойми это. А затем они также стали игулим и не разбились во второй раз. Также и свойства Адар и Меэйтавэль были свойствами ВАК; они вошли в ибур внутрь Аба ве-Има в их свойство ешер и вышли как ЗОН де-ешер только на уровне ВАК, что представляет собой лишь аспект руах, поддерживающий нефеш (которая есть игулим). А затем, при взрослении (гадлуте) ЗА, развились также ГАР де-ЗА и ГАР де-Нуква, являющиеся свойствами ехида, хая, нешама; и тогда они обрели совершенство во всех частностях. И благодаря этому ты поймешь, почему в ЗА есть только девять сфирот: ведь Малхут в нем относится к игулим, а в ешер есть лишь девять сфирот; и то же самое относится к Нукве.</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2) </w:t>
      </w:r>
      <w:r>
        <w:rPr>
          <w:rFonts w:ascii="Georgia" w:hAnsi="Georgia"/>
          <w:b/>
          <w:i w:val="0"/>
          <w:color w:val="000000"/>
          <w:sz w:val="24"/>
        </w:rPr>
        <w:t>«И знай, что мелахим изначально вышли только в свойстве своих кругов…»</w:t>
      </w:r>
      <w:r>
        <w:rPr>
          <w:rFonts w:ascii="Georgia" w:hAnsi="Georgia"/>
          <w:b w:val="0"/>
          <w:i w:val="0"/>
          <w:color w:val="000000"/>
          <w:sz w:val="24"/>
        </w:rPr>
        <w:t xml:space="preserve"> — То есть об этом говорит Учитель выше, в ветви 18: келим мира Некудим предшествовали светам, поскольку келим вышли из света ИШСУТ через глаза (эйнаим) и созерцание (истаклют) глаз на АХАП, как подробно описано там. Однако света распространились затем от света Есод де-АК к высшим Аба ве-Има, как сказано там. И известно, что свет мужского начала и зивуга называется ешер и светом лика, как писал Учитель выше, в ветви 13. А келим во времена мира Некудим называются игулим из-за отсутствия исправления линиями, то есть связи между десятью сфирот; и семь келим вышли в свойстве игулим одно под другим, и даже в ГАР исправление линиями было лишь отчасти, как сказано там. И об этом говорит [Учитель]: «что мелахим изначально вышли только в свойстве кругов, являющемся свойством семи Малхут в них». То есть соответствующее левой линии, как сказано в предыдущей ветви: ведь вся левая линия десяти сфирот происходит от свойства Малхут, которая включается в каждую сфиру из десяти сфирот. И об этом говорит [Учитель]: «ведь шесть Малхут находятся в ЗА». То есть речь идет о свойстве включения Малхут в левую сторону шести сфирот ХАГАТ-НЕХИ де-ЗА. А седьмая — это Малхут в Малхут, то есть свойство левой стороны в самой Малхут: ведь в ней также есть включение второй стадии (бхина бэт) в силу спуска ИШСУТ во внутренние НЕХИ де-АК. И это — правая сторона в Малхут, тогда как четвертая стадия (бхина далет), являющаяся ее собственной сутью, называется левой стороной в Малхут или Малхут в Малхут, — и пойми [это]. И тебе следует помнить здесь: всё то, что притянулось к десяти сфирот мира Некудим от света десяти сфирот де-ешер и [уровня] руах, то есть от Есод де-АК, — всё это вновь аннулировалось даже в ГАР из-за отсутствия исправления линиями в ЗАТ, и от мира Некудим не осталось ничего, кроме уровня игулим и нефеш.</w:t>
      </w:r>
    </w:p>
    <w:p>
      <w:pPr>
        <w:spacing w:before="40" w:after="120"/>
        <w:jc w:val="both"/>
      </w:pPr>
      <w:r>
        <w:rPr>
          <w:rFonts w:ascii="Georgia" w:hAnsi="Georgia"/>
          <w:b w:val="0"/>
          <w:i w:val="0"/>
          <w:color w:val="000000"/>
          <w:sz w:val="24"/>
        </w:rPr>
        <w:t xml:space="preserve">3) </w:t>
      </w:r>
      <w:r>
        <w:rPr>
          <w:rFonts w:ascii="Georgia" w:hAnsi="Georgia"/>
          <w:b/>
          <w:i w:val="0"/>
          <w:color w:val="000000"/>
          <w:sz w:val="24"/>
        </w:rPr>
        <w:t>«А затем, во время исправления, вышел восьмой мелех — Адар, и это Есод…»</w:t>
      </w:r>
      <w:r>
        <w:rPr>
          <w:rFonts w:ascii="Georgia" w:hAnsi="Georgia"/>
          <w:b w:val="0"/>
          <w:i w:val="0"/>
          <w:color w:val="000000"/>
          <w:sz w:val="24"/>
        </w:rPr>
        <w:t xml:space="preserve"> — Это уже было разъяснено в предыдущих ветвях, в ветви 9 и ветви 15: до того как свойство милосердия соединилось с судом, масах, на котором совершается ударное соединение (зивуг де-акаа) с прямым светом Бесконечного (Эйн Соф), благословен Он, находился непосредственно в кли Малхут, как подробно объяснено в словах Учителя выше, в ветви 4 (обратись туда). Однако в силу спуска ИШСУТ во внутренние НЕХИ де-АК, где находится четвертая стадия (бхина далет), благодаря чему вторая стадия (бхина бэт), являющаяся тайной Бины и свойства милосердия, соединилась с четвертой стадией, являющейся тайной Малхут и свойства суда, — поэтому с тех пор масах закрепился в атерет Есод. Ведь точка сокращения поднялась снизу, от самой четвертой стадии, и ее место установилось выше нее — в атерет Есод де-АК. И благодаря этому ты поймешь слова Учителя в ветви 17 о том, что Аба берет точку Есод де-АК, а Има берет вав (</w:t>
      </w:r>
      <w:r>
        <w:rPr>
          <w:rFonts w:ascii="Georgia" w:hAnsi="Georgia" w:cs="Times New Roman"/>
          <w:b/>
          <w:i w:val="0"/>
          <w:color w:val="000000"/>
          <w:sz w:val="24"/>
          <w:rtl/>
          <w:szCs w:val="32"/>
        </w:rPr>
        <w:t>ו</w:t>
      </w:r>
      <w:r>
        <w:rPr>
          <w:rFonts w:ascii="Georgia" w:hAnsi="Georgia"/>
          <w:b w:val="0"/>
          <w:i w:val="0"/>
          <w:color w:val="000000"/>
          <w:sz w:val="24"/>
        </w:rPr>
        <w:t>), — обратись туда. И было разъяснено, что это объединение свойства милосердия с судом, представляющее собой упомянутое исправление атерет Есод, хотя и началось в мире Некудим, все же там не устояло, поскольку это исправление произошло лишь в Аба ве-Има и в ГАР де-Некудим, но не в ЗАТ, — и потому келим разбились и упали в миры БЕА, как сказано выше.</w:t>
      </w:r>
    </w:p>
    <w:p>
      <w:pPr>
        <w:spacing w:before="40" w:after="120"/>
        <w:jc w:val="both"/>
      </w:pPr>
      <w:r>
        <w:rPr>
          <w:rFonts w:ascii="Georgia" w:hAnsi="Georgia"/>
          <w:b w:val="0"/>
          <w:i w:val="0"/>
          <w:color w:val="000000"/>
          <w:sz w:val="24"/>
        </w:rPr>
        <w:t>И поэтому подлинное объединение свойства милосердия с судом и исправление Есод начинаются с нового МА. И об этом говорит [Учитель]: «А затем, во время исправления, вышел восьмой мелех — Адар, и это Есод, как известно из «Идра Раба»; и он выше семи мелахим, каждый из которых — свойство Малхут», — до сих пор его слова. И смысл здесь таков, как сказано выше: в ЗАТ еще не было исправления точки сокращения в атерет Есод, но [они оставались] как в первом корне до подъема МАН — то есть в самой центральной точке, являющейся буквальным [прообразом] нашего мира. Однако когда Источник выделил из Себя мелеха Адара, то есть нового МА, сокращение поднялось выше самой четвертой стадии и пришло в атерет Есод; и на этом расстоянии между атерет Есод де-АК и Малхут образовалось место для миров БЕА. И об этом сказано: «и он выше семи мелахим», — пойми [это]. И об этом он говорит: «А затем вышел Адар, являющийся свойством Есод в каждой из ЗАТ, и он включал в себя все ВАК, то есть их ХАГАТ-НЕХИ», — до сих пор его слова. Пояснение: суть исправления этого мелеха, называемого Адар, заключается прежде всего в свойстве Есод каждой из ЗАТ — то есть, как сказано, точка поднялась с места Малхут и закрепилась в атерет Есод.</w:t>
      </w:r>
    </w:p>
    <w:p>
      <w:pPr>
        <w:spacing w:before="40" w:after="120"/>
        <w:jc w:val="both"/>
      </w:pPr>
      <w:r>
        <w:rPr>
          <w:rFonts w:ascii="Georgia" w:hAnsi="Georgia"/>
          <w:b w:val="0"/>
          <w:i w:val="0"/>
          <w:color w:val="000000"/>
          <w:sz w:val="24"/>
        </w:rPr>
        <w:t>Но именно это послужило благой причиной выхода всех ВАК каждого из [свойств] ХАГАТ-НЕХИ связанными друг с другом и в трех линиях: правой, левой и средней; благодаря чему устояли также игулим и больше не разбивались. И из этого ты поймешь, что здесь нет противоречия сказанному ниже, будто Адар — это свойства ХАГАТ-НЕХИ шести концов (ВАК); ведь то, что здесь говорится, будто он — лишь свойство Есод шести концов, сказано лишь для указания на тайну исправления в нем, благодаря которому в нем возник свет ешер и свет мужского начала; и потому он назван Хадар (</w:t>
      </w:r>
      <w:r>
        <w:rPr>
          <w:rFonts w:ascii="Georgia" w:hAnsi="Georgia" w:cs="Times New Roman"/>
          <w:b/>
          <w:i w:val="0"/>
          <w:color w:val="000000"/>
          <w:sz w:val="24"/>
          <w:rtl/>
          <w:szCs w:val="32"/>
        </w:rPr>
        <w:t>הָדָר</w:t>
      </w:r>
      <w:r>
        <w:rPr>
          <w:rFonts w:ascii="Georgia" w:hAnsi="Georgia"/>
          <w:b w:val="0"/>
          <w:i w:val="0"/>
          <w:color w:val="000000"/>
          <w:sz w:val="24"/>
        </w:rPr>
        <w:t>) от слова «великолепие» (</w:t>
      </w:r>
      <w:r>
        <w:rPr>
          <w:rFonts w:ascii="Georgia" w:hAnsi="Georgia"/>
          <w:b w:val="0"/>
          <w:i/>
          <w:color w:val="000000"/>
          <w:sz w:val="24"/>
        </w:rPr>
        <w:t>идур</w:t>
      </w:r>
      <w:r>
        <w:rPr>
          <w:rFonts w:ascii="Georgia" w:hAnsi="Georgia"/>
          <w:b w:val="0"/>
          <w:i w:val="0"/>
          <w:color w:val="000000"/>
          <w:sz w:val="24"/>
        </w:rPr>
        <w:t xml:space="preserve">, </w:t>
      </w:r>
      <w:r>
        <w:rPr>
          <w:rFonts w:ascii="Georgia" w:hAnsi="Georgia" w:cs="Times New Roman"/>
          <w:b/>
          <w:i w:val="0"/>
          <w:color w:val="000000"/>
          <w:sz w:val="24"/>
          <w:rtl/>
          <w:szCs w:val="32"/>
        </w:rPr>
        <w:t>הִידּוּר</w:t>
      </w:r>
      <w:r>
        <w:rPr>
          <w:rFonts w:ascii="Georgia" w:hAnsi="Georgia"/>
          <w:b w:val="0"/>
          <w:i w:val="0"/>
          <w:color w:val="000000"/>
          <w:sz w:val="24"/>
        </w:rPr>
        <w:t>). И он дает нам понять, что всё это исправление относится в точности лишь к свойству Есод, которого недоставало семи мелахим в мире Некудим, а здесь оно исправилось. А света приходят сами собой. И об этом слова [Учителя]: «и он включал в себя все ВАК». И это согласуется со сказанным Учителем выше: высший свет не перестает светить ни на миг и нуждается лишь в исправленных келим; следовательно, главное — точно определить характер исправления, обновившегося здесь, — и пойми [это]. И благодаря этому ты поймешь, почему в ЗА есть только девять сфирот, а Малхут в нем относится к игулим.</w:t>
      </w:r>
    </w:p>
    <w:p>
      <w:pPr>
        <w:spacing w:before="40" w:after="120"/>
        <w:jc w:val="both"/>
      </w:pPr>
      <w:r>
        <w:rPr>
          <w:rFonts w:ascii="Georgia" w:hAnsi="Georgia"/>
          <w:b w:val="0"/>
          <w:i w:val="0"/>
          <w:color w:val="000000"/>
          <w:sz w:val="24"/>
        </w:rPr>
        <w:t xml:space="preserve">Смысл здесь в том, как сказано выше: масах, установленный в Малхут де-АК, поднялся оттуда в атерет Есод де-АК, в чем и состоит всё величие мелеха Адара, включающего весь Ацилут, называемый ЗА де-АК, как упоминалось выше в словах Учителя. И если так, то в этом ЗА отсутствует прежняя сфира Малхут. И об этом слова [Учителя]: «ведь Малхут в нем относится к кругам (игулим)», — то есть к кругам мира Некудим. И потому ЗА мира Ацилут также лишен Малхут, поскольку он оформлен в исправлении Есод. По этой же причине и сама Нуква де-ЗА тоже лишена этой Малхут де-игулим де-АК; в этом тайна сказанного в «Идра [Раба]» о Нукве де-ЗА: </w:t>
      </w:r>
      <w:r>
        <w:rPr>
          <w:rFonts w:ascii="Georgia" w:hAnsi="Georgia"/>
          <w:b w:val="0"/>
          <w:i/>
          <w:color w:val="000000"/>
          <w:sz w:val="24"/>
        </w:rPr>
        <w:t>«в табуре берет начало и в табуре завершается»</w:t>
      </w:r>
      <w:r>
        <w:rPr>
          <w:rFonts w:ascii="Georgia" w:hAnsi="Georgia"/>
          <w:b w:val="0"/>
          <w:i w:val="0"/>
          <w:color w:val="000000"/>
          <w:sz w:val="24"/>
        </w:rPr>
        <w:t>. Ведь она также строится из свойства атерет Есод в ЗА, которая была местом табура мира Некудим, как сказано в ветвях 15 и 16. И ты уже знаешь, что эта Малхут охватывает все это расстояние, так как точка под Есод де-АК находится выше самой центральной точки; и на этом месте вышли три мира БЕА, как подробно объяснено в предыдущих ветвях.</w:t>
      </w:r>
    </w:p>
    <w:p>
      <w:r>
        <w:br w:type="page"/>
      </w:r>
    </w:p>
    <w:p>
      <w:pPr>
        <w:keepNext/>
        <w:spacing w:before="360" w:after="160"/>
        <w:jc w:val="center"/>
      </w:pPr>
      <w:r>
        <w:rPr>
          <w:rFonts w:ascii="Georgia" w:hAnsi="Georgia"/>
          <w:b w:val="0"/>
          <w:i w:val="0"/>
          <w:color w:val="000000"/>
          <w:sz w:val="40"/>
        </w:rPr>
        <w:t>Ветвь 29</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Теперь объясним, в чем заключалась смерть мелахим. В пятой главе уже было объяснено, что первые три точки (некудот), представляющие собой ступени АА и Аба ве-Има, отличаются [от остальных]: все они вышли так, что каждая содержала в себе десять [сфирот], и каждая вышла связанной со всеми десятью, пребывающими в них, и они были включены друг в друга посредством линий, в отличие от ЗОН, как это подробно описано. Поэтому ущерб и разбиение коснулись их неодинаково. Различие состоит в том, что благодаря большей исправленности точек Аба ве-Има и тому, что каждая из них включала в себя десять [сфирот], в них проявились два отличия: первое заключается в том, что опустившиеся келим Аба ве-Има упали не со всего их уровня келим, а лишь со стороны ахораим де-Аба ве-Има, тогда как келим уровня паним не разбились — в отличие от ЗОН, у которых все виды келим, как паним, так и ахораим, упали и разбились.</w:t>
      </w:r>
    </w:p>
    <w:p>
      <w:pPr>
        <w:spacing w:before="40" w:after="120"/>
        <w:jc w:val="both"/>
      </w:pPr>
      <w:r>
        <w:rPr>
          <w:rFonts w:ascii="Georgia" w:hAnsi="Georgia"/>
          <w:b w:val="0"/>
          <w:i w:val="0"/>
          <w:color w:val="000000"/>
          <w:sz w:val="24"/>
        </w:rPr>
        <w:t xml:space="preserve">2) Было и второе отличие: келим де-Аба ве-Има не разбились полным разбиением, называемым смертью, а лишь опустились ниже своего места, оставшись в самом мире Ацилут — там, где в будущем предстояло находиться Нукве де-ЗА. Поэтому в отношении них не упоминается смерть, а говорится о ней лишь применительно к семи нижним мелахим, о которых сказано: </w:t>
      </w:r>
      <w:r>
        <w:rPr>
          <w:rFonts w:ascii="Georgia" w:hAnsi="Georgia"/>
          <w:b w:val="0"/>
          <w:i/>
          <w:color w:val="000000"/>
          <w:sz w:val="24"/>
        </w:rPr>
        <w:t>«и умер»</w:t>
      </w:r>
      <w:r>
        <w:rPr>
          <w:rFonts w:ascii="Georgia" w:hAnsi="Georgia"/>
          <w:b w:val="0"/>
          <w:i w:val="0"/>
          <w:color w:val="000000"/>
          <w:sz w:val="24"/>
        </w:rPr>
        <w:t xml:space="preserve"> (Берешит 36:33), поскольку они опустились за пределы своего мира и упали в мир Брия, как подробно разбиралось выше, упав прямо внутрь клипот и полностью аннулировавшись среди них. Далее мы еще подробно объясним различие в самих ГАР, поскольку и между ними тоже была разница (см. там). Здесь же мы разъясним происходящее от Аба ве-Има и ниже.</w:t>
      </w:r>
    </w:p>
    <w:p>
      <w:pPr>
        <w:spacing w:before="40" w:after="120"/>
        <w:jc w:val="both"/>
      </w:pPr>
      <w:r>
        <w:rPr>
          <w:rFonts w:ascii="Georgia" w:hAnsi="Georgia"/>
          <w:b w:val="0"/>
          <w:i w:val="0"/>
          <w:color w:val="000000"/>
          <w:sz w:val="24"/>
        </w:rPr>
        <w:t>3) Прежде всего разберем следующее предварительное положение: во всяком проявлении мужского и женского [начал] есть четыре состояния. Вот их порядок снизу вверх, строго по их достоинству: первое — ступень ахор бе-ахор (спиной к спине), то есть когда ЗОН прилеплены друг к другу спинами и обращены спина к спине [см. 1].</w:t>
      </w:r>
    </w:p>
    <w:p>
      <w:pPr>
        <w:spacing w:before="40" w:after="120"/>
        <w:jc w:val="both"/>
      </w:pPr>
      <w:r>
        <w:rPr>
          <w:rFonts w:ascii="Georgia" w:hAnsi="Georgia"/>
          <w:b w:val="0"/>
          <w:i w:val="0"/>
          <w:color w:val="000000"/>
          <w:sz w:val="24"/>
        </w:rPr>
        <w:t>4) Выше этого — вторая ступень: состояние ахор бе-паним (спиной к лицу), когда мужское начало обращено спиной к лицу женского. В этом есть преимущество, поскольку Нуква получает от мужского начала через лицо, однако она все еще получает от него лишь свет ахораим и не способна воспринять свет его паним.</w:t>
      </w:r>
    </w:p>
    <w:p>
      <w:pPr>
        <w:spacing w:before="40" w:after="120"/>
        <w:jc w:val="both"/>
      </w:pPr>
      <w:r>
        <w:rPr>
          <w:rFonts w:ascii="Georgia" w:hAnsi="Georgia"/>
          <w:b w:val="0"/>
          <w:i w:val="0"/>
          <w:color w:val="000000"/>
          <w:sz w:val="24"/>
        </w:rPr>
        <w:t xml:space="preserve">5) Выше этого — третья ступень, более высокая: состояние паним бе-ахор (лицом к спине), когда лицо мужского начала обращено к спине женского. В этом есть особое преимущество, поскольку женское начало получает подлинный свет паним. Однако из-за величины этого света она принимает его только через свою спину: там этот свет уплотняется, а уплотнившись, может затем пройти через спину и достичь ее лица, и тогда она способна воспринять его. В этом смысл стиха: </w:t>
      </w:r>
      <w:r>
        <w:rPr>
          <w:rFonts w:ascii="Georgia" w:hAnsi="Georgia"/>
          <w:b w:val="0"/>
          <w:i/>
          <w:color w:val="000000"/>
          <w:sz w:val="24"/>
        </w:rPr>
        <w:t>«...а мудрый сдерживает ее»</w:t>
      </w:r>
      <w:r>
        <w:rPr>
          <w:rFonts w:ascii="Georgia" w:hAnsi="Georgia"/>
          <w:b w:val="0"/>
          <w:i w:val="0"/>
          <w:color w:val="000000"/>
          <w:sz w:val="24"/>
        </w:rPr>
        <w:t xml:space="preserve"> (Мишлей 29:11). Ведь когда Хохма — мужское начало — обращается лицом к спине Нуквы, то есть Бины, он возвышает ее (</w:t>
      </w:r>
      <w:r>
        <w:rPr>
          <w:rFonts w:ascii="Georgia" w:hAnsi="Georgia"/>
          <w:b w:val="0"/>
          <w:i/>
          <w:color w:val="000000"/>
          <w:sz w:val="24"/>
        </w:rPr>
        <w:t>йешабхена</w:t>
      </w:r>
      <w:r>
        <w:rPr>
          <w:rFonts w:ascii="Georgia" w:hAnsi="Georgia"/>
          <w:b w:val="0"/>
          <w:i w:val="0"/>
          <w:color w:val="000000"/>
          <w:sz w:val="24"/>
        </w:rPr>
        <w:t xml:space="preserve">, </w:t>
      </w:r>
      <w:r>
        <w:rPr>
          <w:rFonts w:ascii="Georgia" w:hAnsi="Georgia" w:cs="Times New Roman"/>
          <w:b/>
          <w:i w:val="0"/>
          <w:color w:val="000000"/>
          <w:sz w:val="24"/>
          <w:rtl/>
          <w:szCs w:val="32"/>
        </w:rPr>
        <w:t>יְשַׁבְּחֶנָּה</w:t>
      </w:r>
      <w:r>
        <w:rPr>
          <w:rFonts w:ascii="Georgia" w:hAnsi="Georgia"/>
          <w:b w:val="0"/>
          <w:i w:val="0"/>
          <w:color w:val="000000"/>
          <w:sz w:val="24"/>
        </w:rPr>
        <w:t>) в большей степени, нежели в том состоянии, когда, напротив, спина мужского [была обращена] к лицу женского.</w:t>
      </w:r>
    </w:p>
    <w:p>
      <w:pPr>
        <w:spacing w:before="40" w:after="120"/>
        <w:jc w:val="both"/>
      </w:pPr>
      <w:r>
        <w:rPr>
          <w:rFonts w:ascii="Georgia" w:hAnsi="Georgia"/>
          <w:b w:val="0"/>
          <w:i w:val="0"/>
          <w:color w:val="000000"/>
          <w:sz w:val="24"/>
        </w:rPr>
        <w:t>6) Четвертая ступень, наивысшая из всех — это паним бе-паним (лицом к лицу). То есть оба они, мужское и женское [начала], обращены лицами друг к другу, и эта ступень — предел совершенства.</w:t>
      </w:r>
    </w:p>
    <w:p>
      <w:pPr>
        <w:spacing w:before="40" w:after="120"/>
        <w:jc w:val="both"/>
      </w:pPr>
      <w:r>
        <w:rPr>
          <w:rFonts w:ascii="Georgia" w:hAnsi="Georgia"/>
          <w:b w:val="0"/>
          <w:i w:val="0"/>
          <w:color w:val="000000"/>
          <w:sz w:val="24"/>
        </w:rPr>
        <w:t>7) И знай, что в Аба ве-Има присутствовали три из упомянутых ступеней: ахор бе-ахор, паним бе-ахор и паним бе-паним, и недоставало им второй ступени — ахор бе-паним. В ЗОН же были представлены все четыре.</w:t>
      </w:r>
    </w:p>
    <w:p>
      <w:pPr>
        <w:spacing w:before="40" w:after="120"/>
        <w:jc w:val="both"/>
      </w:pPr>
      <w:r>
        <w:rPr>
          <w:rFonts w:ascii="Georgia" w:hAnsi="Georgia"/>
          <w:b w:val="0"/>
          <w:i w:val="0"/>
          <w:color w:val="000000"/>
          <w:sz w:val="24"/>
        </w:rPr>
        <w:t>8) И прежде чем разъяснить эти подразделения, вкратце объясним, в чем суть исправления. Уже было сказано, что разбиение произошло лишь в келим, которые не смогли принять свой свет. Выходит, что когда наступило исправление, оно касалось главным образом келим; в самих же светах и их сущности вследствие состояний зачатия (ибур) и вскармливания (йеника) ничего нового не возникло, за исключением одного: вначале, когда келим были малыми точками без структуры парцуфа, света не проявляли своих частей в действии и не могли явить свое действие и силу, будучи заключены в малую точку; после же того как келим исправились в виде законченного парцуфа, тогда и света смогли проявить свое действие и силу и вывести их наружу. Ведь малая точка приобрела форму головы, уха, рта и тому подобного, и тогда они смогли проявить свое действие вовне.</w:t>
      </w:r>
    </w:p>
    <w:p>
      <w:pPr>
        <w:spacing w:before="40" w:after="120"/>
        <w:jc w:val="both"/>
      </w:pPr>
      <w:r>
        <w:rPr>
          <w:rFonts w:ascii="Georgia" w:hAnsi="Georgia"/>
          <w:b w:val="0"/>
          <w:i w:val="0"/>
          <w:color w:val="000000"/>
          <w:sz w:val="24"/>
        </w:rPr>
        <w:t>9) В самих же келим прибавилось то, что из них образовался настоящий парцуф. Дело в том, что сначала из первой точки сформировались Атик и АА, как сказано выше. Затем из второй и третьей [точек] образовались два парцуфа Аба ве-Има: света этих двух точек поднялись и облачили ХАГАТ де-АА, как известно, поскольку там их место. И благодаря этому покрытию и облачению у них образовались келим и цельный парцуф — вместе с их собственными прежними келим, разбившимися вначале, святость из которых была теперь отсеяна, и они поднялись и стали парцуфами Аба ве-Има.</w:t>
      </w:r>
    </w:p>
    <w:p>
      <w:pPr>
        <w:spacing w:before="40" w:after="120"/>
        <w:jc w:val="both"/>
      </w:pPr>
      <w:r>
        <w:rPr>
          <w:rFonts w:ascii="Georgia" w:hAnsi="Georgia"/>
          <w:b w:val="0"/>
          <w:i w:val="0"/>
          <w:color w:val="000000"/>
          <w:sz w:val="24"/>
        </w:rPr>
        <w:t>10) А затем, благодаря первому ибуру ЗА во чреве его матери, когда он находился на НЕХИ де-АА, как сказано выше (ведь три включились в три), цель заключалась в том, чтобы облачить эти ВАК де-ЗА, бывшие светами без келим, поскольку келим опустились в мир Брия, как говорилось выше. И тогда там образовались для них келим в виде цельного парцуфа, а затем и их прежние келим, которые опустились и умерли, тоже поднялись и соединились с другими их новыми келим, и из всего этого вместе образовался один цельный парцуф для ЗА; то же самое подобным образом произошло и с Нуквой.</w:t>
      </w:r>
    </w:p>
    <w:p>
      <w:pPr>
        <w:spacing w:before="40" w:after="120"/>
        <w:jc w:val="both"/>
      </w:pPr>
      <w:r>
        <w:rPr>
          <w:rFonts w:ascii="Georgia" w:hAnsi="Georgia"/>
          <w:b w:val="0"/>
          <w:i w:val="0"/>
          <w:color w:val="000000"/>
          <w:sz w:val="24"/>
        </w:rPr>
        <w:t>11) Однако различие между ними состоит в том, что мы объяснили выше: Аба ве-Има и АА исправились одновременно; ЗА же вначале вышел лишь шестью частями точек, составляющими его ВАК. Поэтому эти шесть [частей] исправляются сначала в течение девяти месяцев ибура и в период йеники, а затем к нему приходят как добавление те три первые части, представляющие собой его мохин (свет разума), которые не вышли вначале. И поскольку вначале у него недоставало трех [частей] разом, то и теперь все три приходят к нему вместе во втором ибуре. Пойми же как следует суть ибура, йеники и мохин де-ЗА, о которых мы упоминаем повсюду, и обрати на это внимание.</w:t>
      </w:r>
    </w:p>
    <w:p>
      <w:pPr>
        <w:spacing w:before="40" w:after="120"/>
        <w:jc w:val="both"/>
      </w:pPr>
      <w:r>
        <w:rPr>
          <w:rFonts w:ascii="Georgia" w:hAnsi="Georgia"/>
          <w:b w:val="0"/>
          <w:i w:val="0"/>
          <w:color w:val="000000"/>
          <w:sz w:val="24"/>
        </w:rPr>
        <w:t>12) Так же обстоит дело и с Нуквой де-ЗА: поскольку все девять ее нижних частей изначально не вышли в качестве корня и основы, во время исправления все они приходят к ней вместе, лишь как добавление, в одно мгновение. И у нее нет тех стадий, которые есть у ЗА — ибура, йеники и второго ибура, — поскольку всё приходит разом.</w:t>
      </w:r>
    </w:p>
    <w:p>
      <w:pPr>
        <w:spacing w:before="40" w:after="120"/>
        <w:jc w:val="both"/>
      </w:pPr>
      <w:r>
        <w:rPr>
          <w:rFonts w:ascii="Georgia" w:hAnsi="Georgia"/>
          <w:b w:val="0"/>
          <w:i w:val="0"/>
          <w:color w:val="000000"/>
          <w:sz w:val="24"/>
        </w:rPr>
        <w:t>13) После того как ЗА исправился, он называется ршут а-яхид (частное владение). Ведь причина и смысл ибура ЗА заключались в следующем: поскольку вначале шесть его частей были отделены друг от друга по принципу ршут а-рабим (общественного владения), как сказано выше, он вошел в состоянии ибура внутрь Имы, чтобы собрать эти разделенные части во чреве Бины. И тогда, благодаря тому что они соединились вместе, а также по той причине, что к ним теперь добавился свет Имы, — в силу этих двух причин они объединяются и связываются воедино. И тогда в этом первом ибуре шесть частей соединились вместе по линиям, как известно: Хесед включился в Нецах, Гвура — в Ход, а Тиферет — в Есод; и это еще не называется состоянием «три включились в три», о котором говорилось выше.</w:t>
      </w:r>
    </w:p>
    <w:p>
      <w:pPr>
        <w:spacing w:before="40" w:after="120"/>
        <w:jc w:val="both"/>
      </w:pPr>
      <w:r>
        <w:rPr>
          <w:rFonts w:ascii="Georgia" w:hAnsi="Georgia"/>
          <w:b w:val="0"/>
          <w:i w:val="0"/>
          <w:color w:val="000000"/>
          <w:sz w:val="24"/>
        </w:rPr>
        <w:t>14) И так продолжается, пока не пройдут три дня закрепления (йемей клита), а затем все они соединяются воедино еще более совершенным соединением: каждая их часть включает в себя все ЗАТ, как объяснено у нас относительно тфилин, содержащих 21 упоминание Святого Имени. Ведь находясь там в первом ибуре, они пребывали в виде «три включились в три», и различимы были только эти три, но каждая из них включала все семь — итого 21, поскольку седьмая — это точка Малхут. И тогда ЗА пребывает в виде буквы вав (</w:t>
      </w:r>
      <w:r>
        <w:rPr>
          <w:rFonts w:ascii="Georgia" w:hAnsi="Georgia" w:cs="Times New Roman"/>
          <w:b/>
          <w:i w:val="0"/>
          <w:color w:val="000000"/>
          <w:sz w:val="24"/>
          <w:rtl/>
          <w:szCs w:val="32"/>
        </w:rPr>
        <w:t>ו</w:t>
      </w:r>
      <w:r>
        <w:rPr>
          <w:rFonts w:ascii="Georgia" w:hAnsi="Georgia"/>
          <w:b w:val="0"/>
          <w:i w:val="0"/>
          <w:color w:val="000000"/>
          <w:sz w:val="24"/>
        </w:rPr>
        <w:t>) внутри первой буквы хэй (</w:t>
      </w:r>
      <w:r>
        <w:rPr>
          <w:rFonts w:ascii="Georgia" w:hAnsi="Georgia" w:cs="Times New Roman"/>
          <w:b/>
          <w:i w:val="0"/>
          <w:color w:val="000000"/>
          <w:sz w:val="24"/>
          <w:rtl/>
          <w:szCs w:val="32"/>
        </w:rPr>
        <w:t>ה</w:t>
      </w:r>
      <w:r>
        <w:rPr>
          <w:rFonts w:ascii="Georgia" w:hAnsi="Georgia"/>
          <w:b w:val="0"/>
          <w:i w:val="0"/>
          <w:color w:val="000000"/>
          <w:sz w:val="24"/>
        </w:rPr>
        <w:t>), которая есть Има, и они — ВАК. Точка же Малхут находилась в завершении буквы вав (</w:t>
      </w:r>
      <w:r>
        <w:rPr>
          <w:rFonts w:ascii="Georgia" w:hAnsi="Georgia" w:cs="Times New Roman"/>
          <w:b/>
          <w:i w:val="0"/>
          <w:color w:val="000000"/>
          <w:sz w:val="24"/>
          <w:rtl/>
          <w:szCs w:val="32"/>
        </w:rPr>
        <w:t>ו</w:t>
      </w:r>
      <w:r>
        <w:rPr>
          <w:rFonts w:ascii="Georgia" w:hAnsi="Georgia"/>
          <w:b w:val="0"/>
          <w:i w:val="0"/>
          <w:color w:val="000000"/>
          <w:sz w:val="24"/>
        </w:rPr>
        <w:t>), по смыслу сказанного: «выставил шаг наружу» (</w:t>
      </w:r>
      <w:r>
        <w:rPr>
          <w:rFonts w:ascii="Georgia" w:hAnsi="Georgia"/>
          <w:b w:val="0"/>
          <w:i/>
          <w:color w:val="000000"/>
          <w:sz w:val="24"/>
        </w:rPr>
        <w:t>ошит песиа ле-вар</w:t>
      </w:r>
      <w:r>
        <w:rPr>
          <w:rFonts w:ascii="Georgia" w:hAnsi="Georgia"/>
          <w:b w:val="0"/>
          <w:i w:val="0"/>
          <w:color w:val="000000"/>
          <w:sz w:val="24"/>
        </w:rPr>
        <w:t xml:space="preserve">), как упоминается в недельном разделе Балак (лист 203) на стих: </w:t>
      </w:r>
      <w:r>
        <w:rPr>
          <w:rFonts w:ascii="Georgia" w:hAnsi="Georgia"/>
          <w:b w:val="0"/>
          <w:i/>
          <w:color w:val="000000"/>
          <w:sz w:val="24"/>
        </w:rPr>
        <w:t>«...вижу его, но не близко...»</w:t>
      </w:r>
      <w:r>
        <w:rPr>
          <w:rFonts w:ascii="Georgia" w:hAnsi="Georgia"/>
          <w:b w:val="0"/>
          <w:i w:val="0"/>
          <w:color w:val="000000"/>
          <w:sz w:val="24"/>
        </w:rPr>
        <w:t xml:space="preserve"> (Бемидбар 24:17), согласно нашему разъяснению. И тогда он становится ршут а-яхид, ведь все они стали единым целым и обрели полное единство.</w:t>
      </w:r>
    </w:p>
    <w:p>
      <w:pPr>
        <w:spacing w:before="40" w:after="120"/>
        <w:jc w:val="both"/>
      </w:pPr>
      <w:r>
        <w:rPr>
          <w:rFonts w:ascii="Georgia" w:hAnsi="Georgia"/>
          <w:b w:val="0"/>
          <w:i w:val="0"/>
          <w:color w:val="000000"/>
          <w:sz w:val="24"/>
        </w:rPr>
        <w:t>15) И в этом смысл сказанного в «Тиккуней Зоар» (лист 166): «Высота ршут а-яхид — десять, что суть буквы йод, хэй, вав, хэй (</w:t>
      </w:r>
      <w:r>
        <w:rPr>
          <w:rFonts w:ascii="Georgia" w:hAnsi="Georgia" w:cs="Times New Roman"/>
          <w:b/>
          <w:i w:val="0"/>
          <w:color w:val="000000"/>
          <w:sz w:val="24"/>
          <w:rtl/>
          <w:szCs w:val="32"/>
        </w:rPr>
        <w:t>יו״ד ה״א וא״ו ה״א</w:t>
      </w:r>
      <w:r>
        <w:rPr>
          <w:rFonts w:ascii="Georgia" w:hAnsi="Georgia"/>
          <w:b w:val="0"/>
          <w:i w:val="0"/>
          <w:color w:val="000000"/>
          <w:sz w:val="24"/>
        </w:rPr>
        <w:t>); а ширина его — четыре, [что суть четыре буквы имени] АВАЯ (</w:t>
      </w:r>
      <w:r>
        <w:rPr>
          <w:rFonts w:ascii="Georgia" w:hAnsi="Georgia" w:cs="Times New Roman"/>
          <w:b/>
          <w:i w:val="0"/>
          <w:color w:val="000000"/>
          <w:sz w:val="24"/>
          <w:rtl/>
          <w:szCs w:val="32"/>
        </w:rPr>
        <w:t>יהוה</w:t>
      </w:r>
      <w:r>
        <w:rPr>
          <w:rFonts w:ascii="Georgia" w:hAnsi="Georgia"/>
          <w:b w:val="0"/>
          <w:i w:val="0"/>
          <w:color w:val="000000"/>
          <w:sz w:val="24"/>
        </w:rPr>
        <w:t>)». Иными словами, как известно, имя АВАЯ уровня МА с наполнением через букву алеф относится к ЗА, шесть мелахим которого соединились вместе, исправились и связались, и из них образовалось это имя АВАЯ с наполнением через алеф, связанное буква с буквой воедино, в одном единственном и уникальном Имени, и оно называется ршут а-яхид.</w:t>
      </w:r>
    </w:p>
    <w:p>
      <w:pPr>
        <w:spacing w:before="40" w:after="120"/>
        <w:jc w:val="both"/>
      </w:pPr>
      <w:r>
        <w:rPr>
          <w:rFonts w:ascii="Georgia" w:hAnsi="Georgia"/>
          <w:b w:val="0"/>
          <w:i w:val="0"/>
          <w:color w:val="000000"/>
          <w:sz w:val="24"/>
        </w:rPr>
        <w:t xml:space="preserve">16) И знай: хотя мы и говорим, что эти семь мелахим де-ЗОН исправились, тем не менее их выяснение неизбежно не завершилось окончательным очищением, и некоторая часть их искр святости осталась внутри клипот, называемых их шлаками. И они именуются ршут а-рабим, по смыслу стиха: </w:t>
      </w:r>
      <w:r>
        <w:rPr>
          <w:rFonts w:ascii="Georgia" w:hAnsi="Georgia"/>
          <w:b w:val="0"/>
          <w:i/>
          <w:color w:val="000000"/>
          <w:sz w:val="24"/>
        </w:rPr>
        <w:t>«...ведь многочислен теперь народ страны...»</w:t>
      </w:r>
      <w:r>
        <w:rPr>
          <w:rFonts w:ascii="Georgia" w:hAnsi="Georgia"/>
          <w:b w:val="0"/>
          <w:i w:val="0"/>
          <w:color w:val="000000"/>
          <w:sz w:val="24"/>
        </w:rPr>
        <w:t xml:space="preserve"> (Шмот 5:5), что указывает на клипот, поскольку они не исправились и остались разделенными во множественности.</w:t>
      </w:r>
    </w:p>
    <w:p>
      <w:pPr>
        <w:spacing w:before="40" w:after="120"/>
        <w:jc w:val="both"/>
      </w:pPr>
      <w:r>
        <w:rPr>
          <w:rFonts w:ascii="Georgia" w:hAnsi="Georgia"/>
          <w:b w:val="0"/>
          <w:i w:val="0"/>
          <w:color w:val="000000"/>
          <w:sz w:val="24"/>
        </w:rPr>
        <w:t>17) В будние дни Шхина, представляющая собой Нукву де-ЗА, находится в изгнании среди клипот — и пойми хорошенько суть пребывания Шхины в изгнании. Она называется именем БОН, то есть именем АВАЯ с наполнением через буквы хэй, поскольку, как известно, она отбирает крупицы выяснения из шлаков и поднимает их наверх в качестве МАН, и там они исправляются. Пойми же это чрезвычайно хорошо — каково значение МАН.</w:t>
      </w:r>
    </w:p>
    <w:p>
      <w:pPr>
        <w:spacing w:before="40" w:after="120"/>
        <w:jc w:val="both"/>
      </w:pPr>
      <w:r>
        <w:rPr>
          <w:rFonts w:ascii="Georgia" w:hAnsi="Georgia"/>
          <w:b w:val="0"/>
          <w:i w:val="0"/>
          <w:color w:val="000000"/>
          <w:sz w:val="24"/>
        </w:rPr>
        <w:t>18) Однако в Шаббат она поднимается из клипот наверх и больше не находится в изгнании. А зивуг, который происходит у нее в Шаббат с ЗА (это новые души), порождает новое, а не происходит из этих выяснений. И в этом заключается смысл субботнего запрета переносить [предмет] из одного владения в другое: ведь тот, кто выносит из ршут а-яхид в ршут а-рабим, приводит к притягиванию святых крупиц, которые уже были выяснены и вошли в ршут а-яхид, и выносит их в ршут а-рабим, то есть к шлакам и клипот, смешивая святое с будничным. Тот же, кто заносит из ршут а-рабим в ршут а-яхид, вынуждает Шхину спускаться в Шаббат к месту шлаков и отбирать из них крупицы выяснения, чтобы поднять их оттуда — из ршут а-рабим — наверх в ршут а-яхид, а это тоже чрезвычайно тяжелый ущерб. Таким образом, запрет заносить из ршут а-рабим в ршут а-яхид связан с другой работой — с отбором (борер) из числа 39 работ Шаббата. Ведь и тот, кто сам совершает отбор, вызывает упомянутое следствие: чтобы Шхина отправилась в изгнание среди клипот и отбирала крупицы выяснения из клипот и шлаков.</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i w:val="0"/>
          <w:color w:val="000000"/>
          <w:sz w:val="24"/>
        </w:rPr>
        <w:t>«3–6) В каждом свойстве, где есть мужское и женское [начала], есть четыре состояния и т.д.: ахор бе-ахор, ахор бе-паним, паним бе-ахор, паним бе-паним и т.д.»</w:t>
      </w:r>
      <w:r>
        <w:rPr>
          <w:rFonts w:ascii="Georgia" w:hAnsi="Georgia"/>
          <w:b w:val="0"/>
          <w:i w:val="0"/>
          <w:color w:val="000000"/>
          <w:sz w:val="24"/>
        </w:rPr>
        <w:t xml:space="preserve"> —</w:t>
      </w:r>
    </w:p>
    <w:p>
      <w:pPr>
        <w:spacing w:before="40" w:after="120"/>
        <w:jc w:val="both"/>
      </w:pPr>
      <w:r>
        <w:rPr>
          <w:rFonts w:ascii="Georgia" w:hAnsi="Georgia"/>
          <w:b w:val="0"/>
          <w:i w:val="0"/>
          <w:color w:val="000000"/>
          <w:sz w:val="24"/>
        </w:rPr>
        <w:t xml:space="preserve">Ведь в состоянии катнут (малого состояния) мужское и женское [начала] определяются как соединенные в одной стене: их обратные стороны, называемые стеной, прилеплены друг к другу. И ты уже знаешь, что духовное разделение — это изменение формы. Когда мы различаем в чем-либо два свойства, несхожих между собой, мы говорим, что оно разделилось на две половины, отделившиеся друг от друга, поскольку у каждой половины есть свое свойство, не похожее на свойство второй. Если же затем это различие формы у одной из них исчезает, и они снова обретают одинаковую форму без всякого различия между собой, мы говорим, что они вновь соединились друг с другом, то есть объединились в единой форме. И это уже объяснялось в предыдущей ветви. Однако нужно помнить, что нельзя следовать за буквальным смыслом слов, не дай Б-г, ведь тогда тотчас возникнет смятение ума, и невежество встанет на место мудрости. И потому нужно повсюду остерегаться: снимать кажущуюся материальную форму с буквального смысла сказанного и облачать понятия в их духовную форму — вне пространства и вне времени. Я уже немало потрудился, чтобы облегчить вдумчивому читателю эту задачу, однако делал это в общих разделах, исходя из которых читатель сможет своим разумом понять все частные детали, вытекающие из этого общего правила, и представить их в их духовном свойстве, ведь не следует затягивать речь без необходимости. И вдумчивый читатель пусть поймет и уразумеет, что это вопрос жизни и смерти — не оступиться, упаси Б-г, сотворив </w:t>
      </w:r>
      <w:r>
        <w:rPr>
          <w:rFonts w:ascii="Georgia" w:hAnsi="Georgia"/>
          <w:b w:val="0"/>
          <w:i/>
          <w:color w:val="000000"/>
          <w:sz w:val="24"/>
        </w:rPr>
        <w:t>«изваяние или литого кумира»</w:t>
      </w:r>
      <w:r>
        <w:rPr>
          <w:rFonts w:ascii="Georgia" w:hAnsi="Georgia"/>
          <w:b w:val="0"/>
          <w:i w:val="0"/>
          <w:color w:val="000000"/>
          <w:sz w:val="24"/>
        </w:rPr>
        <w:t xml:space="preserve"> (Дварим 27:15). Ведь ясно и известно, что наверху, упаси Б-г, нет ни затылка, ни лица, ни передней стороны, ни задней, нет ни изменений во времени, ни различий в пространстве, как подробно разъяснил Учитель... ...во многих местах. И именно поэтому я подробно остановился на этом в «Паним Масбирот», в ветви 1, поскольку там заложена основа науки [каббала]. А далее я давал пояснения только к общим вопросам, добавляя разъяснения лишь к той части, которая недостаточно раскрыта в ветви 1 и в предыдущей ветви. Разумеющие же поймут, что необходимо помнить и собирать воедино все объяснения по ходу изучения, сообразно потребности каждого места.</w:t>
      </w:r>
    </w:p>
    <w:p>
      <w:pPr>
        <w:spacing w:before="40" w:after="120"/>
        <w:jc w:val="both"/>
      </w:pPr>
      <w:r>
        <w:rPr>
          <w:rFonts w:ascii="Georgia" w:hAnsi="Georgia"/>
          <w:b w:val="0"/>
          <w:i w:val="0"/>
          <w:color w:val="000000"/>
          <w:sz w:val="24"/>
        </w:rPr>
        <w:t>Что касается мужского и женского [начал], мы уже достаточно подробно разобрали это в предыдущей ветви, как и вопрос состояния ахор бе-ахор, о чем сказано в «Паним Масбирот», в ветви 24 (см. там подробно). Там объяснялось различие между ахор мужского [начала] и ахор женского: в ахор мужского есть решимо недостатка ГАР, то есть света хохма и света сущности, так как его корень — из свойства келим де-ХАГАТ, а в келим де-ХАГАТ сторона ахор находится со стороны ХАБАД, как сказано там и в «Паним Масбирот» на с. 429, со слов «И поэтому...», а также в «Паним Меирот» на с. 245, со слов... ...«И это...» (см. там подробно). И поскольку у мужского [начала] есть келим де-ахораим (сосуды обратной стороны) от ГАР, оно способно достичь ГАР. Однако парцуф Нуквы, чей корень — лишь в свойстве келим де-НЕХИ, в которых находятся лишь ахораим де-ХАГАТ, то есть свет хасадим, а не [свет] сущности, сама по себе не способна обрести мохин де-ГАР. [Это возможно] лишь благодаря тому, что мужское [начало] сначала светит в нее светом своих келим де-ахораим. И после того как она получает этот свет, представляющий собой решимо недостатка ГАР, она также становится способна [получить] мохин де-ГАР.</w:t>
      </w:r>
    </w:p>
    <w:p>
      <w:pPr>
        <w:spacing w:before="40" w:after="120"/>
        <w:jc w:val="both"/>
      </w:pPr>
      <w:r>
        <w:rPr>
          <w:rFonts w:ascii="Georgia" w:hAnsi="Georgia"/>
          <w:b w:val="0"/>
          <w:i w:val="0"/>
          <w:color w:val="000000"/>
          <w:sz w:val="24"/>
        </w:rPr>
        <w:t>А свойство ахор женского [начала] — это экран (масах), на котором происходит ударное соединение (зивуг), и в этом есть четыре стадии очищения экрана (издохехут) (см. там подробно).</w:t>
      </w:r>
    </w:p>
    <w:p>
      <w:pPr>
        <w:spacing w:before="40" w:after="120"/>
        <w:jc w:val="both"/>
      </w:pPr>
      <w:r>
        <w:rPr>
          <w:rFonts w:ascii="Georgia" w:hAnsi="Georgia"/>
          <w:b w:val="0"/>
          <w:i w:val="0"/>
          <w:color w:val="000000"/>
          <w:sz w:val="24"/>
        </w:rPr>
        <w:t>И потому со времени малого состояния (катнут) мужского и женского [начал] и до завершения их уровня, то есть пока уровень обоих не станет равным в ГАР, они должны пройти те четыре ступени, которые перечисляет здесь Учитель. Ведь вначале они находятся ахор бе-ахор, что указывает на то, что их обратные стороны соединены друг с другом... ...то есть без какого-либо различия между свойством ахор мужского [начала] и ахор женского. Причина этого в том, что ахор женского относится к экрану первой стадии (бхина алеф), который поднимает лишь свет хасадим. И оказывается, что ахор мужского вовсе не действует, и это называется состоянием «три внутри трех», то есть его ХАГАТ, где расположен ахор де-ХАБАД, включены в его НЕХИ, и ахор мужского скрыты там, в его НЕХИ, так что он оказывается равным по уровню Нукве; и пойми [это].</w:t>
      </w:r>
    </w:p>
    <w:p>
      <w:pPr>
        <w:spacing w:before="40" w:after="120"/>
        <w:jc w:val="both"/>
      </w:pPr>
      <w:r>
        <w:rPr>
          <w:rFonts w:ascii="Georgia" w:hAnsi="Georgia"/>
          <w:b w:val="0"/>
          <w:i w:val="0"/>
          <w:color w:val="000000"/>
          <w:sz w:val="24"/>
        </w:rPr>
        <w:t>И считается, что ни у одного из них нет целой стены, что означало бы способность удерживать света ГАР, называемые головой, и удерживать света хасадим и гвурот, называемые телом. Но у каждого из них есть лишь половина стены — а именно нижняя половина для света хасадим, тогда как верхней половины стены, удерживающей свет ГАР и [свет] сущности, недостает обоим: как мужскому [началу], так и Нукве, как было сказано. И это — первая ступень. Вторая ступень — ахор бе-паним: это означает, что мужское [начало] обращает свою обратную сторону к лицу женского, то есть мужское [начало] светит в нее светом своей обратной стороны — от свойства ахор мужского, являющегося ахор де-ХАБАД. Благодаря этому Нуква становится подготовленной и способной принять затем мохин де-ГАР.</w:t>
      </w:r>
    </w:p>
    <w:p>
      <w:pPr>
        <w:spacing w:before="40" w:after="120"/>
        <w:jc w:val="both"/>
      </w:pPr>
      <w:r>
        <w:rPr>
          <w:rFonts w:ascii="Georgia" w:hAnsi="Georgia"/>
          <w:b w:val="0"/>
          <w:i w:val="0"/>
          <w:color w:val="000000"/>
          <w:sz w:val="24"/>
        </w:rPr>
        <w:t>И считается, что этот свет обратной стороны становится в Нукве свойством ее лица — то есть свойством головы, где пребывает свет лица. Однако это еще не само лицо, что означало бы постижение мохин, но лишь обретение келим де-паним. Иными словами, благодаря этому она становится подготовленной к тому, чтобы принять впоследствии истинный свет лица от лица ЗА, как будет сказано с Б-жьей помощью.</w:t>
      </w:r>
    </w:p>
    <w:p>
      <w:pPr>
        <w:spacing w:before="40" w:after="120"/>
        <w:jc w:val="both"/>
      </w:pPr>
      <w:r>
        <w:rPr>
          <w:rFonts w:ascii="Georgia" w:hAnsi="Georgia"/>
          <w:b w:val="0"/>
          <w:i w:val="0"/>
          <w:color w:val="000000"/>
          <w:sz w:val="24"/>
        </w:rPr>
        <w:t>Это называется также выходом ХАГАТ из его НЕХИ, ведь до этого, когда они находились ахор бе-ахор, это называлось свойством «три внутри трех», то есть ХАГАТ были включены в его НЕХИ, как сказано выше... ...см. там. Из-за этого в нем неразличимы келим де-ахораим мужского [начала], чье место — в его ХАГАТ, и потому у него есть лишь половина стены — то есть подобно свойству Нуквы, уровень которой — НЕХИ, где от ахораим де-ХАБАД нет ничего. И это определяется тем, что ХАГАТ включены в НЕХИ без различия, и точно так же обратные стороны мужского и Нуквы соединены без какого-либо разделения и отличия, как сказано выше (см. там).</w:t>
      </w:r>
    </w:p>
    <w:p>
      <w:pPr>
        <w:spacing w:before="40" w:after="120"/>
        <w:jc w:val="both"/>
      </w:pPr>
      <w:r>
        <w:rPr>
          <w:rFonts w:ascii="Georgia" w:hAnsi="Georgia"/>
          <w:b w:val="0"/>
          <w:i w:val="0"/>
          <w:color w:val="000000"/>
          <w:sz w:val="24"/>
        </w:rPr>
        <w:t xml:space="preserve">Однако на второй ступени, ахор бе-паним, под действием высшего света происходит это обновление: ХАГАТ выходят из его НЕХИ, и тем самым в этих ХАГАТ становятся различимы ахораим де-ХАБАД, чье место именно там. А после того как ахораим мужского выделились, мужское [начало] обращает эту свою обратную сторону к лицу женского, то есть передает от этого открывшегося в нем света обратной стороны также и к лицу женского, чтобы и она стала способна к постижению мохин де-паним и ГАР. Третья ступень — паним бе-ахор: указывает на то, что лицо мужского [начала] обращено — то есть светит — к обратной стороне женского, по тайне стиха: </w:t>
      </w:r>
      <w:r>
        <w:rPr>
          <w:rFonts w:ascii="Georgia" w:hAnsi="Georgia"/>
          <w:b w:val="0"/>
          <w:i/>
          <w:color w:val="000000"/>
          <w:sz w:val="24"/>
        </w:rPr>
        <w:t>«...а мудрый сзади успокаивает ее»</w:t>
      </w:r>
      <w:r>
        <w:rPr>
          <w:rFonts w:ascii="Georgia" w:hAnsi="Georgia"/>
          <w:b w:val="0"/>
          <w:i w:val="0"/>
          <w:color w:val="000000"/>
          <w:sz w:val="24"/>
        </w:rPr>
        <w:t xml:space="preserve"> (Мишлей 29:11). И поскольку Нуква все еще не способна принять свет лица Хохмы в свои чистые келим, исправление этой ступени состоит в том, чтобы она смогла во всяком случае принять свет хохма в свои грубые келим.</w:t>
      </w:r>
    </w:p>
    <w:p>
      <w:pPr>
        <w:spacing w:before="40" w:after="120"/>
        <w:jc w:val="both"/>
      </w:pPr>
      <w:r>
        <w:rPr>
          <w:rFonts w:ascii="Georgia" w:hAnsi="Georgia"/>
          <w:b w:val="0"/>
          <w:i w:val="0"/>
          <w:color w:val="000000"/>
          <w:sz w:val="24"/>
        </w:rPr>
        <w:t>И вот корень исправления этой ступени берет начало от третьей головы мира Некудим, называемой ИШСУТ, или распространением линий КАХАБ на место Даат и ХАГАТ до хазе, о чем подробно говорилось в «Паним Меирот», в ветви 24, пункт 16, по принципу «все, что меньше трех ладоней (тфахим), считается сомкнутым (</w:t>
      </w:r>
      <w:r>
        <w:rPr>
          <w:rFonts w:ascii="Georgia" w:hAnsi="Georgia"/>
          <w:b w:val="0"/>
          <w:i/>
          <w:color w:val="000000"/>
          <w:sz w:val="24"/>
        </w:rPr>
        <w:t>лавуд</w:t>
      </w:r>
      <w:r>
        <w:rPr>
          <w:rFonts w:ascii="Georgia" w:hAnsi="Georgia"/>
          <w:b w:val="0"/>
          <w:i w:val="0"/>
          <w:color w:val="000000"/>
          <w:sz w:val="24"/>
        </w:rPr>
        <w:t>)» (см. там подробно). Где Бина, являющаяся женским началом по отношению к Хохме, чей уровень был равен уровню Хохмы в голове мира Некудим в тайне Аба ве-Има илаин, — так что свет головы Хохмы она получала в свою голову, а свет ЗОН Хохмы получала в свои ЗОН, — эта самая Бина вышла наружу из головы мира Некудим, то есть [опустилась] ниже пэ де-рош де-Аба ве-Има илаин на место мелахим — Даат и ХАГАТ. И тем не менее она считается свойством головы в силу своего экрана второй стадии (бхина бэт), по ее корню в четырех стадиях прямого света, где Бина происходит от сущности Хохмы, хотя и получает только свет хасадим от Кетера, в чем и заключается тайна того, что КАХАБ считаются единым целым, как написано там. И поэтому, хотя она и вышла наружу из головы, в ней все еще сохраняется статус ГАР и сущности от Хохмы.</w:t>
      </w:r>
    </w:p>
    <w:p>
      <w:pPr>
        <w:spacing w:before="40" w:after="120"/>
        <w:jc w:val="both"/>
      </w:pPr>
      <w:r>
        <w:rPr>
          <w:rFonts w:ascii="Georgia" w:hAnsi="Georgia"/>
          <w:b w:val="0"/>
          <w:i w:val="0"/>
          <w:color w:val="000000"/>
          <w:sz w:val="24"/>
        </w:rPr>
        <w:t>Однако считается, что она не получает от свойства Хохма в свои келим де-ГАР, поскольку уже вышла за пределы ГАР мира Некудим. И кроме того, ведь она получает лишь свет хасадим и гвурот, являющийся свойством ЗАТ, которые называются ее грубыми келим.</w:t>
      </w:r>
    </w:p>
    <w:p>
      <w:pPr>
        <w:spacing w:before="40" w:after="120"/>
        <w:jc w:val="both"/>
      </w:pPr>
      <w:r>
        <w:rPr>
          <w:rFonts w:ascii="Georgia" w:hAnsi="Georgia"/>
          <w:b w:val="0"/>
          <w:i w:val="0"/>
          <w:color w:val="000000"/>
          <w:sz w:val="24"/>
        </w:rPr>
        <w:t xml:space="preserve">И в этом тайна сказанного в Писании: </w:t>
      </w:r>
      <w:r>
        <w:rPr>
          <w:rFonts w:ascii="Georgia" w:hAnsi="Georgia"/>
          <w:b w:val="0"/>
          <w:i/>
          <w:color w:val="000000"/>
          <w:sz w:val="24"/>
        </w:rPr>
        <w:t>«...а мудрый сзади успокаивает ее»</w:t>
      </w:r>
      <w:r>
        <w:rPr>
          <w:rFonts w:ascii="Georgia" w:hAnsi="Georgia"/>
          <w:b w:val="0"/>
          <w:i w:val="0"/>
          <w:color w:val="000000"/>
          <w:sz w:val="24"/>
        </w:rPr>
        <w:t xml:space="preserve"> (Мишлей 29:11), ведь Хохма светит ей своим светом лишь в ее ахор, то есть в грубые келим — в ее ЗАТ, поскольку она не способна получать в свои чистые келим, то есть в свои келим де-ГАР, как сказано. И об этом сказано (в пункте 5): </w:t>
      </w:r>
      <w:r>
        <w:rPr>
          <w:rFonts w:ascii="Georgia" w:hAnsi="Georgia"/>
          <w:b/>
          <w:i w:val="0"/>
          <w:color w:val="000000"/>
          <w:sz w:val="24"/>
        </w:rPr>
        <w:t>«И в этом есть особое преимущество — что женское [начало] получает истинный свет лица; но поскольку это великий свет, она получает его лишь через свой ахор, и тогда там этот свет огрубляется, а когда свет огрубится, он сможет пройти через ахор и достичь ее лица, и тогда она сможет принять его и т.д.»</w:t>
      </w:r>
      <w:r>
        <w:rPr>
          <w:rFonts w:ascii="Georgia" w:hAnsi="Georgia"/>
          <w:b w:val="0"/>
          <w:i w:val="0"/>
          <w:color w:val="000000"/>
          <w:sz w:val="24"/>
        </w:rPr>
        <w:t>, — до сих пор его слова.</w:t>
      </w:r>
    </w:p>
    <w:p>
      <w:pPr>
        <w:spacing w:before="40" w:after="120"/>
        <w:jc w:val="both"/>
      </w:pPr>
      <w:r>
        <w:rPr>
          <w:rFonts w:ascii="Georgia" w:hAnsi="Georgia"/>
          <w:b w:val="0"/>
          <w:i w:val="0"/>
          <w:color w:val="000000"/>
          <w:sz w:val="24"/>
        </w:rPr>
        <w:t>Смысл же в том, что это подобно любому соударению (зивугу) Хохмы и Бины (ХУБ), объясненному в предыдущей ветви, где ХУБ десяти сфирот прямого света пребывают ахор бе-ахор, по тайне букв йод (</w:t>
      </w:r>
      <w:r>
        <w:rPr>
          <w:rFonts w:ascii="Georgia" w:hAnsi="Georgia" w:cs="Times New Roman"/>
          <w:b/>
          <w:i w:val="0"/>
          <w:color w:val="000000"/>
          <w:sz w:val="24"/>
          <w:rtl/>
          <w:szCs w:val="32"/>
        </w:rPr>
        <w:t>י</w:t>
      </w:r>
      <w:r>
        <w:rPr>
          <w:rFonts w:ascii="Georgia" w:hAnsi="Georgia"/>
          <w:b w:val="0"/>
          <w:i w:val="0"/>
          <w:color w:val="000000"/>
          <w:sz w:val="24"/>
        </w:rPr>
        <w:t>) и нун (</w:t>
      </w:r>
      <w:r>
        <w:rPr>
          <w:rFonts w:ascii="Georgia" w:hAnsi="Georgia" w:cs="Times New Roman"/>
          <w:b/>
          <w:i w:val="0"/>
          <w:color w:val="000000"/>
          <w:sz w:val="24"/>
          <w:rtl/>
          <w:szCs w:val="32"/>
        </w:rPr>
        <w:t>נ</w:t>
      </w:r>
      <w:r>
        <w:rPr>
          <w:rFonts w:ascii="Georgia" w:hAnsi="Georgia"/>
          <w:b w:val="0"/>
          <w:i w:val="0"/>
          <w:color w:val="000000"/>
          <w:sz w:val="24"/>
        </w:rPr>
        <w:t>) в букве цади (</w:t>
      </w:r>
      <w:r>
        <w:rPr>
          <w:rFonts w:ascii="Georgia" w:hAnsi="Georgia" w:cs="Times New Roman"/>
          <w:b/>
          <w:i w:val="0"/>
          <w:color w:val="000000"/>
          <w:sz w:val="24"/>
          <w:rtl/>
          <w:szCs w:val="32"/>
        </w:rPr>
        <w:t>צ</w:t>
      </w:r>
      <w:r>
        <w:rPr>
          <w:rFonts w:ascii="Georgia" w:hAnsi="Georgia"/>
          <w:b w:val="0"/>
          <w:i w:val="0"/>
          <w:color w:val="000000"/>
          <w:sz w:val="24"/>
        </w:rPr>
        <w:t>), чье положение обращено спиной друг к другу. И объяснялось, что это тайна стремления Бины получать свет хасадим от Кетера, ведь Хохме ни в чем нет недостатка, поскольку она поистине представляет собой сущность Хохмы, как писал Учитель выше в ветви 4: свет хохма, именуемый там первой стадией (бхина алеф), распространился, и по мере своего распространения огрублялся (см. там в «Паним Меирот»). И суть этого огрубления — это стремление получать свет хасадим от Кетера. И потому та часть света хохма, которая пришла в этом распространении, определяется именем Бина, именуемая второй стадией (бхина бэт), и считается, что она огрубилась из-за этого, ведь свет хасадим несравненно ниже света хохма (см. там подробно).</w:t>
      </w:r>
    </w:p>
    <w:p>
      <w:pPr>
        <w:spacing w:before="40" w:after="120"/>
        <w:jc w:val="both"/>
      </w:pPr>
      <w:r>
        <w:rPr>
          <w:rFonts w:ascii="Georgia" w:hAnsi="Georgia"/>
          <w:b w:val="0"/>
          <w:i w:val="0"/>
          <w:color w:val="000000"/>
          <w:sz w:val="24"/>
        </w:rPr>
        <w:t>И там было объяснено, что на завершающем этапе распространения, когда произошел зивуг на экран и поднялся отраженный свет в великом изобилии (шефа), Бина перестает получать свет хасадим от Кетера, поскольку свет хасадим уже бьет ключом в парцуфе сам по себе снизу вверх в силу зивуга на экран. И поэтому она вновь обращает свое лицо к Хохме и соединяется с Хохмой паним бе-паним (см. там подробно).</w:t>
      </w:r>
    </w:p>
    <w:p>
      <w:pPr>
        <w:spacing w:before="40" w:after="120"/>
        <w:jc w:val="both"/>
      </w:pPr>
      <w:r>
        <w:rPr>
          <w:rFonts w:ascii="Georgia" w:hAnsi="Georgia"/>
          <w:b w:val="0"/>
          <w:i w:val="0"/>
          <w:color w:val="000000"/>
          <w:sz w:val="24"/>
        </w:rPr>
        <w:t>Подобным же образом и здесь, в упомянутых десяти сфирот ИШСУТ, где произошел зивуг на экран на уровне хазе де-Некудим и поднялся отраженный свет снизу вверх, Бина вновь обращает свое лицо к Хохме, соединяется с ней и получает от нее свет сущности... Однако она получает не в свои чистые келим, а в свои грубые келим, то есть в ЗАТ, поскольку считается находящейся вне головы по причине своего выхода из головы мира Некудим, как сказано выше. Но затем, когда свет хохма достигает ее в ЗАТ, он неизбежно насыщает и свойство головы в ней, поскольку свет хохма — это свет сущности, да и само ее свойство по первоначальному корню, предшествовавшему МАН, также является сущностью Хохмы.</w:t>
      </w:r>
    </w:p>
    <w:p>
      <w:pPr>
        <w:spacing w:before="40" w:after="120"/>
        <w:jc w:val="both"/>
      </w:pPr>
      <w:r>
        <w:rPr>
          <w:rFonts w:ascii="Georgia" w:hAnsi="Georgia"/>
          <w:b w:val="0"/>
          <w:i w:val="0"/>
          <w:color w:val="000000"/>
          <w:sz w:val="24"/>
        </w:rPr>
        <w:t xml:space="preserve">И об этом сказано: «что она получает через свой ахор, и тогда там этот свет огрубляется, а когда свет огрубится, он сможет пройти через ахор и достичь ее лица», по тайне стиха: </w:t>
      </w:r>
      <w:r>
        <w:rPr>
          <w:rFonts w:ascii="Georgia" w:hAnsi="Georgia"/>
          <w:b w:val="0"/>
          <w:i/>
          <w:color w:val="000000"/>
          <w:sz w:val="24"/>
        </w:rPr>
        <w:t>«...а мудрый сзади успокаивает ее»</w:t>
      </w:r>
      <w:r>
        <w:rPr>
          <w:rFonts w:ascii="Georgia" w:hAnsi="Georgia"/>
          <w:b w:val="0"/>
          <w:i w:val="0"/>
          <w:color w:val="000000"/>
          <w:sz w:val="24"/>
        </w:rPr>
        <w:t xml:space="preserve"> (Мишлей 29:11), — до сих пор его слова.</w:t>
      </w:r>
    </w:p>
    <w:p>
      <w:pPr>
        <w:spacing w:before="40" w:after="120"/>
        <w:jc w:val="both"/>
      </w:pPr>
      <w:r>
        <w:rPr>
          <w:rFonts w:ascii="Georgia" w:hAnsi="Georgia"/>
          <w:b w:val="0"/>
          <w:i w:val="0"/>
          <w:color w:val="000000"/>
          <w:sz w:val="24"/>
        </w:rPr>
        <w:t xml:space="preserve">То есть, как было сказано, хотя она и получает через ахор, то есть в свои ЗАТ, где свет хохма неизбежно огрубляется до уровня тела, тем не менее, поскольку вся ее основа происходит от сущности Хохмы, он говорит, что в итоге этот [свет] достигает ее лица, то есть отчасти свойства ГАР. И считается, что мудрый возвышает ее лицо через келим де-ахораим, по тайне стиха: </w:t>
      </w:r>
      <w:r>
        <w:rPr>
          <w:rFonts w:ascii="Georgia" w:hAnsi="Georgia"/>
          <w:b w:val="0"/>
          <w:i/>
          <w:color w:val="000000"/>
          <w:sz w:val="24"/>
        </w:rPr>
        <w:t>«...а мудрый сзади успокаивает ее»</w:t>
      </w:r>
      <w:r>
        <w:rPr>
          <w:rFonts w:ascii="Georgia" w:hAnsi="Georgia"/>
          <w:b w:val="0"/>
          <w:i w:val="0"/>
          <w:color w:val="000000"/>
          <w:sz w:val="24"/>
        </w:rPr>
        <w:t xml:space="preserve"> (Мишлей 29:11); и пойми [это] как следует.</w:t>
      </w:r>
    </w:p>
    <w:p>
      <w:pPr>
        <w:spacing w:before="40" w:after="120"/>
        <w:jc w:val="both"/>
      </w:pPr>
      <w:r>
        <w:rPr>
          <w:rFonts w:ascii="Georgia" w:hAnsi="Georgia"/>
          <w:b w:val="0"/>
          <w:i w:val="0"/>
          <w:color w:val="000000"/>
          <w:sz w:val="24"/>
        </w:rPr>
        <w:t>Четвертая ступень, наивысшая из всех, — паним бе-паним: когда мужское и женское [начала] обращают свои лица друг к другу, то есть женское получает свет ГАР от мужского в свои келим де-ГАР. Тогда их уровень считается равным, и эта ступень — предел совершенства.</w:t>
      </w:r>
    </w:p>
    <w:p>
      <w:pPr>
        <w:spacing w:before="40" w:after="120"/>
        <w:jc w:val="both"/>
      </w:pPr>
      <w:r>
        <w:rPr>
          <w:rFonts w:ascii="Georgia" w:hAnsi="Georgia"/>
          <w:b w:val="0"/>
          <w:i w:val="0"/>
          <w:color w:val="000000"/>
          <w:sz w:val="24"/>
        </w:rPr>
        <w:t xml:space="preserve">8) </w:t>
      </w:r>
      <w:r>
        <w:rPr>
          <w:rFonts w:ascii="Georgia" w:hAnsi="Georgia"/>
          <w:b/>
          <w:i w:val="0"/>
          <w:color w:val="000000"/>
          <w:sz w:val="24"/>
        </w:rPr>
        <w:t>«И прежде чем мы разъясним эти разделения, объясним вкратце суть исправления и т.д.»</w:t>
      </w:r>
      <w:r>
        <w:rPr>
          <w:rFonts w:ascii="Georgia" w:hAnsi="Georgia"/>
          <w:b w:val="0"/>
          <w:i w:val="0"/>
          <w:color w:val="000000"/>
          <w:sz w:val="24"/>
        </w:rPr>
        <w:t xml:space="preserve"> —</w:t>
      </w:r>
    </w:p>
    <w:p>
      <w:pPr>
        <w:spacing w:before="40" w:after="120"/>
        <w:jc w:val="both"/>
      </w:pPr>
      <w:r>
        <w:rPr>
          <w:rFonts w:ascii="Georgia" w:hAnsi="Georgia"/>
          <w:b w:val="0"/>
          <w:i w:val="0"/>
          <w:color w:val="000000"/>
          <w:sz w:val="24"/>
        </w:rPr>
        <w:t>Здесь тебе необходимо знать, что основное строение парцуфим четырех миров АБЕА происходит главным образом из десяти сфирот мира Некудим, называемых БОН или некудот, и в этом основа их строения. Однако они еще не пригодны для того, чтобы в них раскрылся высший свет, иначе как через соединение с новым МА, о чем говорилось выше в ветвях 27 и 28 (см. там).</w:t>
      </w:r>
    </w:p>
    <w:p>
      <w:pPr>
        <w:spacing w:before="40" w:after="120"/>
        <w:jc w:val="both"/>
      </w:pPr>
      <w:r>
        <w:rPr>
          <w:rFonts w:ascii="Georgia" w:hAnsi="Georgia"/>
          <w:b w:val="0"/>
          <w:i w:val="0"/>
          <w:color w:val="000000"/>
          <w:sz w:val="24"/>
        </w:rPr>
        <w:t>И вот в этой ветви Учитель говорит только о свойстве БОН пяти парцуфим мира Ацилут, поскольку он пришел научить нас корню четырех состояний: ахор бе-ахор, ахор бе-паним и т.д., чтобы мы хорошо поняли их из самого их корня. Поэтому он показывает нам, как строение парцуфим постепенно возрастает в порядке этих четырех состояний исключительно вследствие изменений в десяти сфирот БОН в них, поскольку они относятся к тайне некудот, как будет сказано далее. Однако раскрытие ступеней и их состояние гадлут, конечно же, совершенно невозможны до выхода нового МА и его соединения с ними. Но поскольку эти четыре ступени ни в малейшей степени не зависят от десяти сфирот МА, а зависят лишь от десяти сфирот БОН, Учитель здесь разъясняет развитие БОН само по себе; и пойми [это].</w:t>
      </w:r>
    </w:p>
    <w:p>
      <w:pPr>
        <w:spacing w:before="40" w:after="120"/>
        <w:jc w:val="both"/>
      </w:pPr>
      <w:r>
        <w:rPr>
          <w:rFonts w:ascii="Georgia" w:hAnsi="Georgia"/>
          <w:b w:val="0"/>
          <w:i w:val="0"/>
          <w:color w:val="000000"/>
          <w:sz w:val="24"/>
        </w:rPr>
        <w:t xml:space="preserve">И об этом сказано ниже, в ветви 30, в завершении исследования: </w:t>
      </w:r>
      <w:r>
        <w:rPr>
          <w:rFonts w:ascii="Georgia" w:hAnsi="Georgia"/>
          <w:b/>
          <w:i w:val="0"/>
          <w:color w:val="000000"/>
          <w:sz w:val="24"/>
        </w:rPr>
        <w:t>«И они все еще находятся в свойстве некудот совершенно без исправления»</w:t>
      </w:r>
      <w:r>
        <w:rPr>
          <w:rFonts w:ascii="Georgia" w:hAnsi="Georgia"/>
          <w:b w:val="0"/>
          <w:i w:val="0"/>
          <w:color w:val="000000"/>
          <w:sz w:val="24"/>
        </w:rPr>
        <w:t xml:space="preserve"> (см. там). То есть он дает нам понять, что здесь он вовсе не объясняет исправление, суть которого — соединение с десятью сфирот нового МА, которые непременно должны соединяться на каждой из этих четырех ступеней, так как без этого никакой свет не выходит в пяти парцуфим мира Ацилут. Но о них он в этом исследовании вовсе не говорит, а объяснит это на своем месте, в исследованиях о мире Исправления, с Б-жьей помощью. И помни это на протяжении этих двух ветвей — 29 и 30, как будет еще сказано об этом с Б-жьей помощью.</w:t>
      </w:r>
    </w:p>
    <w:p>
      <w:pPr>
        <w:spacing w:before="40" w:after="120"/>
        <w:jc w:val="both"/>
      </w:pPr>
      <w:r>
        <w:rPr>
          <w:rFonts w:ascii="Georgia" w:hAnsi="Georgia"/>
          <w:b w:val="0"/>
          <w:i w:val="0"/>
          <w:color w:val="000000"/>
          <w:sz w:val="24"/>
        </w:rPr>
        <w:t xml:space="preserve">9) </w:t>
      </w:r>
      <w:r>
        <w:rPr>
          <w:rFonts w:ascii="Georgia" w:hAnsi="Georgia"/>
          <w:b/>
          <w:i w:val="0"/>
          <w:color w:val="000000"/>
          <w:sz w:val="24"/>
        </w:rPr>
        <w:t>«И суть в том, что вначале из первой точки образовались Атик и АА и т.д., из второй и третьей образовались два парцуфа — Аба ве-Има и т.д.»</w:t>
      </w:r>
      <w:r>
        <w:rPr>
          <w:rFonts w:ascii="Georgia" w:hAnsi="Georgia"/>
          <w:b w:val="0"/>
          <w:i w:val="0"/>
          <w:color w:val="000000"/>
          <w:sz w:val="24"/>
        </w:rPr>
        <w:t xml:space="preserve"> —</w:t>
      </w:r>
    </w:p>
    <w:p>
      <w:pPr>
        <w:spacing w:before="40" w:after="120"/>
        <w:jc w:val="both"/>
      </w:pPr>
      <w:r>
        <w:rPr>
          <w:rFonts w:ascii="Georgia" w:hAnsi="Georgia"/>
          <w:b w:val="0"/>
          <w:i w:val="0"/>
          <w:color w:val="000000"/>
          <w:sz w:val="24"/>
        </w:rPr>
        <w:t>Мы находим здесь в словах Учителя большую перемену и спуск двух точек — Хохмы и Бины (ХУБ) мира Некудим. Ведь там ХУБ находились в голове мира Некудим, в ГАР, тогда как здесь, в мире Ацилут, они опустились на уровень тела — в ХАГАТ де-АА, ниже пэ де-рош. Более того: даже АА, происходящий от первой точки и Кетера мира Некудим, также опустился на уровень ХАГАТ, облачая ХАГАТ и тело Атика.</w:t>
      </w:r>
    </w:p>
    <w:p>
      <w:pPr>
        <w:spacing w:before="40" w:after="120"/>
        <w:jc w:val="both"/>
      </w:pPr>
      <w:r>
        <w:rPr>
          <w:rFonts w:ascii="Georgia" w:hAnsi="Georgia"/>
          <w:b w:val="0"/>
          <w:i w:val="0"/>
          <w:color w:val="000000"/>
          <w:sz w:val="24"/>
        </w:rPr>
        <w:t xml:space="preserve">Таким образом, все ГАР мира Некудим исправились в риша де-ла итъяда (непостижимой голове), являющейся головой Атика, а АА, бывший в мире Некудим единым свойством с Атиком, теперь опустился ниже пэ де-рош де-Атик на уровень его ХАГАТ-НЕХИ, являющихся телом. И нужно понять, что вызвало эти спуски АА и Аба ве-Има мира Ацилут. И вот в начале «Врат исправления» (Шаар а-Тиккун) Учитель говорит следующее: </w:t>
      </w:r>
      <w:r>
        <w:rPr>
          <w:rFonts w:ascii="Georgia" w:hAnsi="Georgia"/>
          <w:b/>
          <w:i w:val="0"/>
          <w:color w:val="000000"/>
          <w:sz w:val="24"/>
        </w:rPr>
        <w:t>«И вот теперь распространение КАХАБ вновь собралось наверх и вернулось к прежнему состоянию и т.д., и подняло с собой наверх семь нижних светов и т.д.»</w:t>
      </w:r>
      <w:r>
        <w:rPr>
          <w:rFonts w:ascii="Georgia" w:hAnsi="Georgia"/>
          <w:b w:val="0"/>
          <w:i w:val="0"/>
          <w:color w:val="000000"/>
          <w:sz w:val="24"/>
        </w:rPr>
        <w:t>, — до сих пор его слова.</w:t>
      </w:r>
    </w:p>
    <w:p>
      <w:pPr>
        <w:spacing w:before="40" w:after="120"/>
        <w:jc w:val="both"/>
      </w:pPr>
      <w:r>
        <w:rPr>
          <w:rFonts w:ascii="Georgia" w:hAnsi="Georgia"/>
          <w:b w:val="0"/>
          <w:i w:val="0"/>
          <w:color w:val="000000"/>
          <w:sz w:val="24"/>
        </w:rPr>
        <w:t>И говорит там, что подъем семи светов мира Некудим наверх — это подъем МАН (см. там, а также в главе 2 [«Шаар а-Тиккун»]), где он говорит, что подъем МАН происходил до внутренних АБ-САГ де-АК, являющихся Гальгальтой. Ведь место зивуга, которое прежде, как известно, находилось в никвей эйнаим, теперь поднялось в Гальгальту, представляющую собой лоб (мэцах), и свет этого зивуга вышел через мэцах, а не через никвей эйнаим, как прежде в мире Некудим (см. там подробно).</w:t>
      </w:r>
    </w:p>
    <w:p>
      <w:pPr>
        <w:spacing w:before="40" w:after="120"/>
        <w:jc w:val="both"/>
      </w:pPr>
      <w:r>
        <w:rPr>
          <w:rFonts w:ascii="Georgia" w:hAnsi="Georgia"/>
          <w:b w:val="0"/>
          <w:i w:val="0"/>
          <w:color w:val="000000"/>
          <w:sz w:val="24"/>
        </w:rPr>
        <w:t>И разумный поймет, что этот подъем МАН и этот зивуг в определенной степени подобны порядку сокращения и подъема МАН ради зивуга мира Некудим: ведь и там ИШСУТ сначала распространился и опустился во внутренние НЕХИ де-АК, а затем это распространение ИШСУТ собралось оттуда обратно и подняло вместе с собой также света НЕХИ де-АК в качестве МАН до никвей эйнаим, и свет для мира Некудим вышел через них, как известно из предыдущей ветви. Так же и здесь, для зивуга ради мира Исправления, ИШСУТ вновь распространился и опустился на место ХАГАТ мира Некудим, что названо в словах Учителя «распространением трех линий КАХАБ в ХАГАТ» (см. там). А затем это распространение ИШСУТ вновь собралось оттуда обратно и подняло вместе с собой также света ХАГАТ-НЕХИ мира Некудим в качестве МАН до внутренних АБ-САГ, что в мэцахе, и новый свет вышел через мэцах; и пойми это, и с Б-жьей помощью это будет разъяснено на своем месте.</w:t>
      </w:r>
    </w:p>
    <w:p>
      <w:pPr>
        <w:spacing w:before="40" w:after="120"/>
        <w:jc w:val="both"/>
      </w:pPr>
      <w:r>
        <w:rPr>
          <w:rFonts w:ascii="Georgia" w:hAnsi="Georgia"/>
          <w:b w:val="0"/>
          <w:i w:val="0"/>
          <w:color w:val="000000"/>
          <w:sz w:val="24"/>
        </w:rPr>
        <w:t>И часть этого вопроса уже объяснялась в «Паним Меирот», в ветвях 27 и 28: в силу этого второго подъема МАН Малхут включилась также и в сам Кетер (см. там). И вот благодаря этому образовались новые голова и ГАР в самой первой точке, называемой риша де-ла итъяда, и эта голова вобрала в себя буквально все прежние свойства ГАР мира Некудим. А чтобы понять это, тебе необходимо вспомнить сказанное в «Паним Масбирот», в ветви 12, пункт 2, при объяснении нового МА и общего БОН (см. там подробно). Соотношение которых между собой подобно отношению парцуфа Гальгальта де-АК к короткому парцуфу АБ де-АК, который начинает выходить из пэ де-рош де-Гальгальта и завершается над табур де-Гальгальта, как сказано в ветви 9. И здесь не место затягивать объяснения, и с Б-жьей помощью это разъяснится в «Шаар а-Тиккун».</w:t>
      </w:r>
    </w:p>
    <w:p>
      <w:pPr>
        <w:spacing w:before="40" w:after="120"/>
        <w:jc w:val="both"/>
      </w:pPr>
      <w:r>
        <w:rPr>
          <w:rFonts w:ascii="Georgia" w:hAnsi="Georgia"/>
          <w:b w:val="0"/>
          <w:i w:val="0"/>
          <w:color w:val="000000"/>
          <w:sz w:val="24"/>
        </w:rPr>
        <w:t>Однако знай, что по вышеупомянутым причинам Хохма также вышла наружу из Кетера, и поэтому мир Исправления называется миром Врудим — по той причине, что его уровень опустился ниже мира Некудим. Ведь там, в мире Некудим, Хохма находилась в голове вместе с Кетером, поскольку экран был установлен в никвей эйнаим, то есть в свойстве Хохма каждого парцуфа. Получается, что сама Хохма находилась выше экрана, на котором действует экран и поднимает отраженный свет снизу вверх, и потому в мире Некудим это полноценная голова — то есть вторая голова, называемая Аба ве-Има илаин, как известно: везде, где экран действует снизу вверх, это считается головой. Лишь Бина вышла там наружу из головы, оказавшись уже ниже экрана, находящегося в никвей эйнаим — то есть в Малхут де-Хохма, — и поскольку она получает свет сверху вниз через экран, она считается телом.</w:t>
      </w:r>
    </w:p>
    <w:p>
      <w:pPr>
        <w:spacing w:before="40" w:after="120"/>
        <w:jc w:val="both"/>
      </w:pPr>
      <w:r>
        <w:rPr>
          <w:rFonts w:ascii="Georgia" w:hAnsi="Georgia"/>
          <w:b w:val="0"/>
          <w:i w:val="0"/>
          <w:color w:val="000000"/>
          <w:sz w:val="24"/>
        </w:rPr>
        <w:t>Однако здесь, в мире Исправления, при соударении (зивуге) нового МА экран поднялся и включился в сам Кетер — то есть в Малхут де-Кетер. А значит, лишь один Кетер определяется как голова, в отличие от Хохмы, которая уже находится ниже экрана и получает свет сверху вниз, и потому Хохма также считается телом. И это, безусловно, спуск по сравнению с миром Некудим, где Хохма находилась в статусе головы, и потому мир Исправления назван миром Врудим.</w:t>
      </w:r>
    </w:p>
    <w:p>
      <w:pPr>
        <w:spacing w:before="40" w:after="120"/>
        <w:jc w:val="both"/>
      </w:pPr>
      <w:r>
        <w:rPr>
          <w:rFonts w:ascii="Georgia" w:hAnsi="Georgia"/>
          <w:b w:val="0"/>
          <w:i w:val="0"/>
          <w:color w:val="000000"/>
          <w:sz w:val="24"/>
        </w:rPr>
        <w:t>И исходя из этого ты поймешь, что все свойства ГАР, бывшие в мире Некудим, — а именно две тамошние головы: первая голова, называемая Кетером и первой точкой, и вторая голова, называемая Аба ве-Има илаин, или две точки — Хохма и Бина, как подробно описано в предыдущей ветви, где все эти три точки были полноценной головой, поскольку экран был установлен там под Хохмой, именуемой Аба ве-Има илаин, — все это вознеслось теперь в первую точку, то есть в один лишь Кетер. И вот объяснилось дополнительное обстоятельство зивуга ради мира Исправления: Хохма также вышла наружу из головы и опустилась ниже экрана на уровень тела, так что в первой голове не осталось ничего, кроме одного Кетера. И это произошло по причине подъема МАН в сам Кетер, вследствие чего Кетер один вобрал в себя свойство первого зивуга снизу вверх, называемого первой головой; и пойми [это] как следует.</w:t>
      </w:r>
    </w:p>
    <w:p>
      <w:pPr>
        <w:spacing w:before="40" w:after="120"/>
        <w:jc w:val="both"/>
      </w:pPr>
      <w:r>
        <w:rPr>
          <w:rFonts w:ascii="Georgia" w:hAnsi="Georgia"/>
          <w:b w:val="0"/>
          <w:i w:val="0"/>
          <w:color w:val="000000"/>
          <w:sz w:val="24"/>
        </w:rPr>
        <w:t>И благодаря этому ты поймешь то, что говорит Учитель в «Эц Хаим», во «Вратах Атика» (Шаар Атик): первая голова мира Исправления, называемая риша де-ла итъяда (непостижимая голова), взяла от свойства БОН, то есть от десяти сфирот мира Некудим, [буквы] хэй, гимель, далет, зайн (</w:t>
      </w:r>
      <w:r>
        <w:rPr>
          <w:rFonts w:ascii="Georgia" w:hAnsi="Georgia" w:cs="Times New Roman"/>
          <w:b/>
          <w:i w:val="0"/>
          <w:color w:val="000000"/>
          <w:sz w:val="24"/>
          <w:rtl/>
          <w:szCs w:val="32"/>
        </w:rPr>
        <w:t>הגד״ז</w:t>
      </w:r>
      <w:r>
        <w:rPr>
          <w:rFonts w:ascii="Georgia" w:hAnsi="Georgia"/>
          <w:b w:val="0"/>
          <w:i w:val="0"/>
          <w:color w:val="000000"/>
          <w:sz w:val="24"/>
        </w:rPr>
        <w:t>), что означает: пять первых [сфирот] первой точки, три первых второй точки, четыре первых третьей точки, семь кетеров ЗАТ, — до сих пор его слова (см. там).</w:t>
      </w:r>
    </w:p>
    <w:p>
      <w:pPr>
        <w:spacing w:before="40" w:after="120"/>
        <w:jc w:val="both"/>
      </w:pPr>
      <w:r>
        <w:rPr>
          <w:rFonts w:ascii="Georgia" w:hAnsi="Georgia"/>
          <w:b w:val="0"/>
          <w:i w:val="0"/>
          <w:color w:val="000000"/>
          <w:sz w:val="24"/>
        </w:rPr>
        <w:t>И ты поймешь это в свете объясненного выше: ведь все свойства первой головы мира Некудим, то есть три точки КАХАБ мира Некудим, вобрала теперь в себя одна лишь точка Кетера. Однако вторая и третья точки, бывшие там, в мире Некудим, опустились оттуда на уровень тела, то есть ниже пэ мира Некудим. И тем самым определяется, что свойство головы, бывшее у Хохмы во время ее нахождения в мире Некудим, — то есть вторая и третья точки, именуемые там Аба ве-Има илаин, — все это осталось и включилось здесь в риша де-ла итъяда, являющуюся одной лишь первой точкой.</w:t>
      </w:r>
    </w:p>
    <w:p>
      <w:pPr>
        <w:spacing w:before="40" w:after="120"/>
        <w:jc w:val="both"/>
      </w:pPr>
      <w:r>
        <w:rPr>
          <w:rFonts w:ascii="Georgia" w:hAnsi="Georgia"/>
          <w:b w:val="0"/>
          <w:i w:val="0"/>
          <w:color w:val="000000"/>
          <w:sz w:val="24"/>
        </w:rPr>
        <w:t>И об этом сказано, что риша де-ла итъяда взяла ГАР второй точки и [ГАР] третьей точки, то есть свойство их головы, называемое ГАР.</w:t>
      </w:r>
    </w:p>
    <w:p>
      <w:pPr>
        <w:spacing w:before="40" w:after="120"/>
        <w:jc w:val="both"/>
      </w:pPr>
      <w:r>
        <w:rPr>
          <w:rFonts w:ascii="Georgia" w:hAnsi="Georgia"/>
          <w:b w:val="0"/>
          <w:i w:val="0"/>
          <w:color w:val="000000"/>
          <w:sz w:val="24"/>
        </w:rPr>
        <w:t>А то, что о третьей точке сказано, будто она взяла от нее четыре первых, указывает на свойство ИШСУТ, которое и в мире Некудим также вышло наружу из головы. И потому третья точка определяется там в двух свойствах:</w:t>
      </w:r>
    </w:p>
    <w:p>
      <w:pPr>
        <w:spacing w:before="40" w:after="120"/>
        <w:jc w:val="both"/>
      </w:pPr>
      <w:r>
        <w:rPr>
          <w:rFonts w:ascii="Georgia" w:hAnsi="Georgia"/>
          <w:b w:val="0"/>
          <w:i w:val="0"/>
          <w:color w:val="000000"/>
          <w:sz w:val="24"/>
        </w:rPr>
        <w:t>первое свойство — когда она еще пребывает в качестве Има илаа паним бе-паним с Аба илаа; и от этой Има илаа [риша де-ла итъяда] взяла ее ГАР, как сказано выше. А второе свойство Има илаа — это после того, как она опустилась с уровня ГАР де-Аба на уровень ВАК де-Аба, когда она называется ИШСУТ; и [риша де-ла итъяда] взяла от них также свойство Кетера, то есть то включение, которое было у них в ГАР мира Некудим в свойстве пэ общей головы, откуда и вышли ИШСУТ, как известно: пэ высшего — это Кетер для нижнего.</w:t>
      </w:r>
    </w:p>
    <w:p>
      <w:pPr>
        <w:spacing w:before="40" w:after="120"/>
        <w:jc w:val="both"/>
      </w:pPr>
      <w:r>
        <w:rPr>
          <w:rFonts w:ascii="Georgia" w:hAnsi="Georgia"/>
          <w:b w:val="0"/>
          <w:i w:val="0"/>
          <w:color w:val="000000"/>
          <w:sz w:val="24"/>
        </w:rPr>
        <w:t>И потому здесь насчитывается четыре свойства от третьей точки: три свойства от Има илаа, которая вся находилась в свойстве ГАР мира Некудим, и одно свойство от ИШСУТ, чей корень находился лишь в одном только пэ мира Некудим, называемом их Кетером.</w:t>
      </w:r>
    </w:p>
    <w:p>
      <w:pPr>
        <w:spacing w:before="40" w:after="120"/>
        <w:jc w:val="both"/>
      </w:pPr>
      <w:r>
        <w:rPr>
          <w:rFonts w:ascii="Georgia" w:hAnsi="Georgia"/>
          <w:b w:val="0"/>
          <w:i w:val="0"/>
          <w:color w:val="000000"/>
          <w:sz w:val="24"/>
        </w:rPr>
        <w:t>И вот объяснились ГАР второй точки и четыре первых третьей точки, которые взяла риша де-ла итъяда из десяти сфирот мира Некудим.</w:t>
      </w:r>
    </w:p>
    <w:p>
      <w:pPr>
        <w:spacing w:before="40" w:after="120"/>
        <w:jc w:val="both"/>
      </w:pPr>
      <w:r>
        <w:rPr>
          <w:rFonts w:ascii="Georgia" w:hAnsi="Georgia"/>
          <w:b w:val="0"/>
          <w:i w:val="0"/>
          <w:color w:val="000000"/>
          <w:sz w:val="24"/>
        </w:rPr>
        <w:t>Теперь разъясним вопрос о пяти первых, которые она взяла от первой точки десяти сфирот мира Некудим.</w:t>
      </w:r>
    </w:p>
    <w:p>
      <w:pPr>
        <w:spacing w:before="40" w:after="120"/>
        <w:jc w:val="both"/>
      </w:pPr>
      <w:r>
        <w:rPr>
          <w:rFonts w:ascii="Georgia" w:hAnsi="Georgia"/>
          <w:b w:val="0"/>
          <w:i w:val="0"/>
          <w:color w:val="000000"/>
          <w:sz w:val="24"/>
        </w:rPr>
        <w:t>Ты уже знаешь, что порядок выхода парцуфим от свойства нового МА отличен от порядка выхода парцуфим от БОН в мире Некудим. Ведь в мире Ацилут нового МА ни одна ступень не делится надвое, как в БОН, о чем написано в «Паним Меирот» в начале этой ветви. Однако оба порядка действуют вместе, как будет сказано ниже, в «Шаар а-Тиккун».</w:t>
      </w:r>
    </w:p>
    <w:p>
      <w:pPr>
        <w:spacing w:before="40" w:after="120"/>
        <w:jc w:val="both"/>
      </w:pPr>
      <w:r>
        <w:rPr>
          <w:rFonts w:ascii="Georgia" w:hAnsi="Georgia"/>
          <w:b w:val="0"/>
          <w:i w:val="0"/>
          <w:color w:val="000000"/>
          <w:sz w:val="24"/>
        </w:rPr>
        <w:t>И из этого ты узнаешь, что и первая голова мира Исправления, которая вся состоит лишь из первой точки, как сказано выше, — эта точка тоже разделяется на две ступени, а именно: от глаз и выше и АХАП, подобно тому как сказано выше о мире Некудим.</w:t>
      </w:r>
    </w:p>
    <w:p>
      <w:pPr>
        <w:spacing w:before="40" w:after="120"/>
        <w:jc w:val="both"/>
      </w:pPr>
      <w:r>
        <w:rPr>
          <w:rFonts w:ascii="Georgia" w:hAnsi="Georgia"/>
          <w:b w:val="0"/>
          <w:i w:val="0"/>
          <w:color w:val="000000"/>
          <w:sz w:val="24"/>
        </w:rPr>
        <w:t>И потому риша де-ла итъяда взяла от первой точки лишь свойство высшей ступени, имеющейся в первой точке, то есть «от глаз и выше», что и составляет основу головы. А нижнюю ступень в ней, то есть АХАП, взял Арих Анпин мира Ацилут, как сказано на своем месте.</w:t>
      </w:r>
    </w:p>
    <w:p>
      <w:pPr>
        <w:spacing w:before="40" w:after="120"/>
        <w:jc w:val="both"/>
      </w:pPr>
      <w:r>
        <w:rPr>
          <w:rFonts w:ascii="Georgia" w:hAnsi="Georgia"/>
          <w:b w:val="0"/>
          <w:i w:val="0"/>
          <w:color w:val="000000"/>
          <w:sz w:val="24"/>
        </w:rPr>
        <w:t>И об этом говорится, что риша де-ла итъяда взяла пять первых первой точки — то есть свойство «от глаз и выше» в ней, представляющее собой лишь половину точки, тогда как вторую ее половину, являющуюся АХАП, она не взяла, но та осталась для парцуфа АА. И также говорится, что она взяла семь кетеров от семи нижних точек мира Некудим. И это подобно тому, как объяснялось выше относительно ИШСУТ — что от них было взято имеющееся в них свойство Кетера, то есть то самое включение ИШСУТ в пэ общей головы мира Некудим. Подобно этому и у семи нижних есть свойство включения в пэ общей головы мира Некудим, и они называются семью кетерами в ЗАТ; и их риша де-ла итъяда также взяла, как сказано выше.</w:t>
      </w:r>
    </w:p>
    <w:p>
      <w:pPr>
        <w:spacing w:before="40" w:after="120"/>
        <w:jc w:val="both"/>
      </w:pPr>
      <w:r>
        <w:rPr>
          <w:rFonts w:ascii="Georgia" w:hAnsi="Georgia"/>
          <w:b w:val="0"/>
          <w:i w:val="0"/>
          <w:color w:val="000000"/>
          <w:sz w:val="24"/>
        </w:rPr>
        <w:t>И вот прекрасно разъяснилась тайна букв хэй, гимель, далет, зайн, которые взяла первая голова мира Ацилут, называемая риша де-ла итъяда: это произошло по причине выхода Хохмы наружу из головы на уровень тела, и потому все ГАР мира Некудим остаются в свойстве первой головы мира Ацилут, скрытые и сокровенные там. А то, что раскрылось из них в пяти парцуфим мира Ацилут, — это:</w:t>
      </w:r>
    </w:p>
    <w:p>
      <w:pPr>
        <w:pStyle w:val="ListBullet"/>
        <w:spacing w:before="20" w:after="40"/>
      </w:pPr>
      <w:r>
        <w:rPr>
          <w:rFonts w:ascii="Georgia" w:hAnsi="Georgia"/>
          <w:b w:val="0"/>
          <w:i w:val="0"/>
          <w:color w:val="000000"/>
          <w:sz w:val="24"/>
        </w:rPr>
        <w:t>половина первой точки — для АА;</w:t>
      </w:r>
    </w:p>
    <w:p>
      <w:pPr>
        <w:pStyle w:val="ListBullet"/>
        <w:spacing w:before="20" w:after="40"/>
      </w:pPr>
      <w:r>
        <w:rPr>
          <w:rFonts w:ascii="Georgia" w:hAnsi="Georgia"/>
          <w:b w:val="0"/>
          <w:i w:val="0"/>
          <w:color w:val="000000"/>
          <w:sz w:val="24"/>
        </w:rPr>
        <w:t>ЗАТ второй точки — для Аба илаа мира Ацилут;</w:t>
      </w:r>
    </w:p>
    <w:p>
      <w:pPr>
        <w:pStyle w:val="ListBullet"/>
        <w:spacing w:before="20" w:after="40"/>
      </w:pPr>
      <w:r>
        <w:rPr>
          <w:rFonts w:ascii="Georgia" w:hAnsi="Georgia"/>
          <w:b w:val="0"/>
          <w:i w:val="0"/>
          <w:color w:val="000000"/>
          <w:sz w:val="24"/>
        </w:rPr>
        <w:t>шесть нижних [сфирот] третьей точки — для Има илаа и ИШСУТ мира Ацилут;</w:t>
      </w:r>
    </w:p>
    <w:p>
      <w:pPr>
        <w:pStyle w:val="ListBullet"/>
        <w:spacing w:before="20" w:after="40"/>
      </w:pPr>
      <w:r>
        <w:rPr>
          <w:rFonts w:ascii="Georgia" w:hAnsi="Georgia"/>
          <w:b w:val="0"/>
          <w:i w:val="0"/>
          <w:color w:val="000000"/>
          <w:sz w:val="24"/>
        </w:rPr>
        <w:t xml:space="preserve">и семь нижних точек — ХАГАТ-НЕХИМ, кроме кетеров, — для ЗОН мира Ацилут. И после всего этого мы поймем здесь слова Учителя, где он говорит: </w:t>
      </w:r>
      <w:r>
        <w:rPr>
          <w:rFonts w:ascii="Georgia" w:hAnsi="Georgia"/>
          <w:b/>
          <w:i w:val="0"/>
          <w:color w:val="000000"/>
          <w:sz w:val="24"/>
        </w:rPr>
        <w:t>«ведь вначале из первой точки образовались Атик и АА, а затем из второй точки и из третьей точки образовались два парцуфа — Аба ве-Има: ведь поднялись эти света двух упомянутых точек и облачили ХАГАТ де-АА, как известно, ибо там их место»</w:t>
      </w:r>
      <w:r>
        <w:rPr>
          <w:rFonts w:ascii="Georgia" w:hAnsi="Georgia"/>
          <w:b w:val="0"/>
          <w:i w:val="0"/>
          <w:color w:val="000000"/>
          <w:sz w:val="24"/>
        </w:rPr>
        <w:t>, — до сих пор его слова.</w:t>
      </w:r>
    </w:p>
    <w:p>
      <w:pPr>
        <w:spacing w:before="40" w:after="120"/>
        <w:jc w:val="both"/>
      </w:pPr>
      <w:r>
        <w:rPr>
          <w:rFonts w:ascii="Georgia" w:hAnsi="Georgia"/>
          <w:b w:val="0"/>
          <w:i w:val="0"/>
          <w:color w:val="000000"/>
          <w:sz w:val="24"/>
        </w:rPr>
        <w:t>И это происходит по упомянутой причине: Хохма мира Некудим, включающая в себя две точки Аба ве-Има мира Некудим, вышла наружу из головы на уровень тела, да и сама первая точка, являющаяся Кетером мира Некудим, разделилась на две ступени — то есть на свойство «от глаз и выше» и АХАП, как сказано выше.</w:t>
      </w:r>
    </w:p>
    <w:p>
      <w:pPr>
        <w:spacing w:before="40" w:after="120"/>
        <w:jc w:val="both"/>
      </w:pPr>
      <w:r>
        <w:rPr>
          <w:rFonts w:ascii="Georgia" w:hAnsi="Georgia"/>
          <w:b w:val="0"/>
          <w:i w:val="0"/>
          <w:color w:val="000000"/>
          <w:sz w:val="24"/>
        </w:rPr>
        <w:t>И об этом сказано, что из первой точки образовались Атик и АА: ведь «от глаз и выше», являющееся основой головы, стало головой Атика, а АХАП первой точки стал АА. Однако оба они во всяком случае относятся к категории головы со стороны первоначального корня, предшествовавшего подъему МАН, когда не было различия между АХАП и свойством «от глаз и выше», как сказано в ветви 15 «Паним Масбирот» (см. там подробно). И поэтому парцуф АА также считается головой в пяти парцуфим мира Ацилут. Однако две точки Аба ве-Има, представляющие собой свойство Хохма, уже полностью вышли наружу из головы, поскольку экран стоит в Малхут первой точки (см. там).</w:t>
      </w:r>
    </w:p>
    <w:p>
      <w:pPr>
        <w:spacing w:before="40" w:after="120"/>
        <w:jc w:val="both"/>
      </w:pPr>
      <w:r>
        <w:rPr>
          <w:rFonts w:ascii="Georgia" w:hAnsi="Georgia"/>
          <w:b w:val="0"/>
          <w:i w:val="0"/>
          <w:color w:val="000000"/>
          <w:sz w:val="24"/>
        </w:rPr>
        <w:t>И об этом сказано, что из второй и третьей точек образовались два парцуфа — Аба ве-Има, которые поднялись и облачили ХАГАТ де-АА. То есть, как было сказано, они полностью вышли из категории головы и опустились ниже пэ де-АА на уровень его ХАГАТ, и потому свойства ГАР и четырех первых этих двух точек остались в риша де-ла итъяда сокрытыми и спрятанными, как сказано; и пойми [это] как следует.</w:t>
      </w:r>
    </w:p>
    <w:p>
      <w:pPr>
        <w:spacing w:before="40" w:after="120"/>
        <w:jc w:val="both"/>
      </w:pPr>
      <w:r>
        <w:rPr>
          <w:rFonts w:ascii="Georgia" w:hAnsi="Georgia"/>
          <w:b w:val="0"/>
          <w:i w:val="0"/>
          <w:color w:val="000000"/>
          <w:sz w:val="24"/>
        </w:rPr>
        <w:t>А завершение этой темы будет разъяснено в продолжении наших слов, с Б-жьей помощью.</w:t>
      </w:r>
    </w:p>
    <w:p>
      <w:pPr>
        <w:keepNext/>
        <w:spacing w:before="320" w:after="120"/>
      </w:pPr>
      <w:r>
        <w:rPr>
          <w:rFonts w:ascii="Georgia" w:hAnsi="Georgia"/>
          <w:b w:val="0"/>
          <w:i w:val="0"/>
          <w:color w:val="000000"/>
          <w:sz w:val="32"/>
        </w:rPr>
        <w:t>Паним Масбирот</w:t>
      </w:r>
    </w:p>
    <w:p>
      <w:pPr>
        <w:spacing w:before="40" w:after="120"/>
        <w:jc w:val="both"/>
      </w:pPr>
      <w:r>
        <w:rPr>
          <w:rFonts w:ascii="Georgia" w:hAnsi="Georgia"/>
          <w:b w:val="0"/>
          <w:i w:val="0"/>
          <w:color w:val="000000"/>
          <w:sz w:val="24"/>
        </w:rPr>
        <w:t xml:space="preserve">1) </w:t>
      </w:r>
      <w:r>
        <w:rPr>
          <w:rFonts w:ascii="Georgia" w:hAnsi="Georgia"/>
          <w:b/>
          <w:i w:val="0"/>
          <w:color w:val="000000"/>
          <w:sz w:val="24"/>
        </w:rPr>
        <w:t>«И теперь объясним, в чем состояло дело...»</w:t>
      </w:r>
      <w:r>
        <w:rPr>
          <w:rFonts w:ascii="Georgia" w:hAnsi="Georgia"/>
          <w:b w:val="0"/>
          <w:i w:val="0"/>
          <w:color w:val="000000"/>
          <w:sz w:val="24"/>
        </w:rPr>
        <w:t xml:space="preserve"> Что касается четырех ступеней: ахор бе-ахор, паним бе-ахор и так далее, а также снижения парцуфим Ацилута по сравнению с тем, как они располагались в мире Некудим, из-за Хохмы, вышедшей наружу из Кетера (по этой причине мир Исправления и называется миром Врудим), — все это уже в достаточной мере объяснено в «Паним Меирот» в этой ветви, и оттуда ты можешь это узнать, и будет тебе во благо. Однако нам осталось объяснить тайну ибура ЗА во чреве его матери и суть девяти месяцев ибура. Ведь наверху, несомненно, нет порядка времен и месяцев, как пишет Учитель в «Шаар Маамарей ХАЗАЛЬ» («Берешит Раба», лист 45), поясняя слова «Тиккуним»: «порой она зовется орлом», где слово </w:t>
      </w:r>
      <w:r>
        <w:rPr>
          <w:rFonts w:ascii="Georgia" w:hAnsi="Georgia"/>
          <w:b w:val="0"/>
          <w:i/>
          <w:color w:val="000000"/>
          <w:sz w:val="24"/>
        </w:rPr>
        <w:t>зимни́н</w:t>
      </w:r>
      <w:r>
        <w:rPr>
          <w:rFonts w:ascii="Georgia" w:hAnsi="Georgia"/>
          <w:b w:val="0"/>
          <w:i w:val="0"/>
          <w:color w:val="000000"/>
          <w:sz w:val="24"/>
        </w:rPr>
        <w:t xml:space="preserve"> — «порой» (</w:t>
      </w:r>
      <w:r>
        <w:rPr>
          <w:rFonts w:ascii="Georgia" w:hAnsi="Georgia" w:cs="Times New Roman"/>
          <w:b/>
          <w:i w:val="0"/>
          <w:color w:val="000000"/>
          <w:sz w:val="24"/>
          <w:rtl/>
          <w:szCs w:val="32"/>
        </w:rPr>
        <w:t>זִמְנִין</w:t>
      </w:r>
      <w:r>
        <w:rPr>
          <w:rFonts w:ascii="Georgia" w:hAnsi="Georgia"/>
          <w:b w:val="0"/>
          <w:i w:val="0"/>
          <w:color w:val="000000"/>
          <w:sz w:val="24"/>
        </w:rPr>
        <w:t xml:space="preserve">) разбирается так: «И смысл слова </w:t>
      </w:r>
      <w:r>
        <w:rPr>
          <w:rFonts w:ascii="Georgia" w:hAnsi="Georgia"/>
          <w:b w:val="0"/>
          <w:i/>
          <w:color w:val="000000"/>
          <w:sz w:val="24"/>
        </w:rPr>
        <w:t>зимни́н</w:t>
      </w:r>
      <w:r>
        <w:rPr>
          <w:rFonts w:ascii="Georgia" w:hAnsi="Georgia"/>
          <w:b w:val="0"/>
          <w:i w:val="0"/>
          <w:color w:val="000000"/>
          <w:sz w:val="24"/>
        </w:rPr>
        <w:t xml:space="preserve"> не в реальном земном времени, ведь наверху нет никаких изменений, упаси Б-г, по законам времени. Но слово </w:t>
      </w:r>
      <w:r>
        <w:rPr>
          <w:rFonts w:ascii="Georgia" w:hAnsi="Georgia"/>
          <w:b w:val="0"/>
          <w:i/>
          <w:color w:val="000000"/>
          <w:sz w:val="24"/>
        </w:rPr>
        <w:t>зимни́н</w:t>
      </w:r>
      <w:r>
        <w:rPr>
          <w:rFonts w:ascii="Georgia" w:hAnsi="Georgia"/>
          <w:b w:val="0"/>
          <w:i w:val="0"/>
          <w:color w:val="000000"/>
          <w:sz w:val="24"/>
        </w:rPr>
        <w:t xml:space="preserve"> означает: когда мы говорим о Тиферет в ней, она зовется орлом и т. д.». Конец цитаты. И если так, то как Учитель говорит здесь, что ЗА задерживается во чреве своей матери девять месяцев ибура? Это, несомненно, требует объяснения. И сначала мы объясним разделение в ХАГАТ и НЕХИ де-ЗА вследствие разбиения келим, а также суть двух владений — частного владения (ршут а-яхид) и общественного владения (ршут а-рабим), на которых Учитель так подробно останавливается в этой ветви, и запрет переноса [вещей] из одного владения в другое в Шаббат. И хотя объяснение этих тем сильно забегает здесь вперед, поскольку нам для этого еще недостает весьма важных сведений, которыми мы еще не занимались, тем не менее мы разберем их в той мере, в какой это необходимо для связности учения в данном месте. И в «Паним Меирот» здесь уже было хорошо объяснено изменение места, происходящее при снижении уровня в пяти парцуфим Ацилута, см. там. А именно: верхняя половина первой точки заняла все место КАХАБ де-Некудим, включающих в себя две головы: первая голова называется Кетер де-Некудим, а вторая голова называется Аба ве-Има Илаин де-Некудим. В Ацилуте же все это место заняла верхняя половина точки, называемая Радла (непостижимая голова) или первой головой. А ты ведь уже знаешь, что духовное место указывает на уровень высоты и достоинства, и помни это твердо во всех последующих ветвях. В соответствии с этим получается, что нижняя половина точки, называемая здесь АА, или Кетер де-Ацилут, полностью вышла из места КАХАБ де-Некудим на место ЗАТ де-Некудим, называемое Даат, ХАГАТ и НЕХИМ.</w:t>
      </w:r>
    </w:p>
    <w:p>
      <w:pPr>
        <w:spacing w:before="40" w:after="120"/>
        <w:jc w:val="both"/>
      </w:pPr>
      <w:r>
        <w:rPr>
          <w:rFonts w:ascii="Georgia" w:hAnsi="Georgia"/>
          <w:b w:val="0"/>
          <w:i w:val="0"/>
          <w:color w:val="000000"/>
          <w:sz w:val="24"/>
        </w:rPr>
        <w:t>Таким образом, рош де-АА занял место сфиры Даат, которая находится ниже пэ де-Аба ве-Има де-Некудим, а его ЗАТ заняли место ХАГАТ и НЕХИМ де-Некудим. Вторая же и третья точки, то есть Аба ве-Има Илаин, которые служили в мире Некудим на месте КАХАБ, то есть еще выше рош де-АА де-Ацилут, теперь опустились еще ниже, под пэ де-рош де-АА де-Ацилут, так как они пришли на место ХАГАТ де-Некудим, которые теперь служат ХАГАТ де-АА. А семь нижних точек мира Некудим, начинавшиеся там от пэ де-КАХАБ (подобно нынешней Гальгальте де-АА), оказались здесь в сильном снижении: они опустились ниже табур нынешнего АА, то есть на место НЕХИ де-АА. И причиной всех этих снижений стал выход Хохмы наружу из рош де-Кетер, который произошел вследствие подъема МАН для нужд мира Исправления, как написано здесь в «Паним Меирот», см. там. И тебе следует знать, что все эти снижения касаются лишь изменения места, но не изменения сути ступени (не изменения имени). То есть ступени пяти парцуфим Ацилута — это в точности те же ступени, что были в мире Некудим, но только снизившиеся со своего достоинства. Так что каждый из пяти парцуфим мира Некудим потерял часть высоты своего уровня: Кетер де-Ацилут, называемый АА, потерял весь свой уровень КАХАБ, который был у него в мире Некудим, и опустился ниже пэ, на уровень тамошнего Даат. ХУБ де-Некудим, то есть Аба ве-Има Илаин, также потеряли свои ГАР из мира Некудим: ведь они находились там в КАХАБ де-Некудим, а теперь опустились на место ХАГАТ де-АА, которое одновременно является и местом ХАГАТ де-Некудим. Да и ЗАТ де-Некудим тоже потеряли уровень своих ГАР мира Некудим: ведь они начинались там ниже пэ де-КАХАБ, куда затем протянулись три линии КАХАБ до хазе де-Тиферет (то есть третья голова де-Некудим, называемая ИШСУТ, как говорилось выше в предыдущей ветви, см. там). Из-за этого ХАГАТ де-Некудим стали уровнем головы, а от хазе и ниже — уровнем тела и ЗАТ этой головы.</w:t>
      </w:r>
    </w:p>
    <w:p>
      <w:pPr>
        <w:spacing w:before="40" w:after="120"/>
        <w:jc w:val="both"/>
      </w:pPr>
      <w:r>
        <w:rPr>
          <w:rFonts w:ascii="Georgia" w:hAnsi="Georgia"/>
          <w:b w:val="0"/>
          <w:i w:val="0"/>
          <w:color w:val="000000"/>
          <w:sz w:val="24"/>
        </w:rPr>
        <w:t>Получается теперь, что все эти семь точек опустились ниже хазе де-АА, в его НЕХИ, которые соответствуют месту НЕХИ де-Некудим. И ты видишь, как ЗАТ де-Некудим тоже потеряли свой уровень ГАР, которым были ХАГАТ, и остались лишь уровнем тела — одними лишь НЕХИ де-Некудим. И если ты вникнешь в объясненное в 22-й ветви «Паним Меирот» при разборе порядка разбиения келим, то поймешь это намного полнее. Ведь там относительно этих десяти точек объяснялось, что под действием пришедшего в них света НЕХИ де-АК они распространились на три головы и три тела (что составляет тайну первого созерцания и второго созерцания): эти три головы называются Кетер, Аба ве-Има и ИШСУТ. Тело же и второе созерцание парцуфа Кетер называются «мелех Даат». А тело и второе созерцание Аба ве-Има Илаин называются «три мелахим ХАГАТ». А тело и второе созерцание парцуфа ИШСУТ называются «четыре мелахим ТАНЕХИМ», см. там. И благодаря этому тебе станет ясно, что здесь, в мире Врудим в Ацилуте, каждая из этих трех голов опустилась и включилась в место своих прежних тел: парцуф Кетер опустился на место мелеха Даат, являющегося телом его ЗАТ, а парцуф Аба ве-Има Илаин опустился на место трех мелахим ХАГАТ, являющихся их ЗАТ. А парцуф ЗАТ, обретавший там совершенный парцуф от ИШСУТ, для которого мелахим Даат и ХАГАТ служили головой (так как туда реально протянулись три линии КАХАБ из ГАР де-Некудим), опустился теперь на уровень тела и ЗАТ де-ИШСУТ, то есть в мелахим ТАНЕХИМ де-Некудим. И помни это, ведь эти сведения служат надежными ключами к пониманию мохин всех парцуфим АБЕА.</w:t>
      </w:r>
    </w:p>
    <w:p>
      <w:pPr>
        <w:spacing w:before="40" w:after="120"/>
        <w:jc w:val="both"/>
      </w:pPr>
      <w:r>
        <w:rPr>
          <w:rFonts w:ascii="Georgia" w:hAnsi="Georgia"/>
          <w:b w:val="0"/>
          <w:i w:val="0"/>
          <w:color w:val="000000"/>
          <w:sz w:val="24"/>
        </w:rPr>
        <w:t>Однако помни и то, о чем говорилось выше: несмотря на все эти снижения, пять парцуфим Ацилута изменились лишь в отношении своего места, но не имени. То есть сама сущность пяти парцуфим де-Некудим опустилась в Ацилут, и они унесли с собой все решимот от высоты уровня, который был у каждого из них во время пребывания на высоте мира Некудим. Под действием этих решимот в них происходят большие изменения, пока они не достигают своего достоинства и высоты в абсолютном совершенстве, как было у них прежде. И если ты вникнешь в суть семи нижних точек мира Некудим (которые везде называются ЗОН), опустившихся на место ТАНЕХИ де-АА де-Ацилут, то обнаружишь, что ЗА в своих шести сфирот (ХАГАТ и НЕХИ) составлен из двух раздельных тел. Ведь три точки ХАГАТ — это уровень тела и ЗАТ де-Аба Илаа, называемого парцуфом хая, а три точки НЕХИ — это тело и семь нижних [сфирот] де-ИШСУТ, называемого парцуфом нешама, как подробно написано в «Паним Меирот» в 22-й ветви, см. там. И запомни это как следует: здесь кроется связующая нить для всех состояний ибура, вскармливания (еники) и мохин де-ЗА. А ты ведь уже знаешь, что к этим ХАГАТ де-ЗА во время их пребывания в мире Некудим, после прекращения их царствования со стороны ЗАТ де-Аба ве-Има Илаин, опустились и протянулись три линии КАХАБ де-Некудим — то есть голова ИШСУТ, как написано там. И благодаря этому данные ХАГАТ обрели великое исправление: они получили ступень головы и КАХАБ, что означает первое созерцание, в котором масах действует снизу вверх. Как подробно объяснялось в предыдущей ветви, в этом состоянии десять сфирот прямого света предшествуют масаху и отраженному свету, соединяющемуся с ними. И здесь есть важное различие, а именно: ахораим второй стадии (бхина бэт) десяти сфирот прямого света, перекрывающие и отталкивающие свет сфиры Хохма прямого света; в словах Учителя они называются «стенками Имы» или «масахом Есод Имы».</w:t>
      </w:r>
    </w:p>
    <w:p>
      <w:pPr>
        <w:spacing w:before="40" w:after="120"/>
        <w:jc w:val="both"/>
      </w:pPr>
      <w:r>
        <w:rPr>
          <w:rFonts w:ascii="Georgia" w:hAnsi="Georgia"/>
          <w:b w:val="0"/>
          <w:i w:val="0"/>
          <w:color w:val="000000"/>
          <w:sz w:val="24"/>
        </w:rPr>
        <w:t>Мы уже подробно объясняли это перекрытие со стороны второй стадии: оно обусловлено ее природой — притягивать свет хасадим от Кетера. Поэтому она обращена лицом к Кетеру, а спиной — к свету хохма, который является главным светом сущности всего парцуфа, исходящим из Эйн Соф, благословен Он. И это перекрытие стенками Имы продолжается вплоть до места раскрытия МАН и масаха в атерет Есод де-Има. Тогда совершается зивуг, в изобилии поднимающий отраженный свет снизу вверх, и тогда Има вновь обращает свое лицо к Абе и принимает от него свет сущности, как подробно изложено в предыдущей ветви. И теперь тебе станет совершенно понятным то, что написал Учитель выше, в ветви 23, пункте 22, а именно: «И потому при наступлении исправления ЗА, во время исправления его парцуфа, все произошло наоборот: от двух третей Тиферет и ниже его света и хасадим в них были открытыми. И это потому, что они способны принимать их не через масах Бины и т. д. Однако высшие [света] — от головы ЗА до хазе — пришли при исправлении закрытыми и теперь облачены внутрь масаха Бины; и это потому, что изначально они были открытыми и т. д.». Конец цитаты, см. там.</w:t>
      </w:r>
    </w:p>
    <w:p>
      <w:pPr>
        <w:spacing w:before="40" w:after="120"/>
        <w:jc w:val="both"/>
      </w:pPr>
      <w:r>
        <w:rPr>
          <w:rFonts w:ascii="Georgia" w:hAnsi="Georgia"/>
          <w:b w:val="0"/>
          <w:i w:val="0"/>
          <w:color w:val="000000"/>
          <w:sz w:val="24"/>
        </w:rPr>
        <w:t>Смысл в том, что во время царствования ХАГАТ де-Некудим те света были открытыми, поскольку они представляли собой второе созерцание и тело Аба ве-Има Илаин. А выше уже объяснялось, что до пэ де-рош, то есть до места зивуга первого созерцания, тянутся стенки Имы, преграждающие светам Абы путь светить в голове, пока не раскроется зивуг на МАН и масах в Малхут де-рош, называемой пэ. И тогда, после проявления отраженного света снизу вверх, стенки Имы прерываются, она вновь соединяется с Абой, принимает и проводит свет хохма в парцуф, как сказано выше, см. там. При этом отраженный свет, поднимающийся от пэ и выше, принимает [этот свет] в себя и обретает достоинство света хохма и сущности, поскольку именно он приносит этот свет в парцуф. Также считается, что этот отраженный свет облачается в ахораим де-Има. То есть вся его высота и достоинство проистекают из этих ахораим де-Има, которые до появления отраженного света преграждали путь свету хохма и раскрылись лишь по причине его подъема снизу вверх. И потому он берет в свой удел эти ахораим, которые сам же и открыл, получая благодаря этому облачению свет хохма в той мере высоты ступени, которую он доставил данному парцуфу, пойми это глубоко.</w:t>
      </w:r>
    </w:p>
    <w:p>
      <w:pPr>
        <w:spacing w:before="40" w:after="120"/>
        <w:jc w:val="both"/>
      </w:pPr>
      <w:r>
        <w:rPr>
          <w:rFonts w:ascii="Georgia" w:hAnsi="Georgia"/>
          <w:b w:val="0"/>
          <w:i w:val="0"/>
          <w:color w:val="000000"/>
          <w:sz w:val="24"/>
        </w:rPr>
        <w:t>Итак, выяснилось, как поднимающийся отраженный свет, называемый пятью хасадим и пятью гвурот, облачается в ахораим де-Има и благодаря этому вновь обретает уровень сущности и подлинных ГАР, хотя сам по себе он — лишь свет хасадим. Помни это твердо. И все это происходит только в голове, где десять сфирот прямого света предшествовали масаху и МАН, находящимся внизу, в пэ, на которых и совершается зивуг, поднимающий отраженный свет в тайне первого зивуга, называемого первым созерцанием для нужд головы. В этом состоянии считается, что в данном пэ стенки Имы уже прервались и больше не закрывают Абу, поскольку отраженный свет уже раскрылся, как сказано выше. Из этого ты поймешь, что света, распространяющиеся от пэ де-рош и ниже для нужд второго созерцания, уже свободны от перекрытия стенками Имы.</w:t>
      </w:r>
    </w:p>
    <w:p>
      <w:pPr>
        <w:spacing w:before="40" w:after="120"/>
        <w:jc w:val="both"/>
      </w:pPr>
      <w:r>
        <w:rPr>
          <w:rFonts w:ascii="Georgia" w:hAnsi="Georgia"/>
          <w:b w:val="0"/>
          <w:i w:val="0"/>
          <w:color w:val="000000"/>
          <w:sz w:val="24"/>
        </w:rPr>
        <w:t>Поэтому отраженный свет второго созерцания, возникающий на табур, уже не имеет тех ахораим де-Има, в которые он мог бы облачиться, как в голове. Однако он принимает свет хохма от своего корня — то есть от масаха и отраженного света, стоящего в пэ де-рош; ведь отраженный свет головы имеет ахораим де-Има для своего облачения, благодаря чему он обретает силу подлинного света хохма. Поэтому и отраженный свет, а также хасадим и гвурот тела получают от отраженного света и хасадим и гвурот головы свет хохма и сущности. И вот тебе стало ясно, что в голове хасадим и гвурот приходят скрытыми и облаченными в ахораим де-Има, тогда как в теле хасадим и гвурот приходят открытыми: ведь те ахораим уже прервались в пэ де-рош и дальше ничего не закрывают. Запомни это, так как это понадобится тебе во многих местах. И это то, о чем сказано: во время своего царствования света приходили к ХАГАТ де-ЗА открытыми, без облачения в ахораим де-Има. А именно, как было сказано: это облачение уже прекратилось в пэ де-рош де-Аба ве-Има во время первого созерцания, и поскольку ХАГАТ нисходят оттуда сверху вниз, у них, разумеется, вообще не было ничего от ахораим де-Има Илаа, как сказано. И об этом сказано там, в ветви 23, пункте 20: «Но после того как умерла верхняя треть Тиферет, когда туда упали ахораим де-Аба ве-Има, то остальные света, выходя туда, уже были облачены в эти ахораим, упавшие в Ацилут, и т. д.», см. там. Имеется в виду распространение третьей головы, называемой ИШСУТ, протянувшейся на место мелахим ХАГАТ вплоть до хазе, как написано в «Паним Меирот» в ветвях 22 и 23: пэ де-рош де-ИШСУТ оказалось на месте хазе и верхней трети Тиферет, куда протянулись три линии КАХАБ де-Некудим, благодаря чему там образовалась полноценная голова. А поскольку первое созерцание совершилось на месте хазе, то и ахораим де-Има, закрывающие свет Абы, естественно протянулись до самого хазе.</w:t>
      </w:r>
    </w:p>
    <w:p>
      <w:pPr>
        <w:spacing w:before="40" w:after="120"/>
        <w:jc w:val="both"/>
      </w:pPr>
      <w:r>
        <w:rPr>
          <w:rFonts w:ascii="Georgia" w:hAnsi="Georgia"/>
          <w:b w:val="0"/>
          <w:i w:val="0"/>
          <w:color w:val="000000"/>
          <w:sz w:val="24"/>
        </w:rPr>
        <w:t>Поэтому отраженный свет, поднявшийся от хазе и выше, облачился в ахораим де-Има. Благодаря этому ХАГАТ вплоть до хазе обрели великое исправление: те стенки Имы, которые во времена Аба ве-Има Илаин прерывались в пэ де-рош де-Некудим, теперь удлинились и протянулись до места хазе де-Некудим. Таким образом, отраженный свет (тайна хасадим и гвурот), поднимающийся от хазе и выше на месте ХАГАТ, тоже облачается в ахораим де-Има — ведь они открылись силой его проявления снизу вверх. И благодаря этому облачению хасадим и гвурот обретают силу света хохма, как было сказано выше относительно КАХАБ де-Некудим, пойми это глубоко. И это то, о чем сказано там: «Однако во время исправления все произошло наоборот: от двух третей Тиферет и ниже его света и хасадим в них были открытыми и т. д., но высшие [света], то есть от головы ЗА до хазе, пришли при исправлении закрытыми». Конец цитаты. И это согласуется со сказанным нами: ХАГАТ де-ЗА, к которым протянулся уровень головы ИШСУТ, пришли при исправлении закрытыми — то есть стенки Имы, преграждающие свет Абы, протянулись до верхней трети Тиферет на месте хазе, где находятся пэ де-рош и первое созерцание ИШСУТ. А от двух третей Тиферет и ниже его света и их хасадим были открытыми, то есть, как сказано, стенки Есод Имы уже прервались на месте хазе под действием подъема отраженного света от находящегося там масаха первого созерцания, как упомянуто выше.</w:t>
      </w:r>
    </w:p>
    <w:p>
      <w:pPr>
        <w:spacing w:before="40" w:after="120"/>
        <w:jc w:val="both"/>
      </w:pPr>
      <w:r>
        <w:rPr>
          <w:rFonts w:ascii="Georgia" w:hAnsi="Georgia"/>
          <w:b w:val="0"/>
          <w:i w:val="0"/>
          <w:color w:val="000000"/>
          <w:sz w:val="24"/>
        </w:rPr>
        <w:t>И вот тебе стало понятно огромное различие между ХАГАТ де-ЗА и НЕХИ де-ЗА: ХАГАТ де-ЗА включают в себя ЗАТ тела Аба ве-Има Илаин, а затем включают в себя и подлинный уровень головы ИШСУТ, так что тамошние хасадим и гвурот, поднимающиеся снизу вверх в этих ХАГАТ, имеют ахораим де-Има, чтобы облачиться в них и благодаря этому облачению превратиться в свет хохма. Ничего этого нет в НЕХИ де-ЗА. Поскольку они в своей основе — лишь ЗАТ де-ИШСУТ, у них нет вообще ничего от распространения светов Аба ве-Има Илаин, не говоря уже об уровне головы и исправлении удлинения линий КАХАБ от света ИШСУТ — ведь они являются его телом, в котором хасадим и гвурот уже открыты, как сказано выше. Поэтому они остались вовсе без какого-либо исправления линий, запомни это. И отсюда ты поймешь тайну ибура ЗА во чреве его матери и суть его пребывания там в течение девяти месяцев, о чем говорит здесь Учитель: после того как ЗА поднимается в тайне МАН к Име Илаа, ему необходимо оставаться там девять месяцев ибура. И прежде всего следует понять: что и кто побудил ЗА подняться в качестве МАН к Име Илаа? Особенно если учесть установленное Учителем во многих местах общее правило: низший не может подняться выше своего истока, откуда он вышел и откуда начинается высота его ступени. А если так, то требуется глубокое осмысление подъема ЗА, чье место и высота ступени — в ТАНЕХИ де-АА: как он может подняться на высшую ступень, к уровню Имы Илаа, находящейся в ХАГАТ де-АА? И этот вопрос разъяснил нам Учитель в начале «Шаар а-Тиккун» (в ветви 41, пункт 1), написав следующее: «И вот, когда поднялось в желании Источника оживить мертвых и исправить мелахим и т. д., Он постановил и поднял МАН снизу вверх и т. д.» И выше уже было объяснено, что семь светов мелахим де-БОН поднялись, включились и облачились в три линии ХУБ и Кетера, которые распространились до конца упомянутого места, то есть до ХАГАТ, И вот теперь это распространение вновь собралось наверх и вернулось к исходному состоянию, когда наверху на своем месте были лишь ГАР; и оно подняло вместе с собой наверх, на свое место, семь нижних светов. И оказались теперь все семь нижних [сфирот] наверху, на месте Бины, ведь она — мать сыновей, и там находится место беременности и ибура и т. д. Сама же суть МАН, о которой мы говорили выше, и есть подъем семи светов наверх, в Бину; и помни это предисловие о том, что такое подъем МАН». Конец цитаты, см. там. И в словах Учителя ты находишь, что причина подъема семи светов в качестве МАН кроется в следующем: распространение трех линий КАХАБ (тайна головы ИШСУТ, находившейся в ХАГАТ до хазе) вновь собралось на свое исходное место, в ГАР де-Некудим. А поскольку во время пребывания ИШСУТ на месте ХАГАТ к ней собрались семь светов ХАГАТ и ТАНЕХИМ, то затем, когда она вернулась на свое место в ГАР, семь нижних светов сами собой потянулись вслед за ней, см. там. И действительно, необходимо глубоко понять это важное предисловие, как предостерегал нас там Учитель, и твердо помнить его во всех местах, где заходит речь о подъеме МАН.</w:t>
      </w:r>
    </w:p>
    <w:p>
      <w:pPr>
        <w:spacing w:before="40" w:after="120"/>
        <w:jc w:val="both"/>
      </w:pPr>
      <w:r>
        <w:rPr>
          <w:rFonts w:ascii="Georgia" w:hAnsi="Georgia"/>
          <w:b w:val="0"/>
          <w:i w:val="0"/>
          <w:color w:val="000000"/>
          <w:sz w:val="24"/>
        </w:rPr>
        <w:t>А чтобы понять его, тебе нужно хорошо помнить все объясненное об этих семи точках в предыдущей ветви. Главное же, что в них нужно понять: в своем истинном корне они представляют собой ЗАТ, то есть тох и соф де-Атик. Ведь все десять точек — это первый парцуф, вышедший на МАН, поднявшийся из НЕХИ де-АК, так что ГАР де-Некудим являются первой головой, а ЗАТ — его тох и соф. В соответствии с этим здесь есть всего две ступени: голова и тело, как написано в десятой ветви. Однако они вышли разрозненными и лишь в аспекте игулим, поэтому получили аспект ешер и свет мужского свойства от Есод де-АК. И тогда семь точек укоренились в трех телах: сначала как тело Кетера — во время царствования Даат.</w:t>
      </w:r>
    </w:p>
    <w:p>
      <w:pPr>
        <w:spacing w:before="40" w:after="120"/>
        <w:jc w:val="both"/>
      </w:pPr>
      <w:r>
        <w:rPr>
          <w:rFonts w:ascii="Georgia" w:hAnsi="Georgia"/>
          <w:b w:val="0"/>
          <w:i w:val="0"/>
          <w:color w:val="000000"/>
          <w:sz w:val="24"/>
        </w:rPr>
        <w:t>Тогда считалось, что голова де-Некудим, называемая КАХАБ, полностью относится к Кетеру, поскольку высота ее уровня достигала Кетера, а все ЗАТ де-Некудим являются его тох и соф и называются в целом Даат, как сказано в ветви 22 «Паним Меирот». И в соответствии с этим все ЗАТ все еще оставались единой ступенью — телом Кетера. И это первый корень, укоренившийся в ЗАТ де-Некудим. Второй корень возник при выходе второй головы де-Некудим, называемой Аба ве-Има Илаин; тогда правили три мелахим ХАГАТ. И тогда все ЗАТ оказались на уровне тела Аба ве-Има и стали третьей ступенью, выйдя из состояния второй ступени: ведь прежде они были второй ступенью относительно Кетера, а теперь стали второй ступенью относительно Аба ве-Има и третьей ступенью относительно Кетера. Третий же корень возник при выходе головы ИШСУТ: тогда правили Тиферет и ТАНЕХИМ де-Некудим, в которых образовалась четвертая ступень, и они также вышли из третьей ступени. Если сначала они были третьей ступенью относительно Кетера и второй относительно Аба ве-Има, то теперь стали четвертой ступенью относительно Кетера, третьей ступенью относительно Аба ве-Има Илаин и второй ступенью относительно ИШСУТ, то есть телом ИШСУТ, пойми это глубоко. И благодаря этому ты поймешь подъем семи светов в ИШСУТ: ведь при выходе головы ИШСУТ, пришедшей на место ХАГАТ де-Некудим, ее ступень уравнялась со ступенью ЗАТ де-Некудим. Как написано в «Маво Шеарим» (врата 6, часть 2, глава 1): когда высший опускается на место низшего, он становится в точности как низший, и наоборот, см. там, а также на листе 156 «Паним Масбирот», пункт 5, см. там.</w:t>
      </w:r>
    </w:p>
    <w:p>
      <w:pPr>
        <w:spacing w:before="40" w:after="120"/>
        <w:jc w:val="both"/>
      </w:pPr>
      <w:r>
        <w:rPr>
          <w:rFonts w:ascii="Georgia" w:hAnsi="Georgia"/>
          <w:b w:val="0"/>
          <w:i w:val="0"/>
          <w:color w:val="000000"/>
          <w:sz w:val="24"/>
        </w:rPr>
        <w:t>Поэтому очевидно, что после разбиения келим ТАНЕХИМ де-Некудим света смогли войти в голову ИШСУТ, находившуюся в ХАГАТ де-Некудим, поскольку до этого ТАНЕХИМ де-Некудим также находились на ступени ХАГАТ, как было сказано о первом корне. А затем, когда ИШСУТ вернулся к уровню ГАР де-Некудим и Аба ве-Има Илаин, естественно получилось, что он поднял вместе с собой и семь нижних [сфирот], которые уже были включены в него во время его пребывания на месте ХАГАТ. И отсюда ты поймешь, что весь подъем МАН целиком зависит от выхода Имы Илаа на уровень третьей головы, называемой ИШСУТ: благодаря этому она распространяется тремя линиями КАХАБ на место ХАГАТ, сравнивается с ЗАТ, и они могут подняться к ней и включиться в нее. А затем ИШСУТ (тайна Имы Илаа) возвращается к своему прежнему состоянию ГАР, и семь нижних [сфирот], с которыми она уже соединилась во время своего пребывания на их месте, естественно увлекаются вслед за ней.</w:t>
      </w:r>
    </w:p>
    <w:p>
      <w:pPr>
        <w:spacing w:before="40" w:after="120"/>
        <w:jc w:val="both"/>
      </w:pPr>
      <w:r>
        <w:rPr>
          <w:rFonts w:ascii="Georgia" w:hAnsi="Georgia"/>
          <w:b w:val="0"/>
          <w:i w:val="0"/>
          <w:color w:val="000000"/>
          <w:sz w:val="24"/>
        </w:rPr>
        <w:t>И вот тайна подъема МАН разъяснена как положено, и помни это. Из этого ты поймешь также и тайну ибура в течение девяти месяцев. Ведь уже объяснялось: когда Има Илаа возвращается на одну высоту с Абой Илаа, то есть на место ГАР, она поднимает вместе с собой ЗАТ в качестве МАН. И тогда она совершает зивуг с десятью сфирот ешер от Абы Илаа, называемыми мужскими водами (маин духрин), благодаря чему ЗАТ исправляются в тайне трех линий КАХАБ. Смысл этого заключается в сказанном выше: хасадим и гвурот, поднимающиеся от МАН (то есть от масаха, поднимающего отраженный свет, называемый хасадим и гвурот), облачаются в ахораим де-Има и тем самым возвращаются к уровню света хохма, как подробно изложено выше. Ведь в десяти сфирот головы находятся стенки Есод Имы, перекрывающие свет хохма, и открываются они только благодаря МАН, поднимающим отраженный свет. Вследствие этого отраженный свет и эти хасадим и гвурот обретают уровень подлинного света хохма, поскольку считается, что именно они — и никто иной — притягивают свет хохма в парцуф. И это то, что называется облачением хасадим и гвурот в ахораим де-Има. А поскольку МАН зивуга Аба ве-Има Илаин — это ЗАТ, поднявшиеся в Есод де-Има Илаа, то сами ЗАТ облачаются в эти ахораим де-Има и возвращаются к уровню света хохма, называемому светом хая. И об этом сказано в «Шаар а-Тиккун»: «Когда поднялось в желании Источника оживить мертвых и т. д., Он постановил и поднял МАН и т. д.», см. там. То есть благодаря зивугу, происходящему с их помощью в Аба ве-Има Илаин, ЗАТ возвращаются к уровню хая и света хохма посредством облачения в ахораим де-Има. И тем самым они получают возможность поднять из БЕА свои келим, пребывавшие в состоянии смерти — то есть в оторванности от света хая (тайны света хохма); теперь же они воскресли к жизни, вновь обретя света хая.</w:t>
      </w:r>
    </w:p>
    <w:p>
      <w:pPr>
        <w:spacing w:before="40" w:after="120"/>
        <w:jc w:val="both"/>
      </w:pPr>
      <w:r>
        <w:rPr>
          <w:rFonts w:ascii="Georgia" w:hAnsi="Georgia"/>
          <w:b w:val="0"/>
          <w:i w:val="0"/>
          <w:color w:val="000000"/>
          <w:sz w:val="24"/>
        </w:rPr>
        <w:t xml:space="preserve">Однако все это новое исправление и воскрешение из мертвых коснулось исключительно ХАГАТ де-Некудим и совершенно не затронуло НЕХИМ де-Некудим. Ведь ты уже знаешь, что все ЗАТ рассматриваются как ХАГАТ постольку, поскольку они являются телом и вторым созерцанием Аба ве-Има Илаин. И раз весь зивуг, совершенный благодаря их подъему в качестве МАН, происходил на уровне Аба ве-Има Илаин и ГАР, то исправление распространилось только на тело Аба ве-Има Илаин, называемое ХАГАТ. Иное дело НЕХИМ, являющиеся телом, распространяющимся от третьей головы ИШСУТ: ведь эта голова уже упразднилась и вернулась в ГАР к уровню Имы Илаа. Соответственно, тело, укоренившееся в ЗАТ де-Некудим от третьей головы, все еще не получает никакого света оживления (тайны исправления линий). И в этом заключается намек Учителя в «Шаар а-Клалим» (глава 4) на стих: </w:t>
      </w:r>
      <w:r>
        <w:rPr>
          <w:rFonts w:ascii="Georgia" w:hAnsi="Georgia"/>
          <w:b w:val="0"/>
          <w:i/>
          <w:color w:val="000000"/>
          <w:sz w:val="24"/>
        </w:rPr>
        <w:t>«И был Йосеф красив станом и красив видом»</w:t>
      </w:r>
      <w:r>
        <w:rPr>
          <w:rFonts w:ascii="Georgia" w:hAnsi="Georgia"/>
          <w:b w:val="0"/>
          <w:i w:val="0"/>
          <w:color w:val="000000"/>
          <w:sz w:val="24"/>
        </w:rPr>
        <w:t xml:space="preserve"> (</w:t>
      </w:r>
      <w:r>
        <w:rPr>
          <w:rFonts w:ascii="Georgia" w:hAnsi="Georgia" w:cs="Times New Roman"/>
          <w:b/>
          <w:i w:val="0"/>
          <w:color w:val="000000"/>
          <w:sz w:val="24"/>
          <w:rtl/>
          <w:szCs w:val="32"/>
        </w:rPr>
        <w:t>יְפֵה תוֹאַר וִיפֵה מַרְאֶה</w:t>
      </w:r>
      <w:r>
        <w:rPr>
          <w:rFonts w:ascii="Georgia" w:hAnsi="Georgia"/>
          <w:b w:val="0"/>
          <w:i w:val="0"/>
          <w:color w:val="000000"/>
          <w:sz w:val="24"/>
        </w:rPr>
        <w:t xml:space="preserve">, Берешит 39:6), начальные буквы слов которого составляют слово </w:t>
      </w:r>
      <w:r>
        <w:rPr>
          <w:rFonts w:ascii="Georgia" w:hAnsi="Georgia"/>
          <w:b w:val="0"/>
          <w:i/>
          <w:color w:val="000000"/>
          <w:sz w:val="24"/>
        </w:rPr>
        <w:t>ятом</w:t>
      </w:r>
      <w:r>
        <w:rPr>
          <w:rFonts w:ascii="Georgia" w:hAnsi="Georgia"/>
          <w:b w:val="0"/>
          <w:i w:val="0"/>
          <w:color w:val="000000"/>
          <w:sz w:val="24"/>
        </w:rPr>
        <w:t xml:space="preserve"> — «сирота» (</w:t>
      </w:r>
      <w:r>
        <w:rPr>
          <w:rFonts w:ascii="Georgia" w:hAnsi="Georgia" w:cs="Times New Roman"/>
          <w:b/>
          <w:i w:val="0"/>
          <w:color w:val="000000"/>
          <w:sz w:val="24"/>
          <w:rtl/>
          <w:szCs w:val="32"/>
        </w:rPr>
        <w:t>יָתוֹם</w:t>
      </w:r>
      <w:r>
        <w:rPr>
          <w:rFonts w:ascii="Georgia" w:hAnsi="Georgia"/>
          <w:b w:val="0"/>
          <w:i w:val="0"/>
          <w:color w:val="000000"/>
          <w:sz w:val="24"/>
        </w:rPr>
        <w:t>). Ведь Йосеф — это тайна НЕХИ де-ЗА: после того как ИШСУТ вернулся и стал единым парцуфом с Аба ве-Има Илаин, он остался сиротой без матери — то есть без ИШСУТ, который упразднился, как сказано выше. И для объяснения того, как исправились там НЕХИ де-Некудим, нам недостает сведений, о которых мы еще не говорили; однако чтобы продолжить разъяснение слов Учителя, мы разберем их здесь в необходимой мере. Суть в том, о чем говорилось выше по поводу подъема семи светов в третью голову, когда мы задались вопросом: это верно лишь для светов ХАГАТ, поскольку голова ИШСУТ находится на их месте, но как же поднялись туда света НЕХИ де-Некудим?</w:t>
      </w:r>
    </w:p>
    <w:p>
      <w:pPr>
        <w:spacing w:before="40" w:after="120"/>
        <w:jc w:val="both"/>
      </w:pPr>
      <w:r>
        <w:rPr>
          <w:rFonts w:ascii="Georgia" w:hAnsi="Georgia"/>
          <w:b w:val="0"/>
          <w:i w:val="0"/>
          <w:color w:val="000000"/>
          <w:sz w:val="24"/>
        </w:rPr>
        <w:t>Поэтому мы объяснили, что ХАГАТ и НЕХИ составляют единую ступень, в силу того что они — ЗАТ де-Атик и вторая ступень по отношению к Кетеру; по этой причине НЕХИ могут подняться в ХАГАТ. И по той же причине они увлекаются вслед за ИШСУТ и поднимаются как МАН к Аба ве-Има Илаин. Однако при всем том они с необходимостью пребывают в разделении, ведь со стороны своего первоначального корня (будучи ЗАТ де-Атик) они были отделены друг от друга. Поэтому мы различаем, что каждый из этих разрозненных НЕХИМ, то есть происходящих от тела ИШСУТ, должен обновиться и связаться с телом Абы, называемым ХАГАТ. Иными словами — соединиться с распространением трех линий КАХАБ, которое эти ХАГАТ уже обрели, благодаря чему в них есть три стороны: правая, левая и средняя, как написано в предыдущей ветви. И именно это называется месяцем (</w:t>
      </w:r>
      <w:r>
        <w:rPr>
          <w:rFonts w:ascii="Georgia" w:hAnsi="Georgia"/>
          <w:b w:val="0"/>
          <w:i/>
          <w:color w:val="000000"/>
          <w:sz w:val="24"/>
        </w:rPr>
        <w:t>ходеш</w:t>
      </w:r>
      <w:r>
        <w:rPr>
          <w:rFonts w:ascii="Georgia" w:hAnsi="Georgia"/>
          <w:b w:val="0"/>
          <w:i w:val="0"/>
          <w:color w:val="000000"/>
          <w:sz w:val="24"/>
        </w:rPr>
        <w:t xml:space="preserve">, </w:t>
      </w:r>
      <w:r>
        <w:rPr>
          <w:rFonts w:ascii="Georgia" w:hAnsi="Georgia" w:cs="Times New Roman"/>
          <w:b/>
          <w:i w:val="0"/>
          <w:color w:val="000000"/>
          <w:sz w:val="24"/>
          <w:rtl/>
          <w:szCs w:val="32"/>
        </w:rPr>
        <w:t>חֹדֶשׁ</w:t>
      </w:r>
      <w:r>
        <w:rPr>
          <w:rFonts w:ascii="Georgia" w:hAnsi="Georgia"/>
          <w:b w:val="0"/>
          <w:i w:val="0"/>
          <w:color w:val="000000"/>
          <w:sz w:val="24"/>
        </w:rPr>
        <w:t>) — то есть полным обновлением (</w:t>
      </w:r>
      <w:r>
        <w:rPr>
          <w:rFonts w:ascii="Georgia" w:hAnsi="Georgia"/>
          <w:b w:val="0"/>
          <w:i/>
          <w:color w:val="000000"/>
          <w:sz w:val="24"/>
        </w:rPr>
        <w:t>хидуш</w:t>
      </w:r>
      <w:r>
        <w:rPr>
          <w:rFonts w:ascii="Georgia" w:hAnsi="Georgia"/>
          <w:b w:val="0"/>
          <w:i w:val="0"/>
          <w:color w:val="000000"/>
          <w:sz w:val="24"/>
        </w:rPr>
        <w:t xml:space="preserve">, </w:t>
      </w:r>
      <w:r>
        <w:rPr>
          <w:rFonts w:ascii="Georgia" w:hAnsi="Georgia" w:cs="Times New Roman"/>
          <w:b/>
          <w:i w:val="0"/>
          <w:color w:val="000000"/>
          <w:sz w:val="24"/>
          <w:rtl/>
          <w:szCs w:val="32"/>
        </w:rPr>
        <w:t>חִידּוּשׁ</w:t>
      </w:r>
      <w:r>
        <w:rPr>
          <w:rFonts w:ascii="Georgia" w:hAnsi="Georgia"/>
          <w:b w:val="0"/>
          <w:i w:val="0"/>
          <w:color w:val="000000"/>
          <w:sz w:val="24"/>
        </w:rPr>
        <w:t>) на новой ступени. Ведь НЕХИМ являются четвертой ступенью по отношению к Кетеру и в таком состоянии совершенно не способны принять свет хая иначе как через связь с ХАГАТ, являющимися третьей ступенью по отношению к Кетеру.</w:t>
      </w:r>
    </w:p>
    <w:p>
      <w:pPr>
        <w:spacing w:before="40" w:after="120"/>
        <w:jc w:val="both"/>
      </w:pPr>
      <w:r>
        <w:rPr>
          <w:rFonts w:ascii="Georgia" w:hAnsi="Georgia"/>
          <w:b w:val="0"/>
          <w:i w:val="0"/>
          <w:color w:val="000000"/>
          <w:sz w:val="24"/>
        </w:rPr>
        <w:t>Таким образом, каждый из четырех мелахим НЕХИМ обновляется на новом уровне, достигая упомянутой третьей ступени. И здесь различаются девять аспектов обновления: Нецах принимает связь с тремя линиями ХАГАТ, и это называется «первые три месяца». Подобно этому Ход принимает связь с тремя линиями ХАГАТ, что называется вторыми тремя месяцами; и точно так же Есод принимает связь с тремя линиями ХАГАТ, и это третьи три месяца — что в сумме составляет девять месяцев. И это требуется для самого ЗА, включающего в себя оба тела: ХАГАТ и НЕХИ, как известно. Для нужд же Малхут, являющейся нуквой ЗА, считается, что и она принимает связь с тремя линиями ХАГАТ, образуя четвертые три месяца. И в этом тайна двенадцатимесячной беременности, как известно из предания о Рабе Тосфаа, который признал законным рождение после двенадцати месяцев беременности. И ты видишь, что каждая из частей ТАНЕХИМ должна связаться и обновиться во всех трех линиях ХАГАТ, чтобы получить их ступень и соединиться с ними в подлинное единство. А для такого обновления требуется множество зивугим в Аба ве-Има Илаин, где каждый зивуг имеет свое особое значение для исправления упомянутых разрозненных частей. И это называется пребыванием во времени и беременностью: они исправились не сразу, не с первого раза и не при первом зивуге во время подъема в качестве МАН, но нуждаются во множестве дополнительных зивугим, как сказано. И после того как они прочно связались и соединились с ХАГАТ, они рождаются и выходят наружу на свое место, все еще оставаясь включенными как «три внутри трех». Для раскрытия этого требуется вскармливание (еника), чтобы ХАГАТ распространились из НЕХИ, а затем — второй ибур для обретения мохин, как все это будет объяснено в своем месте.</w:t>
      </w:r>
    </w:p>
    <w:p>
      <w:pPr>
        <w:spacing w:before="40" w:after="120"/>
        <w:jc w:val="both"/>
      </w:pPr>
      <w:r>
        <w:rPr>
          <w:rFonts w:ascii="Georgia" w:hAnsi="Georgia"/>
          <w:b w:val="0"/>
          <w:i w:val="0"/>
          <w:color w:val="000000"/>
          <w:sz w:val="24"/>
        </w:rPr>
        <w:t>Однако здесь тебе следует знать, что в момент полного завершения упомянутых ХАГАТ и НЕХИ де-ЗА считается, что ахораим де-Има облачаются в него до хазе. Подобно тому как ИШСУТ распространился и вышел из ГАР де-Некудим в ХАГАТ де-Некудим до хазе, а вместе с ним распространились три линии КАХАБ, включающие ахораим де-Има и ее стенки, закрывающие Абу, как написано выше, см. там. В хазе же эти стенки прерываются из-за масаха в пэ де-рош, находящегося там, в хазе, на котором и совершается зивуг (что составляет тайну атерет Есод де-Има, протянувшейся до этого места). А ты ведь уже знаешь, что в мире Исправления масах поднялся из кли Малхут и закрепился в атерет Есод. Поэтому силой зивуга прямого света на масах атерет Есод де-Има, облаченный в хазе де-ЗА, поднимается отраженный свет, открывающий стенки Имы, и эти масахим раскалываются. Ведь вся причина ее закрытия от света хохма заключалась в стремлении к свету хасадим, который теперь в изобилии поступает к ней снизу вверх. И потому Бина де-ЗА соединяется с Хохмой де-ЗА и принимает свет хохма, как подробно говорилось выше: ведь отраженный свет облачается в эти ахораим, раскрывшиеся под его действием, и потому сам превращается в свет хохма. И выше уже объяснялось, что от хазе и ниже отраженный свет изливается и спускается открыто, не имея ахораим де-Има для своего облачения, поскольку они уже прервались на месте хазе. В этом тайна углубления и отверстия на месте хазе меж сосцами ЗА: там заметно прекращение атерет Есод де-Има, где оканчивается ее наполнение во внутренней части ЗА, и потому оттуда и ниже остаются лишь хасадим и гвурот, то есть свет хасадим. И все же, поскольку они нисходят из атерет Есод де-Има сверху вниз, в них, во всяком случае, присутствует единение Хохмы и внизу, на их месте: ведь все, что есть в ХАГАТ, есть и в НЕХИ. А поскольку корневые хасадим и гвурот, находящиеся от хазе и выше в ХАГАТ, превратились в Хохму, то и в их распространении от хазе и ниже также присутствует свойство единения со светом хохма. И в этом тайна частного владения (ршут а-яхид): главное здесь относится к упомянутым разрозненным НЕХИ, которые благодаря масаху в хазе де-ЗА объединились с ХАГАТ под действием тамошних хасадим и гвурот, превратившихся в свет хохма и сущности вследствие облачения в ахораим де-Има.</w:t>
      </w:r>
    </w:p>
    <w:p>
      <w:pPr>
        <w:spacing w:before="40" w:after="120"/>
        <w:jc w:val="both"/>
      </w:pPr>
      <w:r>
        <w:rPr>
          <w:rFonts w:ascii="Georgia" w:hAnsi="Georgia"/>
          <w:b w:val="0"/>
          <w:i w:val="0"/>
          <w:color w:val="000000"/>
          <w:sz w:val="24"/>
        </w:rPr>
        <w:t xml:space="preserve">Поэтому и НЕХИ считаются пребывающими в единении со светом хохма, как сказано. И в этом тайна стиха: </w:t>
      </w:r>
      <w:r>
        <w:rPr>
          <w:rFonts w:ascii="Georgia" w:hAnsi="Georgia"/>
          <w:b w:val="0"/>
          <w:i/>
          <w:color w:val="000000"/>
          <w:sz w:val="24"/>
        </w:rPr>
        <w:t>«Б-г одиноких селит в доме»</w:t>
      </w:r>
      <w:r>
        <w:rPr>
          <w:rFonts w:ascii="Georgia" w:hAnsi="Georgia"/>
          <w:b w:val="0"/>
          <w:i w:val="0"/>
          <w:color w:val="000000"/>
          <w:sz w:val="24"/>
        </w:rPr>
        <w:t xml:space="preserve"> (Теилим 68:7), что указывает на Есод де-Има, облачающийся в ЗА и делающий его частным владением, как сказано. Однако ниже границы НЕХИ де-ЗА, где уже находится основание Ацилута, представляющее собой масах второй стадии, отталкивающий свет хохма (как объяснялось в предыдущих ветвях), приходящие туда света хасадим отделились от света сущности и света хая. Они выделились из Ацилута, словно свеча, отделившаяся от факела, и обрели самостоятельное владение. Поэтому там возникает видимость двух владений: владение сущности, находящееся выше купола мира Брия, и владение света хасадим в мирах БЕА. И потому БЕА называются общественным владением (ршут а-рабим). Ведь вплоть до купола мира Брия здесь нет ничего, кроме света Эйн Соф, благословен Он (тайны света хая и сущности), а свет хасадим и гвурот полностью отменен, как свеча перед факелом, в тайне сказанного: «Он, Его жизненные силы и Его сосуды едины в них».</w:t>
      </w:r>
    </w:p>
    <w:p>
      <w:pPr>
        <w:spacing w:before="40" w:after="120"/>
        <w:jc w:val="both"/>
      </w:pPr>
      <w:r>
        <w:rPr>
          <w:rFonts w:ascii="Georgia" w:hAnsi="Georgia"/>
          <w:b w:val="0"/>
          <w:i w:val="0"/>
          <w:color w:val="000000"/>
          <w:sz w:val="24"/>
        </w:rPr>
        <w:t xml:space="preserve">Однако от границы Ацилута и ниже возникает самостоятельное владение и власть также и у света хасадим, что выглядит, упаси Б-г, как два владения, пойми это. И в этом тайна стиха: </w:t>
      </w:r>
      <w:r>
        <w:rPr>
          <w:rFonts w:ascii="Georgia" w:hAnsi="Georgia"/>
          <w:b w:val="0"/>
          <w:i/>
          <w:color w:val="000000"/>
          <w:sz w:val="24"/>
        </w:rPr>
        <w:t>«Шесть дней пусть делается работа, а в день седьмой да будет...»</w:t>
      </w:r>
      <w:r>
        <w:rPr>
          <w:rFonts w:ascii="Georgia" w:hAnsi="Georgia"/>
          <w:b w:val="0"/>
          <w:i w:val="0"/>
          <w:color w:val="000000"/>
          <w:sz w:val="24"/>
        </w:rPr>
        <w:t xml:space="preserve"> (Шмот 35:2). Ведь тайна работы — это хасадим и гвурот в БЕА, в соответствии со словами: «Он — ангел (</w:t>
      </w:r>
      <w:r>
        <w:rPr>
          <w:rFonts w:ascii="Georgia" w:hAnsi="Georgia"/>
          <w:b w:val="0"/>
          <w:i/>
          <w:color w:val="000000"/>
          <w:sz w:val="24"/>
        </w:rPr>
        <w:t>малах</w:t>
      </w:r>
      <w:r>
        <w:rPr>
          <w:rFonts w:ascii="Georgia" w:hAnsi="Georgia"/>
          <w:b w:val="0"/>
          <w:i w:val="0"/>
          <w:color w:val="000000"/>
          <w:sz w:val="24"/>
        </w:rPr>
        <w:t xml:space="preserve">, </w:t>
      </w:r>
      <w:r>
        <w:rPr>
          <w:rFonts w:ascii="Georgia" w:hAnsi="Georgia" w:cs="Times New Roman"/>
          <w:b/>
          <w:i w:val="0"/>
          <w:color w:val="000000"/>
          <w:sz w:val="24"/>
          <w:rtl/>
          <w:szCs w:val="32"/>
        </w:rPr>
        <w:t>מַלְאָךְ</w:t>
      </w:r>
      <w:r>
        <w:rPr>
          <w:rFonts w:ascii="Georgia" w:hAnsi="Georgia"/>
          <w:b w:val="0"/>
          <w:i w:val="0"/>
          <w:color w:val="000000"/>
          <w:sz w:val="24"/>
        </w:rPr>
        <w:t>), а она — работа (</w:t>
      </w:r>
      <w:r>
        <w:rPr>
          <w:rFonts w:ascii="Georgia" w:hAnsi="Georgia"/>
          <w:b w:val="0"/>
          <w:i/>
          <w:color w:val="000000"/>
          <w:sz w:val="24"/>
        </w:rPr>
        <w:t>млаха</w:t>
      </w:r>
      <w:r>
        <w:rPr>
          <w:rFonts w:ascii="Georgia" w:hAnsi="Georgia"/>
          <w:b w:val="0"/>
          <w:i w:val="0"/>
          <w:color w:val="000000"/>
          <w:sz w:val="24"/>
        </w:rPr>
        <w:t xml:space="preserve">, </w:t>
      </w:r>
      <w:r>
        <w:rPr>
          <w:rFonts w:ascii="Georgia" w:hAnsi="Georgia" w:cs="Times New Roman"/>
          <w:b/>
          <w:i w:val="0"/>
          <w:color w:val="000000"/>
          <w:sz w:val="24"/>
          <w:rtl/>
          <w:szCs w:val="32"/>
        </w:rPr>
        <w:t>מְלָאכָה</w:t>
      </w:r>
      <w:r>
        <w:rPr>
          <w:rFonts w:ascii="Georgia" w:hAnsi="Georgia"/>
          <w:b w:val="0"/>
          <w:i w:val="0"/>
          <w:color w:val="000000"/>
          <w:sz w:val="24"/>
        </w:rPr>
        <w:t>)», что указывает на нефеш и руах в БЕА, пребывающие в разделении, в общественном владении. И совершением будничных работ поднимают МАН из святых искр, упавших в БЕА во время разбиения келим. Ведь в будние дни Шхина находится в изгнании — то есть распространяется в общественном владении в мире разделения, чтобы благодаря ее особому свойству праведники могли поднимать МАН.</w:t>
      </w:r>
    </w:p>
    <w:p>
      <w:pPr>
        <w:spacing w:before="40" w:after="120"/>
        <w:jc w:val="both"/>
      </w:pPr>
      <w:r>
        <w:rPr>
          <w:rFonts w:ascii="Georgia" w:hAnsi="Georgia"/>
          <w:b w:val="0"/>
          <w:i w:val="0"/>
          <w:color w:val="000000"/>
          <w:sz w:val="24"/>
        </w:rPr>
        <w:t xml:space="preserve">Однако в седьмой день — </w:t>
      </w:r>
      <w:r>
        <w:rPr>
          <w:rFonts w:ascii="Georgia" w:hAnsi="Georgia"/>
          <w:b w:val="0"/>
          <w:i/>
          <w:color w:val="000000"/>
          <w:sz w:val="24"/>
        </w:rPr>
        <w:t>«суббота Г-споду, Б-гу твоему»</w:t>
      </w:r>
      <w:r>
        <w:rPr>
          <w:rFonts w:ascii="Georgia" w:hAnsi="Georgia"/>
          <w:b w:val="0"/>
          <w:i w:val="0"/>
          <w:color w:val="000000"/>
          <w:sz w:val="24"/>
        </w:rPr>
        <w:t xml:space="preserve"> (Шмот 20:10), ведь святая Шхина поднимается в Ацилут, в частное владение. И потому выносящий из частного владения в общественное вызывает распространение искр святой Шхины, которые уже были выяснены и поднялись в частное владение, а теперь он вновь опускает их в общественное владение, упаси Б-г. А вносящий из общественного владения в частное заставляет святую Шхину спуститься к отходам (сигим), чтобы производить выяснения и поднимать их оттуда в Ацилут, являющийся частным владением. И это связано с запретом 39 видов работы, низводящим святую Шхину на уровень работы, как в будни, пойми это. И сказанного в этом месте достаточно, а в своем месте все это с Б-жьей помощью будет объяснено подробно.</w:t>
      </w:r>
    </w:p>
    <w:p>
      <w:r>
        <w:br w:type="page"/>
      </w:r>
    </w:p>
    <w:p>
      <w:pPr>
        <w:keepNext/>
        <w:spacing w:before="360" w:after="160"/>
        <w:jc w:val="center"/>
      </w:pPr>
      <w:r>
        <w:rPr>
          <w:rFonts w:ascii="Georgia" w:hAnsi="Georgia"/>
          <w:b w:val="0"/>
          <w:i w:val="0"/>
          <w:color w:val="000000"/>
          <w:sz w:val="40"/>
        </w:rPr>
        <w:t>Ветвь 30</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После того как мы кратко объяснили суть исправления, вернемся к последовательному разъяснению упомянутых выше ступеней: «спиной к спине» (ахор бе-ахор), «спиной к лицу» (ахор бе-паним), «лицом к спине» (паним бе-ахор) и «лицом к лицу» (паним бе-паним).</w:t>
      </w:r>
    </w:p>
    <w:p>
      <w:pPr>
        <w:spacing w:before="40" w:after="120"/>
        <w:jc w:val="both"/>
      </w:pPr>
      <w:r>
        <w:rPr>
          <w:rFonts w:ascii="Georgia" w:hAnsi="Georgia"/>
          <w:b w:val="0"/>
          <w:i w:val="0"/>
          <w:color w:val="000000"/>
          <w:sz w:val="24"/>
        </w:rPr>
        <w:t>Прежде чем в [мире] Ацилут началось какое бы то ни было исправление — даже в Атик Йомин, — когда света Аба ве-Има вышли и вошли в свои келим, пребывая еще в виде точек (некудот), как сказано выше, они находились [в положении] ахор бе-ахор. Дело в том, что Аба ве-Има стоят по двум сторонам АА (Арих Анпина): один — в его Хеседе, а другая — в его Гвуре. И когда Аба ве-Има находятся [в положении] паним бе-паним, свет лица АА спускается и протягивается прямо посередине, между лицом Аба и лицом Имы, и освещает лица обоих.</w:t>
      </w:r>
    </w:p>
    <w:p>
      <w:pPr>
        <w:spacing w:before="40" w:after="120"/>
        <w:jc w:val="both"/>
      </w:pPr>
      <w:r>
        <w:rPr>
          <w:rFonts w:ascii="Georgia" w:hAnsi="Georgia"/>
          <w:b w:val="0"/>
          <w:i w:val="0"/>
          <w:color w:val="000000"/>
          <w:sz w:val="24"/>
        </w:rPr>
        <w:t>2) Пока они пребывали в виде точки без исправления, это, как мы уже объясняли, привело к разбиению сосудов (швират а-келим). Ведь пока не было никакого исправления, свет приходил без экранов (масахим), а огромные света без экранов келим не в силах принять и потому аннулируются. После же исправления свет приходит уменьшенным через экраны, и нижние келим тоже могут его выдержать.</w:t>
      </w:r>
    </w:p>
    <w:p>
      <w:pPr>
        <w:spacing w:before="40" w:after="120"/>
        <w:jc w:val="both"/>
      </w:pPr>
      <w:r>
        <w:rPr>
          <w:rFonts w:ascii="Georgia" w:hAnsi="Georgia"/>
          <w:b w:val="0"/>
          <w:i w:val="0"/>
          <w:color w:val="000000"/>
          <w:sz w:val="24"/>
        </w:rPr>
        <w:t>Пока не было никакого исправления даже в Атике, свет был огромен и обилен, без всяких экранов. Из-за этого, если бы Аба ве-Има находились паним бе-паним, то при распространении света лица АА между ними через его хазе, как сказано выше, они вовсе не смогли бы его принять. Ведь свойство лица чище, светлее и тоньше задней стороны (ахораим), и свет глубоко проникал бы внутрь них. Принять его было бы совершенно невозможно: они разбились бы и тоже упали вниз, подобно тому как это произошло с ЗОН, и в них наступила бы подлинная смерть, не дай Б-г. Поэтому они остались [в положении] ахор бе-ахор.</w:t>
      </w:r>
    </w:p>
    <w:p>
      <w:pPr>
        <w:spacing w:before="40" w:after="120"/>
        <w:jc w:val="both"/>
      </w:pPr>
      <w:r>
        <w:rPr>
          <w:rFonts w:ascii="Georgia" w:hAnsi="Georgia"/>
          <w:b w:val="0"/>
          <w:i w:val="0"/>
          <w:color w:val="000000"/>
          <w:sz w:val="24"/>
        </w:rPr>
        <w:t>3) И тогда, когда свет лица АА шел через его хазе, спускаясь и проникая между двумя ахораим Аба ве-Има, которые гораздо грубее и плотнее стороны лица, этот свет не проникал в них слишком глубоко. Ведь он предельно духовен, а они темны и плотны, поэтому в них входит лишь немного света, и они способны его принять.</w:t>
      </w:r>
    </w:p>
    <w:p>
      <w:pPr>
        <w:spacing w:before="40" w:after="120"/>
        <w:jc w:val="both"/>
      </w:pPr>
      <w:r>
        <w:rPr>
          <w:rFonts w:ascii="Georgia" w:hAnsi="Georgia"/>
          <w:b w:val="0"/>
          <w:i w:val="0"/>
          <w:color w:val="000000"/>
          <w:sz w:val="24"/>
        </w:rPr>
        <w:t>4) Поэтому вначале Аба ве-Има стояли ахор бе-ахор и благодаря этому не умерли, в отличие от остальных мелахим, которые умерли по-настоящему и упали в мир Брия.</w:t>
      </w:r>
    </w:p>
    <w:p>
      <w:pPr>
        <w:spacing w:before="40" w:after="120"/>
        <w:jc w:val="both"/>
      </w:pPr>
      <w:r>
        <w:rPr>
          <w:rFonts w:ascii="Georgia" w:hAnsi="Georgia"/>
          <w:b w:val="0"/>
          <w:i w:val="0"/>
          <w:color w:val="000000"/>
          <w:sz w:val="24"/>
        </w:rPr>
        <w:t>Однако их ахораим — те, что не смогли принять высший свет даже в положении ахор бе-ахор, — аннулировались. Келим этих их ахораим опустились вниз и остались в мире Ацилут, на том месте, где находилась Нуква де-ЗА на уровне кли своей точки, как известно и как объяснялось: все десять келим вышли прежде, чем вышли света. И смотри выше, когда именно разбились ахораим де-Аба ве-Има, ведь там это разъяснено подробно.</w:t>
      </w:r>
    </w:p>
    <w:p>
      <w:pPr>
        <w:spacing w:before="40" w:after="120"/>
        <w:jc w:val="both"/>
      </w:pPr>
      <w:r>
        <w:rPr>
          <w:rFonts w:ascii="Georgia" w:hAnsi="Georgia"/>
          <w:b w:val="0"/>
          <w:i w:val="0"/>
          <w:color w:val="000000"/>
          <w:sz w:val="24"/>
        </w:rPr>
        <w:t>5) И вот, когда эти ахораим опустились, ахораим де-Аба опустились, включая в себя десять сфирот, и ахораим де-Има также опустились, включая в себя десять сфирот. Ахораим де-Аба опустились, упали и встали напротив лица Нуквы де-ЗА, а ахораим де-Има тоже опустились, упали и встали напротив ахораим Нуквы де-ЗА. Сама же она осталась стоять посередине: эти сзади (бе-ахор), а те спереди (бе-паним). Аба ве-Има же остались ахор бе-ахор.</w:t>
      </w:r>
    </w:p>
    <w:p>
      <w:pPr>
        <w:spacing w:before="40" w:after="120"/>
        <w:jc w:val="both"/>
      </w:pPr>
      <w:r>
        <w:rPr>
          <w:rFonts w:ascii="Georgia" w:hAnsi="Georgia"/>
          <w:b w:val="0"/>
          <w:i w:val="0"/>
          <w:color w:val="000000"/>
          <w:sz w:val="24"/>
        </w:rPr>
        <w:t xml:space="preserve">6) Получается, что келим мелахим де-ЗОН, разбившись, умерли по-настоящему и упали в мир Брия — на место клипот, представляющих собой смерть, как известно по смыслу стиха: </w:t>
      </w:r>
      <w:r>
        <w:rPr>
          <w:rFonts w:ascii="Georgia" w:hAnsi="Georgia"/>
          <w:b w:val="0"/>
          <w:i/>
          <w:color w:val="000000"/>
          <w:sz w:val="24"/>
        </w:rPr>
        <w:t>«Поглощена будет смерть навеки…»</w:t>
      </w:r>
      <w:r>
        <w:rPr>
          <w:rFonts w:ascii="Georgia" w:hAnsi="Georgia"/>
          <w:b w:val="0"/>
          <w:i w:val="0"/>
          <w:color w:val="000000"/>
          <w:sz w:val="24"/>
        </w:rPr>
        <w:t xml:space="preserve"> (Йешаяу 25:8), то есть клипот. Но опускание ахораим де-Аба ве-Има называется лишь утратой их величия, поскольку они сошли со своей высшей ступени, на которой находились в качестве ахораим де-Аба ве-Има, и оказались внизу, на месте Нуквы де-ЗА в Ацилуте.</w:t>
      </w:r>
    </w:p>
    <w:p>
      <w:pPr>
        <w:spacing w:before="40" w:after="120"/>
        <w:jc w:val="both"/>
      </w:pPr>
      <w:r>
        <w:rPr>
          <w:rFonts w:ascii="Georgia" w:hAnsi="Georgia"/>
          <w:b w:val="0"/>
          <w:i w:val="0"/>
          <w:color w:val="000000"/>
          <w:sz w:val="24"/>
        </w:rPr>
        <w:t xml:space="preserve">Таким образом, изначально эти ахораим назывались подлинными мелахим, а сойдя вниз, стали сарим (князьями). В этом и заключается смысл стиха: </w:t>
      </w:r>
      <w:r>
        <w:rPr>
          <w:rFonts w:ascii="Georgia" w:hAnsi="Georgia"/>
          <w:b w:val="0"/>
          <w:i/>
          <w:color w:val="000000"/>
          <w:sz w:val="24"/>
        </w:rPr>
        <w:t>«Ибо скажет он: „Разве князья мои не все цари?“»</w:t>
      </w:r>
      <w:r>
        <w:rPr>
          <w:rFonts w:ascii="Georgia" w:hAnsi="Georgia"/>
          <w:b w:val="0"/>
          <w:i w:val="0"/>
          <w:color w:val="000000"/>
          <w:sz w:val="24"/>
        </w:rPr>
        <w:t xml:space="preserve"> (Йешаяу 10:8). Ведь те, кто назван «князьями» (сарим), пребывая внизу на месте Нуквы де-ЗА, прежде, находясь наверху, были мелахим. И как будет сказано с Б-жьей помощью, из этих ахораим сформировались и были исправлены свойства Яакова и Леи. Нуква де-ЗА называется Рахель, а он сам — Исраэль. И вот, Сара (</w:t>
      </w:r>
      <w:r>
        <w:rPr>
          <w:rFonts w:ascii="Georgia" w:hAnsi="Georgia" w:cs="Times New Roman"/>
          <w:b/>
          <w:i w:val="0"/>
          <w:color w:val="000000"/>
          <w:sz w:val="24"/>
          <w:rtl/>
          <w:szCs w:val="32"/>
        </w:rPr>
        <w:t>שָׂרָה</w:t>
      </w:r>
      <w:r>
        <w:rPr>
          <w:rFonts w:ascii="Georgia" w:hAnsi="Georgia"/>
          <w:b w:val="0"/>
          <w:i w:val="0"/>
          <w:color w:val="000000"/>
          <w:sz w:val="24"/>
        </w:rPr>
        <w:t>) — это Рахель, а Сарай (</w:t>
      </w:r>
      <w:r>
        <w:rPr>
          <w:rFonts w:ascii="Georgia" w:hAnsi="Georgia" w:cs="Times New Roman"/>
          <w:b/>
          <w:i w:val="0"/>
          <w:color w:val="000000"/>
          <w:sz w:val="24"/>
          <w:rtl/>
          <w:szCs w:val="32"/>
        </w:rPr>
        <w:t>שָׂרַי</w:t>
      </w:r>
      <w:r>
        <w:rPr>
          <w:rFonts w:ascii="Georgia" w:hAnsi="Georgia"/>
          <w:b w:val="0"/>
          <w:i w:val="0"/>
          <w:color w:val="000000"/>
          <w:sz w:val="24"/>
        </w:rPr>
        <w:t xml:space="preserve">), жена Аврама, относится к Лее. В этом и кроется смысл слов </w:t>
      </w:r>
      <w:r>
        <w:rPr>
          <w:rFonts w:ascii="Georgia" w:hAnsi="Georgia"/>
          <w:b w:val="0"/>
          <w:i/>
          <w:color w:val="000000"/>
          <w:sz w:val="24"/>
        </w:rPr>
        <w:t>а-ло сарай</w:t>
      </w:r>
      <w:r>
        <w:rPr>
          <w:rFonts w:ascii="Georgia" w:hAnsi="Georgia"/>
          <w:b w:val="0"/>
          <w:i w:val="0"/>
          <w:color w:val="000000"/>
          <w:sz w:val="24"/>
        </w:rPr>
        <w:t xml:space="preserve">: буквы слова </w:t>
      </w:r>
      <w:r>
        <w:rPr>
          <w:rFonts w:ascii="Georgia" w:hAnsi="Georgia"/>
          <w:b w:val="0"/>
          <w:i/>
          <w:color w:val="000000"/>
          <w:sz w:val="24"/>
        </w:rPr>
        <w:t>а-ло</w:t>
      </w:r>
      <w:r>
        <w:rPr>
          <w:rFonts w:ascii="Georgia" w:hAnsi="Georgia"/>
          <w:b w:val="0"/>
          <w:i w:val="0"/>
          <w:color w:val="000000"/>
          <w:sz w:val="24"/>
        </w:rPr>
        <w:t xml:space="preserve"> (</w:t>
      </w:r>
      <w:r>
        <w:rPr>
          <w:rFonts w:ascii="Georgia" w:hAnsi="Georgia" w:cs="Times New Roman"/>
          <w:b/>
          <w:i w:val="0"/>
          <w:color w:val="000000"/>
          <w:sz w:val="24"/>
          <w:rtl/>
          <w:szCs w:val="32"/>
        </w:rPr>
        <w:t>הֲלֹא</w:t>
      </w:r>
      <w:r>
        <w:rPr>
          <w:rFonts w:ascii="Georgia" w:hAnsi="Georgia"/>
          <w:b w:val="0"/>
          <w:i w:val="0"/>
          <w:color w:val="000000"/>
          <w:sz w:val="24"/>
        </w:rPr>
        <w:t xml:space="preserve">) — те же, что составляют имя </w:t>
      </w:r>
      <w:r>
        <w:rPr>
          <w:rFonts w:ascii="Georgia" w:hAnsi="Georgia"/>
          <w:b w:val="0"/>
          <w:i/>
          <w:color w:val="000000"/>
          <w:sz w:val="24"/>
        </w:rPr>
        <w:t>Лея</w:t>
      </w:r>
      <w:r>
        <w:rPr>
          <w:rFonts w:ascii="Georgia" w:hAnsi="Georgia"/>
          <w:b w:val="0"/>
          <w:i w:val="0"/>
          <w:color w:val="000000"/>
          <w:sz w:val="24"/>
        </w:rPr>
        <w:t xml:space="preserve"> (</w:t>
      </w:r>
      <w:r>
        <w:rPr>
          <w:rFonts w:ascii="Georgia" w:hAnsi="Georgia" w:cs="Times New Roman"/>
          <w:b/>
          <w:i w:val="0"/>
          <w:color w:val="000000"/>
          <w:sz w:val="24"/>
          <w:rtl/>
          <w:szCs w:val="32"/>
        </w:rPr>
        <w:t>לֵאָה</w:t>
      </w:r>
      <w:r>
        <w:rPr>
          <w:rFonts w:ascii="Georgia" w:hAnsi="Georgia"/>
          <w:b w:val="0"/>
          <w:i w:val="0"/>
          <w:color w:val="000000"/>
          <w:sz w:val="24"/>
        </w:rPr>
        <w:t>), ведь из этих сарим образовалась Лея, как подробно с Б-жьей помощью будет объяснено ниже.</w:t>
      </w:r>
    </w:p>
    <w:p>
      <w:pPr>
        <w:spacing w:before="40" w:after="120"/>
        <w:jc w:val="both"/>
      </w:pPr>
      <w:r>
        <w:rPr>
          <w:rFonts w:ascii="Georgia" w:hAnsi="Georgia"/>
          <w:b w:val="0"/>
          <w:i w:val="0"/>
          <w:color w:val="000000"/>
          <w:sz w:val="24"/>
        </w:rPr>
        <w:t>7) Когда же Атик первым из всех начал исправляться (ведь он — высшая голова из трех голов, упомянутых в начале «Идра Зута», которые все три были включены в одну точку из тех десяти точек, как сказано выше; а известно, что, исправившись, он стал законченным парцуфом из десяти сфирот), итак, когда Атик Йомин начал исправляться и у него сформировалась голова, его ГАР исправились вначале вместе — КАХАБ в нем, составляющие в совокупности голову Атика. Эту ступень головы в «Идра Зута» назвали «высшая неизвестная голова» (</w:t>
      </w:r>
      <w:r>
        <w:rPr>
          <w:rFonts w:ascii="Georgia" w:hAnsi="Georgia"/>
          <w:b w:val="0"/>
          <w:i/>
          <w:color w:val="000000"/>
          <w:sz w:val="24"/>
        </w:rPr>
        <w:t>риша илаа де-ла итъяда</w:t>
      </w:r>
      <w:r>
        <w:rPr>
          <w:rFonts w:ascii="Georgia" w:hAnsi="Georgia"/>
          <w:b w:val="0"/>
          <w:i w:val="0"/>
          <w:color w:val="000000"/>
          <w:sz w:val="24"/>
        </w:rPr>
        <w:t>).</w:t>
      </w:r>
    </w:p>
    <w:p>
      <w:pPr>
        <w:spacing w:before="40" w:after="120"/>
        <w:jc w:val="both"/>
      </w:pPr>
      <w:r>
        <w:rPr>
          <w:rFonts w:ascii="Georgia" w:hAnsi="Georgia"/>
          <w:b w:val="0"/>
          <w:i w:val="0"/>
          <w:color w:val="000000"/>
          <w:sz w:val="24"/>
        </w:rPr>
        <w:t>Смысл в том, что ГАР парцуфа Атик совершенно не облачаются и не скрываются внутри АА, а остаются открытыми, поскольку тот не способен постичь и облачить их. Поэтому эта голова называется Радла.</w:t>
      </w:r>
    </w:p>
    <w:p>
      <w:pPr>
        <w:spacing w:before="40" w:after="120"/>
        <w:jc w:val="both"/>
      </w:pPr>
      <w:r>
        <w:rPr>
          <w:rFonts w:ascii="Georgia" w:hAnsi="Georgia"/>
          <w:b w:val="0"/>
          <w:i w:val="0"/>
          <w:color w:val="000000"/>
          <w:sz w:val="24"/>
        </w:rPr>
        <w:t>Однако ЗАТ в нем — тайный смысл семи дней — облачаются внутрь АА, как известно, поскольку тот имеет в них некоторое постижение. И именно эти его ЗАТ называются Атик Йомин («Древний Днями»), то есть Атик уровня ЗАТ, именуемых «семью днями древности» (</w:t>
      </w:r>
      <w:r>
        <w:rPr>
          <w:rFonts w:ascii="Georgia" w:hAnsi="Georgia"/>
          <w:b w:val="0"/>
          <w:i/>
          <w:color w:val="000000"/>
          <w:sz w:val="24"/>
        </w:rPr>
        <w:t>шивъат йемей кедем</w:t>
      </w:r>
      <w:r>
        <w:rPr>
          <w:rFonts w:ascii="Georgia" w:hAnsi="Georgia"/>
          <w:b w:val="0"/>
          <w:i w:val="0"/>
          <w:color w:val="000000"/>
          <w:sz w:val="24"/>
        </w:rPr>
        <w:t>), как известно, и в них есть некоторое постижение и знание.</w:t>
      </w:r>
    </w:p>
    <w:p>
      <w:pPr>
        <w:spacing w:before="40" w:after="120"/>
        <w:jc w:val="both"/>
      </w:pPr>
      <w:r>
        <w:rPr>
          <w:rFonts w:ascii="Georgia" w:hAnsi="Georgia"/>
          <w:b w:val="0"/>
          <w:i w:val="0"/>
          <w:color w:val="000000"/>
          <w:sz w:val="24"/>
        </w:rPr>
        <w:t>8) После того как исправилась голова Атика, как сказано выше, свет немного уменьшился благодаря голове Атика, которая исправилась и стала парцуфом, и высший свет проходит через эти экраны.</w:t>
      </w:r>
    </w:p>
    <w:p>
      <w:pPr>
        <w:spacing w:before="40" w:after="120"/>
        <w:jc w:val="both"/>
      </w:pPr>
      <w:r>
        <w:rPr>
          <w:rFonts w:ascii="Georgia" w:hAnsi="Georgia"/>
          <w:b w:val="0"/>
          <w:i w:val="0"/>
          <w:color w:val="000000"/>
          <w:sz w:val="24"/>
        </w:rPr>
        <w:t>И теперь у Аба есть сила принять высший свет даже через свое лицо, поскольку он — мужское начало и милосердие. Однако Има, будучи женским началом и судами, все еще не имеет силы принять высший свет через свое лицо, а только сзади.</w:t>
      </w:r>
    </w:p>
    <w:p>
      <w:pPr>
        <w:spacing w:before="40" w:after="120"/>
        <w:jc w:val="both"/>
      </w:pPr>
      <w:r>
        <w:rPr>
          <w:rFonts w:ascii="Georgia" w:hAnsi="Georgia"/>
          <w:b w:val="0"/>
          <w:i w:val="0"/>
          <w:color w:val="000000"/>
          <w:sz w:val="24"/>
        </w:rPr>
        <w:t>Поэтому Аба обратил тогда свое лицо к месту хазе де-АА и принимал высший свет через лицо, а Има осталась в прежнем положении. И получается, что теперь Аба ве-Има стоят [в положении] «лицом к спине» (паним бе-ахор), то есть на третьей ступени, миновав вторую ступень — «спиной к лицу» (ахор бе-паним), — и сразу поднялись на достоинство третьей ступени, каковой является паним бе-ахор.</w:t>
      </w:r>
    </w:p>
    <w:p>
      <w:pPr>
        <w:spacing w:before="40" w:after="120"/>
        <w:jc w:val="both"/>
      </w:pPr>
      <w:r>
        <w:rPr>
          <w:rFonts w:ascii="Georgia" w:hAnsi="Georgia"/>
          <w:b w:val="0"/>
          <w:i w:val="0"/>
          <w:color w:val="000000"/>
          <w:sz w:val="24"/>
        </w:rPr>
        <w:t>9) Причина же в том, что поскольку ХУБ в голове Атик Йомин исправились одновременно, и ни один из них ничуть не опередил другого, то и в Аба ве-Има, которые, как известно, представляют собой ХУБ, произошли два исправления вместе. Ведь вначале они находились на первой ступени — ахор бе-ахор, — и тотчас поднялись сразу на две ступени, оказавшись [в положении] паним бе-ахор, являющемся третьей ступенью достоинства, как сказано выше.</w:t>
      </w:r>
    </w:p>
    <w:p>
      <w:pPr>
        <w:spacing w:before="40" w:after="120"/>
        <w:jc w:val="both"/>
      </w:pPr>
      <w:r>
        <w:rPr>
          <w:rFonts w:ascii="Georgia" w:hAnsi="Georgia"/>
          <w:b w:val="0"/>
          <w:i w:val="0"/>
          <w:color w:val="000000"/>
          <w:sz w:val="24"/>
        </w:rPr>
        <w:t>10) И разумеется, ясно, что свет, протягивающийся от Аба к Име, — будь то в положении паним бе-паним или в положении паним бе-ахор, — всегда исходит от десяти сфирот в нем одинаково, поскольку Аба на обеих ступенях всегда обращен лицом, как сказано выше.</w:t>
      </w:r>
    </w:p>
    <w:p>
      <w:pPr>
        <w:spacing w:before="40" w:after="120"/>
        <w:jc w:val="both"/>
      </w:pPr>
      <w:r>
        <w:rPr>
          <w:rFonts w:ascii="Georgia" w:hAnsi="Georgia"/>
          <w:b w:val="0"/>
          <w:i w:val="0"/>
          <w:color w:val="000000"/>
          <w:sz w:val="24"/>
        </w:rPr>
        <w:t>Различие же [происходит со стороны] Имы. Ведь когда она вместе с Аба находится [в положении] паним бе-паним, то свечение, приходящее к ней от десяти сфирот де-Аба, она сначала принимает своим лицом. И там эти света светят главным образом, а затем оставшиеся света идут к ее ахораим и светят в них, причем [к ахораим доходит] менее одной сотой части света, ведь почти весь он отдается ее лицу.</w:t>
      </w:r>
    </w:p>
    <w:p>
      <w:pPr>
        <w:spacing w:before="40" w:after="120"/>
        <w:jc w:val="both"/>
      </w:pPr>
      <w:r>
        <w:rPr>
          <w:rFonts w:ascii="Georgia" w:hAnsi="Georgia"/>
          <w:b w:val="0"/>
          <w:i w:val="0"/>
          <w:color w:val="000000"/>
          <w:sz w:val="24"/>
        </w:rPr>
        <w:t>Но когда ее ахораим обращены к лицу Аба, хотя само свечение не меняется, как сказано выше (ведь и сейчас оно исходит через его лицо), тем не менее эти света светят главным образом в ее ахораим. И хотя они плотны и грубы, все же то свечение, которое они принимают — малое или великое, — в основе своей отдается ее ахораим, а остатки светят в ее лице.</w:t>
      </w:r>
    </w:p>
    <w:p>
      <w:pPr>
        <w:spacing w:before="40" w:after="120"/>
        <w:jc w:val="both"/>
      </w:pPr>
      <w:r>
        <w:rPr>
          <w:rFonts w:ascii="Georgia" w:hAnsi="Georgia"/>
          <w:b w:val="0"/>
          <w:i w:val="0"/>
          <w:color w:val="000000"/>
          <w:sz w:val="24"/>
        </w:rPr>
        <w:t>11) Получается, что когда Има находится в [положении] паним бе-паним с Аба, ее лицо выигрывает больше, чем ахораим. Когда же ахораим Имы обращены к лицу Аба, ахораим выигрывают очень много: ведь теперь в ее ахораим светит само лицо Аба, и они подслащиваются значительно сильнее, чем когда она находилась [в положении] паним бе-паним. Лицо же теперь находится в худшем положении.</w:t>
      </w:r>
    </w:p>
    <w:p>
      <w:pPr>
        <w:spacing w:before="40" w:after="120"/>
        <w:jc w:val="both"/>
      </w:pPr>
      <w:r>
        <w:rPr>
          <w:rFonts w:ascii="Georgia" w:hAnsi="Georgia"/>
          <w:b w:val="0"/>
          <w:i w:val="0"/>
          <w:color w:val="000000"/>
          <w:sz w:val="24"/>
        </w:rPr>
        <w:t>12) Таким образом, теперь ахораим де-Има подсластились и получили дополнительное исправление по сравнению с ахораим де-Аба. Ведь в ахораим де-Аба не светит свет высших по отношению к ним лиц, как это происходит с ахораим де-Има. Однако в аспекте лица у Аба есть преимущество перед Имой: ведь лицо Аба обладало силой принять высший свет, а лицо Имы не обладало силой его принять, и она осталась в состоянии паним бе-ахор.</w:t>
      </w:r>
    </w:p>
    <w:p>
      <w:pPr>
        <w:spacing w:before="40" w:after="120"/>
        <w:jc w:val="both"/>
      </w:pPr>
      <w:r>
        <w:rPr>
          <w:rFonts w:ascii="Georgia" w:hAnsi="Georgia"/>
          <w:b w:val="0"/>
          <w:i w:val="0"/>
          <w:color w:val="000000"/>
          <w:sz w:val="24"/>
        </w:rPr>
        <w:t>13) И различие этих двух аспектов в Аба ве-Има — то, что в одном отношении преимущество и превосходство у Аба, а в другом отношении преимущество у Имы перед Аба, — вызвало другое различие относительно тех двух первых ахораим, которые вначале упали вниз и из которых образовались Яаков и Лея, как будет сказано ниже с Б-жьей помощью. И АА все еще пребывает в виде точки без исправления, а тем более все остальные, находящиеся под ним.</w:t>
      </w:r>
    </w:p>
    <w:p>
      <w:pPr>
        <w:spacing w:before="40" w:after="120"/>
        <w:jc w:val="both"/>
      </w:pPr>
      <w:r>
        <w:rPr>
          <w:rFonts w:ascii="Georgia" w:hAnsi="Georgia"/>
          <w:b w:val="0"/>
          <w:i w:val="0"/>
          <w:color w:val="000000"/>
          <w:sz w:val="24"/>
        </w:rPr>
        <w:t>14) Затем исправились Хесед и Гвура де-Атик Йомин, и тогда исправились также Кетер и Хохма де-АА — две нижние головы из трех голов, упомянутых в «Идра Зута». Причина этого в том, как мы объясняли: Хесед и Гвура де-Атик облачаются внутрь Кетера и Хохмы де-АА. Однако Бина де-АА все еще не исправилась вместе с ними. И в этом заключается одно различие между Атиком и АА: в Атике все его ГАР исправились вместе, а в АА исправились вместе только первые две [сфиры].</w:t>
      </w:r>
    </w:p>
    <w:p>
      <w:pPr>
        <w:spacing w:before="40" w:after="120"/>
        <w:jc w:val="both"/>
      </w:pPr>
      <w:r>
        <w:rPr>
          <w:rFonts w:ascii="Georgia" w:hAnsi="Georgia"/>
          <w:b w:val="0"/>
          <w:i w:val="0"/>
          <w:color w:val="000000"/>
          <w:sz w:val="24"/>
        </w:rPr>
        <w:t>Причина этого станет ясна из предисловия, которое мы сейчас приведем: существует одно отличие между парцуфом АА и всеми остальными парцуфим [мира] Ацилут.</w:t>
      </w:r>
    </w:p>
    <w:p>
      <w:pPr>
        <w:spacing w:before="40" w:after="120"/>
        <w:jc w:val="both"/>
      </w:pPr>
      <w:r>
        <w:rPr>
          <w:rFonts w:ascii="Georgia" w:hAnsi="Georgia"/>
          <w:b w:val="0"/>
          <w:i w:val="0"/>
          <w:color w:val="000000"/>
          <w:sz w:val="24"/>
        </w:rPr>
        <w:t>15) Дело в том, что в каждом парцуфе — Атике, Аба ве-Има и ЗОН — в голове есть ГАР, представляющие собой КАХАБ данного парцуфа. Но в парцуфе АА в его голове есть только Кетер и Хохма. Кетер называется Гальгальта де-АА, а Хохма — скрытый мозг (</w:t>
      </w:r>
      <w:r>
        <w:rPr>
          <w:rFonts w:ascii="Georgia" w:hAnsi="Georgia"/>
          <w:b w:val="0"/>
          <w:i/>
          <w:color w:val="000000"/>
          <w:sz w:val="24"/>
        </w:rPr>
        <w:t>моха стимаа</w:t>
      </w:r>
      <w:r>
        <w:rPr>
          <w:rFonts w:ascii="Georgia" w:hAnsi="Georgia"/>
          <w:b w:val="0"/>
          <w:i w:val="0"/>
          <w:color w:val="000000"/>
          <w:sz w:val="24"/>
        </w:rPr>
        <w:t>) в нем.</w:t>
      </w:r>
    </w:p>
    <w:p>
      <w:pPr>
        <w:spacing w:before="40" w:after="120"/>
        <w:jc w:val="both"/>
      </w:pPr>
      <w:r>
        <w:rPr>
          <w:rFonts w:ascii="Georgia" w:hAnsi="Georgia"/>
          <w:b w:val="0"/>
          <w:i w:val="0"/>
          <w:color w:val="000000"/>
          <w:sz w:val="24"/>
        </w:rPr>
        <w:t>И теперь ты поймешь, почему в «Идра Зута» упоминаются три головы: первая — голова Атика, и две головы АА, представляющие собой высшие Кетер и Хохму, — и почему там не упомянута Бина де-АА, ведь тогда получилось бы четыре головы.</w:t>
      </w:r>
    </w:p>
    <w:p>
      <w:pPr>
        <w:spacing w:before="40" w:after="120"/>
        <w:jc w:val="both"/>
      </w:pPr>
      <w:r>
        <w:rPr>
          <w:rFonts w:ascii="Georgia" w:hAnsi="Georgia"/>
          <w:b w:val="0"/>
          <w:i w:val="0"/>
          <w:color w:val="000000"/>
          <w:sz w:val="24"/>
        </w:rPr>
        <w:t>Причина в том, что хотя в голове Атик Йомин есть ГАР, все же из-за их крайней скрытости она называется одной отдельной головой, а также в целом именуется Радла. Кетер же и Хохма в голове АА считаются двумя [головами] из-за их большей раскрытости по сравнению с высшей головой. И вот они — три головы (ведь все они являются головами) в «Идра Зута».</w:t>
      </w:r>
    </w:p>
    <w:p>
      <w:pPr>
        <w:spacing w:before="40" w:after="120"/>
        <w:jc w:val="both"/>
      </w:pPr>
      <w:r>
        <w:rPr>
          <w:rFonts w:ascii="Georgia" w:hAnsi="Georgia"/>
          <w:b w:val="0"/>
          <w:i w:val="0"/>
          <w:color w:val="000000"/>
          <w:sz w:val="24"/>
        </w:rPr>
        <w:t>Бина же де-АА не смогла подняться и пребывать в его голове и осталась внизу, в горле (гарон) де-АА, и потому не называется головой.</w:t>
      </w:r>
    </w:p>
    <w:p>
      <w:pPr>
        <w:spacing w:before="40" w:after="120"/>
        <w:jc w:val="both"/>
      </w:pPr>
      <w:r>
        <w:rPr>
          <w:rFonts w:ascii="Georgia" w:hAnsi="Georgia"/>
          <w:b w:val="0"/>
          <w:i w:val="0"/>
          <w:color w:val="000000"/>
          <w:sz w:val="24"/>
        </w:rPr>
        <w:t>16) Причина ее опускания в горло, в отличие от остальных парцуфим, как сказано выше, заключается в том, что АА облачает Атика — его ЗАТ, как известно, — а свет Атик Йомин чрезвычайно велик. И у Бины де-АА нет сил принять свет Атика, находясь вблизи, в голове АА. Но опустившись вниз, в горло де-АА, и немного отдалившись, она смогла принять там свет Атик Йомин.</w:t>
      </w:r>
    </w:p>
    <w:p>
      <w:pPr>
        <w:spacing w:before="40" w:after="120"/>
        <w:jc w:val="both"/>
      </w:pPr>
      <w:r>
        <w:rPr>
          <w:rFonts w:ascii="Georgia" w:hAnsi="Georgia"/>
          <w:b w:val="0"/>
          <w:i w:val="0"/>
          <w:color w:val="000000"/>
          <w:sz w:val="24"/>
        </w:rPr>
        <w:t>В остальных же парцуфим свет Атик Йомин удален от них гораздо сильнее, поскольку АА облачает его и скрывает его свечение. Поэтому даже у Бины в каждом парцуфе есть способность и сила находиться вместе со своей подругой — Хохмой этого парцуфа, — им обеим вместе наверху, в голове этого парцуфа.</w:t>
      </w:r>
    </w:p>
    <w:p>
      <w:pPr>
        <w:spacing w:before="40" w:after="120"/>
        <w:jc w:val="both"/>
      </w:pPr>
      <w:r>
        <w:rPr>
          <w:rFonts w:ascii="Georgia" w:hAnsi="Georgia"/>
          <w:b w:val="0"/>
          <w:i w:val="0"/>
          <w:color w:val="000000"/>
          <w:sz w:val="24"/>
        </w:rPr>
        <w:t>17) Объяснив то, что исправилось в АА, объясним теперь то, что исправилось в Аба ве-Има: они поднялись на четвертую ступень — вновь соединились вместе паним бе-паним, хотя все еще пребывали в виде точек без исправления.</w:t>
      </w:r>
    </w:p>
    <w:p>
      <w:pPr>
        <w:spacing w:before="40" w:after="120"/>
        <w:jc w:val="both"/>
      </w:pPr>
      <w:r>
        <w:rPr>
          <w:rFonts w:ascii="Georgia" w:hAnsi="Georgia"/>
          <w:b w:val="0"/>
          <w:i w:val="0"/>
          <w:color w:val="000000"/>
          <w:sz w:val="24"/>
        </w:rPr>
        <w:t>Затем исправились НЕХИ де-Атик, и тогда же исправились ХАГАТ де-АА, а также начали исправляться две головы Аба ве-Има, каждая из которых включает в себя три упомянутые головы.</w:t>
      </w:r>
    </w:p>
    <w:p>
      <w:pPr>
        <w:spacing w:before="40" w:after="120"/>
        <w:jc w:val="both"/>
      </w:pPr>
      <w:r>
        <w:rPr>
          <w:rFonts w:ascii="Georgia" w:hAnsi="Georgia"/>
          <w:b w:val="0"/>
          <w:i w:val="0"/>
          <w:color w:val="000000"/>
          <w:sz w:val="24"/>
        </w:rPr>
        <w:t>Дело в том, как известно, что НЕХИ де-Атик облачаются внутрь ХАГАТ де-АА, а ХАГАТ де-АА — внутрь КАХАБ де-Аба ве-Има, и потому все эти ступени исправлялись вместе, одна за другой.</w:t>
      </w:r>
    </w:p>
    <w:p>
      <w:pPr>
        <w:spacing w:before="40" w:after="120"/>
        <w:jc w:val="both"/>
      </w:pPr>
      <w:r>
        <w:rPr>
          <w:rFonts w:ascii="Georgia" w:hAnsi="Georgia"/>
          <w:b w:val="0"/>
          <w:i w:val="0"/>
          <w:color w:val="000000"/>
          <w:sz w:val="24"/>
        </w:rPr>
        <w:t>Итак, разъяснен вопрос об Аба ве-Има: у них было только три ступени, а вторая ступень — ахор бе-паним — отсутствовала по названной выше причине.</w:t>
      </w:r>
    </w:p>
    <w:p>
      <w:pPr>
        <w:spacing w:before="40" w:after="120"/>
        <w:jc w:val="both"/>
      </w:pPr>
      <w:r>
        <w:rPr>
          <w:rFonts w:ascii="Georgia" w:hAnsi="Georgia"/>
          <w:b w:val="0"/>
          <w:i w:val="0"/>
          <w:color w:val="000000"/>
          <w:sz w:val="24"/>
        </w:rPr>
        <w:t>18) Теперь объясним, как это происходило с ЗОН, у которых были все упомянутые ступени, и вот их порядок. Как известно, ЗОН относятся к свойству НЕХИ де-АА, ведь там их место, как сказано выше. Поэтому они не получили никакого исправления и свечения, когда началось исправление высшей головы Атика, подобно Аба ве-Има, которые обратились тогда [в состояние] паним бе-ахор, как сказано выше. В ЗОН же исправление и свечение начались лишь тогда, когда началось исправление головы АА.</w:t>
      </w:r>
    </w:p>
    <w:p>
      <w:pPr>
        <w:spacing w:before="40" w:after="120"/>
        <w:jc w:val="both"/>
      </w:pPr>
      <w:r>
        <w:rPr>
          <w:rFonts w:ascii="Georgia" w:hAnsi="Georgia"/>
          <w:b w:val="0"/>
          <w:i w:val="0"/>
          <w:color w:val="000000"/>
          <w:sz w:val="24"/>
        </w:rPr>
        <w:t>19) Выше уже объяснялось, что в голове Атика его КАХАБ исправились вместе наверху, на месте головы, в отличие от АА, в котором вначале в голове исправились его Кетер и Хохма, а затем его Бина исправилась внизу, в горле. Поэтому у ЗОН добавилась вторая ступень, в отличие от Аба ве-Има.</w:t>
      </w:r>
    </w:p>
    <w:p>
      <w:pPr>
        <w:spacing w:before="40" w:after="120"/>
        <w:jc w:val="both"/>
      </w:pPr>
      <w:r>
        <w:rPr>
          <w:rFonts w:ascii="Georgia" w:hAnsi="Georgia"/>
          <w:b w:val="0"/>
          <w:i w:val="0"/>
          <w:color w:val="000000"/>
          <w:sz w:val="24"/>
        </w:rPr>
        <w:t>А именно: когда в голове АА исправились Кетер и Хохма, ЗОН обратились в состояние «спиной к лицу» (ахор бе-паним) — то есть ахор де-ЗА оказался напротив лица Нуквы.</w:t>
      </w:r>
    </w:p>
    <w:p>
      <w:pPr>
        <w:spacing w:before="40" w:after="120"/>
        <w:jc w:val="both"/>
      </w:pPr>
      <w:r>
        <w:rPr>
          <w:rFonts w:ascii="Georgia" w:hAnsi="Georgia"/>
          <w:b w:val="0"/>
          <w:i w:val="0"/>
          <w:color w:val="000000"/>
          <w:sz w:val="24"/>
        </w:rPr>
        <w:t>Когда же исправилась Бина де-АА, они перешли в состояние «лицом к спине» (паним бе-ахор) — то есть лицо ЗА оказалось напротив ахор Нуквы.</w:t>
      </w:r>
    </w:p>
    <w:p>
      <w:pPr>
        <w:spacing w:before="40" w:after="120"/>
        <w:jc w:val="both"/>
      </w:pPr>
      <w:r>
        <w:rPr>
          <w:rFonts w:ascii="Georgia" w:hAnsi="Georgia"/>
          <w:b w:val="0"/>
          <w:i w:val="0"/>
          <w:color w:val="000000"/>
          <w:sz w:val="24"/>
        </w:rPr>
        <w:t>А когда исправились НЕХИ де-Атик, вследствие чего исправились ХАГАТ де-АА, а затем исправились КАХАБ де-Аба ве-Има, являющиеся их головой, — тогда ЗОН вновь стали [в положение] паним бе-паним, хотя все еще оставались в виде точек совершенно без исправления.</w:t>
      </w:r>
    </w:p>
    <w:p>
      <w:pPr>
        <w:spacing w:before="40" w:after="120"/>
        <w:jc w:val="both"/>
      </w:pPr>
      <w:r>
        <w:rPr>
          <w:rFonts w:ascii="Georgia" w:hAnsi="Georgia"/>
          <w:b w:val="0"/>
          <w:i w:val="0"/>
          <w:color w:val="000000"/>
          <w:sz w:val="24"/>
        </w:rPr>
        <w:t>И после того как исправились Аба ве-Има, появилась возможность исправить ЗОН. И тогда семь мелахим — их келим, упавшие вниз, в мир Брия, — Источник поднял в Ацилут, внутрь чрева высшей Имы, и там они пребывали в виде зачатия (ибур) и так далее, как будет сказано с Б-жьей помощью.</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7) </w:t>
      </w:r>
      <w:r>
        <w:rPr>
          <w:rFonts w:ascii="Georgia" w:hAnsi="Georgia"/>
          <w:b/>
          <w:i w:val="0"/>
          <w:color w:val="000000"/>
          <w:sz w:val="24"/>
        </w:rPr>
        <w:t>«Когда же Атик Йомин начал исправляться… стал законченным парцуфом из десяти сфирот…»</w:t>
      </w:r>
      <w:r>
        <w:rPr>
          <w:rFonts w:ascii="Georgia" w:hAnsi="Georgia"/>
          <w:b w:val="0"/>
          <w:i w:val="0"/>
          <w:color w:val="000000"/>
          <w:sz w:val="24"/>
        </w:rPr>
        <w:t>:</w:t>
      </w:r>
    </w:p>
    <w:p>
      <w:pPr>
        <w:spacing w:before="40" w:after="120"/>
        <w:jc w:val="both"/>
      </w:pPr>
      <w:r>
        <w:rPr>
          <w:rFonts w:ascii="Georgia" w:hAnsi="Georgia"/>
          <w:b w:val="0"/>
          <w:i w:val="0"/>
          <w:color w:val="000000"/>
          <w:sz w:val="24"/>
        </w:rPr>
        <w:t>В предыдущей ветви уже объяснялось, что главная причина изъяна в [мире] БОН заключалась в разделении каждой ступени надвое. Поэтому первая голова де-БОН, начинающаяся от АХАП высшего, светит лишь в голове (рош) и внутренней части (тох), и в ней отсутствуют НЕХИ, смотри там.</w:t>
      </w:r>
    </w:p>
    <w:p>
      <w:pPr>
        <w:spacing w:before="40" w:after="120"/>
        <w:jc w:val="both"/>
      </w:pPr>
      <w:r>
        <w:rPr>
          <w:rFonts w:ascii="Georgia" w:hAnsi="Georgia"/>
          <w:b w:val="0"/>
          <w:i w:val="0"/>
          <w:color w:val="000000"/>
          <w:sz w:val="24"/>
        </w:rPr>
        <w:t>А ты уже знаешь правило: всегда, когда в келим недостает свойства НЕХИ, оказывается, что в светах недостает свойства ГАР. Ведь света де-ХАГАТ обосновываются в голове — в ХАБАД, а свет де-НЕХИ — во внутренней части (тох), завершение же (соф) остается пустым, без света. В итоге голова оказывается со светом де-ХАГАТ, и ей недостает света де-ХАБАД, как подробно сказано в предыдущей ветви. И это послужило причиной того, что исправление линиями не достигло ЗАТ, и потому они разбились, как известно.</w:t>
      </w:r>
    </w:p>
    <w:p>
      <w:pPr>
        <w:spacing w:before="40" w:after="120"/>
        <w:jc w:val="both"/>
      </w:pPr>
      <w:r>
        <w:rPr>
          <w:rFonts w:ascii="Georgia" w:hAnsi="Georgia"/>
          <w:b w:val="0"/>
          <w:i w:val="0"/>
          <w:color w:val="000000"/>
          <w:sz w:val="24"/>
        </w:rPr>
        <w:t>Там же разъяснялось, что все исправление нового МА обусловлено тем, что МАН поднялись к Кетеру, представляющему собой Гальгальту и лоб (мэцах), и потому свет вышел через лоб высшего. И оказывается, что здесь нет разделения ступеней, как в БОН, делившемся на [часть] от глаз и выше и АХАП. Поэтому здесь рош, тох, соф выходят в полноте, и келим де-НЕХИ получают свой свет, а келим головы — свет ХАБАД и ГАР, причитающийся им, ведь одно зависит от другого, как сказано выше.</w:t>
      </w:r>
    </w:p>
    <w:p>
      <w:pPr>
        <w:spacing w:before="40" w:after="120"/>
        <w:jc w:val="both"/>
      </w:pPr>
      <w:r>
        <w:rPr>
          <w:rFonts w:ascii="Georgia" w:hAnsi="Georgia"/>
          <w:b w:val="0"/>
          <w:i w:val="0"/>
          <w:color w:val="000000"/>
          <w:sz w:val="24"/>
        </w:rPr>
        <w:t xml:space="preserve">Об этом автор и говорит: </w:t>
      </w:r>
      <w:r>
        <w:rPr>
          <w:rFonts w:ascii="Georgia" w:hAnsi="Georgia"/>
          <w:b/>
          <w:i w:val="0"/>
          <w:color w:val="000000"/>
          <w:sz w:val="24"/>
        </w:rPr>
        <w:t>«А известно, что, исправившись, он стал законченным парцуфом из десяти сфирот»</w:t>
      </w:r>
      <w:r>
        <w:rPr>
          <w:rFonts w:ascii="Georgia" w:hAnsi="Georgia"/>
          <w:b w:val="0"/>
          <w:i w:val="0"/>
          <w:color w:val="000000"/>
          <w:sz w:val="24"/>
        </w:rPr>
        <w:t>, до сих пор его слова. То есть в противоположность первой голове де-БОН, где недоставало НЕХИ в келим и ГАР в светах из-за того, что свет зивуга выходил через никвей эйнаим (отверстия глаз). Теперь же, когда МАН поднялись до Гальгальты и мэцаха, он оказывается в совершенстве рош, тох, соф, а именно: ГАР и ХАБАД в голове, а ХАГАТ и НЕХИ — в тох и соф.</w:t>
      </w:r>
    </w:p>
    <w:p>
      <w:pPr>
        <w:spacing w:before="40" w:after="120"/>
        <w:jc w:val="both"/>
      </w:pPr>
      <w:r>
        <w:rPr>
          <w:rFonts w:ascii="Georgia" w:hAnsi="Georgia"/>
          <w:b/>
          <w:i w:val="0"/>
          <w:color w:val="000000"/>
          <w:sz w:val="24"/>
        </w:rPr>
        <w:t>«Высшая неизвестная голова, смысл в том… совершенно не облачаются и не скрываются внутри АА…»</w:t>
      </w:r>
      <w:r>
        <w:rPr>
          <w:rFonts w:ascii="Georgia" w:hAnsi="Georgia"/>
          <w:b w:val="0"/>
          <w:i w:val="0"/>
          <w:color w:val="000000"/>
          <w:sz w:val="24"/>
        </w:rPr>
        <w:t>:</w:t>
      </w:r>
    </w:p>
    <w:p>
      <w:pPr>
        <w:spacing w:before="40" w:after="120"/>
        <w:jc w:val="both"/>
      </w:pPr>
      <w:r>
        <w:rPr>
          <w:rFonts w:ascii="Georgia" w:hAnsi="Georgia"/>
          <w:b w:val="0"/>
          <w:i w:val="0"/>
          <w:color w:val="000000"/>
          <w:sz w:val="24"/>
        </w:rPr>
        <w:t>Не следует возражать: «Ведь головы всех парцуфим остаются открытыми и не облачаются в нижнего, как известно, так чем же голова Атика отличается от всех парцуфим, чтобы из-за этого называться высшей неизвестной головой?» Ответ таков: автор имеет в виду, что на самом деле Атик и АА не считаются двумя отдельными парцуфим — высшим и нижним, ведь оба они представляют собой одну точку Кетера из ГАР де-Некудим. Однако эта первая точка раскололась надвое в силу корня БОН, где каждая ступень делится на две части: от глаз и выше и АХАП.</w:t>
      </w:r>
    </w:p>
    <w:p>
      <w:pPr>
        <w:spacing w:before="40" w:after="120"/>
        <w:jc w:val="both"/>
      </w:pPr>
      <w:r>
        <w:rPr>
          <w:rFonts w:ascii="Georgia" w:hAnsi="Georgia"/>
          <w:b w:val="0"/>
          <w:i w:val="0"/>
          <w:color w:val="000000"/>
          <w:sz w:val="24"/>
        </w:rPr>
        <w:t>И кроме того, со стороны нового МА поднялся МАН из БЕА к первой верхней половине точки, и там вышел Кетер де-МА как целостный парцуф из десяти сфирот в рош, тох, соф: ведь из верхней половины точки сформировалась целая ступень — голова и тело, — называемая Радла.</w:t>
      </w:r>
    </w:p>
    <w:p>
      <w:pPr>
        <w:spacing w:before="40" w:after="120"/>
        <w:jc w:val="both"/>
      </w:pPr>
      <w:r>
        <w:rPr>
          <w:rFonts w:ascii="Georgia" w:hAnsi="Georgia"/>
          <w:b w:val="0"/>
          <w:i w:val="0"/>
          <w:color w:val="000000"/>
          <w:sz w:val="24"/>
        </w:rPr>
        <w:t>Затем АБ де-МА вышел из рта (пэ) этой головы также как целостная ступень рош, тох, соф, и это то, что называется АА. И получается, что он облачает [ступени] от пэ де-Радла и ниже — его ЗАТ, ХАГАТ и НЕХИ.</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поэтому эта голова называется в „Идра Зута“ Радла, смысл в том, что ГАР парцуфа Атик совершенно не облачаются и не скрываются внутри АА, а остаются открытыми, поскольку тот не способен постичь и облачить их»</w:t>
      </w:r>
      <w:r>
        <w:rPr>
          <w:rFonts w:ascii="Georgia" w:hAnsi="Georgia"/>
          <w:b w:val="0"/>
          <w:i w:val="0"/>
          <w:color w:val="000000"/>
          <w:sz w:val="24"/>
        </w:rPr>
        <w:t>, до сих пор его слова.</w:t>
      </w:r>
    </w:p>
    <w:p>
      <w:pPr>
        <w:spacing w:before="40" w:after="120"/>
        <w:jc w:val="both"/>
      </w:pPr>
      <w:r>
        <w:rPr>
          <w:rFonts w:ascii="Georgia" w:hAnsi="Georgia"/>
          <w:b w:val="0"/>
          <w:i w:val="0"/>
          <w:color w:val="000000"/>
          <w:sz w:val="24"/>
        </w:rPr>
        <w:t>Смысл в том, что хотя они составляют одну ступень и здесь нет отношений высшего и нижнего, о которых можно было бы сказать, что нижний не может облачить ГАР высшего (ведь оба они — одна точка из ГАР де-Некудим), тем не менее в верхней половине точки образовалась Радла — тайна ГАР де-Атик, которую АА не в силах облачить. И в этом, несомненно, заключено огромное новшество по сравнению с остальными ступенями высшего и нижнего, и именно поэтому она получила название Радла. Пойми это.</w:t>
      </w:r>
    </w:p>
    <w:p>
      <w:pPr>
        <w:spacing w:before="40" w:after="120"/>
        <w:jc w:val="both"/>
      </w:pPr>
      <w:r>
        <w:rPr>
          <w:rFonts w:ascii="Georgia" w:hAnsi="Georgia"/>
          <w:b w:val="0"/>
          <w:i w:val="0"/>
          <w:color w:val="000000"/>
          <w:sz w:val="24"/>
        </w:rPr>
        <w:t xml:space="preserve">8) </w:t>
      </w:r>
      <w:r>
        <w:rPr>
          <w:rFonts w:ascii="Georgia" w:hAnsi="Georgia"/>
          <w:b/>
          <w:i w:val="0"/>
          <w:color w:val="000000"/>
          <w:sz w:val="24"/>
        </w:rPr>
        <w:t>«Свет немного уменьшился… Атика, которая исправилась и стала парцуфом, и высший свет проходит через эти экраны…»</w:t>
      </w:r>
      <w:r>
        <w:rPr>
          <w:rFonts w:ascii="Georgia" w:hAnsi="Georgia"/>
          <w:b w:val="0"/>
          <w:i w:val="0"/>
          <w:color w:val="000000"/>
          <w:sz w:val="24"/>
        </w:rPr>
        <w:t>:</w:t>
      </w:r>
    </w:p>
    <w:p>
      <w:pPr>
        <w:spacing w:before="40" w:after="120"/>
        <w:jc w:val="both"/>
      </w:pPr>
      <w:r>
        <w:rPr>
          <w:rFonts w:ascii="Georgia" w:hAnsi="Georgia"/>
          <w:b w:val="0"/>
          <w:i w:val="0"/>
          <w:color w:val="000000"/>
          <w:sz w:val="24"/>
        </w:rPr>
        <w:t>Смысл в том, что благодаря подъему МАН к первой голове, обновившейся в новом МА, первая половина точки де-Некудим исправилась экраном, как сказано выше и как написано в предыдущей ветви (пункт 9), начиная со слов «Дело в том, что вначале…», смотри там.</w:t>
      </w:r>
    </w:p>
    <w:p>
      <w:pPr>
        <w:spacing w:before="40" w:after="120"/>
        <w:jc w:val="both"/>
      </w:pPr>
      <w:r>
        <w:rPr>
          <w:rFonts w:ascii="Georgia" w:hAnsi="Georgia"/>
          <w:b w:val="0"/>
          <w:i w:val="0"/>
          <w:color w:val="000000"/>
          <w:sz w:val="24"/>
        </w:rPr>
        <w:t>Вследствие подъема МАН к Кетеру АА и высшие Аба ве-Има вышли наружу из ГАР де-Некудим, и поэтому все эти ГАР взял себе Атик, поскольку сам исправился в целостный парцуф из головы и тела.</w:t>
      </w:r>
    </w:p>
    <w:p>
      <w:pPr>
        <w:spacing w:before="40" w:after="120"/>
        <w:jc w:val="both"/>
      </w:pPr>
      <w:r>
        <w:rPr>
          <w:rFonts w:ascii="Georgia" w:hAnsi="Georgia"/>
          <w:b w:val="0"/>
          <w:i w:val="0"/>
          <w:color w:val="000000"/>
          <w:sz w:val="24"/>
        </w:rPr>
        <w:t>Поэтому четыре ступени — АБ, САГ, МА, БОН в нем, выходящие из внутреннего имени АВАЯ Кетера де-МА, являющегося тайной Атика, — распределяются так: парцуф АБ выходит в АА, САГ — в Аба ве-Има, а МА и БОН де-МА — в ЗОН, как с Б-жьей помощью будет сказано в своем месте.</w:t>
      </w:r>
    </w:p>
    <w:p>
      <w:pPr>
        <w:spacing w:before="40" w:after="120"/>
        <w:jc w:val="both"/>
      </w:pPr>
      <w:r>
        <w:rPr>
          <w:rFonts w:ascii="Georgia" w:hAnsi="Georgia"/>
          <w:b w:val="0"/>
          <w:i w:val="0"/>
          <w:color w:val="000000"/>
          <w:sz w:val="24"/>
        </w:rPr>
        <w:t xml:space="preserve">И об этом говорит автор: </w:t>
      </w:r>
      <w:r>
        <w:rPr>
          <w:rFonts w:ascii="Georgia" w:hAnsi="Georgia"/>
          <w:b/>
          <w:i w:val="0"/>
          <w:color w:val="000000"/>
          <w:sz w:val="24"/>
        </w:rPr>
        <w:t>«После того как исправилась голова Атика, свет немного уменьшился благодаря голове Атика, которая исправилась и стала парцуфом, и высший свет проходит через эти экраны…»</w:t>
      </w:r>
      <w:r>
        <w:rPr>
          <w:rFonts w:ascii="Georgia" w:hAnsi="Georgia"/>
          <w:b w:val="0"/>
          <w:i w:val="0"/>
          <w:color w:val="000000"/>
          <w:sz w:val="24"/>
        </w:rPr>
        <w:t xml:space="preserve"> </w:t>
      </w:r>
      <w:r>
        <w:rPr>
          <w:rFonts w:ascii="Georgia" w:hAnsi="Georgia"/>
          <w:b/>
          <w:i w:val="0"/>
          <w:color w:val="000000"/>
          <w:sz w:val="24"/>
        </w:rPr>
        <w:t>«…и теперь у Аба есть сила принять высший свет даже через свое лицо…»</w:t>
      </w:r>
      <w:r>
        <w:rPr>
          <w:rFonts w:ascii="Georgia" w:hAnsi="Georgia"/>
          <w:b w:val="0"/>
          <w:i w:val="0"/>
          <w:color w:val="000000"/>
          <w:sz w:val="24"/>
        </w:rPr>
        <w:t>, до сих пор его слова.</w:t>
      </w:r>
    </w:p>
    <w:p>
      <w:pPr>
        <w:spacing w:before="40" w:after="120"/>
        <w:jc w:val="both"/>
      </w:pPr>
      <w:r>
        <w:rPr>
          <w:rFonts w:ascii="Georgia" w:hAnsi="Georgia"/>
          <w:b w:val="0"/>
          <w:i w:val="0"/>
          <w:color w:val="000000"/>
          <w:sz w:val="24"/>
        </w:rPr>
        <w:t>Ведь прежде, в БОН, Аба не мог принимать высший свет через свое лицо — то есть в келим де-ГАР, называемые лицом, — потому что свет выходил через глаза, и Аба имел лишь свойство АХАП де-Кетер. Вследствие этого в нем недоставало НЕХИ в келим и ГАР в светах, как сказано выше, и смотри ветвь 15 в «Паним Масбирот».</w:t>
      </w:r>
    </w:p>
    <w:p>
      <w:pPr>
        <w:spacing w:before="40" w:after="120"/>
        <w:jc w:val="both"/>
      </w:pPr>
      <w:r>
        <w:rPr>
          <w:rFonts w:ascii="Georgia" w:hAnsi="Georgia"/>
          <w:b w:val="0"/>
          <w:i w:val="0"/>
          <w:color w:val="000000"/>
          <w:sz w:val="24"/>
        </w:rPr>
        <w:t>Иное дело теперь: когда МАН поднялся к парцуфу Гальгальта и мэцах и вышел один лишь парцуф Атик в виде целостного парцуфа рош, тох, соф, ступеням уже незачем разделяться. И поэтому Аба также вышел целостным парцуфом рош, тох, соф и обрел НЕХИ в келим и ГАР в светах.</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теперь у Аба есть сила принять высший свет даже через свое лицо»</w:t>
      </w:r>
      <w:r>
        <w:rPr>
          <w:rFonts w:ascii="Georgia" w:hAnsi="Georgia"/>
          <w:b w:val="0"/>
          <w:i w:val="0"/>
          <w:color w:val="000000"/>
          <w:sz w:val="24"/>
        </w:rPr>
        <w:t>. Ведь экраны МАН исправились в Гальгальте и мэцахе, и вследствие этого тот свет выходит через мэцах целостной ступенью рош, тох, соф, и света достигают соф де-Аба, а также ГАР достигают рош де-Аба, что и называется «через лицо».</w:t>
      </w:r>
    </w:p>
    <w:p>
      <w:pPr>
        <w:spacing w:before="40" w:after="120"/>
        <w:jc w:val="both"/>
      </w:pPr>
      <w:r>
        <w:rPr>
          <w:rFonts w:ascii="Georgia" w:hAnsi="Georgia"/>
          <w:b/>
          <w:i w:val="0"/>
          <w:color w:val="000000"/>
          <w:sz w:val="24"/>
        </w:rPr>
        <w:t>«Однако Има, будучи женским началом и судами, все еще не имеет силы…»</w:t>
      </w:r>
      <w:r>
        <w:rPr>
          <w:rFonts w:ascii="Georgia" w:hAnsi="Georgia"/>
          <w:b w:val="0"/>
          <w:i w:val="0"/>
          <w:color w:val="000000"/>
          <w:sz w:val="24"/>
        </w:rPr>
        <w:t>:</w:t>
      </w:r>
    </w:p>
    <w:p>
      <w:pPr>
        <w:spacing w:before="40" w:after="120"/>
        <w:jc w:val="both"/>
      </w:pPr>
      <w:r>
        <w:rPr>
          <w:rFonts w:ascii="Georgia" w:hAnsi="Georgia"/>
          <w:b w:val="0"/>
          <w:i w:val="0"/>
          <w:color w:val="000000"/>
          <w:sz w:val="24"/>
        </w:rPr>
        <w:t>Ведь Има — это САГ, нуква по отношению к АБ, являющемуся Аба. Поэтому, когда Атик исправился в рош, тох, соф, тогда АБ также вышел наружу целостной ступенью рош, тох, соф, его НЕХИ восполнились, и он смог принимать свет через лицо.</w:t>
      </w:r>
    </w:p>
    <w:p>
      <w:pPr>
        <w:spacing w:before="40" w:after="120"/>
        <w:jc w:val="both"/>
      </w:pPr>
      <w:r>
        <w:rPr>
          <w:rFonts w:ascii="Georgia" w:hAnsi="Georgia"/>
          <w:b w:val="0"/>
          <w:i w:val="0"/>
          <w:color w:val="000000"/>
          <w:sz w:val="24"/>
        </w:rPr>
        <w:t>В отличие от этого, Има, являющаяся САГ, тогда еще не вышла своей ступенью наружу, и ее НЕХИ еще не восполнились.</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«Однако Има, будучи женским началом…»</w:t>
      </w:r>
      <w:r>
        <w:rPr>
          <w:rFonts w:ascii="Georgia" w:hAnsi="Georgia"/>
          <w:b w:val="0"/>
          <w:i w:val="0"/>
          <w:color w:val="000000"/>
          <w:sz w:val="24"/>
        </w:rPr>
        <w:t xml:space="preserve"> — смысл в том, что она является нуквой де-Аба, то есть САГ, и потому в ней все еще нет сил принимать высший свет через свое лицо, то есть в своих ГАР, так как ее НЕХИ еще не восполнились из-за того, что САГ еще не вышел наружу.</w:t>
      </w:r>
    </w:p>
    <w:p>
      <w:pPr>
        <w:spacing w:before="40" w:after="120"/>
        <w:jc w:val="both"/>
      </w:pPr>
      <w:r>
        <w:rPr>
          <w:rFonts w:ascii="Georgia" w:hAnsi="Georgia"/>
          <w:b w:val="0"/>
          <w:i w:val="0"/>
          <w:color w:val="000000"/>
          <w:sz w:val="24"/>
        </w:rPr>
        <w:t>И знай: то, что говорится, будто Аба завершился тотчас при исправлении Атика в десять сфирот, относится лишь к Аба уровня точек (де-некудот), то есть к свойству БОН де-Аба, являющемуся АБ де-БОН, как известно. Однако, несомненно, свойство нового МА де-Аба, представляющее собой САГ де-МА, как известно, еще совершенно не завершилось при исправлении Атика, как пишет Учитель далее.</w:t>
      </w:r>
    </w:p>
    <w:p>
      <w:pPr>
        <w:spacing w:before="40" w:after="120"/>
        <w:jc w:val="both"/>
      </w:pPr>
      <w:r>
        <w:rPr>
          <w:rFonts w:ascii="Georgia" w:hAnsi="Georgia"/>
          <w:b w:val="0"/>
          <w:i w:val="0"/>
          <w:color w:val="000000"/>
          <w:sz w:val="24"/>
        </w:rPr>
        <w:t xml:space="preserve">9) </w:t>
      </w:r>
      <w:r>
        <w:rPr>
          <w:rFonts w:ascii="Georgia" w:hAnsi="Georgia"/>
          <w:b/>
          <w:i w:val="0"/>
          <w:color w:val="000000"/>
          <w:sz w:val="24"/>
        </w:rPr>
        <w:t>«…что ХУБ в голове Атик Йомин исправились одновременно, и ни один из них ничуть не опередил другого…»</w:t>
      </w:r>
      <w:r>
        <w:rPr>
          <w:rFonts w:ascii="Georgia" w:hAnsi="Georgia"/>
          <w:b w:val="0"/>
          <w:i w:val="0"/>
          <w:color w:val="000000"/>
          <w:sz w:val="24"/>
        </w:rPr>
        <w:t>:</w:t>
      </w:r>
    </w:p>
    <w:p>
      <w:pPr>
        <w:spacing w:before="40" w:after="120"/>
        <w:jc w:val="both"/>
      </w:pPr>
      <w:r>
        <w:rPr>
          <w:rFonts w:ascii="Georgia" w:hAnsi="Georgia"/>
          <w:b w:val="0"/>
          <w:i w:val="0"/>
          <w:color w:val="000000"/>
          <w:sz w:val="24"/>
        </w:rPr>
        <w:t>Ведь всякое опережение и превосходство мужского начала над женским обусловлено тем, что в парцуфе мужского начала присутствуют ахораим де-ГАР, чего нет в женском начале, как написано в «Паним Масбирот», ветвь 23, пункт 2, смотри там.</w:t>
      </w:r>
    </w:p>
    <w:p>
      <w:pPr>
        <w:spacing w:before="40" w:after="120"/>
        <w:jc w:val="both"/>
      </w:pPr>
      <w:r>
        <w:rPr>
          <w:rFonts w:ascii="Georgia" w:hAnsi="Georgia"/>
          <w:b w:val="0"/>
          <w:i w:val="0"/>
          <w:color w:val="000000"/>
          <w:sz w:val="24"/>
        </w:rPr>
        <w:t>Исправление же головы Атика происходило в состоянии ахор бе-ахор, как известно. А значение состояния ахор бе-ахор разъяснялось выше, в ветви 29 комментария «Паним Меирот»: ахораим мужского и женского начал соединены друг с другом без какого-либо различия и разделения между ахораим мужского начала и ахораим женского начала, поскольку ахораим мужского начала в этом состоянии абсолютно скрыты, смотри там.</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«…что ХУБ в голове Атик Йомин исправились одновременно»</w:t>
      </w:r>
      <w:r>
        <w:rPr>
          <w:rFonts w:ascii="Georgia" w:hAnsi="Georgia"/>
          <w:b w:val="0"/>
          <w:i w:val="0"/>
          <w:color w:val="000000"/>
          <w:sz w:val="24"/>
        </w:rPr>
        <w:t xml:space="preserve">, то есть в состоянии ахор бе-ахор, как сказано выше. И об этом говорит: </w:t>
      </w:r>
      <w:r>
        <w:rPr>
          <w:rFonts w:ascii="Georgia" w:hAnsi="Georgia"/>
          <w:b/>
          <w:i w:val="0"/>
          <w:color w:val="000000"/>
          <w:sz w:val="24"/>
        </w:rPr>
        <w:t>«…и ни один из них ничуть не опередил другого»</w:t>
      </w:r>
      <w:r>
        <w:rPr>
          <w:rFonts w:ascii="Georgia" w:hAnsi="Georgia"/>
          <w:b w:val="0"/>
          <w:i w:val="0"/>
          <w:color w:val="000000"/>
          <w:sz w:val="24"/>
        </w:rPr>
        <w:t xml:space="preserve"> — то есть у Хохмы нет никакого опережения и преимущества перед Биной, поскольку ахор де-Хохма там скрыт из-за их положения ахор бе-ахор, когда оба они соединены в одну общую стенку. Пойми это. </w:t>
      </w:r>
      <w:r>
        <w:rPr>
          <w:rFonts w:ascii="Georgia" w:hAnsi="Georgia"/>
          <w:b/>
          <w:i w:val="0"/>
          <w:color w:val="000000"/>
          <w:sz w:val="24"/>
        </w:rPr>
        <w:t>«Поэтому и в Аба ве-Има… произошли два исправления вместе… и тотчас поднялись сразу на две ступени»</w:t>
      </w:r>
      <w:r>
        <w:rPr>
          <w:rFonts w:ascii="Georgia" w:hAnsi="Georgia"/>
          <w:b w:val="0"/>
          <w:i w:val="0"/>
          <w:color w:val="000000"/>
          <w:sz w:val="24"/>
        </w:rPr>
        <w:t>:</w:t>
      </w:r>
    </w:p>
    <w:p>
      <w:pPr>
        <w:spacing w:before="40" w:after="120"/>
        <w:jc w:val="both"/>
      </w:pPr>
      <w:r>
        <w:rPr>
          <w:rFonts w:ascii="Georgia" w:hAnsi="Georgia"/>
          <w:b w:val="0"/>
          <w:i w:val="0"/>
          <w:color w:val="000000"/>
          <w:sz w:val="24"/>
        </w:rPr>
        <w:t>Ведь ступень ахор бе-паним здесь к Аба ве-Има неприменима. Смысл ступени ахор бе-паним состоит в том, что мужское начало передает свет своих ахораим женскому началу, как написано в «Паним Меирот», ветвь 29, смотри там.</w:t>
      </w:r>
    </w:p>
    <w:p>
      <w:pPr>
        <w:spacing w:before="40" w:after="120"/>
        <w:jc w:val="both"/>
      </w:pPr>
      <w:r>
        <w:rPr>
          <w:rFonts w:ascii="Georgia" w:hAnsi="Georgia"/>
          <w:b w:val="0"/>
          <w:i w:val="0"/>
          <w:color w:val="000000"/>
          <w:sz w:val="24"/>
        </w:rPr>
        <w:t>А уже объяснялось, что по причине исправления Атика в состоянии ахор бе-ахор у Хохмы нет никакого преимущества перед Биной, так как его ахораим скрыты, здесь нет света ахораим мужского начала и нет места тому, чтобы мужское начало обратило свои ахораим к женскому началу, ведь они соединены в одну стенку, как сказано выше, пойми это.</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тотчас поднялись сразу на две ступени и стали паним бе-ахор, являющимся третьим достоинством»</w:t>
      </w:r>
      <w:r>
        <w:rPr>
          <w:rFonts w:ascii="Georgia" w:hAnsi="Georgia"/>
          <w:b w:val="0"/>
          <w:i w:val="0"/>
          <w:color w:val="000000"/>
          <w:sz w:val="24"/>
        </w:rPr>
        <w:t>. Это и означает сказанное: у мужского начала нет свойства ахораим, чтобы передавать ей, а есть лишь свойство лица, как написано выше, ведь его НЕХИ уже восполнились, и он может принимать свет через лицо, смотри там. Однако Има все еще не способна принимать его свет через лицо, и причина в том, что САГ еще не вышел наружу, как сказано выше.</w:t>
      </w:r>
    </w:p>
    <w:p>
      <w:pPr>
        <w:spacing w:before="40" w:after="120"/>
        <w:jc w:val="both"/>
      </w:pPr>
      <w:r>
        <w:rPr>
          <w:rFonts w:ascii="Georgia" w:hAnsi="Georgia"/>
          <w:b w:val="0"/>
          <w:i w:val="0"/>
          <w:color w:val="000000"/>
          <w:sz w:val="24"/>
        </w:rPr>
        <w:t xml:space="preserve">10) </w:t>
      </w:r>
      <w:r>
        <w:rPr>
          <w:rFonts w:ascii="Georgia" w:hAnsi="Georgia"/>
          <w:b/>
          <w:i w:val="0"/>
          <w:color w:val="000000"/>
          <w:sz w:val="24"/>
        </w:rPr>
        <w:t>«…Аба на обеих ступенях всегда обращен лицом, как сказано выше. Различие же [происходит со стороны] Имы…»</w:t>
      </w:r>
      <w:r>
        <w:rPr>
          <w:rFonts w:ascii="Georgia" w:hAnsi="Georgia"/>
          <w:b w:val="0"/>
          <w:i w:val="0"/>
          <w:color w:val="000000"/>
          <w:sz w:val="24"/>
        </w:rPr>
        <w:t>:</w:t>
      </w:r>
    </w:p>
    <w:p>
      <w:pPr>
        <w:spacing w:before="40" w:after="120"/>
        <w:jc w:val="both"/>
      </w:pPr>
      <w:r>
        <w:rPr>
          <w:rFonts w:ascii="Georgia" w:hAnsi="Georgia"/>
          <w:b w:val="0"/>
          <w:i w:val="0"/>
          <w:color w:val="000000"/>
          <w:sz w:val="24"/>
        </w:rPr>
        <w:t>Ведь когда исправился Атик и АБ вышел наружу, Аба уже обрел рош, тох, соф — то есть свои десять сфирот со стороны Некудим. Однако Име, пока САГ не вышел наружу, все еще недоставало НЕХИ и келим лица (де-паним), поэтому она не может принимать свет лица от Аба в своих ГАР и вынуждена принимать его через свои ахораим — то есть от аспекта своих ВАК.</w:t>
      </w:r>
    </w:p>
    <w:p>
      <w:pPr>
        <w:spacing w:before="40" w:after="120"/>
        <w:jc w:val="both"/>
      </w:pPr>
      <w:r>
        <w:rPr>
          <w:rFonts w:ascii="Georgia" w:hAnsi="Georgia"/>
          <w:b w:val="0"/>
          <w:i w:val="0"/>
          <w:color w:val="000000"/>
          <w:sz w:val="24"/>
        </w:rPr>
        <w:t xml:space="preserve">Впрочем, свет лица отчасти засчитывается ей благодаря исправлению Аба, в отличие от того, что будет позже, когда у Имы появятся келим: </w:t>
      </w:r>
      <w:r>
        <w:rPr>
          <w:rFonts w:ascii="Georgia" w:hAnsi="Georgia"/>
          <w:b/>
          <w:i w:val="0"/>
          <w:color w:val="000000"/>
          <w:sz w:val="24"/>
        </w:rPr>
        <w:t>«…ведь когда она вместе с Аба находится [в положении] паним бе-паним, то свечение, приходящее к ней от десяти сфирот де-Аба, она сначала принимает своим лицом. И там эти света светят главным образом, а затем оставшиеся света идут к ее ахораим и светят в них, причем [к ахораим доходит] менее одной сотой части света, ведь почти весь он отдается ее лицу…»</w:t>
      </w:r>
      <w:r>
        <w:rPr>
          <w:rFonts w:ascii="Georgia" w:hAnsi="Georgia"/>
          <w:b w:val="0"/>
          <w:i w:val="0"/>
          <w:color w:val="000000"/>
          <w:sz w:val="24"/>
        </w:rPr>
        <w:t xml:space="preserve"> </w:t>
      </w:r>
      <w:r>
        <w:rPr>
          <w:rFonts w:ascii="Georgia" w:hAnsi="Georgia"/>
          <w:b/>
          <w:i w:val="0"/>
          <w:color w:val="000000"/>
          <w:sz w:val="24"/>
        </w:rPr>
        <w:t>«Но когда ее ахораим обращены к лицу Аба, хотя само свечение не меняется, как сказано выше (ведь и сейчас оно исходит через его лицо), тем не менее эти света светят главным образом в ее ахораим. И хотя они плотны и грубы, все же то свечение, которое они принимают — малое или великое, — в основе своей отдается ее ахораим, а остатки светят в ее лице»</w:t>
      </w:r>
      <w:r>
        <w:rPr>
          <w:rFonts w:ascii="Georgia" w:hAnsi="Georgia"/>
          <w:b w:val="0"/>
          <w:i w:val="0"/>
          <w:color w:val="000000"/>
          <w:sz w:val="24"/>
        </w:rPr>
        <w:t>.</w:t>
      </w:r>
    </w:p>
    <w:p>
      <w:pPr>
        <w:spacing w:before="40" w:after="120"/>
        <w:jc w:val="both"/>
      </w:pPr>
      <w:r>
        <w:rPr>
          <w:rFonts w:ascii="Georgia" w:hAnsi="Georgia"/>
          <w:b w:val="0"/>
          <w:i w:val="0"/>
          <w:color w:val="000000"/>
          <w:sz w:val="24"/>
        </w:rPr>
        <w:t>[Когда же у нее есть келим] лица, она принимает свет лица от Аба в свои келим лица, и это понятно. А суть зивуга паним бе-ахор подробно разъяснена в «Паним Меирот», ветвь 29, смотри там.</w:t>
      </w:r>
    </w:p>
    <w:p>
      <w:pPr>
        <w:spacing w:before="40" w:after="120"/>
        <w:jc w:val="both"/>
      </w:pPr>
      <w:r>
        <w:rPr>
          <w:rFonts w:ascii="Georgia" w:hAnsi="Georgia"/>
          <w:b w:val="0"/>
          <w:i w:val="0"/>
          <w:color w:val="000000"/>
          <w:sz w:val="24"/>
        </w:rPr>
        <w:t xml:space="preserve">12) </w:t>
      </w:r>
      <w:r>
        <w:rPr>
          <w:rFonts w:ascii="Georgia" w:hAnsi="Georgia"/>
          <w:b/>
          <w:i w:val="0"/>
          <w:color w:val="000000"/>
          <w:sz w:val="24"/>
        </w:rPr>
        <w:t>«…ахораим де-Има подсластились и получили дополнительное исправление по сравнению с ахораим де-Аба, ведь в ахораим де-Аба не светит свет высших по отношению к ним лиц…»</w:t>
      </w:r>
      <w:r>
        <w:rPr>
          <w:rFonts w:ascii="Georgia" w:hAnsi="Georgia"/>
          <w:b w:val="0"/>
          <w:i w:val="0"/>
          <w:color w:val="000000"/>
          <w:sz w:val="24"/>
        </w:rPr>
        <w:t>:</w:t>
      </w:r>
    </w:p>
    <w:p>
      <w:pPr>
        <w:spacing w:before="40" w:after="120"/>
        <w:jc w:val="both"/>
      </w:pPr>
      <w:r>
        <w:rPr>
          <w:rFonts w:ascii="Georgia" w:hAnsi="Georgia"/>
          <w:b w:val="0"/>
          <w:i w:val="0"/>
          <w:color w:val="000000"/>
          <w:sz w:val="24"/>
        </w:rPr>
        <w:t>Это согласуется со сказанным выше: ахораим де-Аба скрылись при исправлении Атика ахор бе-ахор, и потому ахораим де-Аба отныне и впредь не принимают свойства своего света лица, пойми это.</w:t>
      </w:r>
    </w:p>
    <w:p>
      <w:pPr>
        <w:spacing w:before="40" w:after="120"/>
        <w:jc w:val="both"/>
      </w:pPr>
      <w:r>
        <w:rPr>
          <w:rFonts w:ascii="Georgia" w:hAnsi="Georgia"/>
          <w:b w:val="0"/>
          <w:i w:val="0"/>
          <w:color w:val="000000"/>
          <w:sz w:val="24"/>
        </w:rPr>
        <w:t>И в этом тайный смысл того, что внутренний зивуг Аба ве-Има прекратился вплоть до Окончательного исправления (гмар тиккун), и все зивугим де-Аба ве-Има на протяжении существования мира Исправления происходят лишь в свойстве ахораим де-Има, и помни это.</w:t>
      </w:r>
    </w:p>
    <w:p>
      <w:pPr>
        <w:spacing w:before="40" w:after="120"/>
        <w:jc w:val="both"/>
      </w:pPr>
      <w:r>
        <w:rPr>
          <w:rFonts w:ascii="Georgia" w:hAnsi="Georgia"/>
          <w:b w:val="0"/>
          <w:i w:val="0"/>
          <w:color w:val="000000"/>
          <w:sz w:val="24"/>
        </w:rPr>
        <w:t xml:space="preserve">13) </w:t>
      </w:r>
      <w:r>
        <w:rPr>
          <w:rFonts w:ascii="Georgia" w:hAnsi="Georgia"/>
          <w:b/>
          <w:i w:val="0"/>
          <w:color w:val="000000"/>
          <w:sz w:val="24"/>
        </w:rPr>
        <w:t>«И АА все еще пребывает в виде точки без исправления…»</w:t>
      </w:r>
      <w:r>
        <w:rPr>
          <w:rFonts w:ascii="Georgia" w:hAnsi="Georgia"/>
          <w:b w:val="0"/>
          <w:i w:val="0"/>
          <w:color w:val="000000"/>
          <w:sz w:val="24"/>
        </w:rPr>
        <w:t>:</w:t>
      </w:r>
    </w:p>
    <w:p>
      <w:pPr>
        <w:spacing w:before="40" w:after="120"/>
        <w:jc w:val="both"/>
      </w:pPr>
      <w:r>
        <w:rPr>
          <w:rFonts w:ascii="Georgia" w:hAnsi="Georgia"/>
          <w:b w:val="0"/>
          <w:i w:val="0"/>
          <w:color w:val="000000"/>
          <w:sz w:val="24"/>
        </w:rPr>
        <w:t>То есть упомянутое исправление лица Аба пришло к нему прежде, чем исправился АА в свойстве нового МА, ведь со стороны БОН Аба является второй ступенью по отношению к Атику.</w:t>
      </w:r>
    </w:p>
    <w:p>
      <w:pPr>
        <w:spacing w:before="40" w:after="120"/>
        <w:jc w:val="both"/>
      </w:pPr>
      <w:r>
        <w:rPr>
          <w:rFonts w:ascii="Georgia" w:hAnsi="Georgia"/>
          <w:b w:val="0"/>
          <w:i w:val="0"/>
          <w:color w:val="000000"/>
          <w:sz w:val="24"/>
        </w:rPr>
        <w:t>Иначе говоря: Атик относится к свойству Гальгальты и Кетера де-БОН, а Аба — к свойству АБ де-БОН. В отличие от этого, АА вовсе не относится к свойству АБ, но относится к свойству Кетера, как и Атик. Поэтому исправление экранов в Атике, выведшее десять сфирот де-АБ де-БОН наружу в совершенстве рош, тох, соф, как сказано выше, не касается АА.</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АА все еще пребывает в виде точки без исправления»</w:t>
      </w:r>
      <w:r>
        <w:rPr>
          <w:rFonts w:ascii="Georgia" w:hAnsi="Georgia"/>
          <w:b w:val="0"/>
          <w:i w:val="0"/>
          <w:color w:val="000000"/>
          <w:sz w:val="24"/>
        </w:rPr>
        <w:t>, пойми это.</w:t>
      </w:r>
    </w:p>
    <w:p>
      <w:pPr>
        <w:spacing w:before="40" w:after="120"/>
        <w:jc w:val="both"/>
      </w:pPr>
      <w:r>
        <w:rPr>
          <w:rFonts w:ascii="Georgia" w:hAnsi="Georgia"/>
          <w:b w:val="0"/>
          <w:i w:val="0"/>
          <w:color w:val="000000"/>
          <w:sz w:val="24"/>
        </w:rPr>
        <w:t xml:space="preserve">16) </w:t>
      </w:r>
      <w:r>
        <w:rPr>
          <w:rFonts w:ascii="Georgia" w:hAnsi="Georgia"/>
          <w:b/>
          <w:i w:val="0"/>
          <w:color w:val="000000"/>
          <w:sz w:val="24"/>
        </w:rPr>
        <w:t>«Причина ее опускания в горло… заключается в том, что АА облачает Атика — его ЗАТ…»</w:t>
      </w:r>
      <w:r>
        <w:rPr>
          <w:rFonts w:ascii="Georgia" w:hAnsi="Georgia"/>
          <w:b w:val="0"/>
          <w:i w:val="0"/>
          <w:color w:val="000000"/>
          <w:sz w:val="24"/>
        </w:rPr>
        <w:t>:</w:t>
      </w:r>
    </w:p>
    <w:p>
      <w:pPr>
        <w:spacing w:before="40" w:after="120"/>
        <w:jc w:val="both"/>
      </w:pPr>
      <w:r>
        <w:rPr>
          <w:rFonts w:ascii="Georgia" w:hAnsi="Georgia"/>
          <w:b w:val="0"/>
          <w:i w:val="0"/>
          <w:color w:val="000000"/>
          <w:sz w:val="24"/>
        </w:rPr>
        <w:t>То есть в силу нового МА Атик и АА стали двумя отдельными ступенями, а именно Гальгальтой и АБ: Атик — это парцуф Гальгальта де-МА, а АА — АБ де-МА. И получается, что АА выделяется [из Источника] и выходит из пэ де-рош де-Атик, и потому оттуда начинается его высота, и он облачает только ЗАТ и гуф де-Атик, вследствие чего оказывается на ступени АБ.</w:t>
      </w:r>
    </w:p>
    <w:p>
      <w:pPr>
        <w:spacing w:before="40" w:after="120"/>
        <w:jc w:val="both"/>
      </w:pPr>
      <w:r>
        <w:rPr>
          <w:rFonts w:ascii="Georgia" w:hAnsi="Georgia"/>
          <w:b w:val="0"/>
          <w:i w:val="0"/>
          <w:color w:val="000000"/>
          <w:sz w:val="24"/>
        </w:rPr>
        <w:t xml:space="preserve">И об этом сказано (в пункте 15): </w:t>
      </w:r>
      <w:r>
        <w:rPr>
          <w:rFonts w:ascii="Georgia" w:hAnsi="Georgia"/>
          <w:b/>
          <w:i w:val="0"/>
          <w:color w:val="000000"/>
          <w:sz w:val="24"/>
        </w:rPr>
        <w:t>«Бина же де-АА не смогла подняться и пребывать в его голове и осталась внизу, в горле…»</w:t>
      </w:r>
    </w:p>
    <w:p>
      <w:pPr>
        <w:spacing w:before="40" w:after="120"/>
        <w:jc w:val="both"/>
      </w:pPr>
      <w:r>
        <w:rPr>
          <w:rFonts w:ascii="Georgia" w:hAnsi="Georgia"/>
          <w:b w:val="0"/>
          <w:i w:val="0"/>
          <w:color w:val="000000"/>
          <w:sz w:val="24"/>
        </w:rPr>
        <w:t>И это соответствует тому, что написано в «Паним Меирот», ветвь 29, пункт 9, начиная со слов «Дело в том…», смотри там весь контекст: в силу подъема МАН к Гальгальте каждая ступень вышла и опустилась со ступени, на которой находилась в Некудим. И потому Бина де-АА, представляющая собой тайну САГ, полностью вышла из головы АА, представляющей собой АБ, и потому говорится, что Бина вышла наружу из головы АА в горло, то есть от пэ де-рош и ниже.</w:t>
      </w:r>
    </w:p>
    <w:p>
      <w:pPr>
        <w:spacing w:before="40" w:after="120"/>
        <w:jc w:val="both"/>
      </w:pPr>
      <w:r>
        <w:rPr>
          <w:rFonts w:ascii="Georgia" w:hAnsi="Georgia"/>
          <w:b w:val="0"/>
          <w:i w:val="0"/>
          <w:color w:val="000000"/>
          <w:sz w:val="24"/>
        </w:rPr>
        <w:t>Ведь уже объяснялось, что восполнение НЕХИ и ГАР парцуфим [мира] Ацилут полностью зависит от исправления ступеней нового МА, поскольку ступени МА вышли в совершенстве рош, тох, соф. Поэтому, когда Атик, являющийся тайной Кетера, исправился как целостная ступень рош, тох, соф, считается, что АБ де-БОН вышел наружу из него также как целостная ступень рош, тох, соф, и тогда исправление достигло Аба, являющегося АБ де-БОН, в его НЕХИ и ГАР.</w:t>
      </w:r>
    </w:p>
    <w:p>
      <w:pPr>
        <w:spacing w:before="40" w:after="120"/>
        <w:jc w:val="both"/>
      </w:pPr>
      <w:r>
        <w:rPr>
          <w:rFonts w:ascii="Georgia" w:hAnsi="Georgia"/>
          <w:b w:val="0"/>
          <w:i w:val="0"/>
          <w:color w:val="000000"/>
          <w:sz w:val="24"/>
        </w:rPr>
        <w:t>Затем, когда АА исправился в АБ де-МА как целостная ступень рош, тох, соф, считается, что САГ де-БОН вышел наружу из него как целостная ступень рош, тох, соф, и тогда исправление достигло Имы, являющейся САГ де-БОН.</w:t>
      </w:r>
    </w:p>
    <w:p>
      <w:pPr>
        <w:spacing w:before="40" w:after="120"/>
        <w:jc w:val="both"/>
      </w:pPr>
      <w:r>
        <w:rPr>
          <w:rFonts w:ascii="Georgia" w:hAnsi="Georgia"/>
          <w:b w:val="0"/>
          <w:i w:val="0"/>
          <w:color w:val="000000"/>
          <w:sz w:val="24"/>
        </w:rPr>
        <w:t>И об этом сказано, что после того как Бина вышла наружу из АБ де-МА, являющегося головой АА, Аба ве-Има поднялись на четвертую ступень, а именно снова соединились паним бе-паним, смотри там.</w:t>
      </w:r>
    </w:p>
    <w:p>
      <w:pPr>
        <w:spacing w:before="40" w:after="120"/>
        <w:jc w:val="both"/>
      </w:pPr>
      <w:r>
        <w:rPr>
          <w:rFonts w:ascii="Georgia" w:hAnsi="Georgia"/>
          <w:b w:val="0"/>
          <w:i w:val="0"/>
          <w:color w:val="000000"/>
          <w:sz w:val="24"/>
        </w:rPr>
        <w:t>Это и означает сказанное: после того как исправился АА, представляющий собой АБ де-МА, САГ вышел наружу как целостная ступень рош, тох, соф, и Бина де-Некудим также обрела свойства НЕХИ и ГАР, подобно Аба после исправления Атика. Поэтому теперь у них обоих есть келим лица (де-паним), и об этом сказано, что они вернулись [к состоянию] паним бе-паним. Пойми это.</w:t>
      </w:r>
    </w:p>
    <w:p>
      <w:pPr>
        <w:spacing w:before="40" w:after="120"/>
        <w:jc w:val="both"/>
      </w:pPr>
      <w:r>
        <w:rPr>
          <w:rFonts w:ascii="Georgia" w:hAnsi="Georgia"/>
          <w:b w:val="0"/>
          <w:i w:val="0"/>
          <w:color w:val="000000"/>
          <w:sz w:val="24"/>
        </w:rPr>
        <w:t xml:space="preserve">17) </w:t>
      </w:r>
      <w:r>
        <w:rPr>
          <w:rFonts w:ascii="Georgia" w:hAnsi="Georgia"/>
          <w:b/>
          <w:i w:val="0"/>
          <w:color w:val="000000"/>
          <w:sz w:val="24"/>
        </w:rPr>
        <w:t>«…хотя все еще пребывали в виде точек без исправления»</w:t>
      </w:r>
      <w:r>
        <w:rPr>
          <w:rFonts w:ascii="Georgia" w:hAnsi="Georgia"/>
          <w:b w:val="0"/>
          <w:i w:val="0"/>
          <w:color w:val="000000"/>
          <w:sz w:val="24"/>
        </w:rPr>
        <w:t>:</w:t>
      </w:r>
    </w:p>
    <w:p>
      <w:pPr>
        <w:spacing w:before="40" w:after="120"/>
        <w:jc w:val="both"/>
      </w:pPr>
      <w:r>
        <w:rPr>
          <w:rFonts w:ascii="Georgia" w:hAnsi="Georgia"/>
          <w:b w:val="0"/>
          <w:i w:val="0"/>
          <w:color w:val="000000"/>
          <w:sz w:val="24"/>
        </w:rPr>
        <w:t>То есть все сказанное об Аба ве-Има — что после исправления Атика и АА они достигли четвертой ступени, — относится лишь к аспекту БОН в них, поскольку они являются ХУБ из ГАР де-Некудим, обретающими исправление своих НЕХИ благодаря выходу наружу из высшей ступени, как сказано выше. Что же касается самих светов, то они все еще нуждаются в приходе нового МА, ведь они должны получить САГ де-МА, как будет сказано с Б-жьей помощью.</w:t>
      </w:r>
    </w:p>
    <w:p>
      <w:pPr>
        <w:spacing w:before="40" w:after="120"/>
        <w:jc w:val="both"/>
      </w:pPr>
      <w:r>
        <w:rPr>
          <w:rFonts w:ascii="Georgia" w:hAnsi="Georgia"/>
          <w:b w:val="0"/>
          <w:i w:val="0"/>
          <w:color w:val="000000"/>
          <w:sz w:val="24"/>
        </w:rPr>
        <w:t xml:space="preserve">18) </w:t>
      </w:r>
      <w:r>
        <w:rPr>
          <w:rFonts w:ascii="Georgia" w:hAnsi="Georgia"/>
          <w:b/>
          <w:i w:val="0"/>
          <w:color w:val="000000"/>
          <w:sz w:val="24"/>
        </w:rPr>
        <w:t>«Как известно, ЗОН относятся к свойству НЕХИ де-АА… поэтому они не получили никакого исправления…»</w:t>
      </w:r>
      <w:r>
        <w:rPr>
          <w:rFonts w:ascii="Georgia" w:hAnsi="Georgia"/>
          <w:b w:val="0"/>
          <w:i w:val="0"/>
          <w:color w:val="000000"/>
          <w:sz w:val="24"/>
        </w:rPr>
        <w:t>:</w:t>
      </w:r>
    </w:p>
    <w:p>
      <w:pPr>
        <w:spacing w:before="40" w:after="120"/>
        <w:jc w:val="both"/>
      </w:pPr>
      <w:r>
        <w:rPr>
          <w:rFonts w:ascii="Georgia" w:hAnsi="Georgia"/>
          <w:b w:val="0"/>
          <w:i w:val="0"/>
          <w:color w:val="000000"/>
          <w:sz w:val="24"/>
        </w:rPr>
        <w:t>В предыдущей ветви уже объяснялось, что все исправление ХАГАТ и НЕХИМ де-Некудим, называемых ЗОН де-БОН, зависит от выхода ИШСУТ на место ХАГАТ в качестве третьей головы, как написано в «Паним Масбирот», ветвь 29, смотри там.</w:t>
      </w:r>
    </w:p>
    <w:p>
      <w:pPr>
        <w:spacing w:before="40" w:after="120"/>
        <w:jc w:val="both"/>
      </w:pPr>
      <w:r>
        <w:rPr>
          <w:rFonts w:ascii="Georgia" w:hAnsi="Georgia"/>
          <w:b w:val="0"/>
          <w:i w:val="0"/>
          <w:color w:val="000000"/>
          <w:sz w:val="24"/>
        </w:rPr>
        <w:t>В соответствии с этим оказывается, что у них нет корня в Атике, ведь ты уже знаешь, что Атик включает в себя только ГАР де-Некудим — тайну двух голов: Кетера и высших Аба ве-Има. Третья же голова де-Некудим, называемая ИШСУТ и относящаяся к ЗОН, чье место от пэ и ниже ГАР де-Некудим, совершенно не относится к Атику.</w:t>
      </w:r>
    </w:p>
    <w:p>
      <w:pPr>
        <w:spacing w:before="40" w:after="120"/>
        <w:jc w:val="both"/>
      </w:pPr>
      <w:r>
        <w:rPr>
          <w:rFonts w:ascii="Georgia" w:hAnsi="Georgia"/>
          <w:b w:val="0"/>
          <w:i w:val="0"/>
          <w:color w:val="000000"/>
          <w:sz w:val="24"/>
        </w:rPr>
        <w:t>И из этого ты прекрасно поймешь, что ЗОН де-Некудим, относящиеся к третьей голове, не имеют корня в Атике.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«…как известно, ЗОН относятся к свойству НЕХИ де-АА, ибо там их место, как сказано выше. Поэтому они не получили никакого исправления и свечения, когда началось исправление высшей головы Атика… пока не началось исправление головы АА»</w:t>
      </w:r>
      <w:r>
        <w:rPr>
          <w:rFonts w:ascii="Georgia" w:hAnsi="Georgia"/>
          <w:b w:val="0"/>
          <w:i w:val="0"/>
          <w:color w:val="000000"/>
          <w:sz w:val="24"/>
        </w:rPr>
        <w:t>, до сих пор его слова.</w:t>
      </w:r>
    </w:p>
    <w:p>
      <w:pPr>
        <w:spacing w:before="40" w:after="120"/>
        <w:jc w:val="both"/>
      </w:pPr>
      <w:r>
        <w:rPr>
          <w:rFonts w:ascii="Georgia" w:hAnsi="Georgia"/>
          <w:b w:val="0"/>
          <w:i w:val="0"/>
          <w:color w:val="000000"/>
          <w:sz w:val="24"/>
        </w:rPr>
        <w:t>И причина в том, что АА сам также вышел из свойства ГАР де-Некудим подобно ИШСУТ де-Некудим, и потому облачает ЗАТ де-Атик, как все это написано в предыдущей ветви; и потому у ЗОН есть корень в голове АА. Пойми это.</w:t>
      </w:r>
    </w:p>
    <w:p>
      <w:pPr>
        <w:spacing w:before="40" w:after="120"/>
        <w:jc w:val="both"/>
      </w:pPr>
      <w:r>
        <w:rPr>
          <w:rFonts w:ascii="Georgia" w:hAnsi="Georgia"/>
          <w:b w:val="0"/>
          <w:i w:val="0"/>
          <w:color w:val="000000"/>
          <w:sz w:val="24"/>
        </w:rPr>
        <w:t xml:space="preserve">19) </w:t>
      </w:r>
      <w:r>
        <w:rPr>
          <w:rFonts w:ascii="Georgia" w:hAnsi="Georgia"/>
          <w:b/>
          <w:i w:val="0"/>
          <w:color w:val="000000"/>
          <w:sz w:val="24"/>
        </w:rPr>
        <w:t>«…когда в голове АА исправились Кетер и Хохма, ЗОН обратились в состояние „спиной к лицу“…»</w:t>
      </w:r>
      <w:r>
        <w:rPr>
          <w:rFonts w:ascii="Georgia" w:hAnsi="Georgia"/>
          <w:b w:val="0"/>
          <w:i w:val="0"/>
          <w:color w:val="000000"/>
          <w:sz w:val="24"/>
        </w:rPr>
        <w:t>:</w:t>
      </w:r>
    </w:p>
    <w:p>
      <w:pPr>
        <w:spacing w:before="40" w:after="120"/>
        <w:jc w:val="both"/>
      </w:pPr>
      <w:r>
        <w:rPr>
          <w:rFonts w:ascii="Georgia" w:hAnsi="Georgia"/>
          <w:b w:val="0"/>
          <w:i w:val="0"/>
          <w:color w:val="000000"/>
          <w:sz w:val="24"/>
        </w:rPr>
        <w:t>В предыдущей ветви уже объяснялось, что ХАГАТ де-ЗОН де-Некудим относятся к ЗАТ де-Аба, являющемуся АБ, тогда как Нуква де-ЗОН де-Некудим не имеет от Аба ничего, кроме как от ИШСУТ, являющегося САГ. Также выше объяснялось, что АА исправился в свойстве АБ де-МА.</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«…когда в голове АА исправились Кетер и Хохма, ЗОН обратились в состояние „спиной к лицу“»</w:t>
      </w:r>
      <w:r>
        <w:rPr>
          <w:rFonts w:ascii="Georgia" w:hAnsi="Georgia"/>
          <w:b w:val="0"/>
          <w:i w:val="0"/>
          <w:color w:val="000000"/>
          <w:sz w:val="24"/>
        </w:rPr>
        <w:t>.</w:t>
      </w:r>
    </w:p>
    <w:p>
      <w:pPr>
        <w:spacing w:before="40" w:after="120"/>
        <w:jc w:val="both"/>
      </w:pPr>
      <w:r>
        <w:rPr>
          <w:rFonts w:ascii="Georgia" w:hAnsi="Georgia"/>
          <w:b w:val="0"/>
          <w:i w:val="0"/>
          <w:color w:val="000000"/>
          <w:sz w:val="24"/>
        </w:rPr>
        <w:t>А ты уже знаешь значение состояния ахор бе-паним (спиной к лицу): мужское начало обретает ахораим де-ГАР, облаченные в лицо ХАГАТ де-ЗА, как сказано выше, смотри там. Ведь прежде ЗА пребывал [в виде] «три включены в три», когда ХАГАТ были включены и скрыты в его НЕХИ, и из-за этого невозможно было распознать ахор мужского начала де-ЗА, облаченный только в его ХАГАТ. Однако после исправления Кетера и Хохмы в голове АА, являющихся тайной АБ, исправление достигло также ХАГАТ де-ЗА, относящихся к гуф де-АБ де-Некудим. И тогда они распространились внутри НЕХИ, и в них раскрылся ахор мужского начала.</w:t>
      </w:r>
    </w:p>
    <w:p>
      <w:pPr>
        <w:spacing w:before="40" w:after="120"/>
        <w:jc w:val="both"/>
      </w:pPr>
      <w:r>
        <w:rPr>
          <w:rFonts w:ascii="Georgia" w:hAnsi="Georgia"/>
          <w:b w:val="0"/>
          <w:i w:val="0"/>
          <w:color w:val="000000"/>
          <w:sz w:val="24"/>
        </w:rPr>
        <w:t>И об этом говорится, что ЗОН вновь стали [в положение] ахор бе-паним: то есть мужское начало обращает свои ахораим к Нукве и передает ей от света своих ахораим, представляющих собой свойство решимо де-ГАР, как сказано выше.</w:t>
      </w:r>
    </w:p>
    <w:p>
      <w:pPr>
        <w:spacing w:before="40" w:after="120"/>
        <w:jc w:val="both"/>
      </w:pPr>
      <w:r>
        <w:rPr>
          <w:rFonts w:ascii="Georgia" w:hAnsi="Georgia"/>
          <w:b/>
          <w:i w:val="0"/>
          <w:color w:val="000000"/>
          <w:sz w:val="24"/>
        </w:rPr>
        <w:t>«Когда же исправилась Бина де-АА, они перешли в состояние „лицом к спине“…»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То есть как написано выше на странице 503, начиная со слов «И подобно этому…», смотри там. Ведь при выходе Бины наружу из головы Нуква де-ЗА обретает ахораим де-Има, по аналогии с тем, как разъяснялось там на основе тайны стиха: </w:t>
      </w:r>
      <w:r>
        <w:rPr>
          <w:rFonts w:ascii="Georgia" w:hAnsi="Georgia"/>
          <w:b w:val="0"/>
          <w:i/>
          <w:color w:val="000000"/>
          <w:sz w:val="24"/>
        </w:rPr>
        <w:t>«…а мудрый сдерживает его [сзади]»</w:t>
      </w:r>
      <w:r>
        <w:rPr>
          <w:rFonts w:ascii="Georgia" w:hAnsi="Georgia"/>
          <w:b w:val="0"/>
          <w:i w:val="0"/>
          <w:color w:val="000000"/>
          <w:sz w:val="24"/>
        </w:rPr>
        <w:t xml:space="preserve"> (Мишлей 29:11), где Нуква де-ЗА получает это исправление сейчас от Имы.</w:t>
      </w:r>
    </w:p>
    <w:p>
      <w:pPr>
        <w:spacing w:before="40" w:after="120"/>
        <w:jc w:val="both"/>
      </w:pPr>
      <w:r>
        <w:rPr>
          <w:rFonts w:ascii="Georgia" w:hAnsi="Georgia"/>
          <w:b w:val="0"/>
          <w:i w:val="0"/>
          <w:color w:val="000000"/>
          <w:sz w:val="24"/>
        </w:rPr>
        <w:t>И уже объяснялось, что при выходе Бины де-АА в горло САГ де-Некудим исправился в рош, тох, соф, и Аба ве-Има вновь стали паним бе-паним в аспекте БОН в них. Однако ЗОН обрели при этом лишь третью ступень — паним бе-ахор. Причина в том, что МА и БОН де-БОН еще не вышли наружу из САГ до тех пор, пока не исправилась голова Аба ве-Има, представляющая собой свойство САГ нового МА, как сказано выше.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«А когда исправились… КАХАБ де-Аба ве-Има, являющиеся их головой, — тогда ЗОН вновь стали [в положение] паним бе-паним»</w:t>
      </w:r>
      <w:r>
        <w:rPr>
          <w:rFonts w:ascii="Georgia" w:hAnsi="Georgia"/>
          <w:b w:val="0"/>
          <w:i w:val="0"/>
          <w:color w:val="000000"/>
          <w:sz w:val="24"/>
        </w:rPr>
        <w:t>.</w:t>
      </w:r>
    </w:p>
    <w:p>
      <w:pPr>
        <w:spacing w:before="40" w:after="120"/>
        <w:jc w:val="both"/>
      </w:pPr>
      <w:r>
        <w:rPr>
          <w:rFonts w:ascii="Georgia" w:hAnsi="Georgia"/>
          <w:b w:val="0"/>
          <w:i w:val="0"/>
          <w:color w:val="000000"/>
          <w:sz w:val="24"/>
        </w:rPr>
        <w:t>Это объясняется тем, что при исправлении САГ в законченный парцуф МА и БОН де-БОН вышли наружу также как целостный парцуф в НЕХИ и ГАР, как сказано выше, смотри там, и потому ЗОН также возвратились [к состоянию] паним бе-паним.</w:t>
      </w:r>
    </w:p>
    <w:p>
      <w:pPr>
        <w:spacing w:before="40" w:after="120"/>
        <w:jc w:val="both"/>
      </w:pPr>
      <w:r>
        <w:rPr>
          <w:rFonts w:ascii="Georgia" w:hAnsi="Georgia"/>
          <w:b/>
          <w:i w:val="0"/>
          <w:color w:val="000000"/>
          <w:sz w:val="24"/>
        </w:rPr>
        <w:t>«…хотя все еще оставались в виде точек совершенно без исправления»</w:t>
      </w:r>
      <w:r>
        <w:rPr>
          <w:rFonts w:ascii="Georgia" w:hAnsi="Georgia"/>
          <w:b w:val="0"/>
          <w:i w:val="0"/>
          <w:color w:val="000000"/>
          <w:sz w:val="24"/>
        </w:rPr>
        <w:t>:</w:t>
      </w:r>
    </w:p>
    <w:p>
      <w:pPr>
        <w:spacing w:before="40" w:after="120"/>
        <w:jc w:val="both"/>
      </w:pPr>
      <w:r>
        <w:rPr>
          <w:rFonts w:ascii="Georgia" w:hAnsi="Georgia"/>
          <w:b w:val="0"/>
          <w:i w:val="0"/>
          <w:color w:val="000000"/>
          <w:sz w:val="24"/>
        </w:rPr>
        <w:t>То есть возвращение их [к состоянию] паним бе-паним сказано лишь относительно свойства МА и БОН де-Некудим в них: в силу совершенства САГ де-МА они также получили совершенство НЕХИ и ГАР для МА и БОН де-БОН в них. Сами же света они получают лишь во время прихода относящегося к ним нового МА, что будет разъяснено в другом месте.</w:t>
      </w:r>
    </w:p>
    <w:p>
      <w:pPr>
        <w:spacing w:before="40" w:after="120"/>
        <w:jc w:val="both"/>
      </w:pPr>
      <w:r>
        <w:rPr>
          <w:rFonts w:ascii="Georgia" w:hAnsi="Georgia"/>
          <w:b w:val="0"/>
          <w:i w:val="0"/>
          <w:color w:val="000000"/>
          <w:sz w:val="24"/>
        </w:rPr>
        <w:t>А суть упомянутых вопросов разъяснена в комментарии «Паним Масбирот», смотри там.</w:t>
      </w:r>
    </w:p>
    <w:p>
      <w:r>
        <w:br w:type="page"/>
      </w:r>
    </w:p>
    <w:p>
      <w:pPr>
        <w:keepNext/>
        <w:spacing w:before="360" w:after="160"/>
        <w:jc w:val="center"/>
      </w:pPr>
      <w:r>
        <w:rPr>
          <w:rFonts w:ascii="Georgia" w:hAnsi="Georgia"/>
          <w:b w:val="0"/>
          <w:i w:val="0"/>
          <w:color w:val="000000"/>
          <w:sz w:val="40"/>
        </w:rPr>
        <w:t>Ветвь 31</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Теперь необходимо объяснить, каким образом происходило зачатие (ибур) ЗА внутри этого парцуфа, включающего Бину и Твуну, как сказано выше. Но сначала нужно разобрать три аспекта, присущие ЗА, каждый из которых нуждается в исправлении посредством этого зачатия.</w:t>
      </w:r>
    </w:p>
    <w:p>
      <w:pPr>
        <w:spacing w:before="40" w:after="120"/>
        <w:jc w:val="both"/>
      </w:pPr>
      <w:r>
        <w:rPr>
          <w:rFonts w:ascii="Georgia" w:hAnsi="Georgia"/>
          <w:b w:val="0"/>
          <w:i w:val="0"/>
          <w:color w:val="000000"/>
          <w:sz w:val="24"/>
        </w:rPr>
        <w:t>2) Первый — это света мелахим, которые ушли из келим и поднялись выше них, тогда как келим опустились в мир Брия.</w:t>
      </w:r>
    </w:p>
    <w:p>
      <w:pPr>
        <w:spacing w:before="40" w:after="120"/>
        <w:jc w:val="both"/>
      </w:pPr>
      <w:r>
        <w:rPr>
          <w:rFonts w:ascii="Georgia" w:hAnsi="Georgia"/>
          <w:b w:val="0"/>
          <w:i w:val="0"/>
          <w:color w:val="000000"/>
          <w:sz w:val="24"/>
        </w:rPr>
        <w:t>3) Второй — 288 (РАПАХ) искр света, оставшиеся внутри разбитых келим, чтобы поддерживать в них минимальную жизнь. Благодаря этому у них есть возможность снова исправиться и ожить посредством зачатия. И пусть это тебя не удивляет, ведь точно так же устроено и у земного человека в этом мире: после смерти, когда нефеш выходит из него, часть его нефеш все же остается в теле, чтобы благодаря этому он мог встать при воскресении мертвых. Как сказано в Зоаре (раздел Шлах Леха 170а): «Но теперь нефеш оставлена на хранение — она пребывает и покоится внутри костей; и потому в начале каждой ночи дух вверяется на хранение нефеш, а не плоти». А также на листе 169б — о «дыхании костей» (</w:t>
      </w:r>
      <w:r>
        <w:rPr>
          <w:rFonts w:ascii="Georgia" w:hAnsi="Georgia"/>
          <w:b w:val="0"/>
          <w:i/>
          <w:color w:val="000000"/>
          <w:sz w:val="24"/>
        </w:rPr>
        <w:t>эвель де-гармей</w:t>
      </w:r>
      <w:r>
        <w:rPr>
          <w:rFonts w:ascii="Georgia" w:hAnsi="Georgia"/>
          <w:b w:val="0"/>
          <w:i w:val="0"/>
          <w:color w:val="000000"/>
          <w:sz w:val="24"/>
        </w:rPr>
        <w:t xml:space="preserve">), оставшемся в могиле, в истории с вызывательницей духов и Шмуэлем (Шмуэль I 28). И в этом смысл стиха: </w:t>
      </w:r>
      <w:r>
        <w:rPr>
          <w:rFonts w:ascii="Georgia" w:hAnsi="Georgia"/>
          <w:b w:val="0"/>
          <w:i/>
          <w:color w:val="000000"/>
          <w:sz w:val="24"/>
        </w:rPr>
        <w:t>«И насытит в засуху душу твою, и кости твои укрепит...»</w:t>
      </w:r>
      <w:r>
        <w:rPr>
          <w:rFonts w:ascii="Georgia" w:hAnsi="Georgia"/>
          <w:b w:val="0"/>
          <w:i w:val="0"/>
          <w:color w:val="000000"/>
          <w:sz w:val="24"/>
        </w:rPr>
        <w:t xml:space="preserve"> (Йешаяу 58:11).</w:t>
      </w:r>
    </w:p>
    <w:p>
      <w:pPr>
        <w:spacing w:before="40" w:after="120"/>
        <w:jc w:val="both"/>
      </w:pPr>
      <w:r>
        <w:rPr>
          <w:rFonts w:ascii="Georgia" w:hAnsi="Georgia"/>
          <w:b w:val="0"/>
          <w:i w:val="0"/>
          <w:color w:val="000000"/>
          <w:sz w:val="24"/>
        </w:rPr>
        <w:t>4) Третий — сами келим, которые разбились и опустились в Брию. И все эти три аспекта должны исправиться посредством зачатия, как сказано.</w:t>
      </w:r>
    </w:p>
    <w:p>
      <w:pPr>
        <w:spacing w:before="40" w:after="120"/>
        <w:jc w:val="both"/>
      </w:pPr>
      <w:r>
        <w:rPr>
          <w:rFonts w:ascii="Georgia" w:hAnsi="Georgia"/>
          <w:b w:val="0"/>
          <w:i w:val="0"/>
          <w:color w:val="000000"/>
          <w:sz w:val="24"/>
        </w:rPr>
        <w:t>5) Сначала объясним, что представляют собой упомянутые 288 искр (РАПАХ), а затем вернемся к прежней теме. И везде в нашем труде, где упоминаются 288 искр, имеются в виду именно те, о которых с Б-жьей помощью пойдет речь сейчас.</w:t>
      </w:r>
    </w:p>
    <w:p>
      <w:pPr>
        <w:spacing w:before="40" w:after="120"/>
        <w:jc w:val="both"/>
      </w:pPr>
      <w:r>
        <w:rPr>
          <w:rFonts w:ascii="Georgia" w:hAnsi="Georgia"/>
          <w:b w:val="0"/>
          <w:i w:val="0"/>
          <w:color w:val="000000"/>
          <w:sz w:val="24"/>
        </w:rPr>
        <w:t>Уже объяснялось, что семь нижних точек, называемых семью мелахим, — это ЗОН имени БОН, вышедшие из никвей эйнаим де-АК. Сначала вышли келим, а когда затем вышли света, чтобы войти в эти свои келим, келим не смогли их выдержать, разбились и упали вниз — на то место, которому в дальнейшем предстоит стать миром Брия, света же ушли и остановились вверху, в Ацилуте, как подробно объяснялось выше.</w:t>
      </w:r>
    </w:p>
    <w:p>
      <w:pPr>
        <w:spacing w:before="40" w:after="120"/>
        <w:jc w:val="both"/>
      </w:pPr>
      <w:r>
        <w:rPr>
          <w:rFonts w:ascii="Georgia" w:hAnsi="Georgia"/>
          <w:b w:val="0"/>
          <w:i w:val="0"/>
          <w:color w:val="000000"/>
          <w:sz w:val="24"/>
        </w:rPr>
        <w:t>Это падение называется смертью, поскольку всякий, кто покидает свой мир и опускается в иной, нижестоящий мир, считается умершим. Семь этих мелахим представляют собой ЗАТ, которые именуются ЗОН мира Ацилут, и так как они опустились в мир Брия, для них это считается смертью — в отличие от ахораим де-Аба ве-Има, которые пали, но не умерли, как было сказано.</w:t>
      </w:r>
    </w:p>
    <w:p>
      <w:pPr>
        <w:spacing w:before="40" w:after="120"/>
        <w:jc w:val="both"/>
      </w:pPr>
      <w:r>
        <w:rPr>
          <w:rFonts w:ascii="Georgia" w:hAnsi="Georgia"/>
          <w:b w:val="0"/>
          <w:i w:val="0"/>
          <w:color w:val="000000"/>
          <w:sz w:val="24"/>
        </w:rPr>
        <w:t xml:space="preserve">6) С ними произошло то же самое, что происходит с земным человеком в этом мире при смерти: его нефеш отделяется от тела, уходит и возвращается в свое истинное обиталище, </w:t>
      </w:r>
      <w:r>
        <w:rPr>
          <w:rFonts w:ascii="Georgia" w:hAnsi="Georgia"/>
          <w:b w:val="0"/>
          <w:i/>
          <w:color w:val="000000"/>
          <w:sz w:val="24"/>
        </w:rPr>
        <w:t>«...к Б-гу, Который дал ее»</w:t>
      </w:r>
      <w:r>
        <w:rPr>
          <w:rFonts w:ascii="Georgia" w:hAnsi="Georgia"/>
          <w:b w:val="0"/>
          <w:i w:val="0"/>
          <w:color w:val="000000"/>
          <w:sz w:val="24"/>
        </w:rPr>
        <w:t xml:space="preserve"> (Коэлет 12:7), а его тело, будучи прахом, возвращается в землю и опускается со своей ступени, представляющей собой уровень человека. Это и называется смертью.</w:t>
      </w:r>
    </w:p>
    <w:p>
      <w:pPr>
        <w:spacing w:before="40" w:after="120"/>
        <w:jc w:val="both"/>
      </w:pPr>
      <w:r>
        <w:rPr>
          <w:rFonts w:ascii="Georgia" w:hAnsi="Georgia"/>
          <w:b w:val="0"/>
          <w:i w:val="0"/>
          <w:color w:val="000000"/>
          <w:sz w:val="24"/>
        </w:rPr>
        <w:t>Так же произошло и с этими мелахим: их душа — то есть их света — поднялась на свое прежнее место, в Ацилут, тогда как их тело — то есть их келим — опустилось в мир Брия, и там было место их погребения.</w:t>
      </w:r>
    </w:p>
    <w:p>
      <w:pPr>
        <w:spacing w:before="40" w:after="120"/>
        <w:jc w:val="both"/>
      </w:pPr>
      <w:r>
        <w:rPr>
          <w:rFonts w:ascii="Georgia" w:hAnsi="Georgia"/>
          <w:b w:val="0"/>
          <w:i w:val="0"/>
          <w:color w:val="000000"/>
          <w:sz w:val="24"/>
        </w:rPr>
        <w:t xml:space="preserve">7) И подобно тому как о теле земного человека в этом мире, когда оно погребено в могиле, сказано: </w:t>
      </w:r>
      <w:r>
        <w:rPr>
          <w:rFonts w:ascii="Georgia" w:hAnsi="Georgia"/>
          <w:b w:val="0"/>
          <w:i/>
          <w:color w:val="000000"/>
          <w:sz w:val="24"/>
        </w:rPr>
        <w:t>«...и душа его о нем скорбит»</w:t>
      </w:r>
      <w:r>
        <w:rPr>
          <w:rFonts w:ascii="Georgia" w:hAnsi="Georgia"/>
          <w:b w:val="0"/>
          <w:i w:val="0"/>
          <w:color w:val="000000"/>
          <w:sz w:val="24"/>
        </w:rPr>
        <w:t xml:space="preserve"> (Иов 14:22), и в нем остается та мера духовности его костей, которая в Зоаре называется «дыханием костей» (</w:t>
      </w:r>
      <w:r>
        <w:rPr>
          <w:rFonts w:ascii="Georgia" w:hAnsi="Georgia"/>
          <w:b w:val="0"/>
          <w:i/>
          <w:color w:val="000000"/>
          <w:sz w:val="24"/>
        </w:rPr>
        <w:t>эвель де-гармей</w:t>
      </w:r>
      <w:r>
        <w:rPr>
          <w:rFonts w:ascii="Georgia" w:hAnsi="Georgia"/>
          <w:b w:val="0"/>
          <w:i w:val="0"/>
          <w:color w:val="000000"/>
          <w:sz w:val="24"/>
        </w:rPr>
        <w:t>), чтобы поддерживать в нем хоть какую-то жизнь и позволить сохраниться до времени воскресения мертвых — ведь если бы в них не оставалось никакой влаги, они не смогли бы ожить при воскресении мертвых.</w:t>
      </w:r>
    </w:p>
    <w:p>
      <w:pPr>
        <w:spacing w:before="40" w:after="120"/>
        <w:jc w:val="both"/>
      </w:pPr>
      <w:r>
        <w:rPr>
          <w:rFonts w:ascii="Georgia" w:hAnsi="Georgia"/>
          <w:b w:val="0"/>
          <w:i w:val="0"/>
          <w:color w:val="000000"/>
          <w:sz w:val="24"/>
        </w:rPr>
        <w:t>И в этом смысл слов наших мудрецов о том, что есть люди, которые не встанут при воскресении мертвых из-за греха — например, за грех ростовщичества, отрицание воскресения мертвых и тому подобное. Ведь этот грех приводит к уходу духовности, увлажняющей эти кости в могиле, так что они остаются совершенно сухими и больше не способны ожить.</w:t>
      </w:r>
    </w:p>
    <w:p>
      <w:pPr>
        <w:spacing w:before="40" w:after="120"/>
        <w:jc w:val="both"/>
      </w:pPr>
      <w:r>
        <w:rPr>
          <w:rFonts w:ascii="Georgia" w:hAnsi="Georgia"/>
          <w:b w:val="0"/>
          <w:i w:val="0"/>
          <w:color w:val="000000"/>
          <w:sz w:val="24"/>
        </w:rPr>
        <w:t xml:space="preserve">И в этом тайна сказанного: </w:t>
      </w:r>
      <w:r>
        <w:rPr>
          <w:rFonts w:ascii="Georgia" w:hAnsi="Georgia"/>
          <w:b w:val="0"/>
          <w:i/>
          <w:color w:val="000000"/>
          <w:sz w:val="24"/>
        </w:rPr>
        <w:t>«И насытит в засуху душу твою, и кости твои укрепит, и ты будешь как сад напоенный и как источник вод, чьи воды не иссякают»</w:t>
      </w:r>
      <w:r>
        <w:rPr>
          <w:rFonts w:ascii="Georgia" w:hAnsi="Georgia"/>
          <w:b w:val="0"/>
          <w:i w:val="0"/>
          <w:color w:val="000000"/>
          <w:sz w:val="24"/>
        </w:rPr>
        <w:t xml:space="preserve"> (Йешаяу 58:11). Ведь благодаря влаге того малого свечения, которое входит в кости, «не иссякнут воды его», и человек встанет при воскресении мертвых. И об этом же говорил Йехезкель по поводу сухих костей, о которых мудрецы сказали, что был среди них человек, дававший в рост и бравший лихву, и оттого кости его иссохли, оставшись без малейшей влаги заповеди, и он не встал при воскресении мертвых.</w:t>
      </w:r>
    </w:p>
    <w:p>
      <w:pPr>
        <w:spacing w:before="40" w:after="120"/>
        <w:jc w:val="both"/>
      </w:pPr>
      <w:r>
        <w:rPr>
          <w:rFonts w:ascii="Georgia" w:hAnsi="Georgia"/>
          <w:b w:val="0"/>
          <w:i w:val="0"/>
          <w:color w:val="000000"/>
          <w:sz w:val="24"/>
        </w:rPr>
        <w:t xml:space="preserve">8) Точно так же и в семи мелахим осталась некоторая мера духовности, чтобы оживить эти келим во время их воскресения — то есть во время исправления Ацилута. И знай это общее правило: все, что есть в этом мире, устроено по образцу того, что происходило с семью этими мелахим, </w:t>
      </w:r>
      <w:r>
        <w:rPr>
          <w:rFonts w:ascii="Georgia" w:hAnsi="Georgia"/>
          <w:b w:val="0"/>
          <w:i/>
          <w:color w:val="000000"/>
          <w:sz w:val="24"/>
        </w:rPr>
        <w:t>«...и нет ничего нового под солнцем»</w:t>
      </w:r>
      <w:r>
        <w:rPr>
          <w:rFonts w:ascii="Georgia" w:hAnsi="Georgia"/>
          <w:b w:val="0"/>
          <w:i w:val="0"/>
          <w:color w:val="000000"/>
          <w:sz w:val="24"/>
        </w:rPr>
        <w:t xml:space="preserve"> (Коэлет 1:9). Смерть мелахим и их исправление — это и есть их воскресение из мертвых; так же в будущем произойдет и с бренными телами в этом мире. Духовность же, оставшаяся в них и называемая «дыханием костей» (</w:t>
      </w:r>
      <w:r>
        <w:rPr>
          <w:rFonts w:ascii="Georgia" w:hAnsi="Georgia"/>
          <w:b w:val="0"/>
          <w:i/>
          <w:color w:val="000000"/>
          <w:sz w:val="24"/>
        </w:rPr>
        <w:t>эвель де-гармей</w:t>
      </w:r>
      <w:r>
        <w:rPr>
          <w:rFonts w:ascii="Georgia" w:hAnsi="Georgia"/>
          <w:b w:val="0"/>
          <w:i w:val="0"/>
          <w:color w:val="000000"/>
          <w:sz w:val="24"/>
        </w:rPr>
        <w:t>), представляет собой искры высших светов, оставшиеся в этих умерших келим: суть светов ушла наверх, а некоторые их искры остались в келим, чтобы оживить их во время исправления Ацилута.</w:t>
      </w:r>
    </w:p>
    <w:p>
      <w:pPr>
        <w:spacing w:before="40" w:after="120"/>
        <w:jc w:val="both"/>
      </w:pPr>
      <w:r>
        <w:rPr>
          <w:rFonts w:ascii="Georgia" w:hAnsi="Georgia"/>
          <w:b w:val="0"/>
          <w:i w:val="0"/>
          <w:color w:val="000000"/>
          <w:sz w:val="24"/>
        </w:rPr>
        <w:t xml:space="preserve">9) Число же этих искр составляло 288 (РАПАХ). И в этом смысл стиха: </w:t>
      </w:r>
      <w:r>
        <w:rPr>
          <w:rFonts w:ascii="Georgia" w:hAnsi="Georgia"/>
          <w:b w:val="0"/>
          <w:i/>
          <w:color w:val="000000"/>
          <w:sz w:val="24"/>
        </w:rPr>
        <w:t>«Земля же была пуста и хаотична...»</w:t>
      </w:r>
      <w:r>
        <w:rPr>
          <w:rFonts w:ascii="Georgia" w:hAnsi="Georgia"/>
          <w:b w:val="0"/>
          <w:i w:val="0"/>
          <w:color w:val="000000"/>
          <w:sz w:val="24"/>
        </w:rPr>
        <w:t xml:space="preserve"> (Берешит 1:2) — это мелахим, названные по имени Малхут де-АК, именуемой «землей Эдом», которые умерли, разбились и стали хаосом и пустотой. Но в них осталась часть искр, о которых сказано: </w:t>
      </w:r>
      <w:r>
        <w:rPr>
          <w:rFonts w:ascii="Georgia" w:hAnsi="Georgia"/>
          <w:b w:val="0"/>
          <w:i/>
          <w:color w:val="000000"/>
          <w:sz w:val="24"/>
        </w:rPr>
        <w:t>«...и дух Б-жий витал над водами»</w:t>
      </w:r>
      <w:r>
        <w:rPr>
          <w:rFonts w:ascii="Georgia" w:hAnsi="Georgia"/>
          <w:b w:val="0"/>
          <w:i w:val="0"/>
          <w:color w:val="000000"/>
          <w:sz w:val="24"/>
        </w:rPr>
        <w:t xml:space="preserve"> (Берешит 1:2). Слово </w:t>
      </w:r>
      <w:r>
        <w:rPr>
          <w:rFonts w:ascii="Georgia" w:hAnsi="Georgia"/>
          <w:b w:val="0"/>
          <w:i/>
          <w:color w:val="000000"/>
          <w:sz w:val="24"/>
        </w:rPr>
        <w:t>мерахефет</w:t>
      </w:r>
      <w:r>
        <w:rPr>
          <w:rFonts w:ascii="Georgia" w:hAnsi="Georgia"/>
          <w:b w:val="0"/>
          <w:i w:val="0"/>
          <w:color w:val="000000"/>
          <w:sz w:val="24"/>
        </w:rPr>
        <w:t xml:space="preserve"> — «витал» (</w:t>
      </w:r>
      <w:r>
        <w:rPr>
          <w:rFonts w:ascii="Georgia" w:hAnsi="Georgia" w:cs="Times New Roman"/>
          <w:b/>
          <w:i w:val="0"/>
          <w:color w:val="000000"/>
          <w:sz w:val="24"/>
          <w:rtl/>
          <w:szCs w:val="32"/>
        </w:rPr>
        <w:t>מְרַחֶפֶת</w:t>
      </w:r>
      <w:r>
        <w:rPr>
          <w:rFonts w:ascii="Georgia" w:hAnsi="Georgia"/>
          <w:b w:val="0"/>
          <w:i w:val="0"/>
          <w:color w:val="000000"/>
          <w:sz w:val="24"/>
        </w:rPr>
        <w:t xml:space="preserve">) складывается из </w:t>
      </w:r>
      <w:r>
        <w:rPr>
          <w:rFonts w:ascii="Georgia" w:hAnsi="Georgia"/>
          <w:b w:val="0"/>
          <w:i/>
          <w:color w:val="000000"/>
          <w:sz w:val="24"/>
        </w:rPr>
        <w:t>мет</w:t>
      </w:r>
      <w:r>
        <w:rPr>
          <w:rFonts w:ascii="Georgia" w:hAnsi="Georgia"/>
          <w:b w:val="0"/>
          <w:i w:val="0"/>
          <w:color w:val="000000"/>
          <w:sz w:val="24"/>
        </w:rPr>
        <w:t xml:space="preserve"> — «умер» (</w:t>
      </w:r>
      <w:r>
        <w:rPr>
          <w:rFonts w:ascii="Georgia" w:hAnsi="Georgia" w:cs="Times New Roman"/>
          <w:b/>
          <w:i w:val="0"/>
          <w:color w:val="000000"/>
          <w:sz w:val="24"/>
          <w:rtl/>
          <w:szCs w:val="32"/>
        </w:rPr>
        <w:t>מֵת</w:t>
      </w:r>
      <w:r>
        <w:rPr>
          <w:rFonts w:ascii="Georgia" w:hAnsi="Georgia"/>
          <w:b w:val="0"/>
          <w:i w:val="0"/>
          <w:color w:val="000000"/>
          <w:sz w:val="24"/>
        </w:rPr>
        <w:t>) и 288 (</w:t>
      </w:r>
      <w:r>
        <w:rPr>
          <w:rFonts w:ascii="Georgia" w:hAnsi="Georgia" w:cs="Times New Roman"/>
          <w:b/>
          <w:i w:val="0"/>
          <w:color w:val="000000"/>
          <w:sz w:val="24"/>
          <w:rtl/>
          <w:szCs w:val="32"/>
        </w:rPr>
        <w:t>רפ״ח</w:t>
      </w:r>
      <w:r>
        <w:rPr>
          <w:rFonts w:ascii="Georgia" w:hAnsi="Georgia"/>
          <w:b w:val="0"/>
          <w:i w:val="0"/>
          <w:color w:val="000000"/>
          <w:sz w:val="24"/>
        </w:rPr>
        <w:t>), поскольку 288 искр находились внутри этих умерших.</w:t>
      </w:r>
    </w:p>
    <w:p>
      <w:pPr>
        <w:spacing w:before="40" w:after="120"/>
        <w:jc w:val="both"/>
      </w:pPr>
      <w:r>
        <w:rPr>
          <w:rFonts w:ascii="Georgia" w:hAnsi="Georgia"/>
          <w:b w:val="0"/>
          <w:i w:val="0"/>
          <w:color w:val="000000"/>
          <w:sz w:val="24"/>
        </w:rPr>
        <w:t>10) И совершенно очевидно, что отборный свет поднялся наверх, а худшая его часть — это те самые искры, которые остались внутри келим, как сказано выше, представляя собой абсолютные суды (</w:t>
      </w:r>
      <w:r>
        <w:rPr>
          <w:rFonts w:ascii="Georgia" w:hAnsi="Georgia"/>
          <w:b w:val="0"/>
          <w:i/>
          <w:color w:val="000000"/>
          <w:sz w:val="24"/>
        </w:rPr>
        <w:t>диним</w:t>
      </w:r>
      <w:r>
        <w:rPr>
          <w:rFonts w:ascii="Georgia" w:hAnsi="Georgia"/>
          <w:b w:val="0"/>
          <w:i w:val="0"/>
          <w:color w:val="000000"/>
          <w:sz w:val="24"/>
        </w:rPr>
        <w:t>). Поэтому сначала мы объясним порядок светов, уровней и их достоинство по отношению друг к другу.</w:t>
      </w:r>
    </w:p>
    <w:p>
      <w:pPr>
        <w:spacing w:before="40" w:after="120"/>
        <w:jc w:val="both"/>
      </w:pPr>
      <w:r>
        <w:rPr>
          <w:rFonts w:ascii="Georgia" w:hAnsi="Georgia"/>
          <w:b w:val="0"/>
          <w:i w:val="0"/>
          <w:color w:val="000000"/>
          <w:sz w:val="24"/>
        </w:rPr>
        <w:t>11) Известно, что все света Ацилута — это проявления имени АВАЯ. Известно также, что существуют четыре вида АВАЯ:</w:t>
      </w:r>
    </w:p>
    <w:p>
      <w:pPr>
        <w:spacing w:before="40" w:after="120"/>
        <w:jc w:val="both"/>
      </w:pPr>
      <w:r>
        <w:rPr>
          <w:rFonts w:ascii="Georgia" w:hAnsi="Georgia"/>
          <w:b w:val="0"/>
          <w:i w:val="0"/>
          <w:color w:val="000000"/>
          <w:sz w:val="24"/>
        </w:rPr>
        <w:t xml:space="preserve">либо АВАЯ с наполнением буквами йод, то есть АБ (72) такого вида: </w:t>
      </w:r>
      <w:r>
        <w:rPr>
          <w:rFonts w:ascii="Georgia" w:hAnsi="Georgia" w:cs="Times New Roman"/>
          <w:b/>
          <w:i w:val="0"/>
          <w:color w:val="000000"/>
          <w:sz w:val="24"/>
          <w:rtl/>
          <w:szCs w:val="32"/>
        </w:rPr>
        <w:t>יוד הי ויו הי</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либо АВАЯ де-САГ (63) такого вида: </w:t>
      </w:r>
      <w:r>
        <w:rPr>
          <w:rFonts w:ascii="Georgia" w:hAnsi="Georgia" w:cs="Times New Roman"/>
          <w:b/>
          <w:i w:val="0"/>
          <w:color w:val="000000"/>
          <w:sz w:val="24"/>
          <w:rtl/>
          <w:szCs w:val="32"/>
        </w:rPr>
        <w:t>יוד הי ואו הי</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либо АВАЯ де-МА (45) такого вида: </w:t>
      </w:r>
      <w:r>
        <w:rPr>
          <w:rFonts w:ascii="Georgia" w:hAnsi="Georgia" w:cs="Times New Roman"/>
          <w:b/>
          <w:i w:val="0"/>
          <w:color w:val="000000"/>
          <w:sz w:val="24"/>
          <w:rtl/>
          <w:szCs w:val="32"/>
        </w:rPr>
        <w:t>יוד הא ואו הא</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либо АВАЯ де-БОН (52) такого вида: </w:t>
      </w:r>
      <w:r>
        <w:rPr>
          <w:rFonts w:ascii="Georgia" w:hAnsi="Georgia" w:cs="Times New Roman"/>
          <w:b/>
          <w:i w:val="0"/>
          <w:color w:val="000000"/>
          <w:sz w:val="24"/>
          <w:rtl/>
          <w:szCs w:val="32"/>
        </w:rPr>
        <w:t>יוד הה וו הה</w:t>
      </w:r>
      <w:r>
        <w:rPr>
          <w:rFonts w:ascii="Georgia" w:hAnsi="Georgia"/>
          <w:b w:val="0"/>
          <w:i w:val="0"/>
          <w:color w:val="000000"/>
          <w:sz w:val="24"/>
        </w:rPr>
        <w:t>.</w:t>
      </w:r>
    </w:p>
    <w:p>
      <w:pPr>
        <w:spacing w:before="40" w:after="120"/>
        <w:jc w:val="both"/>
      </w:pPr>
      <w:r>
        <w:rPr>
          <w:rFonts w:ascii="Georgia" w:hAnsi="Georgia"/>
          <w:b w:val="0"/>
          <w:i w:val="0"/>
          <w:color w:val="000000"/>
          <w:sz w:val="24"/>
        </w:rPr>
        <w:t>12) Разберем теперь вид АВАЯ де-АБ (72), и на его примере станут понятны остальные имена АВАЯ. Очевидно, что корень и основа светов — это четыре простые буквы АВАЯ (</w:t>
      </w:r>
      <w:r>
        <w:rPr>
          <w:rFonts w:ascii="Georgia" w:hAnsi="Georgia" w:cs="Times New Roman"/>
          <w:b/>
          <w:i w:val="0"/>
          <w:color w:val="000000"/>
          <w:sz w:val="24"/>
          <w:rtl/>
          <w:szCs w:val="32"/>
        </w:rPr>
        <w:t>יהוה</w:t>
      </w:r>
      <w:r>
        <w:rPr>
          <w:rFonts w:ascii="Georgia" w:hAnsi="Georgia"/>
          <w:b w:val="0"/>
          <w:i w:val="0"/>
          <w:color w:val="000000"/>
          <w:sz w:val="24"/>
        </w:rPr>
        <w:t>), без наполнений, и они представляют собой сущность света. Но это касается того состояния, когда буквы берутся в их собственном начертании. Вместе с тем есть и иной аспект — когда они рассматриваются со стороны своего числа и счета, например когда мы говорим, что сумма четырех букв АВАЯ равна 26 (</w:t>
      </w:r>
      <w:r>
        <w:rPr>
          <w:rFonts w:ascii="Georgia" w:hAnsi="Georgia" w:cs="Times New Roman"/>
          <w:b/>
          <w:i w:val="0"/>
          <w:color w:val="000000"/>
          <w:sz w:val="24"/>
          <w:rtl/>
          <w:szCs w:val="32"/>
        </w:rPr>
        <w:t>כ״ו</w:t>
      </w:r>
      <w:r>
        <w:rPr>
          <w:rFonts w:ascii="Georgia" w:hAnsi="Georgia"/>
          <w:b w:val="0"/>
          <w:i w:val="0"/>
          <w:color w:val="000000"/>
          <w:sz w:val="24"/>
        </w:rPr>
        <w:t xml:space="preserve"> = 26). И несомненно, что само начертание букв ближе к корню и сущности света, чем их числовое значение и счет. Все это относится к лицевой стороне (паним); однако в светах есть и обратная сторона (ахораим), и в ней также присутствуют два этих аспекта: начертание букв как таковых и их числовое значение.</w:t>
      </w:r>
    </w:p>
    <w:p>
      <w:pPr>
        <w:spacing w:before="40" w:after="120"/>
        <w:jc w:val="both"/>
      </w:pPr>
      <w:r>
        <w:rPr>
          <w:rFonts w:ascii="Georgia" w:hAnsi="Georgia"/>
          <w:b w:val="0"/>
          <w:i w:val="0"/>
          <w:color w:val="000000"/>
          <w:sz w:val="24"/>
        </w:rPr>
        <w:t>13) Есть и еще один аспект — четыре буквы Имени в наполнении (</w:t>
      </w:r>
      <w:r>
        <w:rPr>
          <w:rFonts w:ascii="Georgia" w:hAnsi="Georgia"/>
          <w:b w:val="0"/>
          <w:i/>
          <w:color w:val="000000"/>
          <w:sz w:val="24"/>
        </w:rPr>
        <w:t>милуй</w:t>
      </w:r>
      <w:r>
        <w:rPr>
          <w:rFonts w:ascii="Georgia" w:hAnsi="Georgia"/>
          <w:b w:val="0"/>
          <w:i w:val="0"/>
          <w:color w:val="000000"/>
          <w:sz w:val="24"/>
        </w:rPr>
        <w:t>): тогда они представляют собой суды (</w:t>
      </w:r>
      <w:r>
        <w:rPr>
          <w:rFonts w:ascii="Georgia" w:hAnsi="Georgia"/>
          <w:b w:val="0"/>
          <w:i/>
          <w:color w:val="000000"/>
          <w:sz w:val="24"/>
        </w:rPr>
        <w:t>диним</w:t>
      </w:r>
      <w:r>
        <w:rPr>
          <w:rFonts w:ascii="Georgia" w:hAnsi="Georgia"/>
          <w:b w:val="0"/>
          <w:i w:val="0"/>
          <w:color w:val="000000"/>
          <w:sz w:val="24"/>
        </w:rPr>
        <w:t xml:space="preserve">), ведь слово </w:t>
      </w:r>
      <w:r>
        <w:rPr>
          <w:rFonts w:ascii="Georgia" w:hAnsi="Georgia"/>
          <w:b w:val="0"/>
          <w:i/>
          <w:color w:val="000000"/>
          <w:sz w:val="24"/>
        </w:rPr>
        <w:t>милуй</w:t>
      </w:r>
      <w:r>
        <w:rPr>
          <w:rFonts w:ascii="Georgia" w:hAnsi="Georgia"/>
          <w:b w:val="0"/>
          <w:i w:val="0"/>
          <w:color w:val="000000"/>
          <w:sz w:val="24"/>
        </w:rPr>
        <w:t xml:space="preserve"> — «наполнение» (</w:t>
      </w:r>
      <w:r>
        <w:rPr>
          <w:rFonts w:ascii="Georgia" w:hAnsi="Georgia" w:cs="Times New Roman"/>
          <w:b/>
          <w:i w:val="0"/>
          <w:color w:val="000000"/>
          <w:sz w:val="24"/>
          <w:rtl/>
          <w:szCs w:val="32"/>
        </w:rPr>
        <w:t>מִילּוּי</w:t>
      </w:r>
      <w:r>
        <w:rPr>
          <w:rFonts w:ascii="Georgia" w:hAnsi="Georgia"/>
          <w:b w:val="0"/>
          <w:i w:val="0"/>
          <w:color w:val="000000"/>
          <w:sz w:val="24"/>
        </w:rPr>
        <w:t xml:space="preserve"> = 86) в гематрии равно ЭЛОКИМ (</w:t>
      </w:r>
      <w:r>
        <w:rPr>
          <w:rFonts w:ascii="Georgia" w:hAnsi="Georgia" w:cs="Times New Roman"/>
          <w:b/>
          <w:i w:val="0"/>
          <w:color w:val="000000"/>
          <w:sz w:val="24"/>
          <w:rtl/>
          <w:szCs w:val="32"/>
        </w:rPr>
        <w:t>אֱלֹהִים</w:t>
      </w:r>
      <w:r>
        <w:rPr>
          <w:rFonts w:ascii="Georgia" w:hAnsi="Georgia"/>
          <w:b w:val="0"/>
          <w:i w:val="0"/>
          <w:color w:val="000000"/>
          <w:sz w:val="24"/>
        </w:rPr>
        <w:t xml:space="preserve"> = 86). Кроме того, корень АВАЯ — это четыре простые буквы сами по себе, тогда как их наполнение — это раскрытие АВАЯ и выход ее светов наружу.</w:t>
      </w:r>
    </w:p>
    <w:p>
      <w:pPr>
        <w:spacing w:before="40" w:after="120"/>
        <w:jc w:val="both"/>
      </w:pPr>
      <w:r>
        <w:rPr>
          <w:rFonts w:ascii="Georgia" w:hAnsi="Georgia"/>
          <w:b w:val="0"/>
          <w:i w:val="0"/>
          <w:color w:val="000000"/>
          <w:sz w:val="24"/>
        </w:rPr>
        <w:t>14) И в аспекте наполнения тоже различаются: сами буквы и их числовое значение. И подобно этому существует бесчисленное множество ступеней: в наполнении, в наполнении наполнения и так далее до бесконечности.</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1–4) </w:t>
      </w:r>
      <w:r>
        <w:rPr>
          <w:rFonts w:ascii="Georgia" w:hAnsi="Georgia"/>
          <w:b/>
          <w:i w:val="0"/>
          <w:color w:val="000000"/>
          <w:sz w:val="24"/>
        </w:rPr>
        <w:t>«Три эти аспекта, присущие ЗА, каждый из которых нуждается в исправлении: первый — света... второй — 288 искр... третий — сами келим...»</w:t>
      </w:r>
    </w:p>
    <w:p>
      <w:pPr>
        <w:spacing w:before="40" w:after="120"/>
        <w:jc w:val="both"/>
      </w:pPr>
      <w:r>
        <w:rPr>
          <w:rFonts w:ascii="Georgia" w:hAnsi="Georgia"/>
          <w:b w:val="0"/>
          <w:i w:val="0"/>
          <w:color w:val="000000"/>
          <w:sz w:val="24"/>
        </w:rPr>
        <w:t>Чтобы понять эти темы о 288 искрах (РАПАХ), объяснение которых Учитель расширяет в последующих ветвях, тебе необходимо твердо помнить все объясненное в словах Учителя выше, в ветви 7, о таамим, некудот, тагин и отиет (вкусах, огласовках, коронках и буквах), ведь там Учитель заложил основы этих четырех стадий. На самом деле он говорит там, что некудот, тагин и отиет не раскрываются в мире Акудим, а проявляются лишь ниже, в светах глаз — то есть после разбиения келим, происходящих из светов глаз; однако там он объясняет корни четырех стадий ТАНТА. И вот его слова там: «Оказывается, здесь есть три вида светов: первый из всех светов называется Акудим. Второй — решимо (след), оставшееся от этого света. Третий — свет, приходящий сам по себе по мере подъема сфирот. Четвертый возникает тогда, когда приходит третий свет, являющийся судом, и сталкивается со светом решимо, являющимся милосердием: тогда они соударяются друг с другом, и от нисходящего света, который есть суд, падают искры. Вот четыре вида света, и они — тайна четырех стадий: таамим, некудот, тагин, отиет. И вот они подробно: первый свет — таамим; свет обратной стороны (ахораим) — некудот; свет решимо — это тагин; а свет падающих искр — это отиет, из которых образовались келим», — таковы вкратце его слова.</w:t>
      </w:r>
    </w:p>
    <w:p>
      <w:pPr>
        <w:spacing w:before="40" w:after="120"/>
        <w:jc w:val="both"/>
      </w:pPr>
      <w:r>
        <w:rPr>
          <w:rFonts w:ascii="Georgia" w:hAnsi="Georgia"/>
          <w:b w:val="0"/>
          <w:i w:val="0"/>
          <w:color w:val="000000"/>
          <w:sz w:val="24"/>
        </w:rPr>
        <w:t>Два первых света — свет таамим и свет ахораим, называемый некудот, — уже были подробно объяснены там, в «Паним Масбирот» и «Паним Меирот», и читатель может обратиться к ним; здесь же напомним вкратце: когда десять сфирот прямого света каждого парцуфа распространяются при ударном соединении (зивуге) на экран (масах) четвертой стадии (бхина далет) и поднимают десять сфирот отраженного света, облачающих десять сфирот прямого света, все это называется первым светом — таамим. И они определяются выражением Учителя так: «эти сфирот обращены лицом вниз» — то есть к отдаче, вплоть до полного завершения всего парцуфа, поскольку все уровни этого парцуфа наполняются от света этого совершенного зивуга. Кроме того, считается, что все эти десять сфирот равны по своей высоте как в голове (рош), так и во внутренней части (тох) и в завершении (соф).</w:t>
      </w:r>
    </w:p>
    <w:p>
      <w:pPr>
        <w:spacing w:before="40" w:after="120"/>
        <w:jc w:val="both"/>
      </w:pPr>
      <w:r>
        <w:rPr>
          <w:rFonts w:ascii="Georgia" w:hAnsi="Georgia"/>
          <w:b w:val="0"/>
          <w:i w:val="0"/>
          <w:color w:val="000000"/>
          <w:sz w:val="24"/>
        </w:rPr>
        <w:t>Второй же свет, именуемый светом обратной стороны (ахораим) — некудот, — это десять сфирот, выходящие одна ниже другой вследствие очищения экрана (издохехут а-масах). Когда экран очищается до третьей стадии (бхина гимель), сфирот утрачивают уровень Кетер, поскольку от ударного соединения на экран третьей стадии эти десять сфирот выходят лишь на уровне Хохма. Затем, когда экран очищается до второй стадии (бхина бэт), утрачивается и уровень Хохма, и они выходят лишь на уровне Бина. Когда он очищается до первой стадии (бхина алеф), утрачивается и уровень Бина, и эти десять сфирот выходят лишь на уровне ЗА. А когда он очищается до стадии Кетер, тогда здесь уже нет... ...больше никакого соударения с экраном, зивуг прекращается, и весь свет исчезает (см. там).</w:t>
      </w:r>
    </w:p>
    <w:p>
      <w:pPr>
        <w:spacing w:before="40" w:after="120"/>
        <w:jc w:val="both"/>
      </w:pPr>
      <w:r>
        <w:rPr>
          <w:rFonts w:ascii="Georgia" w:hAnsi="Georgia"/>
          <w:b w:val="0"/>
          <w:i w:val="0"/>
          <w:color w:val="000000"/>
          <w:sz w:val="24"/>
        </w:rPr>
        <w:t xml:space="preserve">И ты видишь, как уровни постепенно уменьшаются по причине очищения экрана и снижения высоты отраженного света. Это и есть корень десяти сфирот, существующих в каждом парцуфе одна под другой, что берет начало от упомянутого уменьшения, произошедшего с ними в мире Акудим. И потому весь этот свет в целом называется светом ахораим, поскольку считается, что лица сфирот обращены вверх, а спины — к нижним: то есть они поднимаются и уходят из парцуфа ступень за ступенью, пока не исчезнут, возвращаясь к своему истоку в Источнике (а-Маациль). Это пять аспектов ахораим: КАХАБ и ЗОН экрана. Это называется «квадратом АВАЯ» или «квадратом ЭЛОКИМ», как прямо сказано выше в словах Учителя в ветви 13; вот его слова: «Отраженный же свет представляет собой такой квадрат: </w:t>
      </w:r>
      <w:r>
        <w:rPr>
          <w:rFonts w:ascii="Georgia" w:hAnsi="Georgia" w:cs="Times New Roman"/>
          <w:b/>
          <w:i w:val="0"/>
          <w:color w:val="000000"/>
          <w:sz w:val="24"/>
          <w:rtl/>
          <w:szCs w:val="32"/>
        </w:rPr>
        <w:t>א</w:t>
      </w:r>
      <w:r>
        <w:rPr>
          <w:rFonts w:ascii="Georgia" w:hAnsi="Georgia"/>
          <w:b w:val="0"/>
          <w:i w:val="0"/>
          <w:color w:val="000000"/>
          <w:sz w:val="24"/>
        </w:rPr>
        <w:t xml:space="preserve">, </w:t>
      </w:r>
      <w:r>
        <w:rPr>
          <w:rFonts w:ascii="Georgia" w:hAnsi="Georgia" w:cs="Times New Roman"/>
          <w:b/>
          <w:i w:val="0"/>
          <w:color w:val="000000"/>
          <w:sz w:val="24"/>
          <w:rtl/>
          <w:szCs w:val="32"/>
        </w:rPr>
        <w:t>אל</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xml:space="preserve">, </w:t>
      </w:r>
      <w:r>
        <w:rPr>
          <w:rFonts w:ascii="Georgia" w:hAnsi="Georgia" w:cs="Times New Roman"/>
          <w:b/>
          <w:i w:val="0"/>
          <w:color w:val="000000"/>
          <w:sz w:val="24"/>
          <w:rtl/>
          <w:szCs w:val="32"/>
        </w:rPr>
        <w:t>אלהי</w:t>
      </w:r>
      <w:r>
        <w:rPr>
          <w:rFonts w:ascii="Georgia" w:hAnsi="Georgia"/>
          <w:b w:val="0"/>
          <w:i w:val="0"/>
          <w:color w:val="000000"/>
          <w:sz w:val="24"/>
        </w:rPr>
        <w:t xml:space="preserve">, </w:t>
      </w:r>
      <w:r>
        <w:rPr>
          <w:rFonts w:ascii="Georgia" w:hAnsi="Georgia" w:cs="Times New Roman"/>
          <w:b/>
          <w:i w:val="0"/>
          <w:color w:val="000000"/>
          <w:sz w:val="24"/>
          <w:rtl/>
          <w:szCs w:val="32"/>
        </w:rPr>
        <w:t>אלהים</w:t>
      </w:r>
      <w:r>
        <w:rPr>
          <w:rFonts w:ascii="Georgia" w:hAnsi="Georgia"/>
          <w:b w:val="0"/>
          <w:i w:val="0"/>
          <w:color w:val="000000"/>
          <w:sz w:val="24"/>
        </w:rPr>
        <w:t>», — конец цитаты. Ведь вначале, когда экран находился в своей полноте — то есть в четвертой стадии, — он обладал уровнем Кетер, и тогда у него были все пять букв ЭЛОКИМ во всей полноте. Когда же высота отраженного света уменьшилась до третьей стадии, представляющей собой уровень Хохма, и уровень Кетер ушел, у него остались только четыре буквы: алеф, ламэд, хэй, йод (</w:t>
      </w:r>
      <w:r>
        <w:rPr>
          <w:rFonts w:ascii="Georgia" w:hAnsi="Georgia" w:cs="Times New Roman"/>
          <w:b/>
          <w:i w:val="0"/>
          <w:color w:val="000000"/>
          <w:sz w:val="24"/>
          <w:rtl/>
          <w:szCs w:val="32"/>
        </w:rPr>
        <w:t>אלהי</w:t>
      </w:r>
      <w:r>
        <w:rPr>
          <w:rFonts w:ascii="Georgia" w:hAnsi="Georgia"/>
          <w:b w:val="0"/>
          <w:i w:val="0"/>
          <w:color w:val="000000"/>
          <w:sz w:val="24"/>
        </w:rPr>
        <w:t xml:space="preserve">). Когда она уменьшилась до второй стадии и ушел также уровень Хохма, у него остались только три буквы: </w:t>
      </w:r>
      <w:r>
        <w:rPr>
          <w:rFonts w:ascii="Georgia" w:hAnsi="Georgia" w:cs="Times New Roman"/>
          <w:b/>
          <w:i w:val="0"/>
          <w:color w:val="000000"/>
          <w:sz w:val="24"/>
          <w:rtl/>
          <w:szCs w:val="32"/>
        </w:rPr>
        <w:t>אלה</w:t>
      </w:r>
      <w:r>
        <w:rPr>
          <w:rFonts w:ascii="Georgia" w:hAnsi="Georgia"/>
          <w:b w:val="0"/>
          <w:i w:val="0"/>
          <w:color w:val="000000"/>
          <w:sz w:val="24"/>
        </w:rPr>
        <w:t xml:space="preserve">. Когда она уменьшилась до первой стадии, так что ушел и уровень Бина, оставив лишь уровень ЗА, у него остались только две буквы: </w:t>
      </w:r>
      <w:r>
        <w:rPr>
          <w:rFonts w:ascii="Georgia" w:hAnsi="Georgia" w:cs="Times New Roman"/>
          <w:b/>
          <w:i w:val="0"/>
          <w:color w:val="000000"/>
          <w:sz w:val="24"/>
          <w:rtl/>
          <w:szCs w:val="32"/>
        </w:rPr>
        <w:t>אל</w:t>
      </w:r>
      <w:r>
        <w:rPr>
          <w:rFonts w:ascii="Georgia" w:hAnsi="Georgia"/>
          <w:b w:val="0"/>
          <w:i w:val="0"/>
          <w:color w:val="000000"/>
          <w:sz w:val="24"/>
        </w:rPr>
        <w:t>. А когда экран очистился до корневой стадии (бхина шореш), считается, что в нем осталась лишь одна буква — алеф (</w:t>
      </w:r>
      <w:r>
        <w:rPr>
          <w:rFonts w:ascii="Georgia" w:hAnsi="Georgia" w:cs="Times New Roman"/>
          <w:b/>
          <w:i w:val="0"/>
          <w:color w:val="000000"/>
          <w:sz w:val="24"/>
          <w:rtl/>
          <w:szCs w:val="32"/>
        </w:rPr>
        <w:t>א</w:t>
      </w:r>
      <w:r>
        <w:rPr>
          <w:rFonts w:ascii="Georgia" w:hAnsi="Georgia"/>
          <w:b w:val="0"/>
          <w:i w:val="0"/>
          <w:color w:val="000000"/>
          <w:sz w:val="24"/>
        </w:rPr>
        <w:t>) от ЭЛОКИМ, то есть корень; и тогда на этом экране больше нет ударного соединения, поскольку он полностью очистился.</w:t>
      </w:r>
    </w:p>
    <w:p>
      <w:pPr>
        <w:spacing w:before="40" w:after="120"/>
        <w:jc w:val="both"/>
      </w:pPr>
      <w:r>
        <w:rPr>
          <w:rFonts w:ascii="Georgia" w:hAnsi="Georgia"/>
          <w:b w:val="0"/>
          <w:i w:val="0"/>
          <w:color w:val="000000"/>
          <w:sz w:val="24"/>
        </w:rPr>
        <w:t xml:space="preserve">Тем самым был объяснен второй свет, называемый светом обратной стороны (ахораим) — некудот, чьи лица обращены вверх, к Источнику, а спины — вниз, пока они окончательно не уйдут, как сказано выше. Третий свет, именуемый светом решимо — тагин, — это то, что осталось от самого первого света, то есть от таамим после их ухода. Известно, что всякий свет, даже удаляясь, оставляет после себя некий остаток, и этот остаток повсюду называется решимо. Поэтому при уходе первого великого света, именуемого таамим, он оставляет решимо. И это решимо называется тагин, что на языке Таргума означает «кетер» (венец, корона), как сказали мудрецы: </w:t>
      </w:r>
      <w:r>
        <w:rPr>
          <w:rFonts w:ascii="Georgia" w:hAnsi="Georgia"/>
          <w:b w:val="0"/>
          <w:i/>
          <w:color w:val="000000"/>
          <w:sz w:val="24"/>
        </w:rPr>
        <w:t>«тот, кто пользуется короной»</w:t>
      </w:r>
      <w:r>
        <w:rPr>
          <w:rFonts w:ascii="Georgia" w:hAnsi="Georgia"/>
          <w:b w:val="0"/>
          <w:i w:val="0"/>
          <w:color w:val="000000"/>
          <w:sz w:val="24"/>
        </w:rPr>
        <w:t xml:space="preserve"> (</w:t>
      </w:r>
      <w:r>
        <w:rPr>
          <w:rFonts w:ascii="Georgia" w:hAnsi="Georgia"/>
          <w:b w:val="0"/>
          <w:i/>
          <w:color w:val="000000"/>
          <w:sz w:val="24"/>
        </w:rPr>
        <w:t>тага</w:t>
      </w:r>
      <w:r>
        <w:rPr>
          <w:rFonts w:ascii="Georgia" w:hAnsi="Georgia"/>
          <w:b w:val="0"/>
          <w:i w:val="0"/>
          <w:color w:val="000000"/>
          <w:sz w:val="24"/>
        </w:rPr>
        <w:t xml:space="preserve">, </w:t>
      </w:r>
      <w:r>
        <w:rPr>
          <w:rFonts w:ascii="Georgia" w:hAnsi="Georgia" w:cs="Times New Roman"/>
          <w:b/>
          <w:i w:val="0"/>
          <w:color w:val="000000"/>
          <w:sz w:val="24"/>
          <w:rtl/>
          <w:szCs w:val="32"/>
        </w:rPr>
        <w:t>תַּגָּא</w:t>
      </w:r>
      <w:r>
        <w:rPr>
          <w:rFonts w:ascii="Georgia" w:hAnsi="Georgia"/>
          <w:b w:val="0"/>
          <w:i w:val="0"/>
          <w:color w:val="000000"/>
          <w:sz w:val="24"/>
        </w:rPr>
        <w:t>) (Авот 1:13); и это потому, что оно представляет собой решимо от уровня Кетер, — пойми это.</w:t>
      </w:r>
    </w:p>
    <w:p>
      <w:pPr>
        <w:spacing w:before="40" w:after="120"/>
        <w:jc w:val="both"/>
      </w:pPr>
      <w:r>
        <w:rPr>
          <w:rFonts w:ascii="Georgia" w:hAnsi="Georgia"/>
          <w:b w:val="0"/>
          <w:i w:val="0"/>
          <w:color w:val="000000"/>
          <w:sz w:val="24"/>
        </w:rPr>
        <w:t>Четвертый свет, именуемый светом падающих искр и отиет, из которых образовались келим, возникает от ударного соединения третьего света со вторым светом, как говорит там Учитель. Это требует пространного объяснения, но суть вкратце такова: уже было объяснено содержание третьего света — это решимо, оставшееся от стадии Кетер во включении этого парцуфа. И потому, когда экран очищается до третьей стадии и десять сфирот нисходят до уровня Хохма, решимо от Кетер ударяет в этот свет, поскольку оно не терпит господства этого света ахораим. Ведь по сравнению с решимо, оставшимся от уровня Кетер, этот второй свет считается ущербом и судом, так как он уменьшает высоту сфирот и возносит света к Источнику. Поэтому они прямо противоположны друг другу, и в силу этого от отраженного света в келим падают искры. Благодаря этим искрам келим впоследствии возвращаются в прежнее состояние на всех тех уровнях, которые были в них изначально.</w:t>
      </w:r>
    </w:p>
    <w:p>
      <w:pPr>
        <w:spacing w:before="40" w:after="120"/>
        <w:jc w:val="both"/>
      </w:pPr>
      <w:r>
        <w:rPr>
          <w:rFonts w:ascii="Georgia" w:hAnsi="Georgia"/>
          <w:b w:val="0"/>
          <w:i w:val="0"/>
          <w:color w:val="000000"/>
          <w:sz w:val="24"/>
        </w:rPr>
        <w:t>И знай, что этот четвертый свет называется здесь в словах Учителя «288 искрами (РАПАХ), опустившимися, чтобы оживить келим». Иначе говоря, без них у келим не было бы сил вернуться в Ацилут, где пребывает свет хая. Кроме того, они не смогли бы вернуться в том самом порядке, в каком вышли, когда они впервые были выделены Источником в Ацилуте: ведь при возвращении келим в Ацилут они вновь выстраиваются в двух порядках — как в виде первого света таамим, где их высота равна, так и в виде второго света ахораим, по пяти ступеням одна под другой. И все эти порядки восстанавливаются только благодаря искрам, упавшим в келим от всех стадий и уровней под действием зивуга между решимо и светом ахораим на каждом уровне в момент его скрытия. Это будет с Б-жьей помощью подробнее объяснено в последующих ветвях.</w:t>
      </w:r>
    </w:p>
    <w:p>
      <w:pPr>
        <w:spacing w:before="40" w:after="120"/>
        <w:jc w:val="both"/>
      </w:pPr>
      <w:r>
        <w:rPr>
          <w:rFonts w:ascii="Georgia" w:hAnsi="Georgia"/>
          <w:b w:val="0"/>
          <w:i w:val="0"/>
          <w:color w:val="000000"/>
          <w:sz w:val="24"/>
        </w:rPr>
        <w:t>И об этом сказано здесь касательно трех аспектов, присущих ЗА:</w:t>
      </w:r>
    </w:p>
    <w:p>
      <w:pPr>
        <w:spacing w:before="40" w:after="120"/>
        <w:jc w:val="both"/>
      </w:pPr>
      <w:r>
        <w:rPr>
          <w:rFonts w:ascii="Georgia" w:hAnsi="Georgia"/>
          <w:b w:val="0"/>
          <w:i w:val="0"/>
          <w:color w:val="000000"/>
          <w:sz w:val="24"/>
        </w:rPr>
        <w:t>1) «Первый — света мелахим, которые ушли из келим и поднялись выше них». Учитель имеет в виду два упомянутых первых света, именуемых светом таамим и светом ахораим, поскольку оба эти света ушли.</w:t>
      </w:r>
    </w:p>
    <w:p>
      <w:pPr>
        <w:spacing w:before="40" w:after="120"/>
        <w:jc w:val="both"/>
      </w:pPr>
      <w:r>
        <w:rPr>
          <w:rFonts w:ascii="Georgia" w:hAnsi="Georgia"/>
          <w:b w:val="0"/>
          <w:i w:val="0"/>
          <w:color w:val="000000"/>
          <w:sz w:val="24"/>
        </w:rPr>
        <w:t>2) «Второй — 288 искр света, оставшихся внутри келим». Здесь имеется в виду упомянутый четвертый свет, именуемый светом падающих искр и отиет, из которых образовались келим.</w:t>
      </w:r>
    </w:p>
    <w:p>
      <w:pPr>
        <w:spacing w:before="40" w:after="120"/>
        <w:jc w:val="both"/>
      </w:pPr>
      <w:r>
        <w:rPr>
          <w:rFonts w:ascii="Georgia" w:hAnsi="Georgia"/>
          <w:b w:val="0"/>
          <w:i w:val="0"/>
          <w:color w:val="000000"/>
          <w:sz w:val="24"/>
        </w:rPr>
        <w:t>3) «Третий — сами келим, которые разбились и опустились в Брию...»</w:t>
      </w:r>
    </w:p>
    <w:p>
      <w:pPr>
        <w:spacing w:before="40" w:after="120"/>
        <w:jc w:val="both"/>
      </w:pPr>
      <w:r>
        <w:rPr>
          <w:rFonts w:ascii="Georgia" w:hAnsi="Georgia"/>
          <w:b w:val="0"/>
          <w:i w:val="0"/>
          <w:color w:val="000000"/>
          <w:sz w:val="24"/>
        </w:rPr>
        <w:t>Смысл в том, что здесь, в свете глаз, представляющем собой десять сфирот мира Некудим, вследствие очищения экрана произошло нечто большее, чем в мире Акудим: а именно разбиение келим и их полный выход за пределы Ацилута по причине, изложенной в предыдущей ветви, чего не случалось в мире Акудим. Пойми же и помни все объясненное, ведь эти знания понадобятся тебе на протяжении всех рассуждений о 288 искрах, которые строятся на основах этих четырех светов — таамим, некудот, тагин и отиет, объясненных здесь.</w:t>
      </w:r>
    </w:p>
    <w:p>
      <w:pPr>
        <w:spacing w:before="40" w:after="120"/>
        <w:jc w:val="both"/>
      </w:pPr>
      <w:r>
        <w:rPr>
          <w:rFonts w:ascii="Georgia" w:hAnsi="Georgia"/>
          <w:b w:val="0"/>
          <w:i w:val="0"/>
          <w:color w:val="000000"/>
          <w:sz w:val="24"/>
        </w:rPr>
        <w:t xml:space="preserve">9) </w:t>
      </w:r>
      <w:r>
        <w:rPr>
          <w:rFonts w:ascii="Georgia" w:hAnsi="Georgia"/>
          <w:b/>
          <w:i w:val="0"/>
          <w:color w:val="000000"/>
          <w:sz w:val="24"/>
        </w:rPr>
        <w:t>«Это мелахим, названные по имени Малхут де-АК, именуемой землей Эдом...»</w:t>
      </w:r>
    </w:p>
    <w:p>
      <w:pPr>
        <w:spacing w:before="40" w:after="120"/>
        <w:jc w:val="both"/>
      </w:pPr>
      <w:r>
        <w:rPr>
          <w:rFonts w:ascii="Georgia" w:hAnsi="Georgia"/>
          <w:b w:val="0"/>
          <w:i w:val="0"/>
          <w:color w:val="000000"/>
          <w:sz w:val="24"/>
        </w:rPr>
        <w:t>Иными словами, десять келим, заново возникших в мире Некудим, происходят от Малхут де-АК, как сказано в «Паним Меирот», ветвь 27, пункт 3, начиная со слов «Имя БОН»: эта Малхут де-АК, находившаяся там ниже всех девяти первых сфирот, поднялась теперь в мире Некудим наподобие линии вплоть до Хохма, и благодаря ей образовалось кли в каждой сфире. Поэтому келим и названы в ее честь «мелахим».</w:t>
      </w:r>
    </w:p>
    <w:p>
      <w:pPr>
        <w:spacing w:before="40" w:after="120"/>
        <w:jc w:val="both"/>
      </w:pPr>
      <w:r>
        <w:rPr>
          <w:rFonts w:ascii="Georgia" w:hAnsi="Georgia"/>
          <w:b w:val="0"/>
          <w:i w:val="0"/>
          <w:color w:val="000000"/>
          <w:sz w:val="24"/>
        </w:rPr>
        <w:t>Они называются также «землей Эдом» по причине второй стадии, соединившейся с Малхут де-АК в тайне спуска части САГ ниже табур де-АК: ведь в силу присоединившейся к ней второй стадии она обрела способность подняться и сформировать кли в каждой сфире. А как известно, САГ, то есть Бина, называется «землей Эдом», и в честь нее десять келим де-Некудим именуются «землей Эдом».</w:t>
      </w:r>
    </w:p>
    <w:p>
      <w:pPr>
        <w:spacing w:before="40" w:after="120"/>
        <w:jc w:val="both"/>
      </w:pPr>
      <w:r>
        <w:rPr>
          <w:rFonts w:ascii="Georgia" w:hAnsi="Georgia"/>
          <w:b w:val="0"/>
          <w:i w:val="0"/>
          <w:color w:val="000000"/>
          <w:sz w:val="24"/>
        </w:rPr>
        <w:t xml:space="preserve">10) </w:t>
      </w:r>
      <w:r>
        <w:rPr>
          <w:rFonts w:ascii="Georgia" w:hAnsi="Georgia"/>
          <w:b/>
          <w:i w:val="0"/>
          <w:color w:val="000000"/>
          <w:sz w:val="24"/>
        </w:rPr>
        <w:t>«Отборный свет поднялся наверх, а худшая его часть — это те самые искры, которые остались...»</w:t>
      </w:r>
    </w:p>
    <w:p>
      <w:pPr>
        <w:spacing w:before="40" w:after="120"/>
        <w:jc w:val="both"/>
      </w:pPr>
      <w:r>
        <w:rPr>
          <w:rFonts w:ascii="Georgia" w:hAnsi="Georgia"/>
          <w:b w:val="0"/>
          <w:i w:val="0"/>
          <w:color w:val="000000"/>
          <w:sz w:val="24"/>
        </w:rPr>
        <w:t>Это соответствует сказанному Учителем выше, в ветви 7: четвертый свет, представляющий собой искры, падающие внутрь келим, ниже по уровню, чем свет решимо (см. там, а также сказанное выше в «Паним Меирот» при объяснении четвертого света, именуемого искрами). И об этом сказано, что они представляют собой абсолютные суды (</w:t>
      </w:r>
      <w:r>
        <w:rPr>
          <w:rFonts w:ascii="Georgia" w:hAnsi="Georgia"/>
          <w:b w:val="0"/>
          <w:i/>
          <w:color w:val="000000"/>
          <w:sz w:val="24"/>
        </w:rPr>
        <w:t>диним</w:t>
      </w:r>
      <w:r>
        <w:rPr>
          <w:rFonts w:ascii="Georgia" w:hAnsi="Georgia"/>
          <w:b w:val="0"/>
          <w:i w:val="0"/>
          <w:color w:val="000000"/>
          <w:sz w:val="24"/>
        </w:rPr>
        <w:t>), — пойми это.</w:t>
      </w:r>
    </w:p>
    <w:p>
      <w:pPr>
        <w:spacing w:before="40" w:after="120"/>
        <w:jc w:val="both"/>
      </w:pPr>
      <w:r>
        <w:rPr>
          <w:rFonts w:ascii="Georgia" w:hAnsi="Georgia"/>
          <w:b w:val="0"/>
          <w:i w:val="0"/>
          <w:color w:val="000000"/>
          <w:sz w:val="24"/>
        </w:rPr>
        <w:t xml:space="preserve">12) </w:t>
      </w:r>
      <w:r>
        <w:rPr>
          <w:rFonts w:ascii="Georgia" w:hAnsi="Georgia"/>
          <w:b/>
          <w:i w:val="0"/>
          <w:color w:val="000000"/>
          <w:sz w:val="24"/>
        </w:rPr>
        <w:t>«Корень и основа светов — это четыре простые буквы АВАЯ, без наполнений...»</w:t>
      </w:r>
    </w:p>
    <w:p>
      <w:pPr>
        <w:spacing w:before="40" w:after="120"/>
        <w:jc w:val="both"/>
      </w:pPr>
      <w:r>
        <w:rPr>
          <w:rFonts w:ascii="Georgia" w:hAnsi="Georgia"/>
          <w:b w:val="0"/>
          <w:i w:val="0"/>
          <w:color w:val="000000"/>
          <w:sz w:val="24"/>
        </w:rPr>
        <w:t xml:space="preserve">Знай, что первый рош каждого парцуфа называется корнем парцуфа, поскольку там келим еще не проявились, а присутствуют лишь корни келим. Как писал Учитель выше, в ветви 5, пункт 10: «И когда Источник взглянул и посмотрел на нефеш, именуемую </w:t>
      </w:r>
      <w:r>
        <w:rPr>
          <w:rFonts w:ascii="Georgia" w:hAnsi="Georgia"/>
          <w:b w:val="0"/>
          <w:i/>
          <w:color w:val="000000"/>
          <w:sz w:val="24"/>
        </w:rPr>
        <w:t>эт</w:t>
      </w:r>
      <w:r>
        <w:rPr>
          <w:rFonts w:ascii="Georgia" w:hAnsi="Georgia"/>
          <w:b w:val="0"/>
          <w:i w:val="0"/>
          <w:color w:val="000000"/>
          <w:sz w:val="24"/>
        </w:rPr>
        <w:t xml:space="preserve"> (</w:t>
      </w:r>
      <w:r>
        <w:rPr>
          <w:rFonts w:ascii="Georgia" w:hAnsi="Georgia" w:cs="Times New Roman"/>
          <w:b/>
          <w:i w:val="0"/>
          <w:color w:val="000000"/>
          <w:sz w:val="24"/>
          <w:rtl/>
          <w:szCs w:val="32"/>
        </w:rPr>
        <w:t>אֶת</w:t>
      </w:r>
      <w:r>
        <w:rPr>
          <w:rFonts w:ascii="Georgia" w:hAnsi="Georgia"/>
          <w:b w:val="0"/>
          <w:i w:val="0"/>
          <w:color w:val="000000"/>
          <w:sz w:val="24"/>
        </w:rPr>
        <w:t>), тогда вышли корни келим... однако для образования келим тела (гуф), представляющих собой ЗАТ, в этом взгляде еще не было достаточной силы, пока он не достигнет нефеш де-нефеш; и благодаря второму созерцанию (истаклют) снизу вверх отраженный свет облачил семь нижних сфирот», — конец цитаты.</w:t>
      </w:r>
    </w:p>
    <w:p>
      <w:pPr>
        <w:spacing w:before="40" w:after="120"/>
        <w:jc w:val="both"/>
      </w:pPr>
      <w:r>
        <w:rPr>
          <w:rFonts w:ascii="Georgia" w:hAnsi="Georgia"/>
          <w:b w:val="0"/>
          <w:i w:val="0"/>
          <w:color w:val="000000"/>
          <w:sz w:val="24"/>
        </w:rPr>
        <w:t>И ты видишь, что когда десять сфирот выходят посредством первого созерцания в тайне общей нефеш, образующейся от дыхания рта (эвель а-пэ), возникают лишь корни келим; завершение же келим происходит только после того, как общая нефеш, находящаяся в пэ и называемая Малхут де-рош, вновь распространяется сама вплоть до нефеш де-нефеш — то есть до Малхут де-Малхут, именуемой табуром. И благодаря этому второму созерцанию — то есть второму ударному соединению — выходят сами келим. Причина этого подробно объяснена там, в «Паним Масбирот», в ветвях 3 и 4: основа келим происходит от толщи (авиют) в экране и Малхут. А поскольку экран головы (де-рош) находится под девятью первыми сфирот, авиют в нем не может подняться выше своего истока, откуда берет начало. Поэтому, хотя отраженный свет и поднимается, облачая все десять сфирот в рош, он все же не приводит к тому, чтобы келим стали различимы под его воздействием. И потому Малхут де-рош должна распространиться еще дальше из самой себя по четырем стадиям прямого света вплоть до ударного соединения на ее последнюю стадию — то есть Малхут де-Малхут, именуемую табуром.</w:t>
      </w:r>
    </w:p>
    <w:p>
      <w:pPr>
        <w:spacing w:before="40" w:after="120"/>
        <w:jc w:val="both"/>
      </w:pPr>
      <w:r>
        <w:rPr>
          <w:rFonts w:ascii="Georgia" w:hAnsi="Georgia"/>
          <w:b w:val="0"/>
          <w:i w:val="0"/>
          <w:color w:val="000000"/>
          <w:sz w:val="24"/>
        </w:rPr>
        <w:t>И тогда, когда отраженный свет поднимается и облачает десять сфирот прямого света, келим завершаются. Это происходит потому, что все десять сфирот прямого света берут начало от распространения корневой Малхут, находящейся выше них в пэ де-рош, и потому авиют, необходимая для келим, проявляется и становится различимой в этих десяти сфирот, — пойми же это... ...как следует. И об этом сказано: «Корень и основа светов — это четыре простые буквы АВАЯ, без наполнений, и они представляют собой сущность света», — конец цитаты. Это относится к десяти сфирот рош прямого и отраженного света от первого созерцания, которые представляют собой сущность света, и келим в них совершенно не различимы, поскольку экран и авиют пребывают там ниже всех сфирот, как сказано выше. Поэтому они соотносятся исключительно с четырьмя простыми буквами АВАЯ.</w:t>
      </w:r>
    </w:p>
    <w:p>
      <w:pPr>
        <w:spacing w:before="40" w:after="120"/>
        <w:jc w:val="both"/>
      </w:pPr>
      <w:r>
        <w:rPr>
          <w:rFonts w:ascii="Georgia" w:hAnsi="Georgia"/>
          <w:b w:val="0"/>
          <w:i w:val="0"/>
          <w:color w:val="000000"/>
          <w:sz w:val="24"/>
        </w:rPr>
        <w:t>И это уже объяснялось в предыдущей ветви: четыре буквы АВАЯ указывают именно на четыре известные стадии прямого света, приведенные выше в словах Учителя в ветви 4, пункт 5 (см. там). Десять же сфирот отраженного света, поднимающиеся от экрана в тайне зивуга с прямым светом, намекаются прежде всего наполнительными буквами каждой из четырех букв АВАЯ, как написано на странице 307 «Паним Масбирот», начиная со слов... ...«И через это узнаешь» (см. там всё продолжение). Поэтому наполнения совершенно не проявлены в головах (рашей) ступеней, но лишь простые буквы АВАЯ сами по себе, представляющие собой десять сфирот прямого света; наполнения же, являющиеся отраженным светом, неразличимы в десяти сфирот рош, как было сказано. Тем самым прекрасно объяснено, что рош каждой ступени, называемый Кетер этой ступени, в своих десяти сфирот намекается исключительно четырьмя простыми буквами АВАЯ (</w:t>
      </w:r>
      <w:r>
        <w:rPr>
          <w:rFonts w:ascii="Georgia" w:hAnsi="Georgia" w:cs="Times New Roman"/>
          <w:b/>
          <w:i w:val="0"/>
          <w:color w:val="000000"/>
          <w:sz w:val="24"/>
          <w:rtl/>
          <w:szCs w:val="32"/>
        </w:rPr>
        <w:t>יהוה</w:t>
      </w:r>
      <w:r>
        <w:rPr>
          <w:rFonts w:ascii="Georgia" w:hAnsi="Georgia"/>
          <w:b w:val="0"/>
          <w:i w:val="0"/>
          <w:color w:val="000000"/>
          <w:sz w:val="24"/>
        </w:rPr>
        <w:t>), без наполнений.</w:t>
      </w:r>
    </w:p>
    <w:p>
      <w:pPr>
        <w:spacing w:before="40" w:after="120"/>
        <w:jc w:val="both"/>
      </w:pPr>
      <w:r>
        <w:rPr>
          <w:rFonts w:ascii="Georgia" w:hAnsi="Georgia"/>
          <w:b/>
          <w:i w:val="0"/>
          <w:color w:val="000000"/>
          <w:sz w:val="24"/>
        </w:rPr>
        <w:t>«Но это касается того состояния, когда буквы берутся в их собственном начертании... есть и иной аспект... со стороны своего числа и счета...»</w:t>
      </w:r>
      <w:r>
        <w:rPr>
          <w:rFonts w:ascii="Georgia" w:hAnsi="Georgia"/>
          <w:b w:val="0"/>
          <w:i w:val="0"/>
          <w:color w:val="000000"/>
          <w:sz w:val="24"/>
        </w:rPr>
        <w:t xml:space="preserve"> — известно сказанное Учителем во многих местах: всякий счет — это тайна Малхут этой ступени. Исходя из этого ты поймешь, что два упомянутых аспекта — четыре буквы АВАЯ в их начертании и аспект их счета, то есть гематрия Имени, равная 26 (</w:t>
      </w:r>
      <w:r>
        <w:rPr>
          <w:rFonts w:ascii="Georgia" w:hAnsi="Georgia" w:cs="Times New Roman"/>
          <w:b/>
          <w:i w:val="0"/>
          <w:color w:val="000000"/>
          <w:sz w:val="24"/>
          <w:rtl/>
          <w:szCs w:val="32"/>
        </w:rPr>
        <w:t>כ״ו</w:t>
      </w:r>
      <w:r>
        <w:rPr>
          <w:rFonts w:ascii="Georgia" w:hAnsi="Georgia"/>
          <w:b w:val="0"/>
          <w:i w:val="0"/>
          <w:color w:val="000000"/>
          <w:sz w:val="24"/>
        </w:rPr>
        <w:t xml:space="preserve"> = 26), — это тайна десяти сфирот рош, именуемых Кетер. Только сама сущность сфирот рош, девять первых сфирот, намекается четырьмя буквами АВАЯ (</w:t>
      </w:r>
      <w:r>
        <w:rPr>
          <w:rFonts w:ascii="Georgia" w:hAnsi="Georgia" w:cs="Times New Roman"/>
          <w:b/>
          <w:i w:val="0"/>
          <w:color w:val="000000"/>
          <w:sz w:val="24"/>
          <w:rtl/>
          <w:szCs w:val="32"/>
        </w:rPr>
        <w:t>יהוה</w:t>
      </w:r>
      <w:r>
        <w:rPr>
          <w:rFonts w:ascii="Georgia" w:hAnsi="Georgia"/>
          <w:b w:val="0"/>
          <w:i w:val="0"/>
          <w:color w:val="000000"/>
          <w:sz w:val="24"/>
        </w:rPr>
        <w:t>) самими по себе... ...тогда как Малхут де-рош, в тайне находящегося в ней экрана, который совершает зивуг с девятью первыми сфирот и поднимает десять сфирот отраженного света, намекается числовым значением четырех букв, гематрия которых равна 26 (</w:t>
      </w:r>
      <w:r>
        <w:rPr>
          <w:rFonts w:ascii="Georgia" w:hAnsi="Georgia" w:cs="Times New Roman"/>
          <w:b/>
          <w:i w:val="0"/>
          <w:color w:val="000000"/>
          <w:sz w:val="24"/>
          <w:rtl/>
          <w:szCs w:val="32"/>
        </w:rPr>
        <w:t>כ״ו</w:t>
      </w:r>
      <w:r>
        <w:rPr>
          <w:rFonts w:ascii="Georgia" w:hAnsi="Georgia"/>
          <w:b w:val="0"/>
          <w:i w:val="0"/>
          <w:color w:val="000000"/>
          <w:sz w:val="24"/>
        </w:rPr>
        <w:t xml:space="preserve"> = 26).</w:t>
      </w:r>
    </w:p>
    <w:p>
      <w:pPr>
        <w:spacing w:before="40" w:after="120"/>
        <w:jc w:val="both"/>
      </w:pPr>
      <w:r>
        <w:rPr>
          <w:rFonts w:ascii="Georgia" w:hAnsi="Georgia"/>
          <w:b w:val="0"/>
          <w:i w:val="0"/>
          <w:color w:val="000000"/>
          <w:sz w:val="24"/>
        </w:rPr>
        <w:t>И знай, что оба этих аспекта действуют на всех ступенях четырех парцуфим — АБ, САГ, МА, БОН, как в лицевом свете (ор паним), так и в свете ахораим. Ведь на каждой ступени непременно присутствуют как сущность сфирот, происходящая от четырех стадий прямого света, так и экран в Малхут, поднимающий отраженный свет в тайне зивуга с прямым светом. Соответственно, сущность сфирот там следует различать в начертании букв имени этой ступени, а Малхут этой ступени — в счете букв этого Имени; помни это на протяжении всех последующих тем.</w:t>
      </w:r>
    </w:p>
    <w:p>
      <w:pPr>
        <w:spacing w:before="40" w:after="120"/>
        <w:jc w:val="both"/>
      </w:pPr>
      <w:r>
        <w:rPr>
          <w:rFonts w:ascii="Georgia" w:hAnsi="Georgia"/>
          <w:b/>
          <w:i w:val="0"/>
          <w:color w:val="000000"/>
          <w:sz w:val="24"/>
        </w:rPr>
        <w:t>«Однако в светах есть и обратная сторона (ахораим), и в ней также присутствуют два этих аспекта...»</w:t>
      </w:r>
      <w:r>
        <w:rPr>
          <w:rFonts w:ascii="Georgia" w:hAnsi="Georgia"/>
          <w:b w:val="0"/>
          <w:i w:val="0"/>
          <w:color w:val="000000"/>
          <w:sz w:val="24"/>
        </w:rPr>
        <w:t xml:space="preserve"> — суть аспекта обратной стороны (ахораим) светов уже объяснялась выше в «Паним Меирот», ветвь 31, пункты 1–4, начиная со слов «Три эти аспекта...» ...при объяснении первого света таамим и второго света, именуемого светом ахораим — некудот (см. там). Оттуда ты поймешь, что два первых аспекта — начертание самих букв и их числовое значение, различаемые в лицевом свете, — относятся к первому свету таамим, то есть существуют до того, как в парцуфе начинается очищение экрана и уменьшение высоты ступеней, как сказано там. А два аспекта — сами буквы и их числовое значение, рассматриваемые здесь в обратной стороне светов, — относятся ко второму свету, именуемому светом ахораим — некудот: то есть это света, приходящие при уменьшении высоты ступеней под действием очищения экрана, как подробно объяснялось.</w:t>
      </w:r>
    </w:p>
    <w:p>
      <w:pPr>
        <w:spacing w:before="40" w:after="120"/>
        <w:jc w:val="both"/>
      </w:pPr>
      <w:r>
        <w:rPr>
          <w:rFonts w:ascii="Georgia" w:hAnsi="Georgia"/>
          <w:b w:val="0"/>
          <w:i w:val="0"/>
          <w:color w:val="000000"/>
          <w:sz w:val="24"/>
        </w:rPr>
        <w:t>Кроме того, между ними следует различать следующее: первый свет таамим, называемый здесь светом паним (лицевым), представляет собой один общий уровень десяти сфирот, то есть сфирот выделяются из Источника и приходят в едином зивуге с Малхут. Второй же свет, именуемый светом ахораим — некудот, названный здесь обратной стороной светов, всегда включает четыре уровня десяти сфирот, то есть они выделяются из Источника и приходят в четырех зивугах под действием четырех стадий очищения, происходящего в экране; помни это.</w:t>
      </w:r>
    </w:p>
    <w:p>
      <w:pPr>
        <w:spacing w:before="40" w:after="120"/>
        <w:jc w:val="both"/>
      </w:pPr>
      <w:r>
        <w:rPr>
          <w:rFonts w:ascii="Georgia" w:hAnsi="Georgia"/>
          <w:b w:val="0"/>
          <w:i w:val="0"/>
          <w:color w:val="000000"/>
          <w:sz w:val="24"/>
        </w:rPr>
        <w:t xml:space="preserve">13) </w:t>
      </w:r>
      <w:r>
        <w:rPr>
          <w:rFonts w:ascii="Georgia" w:hAnsi="Georgia"/>
          <w:b/>
          <w:i w:val="0"/>
          <w:color w:val="000000"/>
          <w:sz w:val="24"/>
        </w:rPr>
        <w:t>«Иной аспект — четыре буквы Имени в наполнении, ибо тогда они представляют собой суды...»</w:t>
      </w:r>
    </w:p>
    <w:p>
      <w:pPr>
        <w:spacing w:before="40" w:after="120"/>
        <w:jc w:val="both"/>
      </w:pPr>
      <w:r>
        <w:rPr>
          <w:rFonts w:ascii="Georgia" w:hAnsi="Georgia"/>
          <w:b w:val="0"/>
          <w:i w:val="0"/>
          <w:color w:val="000000"/>
          <w:sz w:val="24"/>
        </w:rPr>
        <w:t>Это уже объяснялось выше в комментарии к словам «Корень и основа светов»: десять сфирот прямого света на любой ступени, где бы она ни была, соотносятся именно с четырехбуквенным именем АВАЯ: ГАР — с буквами йод и хэй (</w:t>
      </w:r>
      <w:r>
        <w:rPr>
          <w:rFonts w:ascii="Georgia" w:hAnsi="Georgia" w:cs="Times New Roman"/>
          <w:b/>
          <w:i w:val="0"/>
          <w:color w:val="000000"/>
          <w:sz w:val="24"/>
          <w:rtl/>
          <w:szCs w:val="32"/>
        </w:rPr>
        <w:t>י״ה</w:t>
      </w:r>
      <w:r>
        <w:rPr>
          <w:rFonts w:ascii="Georgia" w:hAnsi="Georgia"/>
          <w:b w:val="0"/>
          <w:i w:val="0"/>
          <w:color w:val="000000"/>
          <w:sz w:val="24"/>
        </w:rPr>
        <w:t>), а ЗАТ — с буквами вав и хэй (</w:t>
      </w:r>
      <w:r>
        <w:rPr>
          <w:rFonts w:ascii="Georgia" w:hAnsi="Georgia" w:cs="Times New Roman"/>
          <w:b/>
          <w:i w:val="0"/>
          <w:color w:val="000000"/>
          <w:sz w:val="24"/>
          <w:rtl/>
          <w:szCs w:val="32"/>
        </w:rPr>
        <w:t>ו״ה</w:t>
      </w:r>
      <w:r>
        <w:rPr>
          <w:rFonts w:ascii="Georgia" w:hAnsi="Georgia"/>
          <w:b w:val="0"/>
          <w:i w:val="0"/>
          <w:color w:val="000000"/>
          <w:sz w:val="24"/>
        </w:rPr>
        <w:t>), как известно. Десять же сфирот отраженного света на каждой ступени соотносятся исключительно с наполнительными буквами четырех букв, слышимыми лишь в устном произношении: вав-далет (</w:t>
      </w:r>
      <w:r>
        <w:rPr>
          <w:rFonts w:ascii="Georgia" w:hAnsi="Georgia" w:cs="Times New Roman"/>
          <w:b/>
          <w:i w:val="0"/>
          <w:color w:val="000000"/>
          <w:sz w:val="24"/>
          <w:rtl/>
          <w:szCs w:val="32"/>
        </w:rPr>
        <w:t>ו״ד</w:t>
      </w:r>
      <w:r>
        <w:rPr>
          <w:rFonts w:ascii="Georgia" w:hAnsi="Georgia"/>
          <w:b w:val="0"/>
          <w:i w:val="0"/>
          <w:color w:val="000000"/>
          <w:sz w:val="24"/>
        </w:rPr>
        <w:t>) в букве йод, йод (</w:t>
      </w:r>
      <w:r>
        <w:rPr>
          <w:rFonts w:ascii="Georgia" w:hAnsi="Georgia" w:cs="Times New Roman"/>
          <w:b/>
          <w:i w:val="0"/>
          <w:color w:val="000000"/>
          <w:sz w:val="24"/>
          <w:rtl/>
          <w:szCs w:val="32"/>
        </w:rPr>
        <w:t>יוֹד</w:t>
      </w:r>
      <w:r>
        <w:rPr>
          <w:rFonts w:ascii="Georgia" w:hAnsi="Georgia"/>
          <w:b w:val="0"/>
          <w:i w:val="0"/>
          <w:color w:val="000000"/>
          <w:sz w:val="24"/>
        </w:rPr>
        <w:t>) в букве хэй, алеф-вав (</w:t>
      </w:r>
      <w:r>
        <w:rPr>
          <w:rFonts w:ascii="Georgia" w:hAnsi="Georgia" w:cs="Times New Roman"/>
          <w:b/>
          <w:i w:val="0"/>
          <w:color w:val="000000"/>
          <w:sz w:val="24"/>
          <w:rtl/>
          <w:szCs w:val="32"/>
        </w:rPr>
        <w:t>א״ו</w:t>
      </w:r>
      <w:r>
        <w:rPr>
          <w:rFonts w:ascii="Georgia" w:hAnsi="Georgia"/>
          <w:b w:val="0"/>
          <w:i w:val="0"/>
          <w:color w:val="000000"/>
          <w:sz w:val="24"/>
        </w:rPr>
        <w:t>) в букве вав и так далее.</w:t>
      </w:r>
    </w:p>
    <w:p>
      <w:pPr>
        <w:spacing w:before="40" w:after="120"/>
        <w:jc w:val="both"/>
      </w:pPr>
      <w:r>
        <w:rPr>
          <w:rFonts w:ascii="Georgia" w:hAnsi="Georgia"/>
          <w:b w:val="0"/>
          <w:i w:val="0"/>
          <w:color w:val="000000"/>
          <w:sz w:val="24"/>
        </w:rPr>
        <w:t xml:space="preserve">И об этом сказано: «И это четыре буквы Имени в наполнении, ибо тогда они представляют собой суды, ведь слово </w:t>
      </w:r>
      <w:r>
        <w:rPr>
          <w:rFonts w:ascii="Georgia" w:hAnsi="Georgia"/>
          <w:b w:val="0"/>
          <w:i/>
          <w:color w:val="000000"/>
          <w:sz w:val="24"/>
        </w:rPr>
        <w:t>милуй</w:t>
      </w:r>
      <w:r>
        <w:rPr>
          <w:rFonts w:ascii="Georgia" w:hAnsi="Georgia"/>
          <w:b w:val="0"/>
          <w:i w:val="0"/>
          <w:color w:val="000000"/>
          <w:sz w:val="24"/>
        </w:rPr>
        <w:t xml:space="preserve"> в гематрии равно ЭЛОКИМ», — конец цитаты. Смысл в том, что Малхут называется именем ЭЛОКИМ, указывающим на суд (дин), что проистекает из Первого сокращения, произошедшего в точке Малхут. Вследствие этого она обладает силой задерживать высший свет, не позволяя ему распространяться от нее и ниже; поэтому она определяется как толща (авиют) и твердость (кашиют), означающие, что высший свет не проходит ниже места ее нахождения. И потому она рассматривается в тайне экрана, соединяющегося с высшим светом в ударном соединении (зивуг де-акаа), поднимающем десять сфирот отраженного света, как прямо сказано выше в словах Учителя в ветви 4 (см. там); и мы уже разбирали этот вопрос достаточно подробно. Поэтому и десять сфирот отраженного света, бьющие ключом и поднимающиеся от Малхут и облачающие десять сфирот прямого света, также определяются как толща (авиют) и суд из-за своего корня — Малхут. Однако в десяти сфирот рош экран находится снизу от десяти сфирот прямого света, и потому заключенные в нем авиют и суд не могут подняться выше истока своего присутствия. Вследствие этого в любой голове (рош) нет завершенных келим, но лишь корни келим, как сказано выше; и потому они обозначаются лишь четырьмя простыми буквами Имени, а не их наполнениями.</w:t>
      </w:r>
    </w:p>
    <w:p>
      <w:pPr>
        <w:spacing w:before="40" w:after="120"/>
        <w:jc w:val="both"/>
      </w:pPr>
      <w:r>
        <w:rPr>
          <w:rFonts w:ascii="Georgia" w:hAnsi="Georgia"/>
          <w:b w:val="0"/>
          <w:i w:val="0"/>
          <w:color w:val="000000"/>
          <w:sz w:val="24"/>
        </w:rPr>
        <w:t>Напротив, в десяти сфирот второго созерцания, тянущихся от Малхут де-рош и ниже, вся авиют и суд уже явлены в их десяти сфирот отраженного света, приходящих к ним от Малхут де-рош, стоящей над ними. Поэтому те десять сфирот, что расположены ниже пэ, определяются на всех ступенях как полноценные келим и обозначаются четырьмя буквами АВАЯ в их наполнениях, указывая на то, что в них присутствует свойство судов (</w:t>
      </w:r>
      <w:r>
        <w:rPr>
          <w:rFonts w:ascii="Georgia" w:hAnsi="Georgia"/>
          <w:b w:val="0"/>
          <w:i/>
          <w:color w:val="000000"/>
          <w:sz w:val="24"/>
        </w:rPr>
        <w:t>диним</w:t>
      </w:r>
      <w:r>
        <w:rPr>
          <w:rFonts w:ascii="Georgia" w:hAnsi="Georgia"/>
          <w:b w:val="0"/>
          <w:i w:val="0"/>
          <w:color w:val="000000"/>
          <w:sz w:val="24"/>
        </w:rPr>
        <w:t xml:space="preserve">), как было сказано. </w:t>
      </w:r>
      <w:r>
        <w:rPr>
          <w:rFonts w:ascii="Georgia" w:hAnsi="Georgia"/>
          <w:b/>
          <w:i w:val="0"/>
          <w:color w:val="000000"/>
          <w:sz w:val="24"/>
        </w:rPr>
        <w:t>«Кроме того, корень АВАЯ — это четыре буквы сами по себе, тогда как их наполнение — это раскрытие АВАЯ...»</w:t>
      </w:r>
    </w:p>
    <w:p>
      <w:pPr>
        <w:spacing w:before="40" w:after="120"/>
        <w:jc w:val="both"/>
      </w:pPr>
      <w:r>
        <w:rPr>
          <w:rFonts w:ascii="Georgia" w:hAnsi="Georgia"/>
          <w:b w:val="0"/>
          <w:i w:val="0"/>
          <w:color w:val="000000"/>
          <w:sz w:val="24"/>
        </w:rPr>
        <w:t>И это следует из сказанного выше: десять сфирот прямого света, являющиеся сущностью и корнем данной ступени, намекаются только четырьмя простыми буквами без наполнения, и лишь десять сфирот отраженного света, облачающие десять сфирот прямого света, намекаются наполнениями. И ты уже знаешь сказанное Учителем выше, в ветви 4, пункт 8, начиная со слов «Однако же»: в отношении четырех стадий прямого света нет никакого различия между мирами и между ступенями, ведь нет ни одной сфиры и ни одного парцуфа от вершины мира Ацилут до конца мира Асия, в котором не было бы десяти сфирот прямого света — тайны четырех простых букв АВАЯ. Все же различия, существующие между ступенями, определяются исключительно экраном между ними — в тайне высоты десяти сфирот отраженного света, поднимающегося от экрана (см. там в «Паним Масбирот» и «Паним Меирот»). [И десять сфирот], включающие каждый мир во всей его совокупности, вместе взятые представляют собой одно имя АВАЯ везде, как в общем, так и в частном, как сказано выше... ...«и из каждой их буквы выходит по одному имени АВАЯ... то есть из каждой буквы имени АВАЯ выходит имя АВАЯ, и нет различия между ними, кроме как в виде их наполнения. И суть их такова: в букве йод... содержится АВАЯ в наполнении АБ (72), из буквы хэй выходит АВАЯ в наполнении САГ (63), из буквы вав выходит АВАЯ в наполнении МА (45), а из нижней буквы хэй выходит АВАЯ в наполнении БОН (52)», — таковы его слова (см. там).</w:t>
      </w:r>
    </w:p>
    <w:p>
      <w:pPr>
        <w:spacing w:before="40" w:after="120"/>
        <w:jc w:val="both"/>
      </w:pPr>
      <w:r>
        <w:rPr>
          <w:rFonts w:ascii="Georgia" w:hAnsi="Georgia"/>
          <w:b w:val="0"/>
          <w:i w:val="0"/>
          <w:color w:val="000000"/>
          <w:sz w:val="24"/>
        </w:rPr>
        <w:t>И ты видишь, что выход наружу светов каждого имени АВАЯ происходит исключительно согласно четырем наполнениям — АБ, САГ, МА, БОН, которые совершенно не различаются между собой в десяти сфирот прямого света, но лишь в десяти сфирот отраженного света, как сказано выше в словах Учителя: «нет различия между ними, кроме как в виде их наполнения». Смотри в «Паним Масбирот», страница 169, начиная со слов «Объяснение», пойми это как следует и помни, ибо это врата ко всякому частному постижению в этой мудрости. И об этом сказано: «тогда как их наполнение — это раскрытие АВАЯ и выход ее светов наружу», — конец цитаты. Ведь объяснение и распознавание каждого имени АВАЯ — принадлежит ли оно Ацилуту или БЕА — раскрывается лишь через буквы наполнения присутствующего в них имени АВАЯ, то есть через меру высоты отраженного света, поднимающегося от экрана.</w:t>
      </w:r>
    </w:p>
    <w:p>
      <w:pPr>
        <w:spacing w:before="40" w:after="120"/>
        <w:jc w:val="both"/>
      </w:pPr>
      <w:r>
        <w:rPr>
          <w:rFonts w:ascii="Georgia" w:hAnsi="Georgia"/>
          <w:b w:val="0"/>
          <w:i w:val="0"/>
          <w:color w:val="000000"/>
          <w:sz w:val="24"/>
        </w:rPr>
        <w:t>И поэтому наполнение есть раскрытие АВАЯ и выход ее светов наружу, то есть четыре ступени — АБ, САГ, МА, БОН, выходящие из каждой буквы имени АВАЯ, как писал Учитель в «Эц Хаим», врата 1, ветвь 5, начиная со слов «Еще необходимо»; вот его слова: «Все десять сфирот, включающие каждый мир во всей его совокупности, вместе взятые представляют собой одно имя АВАЯ везде, как в общем, так и в частном, как сказано выше, и из каждой их буквы выходит по одному имени АВАЯ... то есть из каждой буквы имени АВАЯ выходит имя АВАЯ, и нет различия между ними, кроме как в виде их наполнения...» «...и суть их такова: в букве йод... содержится АВАЯ в наполнении АБ (72), из буквы хэй выходит АВАЯ в наполнении САГ (63), из буквы вав выходит АВАЯ в наполнении МА (45), а из нижней буквы хэй выходит АВАЯ в наполнении БОН (52)», — таковы его слова (см. там).</w:t>
      </w:r>
    </w:p>
    <w:p>
      <w:pPr>
        <w:spacing w:before="40" w:after="120"/>
        <w:jc w:val="both"/>
      </w:pPr>
      <w:r>
        <w:rPr>
          <w:rFonts w:ascii="Georgia" w:hAnsi="Georgia"/>
          <w:b w:val="0"/>
          <w:i w:val="0"/>
          <w:color w:val="000000"/>
          <w:sz w:val="24"/>
        </w:rPr>
        <w:t>И ты видишь, что выход наружу светов каждого имени АВАЯ происходит исключительно согласно четырем наполнениям — АБ, САГ, МА, БОН, которые совершенно не различаются между собой в десяти сфирот прямого света, но лишь в десяти сфирот отраженного света, как сказано выше в словах Учителя: «нет различия между ними, кроме как в виде их наполнения». Смотри в «Паним Масбирот», страница 169, начиная со слов «Объяснение», пойми это как следует и помни, ведь это врата ко всякому частному постижению в этой мудрости.</w:t>
      </w:r>
    </w:p>
    <w:p>
      <w:r>
        <w:br w:type="page"/>
      </w:r>
    </w:p>
    <w:p>
      <w:pPr>
        <w:keepNext/>
        <w:spacing w:before="360" w:after="160"/>
        <w:jc w:val="center"/>
      </w:pPr>
      <w:r>
        <w:rPr>
          <w:rFonts w:ascii="Georgia" w:hAnsi="Georgia"/>
          <w:b w:val="0"/>
          <w:i w:val="0"/>
          <w:color w:val="000000"/>
          <w:sz w:val="40"/>
        </w:rPr>
        <w:t>Ветвь 32</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Разберем кратко порядок их ступеней, одну над другой:</w:t>
      </w:r>
    </w:p>
    <w:p>
      <w:pPr>
        <w:spacing w:before="40" w:after="120"/>
        <w:jc w:val="both"/>
      </w:pPr>
      <w:r>
        <w:rPr>
          <w:rFonts w:ascii="Georgia" w:hAnsi="Georgia"/>
          <w:b w:val="0"/>
          <w:i w:val="0"/>
          <w:color w:val="000000"/>
          <w:sz w:val="24"/>
        </w:rPr>
        <w:t>1) Основа и корень всего — это сами буквы АВАЯ в их собственном начертании.</w:t>
      </w:r>
    </w:p>
    <w:p>
      <w:pPr>
        <w:spacing w:before="40" w:after="120"/>
        <w:jc w:val="both"/>
      </w:pPr>
      <w:r>
        <w:rPr>
          <w:rFonts w:ascii="Georgia" w:hAnsi="Georgia"/>
          <w:b w:val="0"/>
          <w:i w:val="0"/>
          <w:color w:val="000000"/>
          <w:sz w:val="24"/>
        </w:rPr>
        <w:t>2) Вторая ступень — это их ахораим (обратная сторона) в аспекте их сути и начертания: йод (</w:t>
      </w:r>
      <w:r>
        <w:rPr>
          <w:rFonts w:ascii="Georgia" w:hAnsi="Georgia" w:cs="Times New Roman"/>
          <w:b/>
          <w:i w:val="0"/>
          <w:color w:val="000000"/>
          <w:sz w:val="24"/>
          <w:rtl/>
          <w:szCs w:val="32"/>
        </w:rPr>
        <w:t>י</w:t>
      </w:r>
      <w:r>
        <w:rPr>
          <w:rFonts w:ascii="Georgia" w:hAnsi="Georgia"/>
          <w:b w:val="0"/>
          <w:i w:val="0"/>
          <w:color w:val="000000"/>
          <w:sz w:val="24"/>
        </w:rPr>
        <w:t>), йод-хэй (</w:t>
      </w:r>
      <w:r>
        <w:rPr>
          <w:rFonts w:ascii="Georgia" w:hAnsi="Georgia" w:cs="Times New Roman"/>
          <w:b/>
          <w:i w:val="0"/>
          <w:color w:val="000000"/>
          <w:sz w:val="24"/>
          <w:rtl/>
          <w:szCs w:val="32"/>
        </w:rPr>
        <w:t>יה</w:t>
      </w:r>
      <w:r>
        <w:rPr>
          <w:rFonts w:ascii="Georgia" w:hAnsi="Georgia"/>
          <w:b w:val="0"/>
          <w:i w:val="0"/>
          <w:color w:val="000000"/>
          <w:sz w:val="24"/>
        </w:rPr>
        <w:t>), йод-хэй-вав (</w:t>
      </w:r>
      <w:r>
        <w:rPr>
          <w:rFonts w:ascii="Georgia" w:hAnsi="Georgia" w:cs="Times New Roman"/>
          <w:b/>
          <w:i w:val="0"/>
          <w:color w:val="000000"/>
          <w:sz w:val="24"/>
          <w:rtl/>
          <w:szCs w:val="32"/>
        </w:rPr>
        <w:t>יהו</w:t>
      </w:r>
      <w:r>
        <w:rPr>
          <w:rFonts w:ascii="Georgia" w:hAnsi="Georgia"/>
          <w:b w:val="0"/>
          <w:i w:val="0"/>
          <w:color w:val="000000"/>
          <w:sz w:val="24"/>
        </w:rPr>
        <w:t>), йод-хэй-вав-хэй (</w:t>
      </w:r>
      <w:r>
        <w:rPr>
          <w:rFonts w:ascii="Georgia" w:hAnsi="Georgia" w:cs="Times New Roman"/>
          <w:b/>
          <w:i w:val="0"/>
          <w:color w:val="000000"/>
          <w:sz w:val="24"/>
          <w:rtl/>
          <w:szCs w:val="32"/>
        </w:rPr>
        <w:t>יהוה</w:t>
      </w:r>
      <w:r>
        <w:rPr>
          <w:rFonts w:ascii="Georgia" w:hAnsi="Georgia"/>
          <w:b w:val="0"/>
          <w:i w:val="0"/>
          <w:color w:val="000000"/>
          <w:sz w:val="24"/>
        </w:rPr>
        <w:t>), и всего здесь 10 букв.</w:t>
      </w:r>
    </w:p>
    <w:p>
      <w:pPr>
        <w:spacing w:before="40" w:after="120"/>
        <w:jc w:val="both"/>
      </w:pPr>
      <w:r>
        <w:rPr>
          <w:rFonts w:ascii="Georgia" w:hAnsi="Georgia"/>
          <w:b w:val="0"/>
          <w:i w:val="0"/>
          <w:color w:val="000000"/>
          <w:sz w:val="24"/>
        </w:rPr>
        <w:t>3) Третья ступень — счет и число четырех букв, называемое паним (лицевая сторона): это имя АВАЯ, числовое значение которого — 26 (</w:t>
      </w:r>
      <w:r>
        <w:rPr>
          <w:rFonts w:ascii="Georgia" w:hAnsi="Georgia" w:cs="Times New Roman"/>
          <w:b/>
          <w:i w:val="0"/>
          <w:color w:val="000000"/>
          <w:sz w:val="24"/>
          <w:rtl/>
          <w:szCs w:val="32"/>
        </w:rPr>
        <w:t>כ״ו</w:t>
      </w:r>
      <w:r>
        <w:rPr>
          <w:rFonts w:ascii="Georgia" w:hAnsi="Georgia"/>
          <w:b w:val="0"/>
          <w:i w:val="0"/>
          <w:color w:val="000000"/>
          <w:sz w:val="24"/>
        </w:rPr>
        <w:t>).</w:t>
      </w:r>
    </w:p>
    <w:p>
      <w:pPr>
        <w:spacing w:before="40" w:after="120"/>
        <w:jc w:val="both"/>
      </w:pPr>
      <w:r>
        <w:rPr>
          <w:rFonts w:ascii="Georgia" w:hAnsi="Georgia"/>
          <w:b w:val="0"/>
          <w:i w:val="0"/>
          <w:color w:val="000000"/>
          <w:sz w:val="24"/>
        </w:rPr>
        <w:t>4) Четвертая ступень — счет и число десяти букв, называемых ахораим: это имя АВАЯ [в виде квадрата], числовое значение которого — 72 (</w:t>
      </w:r>
      <w:r>
        <w:rPr>
          <w:rFonts w:ascii="Georgia" w:hAnsi="Georgia" w:cs="Times New Roman"/>
          <w:b/>
          <w:i w:val="0"/>
          <w:color w:val="000000"/>
          <w:sz w:val="24"/>
          <w:rtl/>
          <w:szCs w:val="32"/>
        </w:rPr>
        <w:t>ע״ב</w:t>
      </w:r>
      <w:r>
        <w:rPr>
          <w:rFonts w:ascii="Georgia" w:hAnsi="Georgia"/>
          <w:b w:val="0"/>
          <w:i w:val="0"/>
          <w:color w:val="000000"/>
          <w:sz w:val="24"/>
        </w:rPr>
        <w:t>).</w:t>
      </w:r>
    </w:p>
    <w:p>
      <w:pPr>
        <w:spacing w:before="40" w:after="120"/>
        <w:jc w:val="both"/>
      </w:pPr>
      <w:r>
        <w:rPr>
          <w:rFonts w:ascii="Georgia" w:hAnsi="Georgia"/>
          <w:b w:val="0"/>
          <w:i w:val="0"/>
          <w:color w:val="000000"/>
          <w:sz w:val="24"/>
        </w:rPr>
        <w:t>5) Пятая ступень — наполнение (милуй) Имени, называемое паним, и это 10 букв в их собственном начертании: йод (</w:t>
      </w:r>
      <w:r>
        <w:rPr>
          <w:rFonts w:ascii="Georgia" w:hAnsi="Georgia" w:cs="Times New Roman"/>
          <w:b/>
          <w:i w:val="0"/>
          <w:color w:val="000000"/>
          <w:sz w:val="24"/>
          <w:rtl/>
          <w:szCs w:val="32"/>
        </w:rPr>
        <w:t>יו״ד</w:t>
      </w:r>
      <w:r>
        <w:rPr>
          <w:rFonts w:ascii="Georgia" w:hAnsi="Georgia"/>
          <w:b w:val="0"/>
          <w:i w:val="0"/>
          <w:color w:val="000000"/>
          <w:sz w:val="24"/>
        </w:rPr>
        <w:t>), хэй (</w:t>
      </w:r>
      <w:r>
        <w:rPr>
          <w:rFonts w:ascii="Georgia" w:hAnsi="Georgia" w:cs="Times New Roman"/>
          <w:b/>
          <w:i w:val="0"/>
          <w:color w:val="000000"/>
          <w:sz w:val="24"/>
          <w:rtl/>
          <w:szCs w:val="32"/>
        </w:rPr>
        <w:t>ה״י</w:t>
      </w:r>
      <w:r>
        <w:rPr>
          <w:rFonts w:ascii="Georgia" w:hAnsi="Georgia"/>
          <w:b w:val="0"/>
          <w:i w:val="0"/>
          <w:color w:val="000000"/>
          <w:sz w:val="24"/>
        </w:rPr>
        <w:t>), вав (</w:t>
      </w:r>
      <w:r>
        <w:rPr>
          <w:rFonts w:ascii="Georgia" w:hAnsi="Georgia" w:cs="Times New Roman"/>
          <w:b/>
          <w:i w:val="0"/>
          <w:color w:val="000000"/>
          <w:sz w:val="24"/>
          <w:rtl/>
          <w:szCs w:val="32"/>
        </w:rPr>
        <w:t>וי״ו</w:t>
      </w:r>
      <w:r>
        <w:rPr>
          <w:rFonts w:ascii="Georgia" w:hAnsi="Georgia"/>
          <w:b w:val="0"/>
          <w:i w:val="0"/>
          <w:color w:val="000000"/>
          <w:sz w:val="24"/>
        </w:rPr>
        <w:t>), хэй (</w:t>
      </w:r>
      <w:r>
        <w:rPr>
          <w:rFonts w:ascii="Georgia" w:hAnsi="Georgia" w:cs="Times New Roman"/>
          <w:b/>
          <w:i w:val="0"/>
          <w:color w:val="000000"/>
          <w:sz w:val="24"/>
          <w:rtl/>
          <w:szCs w:val="32"/>
        </w:rPr>
        <w:t>ה״י</w:t>
      </w:r>
      <w:r>
        <w:rPr>
          <w:rFonts w:ascii="Georgia" w:hAnsi="Georgia"/>
          <w:b w:val="0"/>
          <w:i w:val="0"/>
          <w:color w:val="000000"/>
          <w:sz w:val="24"/>
        </w:rPr>
        <w:t>).</w:t>
      </w:r>
    </w:p>
    <w:p>
      <w:pPr>
        <w:spacing w:before="40" w:after="120"/>
        <w:jc w:val="both"/>
      </w:pPr>
      <w:r>
        <w:rPr>
          <w:rFonts w:ascii="Georgia" w:hAnsi="Georgia"/>
          <w:b w:val="0"/>
          <w:i w:val="0"/>
          <w:color w:val="000000"/>
          <w:sz w:val="24"/>
        </w:rPr>
        <w:t>6) Шестая ступень — ахор упомянутого наполнения, в аспекте начертания самих букв, а не их счета, и это 26 букв: йод (</w:t>
      </w:r>
      <w:r>
        <w:rPr>
          <w:rFonts w:ascii="Georgia" w:hAnsi="Georgia" w:cs="Times New Roman"/>
          <w:b/>
          <w:i w:val="0"/>
          <w:color w:val="000000"/>
          <w:sz w:val="24"/>
          <w:rtl/>
          <w:szCs w:val="32"/>
        </w:rPr>
        <w:t>יו״ד</w:t>
      </w:r>
      <w:r>
        <w:rPr>
          <w:rFonts w:ascii="Georgia" w:hAnsi="Georgia"/>
          <w:b w:val="0"/>
          <w:i w:val="0"/>
          <w:color w:val="000000"/>
          <w:sz w:val="24"/>
        </w:rPr>
        <w:t>), йод хэй (</w:t>
      </w:r>
      <w:r>
        <w:rPr>
          <w:rFonts w:ascii="Georgia" w:hAnsi="Georgia" w:cs="Times New Roman"/>
          <w:b/>
          <w:i w:val="0"/>
          <w:color w:val="000000"/>
          <w:sz w:val="24"/>
          <w:rtl/>
          <w:szCs w:val="32"/>
        </w:rPr>
        <w:t>יו״ד ה״י</w:t>
      </w:r>
      <w:r>
        <w:rPr>
          <w:rFonts w:ascii="Georgia" w:hAnsi="Georgia"/>
          <w:b w:val="0"/>
          <w:i w:val="0"/>
          <w:color w:val="000000"/>
          <w:sz w:val="24"/>
        </w:rPr>
        <w:t>), йод хэй вав (</w:t>
      </w:r>
      <w:r>
        <w:rPr>
          <w:rFonts w:ascii="Georgia" w:hAnsi="Georgia" w:cs="Times New Roman"/>
          <w:b/>
          <w:i w:val="0"/>
          <w:color w:val="000000"/>
          <w:sz w:val="24"/>
          <w:rtl/>
          <w:szCs w:val="32"/>
        </w:rPr>
        <w:t>יו״ד ה״י וי״ו</w:t>
      </w:r>
      <w:r>
        <w:rPr>
          <w:rFonts w:ascii="Georgia" w:hAnsi="Georgia"/>
          <w:b w:val="0"/>
          <w:i w:val="0"/>
          <w:color w:val="000000"/>
          <w:sz w:val="24"/>
        </w:rPr>
        <w:t>), йод хэй вав хэй (</w:t>
      </w:r>
      <w:r>
        <w:rPr>
          <w:rFonts w:ascii="Georgia" w:hAnsi="Georgia" w:cs="Times New Roman"/>
          <w:b/>
          <w:i w:val="0"/>
          <w:color w:val="000000"/>
          <w:sz w:val="24"/>
          <w:rtl/>
          <w:szCs w:val="32"/>
        </w:rPr>
        <w:t>יו״ד ה״י וי״ו ה״י</w:t>
      </w:r>
      <w:r>
        <w:rPr>
          <w:rFonts w:ascii="Georgia" w:hAnsi="Georgia"/>
          <w:b w:val="0"/>
          <w:i w:val="0"/>
          <w:color w:val="000000"/>
          <w:sz w:val="24"/>
        </w:rPr>
        <w:t>).</w:t>
      </w:r>
    </w:p>
    <w:p>
      <w:pPr>
        <w:spacing w:before="40" w:after="120"/>
        <w:jc w:val="both"/>
      </w:pPr>
      <w:r>
        <w:rPr>
          <w:rFonts w:ascii="Georgia" w:hAnsi="Georgia"/>
          <w:b w:val="0"/>
          <w:i w:val="0"/>
          <w:color w:val="000000"/>
          <w:sz w:val="24"/>
        </w:rPr>
        <w:t>7) Седьмая ступень — счет и число десяти букв наполнения, числовое значение которых составляет 72.</w:t>
      </w:r>
    </w:p>
    <w:p>
      <w:pPr>
        <w:spacing w:before="40" w:after="120"/>
        <w:jc w:val="both"/>
      </w:pPr>
      <w:r>
        <w:rPr>
          <w:rFonts w:ascii="Georgia" w:hAnsi="Georgia"/>
          <w:b w:val="0"/>
          <w:i w:val="0"/>
          <w:color w:val="000000"/>
          <w:sz w:val="24"/>
        </w:rPr>
        <w:t>8) Восьмая ступень — число и счет 26 букв ахораим этого наполнения, что составляет 184 (</w:t>
      </w:r>
      <w:r>
        <w:rPr>
          <w:rFonts w:ascii="Georgia" w:hAnsi="Georgia" w:cs="Times New Roman"/>
          <w:b/>
          <w:i w:val="0"/>
          <w:color w:val="000000"/>
          <w:sz w:val="24"/>
          <w:rtl/>
          <w:szCs w:val="32"/>
        </w:rPr>
        <w:t>קפ״ד</w:t>
      </w:r>
      <w:r>
        <w:rPr>
          <w:rFonts w:ascii="Georgia" w:hAnsi="Georgia"/>
          <w:b w:val="0"/>
          <w:i w:val="0"/>
          <w:color w:val="000000"/>
          <w:sz w:val="24"/>
        </w:rPr>
        <w:t xml:space="preserve"> = 184).</w:t>
      </w:r>
    </w:p>
    <w:p>
      <w:pPr>
        <w:spacing w:before="40" w:after="120"/>
        <w:jc w:val="both"/>
      </w:pPr>
      <w:r>
        <w:rPr>
          <w:rFonts w:ascii="Georgia" w:hAnsi="Georgia"/>
          <w:b w:val="0"/>
          <w:i w:val="0"/>
          <w:color w:val="000000"/>
          <w:sz w:val="24"/>
        </w:rPr>
        <w:t>9) Девятая ступень — 28 букв наполнения наполнения (милуй де-милуй), называемого паним, а именно: йод вав далет (</w:t>
      </w:r>
      <w:r>
        <w:rPr>
          <w:rFonts w:ascii="Georgia" w:hAnsi="Georgia" w:cs="Times New Roman"/>
          <w:b/>
          <w:i w:val="0"/>
          <w:color w:val="000000"/>
          <w:sz w:val="24"/>
          <w:rtl/>
          <w:szCs w:val="32"/>
        </w:rPr>
        <w:t>יו״ד וי״ו דל״ת</w:t>
      </w:r>
      <w:r>
        <w:rPr>
          <w:rFonts w:ascii="Georgia" w:hAnsi="Georgia"/>
          <w:b w:val="0"/>
          <w:i w:val="0"/>
          <w:color w:val="000000"/>
          <w:sz w:val="24"/>
        </w:rPr>
        <w:t>), хэй йод (</w:t>
      </w:r>
      <w:r>
        <w:rPr>
          <w:rFonts w:ascii="Georgia" w:hAnsi="Georgia" w:cs="Times New Roman"/>
          <w:b/>
          <w:i w:val="0"/>
          <w:color w:val="000000"/>
          <w:sz w:val="24"/>
          <w:rtl/>
          <w:szCs w:val="32"/>
        </w:rPr>
        <w:t>ה״י יו״ד</w:t>
      </w:r>
      <w:r>
        <w:rPr>
          <w:rFonts w:ascii="Georgia" w:hAnsi="Georgia"/>
          <w:b w:val="0"/>
          <w:i w:val="0"/>
          <w:color w:val="000000"/>
          <w:sz w:val="24"/>
        </w:rPr>
        <w:t>), вав йод вав (</w:t>
      </w:r>
      <w:r>
        <w:rPr>
          <w:rFonts w:ascii="Georgia" w:hAnsi="Georgia" w:cs="Times New Roman"/>
          <w:b/>
          <w:i w:val="0"/>
          <w:color w:val="000000"/>
          <w:sz w:val="24"/>
          <w:rtl/>
          <w:szCs w:val="32"/>
        </w:rPr>
        <w:t>וי״ו יו״ד וי״ו</w:t>
      </w:r>
      <w:r>
        <w:rPr>
          <w:rFonts w:ascii="Georgia" w:hAnsi="Georgia"/>
          <w:b w:val="0"/>
          <w:i w:val="0"/>
          <w:color w:val="000000"/>
          <w:sz w:val="24"/>
        </w:rPr>
        <w:t>), хэй йод (</w:t>
      </w:r>
      <w:r>
        <w:rPr>
          <w:rFonts w:ascii="Georgia" w:hAnsi="Georgia" w:cs="Times New Roman"/>
          <w:b/>
          <w:i w:val="0"/>
          <w:color w:val="000000"/>
          <w:sz w:val="24"/>
          <w:rtl/>
          <w:szCs w:val="32"/>
        </w:rPr>
        <w:t>ה״י יו״ד</w:t>
      </w:r>
      <w:r>
        <w:rPr>
          <w:rFonts w:ascii="Georgia" w:hAnsi="Georgia"/>
          <w:b w:val="0"/>
          <w:i w:val="0"/>
          <w:color w:val="000000"/>
          <w:sz w:val="24"/>
        </w:rPr>
        <w:t>).</w:t>
      </w:r>
    </w:p>
    <w:p>
      <w:pPr>
        <w:spacing w:before="40" w:after="120"/>
        <w:jc w:val="both"/>
      </w:pPr>
      <w:r>
        <w:rPr>
          <w:rFonts w:ascii="Georgia" w:hAnsi="Georgia"/>
          <w:b w:val="0"/>
          <w:i w:val="0"/>
          <w:color w:val="000000"/>
          <w:sz w:val="24"/>
        </w:rPr>
        <w:t>10) Десятая ступень — ахораим наполнения наполнения, и это 156 букв: йод (</w:t>
      </w:r>
      <w:r>
        <w:rPr>
          <w:rFonts w:ascii="Georgia" w:hAnsi="Georgia" w:cs="Times New Roman"/>
          <w:b/>
          <w:i w:val="0"/>
          <w:color w:val="000000"/>
          <w:sz w:val="24"/>
          <w:rtl/>
          <w:szCs w:val="32"/>
        </w:rPr>
        <w:t>יו״ד</w:t>
      </w:r>
      <w:r>
        <w:rPr>
          <w:rFonts w:ascii="Georgia" w:hAnsi="Georgia"/>
          <w:b w:val="0"/>
          <w:i w:val="0"/>
          <w:color w:val="000000"/>
          <w:sz w:val="24"/>
        </w:rPr>
        <w:t>), йод вав (</w:t>
      </w:r>
      <w:r>
        <w:rPr>
          <w:rFonts w:ascii="Georgia" w:hAnsi="Georgia" w:cs="Times New Roman"/>
          <w:b/>
          <w:i w:val="0"/>
          <w:color w:val="000000"/>
          <w:sz w:val="24"/>
          <w:rtl/>
          <w:szCs w:val="32"/>
        </w:rPr>
        <w:t>יו״ד וי״ו</w:t>
      </w:r>
      <w:r>
        <w:rPr>
          <w:rFonts w:ascii="Georgia" w:hAnsi="Georgia"/>
          <w:b w:val="0"/>
          <w:i w:val="0"/>
          <w:color w:val="000000"/>
          <w:sz w:val="24"/>
        </w:rPr>
        <w:t>), йод вав далет (</w:t>
      </w:r>
      <w:r>
        <w:rPr>
          <w:rFonts w:ascii="Georgia" w:hAnsi="Georgia" w:cs="Times New Roman"/>
          <w:b/>
          <w:i w:val="0"/>
          <w:color w:val="000000"/>
          <w:sz w:val="24"/>
          <w:rtl/>
          <w:szCs w:val="32"/>
        </w:rPr>
        <w:t>יו״ד וי״ו דל״ת</w:t>
      </w:r>
      <w:r>
        <w:rPr>
          <w:rFonts w:ascii="Georgia" w:hAnsi="Georgia"/>
          <w:b w:val="0"/>
          <w:i w:val="0"/>
          <w:color w:val="000000"/>
          <w:sz w:val="24"/>
        </w:rPr>
        <w:t>), йод вав далет хэй (</w:t>
      </w:r>
      <w:r>
        <w:rPr>
          <w:rFonts w:ascii="Georgia" w:hAnsi="Georgia" w:cs="Times New Roman"/>
          <w:b/>
          <w:i w:val="0"/>
          <w:color w:val="000000"/>
          <w:sz w:val="24"/>
          <w:rtl/>
          <w:szCs w:val="32"/>
        </w:rPr>
        <w:t>יו״ד וי״ו דל״ת ה״י</w:t>
      </w:r>
      <w:r>
        <w:rPr>
          <w:rFonts w:ascii="Georgia" w:hAnsi="Georgia"/>
          <w:b w:val="0"/>
          <w:i w:val="0"/>
          <w:color w:val="000000"/>
          <w:sz w:val="24"/>
        </w:rPr>
        <w:t>), йод вав далет хэй йод (</w:t>
      </w:r>
      <w:r>
        <w:rPr>
          <w:rFonts w:ascii="Georgia" w:hAnsi="Georgia" w:cs="Times New Roman"/>
          <w:b/>
          <w:i w:val="0"/>
          <w:color w:val="000000"/>
          <w:sz w:val="24"/>
          <w:rtl/>
          <w:szCs w:val="32"/>
        </w:rPr>
        <w:t>יו״ד וי״ו דל״ת ה״י יו״ד</w:t>
      </w:r>
      <w:r>
        <w:rPr>
          <w:rFonts w:ascii="Georgia" w:hAnsi="Georgia"/>
          <w:b w:val="0"/>
          <w:i w:val="0"/>
          <w:color w:val="000000"/>
          <w:sz w:val="24"/>
        </w:rPr>
        <w:t>), йод вав далет хэй йод вав (</w:t>
      </w:r>
      <w:r>
        <w:rPr>
          <w:rFonts w:ascii="Georgia" w:hAnsi="Georgia" w:cs="Times New Roman"/>
          <w:b/>
          <w:i w:val="0"/>
          <w:color w:val="000000"/>
          <w:sz w:val="24"/>
          <w:rtl/>
          <w:szCs w:val="32"/>
        </w:rPr>
        <w:t>יו״ד וי״ו דל״ת ה״י יו״ד וי״ו</w:t>
      </w:r>
      <w:r>
        <w:rPr>
          <w:rFonts w:ascii="Georgia" w:hAnsi="Georgia"/>
          <w:b w:val="0"/>
          <w:i w:val="0"/>
          <w:color w:val="000000"/>
          <w:sz w:val="24"/>
        </w:rPr>
        <w:t>), йод вав далет хэй йод вав йод (</w:t>
      </w:r>
      <w:r>
        <w:rPr>
          <w:rFonts w:ascii="Georgia" w:hAnsi="Georgia" w:cs="Times New Roman"/>
          <w:b/>
          <w:i w:val="0"/>
          <w:color w:val="000000"/>
          <w:sz w:val="24"/>
          <w:rtl/>
          <w:szCs w:val="32"/>
        </w:rPr>
        <w:t>יו״ד וי״ו דל״ת ה״י יו״ד וי״ו יו״ד</w:t>
      </w:r>
      <w:r>
        <w:rPr>
          <w:rFonts w:ascii="Georgia" w:hAnsi="Georgia"/>
          <w:b w:val="0"/>
          <w:i w:val="0"/>
          <w:color w:val="000000"/>
          <w:sz w:val="24"/>
        </w:rPr>
        <w:t>), йод вав далет хэй йод вав йод вав (</w:t>
      </w:r>
      <w:r>
        <w:rPr>
          <w:rFonts w:ascii="Georgia" w:hAnsi="Georgia" w:cs="Times New Roman"/>
          <w:b/>
          <w:i w:val="0"/>
          <w:color w:val="000000"/>
          <w:sz w:val="24"/>
          <w:rtl/>
          <w:szCs w:val="32"/>
        </w:rPr>
        <w:t>יו״ד וי״ו דל״ת ה״י יו״ד וי״ו יו״ד וי״ו</w:t>
      </w:r>
      <w:r>
        <w:rPr>
          <w:rFonts w:ascii="Georgia" w:hAnsi="Georgia"/>
          <w:b w:val="0"/>
          <w:i w:val="0"/>
          <w:color w:val="000000"/>
          <w:sz w:val="24"/>
        </w:rPr>
        <w:t>), йод вав далет хэй йод вав йод вав хэй (</w:t>
      </w:r>
      <w:r>
        <w:rPr>
          <w:rFonts w:ascii="Georgia" w:hAnsi="Georgia" w:cs="Times New Roman"/>
          <w:b/>
          <w:i w:val="0"/>
          <w:color w:val="000000"/>
          <w:sz w:val="24"/>
          <w:rtl/>
          <w:szCs w:val="32"/>
        </w:rPr>
        <w:t>יו״ד וי״ו דל״ת ה״י יו״ד וי״ו יו״ד וי״ו ה״י</w:t>
      </w:r>
      <w:r>
        <w:rPr>
          <w:rFonts w:ascii="Georgia" w:hAnsi="Georgia"/>
          <w:b w:val="0"/>
          <w:i w:val="0"/>
          <w:color w:val="000000"/>
          <w:sz w:val="24"/>
        </w:rPr>
        <w:t>), йод вав далет хэй йод вав йод вав хэй йод (</w:t>
      </w:r>
      <w:r>
        <w:rPr>
          <w:rFonts w:ascii="Georgia" w:hAnsi="Georgia" w:cs="Times New Roman"/>
          <w:b/>
          <w:i w:val="0"/>
          <w:color w:val="000000"/>
          <w:sz w:val="24"/>
          <w:rtl/>
          <w:szCs w:val="32"/>
        </w:rPr>
        <w:t>יו״ד וי״ו דל״ת ה״י יו״ד וי״ו יו״ד וי״ו ה״י יו״ד</w:t>
      </w:r>
      <w:r>
        <w:rPr>
          <w:rFonts w:ascii="Georgia" w:hAnsi="Georgia"/>
          <w:b w:val="0"/>
          <w:i w:val="0"/>
          <w:color w:val="000000"/>
          <w:sz w:val="24"/>
        </w:rPr>
        <w:t>).</w:t>
      </w:r>
    </w:p>
    <w:p>
      <w:pPr>
        <w:spacing w:before="40" w:after="120"/>
        <w:jc w:val="both"/>
      </w:pPr>
      <w:r>
        <w:rPr>
          <w:rFonts w:ascii="Georgia" w:hAnsi="Georgia"/>
          <w:b w:val="0"/>
          <w:i w:val="0"/>
          <w:color w:val="000000"/>
          <w:sz w:val="24"/>
        </w:rPr>
        <w:t>11) Одиннадцатая ступень — число и счет 28 букв наполнения наполнения паним.</w:t>
      </w:r>
    </w:p>
    <w:p>
      <w:pPr>
        <w:spacing w:before="40" w:after="120"/>
        <w:jc w:val="both"/>
      </w:pPr>
      <w:r>
        <w:rPr>
          <w:rFonts w:ascii="Georgia" w:hAnsi="Georgia"/>
          <w:b w:val="0"/>
          <w:i w:val="0"/>
          <w:color w:val="000000"/>
          <w:sz w:val="24"/>
        </w:rPr>
        <w:t>12) Двенадцатая ступень — число и счет 156 букв ахораим наполнения наполнения. И так можно продолжать до тысячи тысяч ступеней без конца, подобным образом.</w:t>
      </w:r>
    </w:p>
    <w:p>
      <w:pPr>
        <w:spacing w:before="40" w:after="120"/>
        <w:jc w:val="both"/>
      </w:pPr>
      <w:r>
        <w:rPr>
          <w:rFonts w:ascii="Georgia" w:hAnsi="Georgia"/>
          <w:b w:val="0"/>
          <w:i w:val="0"/>
          <w:color w:val="000000"/>
          <w:sz w:val="24"/>
        </w:rPr>
        <w:t>2) Все изложенное нами относится к именам АВАЯ с наполнением АБ, и точно так же обстоит дело с именами АВАЯ с наполнением САГ, с именами АВАЯ с наполнением МА и с именами АВАЯ с наполнением БОН, а также со всеми именами и эпитетами, существующими в мирах. Каждая предшествующая ступень превосходит последующую, и свет ее больше, чем свет ступени, находящейся под ней. Поэтому, когда искры опустились, самые нижние из них, безусловно, остались в келим, как сказано выше.</w:t>
      </w:r>
    </w:p>
    <w:p>
      <w:pPr>
        <w:spacing w:before="40" w:after="120"/>
        <w:jc w:val="both"/>
      </w:pPr>
      <w:r>
        <w:rPr>
          <w:rFonts w:ascii="Georgia" w:hAnsi="Georgia"/>
          <w:b w:val="0"/>
          <w:i w:val="0"/>
          <w:color w:val="000000"/>
          <w:sz w:val="24"/>
        </w:rPr>
        <w:t>3) Знай, что не все эти ступени равны: имя АБ выше всех по достоинству, ступенью ниже него — имя САГ, под ним — имя МА, а под ним — имя БОН. И понятно, что от каждого из этих четырех имен АВАЯ опускаются искры, чтобы оживлять келим. Искры имен АВАЯ де-АБ опустились в келим де-АБ, искры де-САГ опустились в келим де-САГ и так далее. Дело в том, что искры одного имени АВАЯ не способны оживлять келим другого имени АВАЯ. Поэтому для оживления келим сошли искры не только от имени БОН, самого низкого из всех, но от каждого имени АВАЯ опустились искры, чтобы оживлять соответствующие ему келим. Однако то, что опустилось от имени АВАЯ де-АБ, было самыми низкими искрами из всех, что имелись в имени АБ; точно так же искры, сошедшие от имени САГ, были самыми низкими во всем имени САГ, [придя] оживлять свои келим, — и подобным образом в остальных келим.</w:t>
      </w:r>
    </w:p>
    <w:p>
      <w:pPr>
        <w:spacing w:before="40" w:after="120"/>
        <w:jc w:val="both"/>
      </w:pPr>
      <w:r>
        <w:rPr>
          <w:rFonts w:ascii="Georgia" w:hAnsi="Georgia"/>
          <w:b w:val="0"/>
          <w:i w:val="0"/>
          <w:color w:val="000000"/>
          <w:sz w:val="24"/>
        </w:rPr>
        <w:t>4) Следует также знать, что число искр, опустившихся от каждого из этих четырех имен АВАЯ, неодинаково. Ведь в имени АБ, высшем из всех, разбиение было не столь велико, как в САГ, и так далее в остальных. Несомненно, от имени БОН сошло больше искр, чем от всех остальных, от МА — меньше, чем от БОН, от САГ — меньше, чем от МА, а от АБ — меньше, чем от САГ.</w:t>
      </w:r>
    </w:p>
    <w:p>
      <w:pPr>
        <w:spacing w:before="40" w:after="120"/>
        <w:jc w:val="both"/>
      </w:pPr>
      <w:r>
        <w:rPr>
          <w:rFonts w:ascii="Georgia" w:hAnsi="Georgia"/>
          <w:b w:val="0"/>
          <w:i w:val="0"/>
          <w:color w:val="000000"/>
          <w:sz w:val="24"/>
        </w:rPr>
        <w:t>5) Прежде чем разобрать число [искр] в каждом из них, необходимо предварить это одним введением. Знай: когда десять точек (некудот) мира Некудим вышли из никвей эйнаим де-АК, как известно, они при своем выходе оставили след в мире Ацилут. А именно: из точки Кетер впоследствии, при исправлении мира Ацилут, образовался парцуф АА; из точек ХУБ образовались два парцуфа Аба ве-Има; из [точек] от Хеседа до Есода, составляющих шесть сфирот, образовался парцуф ЗА; а из десятой [точки] образовался парцуф Нуквы де-ЗА.</w:t>
      </w:r>
    </w:p>
    <w:p>
      <w:pPr>
        <w:spacing w:before="40" w:after="120"/>
        <w:jc w:val="both"/>
      </w:pPr>
      <w:r>
        <w:rPr>
          <w:rFonts w:ascii="Georgia" w:hAnsi="Georgia"/>
          <w:b w:val="0"/>
          <w:i w:val="0"/>
          <w:color w:val="000000"/>
          <w:sz w:val="24"/>
        </w:rPr>
        <w:t>6) Однако когда затем наступило время исправления, когда они облачились друг на друга, как подробно изложено выше, они расположились не на своих первоначальных местах, а иначе. Известно ведь, что АА распространяется до самого завершения мира Ацилут, и следовало бы ожидать, что Аба ве-Има расположатся вверху, на месте ХУБ де-АА, поскольку они и есть ХУБ. Но произошло иначе: они облачили Хесед и Гвуру де-АА. Подобным же образом следовало бы ожидать, что ЗА, суть которого — шесть концов (ВАК) от Хеседа до Есода, облачит шесть концов де-АА; однако и этого не произошло: он облачает [АА] лишь от середины Тиферет де-АА и ниже, как сказано выше. И только Нуква де-ЗА осталась на своем первоначальном месте: она облачает Малхут де-АА.</w:t>
      </w:r>
    </w:p>
    <w:p>
      <w:pPr>
        <w:spacing w:before="40" w:after="120"/>
        <w:jc w:val="both"/>
      </w:pPr>
      <w:r>
        <w:rPr>
          <w:rFonts w:ascii="Georgia" w:hAnsi="Georgia"/>
          <w:b w:val="0"/>
          <w:i w:val="0"/>
          <w:color w:val="000000"/>
          <w:sz w:val="24"/>
        </w:rPr>
        <w:t xml:space="preserve">7) Общий вывод из всего этого таков: имя АБ, чье место в Хохме, и имя САГ, чье место в Бине, опустились вниз и облачили лишь Хесед и Гвуру де-АА. Оказывается, что имя АБ находится в Хеседе (поэтому гематрия слова </w:t>
      </w:r>
      <w:r>
        <w:rPr>
          <w:rFonts w:ascii="Georgia" w:hAnsi="Georgia"/>
          <w:b w:val="0"/>
          <w:i/>
          <w:color w:val="000000"/>
          <w:sz w:val="24"/>
        </w:rPr>
        <w:t>хесед</w:t>
      </w:r>
      <w:r>
        <w:rPr>
          <w:rFonts w:ascii="Georgia" w:hAnsi="Georgia"/>
          <w:b w:val="0"/>
          <w:i w:val="0"/>
          <w:color w:val="000000"/>
          <w:sz w:val="24"/>
        </w:rPr>
        <w:t xml:space="preserve"> (</w:t>
      </w:r>
      <w:r>
        <w:rPr>
          <w:rFonts w:ascii="Georgia" w:hAnsi="Georgia" w:cs="Times New Roman"/>
          <w:b/>
          <w:i w:val="0"/>
          <w:color w:val="000000"/>
          <w:sz w:val="24"/>
          <w:rtl/>
          <w:szCs w:val="32"/>
        </w:rPr>
        <w:t>חֶסֶד</w:t>
      </w:r>
      <w:r>
        <w:rPr>
          <w:rFonts w:ascii="Georgia" w:hAnsi="Georgia"/>
          <w:b w:val="0"/>
          <w:i w:val="0"/>
          <w:color w:val="000000"/>
          <w:sz w:val="24"/>
        </w:rPr>
        <w:t xml:space="preserve"> = 72) равна 72, как число АБ), имя САГ — в Гвуре, а имя МА — лишь в нижней половине Тиферет и в НЕХИ, несмотря на то что оно включает в себя полные шесть концов. Вот как получается, что ЗА, представляющий собой шесть концов мира Ацилут (то есть имя МА), находится лишь ниже середины Тиферет де-АА. Итак, выяснилось, что все четыре имени АВАЯ — АБ, САГ, МА, БОН — находятся исключительно в семи нижних сфирот (ЗАТ) де-АА. Этим разъяснено упомянутое первое введение.</w:t>
      </w:r>
    </w:p>
    <w:p>
      <w:pPr>
        <w:spacing w:before="40" w:after="120"/>
        <w:jc w:val="both"/>
      </w:pPr>
      <w:r>
        <w:rPr>
          <w:rFonts w:ascii="Georgia" w:hAnsi="Georgia"/>
          <w:b w:val="0"/>
          <w:i w:val="0"/>
          <w:color w:val="000000"/>
          <w:sz w:val="24"/>
        </w:rPr>
        <w:t>8) Теперь разъясним их порядок. Света имени АВАЯ де-АБ, находящегося в Хеседе, которые поднялись вверх в Ацилут при разбиении келим, составляли первые шесть ступеней. Остальные же ступени, начиная с седьмой (а именно счет и число десяти букв наполнения, числовое значение которых — 72), и далее — все опустились в мир Брия вместе с келим в виде искр.</w:t>
      </w:r>
    </w:p>
    <w:p>
      <w:pPr>
        <w:spacing w:before="40" w:after="120"/>
        <w:jc w:val="both"/>
      </w:pPr>
      <w:r>
        <w:rPr>
          <w:rFonts w:ascii="Georgia" w:hAnsi="Georgia"/>
          <w:b w:val="0"/>
          <w:i w:val="0"/>
          <w:color w:val="000000"/>
          <w:sz w:val="24"/>
        </w:rPr>
        <w:t>9) И понятно, что все ступени, находящиеся ниже нее, включены в нее и не считаются отдельной вещью, а потому не входят в отдельный подсчет; принимается в расчет только эта ступень — число десяти букв наполнения, гематрия которых 72, а все остальные расположенные ниже искры включены в эти 72. Как уже неоднократно объяснялось выше, число 288 (РАПАХ) искр образуют четыре группы по 72, сошедшие от этих четырех имен АВАЯ, и вместе они составляют 288 искр. Таким образом, объяснены 72 искры, сошедшие из общего числа 288 искр, — они происходят от первого имени АВАЯ, то есть АБ.</w:t>
      </w:r>
    </w:p>
    <w:p>
      <w:pPr>
        <w:spacing w:before="40" w:after="120"/>
        <w:jc w:val="both"/>
      </w:pPr>
      <w:r>
        <w:rPr>
          <w:rFonts w:ascii="Georgia" w:hAnsi="Georgia"/>
          <w:b w:val="0"/>
          <w:i w:val="0"/>
          <w:color w:val="000000"/>
          <w:sz w:val="24"/>
        </w:rPr>
        <w:t>10) А из имени САГ, которое ниже имени АБ, в Ацилут поднялись света только первых четырех ступеней. Получается, что в мир Брия опустились две другие, более высокие ступени: десять букв наполнения САГ и их ахор — то есть пятая и шестая ступени. И если сосчитать пятую ступень — десять букв наполнения САГ как сами буквы, а также прибавить их числовое значение, равное 63, то от имени САГ сошли 73 (</w:t>
      </w:r>
      <w:r>
        <w:rPr>
          <w:rFonts w:ascii="Georgia" w:hAnsi="Georgia" w:cs="Times New Roman"/>
          <w:b/>
          <w:i w:val="0"/>
          <w:color w:val="000000"/>
          <w:sz w:val="24"/>
          <w:rtl/>
          <w:szCs w:val="32"/>
        </w:rPr>
        <w:t>ע״ג</w:t>
      </w:r>
      <w:r>
        <w:rPr>
          <w:rFonts w:ascii="Georgia" w:hAnsi="Georgia"/>
          <w:b w:val="0"/>
          <w:i w:val="0"/>
          <w:color w:val="000000"/>
          <w:sz w:val="24"/>
        </w:rPr>
        <w:t>) искры.</w:t>
      </w:r>
    </w:p>
    <w:p>
      <w:pPr>
        <w:spacing w:before="40" w:after="120"/>
        <w:jc w:val="both"/>
      </w:pPr>
      <w:r>
        <w:rPr>
          <w:rFonts w:ascii="Georgia" w:hAnsi="Georgia"/>
          <w:b w:val="0"/>
          <w:i w:val="0"/>
          <w:color w:val="000000"/>
          <w:sz w:val="24"/>
        </w:rPr>
        <w:t>11) От имени же МА, относящегося к Тиферет, опустились еще две более высокие ступени, поскольку оно ниже по достоинству, чем САГ. В Ацилут поднялись лишь первые две ступени, а все остальные опустились в Брию. Оказывается, что его искры составляют 71 (</w:t>
      </w:r>
      <w:r>
        <w:rPr>
          <w:rFonts w:ascii="Georgia" w:hAnsi="Georgia" w:cs="Times New Roman"/>
          <w:b/>
          <w:i w:val="0"/>
          <w:color w:val="000000"/>
          <w:sz w:val="24"/>
          <w:rtl/>
          <w:szCs w:val="32"/>
        </w:rPr>
        <w:t>ע״א</w:t>
      </w:r>
      <w:r>
        <w:rPr>
          <w:rFonts w:ascii="Georgia" w:hAnsi="Georgia"/>
          <w:b w:val="0"/>
          <w:i w:val="0"/>
          <w:color w:val="000000"/>
          <w:sz w:val="24"/>
        </w:rPr>
        <w:t>) искру: 26 и 45. То есть число четырех простых букв — это 26, а число десяти букв наполнения — 45; вместе 26 и 45 дают 71 искру. [В сумме с предыдущими] получается трижды по 72.</w:t>
      </w:r>
    </w:p>
    <w:p>
      <w:pPr>
        <w:spacing w:before="40" w:after="120"/>
        <w:jc w:val="both"/>
      </w:pPr>
      <w:r>
        <w:rPr>
          <w:rFonts w:ascii="Georgia" w:hAnsi="Georgia"/>
          <w:b w:val="0"/>
          <w:i w:val="0"/>
          <w:color w:val="000000"/>
          <w:sz w:val="24"/>
        </w:rPr>
        <w:t>12) А от имени БОН опустились все ступени, кроме самой высшей, первой. Поскольку это имя БОН — Малхут, самая нижняя из всех, разбиение в ней было глубже, чем во всех ступенях выше нее, и от нее поднялись лишь четыре простые буквы как сами буквы, а все остальное сошло в Брию. В этом смысл того, о чем мы говорим везде: Малхут осталась в Ацилут лишь в виде одной точки, а все остальное от нее убавилось и опустилось в Брию. Пойми же это: та точка — это исключительно первая из всех ступеней. Число же 72 искр, опустившихся от нее, — это счет и число десяти букв ахораим де-БОН (не лицевой стороны самого имени, являющейся первой ступенью, а обратной стороны), числовое значение которых равно 72.</w:t>
      </w:r>
    </w:p>
    <w:p>
      <w:pPr>
        <w:spacing w:before="40" w:after="120"/>
        <w:jc w:val="both"/>
      </w:pPr>
      <w:r>
        <w:rPr>
          <w:rFonts w:ascii="Georgia" w:hAnsi="Georgia"/>
          <w:b w:val="0"/>
          <w:i w:val="0"/>
          <w:color w:val="000000"/>
          <w:sz w:val="24"/>
        </w:rPr>
        <w:t>13) Вот четыре раза по 72, сошедшие от четырех имен АВАЯ, и общее их число — 288 (РАПАХ) искр. Однако между ними есть различие, так как по своим свойствам они неодинаковы. 72 искры, сошедшие от имени АБ с наполнением буквами йод, — это 72 от счета и числа десяти букв этого наполнения, то есть седьмая ступень. От имени САГ его 72 — это десять букв и 63, составляющие 73, то есть пятая и седьмая ступени. От имени МА его 72 — это 45 и 26, составляющие в сумме 71, то есть третья и седьмая ступени. А от самого имени БОН его 72 — это четвертая ступень.</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1) </w:t>
      </w:r>
      <w:r>
        <w:rPr>
          <w:rFonts w:ascii="Georgia" w:hAnsi="Georgia"/>
          <w:b/>
          <w:i w:val="0"/>
          <w:color w:val="000000"/>
          <w:sz w:val="24"/>
        </w:rPr>
        <w:t>«Основа и корень всего — это сами буквы АВАЯ в их собственном начертании»</w:t>
      </w:r>
      <w:r>
        <w:rPr>
          <w:rFonts w:ascii="Georgia" w:hAnsi="Georgia"/>
          <w:b w:val="0"/>
          <w:i w:val="0"/>
          <w:color w:val="000000"/>
          <w:sz w:val="24"/>
        </w:rPr>
        <w:t xml:space="preserve"> — то есть лишь четыре простые буквы четырехбуквенного Имени, без наполнений, указывающих на десять сфирот прямого и отраженного света от ударного соединения первого созерцания каждой ступени, называемых десятью сфирот головы (рош), где экран Малхут действует снизу вверх. И потому авиют десяти сфирот отраженного света, составляющая тайну наполнений, там не проявляется, поскольку авиют не может подняться и действовать выше своего источника, как сказано в «Паним Меирот» в конце предыдущей ветви. Поэтому те десять сфирот рассматриваются лишь в виде простых букв — четырех букв йод, хэй, вав, хэй. И об этом сказано, что они — основа и корень всего, то есть для всех ступеней АБ, САГ, МА и БОН, выходящих из него. Как объясняется в «Паним Масбирот» в ветви 10, в каждом парцуфе различается внутреннее имя АВАЯ, и от каждой буквы этого внутреннего имени АВАЯ распространяется целый парцуф, рош и гуф. Каждый такой парцуф представляет собой второе распространение тела высшего и потому облачает и наполняет света тела высшего от пэ (рта) и ниже — то есть во всем том пространстве, откуда ушли света высшего, что именуется уходом первого распространения.</w:t>
      </w:r>
    </w:p>
    <w:p>
      <w:pPr>
        <w:spacing w:before="40" w:after="120"/>
        <w:jc w:val="both"/>
      </w:pPr>
      <w:r>
        <w:rPr>
          <w:rFonts w:ascii="Georgia" w:hAnsi="Georgia"/>
          <w:b w:val="0"/>
          <w:i w:val="0"/>
          <w:color w:val="000000"/>
          <w:sz w:val="24"/>
        </w:rPr>
        <w:t>Однако в десяти сфирот головы уход света не происходит, как сказано там. И потому оказывается, что парцуф АБ, называемый Хохма, выходит из буквы йод внутреннего имени АВАЯ, представляющей собой десять сфирот внутреннего и окружающего светов, согласно словам Учителя в ветви 7. Вследствие этого парцуф АБ, являющийся его вторым распространением, наполняет и облачает [высшего] от пэ де-рош парцуфа Кетер и ниже, заполняя место ушедшего первого распространения. А парцуф САГ выходит из буквы хэй внутреннего имени АВАЯ и называется Бина — это второе распространение, приходящее после ухода светов тела парцуфа АБ. Поэтому его исток начинается и выходит из пэ де-рош парцуфа АБ, и он наполняет и облачает от пэ де-рош де-АБ и ниже, заполняя место ушедшего первого распространения гуф де-АБ. Парцуфы же МА и БОН выходят из букв вав и хэй внутреннего имени АВАЯ и называются ЗОН; это второе распространение, приходящее после ухода светов тела парцуфа САГ.</w:t>
      </w:r>
    </w:p>
    <w:p>
      <w:pPr>
        <w:spacing w:before="40" w:after="120"/>
        <w:jc w:val="both"/>
      </w:pPr>
      <w:r>
        <w:rPr>
          <w:rFonts w:ascii="Georgia" w:hAnsi="Georgia"/>
          <w:b w:val="0"/>
          <w:i w:val="0"/>
          <w:color w:val="000000"/>
          <w:sz w:val="24"/>
        </w:rPr>
        <w:t>Поэтому их исток начинается и выходит из пэ де-рош парцуфа САГ, наполняя и облачая [его] от пэ де-рош парцуфа САГ и ниже, так как [парцуф ЗОН] заполняет место первого распространения гуф де-САГ после того, как [свет оттуда] ушел. Таким образом, среди пяти парцуфим — Кетер, АБ, САГ, МА [где первые сфирот этой ступени называются парцуфом Кетер, и его исток начинается из пэ де-рош парцуфа Кетер, то есть с того места, где начинается очищение экрана по причине соударения] и БОН — оказывается, что каждый нижний облачает лишь тело высшего, а головы каждого из них остаются открытыми. Ведь головам совершенно не требуется никакое восполнение посредством второго распространения: в голове очищение экрана и уход света из-за соударения окружающего света с внутренним вообще не имеют места. И ты видишь, как все четыре парцуфа — АБ, САГ, МА и БОН — выходят из пэ де-рош парцуфа Кетер, именуемого внутренним именем АВАЯ, так что нижние парцуфим АБ, САГ, МА и БОН происходят из четырех его букв. И об этом сказано, что четыре простые буквы без их наполнений — это основа и корень всего. То есть, как мы сказали, первые десять сфирот, называемые Кетер, — это внутреннее имя АВАЯ, из четырех букв которого, от Малхут де-рош его и ниже, выходят все четыре нижних парцуфа; и оказывается, что четыре буквы внутреннего имени АВАЯ в их собственной форме — это корень всего, как сказано.</w:t>
      </w:r>
    </w:p>
    <w:p>
      <w:pPr>
        <w:spacing w:before="40" w:after="120"/>
        <w:jc w:val="both"/>
      </w:pPr>
      <w:r>
        <w:rPr>
          <w:rFonts w:ascii="Georgia" w:hAnsi="Georgia"/>
          <w:b/>
          <w:i w:val="0"/>
          <w:color w:val="000000"/>
          <w:sz w:val="24"/>
        </w:rPr>
        <w:t>«Вторая ступень — это их ахораим в плане их сути и формы…»</w:t>
      </w:r>
      <w:r>
        <w:rPr>
          <w:rFonts w:ascii="Georgia" w:hAnsi="Georgia"/>
          <w:b w:val="0"/>
          <w:i w:val="0"/>
          <w:color w:val="000000"/>
          <w:sz w:val="24"/>
        </w:rPr>
        <w:t xml:space="preserve"> — в «Паним Меирот» в предыдущей ветви уже объяснялась суть четырех светов:</w:t>
      </w:r>
    </w:p>
    <w:p>
      <w:pPr>
        <w:spacing w:before="40" w:after="120"/>
        <w:jc w:val="both"/>
      </w:pPr>
      <w:r>
        <w:rPr>
          <w:rFonts w:ascii="Georgia" w:hAnsi="Georgia"/>
          <w:b w:val="0"/>
          <w:i w:val="0"/>
          <w:color w:val="000000"/>
          <w:sz w:val="24"/>
        </w:rPr>
        <w:t>1) лицевой свет (ор паним), называемый таамим (вкусы); 2) свет обратной стороны (ор ахораим), называемый некудот (точки); 3) свет решимо, называемый тагин (коронки); 4) искры, падающие от отраженного света вследствие соударения с решимо и называемые отиет (буквы). Там же объяснялось, что разделение на эти четыре света происходит по причине очищения экрана, имеющего место во всех телах парцуфим (см. там). Вследствие этого в каждом теле следует различать первое распространение до того, как свет ушел, и оно считается первым светом, называемым лицевым светом или таамим: ведь его десять сфирот находятся на высоте уровня Кетер в точности как голова, и между ними нет никакого различия, кроме того, что десять сфирот головы выходят от первого ударного соединения (зивуг) на всю совокупность Малхут, а десять сфирот тела выходят от второго ударного соединения на Малхут де-Малхут, как сказано выше и в «Паним Масбирот» здесь, а также в словах Учителя выше, в ветви 5. И потому он называется лицевым светом: ведь «лица» его десяти сфирот обращены вниз — то есть они светят до самого окончания парцуфа, как написано в «Паним Меирот» в предыдущей ветви (см. там).</w:t>
      </w:r>
    </w:p>
    <w:p>
      <w:pPr>
        <w:spacing w:before="40" w:after="120"/>
        <w:jc w:val="both"/>
      </w:pPr>
      <w:r>
        <w:rPr>
          <w:rFonts w:ascii="Georgia" w:hAnsi="Georgia"/>
          <w:b w:val="0"/>
          <w:i w:val="0"/>
          <w:color w:val="000000"/>
          <w:sz w:val="24"/>
        </w:rPr>
        <w:t>Также в них следует различать свет обратной стороны (ор ахораим), называемый некудот: это те света, которые возникают в результате соударения окружающего света с внутренним и начинают убывать. Поэтому они рассматриваются как имя АВАЯ в форме квадрата, так как их обратная сторона обращена вниз. Пояснение: в тот момент, когда экран начинает очищаться из-за соударения внутреннего света [с окружающим], высота его уровня уменьшается. А ты уже знаешь, что уменьшение уровня проявляется не в высших келим парцуфа, а лишь в нижних келим. Таким образом, в той мере, в какой уменьшился уровень десяти сфирот парцуфа, в той же мере нижнее кли опустошается от света, и поэтому считается, что в этой мере свет повернулся своей обратной стороной вниз. И потому считается здесь, что четыре буквы имени АВАЯ, являющиеся тайной КАХАБ и ЗОН, предстают в форме квадрата так: йод (</w:t>
      </w:r>
      <w:r>
        <w:rPr>
          <w:rFonts w:ascii="Georgia" w:hAnsi="Georgia" w:cs="Times New Roman"/>
          <w:b/>
          <w:i w:val="0"/>
          <w:color w:val="000000"/>
          <w:sz w:val="24"/>
          <w:rtl/>
          <w:szCs w:val="32"/>
        </w:rPr>
        <w:t>י</w:t>
      </w:r>
      <w:r>
        <w:rPr>
          <w:rFonts w:ascii="Georgia" w:hAnsi="Georgia"/>
          <w:b w:val="0"/>
          <w:i w:val="0"/>
          <w:color w:val="000000"/>
          <w:sz w:val="24"/>
        </w:rPr>
        <w:t>), йод-хэй (</w:t>
      </w:r>
      <w:r>
        <w:rPr>
          <w:rFonts w:ascii="Georgia" w:hAnsi="Georgia" w:cs="Times New Roman"/>
          <w:b/>
          <w:i w:val="0"/>
          <w:color w:val="000000"/>
          <w:sz w:val="24"/>
          <w:rtl/>
          <w:szCs w:val="32"/>
        </w:rPr>
        <w:t>יה</w:t>
      </w:r>
      <w:r>
        <w:rPr>
          <w:rFonts w:ascii="Georgia" w:hAnsi="Georgia"/>
          <w:b w:val="0"/>
          <w:i w:val="0"/>
          <w:color w:val="000000"/>
          <w:sz w:val="24"/>
        </w:rPr>
        <w:t>), йод-хэй-вав (</w:t>
      </w:r>
      <w:r>
        <w:rPr>
          <w:rFonts w:ascii="Georgia" w:hAnsi="Georgia" w:cs="Times New Roman"/>
          <w:b/>
          <w:i w:val="0"/>
          <w:color w:val="000000"/>
          <w:sz w:val="24"/>
          <w:rtl/>
          <w:szCs w:val="32"/>
        </w:rPr>
        <w:t>יהו</w:t>
      </w:r>
      <w:r>
        <w:rPr>
          <w:rFonts w:ascii="Georgia" w:hAnsi="Georgia"/>
          <w:b w:val="0"/>
          <w:i w:val="0"/>
          <w:color w:val="000000"/>
          <w:sz w:val="24"/>
        </w:rPr>
        <w:t>), йод-хэй-вав-хэй (</w:t>
      </w:r>
      <w:r>
        <w:rPr>
          <w:rFonts w:ascii="Georgia" w:hAnsi="Georgia" w:cs="Times New Roman"/>
          <w:b/>
          <w:i w:val="0"/>
          <w:color w:val="000000"/>
          <w:sz w:val="24"/>
          <w:rtl/>
          <w:szCs w:val="32"/>
        </w:rPr>
        <w:t>יהוה</w:t>
      </w:r>
      <w:r>
        <w:rPr>
          <w:rFonts w:ascii="Georgia" w:hAnsi="Georgia"/>
          <w:b w:val="0"/>
          <w:i w:val="0"/>
          <w:color w:val="000000"/>
          <w:sz w:val="24"/>
        </w:rPr>
        <w:t>). Вначале, когда [парцуф] находился на уровне Кетер, там присутствовали все четыре буквы имени АВАЯ, как положено.</w:t>
      </w:r>
    </w:p>
    <w:p>
      <w:pPr>
        <w:spacing w:before="40" w:after="120"/>
        <w:jc w:val="both"/>
      </w:pPr>
      <w:r>
        <w:rPr>
          <w:rFonts w:ascii="Georgia" w:hAnsi="Georgia"/>
          <w:b w:val="0"/>
          <w:i w:val="0"/>
          <w:color w:val="000000"/>
          <w:sz w:val="24"/>
        </w:rPr>
        <w:t>Затем, когда экран очистился до третьей стадии (бхина гимель) и десять сфирот выходят лишь на уровне Хохма, а Кетер отсутствует, нижнее кли оказывается опустошенным от света — то есть нижняя хэй имени АВАЯ. Поэтому данный уровень выражается лишь тремя буквами: йод-хэй-вав (</w:t>
      </w:r>
      <w:r>
        <w:rPr>
          <w:rFonts w:ascii="Georgia" w:hAnsi="Georgia" w:cs="Times New Roman"/>
          <w:b/>
          <w:i w:val="0"/>
          <w:color w:val="000000"/>
          <w:sz w:val="24"/>
          <w:rtl/>
          <w:szCs w:val="32"/>
        </w:rPr>
        <w:t>יהו</w:t>
      </w:r>
      <w:r>
        <w:rPr>
          <w:rFonts w:ascii="Georgia" w:hAnsi="Georgia"/>
          <w:b w:val="0"/>
          <w:i w:val="0"/>
          <w:color w:val="000000"/>
          <w:sz w:val="24"/>
        </w:rPr>
        <w:t>), без нижней хэй, поскольку свет букв йод-хэй-вав не светит в нее; и считается, что этот уровень йод-хэй-вав поворачивается своей обратной стороной к кли Малхут, называемому нижней хэй. Затем, когда экран очистился до второй стадии (бхина бэт) и уровень уменьшился до уровня Бина, а Хохма отсутствует, опустошается также и кли ЗА. Поэтому данный уровень выражается лишь двумя буквами: йод-хэй (</w:t>
      </w:r>
      <w:r>
        <w:rPr>
          <w:rFonts w:ascii="Georgia" w:hAnsi="Georgia" w:cs="Times New Roman"/>
          <w:b/>
          <w:i w:val="0"/>
          <w:color w:val="000000"/>
          <w:sz w:val="24"/>
          <w:rtl/>
          <w:szCs w:val="32"/>
        </w:rPr>
        <w:t>יה</w:t>
      </w:r>
      <w:r>
        <w:rPr>
          <w:rFonts w:ascii="Georgia" w:hAnsi="Georgia"/>
          <w:b w:val="0"/>
          <w:i w:val="0"/>
          <w:color w:val="000000"/>
          <w:sz w:val="24"/>
        </w:rPr>
        <w:t>), поскольку келим букв вав и хэй опустошились от света; и считается, что этот уровень йод-хэй поворачивается своей обратной стороной также и к ЗА, обозначаемому буквой вав.</w:t>
      </w:r>
    </w:p>
    <w:p>
      <w:pPr>
        <w:spacing w:before="40" w:after="120"/>
        <w:jc w:val="both"/>
      </w:pPr>
      <w:r>
        <w:rPr>
          <w:rFonts w:ascii="Georgia" w:hAnsi="Georgia"/>
          <w:b w:val="0"/>
          <w:i w:val="0"/>
          <w:color w:val="000000"/>
          <w:sz w:val="24"/>
        </w:rPr>
        <w:t>Затем, когда экран очистился до первой стадии (бхина алеф) и уровень уменьшился до уровня ЗА, а Бина также покинула парцуф, опустошается кли Бины, называемое верхней хэй. Тогда этот уровень выражается лишь одной буквой имени АВАЯ — буквой йод, поскольку поворачивается обратной стороной также и к первой хэй, называемой Биной. А затем, когда экран очистился до корневой стадии (бхина шореш), там уже больше не происходит никакого соударения, и потому считается, что весь свет ушел из тела. Итак, предельно ясно объяснена суть света ахораим, выражаемого именем АВАЯ в форме квадрата. И помни это на протяжении всего дальнейшего изложения темы 288 искр (РАПАХ).</w:t>
      </w:r>
    </w:p>
    <w:p>
      <w:pPr>
        <w:spacing w:before="40" w:after="120"/>
        <w:jc w:val="both"/>
      </w:pPr>
      <w:r>
        <w:rPr>
          <w:rFonts w:ascii="Georgia" w:hAnsi="Georgia"/>
          <w:b/>
          <w:i w:val="0"/>
          <w:color w:val="000000"/>
          <w:sz w:val="24"/>
        </w:rPr>
        <w:t>«Третья ступень — счет и число четырех букв, называемое паним…»</w:t>
      </w:r>
      <w:r>
        <w:rPr>
          <w:rFonts w:ascii="Georgia" w:hAnsi="Georgia"/>
          <w:b w:val="0"/>
          <w:i w:val="0"/>
          <w:color w:val="000000"/>
          <w:sz w:val="24"/>
        </w:rPr>
        <w:t xml:space="preserve"> — известно, что всякое совершенство и всякий изъян зависят от счета и числа и заложены в них. Ведь в том, что скрыто от глаз, предмет может обрести любые совершенства, но владельцу от этого нет никакой пользы, поскольку он никогда не сможет их ощутить; и напротив, если с этим предметом случатся всевозможные изъяны, он нисколько не опечалится, потому что не чувствует их. Выходит, что всякое совершенство и всякий изъян зависят лишь от числа и счета и проявляются только в них. И исправления, и восполнения нехваток также зависят от счета и числа, ведь ощущение нехватки обязательно предшествует наполнению, как сказано: </w:t>
      </w:r>
      <w:r>
        <w:rPr>
          <w:rFonts w:ascii="Georgia" w:hAnsi="Georgia"/>
          <w:b w:val="0"/>
          <w:i/>
          <w:color w:val="000000"/>
          <w:sz w:val="24"/>
        </w:rPr>
        <w:t>«Выводящий воинство их по счету, всех их называет по имени… ни один не потерян»</w:t>
      </w:r>
      <w:r>
        <w:rPr>
          <w:rFonts w:ascii="Georgia" w:hAnsi="Georgia"/>
          <w:b w:val="0"/>
          <w:i w:val="0"/>
          <w:color w:val="000000"/>
          <w:sz w:val="24"/>
        </w:rPr>
        <w:t xml:space="preserve"> (Йешаяу 40:26). На основании сказанного ты научишься различать во всем два аспекта: 1) суть и сущность, то есть совокупность постигаемого объекта; 2) постижение этого объекта, определяемое понятиями счета и числа.</w:t>
      </w:r>
    </w:p>
    <w:p>
      <w:pPr>
        <w:spacing w:before="40" w:after="120"/>
        <w:jc w:val="both"/>
      </w:pPr>
      <w:r>
        <w:rPr>
          <w:rFonts w:ascii="Georgia" w:hAnsi="Georgia"/>
          <w:b w:val="0"/>
          <w:i w:val="0"/>
          <w:color w:val="000000"/>
          <w:sz w:val="24"/>
        </w:rPr>
        <w:t>Таким образом, все, в чем отсутствует свойство числа и счета, относится к категории постигаемой сущности без самого постижения; помни это на протяжении всего дальнейшего рассмотрения. Это и есть свойство экрана в кли Малхут или в атерет Есод, обозначаемое как счет и число. Ведь ты уже знаешь, что порядок раскрытия всякой ступени происходит благодаря распространению света Эйн Соф, благословен Он, по четырем известным стадиям, называемым десятью сфирот прямого света, вплоть до экрана в кли Малхут; на этом экране происходит соударение, и десять сфирот отраженного света поднимаются от экрана снизу вверх и облачают десять сфирот прямого света, и тогда благодаря второму созерцанию ступень завершается. Сущность ступени — это, безусловно, два упомянутых света: десять сфирот, исходящих от Эйн Соф, благословен Он, и десять сфирот отраженного света, поднимающихся снизу вверх; однако число и счет этой ступени сосредоточены в самом экране.</w:t>
      </w:r>
    </w:p>
    <w:p>
      <w:pPr>
        <w:spacing w:before="40" w:after="120"/>
        <w:jc w:val="both"/>
      </w:pPr>
      <w:r>
        <w:rPr>
          <w:rFonts w:ascii="Georgia" w:hAnsi="Georgia"/>
          <w:b w:val="0"/>
          <w:i w:val="0"/>
          <w:color w:val="000000"/>
          <w:sz w:val="24"/>
        </w:rPr>
        <w:t xml:space="preserve">Смысл этого, как объяснялось в предыдущей ветви, заключается в том, что высший свет безграничен, и все зависит лишь от кли получения нижнего, суть которого — мера авиюта в его экране. Если экран совершенен, то есть обладает четвертой стадией, он облачает [свет] вплоть до стадии Кетер прямого света; а если в нем есть лишь третья стадия, он обретает уровень только до Хохмы и так далее, как подробно описано выше. Оказывается, что всякая мера высшего света, облачающегося в нижнего, зависит от величины отраженного света, а величина отраженного света зависит от авиюта экрана. И ты видишь, что всякая мера и счет высшего света зависят только от экрана в кли Малхут и проявляются исключительно в нем. И об этом сказано: </w:t>
      </w:r>
      <w:r>
        <w:rPr>
          <w:rFonts w:ascii="Georgia" w:hAnsi="Georgia"/>
          <w:b/>
          <w:i w:val="0"/>
          <w:color w:val="000000"/>
          <w:sz w:val="24"/>
        </w:rPr>
        <w:t>«Третья ступень — счет и число четырех букв, называемое паним»</w:t>
      </w:r>
      <w:r>
        <w:rPr>
          <w:rFonts w:ascii="Georgia" w:hAnsi="Georgia"/>
          <w:b w:val="0"/>
          <w:i w:val="0"/>
          <w:color w:val="000000"/>
          <w:sz w:val="24"/>
        </w:rPr>
        <w:t xml:space="preserve">. То есть, как сказано выше, совокупность ступени и парцуфа обозначена четырьмя буквами имени АВАЯ, являющимися основой всей сущности парцуфа, — то есть КАХАБ и ЗОН прямого света, облаченными в КАХАБ и ЗОН отраженного света. Нуква же в тайне исправления находящегося в ней экрана обозначена счетом и числом этих четырех букв, поскольку все меры и градации, имеющиеся в сущности парцуфа, проявляются лишь в Малхут в тайне ее экрана; поэтому она и называется счетом, и помни это на протяжении всего дальнейшего. В предыдущей ветви объяснялось различие между парцуфим мира АК, где экран был исправлен лишь в кли Малхут, и парцуфим мира Исправления, где экран был исправлен в кли Есод в тайне «точки под Есодом». Исходя из этого, ты поймешь различие между счетом и числом: «счетом» это называется со стороны своего корня в кли Малхут, тогда как «числом» называется лишь после того, как экран исправился в кли Есод в тайне нового имени МА, именуемого «Адар и Меэйтавэль». </w:t>
      </w:r>
      <w:r>
        <w:rPr>
          <w:rFonts w:ascii="Georgia" w:hAnsi="Georgia"/>
          <w:b/>
          <w:i w:val="0"/>
          <w:color w:val="000000"/>
          <w:sz w:val="24"/>
        </w:rPr>
        <w:t>«Четвертая ступень — счет и число десяти букв, называемых ахораим…»</w:t>
      </w:r>
      <w:r>
        <w:rPr>
          <w:rFonts w:ascii="Georgia" w:hAnsi="Georgia"/>
          <w:b w:val="0"/>
          <w:i w:val="0"/>
          <w:color w:val="000000"/>
          <w:sz w:val="24"/>
        </w:rPr>
        <w:t xml:space="preserve"> — ты уже умеешь отличать лицевой свет от света обратной стороны: когда экран совершенен в четвертой стадии до того, как начал очищаться, и поднимает отраженный свет до Кетера, свет называется лицевым и обозначается четырьмя буквами: йод, хэй, вав, хэй.</w:t>
      </w:r>
    </w:p>
    <w:p>
      <w:pPr>
        <w:spacing w:before="40" w:after="120"/>
        <w:jc w:val="both"/>
      </w:pPr>
      <w:r>
        <w:rPr>
          <w:rFonts w:ascii="Georgia" w:hAnsi="Georgia"/>
          <w:b w:val="0"/>
          <w:i w:val="0"/>
          <w:color w:val="000000"/>
          <w:sz w:val="24"/>
        </w:rPr>
        <w:t>Однако с того момента, как экран начинает очищаться, считается, что его обратная сторона обращена вниз, и свет называется светом ахораим; и там различаются четыре аспекта ахораим в четырех сочетаниях: йод (</w:t>
      </w:r>
      <w:r>
        <w:rPr>
          <w:rFonts w:ascii="Georgia" w:hAnsi="Georgia" w:cs="Times New Roman"/>
          <w:b/>
          <w:i w:val="0"/>
          <w:color w:val="000000"/>
          <w:sz w:val="24"/>
          <w:rtl/>
          <w:szCs w:val="32"/>
        </w:rPr>
        <w:t>י</w:t>
      </w:r>
      <w:r>
        <w:rPr>
          <w:rFonts w:ascii="Georgia" w:hAnsi="Georgia"/>
          <w:b w:val="0"/>
          <w:i w:val="0"/>
          <w:color w:val="000000"/>
          <w:sz w:val="24"/>
        </w:rPr>
        <w:t>), йод-хэй (</w:t>
      </w:r>
      <w:r>
        <w:rPr>
          <w:rFonts w:ascii="Georgia" w:hAnsi="Georgia" w:cs="Times New Roman"/>
          <w:b/>
          <w:i w:val="0"/>
          <w:color w:val="000000"/>
          <w:sz w:val="24"/>
          <w:rtl/>
          <w:szCs w:val="32"/>
        </w:rPr>
        <w:t>יה</w:t>
      </w:r>
      <w:r>
        <w:rPr>
          <w:rFonts w:ascii="Georgia" w:hAnsi="Georgia"/>
          <w:b w:val="0"/>
          <w:i w:val="0"/>
          <w:color w:val="000000"/>
          <w:sz w:val="24"/>
        </w:rPr>
        <w:t>), йод-хэй-вав (</w:t>
      </w:r>
      <w:r>
        <w:rPr>
          <w:rFonts w:ascii="Georgia" w:hAnsi="Georgia" w:cs="Times New Roman"/>
          <w:b/>
          <w:i w:val="0"/>
          <w:color w:val="000000"/>
          <w:sz w:val="24"/>
          <w:rtl/>
          <w:szCs w:val="32"/>
        </w:rPr>
        <w:t>יהו</w:t>
      </w:r>
      <w:r>
        <w:rPr>
          <w:rFonts w:ascii="Georgia" w:hAnsi="Georgia"/>
          <w:b w:val="0"/>
          <w:i w:val="0"/>
          <w:color w:val="000000"/>
          <w:sz w:val="24"/>
        </w:rPr>
        <w:t>), йод-хэй-вав-хэй (</w:t>
      </w:r>
      <w:r>
        <w:rPr>
          <w:rFonts w:ascii="Georgia" w:hAnsi="Georgia" w:cs="Times New Roman"/>
          <w:b/>
          <w:i w:val="0"/>
          <w:color w:val="000000"/>
          <w:sz w:val="24"/>
          <w:rtl/>
          <w:szCs w:val="32"/>
        </w:rPr>
        <w:t>יהוה</w:t>
      </w:r>
      <w:r>
        <w:rPr>
          <w:rFonts w:ascii="Georgia" w:hAnsi="Georgia"/>
          <w:b w:val="0"/>
          <w:i w:val="0"/>
          <w:color w:val="000000"/>
          <w:sz w:val="24"/>
        </w:rPr>
        <w:t>), как подробно описано выше. И ты уже знаешь, что все меры возникают благодаря экрану и проявляются только в экране. Поэтому сама сущность прямого и отраженного светов в четырех упомянутых уровнях обозначена теми десятью буквами имени АВАЯ в форме квадрата, тогда как счет десяти букв этого квадрата выражен исключительно в Малхут, как объяснялось выше относительно Малхут лицевой стороны (см. там).</w:t>
      </w:r>
    </w:p>
    <w:p>
      <w:pPr>
        <w:spacing w:before="40" w:after="120"/>
        <w:jc w:val="both"/>
      </w:pPr>
      <w:r>
        <w:rPr>
          <w:rFonts w:ascii="Georgia" w:hAnsi="Georgia"/>
          <w:b/>
          <w:i w:val="0"/>
          <w:color w:val="000000"/>
          <w:sz w:val="24"/>
        </w:rPr>
        <w:t>«Пятая ступень — наполнение Имени, называемое паним…»</w:t>
      </w:r>
      <w:r>
        <w:rPr>
          <w:rFonts w:ascii="Georgia" w:hAnsi="Georgia"/>
          <w:b w:val="0"/>
          <w:i w:val="0"/>
          <w:color w:val="000000"/>
          <w:sz w:val="24"/>
        </w:rPr>
        <w:t xml:space="preserve"> — Выше, в начале ветви, уже объяснялось, что всякий нижний [парцуф] является наполнением высшего парцуфа, будучи тайной второго распространения, заполняющего место ушедшего первого распространения (см. там). Ведь АБ, представляющий собой Хохму, заполняет место нехватки в теле парцуфа Кетер; САГ, представляющий собой Бину, заполняет место нехватки в теле парцуфа Хохма; а МА и БОН, представляющие собой ЗОН, заполняют место нехватки в теле парцуфа Бина, как подробно описано выше. Поэтому четыре простые буквы без наполнения — это тайна корня, то есть парцуф Кетер, рош и гуф. Парцуф же Хохма считается его наполнением, поскольку он заполняет пустоту от ухода первого распространения его тела, как сказано выше. А парцуф Бина считается наполнением наполнения парцуфа Кетер: ведь парцуф Бина восполняет тело Хохмы, тогда как само тело Хохмы — лишь наполнение тела Кетера; таким образом, парцуф Бина оказывается наполнением наполнения, и пойми это как следует.</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это 10 букв: йод, хэй, вав, хэй, в их собственном начертании»</w:t>
      </w:r>
      <w:r>
        <w:rPr>
          <w:rFonts w:ascii="Georgia" w:hAnsi="Georgia"/>
          <w:b w:val="0"/>
          <w:i w:val="0"/>
          <w:color w:val="000000"/>
          <w:sz w:val="24"/>
        </w:rPr>
        <w:t>, — ведь тело Кетера обозначено четырьмя простыми буквами имени АВАЯ, а парцуф Хохма, являющийся его наполнением, обозначен десятью буквами имени АВАЯ с наполнением. И уже объяснялось, что в теле каждой ступени происходит очищение экрана и уход света, вследствие чего и в теле парцуфа Хохма следует различать те же четыре ступени, что были разобраны в парцуфе Кетер: паним и ахор букв в их собственном начертании, а также паним и ахор счета этих букв — точно так же, как разъяснялось там (см. там), и не будем повторяться.</w:t>
      </w:r>
    </w:p>
    <w:p>
      <w:pPr>
        <w:spacing w:before="40" w:after="120"/>
        <w:jc w:val="both"/>
      </w:pPr>
      <w:r>
        <w:rPr>
          <w:rFonts w:ascii="Georgia" w:hAnsi="Georgia"/>
          <w:b/>
          <w:i w:val="0"/>
          <w:color w:val="000000"/>
          <w:sz w:val="24"/>
        </w:rPr>
        <w:t>«Шестая ступень… и всего это 26 букв…»</w:t>
      </w:r>
      <w:r>
        <w:rPr>
          <w:rFonts w:ascii="Georgia" w:hAnsi="Georgia"/>
          <w:b w:val="0"/>
          <w:i w:val="0"/>
          <w:color w:val="000000"/>
          <w:sz w:val="24"/>
        </w:rPr>
        <w:t xml:space="preserve"> — в свете ахораим различаются четыре уровня: Хохма, Бина, Тиферет и Малхут, один под другим. Поэтому он представляет собой квадрат лицевой стороны: ведь на лицевой стороне присутствует лишь один уровень с наполнением из десяти букв, и «лица» его десяти сфирот обращены вниз до самого окончания всего парцуфа, тогда как в ахораим различаются четыре уровня в их наполнениях, в каждом из которых десять сфирот с их обратной стороной, обращенной вниз, что составляет 26 букв.</w:t>
      </w:r>
    </w:p>
    <w:p>
      <w:pPr>
        <w:spacing w:before="40" w:after="120"/>
        <w:jc w:val="both"/>
      </w:pPr>
      <w:r>
        <w:rPr>
          <w:rFonts w:ascii="Georgia" w:hAnsi="Georgia"/>
          <w:b/>
          <w:i w:val="0"/>
          <w:color w:val="000000"/>
          <w:sz w:val="24"/>
        </w:rPr>
        <w:t>«Седьмая ступень… восьмая ступень…»</w:t>
      </w:r>
      <w:r>
        <w:rPr>
          <w:rFonts w:ascii="Georgia" w:hAnsi="Georgia"/>
          <w:b w:val="0"/>
          <w:i w:val="0"/>
          <w:color w:val="000000"/>
          <w:sz w:val="24"/>
        </w:rPr>
        <w:t xml:space="preserve"> — выше уже объяснялось, что это аспекты экранов в кли Малхут: один — на единственном уровне лицевого света, называемом седьмой ступенью, а другой — на четырех уровнях света ахораим, называемом восьмой ступенью. Они не считаются сутью и сущностью ступени, однако именно в них выясняется и раскрывается во всем величии все то, что есть на этой ступени (см. там).</w:t>
      </w:r>
    </w:p>
    <w:p>
      <w:pPr>
        <w:spacing w:before="40" w:after="120"/>
        <w:jc w:val="both"/>
      </w:pPr>
      <w:r>
        <w:rPr>
          <w:rFonts w:ascii="Georgia" w:hAnsi="Georgia"/>
          <w:b/>
          <w:i w:val="0"/>
          <w:color w:val="000000"/>
          <w:sz w:val="24"/>
        </w:rPr>
        <w:t>«Девятая ступень — 28 букв наполнения наполнения…»</w:t>
      </w:r>
      <w:r>
        <w:rPr>
          <w:rFonts w:ascii="Georgia" w:hAnsi="Georgia"/>
          <w:b w:val="0"/>
          <w:i w:val="0"/>
          <w:color w:val="000000"/>
          <w:sz w:val="24"/>
        </w:rPr>
        <w:t xml:space="preserve"> — как сказано выше, это парцуф Бина, заполняющий место ухода [света] гуф де-АБ, который сам является лишь наполнением тела Кетера; поэтому парцуф Бина всегда рассматривается как наполнение наполнения по отношению к Кетеру. Вследствие этого каждая буква из десяти букв имени АВАЯ парцуфа Хохма вновь наполняется сама по себе, указывая на то, что все проявления имени АВАЯ де-Бина призваны восполнить и заполнить место нехватки в Хохме. И в Бине точно так же различаются те четыре ступени, которые объяснялись в парцуфе Кетер и парцуфе Хохма: паним и ахор самих букв, а также паним и ахор их счета, как сказано выше. Это и есть четыре ступени Бины: девятая, десятая, одиннадцатая и двенадцатая ступени, где девятая и десятая — это паним и ахор букв, а одиннадцатая и двенадцатая — паним и ахор их счета.</w:t>
      </w:r>
    </w:p>
    <w:p>
      <w:pPr>
        <w:spacing w:before="40" w:after="120"/>
        <w:jc w:val="both"/>
      </w:pPr>
      <w:r>
        <w:rPr>
          <w:rFonts w:ascii="Georgia" w:hAnsi="Georgia"/>
          <w:b w:val="0"/>
          <w:i w:val="0"/>
          <w:color w:val="000000"/>
          <w:sz w:val="24"/>
        </w:rPr>
        <w:t xml:space="preserve">4) </w:t>
      </w:r>
      <w:r>
        <w:rPr>
          <w:rFonts w:ascii="Georgia" w:hAnsi="Georgia"/>
          <w:b/>
          <w:i w:val="0"/>
          <w:color w:val="000000"/>
          <w:sz w:val="24"/>
        </w:rPr>
        <w:t>«Ведь в имени АБ, высшем из всех, разбиение было не столь велико, как в САГ…»</w:t>
      </w:r>
      <w:r>
        <w:rPr>
          <w:rFonts w:ascii="Georgia" w:hAnsi="Georgia"/>
          <w:b w:val="0"/>
          <w:i w:val="0"/>
          <w:color w:val="000000"/>
          <w:sz w:val="24"/>
        </w:rPr>
        <w:t xml:space="preserve"> — отмена и разбиение в высшем, безусловно, затрагивают и нижнего, однако отмена и разбиение в нижнем нисколько не касаются высшего. По этой причине чем ниже ступень, тем сильнее ее разбиение, как с Б-жьей помощью будет сказано далее.</w:t>
      </w:r>
    </w:p>
    <w:p>
      <w:pPr>
        <w:spacing w:before="40" w:after="120"/>
        <w:jc w:val="both"/>
      </w:pPr>
      <w:r>
        <w:rPr>
          <w:rFonts w:ascii="Georgia" w:hAnsi="Georgia"/>
          <w:b w:val="0"/>
          <w:i w:val="0"/>
          <w:color w:val="000000"/>
          <w:sz w:val="24"/>
        </w:rPr>
        <w:t xml:space="preserve">5) </w:t>
      </w:r>
      <w:r>
        <w:rPr>
          <w:rFonts w:ascii="Georgia" w:hAnsi="Georgia"/>
          <w:b/>
          <w:i w:val="0"/>
          <w:color w:val="000000"/>
          <w:sz w:val="24"/>
        </w:rPr>
        <w:t>«Они при своем выходе оставили след в мире Ацилут…»</w:t>
      </w:r>
      <w:r>
        <w:rPr>
          <w:rFonts w:ascii="Georgia" w:hAnsi="Georgia"/>
          <w:b w:val="0"/>
          <w:i w:val="0"/>
          <w:color w:val="000000"/>
          <w:sz w:val="24"/>
        </w:rPr>
        <w:t xml:space="preserve"> — пояснение: подобно строителю, который сначала делает чертежи (разметку), как строить, а затем последовательно возводит здание, пока не завершит постройку в полном соответствии со всеми теми чертежами, которые наметил вначале, — так же рассматриваются десять сфирот мира Некудим по отношению к миру Ацилут. Хотя ахораим КАХАБ аннулировались, а все семь нижних сфирот (ЗАТ) разбились, тем не менее их записи (решимот) остаются сохранными для мира Ацилут. Это означает, что пять парцуфим мира Ацилут при окончательном исправлении должны возрасти до той же высоты уровня, на которой находились десять сфирот мира Некудим во время своего состояния гадлут при свечении Есод де-АК, как объяснялось в предыдущей ветви. И об этом сказано: «Они при своем выходе оставили след в мире Ацилут». Как уже было сказано, пять парцуфим мира Ацилут последовательно строятся сообразно десяти сфирот мира Некудим: Арих Анпин и Аба ве-Има происходят из трех первых сфирот (ГАР) мира Некудим и потому в будущем обретут их уровень, а Зеир Анпин и его Нуква в Ацилут строятся и происходят из семи нижних сфирот мира Некудим и потому должны вернуться к своему прежнему состоянию и обрести их уровень.</w:t>
      </w:r>
    </w:p>
    <w:p>
      <w:pPr>
        <w:spacing w:before="40" w:after="120"/>
        <w:jc w:val="both"/>
      </w:pPr>
      <w:r>
        <w:rPr>
          <w:rFonts w:ascii="Georgia" w:hAnsi="Georgia"/>
          <w:b w:val="0"/>
          <w:i w:val="0"/>
          <w:color w:val="000000"/>
          <w:sz w:val="24"/>
        </w:rPr>
        <w:t xml:space="preserve">6) </w:t>
      </w:r>
      <w:r>
        <w:rPr>
          <w:rFonts w:ascii="Georgia" w:hAnsi="Georgia"/>
          <w:b/>
          <w:i w:val="0"/>
          <w:color w:val="000000"/>
          <w:sz w:val="24"/>
        </w:rPr>
        <w:t>«Время исправления, когда они облачились друг в друга... не были помещены на свое прежнее место...»</w:t>
      </w:r>
      <w:r>
        <w:rPr>
          <w:rFonts w:ascii="Georgia" w:hAnsi="Georgia"/>
          <w:b w:val="0"/>
          <w:i w:val="0"/>
          <w:color w:val="000000"/>
          <w:sz w:val="24"/>
        </w:rPr>
        <w:t xml:space="preserve"> — это уже объяснялось выше в «Паним Масбирот» (на с. 110–111, со слов «И уже» и со слов «И необходимо», см. там внимательно): каждый из пяти парцуфим [мира] Некудим утратил свои ГАР в пяти парцуфим Ацилута, так что пять парцуфим Ацилута соответствуют лишь уровню ЗОН по отношению к тому, чем они являлись в десяти сфирот [мира] Некудим. Об этом и сказано: «И не были помещены прямо на свое прежнее место, но иначе». Ведь АА, будучи свойством точки Кетер, вышел теперь на уровень ЗАТ и гуф [мира] Некудим, поскольку непостижимая голова (Радла) заняла все ГАР де-Некудим, и АА оказался в ЗАТ, на месте Даат и ХАГАТ-НЕХИМ де-Некудим: его рош находится на месте Даат, а ЗАТ — на месте ХАГАТ-НЕХИМ вплоть до завершения Ацилута. Точно так же Аба ве-Има, которые были двумя точками ХУБ де-рош де-ГАР де-Некудим и находились выше Даат де-Некудим, теперь облачают [его] ниже рош де-АА и занимают лишь [место] ХАГАТ де-Некудим; а ЗОН, у которых в Некудим были Даат и ХАГАТ-НЕХИМ, в Ацилуте имеют лишь уровень НЕХИМ де-АА. И об этом [Учитель] говорит: «И вот объяснено, как все четыре имени АВАЯ: АБ, САГ, МА и БОН — все они находятся только в ЗАТ де-АА», то есть даже ниже Даат де-Некудим, как сказано. И пойми это как следует.</w:t>
      </w:r>
    </w:p>
    <w:p>
      <w:pPr>
        <w:spacing w:before="40" w:after="120"/>
        <w:jc w:val="both"/>
      </w:pPr>
      <w:r>
        <w:rPr>
          <w:rFonts w:ascii="Georgia" w:hAnsi="Georgia"/>
          <w:b w:val="0"/>
          <w:i w:val="0"/>
          <w:color w:val="000000"/>
          <w:sz w:val="24"/>
        </w:rPr>
        <w:t xml:space="preserve">8) </w:t>
      </w:r>
      <w:r>
        <w:rPr>
          <w:rFonts w:ascii="Georgia" w:hAnsi="Georgia"/>
          <w:b/>
          <w:i w:val="0"/>
          <w:color w:val="000000"/>
          <w:sz w:val="24"/>
        </w:rPr>
        <w:t>«А остальные ступени от седьмой и далее, что в целом... опустились в Брия вместе с келим в виде искр...»</w:t>
      </w:r>
      <w:r>
        <w:rPr>
          <w:rFonts w:ascii="Georgia" w:hAnsi="Georgia"/>
          <w:b w:val="0"/>
          <w:i w:val="0"/>
          <w:color w:val="000000"/>
          <w:sz w:val="24"/>
        </w:rPr>
        <w:t xml:space="preserve"> — сначала нужно понять, почему Учитель изменил здесь свои выражения, описывая ступени через эти обозначения: паним (лицевая сторона) и ахор (обратная сторона) букв и паним и ахор числового значения (хешбон), и почему он не называет их АБ, САГ, МА, БОН или КАХАБ и ЗОН, как было принято до сих пор? Ведь уже объяснялось, что паним букв и их числовое значение — это суть таамим, которые всегда называются Кетер, а ахор букв — это четыре уровня ступеней очищения экрана, которые всегда называются АБ, САГ, МА, БОН или ХУБ-ТУМ. И если так, то необходимо глубоко понять намерение Учителя: почему он выстраивает их здесь в новых терминах — буквы паним и их числовое значение, и буквы ахор и их числовое значение? Суть этого ты поймешь из того, что объяснялось в «Паним Меирот» в начале ветви 31, со слов «Три стадии». И там объяснялась суть четырех светов, именуемых ТАНТА, где эти 288 искр (РАПАХ) представляют собой четвертый свет, называемый «буквы», см. там внимательно. И казалось бы, можно возразить на слова Учителя, когда он говорит, что четвертый свет называется «буквами», относящимися к свойству келим: как же один документ подтверждает права двух противоположных сторон? Ведь если это келим, как он называет их четвертым светом, а также падающими искрами? См. там.</w:t>
      </w:r>
    </w:p>
    <w:p>
      <w:pPr>
        <w:spacing w:before="40" w:after="120"/>
        <w:jc w:val="both"/>
      </w:pPr>
      <w:r>
        <w:rPr>
          <w:rFonts w:ascii="Georgia" w:hAnsi="Georgia"/>
          <w:b w:val="0"/>
          <w:i w:val="0"/>
          <w:color w:val="000000"/>
          <w:sz w:val="24"/>
        </w:rPr>
        <w:t>Однако на самом деле Учитель был точен в выражении и сказал, что они — «свойство келим», желая тем самым исключить собственно келим. Но все же требуется понять его мысль относительно этого различия между свойством келим, именуемым четвертым светом и «буквами», и свойством светов, именуемых таамим, некудот и тагин. Дело в том, что уже объяснялось обратное соотношение между келим и светами, как написано здесь в «Паним Масбирот» и в конце ветви 8, см. там внимательно: в келим первыми растут высшие, а в светах первыми приходят низшие. Так, с приходом света нефеш растет только Кетер де-келим, а остальные келим — ХУБ-ТУМ — остаются в малом состоянии без света, а с приходом света руах растет кли де-Хохма и так далее, см. там внимательно. Исходя из этого, ты поймешь, что при отсутствии келим Бины и ЗОН будут отсутствовать света КАХАБ, и из светов здесь окажутся лишь нефеш и руах, а из келим — лишь Кетер и Хохма, ведь руах облачается в Кетер, а нефеш — в Хохму. И потому требуется особое внимание, чтобы точно определять во всех местах, идет ли речь о келим или о светах, поскольку их порядок противоположен от края до края, как сказано. Из сказанного ты поймешь суть четвертого света, называемого «буквами», о котором Учитель точно говорит, что этот свет — свойство келим: то есть в действительности он представляет собой свет, подобный некудот и тагин, ведь он исходит и раскрывается от их зивуга, как написано там, однако его проявление подчинено закону келим: недостаток в нем обнаруживается на низших [ступенях], а не на высших, как в остальных светах. Потому что он относится к свойству искр, падающих в келим, и потому соотношение в нем такое же, как в них: высшие образуются первыми, как сказано выше. И теперь понятно намерение Учителя, изменившего свои выражения и назвавшего здесь ступени именами «паним и ахор букв и их числовое значение»: а именно чтобы указать на место недостатков, которые он здесь описывает, — что они начинаются на низших ступенях, то есть точно так же, как в келим, как сказано выше; и это потому, что они относятся к четвертому свету, представляющему собой 288 искр (РАПАХ), а этот свет называется «буквами», как сказано в ветви 7. И потому [Учитель] избегал [называть их обычными именами], обозначив ступени названиями букв АВАЯ.</w:t>
      </w:r>
    </w:p>
    <w:p>
      <w:pPr>
        <w:spacing w:before="40" w:after="120"/>
        <w:jc w:val="both"/>
      </w:pPr>
      <w:r>
        <w:rPr>
          <w:rFonts w:ascii="Georgia" w:hAnsi="Georgia"/>
          <w:b w:val="0"/>
          <w:i w:val="0"/>
          <w:color w:val="000000"/>
          <w:sz w:val="24"/>
        </w:rPr>
        <w:t>И пойми это как следует. Об этом он и говорит: шесть высших ступеней имени АБ остались в Ацилуте, а низшие ступени, начиная с седьмой и ниже, упали в БЕА разделения, так что высшие сохранили свою полноту, а низшие понесли ущерб, то есть в порядке, обратном светам; и это потому, что речь здесь идет о 288 искрах (РАПАХ) — четвертом свете, представляющем собой свойство келим, как сказано. Причину этого ты поймешь из объясненного выше в «Паним Меирот» (ветвь 15, пункт 70, со слов «И вот Аба ве-Има», см. там внимательно все продолжение) о вопросе аннулирования ахораим де-Аба ве-Има и о паним де-Аба ве-Има, которые остались. И объяснялось там, что все, что вышло в десяти сфирот [мира] Некудим в начале, когда Источник выделил их из Себя от света эйнаим де-АК, называется паним, а все, что пришло к ним затем от света Есод де-АК, то есть все состояние гадлут, называется ахораим и полностью аннулировалось. И объяснялось там, что от света эйнаим к ним пришли только ХАГАТ-НЕХИ, то есть руах и нефеш, причем руах облачился в Кетер, а нефеш — в Аба ве-Има, которые являются вторым рош, и оба эти рош включают в себя все ГАР де-Некудим.</w:t>
      </w:r>
    </w:p>
    <w:p>
      <w:pPr>
        <w:spacing w:before="40" w:after="120"/>
        <w:jc w:val="both"/>
      </w:pPr>
      <w:r>
        <w:rPr>
          <w:rFonts w:ascii="Georgia" w:hAnsi="Georgia"/>
          <w:b w:val="0"/>
          <w:i w:val="0"/>
          <w:color w:val="000000"/>
          <w:sz w:val="24"/>
        </w:rPr>
        <w:t>Таким образом, ЗАТ остались без света эйнаим. И это потому, что в светах первыми приходят низшие, а в келим первыми растут высшие, см. там внимательно. И знай: от всего, что осталось в Аба ве-Има и не аннулировалось — то есть от руах и нефеш, — искры в келим в БЕА не падали, поскольку искры падают благодаря зивугу решимо со светом ахораим; а поскольку этот свет вовсе не был аннулирован и остался даже после разбиения келим, как известно, к нему совершенно неприменимо понятие решимо, суть которого — остаток после ухода света. Запомни это для всего дальнейшего. Итак, было ясно показано, что от света паним, оставшегося в Аба ве-Има, не упало никаких искр вообще. А совершенное кли — то есть способное отдавать нижнему по отношению к нему — должно содержать четыре ступени: паним и ахор букв и их числовое значение; ведь паним и ахор букв — это свойство КАХАБ и ЗОН, как написано выше, а их числовое значение — это свойство масаха, на котором совершается зивуг для отдачи вниз. И само собой понятно, что при отсутствии числового значения, то есть масаха, там нет зивуга для отдачи вниз, и потому там присутствуют лишь КАХАБ и ЗОН женского света, то есть те, которые получают и не отдают. И в этом ты поймешь суть шести ступеней, оставшихся в АБ: ведь ты уже знаешь, что руах и нефеш, обретенные ГАР де-Некудим от света эйнаим, остались даже после разбиения келим, причем руах облачился в Кетер, а нефеш — в Хохму. И отсюда следует, что в Кетере, представляющем собой простое имя АВАЯ без наполнения, имеются четыре полные ступени: паним и ахор букв и их числовое значение, поскольку там находится свет руах, который отдает в кли Хохмы, представляющее собой АВАЯ с наполнением йод; а поскольку он отдает, то там обязательно присутствует и свойство паним и ахор числового значения, то есть масах, как сказано выше.</w:t>
      </w:r>
    </w:p>
    <w:p>
      <w:pPr>
        <w:spacing w:before="40" w:after="120"/>
        <w:jc w:val="both"/>
      </w:pPr>
      <w:r>
        <w:rPr>
          <w:rFonts w:ascii="Georgia" w:hAnsi="Georgia"/>
          <w:b w:val="0"/>
          <w:i w:val="0"/>
          <w:color w:val="000000"/>
          <w:sz w:val="24"/>
        </w:rPr>
        <w:t>Однако в Хохме, представляющей собой АВАЯ с наполнением йод, от света эйнаим есть лишь свет нефеш, являющийся завершением всякой ступени, поскольку масах в ней не пригоден для зивуга и дальнейшего распространения, как написано в «Паним Масбирот», ветвь 13, см. там внимательно. И потому это имя АВАЯ определяется как содержащее лишь две высшие ступени — паним и ахор букв, являющиеся КАХАБ и ЗОН де-нефеш, но без их числового значения, так как числовое значение, то есть масахим, не производит там зивуг, и по этой причине они завершают ступень, как сказано выше. Об этом и сказано, что Хохма де-АБ имеет лишь две высшие ступени — паним и квадратное написание (рибуа) букв в их форме, без их числового значения, ведь паним — это Кетер света нефеш, а квадратное написание — это АБ, САГ, МА, БОН де-нефеш, однако без масахим, называемых числовым значением, поскольку для них не действуют распространение и зивуг, как сказано.</w:t>
      </w:r>
    </w:p>
    <w:p>
      <w:pPr>
        <w:spacing w:before="40" w:after="120"/>
        <w:jc w:val="both"/>
      </w:pPr>
      <w:r>
        <w:rPr>
          <w:rFonts w:ascii="Georgia" w:hAnsi="Georgia"/>
          <w:b w:val="0"/>
          <w:i w:val="0"/>
          <w:color w:val="000000"/>
          <w:sz w:val="24"/>
        </w:rPr>
        <w:t xml:space="preserve">10) </w:t>
      </w:r>
      <w:r>
        <w:rPr>
          <w:rFonts w:ascii="Georgia" w:hAnsi="Georgia"/>
          <w:b/>
          <w:i w:val="0"/>
          <w:color w:val="000000"/>
          <w:sz w:val="24"/>
        </w:rPr>
        <w:t>«А имя САГ, которое ниже, чем [имя] АБ... только первые четыре ступени»</w:t>
      </w:r>
      <w:r>
        <w:rPr>
          <w:rFonts w:ascii="Georgia" w:hAnsi="Georgia"/>
          <w:b w:val="0"/>
          <w:i w:val="0"/>
          <w:color w:val="000000"/>
          <w:sz w:val="24"/>
        </w:rPr>
        <w:t xml:space="preserve"> — уже объяснялось, что оно представляет собой суть третьего рош де-Некудим, называемого ИШСУТ, или распространение КАХАБ на место ХАГАТ, который вышел наружу из ГАР де-Некудим, то есть на место ХАГАТ де-ЗАТ; и благодаря этому свет эйнаим — то есть руах и нефеш — распространился и вышел из ГАР де-Некудим в виде рош и гуф, где рош называется ИШСУТ, а гуф называется его МА и БОН. По этой причине Учитель называет его «распространением КАХАБ в ХАГАТ», поскольку руах и нефеш де-КАХАБ распространились туда: руах распространился в ИШСУТ, а нефеш — в МА и БОН. И потому САГ определяется как имеющий совершенное кли из четырех ступеней: паним и ахор букв и их числовое значение, поскольку в нем есть КАХАБ и ЗОН отраженного света, которые должны отдавать... ...дальше в КАХАБ и ЗОН де-нефеш, то есть в МА и БОН; а значит, у них обязательно есть и числовое значение паним и ахор букв, являющееся масахим для зивуга, чтобы отдавать.</w:t>
      </w:r>
    </w:p>
    <w:p>
      <w:pPr>
        <w:spacing w:before="40" w:after="120"/>
        <w:jc w:val="both"/>
      </w:pPr>
      <w:r>
        <w:rPr>
          <w:rFonts w:ascii="Georgia" w:hAnsi="Georgia"/>
          <w:b w:val="0"/>
          <w:i w:val="0"/>
          <w:color w:val="000000"/>
          <w:sz w:val="24"/>
        </w:rPr>
        <w:t>Однако МА и БОН, имеющие лишь свет нефеш — то есть завершение света, — так как у них нет масахим для зивуга и распространения, как сказано выше, МА и БОН определяются как имеющие лишь две высшие ступени Кетера, то есть паним и ахор букв в их форме, без числового значения, которое представляет собой масахим. Об этом и сказано: «А из имени МА, являющегося Тиферет, опустились две высшие ступени и т. д. А из имени БОН опустились все ступени, кроме высшей и т. д.», до сих пор его слова. И это согласуется со сказанным нами: в обоих есть лишь свет нефеш, в котором нет исправления масахим для зивуга, и поэтому они содержат буквы паним и ахор без их числового значения. И известно, что БОН — это свойство Малхут де-МА, и потому МА определяется как имеющее паним и квадратное написание букв, где паним — это Кетер де-нефеш, а квадратное написание — это АБ, САГ, МА, БОН де-нефеш, но без их числового значения, как сказано выше.</w:t>
      </w:r>
    </w:p>
    <w:p>
      <w:pPr>
        <w:spacing w:before="40" w:after="120"/>
        <w:jc w:val="both"/>
      </w:pPr>
      <w:r>
        <w:rPr>
          <w:rFonts w:ascii="Georgia" w:hAnsi="Georgia"/>
          <w:b w:val="0"/>
          <w:i w:val="0"/>
          <w:color w:val="000000"/>
          <w:sz w:val="24"/>
        </w:rPr>
        <w:t>Однако БОН имеет лишь последнее свойство де-МА, то есть нефеш де-нефеш. И определяется, что этот нефеш де-нефеш она получает в своей высшей ступени, то есть в паним букв, являющемся исключительно свойством Кетер де-БОН, и у нее нет квадратного написания букв, то есть ХУБ и ЗОН, как объяснено. А то, что нефеш де-нефеш облачается в Кетер де-БОН, а не в Малхут де-БОН, уже объяснялось тем, что в келим первыми растут высшие, как сказано выше, см. там внимательно.</w:t>
      </w:r>
    </w:p>
    <w:p>
      <w:r>
        <w:br w:type="page"/>
      </w:r>
    </w:p>
    <w:p>
      <w:pPr>
        <w:keepNext/>
        <w:spacing w:before="360" w:after="160"/>
        <w:jc w:val="center"/>
      </w:pPr>
      <w:r>
        <w:rPr>
          <w:rFonts w:ascii="Georgia" w:hAnsi="Georgia"/>
          <w:b w:val="0"/>
          <w:i w:val="0"/>
          <w:color w:val="000000"/>
          <w:sz w:val="40"/>
        </w:rPr>
        <w:t>Ветвь 33</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Теперь необходимо разобрать несколько вопросов, возникающих относительно всего сказанного выше. А именно: нужно понять, почему возникли эти различия — ведь в имени АБ мы берем числовое значение седьмой ступени; в САГ — две ступени, пятую и седьмую; в МА — две ступени, третью и седьмую; а в БОН — лишь одну ступень, четвертую.</w:t>
      </w:r>
    </w:p>
    <w:p>
      <w:pPr>
        <w:spacing w:before="40" w:after="120"/>
        <w:jc w:val="both"/>
      </w:pPr>
      <w:r>
        <w:rPr>
          <w:rFonts w:ascii="Georgia" w:hAnsi="Georgia"/>
          <w:b w:val="0"/>
          <w:i w:val="0"/>
          <w:color w:val="000000"/>
          <w:sz w:val="24"/>
        </w:rPr>
        <w:t>Ответ заключается в следующем. Как объяснялось выше, общее свойство четырех упомянутых имен АВАЯ — АБ, САГ, МА и БОН — состоит в том, что ступени от седьмой и ниже упали в [мир] Брия. Поэтому ни в одном расчете мы вовсе не учитываем то, что находится ниже нее, а берем только от седьмой ступени и выше, но не ниже ее, поскольку все находящееся ниже седьмой ступени включено в нее: ведь все они уступают ей по достоинству и вовсе не входят ни в какой расчет. И потому среди этих искр РАПАХ (288 искр) мы упоминаем и рассчитываем только четыре числа, имеющихся в четырех наполнениях этих четырех имен: АБ, САГ, МА и БОН. А поскольку они различаются своими наполнениями, упоминаются все четыре наполнения: ведь одно по гематрии равно 72 (АБ), другое — 63 (САГ), третье — 45 (МА), а четвертое — 52 (БОН), и числовые значения их наполнений не равны между собой.</w:t>
      </w:r>
    </w:p>
    <w:p>
      <w:pPr>
        <w:spacing w:before="40" w:after="120"/>
        <w:jc w:val="both"/>
      </w:pPr>
      <w:r>
        <w:rPr>
          <w:rFonts w:ascii="Georgia" w:hAnsi="Georgia"/>
          <w:b w:val="0"/>
          <w:i w:val="0"/>
          <w:color w:val="000000"/>
          <w:sz w:val="24"/>
        </w:rPr>
        <w:t>2) Знай также: там, где мы рассчитываем состояние паним (лицевую сторону), сторона ахораим (обратная сторона) вовсе не входит в расчет, поскольку она второстепенна по отношению к первому состоянию паним, превосходящему ее по достоинству. Поэтому в искрах РАПАХ мы вообще не учитываем состояние ахораим, за исключением лишь последнего имени — БОН, о причине чего будет сказано ниже, при разборе Малхут.</w:t>
      </w:r>
    </w:p>
    <w:p>
      <w:pPr>
        <w:spacing w:before="40" w:after="120"/>
        <w:jc w:val="both"/>
      </w:pPr>
      <w:r>
        <w:rPr>
          <w:rFonts w:ascii="Georgia" w:hAnsi="Georgia"/>
          <w:b w:val="0"/>
          <w:i w:val="0"/>
          <w:color w:val="000000"/>
          <w:sz w:val="24"/>
        </w:rPr>
        <w:t>3) Знай также: везде, где есть два числа с одинаковым значением, мы не считаем оба, а берем лишь одно. Пояснение: десять букв имени САГ и десять букв имени МА опустились в мир Брия; тем не менее мы не стали учитывать десять букв имени МА, поскольку десять [букв] имени САГ, предшествующие им, уже были сосчитаны. Ведь мы уже объясняли, что даже четыре упомянутых наполнения мы не стали бы пересчитывать четырежды, если бы они не отличались друг от друга: одно — 72 (АБ), другое — 63 (САГ), третье — 45 (МА), а четвертое — 52 (БОН), которые различаются своими наполнениями.</w:t>
      </w:r>
    </w:p>
    <w:p>
      <w:pPr>
        <w:spacing w:before="40" w:after="120"/>
        <w:jc w:val="both"/>
      </w:pPr>
      <w:r>
        <w:rPr>
          <w:rFonts w:ascii="Georgia" w:hAnsi="Georgia"/>
          <w:b w:val="0"/>
          <w:i w:val="0"/>
          <w:color w:val="000000"/>
          <w:sz w:val="24"/>
        </w:rPr>
        <w:t>4) Смысл этого станет ясен, если сначала разобрать одно предварительное пояснение: когда искры одинаковы по своему существу и числу, они обе остаются там, где разбились и куда упали высшие, и низшие остаются там вместе с ними. Как именно? Вот упали десять букв имени САГ, а затем упали десять букв имени МА. И хотя десять букв имени МА уступают по ступени десяти буквам имени САГ, тем не менее при падении вниз они опустились лишь до того места, куда сошли десять букв имени САГ. И там десять букв имени МА смешались и связались с ними. Дело в том, что ступень САГ разбилась раньше МА, как известно: ведь сначала царствовали и разбились высшие, а затем — низшие. Поэтому когда десять [букв] имени МА опускались, они встретили сошедшие туда, в мир Брия, раньше десять букв имени САГ, смешались с ними, не стали опускаться ниже них и соединились с ними по той причине, что их число одинаково. Но когда две эти ступени не равны по числу, каждая опускается на то место, которое ей подобает.</w:t>
      </w:r>
    </w:p>
    <w:p>
      <w:pPr>
        <w:spacing w:before="40" w:after="120"/>
        <w:jc w:val="both"/>
      </w:pPr>
      <w:r>
        <w:rPr>
          <w:rFonts w:ascii="Georgia" w:hAnsi="Georgia"/>
          <w:b w:val="0"/>
          <w:i w:val="0"/>
          <w:color w:val="000000"/>
          <w:sz w:val="24"/>
        </w:rPr>
        <w:t>5) Поэтому все одинаковые ступени мы не удваивали в счете. И потому ступень десяти букв имени МА, связавшихся на месте падения десяти букв имени САГ, не считается отдельно. Однако седьмая ступень имени МА, число которой не похоже на число седьмой ступени имени САГ, считается отдельно: ведь у одной число 63 (САГ), а у другой — 45 (МА). Точно так же третья ступень имени МА, числовое значение которой равно 26 (</w:t>
      </w:r>
      <w:r>
        <w:rPr>
          <w:rFonts w:ascii="Georgia" w:hAnsi="Georgia" w:cs="Times New Roman"/>
          <w:b/>
          <w:i w:val="0"/>
          <w:color w:val="000000"/>
          <w:sz w:val="24"/>
          <w:rtl/>
          <w:szCs w:val="32"/>
        </w:rPr>
        <w:t>כ״ו</w:t>
      </w:r>
      <w:r>
        <w:rPr>
          <w:rFonts w:ascii="Georgia" w:hAnsi="Georgia"/>
          <w:b w:val="0"/>
          <w:i w:val="0"/>
          <w:color w:val="000000"/>
          <w:sz w:val="24"/>
        </w:rPr>
        <w:t xml:space="preserve"> = 26), входит в общий расчет, поскольку от имени АБ и от имени САГ третья ступень не падала; поэтому мы учитываем и ее в расчете 71 (</w:t>
      </w:r>
      <w:r>
        <w:rPr>
          <w:rFonts w:ascii="Georgia" w:hAnsi="Georgia" w:cs="Times New Roman"/>
          <w:b/>
          <w:i w:val="0"/>
          <w:color w:val="000000"/>
          <w:sz w:val="24"/>
          <w:rtl/>
          <w:szCs w:val="32"/>
        </w:rPr>
        <w:t>ע״א</w:t>
      </w:r>
      <w:r>
        <w:rPr>
          <w:rFonts w:ascii="Georgia" w:hAnsi="Georgia"/>
          <w:b w:val="0"/>
          <w:i w:val="0"/>
          <w:color w:val="000000"/>
          <w:sz w:val="24"/>
        </w:rPr>
        <w:t xml:space="preserve"> = 71) [искры] имени МА. Равным образом и в САГ: пятая ступень этого имени не падала аналогичным образом от имени АБ, и потому она входит в число 73 (</w:t>
      </w:r>
      <w:r>
        <w:rPr>
          <w:rFonts w:ascii="Georgia" w:hAnsi="Georgia" w:cs="Times New Roman"/>
          <w:b/>
          <w:i w:val="0"/>
          <w:color w:val="000000"/>
          <w:sz w:val="24"/>
          <w:rtl/>
          <w:szCs w:val="32"/>
        </w:rPr>
        <w:t>ע״ג</w:t>
      </w:r>
      <w:r>
        <w:rPr>
          <w:rFonts w:ascii="Georgia" w:hAnsi="Georgia"/>
          <w:b w:val="0"/>
          <w:i w:val="0"/>
          <w:color w:val="000000"/>
          <w:sz w:val="24"/>
        </w:rPr>
        <w:t xml:space="preserve"> = 73) искр имени САГ. А также седьмая ступень, представляющая собой числовое значение [наполнения], отличается от седьмой [ступени] имени АБ и имени МА и тоже принимается в расчет.</w:t>
      </w:r>
    </w:p>
    <w:p>
      <w:pPr>
        <w:spacing w:before="40" w:after="120"/>
        <w:jc w:val="both"/>
      </w:pPr>
      <w:r>
        <w:rPr>
          <w:rFonts w:ascii="Georgia" w:hAnsi="Georgia"/>
          <w:b w:val="0"/>
          <w:i w:val="0"/>
          <w:color w:val="000000"/>
          <w:sz w:val="24"/>
        </w:rPr>
        <w:t>6) Теперь нам остается объяснить число 72 четвертой [ступени] имени БОН, относящейся к Малхут. Это четвертая ступень, которая представляет собой состояние ахораим. Ранее мы говорили, что когда опускается состояние паним, состояние ахораим вовсе не входит в расчет. Здесь же все произошло наоборот: в расчет входит состояние ахораим, а не паним. Ответ таков: в трех именах, где мы учитывали состояние паним, мы поэтому не учитывали состояние ахораим; но здесь, в Малхут, где паним не принимается в расчет, было учтено состояние ахораим.</w:t>
      </w:r>
    </w:p>
    <w:p>
      <w:pPr>
        <w:spacing w:before="40" w:after="120"/>
        <w:jc w:val="both"/>
      </w:pPr>
      <w:r>
        <w:rPr>
          <w:rFonts w:ascii="Georgia" w:hAnsi="Georgia"/>
          <w:b w:val="0"/>
          <w:i w:val="0"/>
          <w:color w:val="000000"/>
          <w:sz w:val="24"/>
        </w:rPr>
        <w:t>7) Но нам все еще нужно разрешить вопрос: ведь напротив, само исходное положение вызывает возражение! Почему в Малхут не считается состояние паним, чтобы ахораим не входило в счет, подобно остальным ступеням ахораим? Поэтому нам необходимо последовательно разъяснить все ступени сверху вниз. И мы скажем: причина, по которой мы не учитываем третью ступень, относящуюся к состоянию паним и представляющую собой число четырех простых букв, заключается в том, о чем говорилось выше: когда есть два числа с одинаковым значением, их считают лишь один раз. А эта ступень уже вошла в расчет 71 искры имени МА, и эти 26 [искр имени БОН] остались и связались там наверху, как сказано выше. Точно так же и седьмая ступень, то есть число девяти букв наполнения, составляющее по гематрии 52 (БОН), не была сосчитана, хотя она и относится к состоянию паним и к тому же не похожа на остальные наполнения — ведь именно по этой причине седьмая ступень всегда считается в АБ, САГ и МА.</w:t>
      </w:r>
    </w:p>
    <w:p>
      <w:pPr>
        <w:spacing w:before="40" w:after="120"/>
        <w:jc w:val="both"/>
      </w:pPr>
      <w:r>
        <w:rPr>
          <w:rFonts w:ascii="Georgia" w:hAnsi="Georgia"/>
          <w:b w:val="0"/>
          <w:i w:val="0"/>
          <w:color w:val="000000"/>
          <w:sz w:val="24"/>
        </w:rPr>
        <w:t>8) Однако суть имени АВАЯ де-БОН и его назначение состоит в следующем. Знай, что имя БОН с наполнением буквами хэй, находящееся в Малхут, — это буквально два имени АВАЯ вместе; это удвоенное имя АВАЯ, называемое, как известно, «Меарат а-Махпела» (Двойная пещера). Ведь буквы вав (</w:t>
      </w:r>
      <w:r>
        <w:rPr>
          <w:rFonts w:ascii="Georgia" w:hAnsi="Georgia" w:cs="Times New Roman"/>
          <w:b/>
          <w:i w:val="0"/>
          <w:color w:val="000000"/>
          <w:sz w:val="24"/>
          <w:rtl/>
          <w:szCs w:val="32"/>
        </w:rPr>
        <w:t>ו</w:t>
      </w:r>
      <w:r>
        <w:rPr>
          <w:rFonts w:ascii="Georgia" w:hAnsi="Georgia"/>
          <w:b w:val="0"/>
          <w:i w:val="0"/>
          <w:color w:val="000000"/>
          <w:sz w:val="24"/>
        </w:rPr>
        <w:t xml:space="preserve"> = 6) и далет (</w:t>
      </w:r>
      <w:r>
        <w:rPr>
          <w:rFonts w:ascii="Georgia" w:hAnsi="Georgia" w:cs="Times New Roman"/>
          <w:b/>
          <w:i w:val="0"/>
          <w:color w:val="000000"/>
          <w:sz w:val="24"/>
          <w:rtl/>
          <w:szCs w:val="32"/>
        </w:rPr>
        <w:t>ד</w:t>
      </w:r>
      <w:r>
        <w:rPr>
          <w:rFonts w:ascii="Georgia" w:hAnsi="Georgia"/>
          <w:b w:val="0"/>
          <w:i w:val="0"/>
          <w:color w:val="000000"/>
          <w:sz w:val="24"/>
        </w:rPr>
        <w:t xml:space="preserve"> = 4) в наполнении буквы йод по гематрии дают 10 — значение простой буквы йод (</w:t>
      </w:r>
      <w:r>
        <w:rPr>
          <w:rFonts w:ascii="Georgia" w:hAnsi="Georgia" w:cs="Times New Roman"/>
          <w:b/>
          <w:i w:val="0"/>
          <w:color w:val="000000"/>
          <w:sz w:val="24"/>
          <w:rtl/>
          <w:szCs w:val="32"/>
        </w:rPr>
        <w:t>י</w:t>
      </w:r>
      <w:r>
        <w:rPr>
          <w:rFonts w:ascii="Georgia" w:hAnsi="Georgia"/>
          <w:b w:val="0"/>
          <w:i w:val="0"/>
          <w:color w:val="000000"/>
          <w:sz w:val="24"/>
        </w:rPr>
        <w:t xml:space="preserve"> = 10), а все остальные — это буквально удвоенные буквы имени АВАЯ. Суть же этих двух имен АВАЯ такова: одно имя АВАЯ относится к ЗА, а второе — к самой Нукве. И когда ЗА соединяется с Нуквой, освещая ее, он передает ей свечение своего имени АВАЯ. Тогда в Нукве образуются два имени АВАЯ, и в ней возникает имя БОН, представляющее собой два имени АВАЯ. Запомни это предварительное пояснение.</w:t>
      </w:r>
    </w:p>
    <w:p>
      <w:pPr>
        <w:spacing w:before="40" w:after="120"/>
        <w:jc w:val="both"/>
      </w:pPr>
      <w:r>
        <w:rPr>
          <w:rFonts w:ascii="Georgia" w:hAnsi="Georgia"/>
          <w:b w:val="0"/>
          <w:i w:val="0"/>
          <w:color w:val="000000"/>
          <w:sz w:val="24"/>
        </w:rPr>
        <w:t>9) Благодаря этому предварительному пояснению разрешается приведенный выше вопрос. Поскольку основа букв имени БОН исходит от ЗА, как сказано выше, их не подобает считать отдельно в ступени Малхут. Поэтому седьмая ступень, то есть число 52 (БОН), не входит в общий расчет 72 ее искр. Равным образом и третья ступень, то есть число 26, не входит в расчет, поскольку она осталась соединенной наверху с третьей ступенью в ЗА, которая уже вошла в расчет.</w:t>
      </w:r>
    </w:p>
    <w:p>
      <w:pPr>
        <w:spacing w:before="40" w:after="120"/>
        <w:jc w:val="both"/>
      </w:pPr>
      <w:r>
        <w:rPr>
          <w:rFonts w:ascii="Georgia" w:hAnsi="Georgia"/>
          <w:b w:val="0"/>
          <w:i w:val="0"/>
          <w:color w:val="000000"/>
          <w:sz w:val="24"/>
        </w:rPr>
        <w:t>10) Однако можно спросить: почему мы не учитываем вторую ступень, представляющую собой простое состояние ахораим следующего вида: йод (</w:t>
      </w:r>
      <w:r>
        <w:rPr>
          <w:rFonts w:ascii="Georgia" w:hAnsi="Georgia" w:cs="Times New Roman"/>
          <w:b/>
          <w:i w:val="0"/>
          <w:color w:val="000000"/>
          <w:sz w:val="24"/>
          <w:rtl/>
          <w:szCs w:val="32"/>
        </w:rPr>
        <w:t>י</w:t>
      </w:r>
      <w:r>
        <w:rPr>
          <w:rFonts w:ascii="Georgia" w:hAnsi="Georgia"/>
          <w:b w:val="0"/>
          <w:i w:val="0"/>
          <w:color w:val="000000"/>
          <w:sz w:val="24"/>
        </w:rPr>
        <w:t>), йод-хэй (</w:t>
      </w:r>
      <w:r>
        <w:rPr>
          <w:rFonts w:ascii="Georgia" w:hAnsi="Georgia" w:cs="Times New Roman"/>
          <w:b/>
          <w:i w:val="0"/>
          <w:color w:val="000000"/>
          <w:sz w:val="24"/>
          <w:rtl/>
          <w:szCs w:val="32"/>
        </w:rPr>
        <w:t>יה</w:t>
      </w:r>
      <w:r>
        <w:rPr>
          <w:rFonts w:ascii="Georgia" w:hAnsi="Georgia"/>
          <w:b w:val="0"/>
          <w:i w:val="0"/>
          <w:color w:val="000000"/>
          <w:sz w:val="24"/>
        </w:rPr>
        <w:t>), йод-хэй-вав (</w:t>
      </w:r>
      <w:r>
        <w:rPr>
          <w:rFonts w:ascii="Georgia" w:hAnsi="Georgia" w:cs="Times New Roman"/>
          <w:b/>
          <w:i w:val="0"/>
          <w:color w:val="000000"/>
          <w:sz w:val="24"/>
          <w:rtl/>
          <w:szCs w:val="32"/>
        </w:rPr>
        <w:t>יהו</w:t>
      </w:r>
      <w:r>
        <w:rPr>
          <w:rFonts w:ascii="Georgia" w:hAnsi="Georgia"/>
          <w:b w:val="0"/>
          <w:i w:val="0"/>
          <w:color w:val="000000"/>
          <w:sz w:val="24"/>
        </w:rPr>
        <w:t>), йод-хэй-вав-хэй (</w:t>
      </w:r>
      <w:r>
        <w:rPr>
          <w:rFonts w:ascii="Georgia" w:hAnsi="Georgia" w:cs="Times New Roman"/>
          <w:b/>
          <w:i w:val="0"/>
          <w:color w:val="000000"/>
          <w:sz w:val="24"/>
          <w:rtl/>
          <w:szCs w:val="32"/>
        </w:rPr>
        <w:t>יהוה</w:t>
      </w:r>
      <w:r>
        <w:rPr>
          <w:rFonts w:ascii="Georgia" w:hAnsi="Georgia"/>
          <w:b w:val="0"/>
          <w:i w:val="0"/>
          <w:color w:val="000000"/>
          <w:sz w:val="24"/>
        </w:rPr>
        <w:t>)? Ведь здесь неприменимо то объяснение, которое было дано выше. И если бы я не опасался, то сказал бы, что они вошли вместо букв имени МА, вошедших в него, как будет сказано ниже в главе 4; однако в главе 4 это не выглядит так, и вопрос требует дальнейшего изучения. Точно так же пятая ступень, относящаяся к состоянию паним и представляющая собой девять букв наполнения в их начертании, — хотя они и отличаются от остальных [наполнений], где в каждом по десять букв, — тем не менее не вошла в расчет. И причина этого согласуется со сказанным выше: поскольку корень этого имени с наполнением БОН исходит от ЗА, оно не считается в Нукве.</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1) </w:t>
      </w:r>
      <w:r>
        <w:rPr>
          <w:rFonts w:ascii="Georgia" w:hAnsi="Georgia"/>
          <w:b/>
          <w:i w:val="0"/>
          <w:color w:val="000000"/>
          <w:sz w:val="24"/>
        </w:rPr>
        <w:t>«Общее свойство… состоит в том, что ступени от седьмой и ниже все упали…»</w:t>
      </w:r>
    </w:p>
    <w:p>
      <w:pPr>
        <w:spacing w:before="40" w:after="120"/>
        <w:jc w:val="both"/>
      </w:pPr>
      <w:r>
        <w:rPr>
          <w:rFonts w:ascii="Georgia" w:hAnsi="Georgia"/>
          <w:b w:val="0"/>
          <w:i w:val="0"/>
          <w:color w:val="000000"/>
          <w:sz w:val="24"/>
        </w:rPr>
        <w:t>Падение искр, как уже объяснялось, происходит от соударения решимо с экранами света ахораим, согласно сказанному Учителем выше, в ветви 4 (см. там), и в «Паним Меирот». А в предыдущей ветви объяснялось, что уход света, оставляющий решимо, которое вызывает соударение со светом ахораим, имеет место не в свете глаз [мира] Некудим, представляющем собой ГАР де-Некудим, а лишь в свете Есод де-АК. Этот свет является светом гадлута (большого состояния) [мира] Некудим, благодаря которому они обрели подлинные ГАР, то есть [уровни] ехида, хая и нешама в трех головах — Кетре, высших Аба ве-Има и ИШСУТ, — и в трех телах: Даат, ХАГАТ и НЕХИМ. Как подробно описано в ветви 22 в «Паним Меирот» (см. там), они различаются лишь по толще экрана (авиют): Кетер обладает экраном четвертой стадии (бхина далет), высшие Аба ве-Има, соответствующие имени АБ, — экраном третьей стадии (бхина гимель), ИШСУТ, соответствующие имени САГ, — экраном второй стадии (бхина бэт), а ЗАТ, представляющие собой имена МА и БОН, — экраном первой стадии (бхина алеф). И известно, что каждый из четырех упомянутых экранов в самом себе также подразделяется на эти четыре стадии. Таким образом, даже в самом чистом экране — экране первой стадии, десять сфирот которого достигают уровня ЗА, тем не менее различаются, соответственно его пропорциям: четвертая стадия внутри первой стадии, третья стадия внутри первой стадии, вторая стадия внутри первой стадии и так далее подобным образом. Запомни это.</w:t>
      </w:r>
    </w:p>
    <w:p>
      <w:pPr>
        <w:spacing w:before="40" w:after="120"/>
        <w:jc w:val="both"/>
      </w:pPr>
      <w:r>
        <w:rPr>
          <w:rFonts w:ascii="Georgia" w:hAnsi="Georgia"/>
          <w:b w:val="0"/>
          <w:i w:val="0"/>
          <w:color w:val="000000"/>
          <w:sz w:val="24"/>
        </w:rPr>
        <w:t>И вот седьмая ступень в каждом из четырех имен АВАЯ — АБ, САГ, МА и БОН, — представляющая собой числовое значение имени АВАЯ в его прямом полном наполнении, то есть состояние его паним, — это экран с авиютом третьей стадии в данном имени АВАЯ, то есть десять сфирот уровня Хохма в этом имени: Хохма имени АВАЯ де-АБ, или Хохма имени АВАЯ де-САГ, или де-МА и так далее. А ты уже знаешь, что Хохма представляет собой свет сущности каждой ступени, и поэтому мы определяем каждую ступень только по имеющемуся в ней экрану третьей стадии, то есть по седьмой ступени, которая является гематрией букв паним этого имени АВАЯ. Ведь именно эти общеизвестные названия — АБ, САГ, МА, БОН — указывают лишь на седьмую ступень, в которой содержатся эти числовые значения, как сказано выше. И поэтому в числе искр РАПАХ мы также учитываем седьмую ступень во всех именах АВАЯ, поскольку она составляет главное определение имени АВАЯ, как сказано выше. Исключением является лишь БОН, где седьмая ступень не учитывается, потому что МА и БОН всегда включены вместе в один экран — экран первой стадии, как объяснялось выше; и поэтому у имени АВАЯ де-БОН нет отдельного, самостоятельного определения, но везде оно рассматривается в рамках определения имени МА. Запомни это.</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«Общее свойство… состоит в том, что ступени от седьмой и ниже все упали в [мир] Брия…»</w:t>
      </w:r>
      <w:r>
        <w:rPr>
          <w:rFonts w:ascii="Georgia" w:hAnsi="Georgia"/>
          <w:b w:val="0"/>
          <w:i w:val="0"/>
          <w:color w:val="000000"/>
          <w:sz w:val="24"/>
        </w:rPr>
        <w:t xml:space="preserve"> </w:t>
      </w:r>
      <w:r>
        <w:rPr>
          <w:rFonts w:ascii="Georgia" w:hAnsi="Georgia"/>
          <w:b/>
          <w:i w:val="0"/>
          <w:color w:val="000000"/>
          <w:sz w:val="24"/>
        </w:rPr>
        <w:t>«…и поэтому ни в каком расчете мы вовсе не учитываем то, что ниже нее… ведь все они уступают ей…»</w:t>
      </w:r>
      <w:r>
        <w:rPr>
          <w:rFonts w:ascii="Georgia" w:hAnsi="Georgia"/>
          <w:b w:val="0"/>
          <w:i w:val="0"/>
          <w:color w:val="000000"/>
          <w:sz w:val="24"/>
        </w:rPr>
        <w:t xml:space="preserve"> и так далее до конца цитаты. Смысл этого соответствует сказанному нами: уровень Хохма каждого имени АВАЯ, на который указывает числовое значение, именуемое седьмой ступенью, есть главное определение данного имени АВАЯ. То есть число десяти букв его наполнения, представляющее собой его свет паним. В отличие от этого, свет ахораим каждого имени АВАЯ, представляющий собой квадратное развертывание (рибуа) десяти букв его наполнения, относится уже к очищению экрана; а этот процесс одинаков для всех них, и сами по себе они не имеют различий, кроме как по свету паним в них. Поэтому рибуа имен АВАЯ вовсе не входит в расчет. И об этом сказано: </w:t>
      </w:r>
      <w:r>
        <w:rPr>
          <w:rFonts w:ascii="Georgia" w:hAnsi="Georgia"/>
          <w:b/>
          <w:i w:val="0"/>
          <w:color w:val="000000"/>
          <w:sz w:val="24"/>
        </w:rPr>
        <w:t>«А поскольку они различаются своими наполнениями, упоминаются все четыре наполнения»</w:t>
      </w:r>
      <w:r>
        <w:rPr>
          <w:rFonts w:ascii="Georgia" w:hAnsi="Georgia"/>
          <w:b w:val="0"/>
          <w:i w:val="0"/>
          <w:color w:val="000000"/>
          <w:sz w:val="24"/>
        </w:rPr>
        <w:t xml:space="preserve">. То есть, как сказано, именно на седьмой ступени заметно все различие между одной ступенью и другой. Пойми это как следует. </w:t>
      </w:r>
      <w:r>
        <w:rPr>
          <w:rFonts w:ascii="Georgia" w:hAnsi="Georgia"/>
          <w:b/>
          <w:i w:val="0"/>
          <w:color w:val="000000"/>
          <w:sz w:val="24"/>
        </w:rPr>
        <w:t>«…имеющихся в четырех наполнениях этих четырех имен: АБ, САГ…»</w:t>
      </w:r>
    </w:p>
    <w:p>
      <w:pPr>
        <w:spacing w:before="40" w:after="120"/>
        <w:jc w:val="both"/>
      </w:pPr>
      <w:r>
        <w:rPr>
          <w:rFonts w:ascii="Georgia" w:hAnsi="Georgia"/>
          <w:b w:val="0"/>
          <w:i w:val="0"/>
          <w:color w:val="000000"/>
          <w:sz w:val="24"/>
        </w:rPr>
        <w:t>И не следует возражать на это, исходя из объясненного во многих местах: ведь ахораим Кетера и Аба ве-Има, которые аннулировались, тем не менее остались в мире Ацилут и вовсе не сошли в мир Брия; как же тогда АБ и САГ входят в число искр РАПАХ, сошедших в мир Брия? Дело в том, что, как уже объяснялось выше, искры — это одно, а свет ахораим — совершенно другое. Так пишет Учитель выше в ветви 7, различая четыре вида света, [возникающих] вследствие очищения экрана и ухода света. И четвертый свет, самый низкий из всех, представляющий собой ступень келим, — это тайна искр, падающих в келим от соударения третьего света, называемого «решимо», со вторым светом, называемым «ахораим» (см. там, а также выше в «Паним Меирот», ветвь 31, пункт 1, со слов: «Три ступени…», см. там). И ты видишь, что свет ахораим Кетера и Аба ве-Има, конечно же, опустился лишь из ГАР в ЗАТ, но вовсе не ниже границы мира Ацилут, как известно из многих мест.</w:t>
      </w:r>
    </w:p>
    <w:p>
      <w:pPr>
        <w:spacing w:before="40" w:after="120"/>
        <w:jc w:val="both"/>
      </w:pPr>
      <w:r>
        <w:rPr>
          <w:rFonts w:ascii="Georgia" w:hAnsi="Georgia"/>
          <w:b w:val="0"/>
          <w:i w:val="0"/>
          <w:color w:val="000000"/>
          <w:sz w:val="24"/>
        </w:rPr>
        <w:t>Однако третий свет, то есть решимо, ударил в этот [свет] ахораим. И от этого соударения вышли данные искры, представляющие собой новое порождение; и они, конечно же, упали в келим мира Брия, чтобы оживлять их, ведь эти искры относятся к ступени келим, как пишет Учитель там, в ветви 7 (см. там), и помни это. Исходя из этого ты поймешь, что все эти искры РАПАХ упали лишь в келим де-ЗАТ: ведь в головах нет келим, а есть лишь корни келим, и потому они считаются светом без кли, как известно. Таким образом, искры, упавшие от имени АБ, опустились в Хесед: ведь Хесед — это тело и завершение келим ступени Хохма и тела Абы (гуфа де-Аба). Как пишет Учитель в ветви 22, при разбиении кли сфиры Хесед упали ахораим тела Абы; и это потому, что тело Абы представляет собой категорию головы и корень кли от тайны первого созерцания (истаклют алеф). А поскольку у света нет никакого существования без кли, для второго созерцания необходимо, чтобы от него изошел свет в кли сфиры Хесед; и тогда свет удерживается также в теле Абы, которое служит корнем для кли сфиры Хесед, как объяснялось в «Паним Меирот» там.</w:t>
      </w:r>
    </w:p>
    <w:p>
      <w:pPr>
        <w:spacing w:before="40" w:after="120"/>
        <w:jc w:val="both"/>
      </w:pPr>
      <w:r>
        <w:rPr>
          <w:rFonts w:ascii="Georgia" w:hAnsi="Georgia"/>
          <w:b w:val="0"/>
          <w:i w:val="0"/>
          <w:color w:val="000000"/>
          <w:sz w:val="24"/>
        </w:rPr>
        <w:t>Поэтому, когда разбился Хесед, сам собой аннулировался и свет тела Абы, поскольку он остался без своего завершенного кли, а у света нет существования без кли (см. там). И согласно этому становится совершенно понятно, что искры, упавшие от соударения решимо с ахораим имени АБ — то есть с упомянутым аннулированным телом Абы, — конечно же, упали в кли сфиры Хесед, чтобы оживить его. Благодаря этой силе оно сможет вернуться к своему прежнему состоянию — стать кли для имени АБ, каким оно было до разбиения; пойми это как следует. Подобным же образом искры имени САГ, то есть тела Имы (гуфа де-Има), упали в кли сфиры Гвура: ведь тело Имы — это голова и корень кли от первого созерцания, а кли сфиры Гвура — это ее второе созерцание. По этой причине кли сфиры Гвура дает существование свету тела Имы; когда же кли сфиры Гвура разбилось, аннулировалось и опустилось также тело Имы, как пишет Учитель там. И потому искры, родившиеся от соударения решимо со светом тела Имы, которое аннулировалось, конечно же, упали в кли сфиры Гвура, чтобы оживить его. А искры имени МА, то есть от совокупности самих ЗАТ, упали в кли сфиры Тиферет, которое объединяет в себе все ХАГАТ и НЕХИ, как известно; искры же имени БОН упали в кли сфиры Малхут, как с Б-жьей помощью будет сказано ниже.</w:t>
      </w:r>
    </w:p>
    <w:p>
      <w:pPr>
        <w:spacing w:before="40" w:after="120"/>
        <w:jc w:val="both"/>
      </w:pPr>
      <w:r>
        <w:rPr>
          <w:rFonts w:ascii="Georgia" w:hAnsi="Georgia"/>
          <w:b w:val="0"/>
          <w:i w:val="0"/>
          <w:color w:val="000000"/>
          <w:sz w:val="24"/>
        </w:rPr>
        <w:t xml:space="preserve">4) </w:t>
      </w:r>
      <w:r>
        <w:rPr>
          <w:rFonts w:ascii="Georgia" w:hAnsi="Georgia"/>
          <w:b/>
          <w:i w:val="0"/>
          <w:color w:val="000000"/>
          <w:sz w:val="24"/>
        </w:rPr>
        <w:t>«Вот упали десять букв имени САГ, а затем упали десять букв имени МА… опустились лишь до того места, куда сошли десять букв имени САГ…»</w:t>
      </w:r>
    </w:p>
    <w:p>
      <w:pPr>
        <w:spacing w:before="40" w:after="120"/>
        <w:jc w:val="both"/>
      </w:pPr>
      <w:r>
        <w:rPr>
          <w:rFonts w:ascii="Georgia" w:hAnsi="Georgia"/>
          <w:b w:val="0"/>
          <w:i w:val="0"/>
          <w:color w:val="000000"/>
          <w:sz w:val="24"/>
        </w:rPr>
        <w:t xml:space="preserve">Здесь требуется особое понимание относительно имени САГ, от которого в мире Ацилут осталось только четыре ступени Кетера — то есть паним и ахораим букв наполнения его имени АВАЯ, — по сравнению с именем АБ, от которого осталось шесть ступеней, как сказано выше (см. там). И нужно хорошо понять эту убыль в имени САГ по сравнению с АБ. Дело в том, что, как ты уже знаешь, это имя АВАЯ де-САГ представляет собой третью голову [мира] Некудим — ИШСУТ, который распространился и вышел на место сфирот ХАГАТ, как сказано выше (см. там). И уже объяснялось на странице 421, со слов: «И протянул…», что та Бина, которая была во второй голове Некудим и называлась там Има Илаа (высшая мать), сама вышла из ступени ГАР де-Некудим и распространилась на место ЗАТ де-Некудим, то есть в ХАГАТ, в тайне сказанного: </w:t>
      </w:r>
      <w:r>
        <w:rPr>
          <w:rFonts w:ascii="Georgia" w:hAnsi="Georgia"/>
          <w:b w:val="0"/>
          <w:i/>
          <w:color w:val="000000"/>
          <w:sz w:val="24"/>
        </w:rPr>
        <w:t>«Аба вывел Иму наружу ради сына ее»</w:t>
      </w:r>
      <w:r>
        <w:rPr>
          <w:rFonts w:ascii="Georgia" w:hAnsi="Georgia"/>
          <w:b w:val="0"/>
          <w:i w:val="0"/>
          <w:color w:val="000000"/>
          <w:sz w:val="24"/>
        </w:rPr>
        <w:t>, как написано в «Идра». И там объяснялось, что из-за этого она утратила ступень ГАР от Аба Илаа (см. там).</w:t>
      </w:r>
    </w:p>
    <w:p>
      <w:pPr>
        <w:spacing w:before="40" w:after="120"/>
        <w:jc w:val="both"/>
      </w:pPr>
      <w:r>
        <w:rPr>
          <w:rFonts w:ascii="Georgia" w:hAnsi="Georgia"/>
          <w:b w:val="0"/>
          <w:i w:val="0"/>
          <w:color w:val="000000"/>
          <w:sz w:val="24"/>
        </w:rPr>
        <w:t>И знай, что это выражается в утрате двух высших ступеней имени АВАЯ с наполнением САГ — десяти букв наполнения САГ и их рибуа, то есть пятой и шестой ступеней. Ведь когда она находилась в голове, в ГАР де-Некудим, она была равна Аба Илаа, и у нее там было шесть ступеней, как и у Абы. Однако когда она вышла наружу из головы, она утратила ступень уровня Хохма, поскольку больше не получает от ГАР де-Аба Илаа. А уровень Хохма в имени САГ определяется десятью буквами его наполнения; и именно это она потеряла вследствие своего выхода наружу, как сказано: ведь распространение КАХАБ в этом ИШСУТ происходит лишь во второй стадии (бхина бэт), что соответствует уровню Бина, а не Хохма. И выше объяснялось, что искры имени САГ упали в кли сфиры Гвура. И тебе нужно знать, что туда упали две ступени имени САГ: как ступень Има Илаа, для которой кли сфиры Гвура — это буквально ее второе созерцание и кли, так и третья голова, называемая ИШСУТ, поскольку обе они представляют собой единую Бину, как сказано выше.</w:t>
      </w:r>
    </w:p>
    <w:p>
      <w:pPr>
        <w:spacing w:before="40" w:after="120"/>
        <w:jc w:val="both"/>
      </w:pPr>
      <w:r>
        <w:rPr>
          <w:rFonts w:ascii="Georgia" w:hAnsi="Georgia"/>
          <w:b w:val="0"/>
          <w:i w:val="0"/>
          <w:color w:val="000000"/>
          <w:sz w:val="24"/>
        </w:rPr>
        <w:t>И поэтому в кли сфиры Гвура нужно различать, что добавилось в него вследствие аннулирования ахораим ИШСУТ по сравнению с теми искрами, которые уже находились там со времени аннулирования тела Има Илаа. Ведь искры ИШСУТ, несомненно, намного ниже искр Има Илаа и не принимаются в расчет под своим именем. И потому мы считаем пятую ступень у ИШСУТ, то есть имени АВАЯ де-САГ, так как лишь эта ступень представляет собой добавку искр, упавших в кли сфиры Гвура: ведь в Има Илаа осталось шесть ступеней, как и в Аба Илаа. И значит, [от нее] вовсе не падали искры от пятой ступени, представляющей собой свет нефеш уровня Хохма де-САГ. Однако в ИШСУТ, куда ступень Хохма де-ГАР не дошла, упала и пятая ступень — десять букв наполнения САГ в их собственном начертании. Пойми это как следует.</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«Когда искры одинаковы по своему существу и числу, они обе остаются там, где разбились и куда упали высшие…»</w:t>
      </w:r>
      <w:r>
        <w:rPr>
          <w:rFonts w:ascii="Georgia" w:hAnsi="Georgia"/>
          <w:b w:val="0"/>
          <w:i w:val="0"/>
          <w:color w:val="000000"/>
          <w:sz w:val="24"/>
        </w:rPr>
        <w:t xml:space="preserve"> — до конца цитаты. Смысл этого соответствует сказанному нами: искры каждого имени АВАЯ следует рассчитывать и определять лишь по двум критериям:</w:t>
      </w:r>
    </w:p>
    <w:p>
      <w:pPr>
        <w:spacing w:before="40" w:after="120"/>
        <w:jc w:val="both"/>
      </w:pPr>
      <w:r>
        <w:rPr>
          <w:rFonts w:ascii="Georgia" w:hAnsi="Georgia"/>
          <w:b w:val="0"/>
          <w:i w:val="0"/>
          <w:color w:val="000000"/>
          <w:sz w:val="24"/>
        </w:rPr>
        <w:t>1) собственное определение самого имени АВАЯ, которое проявляется только на седьмой ступени, как объяснялось выше (см. там);</w:t>
      </w:r>
    </w:p>
    <w:p>
      <w:pPr>
        <w:spacing w:before="40" w:after="120"/>
        <w:jc w:val="both"/>
      </w:pPr>
      <w:r>
        <w:rPr>
          <w:rFonts w:ascii="Georgia" w:hAnsi="Georgia"/>
          <w:b w:val="0"/>
          <w:i w:val="0"/>
          <w:color w:val="000000"/>
          <w:sz w:val="24"/>
        </w:rPr>
        <w:t>2) то, что добавилось в категории искр по сравнению с предшествующим ему именем АВАЯ. Поэтому в имени АБ мы считаем только седьмую ступень, так как это первое имя АВАЯ. Однако в САГ уже следует учитывать также те искры, которые добавились в нем по сравнению с именем АВАЯ де-АБ, — а именно пятую ступень. И потому мы считаем пятую и седьмую [ступени], что по гематрии дает 73 (</w:t>
      </w:r>
      <w:r>
        <w:rPr>
          <w:rFonts w:ascii="Georgia" w:hAnsi="Georgia" w:cs="Times New Roman"/>
          <w:b/>
          <w:i w:val="0"/>
          <w:color w:val="000000"/>
          <w:sz w:val="24"/>
          <w:rtl/>
          <w:szCs w:val="32"/>
        </w:rPr>
        <w:t>ע״ג</w:t>
      </w:r>
      <w:r>
        <w:rPr>
          <w:rFonts w:ascii="Georgia" w:hAnsi="Georgia"/>
          <w:b w:val="0"/>
          <w:i w:val="0"/>
          <w:color w:val="000000"/>
          <w:sz w:val="24"/>
        </w:rPr>
        <w:t xml:space="preserve"> = 73). Подобным же образом в имени МА следует различать собственное определение его имени АВАЯ — его седьмую ступень, а также те искры, которые добавились в нем, — третью ступень, представляющую собой числовое значение и экран для кли сфиры Кетер в нем: ведь именно это добавилось нового и упало в кли сфиры Тиферет по сравнению с кли сфиры Гвура. Однако пятая ступень имени МА уже присутствует в кли сфиры Гвура от имени АВАЯ де-САГ, являющегося головой и корнем для МА. И потому искры пятой ступени имени МА тоже упали в кли сфиры Гвура, которое выше по достоинству, чем Тиферет. Ведь существует общее правило: каждый свет, опускающийся к нижнему, занимает в нем место наиболее чистого кли — по этой причине между светами и келим всегда существует обратная зависимость, как сказано выше.</w:t>
      </w:r>
    </w:p>
    <w:p>
      <w:pPr>
        <w:spacing w:before="40" w:after="120"/>
        <w:jc w:val="both"/>
      </w:pPr>
      <w:r>
        <w:rPr>
          <w:rFonts w:ascii="Georgia" w:hAnsi="Georgia"/>
          <w:b w:val="0"/>
          <w:i w:val="0"/>
          <w:color w:val="000000"/>
          <w:sz w:val="24"/>
        </w:rPr>
        <w:t xml:space="preserve">И об этом сказано: </w:t>
      </w:r>
      <w:r>
        <w:rPr>
          <w:rFonts w:ascii="Georgia" w:hAnsi="Georgia"/>
          <w:b/>
          <w:i w:val="0"/>
          <w:color w:val="000000"/>
          <w:sz w:val="24"/>
        </w:rPr>
        <w:t>«И хотя десять букв имени МА уступают по ступени десяти буквам имени САГ, тем не менее при падении вниз они опустились лишь до того места, куда сошли десять букв имени САГ, и там смешались и связались с ними…»</w:t>
      </w:r>
      <w:r>
        <w:rPr>
          <w:rFonts w:ascii="Georgia" w:hAnsi="Georgia"/>
          <w:b w:val="0"/>
          <w:i w:val="0"/>
          <w:color w:val="000000"/>
          <w:sz w:val="24"/>
        </w:rPr>
        <w:t xml:space="preserve"> — до конца цитаты. И это именно так, как мы сказали: поскольку между ними нет никакого различия по ступени (ведь обе они — пятая ступень), и к тому же МА — это ветвь от САГ, а Гвура выше по достоинству, чем Тиферет, то, безусловно, искры пятой ступени имени МА также упали в кли сфиры Гвура. А в кли сфиры Тиферет различается лишь третья ступень, являющаяся добавкой, а также его собственное определение — седьмая ступень; вместе они по гематрии составляют 71 (</w:t>
      </w:r>
      <w:r>
        <w:rPr>
          <w:rFonts w:ascii="Georgia" w:hAnsi="Georgia" w:cs="Times New Roman"/>
          <w:b/>
          <w:i w:val="0"/>
          <w:color w:val="000000"/>
          <w:sz w:val="24"/>
          <w:rtl/>
          <w:szCs w:val="32"/>
        </w:rPr>
        <w:t>ע״א</w:t>
      </w:r>
      <w:r>
        <w:rPr>
          <w:rFonts w:ascii="Georgia" w:hAnsi="Georgia"/>
          <w:b w:val="0"/>
          <w:i w:val="0"/>
          <w:color w:val="000000"/>
          <w:sz w:val="24"/>
        </w:rPr>
        <w:t xml:space="preserve"> = 71).</w:t>
      </w:r>
    </w:p>
    <w:p>
      <w:pPr>
        <w:spacing w:before="40" w:after="120"/>
        <w:jc w:val="both"/>
      </w:pPr>
      <w:r>
        <w:rPr>
          <w:rFonts w:ascii="Georgia" w:hAnsi="Georgia"/>
          <w:b w:val="0"/>
          <w:i w:val="0"/>
          <w:color w:val="000000"/>
          <w:sz w:val="24"/>
        </w:rPr>
        <w:t xml:space="preserve">6) </w:t>
      </w:r>
      <w:r>
        <w:rPr>
          <w:rFonts w:ascii="Georgia" w:hAnsi="Georgia"/>
          <w:b/>
          <w:i w:val="0"/>
          <w:color w:val="000000"/>
          <w:sz w:val="24"/>
        </w:rPr>
        <w:t>«Теперь нам остается объяснить число 72 четвертой [ступени] имени БОН, относящейся к Малхут…»</w:t>
      </w:r>
    </w:p>
    <w:p>
      <w:pPr>
        <w:spacing w:before="40" w:after="120"/>
        <w:jc w:val="both"/>
      </w:pPr>
      <w:r>
        <w:rPr>
          <w:rFonts w:ascii="Georgia" w:hAnsi="Georgia"/>
          <w:b w:val="0"/>
          <w:i w:val="0"/>
          <w:color w:val="000000"/>
          <w:sz w:val="24"/>
        </w:rPr>
        <w:t>Ты поймешь это также на основании уже объясненного: считать следует только определение имени АВАЯ, то есть седьмую ступень, а также добавку ступеней искр в нем. Поэтому относительно имени АВАЯ де-БОН ты уже знаешь, что в нем нет седьмой ступени самой по себе, но лишь вместе с МА, поскольку они оба происходят от соударения на экране первой стадии. Ведь уровень Хохма, то есть АБ, происходит от экрана третьей стадии; уровень Бина, то есть САГ, происходит от экрана второй стадии; тогда как МА и БОН оба вместе представляют собой десять сфирот, выходящих от экрана первой стадии. Следовательно, седьмая ступень имени АВАЯ де-МА является также и определением имени АВАЯ де-БОН. А поскольку БОН всегда считается стороной ахораим имени МА, оно определяется числом простого рибуа, являющегося стороной ахораим третьей ступени имени МА, лишь со стороны имеющейся в нем добавки искр.</w:t>
      </w:r>
    </w:p>
    <w:p>
      <w:pPr>
        <w:spacing w:before="40" w:after="120"/>
        <w:jc w:val="both"/>
      </w:pPr>
      <w:r>
        <w:rPr>
          <w:rFonts w:ascii="Georgia" w:hAnsi="Georgia"/>
          <w:b w:val="0"/>
          <w:i w:val="0"/>
          <w:color w:val="000000"/>
          <w:sz w:val="24"/>
        </w:rPr>
        <w:t>Таким образом, во всей добавке искр, упавших в кли сфиры Тиферет, в каждой отдельной искре различаются сторона паним и сторона ахораим: сторона паним искры относится к имени МА, а сторона ахораим — к имени БОН. И все это потому, что на самом деле они оба составляют одно имя АВАЯ, ведь имя АВАЯ де-БОН рассматривается в тайне Меарат а-Махпела, что означает две буквы хэй: первую букву хэй (</w:t>
      </w:r>
      <w:r>
        <w:rPr>
          <w:rFonts w:ascii="Georgia" w:hAnsi="Georgia" w:cs="Times New Roman"/>
          <w:b/>
          <w:i w:val="0"/>
          <w:color w:val="000000"/>
          <w:sz w:val="24"/>
          <w:rtl/>
          <w:szCs w:val="32"/>
        </w:rPr>
        <w:t>ה״ר</w:t>
      </w:r>
      <w:r>
        <w:rPr>
          <w:rFonts w:ascii="Georgia" w:hAnsi="Georgia"/>
          <w:b w:val="0"/>
          <w:i w:val="0"/>
          <w:color w:val="000000"/>
          <w:sz w:val="24"/>
        </w:rPr>
        <w:t>) и нижнюю букву хэй (</w:t>
      </w:r>
      <w:r>
        <w:rPr>
          <w:rFonts w:ascii="Georgia" w:hAnsi="Georgia" w:cs="Times New Roman"/>
          <w:b/>
          <w:i w:val="0"/>
          <w:color w:val="000000"/>
          <w:sz w:val="24"/>
          <w:rtl/>
          <w:szCs w:val="32"/>
        </w:rPr>
        <w:t>ה״ת</w:t>
      </w:r>
      <w:r>
        <w:rPr>
          <w:rFonts w:ascii="Georgia" w:hAnsi="Georgia"/>
          <w:b w:val="0"/>
          <w:i w:val="0"/>
          <w:color w:val="000000"/>
          <w:sz w:val="24"/>
        </w:rPr>
        <w:t>), включенные в имя АВАЯ де-БОН в тайне объединения свойства милосердия с судом, как сказано в предыдущих ветвях. И именно это она получает от имени МА в качестве своего состояния паним, как с Б-жьей помощью будет сказано на своем месте. Исходя из этого ты поймешь также, почему [Учитель] не считает вторую ступень имени БОН. Ведь казалось бы, она представляет собой добавку искр по сравнению с именем МА.</w:t>
      </w:r>
    </w:p>
    <w:p>
      <w:pPr>
        <w:spacing w:before="40" w:after="120"/>
        <w:jc w:val="both"/>
      </w:pPr>
      <w:r>
        <w:rPr>
          <w:rFonts w:ascii="Georgia" w:hAnsi="Georgia"/>
          <w:b w:val="0"/>
          <w:i w:val="0"/>
          <w:color w:val="000000"/>
          <w:sz w:val="24"/>
        </w:rPr>
        <w:t>Однако ответ соответствует сказанному выше: МА и БОН не являются двумя отдельными уровнями соударения, подобно АБ и САГ, и потому здесь вообще нет искр, которые были бы обособлены для имени БОН — ведь искры рождаются только от нового зивуга; как же тогда у БОН могла бы возникнуть добавка искр по сравнению с МА? Напротив, БОН считается стороной ахораим от искр имени МА, что и определяется четвертой ступенью, как сказано выше.</w:t>
      </w:r>
    </w:p>
    <w:p>
      <w:r>
        <w:br w:type="page"/>
      </w:r>
    </w:p>
    <w:p>
      <w:pPr>
        <w:keepNext/>
        <w:spacing w:before="360" w:after="160"/>
        <w:jc w:val="center"/>
      </w:pPr>
      <w:r>
        <w:rPr>
          <w:rFonts w:ascii="Georgia" w:hAnsi="Georgia"/>
          <w:b w:val="0"/>
          <w:i w:val="0"/>
          <w:color w:val="000000"/>
          <w:sz w:val="40"/>
        </w:rPr>
        <w:t>Ветвь 34</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Теперь нам осталось разобрать один вопрос. Как говорилось выше, от [сфирот] Хесед и Гвура, от Тиферет и Малхут опустились 288 искр (РАПАХ), то есть четырежды АБ (4 × 72). И теперь необходимо выяснить следующее: ведь неизбежно, что и от НЕХИ опустились искры; в чем же тогда их суть, и если они опустились вниз, почему они также не вошли и не были включены в число искр?</w:t>
      </w:r>
    </w:p>
    <w:p>
      <w:pPr>
        <w:spacing w:before="40" w:after="120"/>
        <w:jc w:val="both"/>
      </w:pPr>
      <w:r>
        <w:rPr>
          <w:rFonts w:ascii="Georgia" w:hAnsi="Georgia"/>
          <w:b w:val="0"/>
          <w:i w:val="0"/>
          <w:color w:val="000000"/>
          <w:sz w:val="24"/>
        </w:rPr>
        <w:t>2) Сначала объясним, какова природа искр, опустившихся от них. Известно, что Нецах и Ход представляют собой две половины тела, как упоминалось выше. Поэтому в каждой из них нет полного имени АВАЯ, но лишь одно имя АВАЯ на обе [сфиры] вместе. Получается, что половина АВАЯ — это свет Нецаха, а половина АВАЯ — свет Хода. Понятно, что когда имя АВАЯ делится надвое, самостоятельным именем считается лишь его верхняя половина, то есть две буквы: йод и хэй (</w:t>
      </w:r>
      <w:r>
        <w:rPr>
          <w:rFonts w:ascii="Georgia" w:hAnsi="Georgia" w:cs="Times New Roman"/>
          <w:b/>
          <w:i w:val="0"/>
          <w:color w:val="000000"/>
          <w:sz w:val="24"/>
          <w:rtl/>
          <w:szCs w:val="32"/>
        </w:rPr>
        <w:t>י״ה</w:t>
      </w:r>
      <w:r>
        <w:rPr>
          <w:rFonts w:ascii="Georgia" w:hAnsi="Georgia"/>
          <w:b w:val="0"/>
          <w:i w:val="0"/>
          <w:color w:val="000000"/>
          <w:sz w:val="24"/>
        </w:rPr>
        <w:t xml:space="preserve">), как сказано: </w:t>
      </w:r>
      <w:r>
        <w:rPr>
          <w:rFonts w:ascii="Georgia" w:hAnsi="Georgia"/>
          <w:b w:val="0"/>
          <w:i/>
          <w:color w:val="000000"/>
          <w:sz w:val="24"/>
        </w:rPr>
        <w:t>«Ибо рука на престоле Г-спода…»</w:t>
      </w:r>
      <w:r>
        <w:rPr>
          <w:rFonts w:ascii="Georgia" w:hAnsi="Georgia"/>
          <w:b w:val="0"/>
          <w:i w:val="0"/>
          <w:color w:val="000000"/>
          <w:sz w:val="24"/>
        </w:rPr>
        <w:t xml:space="preserve"> (Шмот 17:16), ведь две буквы вав и хэй (</w:t>
      </w:r>
      <w:r>
        <w:rPr>
          <w:rFonts w:ascii="Georgia" w:hAnsi="Georgia" w:cs="Times New Roman"/>
          <w:b/>
          <w:i w:val="0"/>
          <w:color w:val="000000"/>
          <w:sz w:val="24"/>
          <w:rtl/>
          <w:szCs w:val="32"/>
        </w:rPr>
        <w:t>ו״ה</w:t>
      </w:r>
      <w:r>
        <w:rPr>
          <w:rFonts w:ascii="Georgia" w:hAnsi="Georgia"/>
          <w:b w:val="0"/>
          <w:i w:val="0"/>
          <w:color w:val="000000"/>
          <w:sz w:val="24"/>
        </w:rPr>
        <w:t>) отдельного имени не составляют. Таким образом, Нецах называется именем ЙА, и так же Ход, и так же Есод — ЙА, поскольку Есод не является самостоятельной стадией, но лишь свечением, вобравшим в себя высшие света, как известно.</w:t>
      </w:r>
    </w:p>
    <w:p>
      <w:pPr>
        <w:spacing w:before="40" w:after="120"/>
        <w:jc w:val="both"/>
      </w:pPr>
      <w:r>
        <w:rPr>
          <w:rFonts w:ascii="Georgia" w:hAnsi="Georgia"/>
          <w:b w:val="0"/>
          <w:i w:val="0"/>
          <w:color w:val="000000"/>
          <w:sz w:val="24"/>
        </w:rPr>
        <w:t>3) Есть и другая причина, раскрывающая то, что мы объясняем: два Есода Аба ве-Има облачаются внутрь Зеир Анпина (ЗА), и в каждом из них есть пять хасадим и пять гвурот. Пять хасадим Есода Имы распространяются в ЗА: в его Хесед, Гвуру, Тиферет, Нецах и Ход. А пять гвурот Есода Имы, как и пять хасадим и пять гвурот Есода Абы, которые не раскрылись и не вышли наружу, спускаются в Есод де-ЗА. Ты уже знаешь, что Есод Абы заканчивается в самом Есод де-ЗА. Таким образом, в Есод де-ЗА есть пятнадцать [светов] хасадим и гвурот, число которых равно [гематрии имени] ЙА (</w:t>
      </w:r>
      <w:r>
        <w:rPr>
          <w:rFonts w:ascii="Georgia" w:hAnsi="Georgia" w:cs="Times New Roman"/>
          <w:b/>
          <w:i w:val="0"/>
          <w:color w:val="000000"/>
          <w:sz w:val="24"/>
          <w:rtl/>
          <w:szCs w:val="32"/>
        </w:rPr>
        <w:t>י״ה</w:t>
      </w:r>
      <w:r>
        <w:rPr>
          <w:rFonts w:ascii="Georgia" w:hAnsi="Georgia"/>
          <w:b w:val="0"/>
          <w:i w:val="0"/>
          <w:color w:val="000000"/>
          <w:sz w:val="24"/>
        </w:rPr>
        <w:t xml:space="preserve"> = 15).</w:t>
      </w:r>
    </w:p>
    <w:p>
      <w:pPr>
        <w:spacing w:before="40" w:after="120"/>
        <w:jc w:val="both"/>
      </w:pPr>
      <w:r>
        <w:rPr>
          <w:rFonts w:ascii="Georgia" w:hAnsi="Georgia"/>
          <w:b w:val="0"/>
          <w:i w:val="0"/>
          <w:color w:val="000000"/>
          <w:sz w:val="24"/>
        </w:rPr>
        <w:t>4) И еще одна причина, касающаяся самих пяти хасадим, распространяющихся в ЗА со стороны есода Имы. Ведь мы уже объясняли, что у хасадим де-ЗА есть три состояния:</w:t>
      </w:r>
    </w:p>
    <w:p>
      <w:pPr>
        <w:pStyle w:val="ListNumber"/>
        <w:spacing w:before="20" w:after="40"/>
      </w:pPr>
      <w:r>
        <w:rPr>
          <w:rFonts w:ascii="Georgia" w:hAnsi="Georgia"/>
          <w:b w:val="0"/>
          <w:i w:val="0"/>
          <w:color w:val="000000"/>
          <w:sz w:val="24"/>
        </w:rPr>
        <w:t>вверху, на месте Даат де-ЗА, поскольку там находится корень хасадим;</w:t>
      </w:r>
    </w:p>
    <w:p>
      <w:pPr>
        <w:pStyle w:val="ListNumber"/>
        <w:spacing w:before="20" w:after="40"/>
      </w:pPr>
      <w:r>
        <w:rPr>
          <w:rFonts w:ascii="Georgia" w:hAnsi="Georgia"/>
          <w:b w:val="0"/>
          <w:i w:val="0"/>
          <w:color w:val="000000"/>
          <w:sz w:val="24"/>
        </w:rPr>
        <w:t>затем от их свечения распространяются пять хасадим от его Хеседа до его Хода;</w:t>
      </w:r>
    </w:p>
    <w:p>
      <w:pPr>
        <w:pStyle w:val="ListNumber"/>
        <w:spacing w:before="20" w:after="40"/>
      </w:pPr>
      <w:r>
        <w:rPr>
          <w:rFonts w:ascii="Georgia" w:hAnsi="Georgia"/>
          <w:b w:val="0"/>
          <w:i w:val="0"/>
          <w:color w:val="000000"/>
          <w:sz w:val="24"/>
        </w:rPr>
        <w:t>а затем от свечения распространившихся хасадим их свет собирается в Есод де-ЗА в виде пяти других хасадим — и по этой причине Есод называется «Все» (</w:t>
      </w:r>
      <w:r>
        <w:rPr>
          <w:rFonts w:ascii="Georgia" w:hAnsi="Georgia"/>
          <w:b w:val="0"/>
          <w:i/>
          <w:color w:val="000000"/>
          <w:sz w:val="24"/>
        </w:rPr>
        <w:t>Коль</w:t>
      </w:r>
      <w:r>
        <w:rPr>
          <w:rFonts w:ascii="Georgia" w:hAnsi="Georgia"/>
          <w:b w:val="0"/>
          <w:i w:val="0"/>
          <w:color w:val="000000"/>
          <w:sz w:val="24"/>
        </w:rPr>
        <w:t xml:space="preserve">, </w:t>
      </w:r>
      <w:r>
        <w:rPr>
          <w:rFonts w:ascii="Georgia" w:hAnsi="Georgia" w:cs="Times New Roman"/>
          <w:b/>
          <w:i w:val="0"/>
          <w:color w:val="000000"/>
          <w:sz w:val="24"/>
          <w:rtl/>
          <w:szCs w:val="32"/>
        </w:rPr>
        <w:t>כֹּל</w:t>
      </w:r>
      <w:r>
        <w:rPr>
          <w:rFonts w:ascii="Georgia" w:hAnsi="Georgia"/>
          <w:b w:val="0"/>
          <w:i w:val="0"/>
          <w:color w:val="000000"/>
          <w:sz w:val="24"/>
        </w:rPr>
        <w:t>), как известно.</w:t>
      </w:r>
    </w:p>
    <w:p>
      <w:pPr>
        <w:spacing w:before="40" w:after="120"/>
        <w:jc w:val="both"/>
      </w:pPr>
      <w:r>
        <w:rPr>
          <w:rFonts w:ascii="Georgia" w:hAnsi="Georgia"/>
          <w:b w:val="0"/>
          <w:i w:val="0"/>
          <w:color w:val="000000"/>
          <w:sz w:val="24"/>
        </w:rPr>
        <w:t>И вот, [вместе] это пятнадцать хасадим — по числу ЙА (</w:t>
      </w:r>
      <w:r>
        <w:rPr>
          <w:rFonts w:ascii="Georgia" w:hAnsi="Georgia" w:cs="Times New Roman"/>
          <w:b/>
          <w:i w:val="0"/>
          <w:color w:val="000000"/>
          <w:sz w:val="24"/>
          <w:rtl/>
          <w:szCs w:val="32"/>
        </w:rPr>
        <w:t>י״ה</w:t>
      </w:r>
      <w:r>
        <w:rPr>
          <w:rFonts w:ascii="Georgia" w:hAnsi="Georgia"/>
          <w:b w:val="0"/>
          <w:i w:val="0"/>
          <w:color w:val="000000"/>
          <w:sz w:val="24"/>
        </w:rPr>
        <w:t xml:space="preserve"> = 15). Получается, что НЕХИ — это не полные имена АВАЯ, а три имени ЙА, как сказано выше.</w:t>
      </w:r>
    </w:p>
    <w:p>
      <w:pPr>
        <w:spacing w:before="40" w:after="120"/>
        <w:jc w:val="both"/>
      </w:pPr>
      <w:r>
        <w:rPr>
          <w:rFonts w:ascii="Georgia" w:hAnsi="Georgia"/>
          <w:b w:val="0"/>
          <w:i w:val="0"/>
          <w:color w:val="000000"/>
          <w:sz w:val="24"/>
        </w:rPr>
        <w:t>5) Все те ступени, которые мы описали выше относительно имени АВАЯ, есть также и в имени ЙА. И подобно тому, что опустилось от имени МА, точно так же опустилось и от трех упомянутых имен ЙА: ведь в Ацилуте остались только две первые ступени — сами две буквы: йод и хэй (</w:t>
      </w:r>
      <w:r>
        <w:rPr>
          <w:rFonts w:ascii="Georgia" w:hAnsi="Georgia" w:cs="Times New Roman"/>
          <w:b/>
          <w:i w:val="0"/>
          <w:color w:val="000000"/>
          <w:sz w:val="24"/>
          <w:rtl/>
          <w:szCs w:val="32"/>
        </w:rPr>
        <w:t>י״ה</w:t>
      </w:r>
      <w:r>
        <w:rPr>
          <w:rFonts w:ascii="Georgia" w:hAnsi="Georgia"/>
          <w:b w:val="0"/>
          <w:i w:val="0"/>
          <w:color w:val="000000"/>
          <w:sz w:val="24"/>
        </w:rPr>
        <w:t>), а также их ахораим исключительно в виде букв, то есть йод (</w:t>
      </w:r>
      <w:r>
        <w:rPr>
          <w:rFonts w:ascii="Georgia" w:hAnsi="Georgia" w:cs="Times New Roman"/>
          <w:b/>
          <w:i w:val="0"/>
          <w:color w:val="000000"/>
          <w:sz w:val="24"/>
          <w:rtl/>
          <w:szCs w:val="32"/>
        </w:rPr>
        <w:t>י</w:t>
      </w:r>
      <w:r>
        <w:rPr>
          <w:rFonts w:ascii="Georgia" w:hAnsi="Georgia"/>
          <w:b w:val="0"/>
          <w:i w:val="0"/>
          <w:color w:val="000000"/>
          <w:sz w:val="24"/>
        </w:rPr>
        <w:t>), йод-хэй (</w:t>
      </w:r>
      <w:r>
        <w:rPr>
          <w:rFonts w:ascii="Georgia" w:hAnsi="Georgia" w:cs="Times New Roman"/>
          <w:b/>
          <w:i w:val="0"/>
          <w:color w:val="000000"/>
          <w:sz w:val="24"/>
          <w:rtl/>
          <w:szCs w:val="32"/>
        </w:rPr>
        <w:t>י״ה</w:t>
      </w:r>
      <w:r>
        <w:rPr>
          <w:rFonts w:ascii="Georgia" w:hAnsi="Georgia"/>
          <w:b w:val="0"/>
          <w:i w:val="0"/>
          <w:color w:val="000000"/>
          <w:sz w:val="24"/>
        </w:rPr>
        <w:t>). Начиная же с третьей ступени и ниже, включая ее саму, все опустились в [мир] Брия — подобно тому, как опустилось от Тиферет, представляющей собой имя МА.</w:t>
      </w:r>
    </w:p>
    <w:p>
      <w:pPr>
        <w:spacing w:before="40" w:after="120"/>
        <w:jc w:val="both"/>
      </w:pPr>
      <w:r>
        <w:rPr>
          <w:rFonts w:ascii="Georgia" w:hAnsi="Georgia"/>
          <w:b w:val="0"/>
          <w:i w:val="0"/>
          <w:color w:val="000000"/>
          <w:sz w:val="24"/>
        </w:rPr>
        <w:t>6) Причина же того, почему все эти искры не упоминаются отдельно, подобно тому как были упомянуты остальные искры, заключается в следующем: все искры, опустившиеся от НЕХИ, соединяются с искрами Тиферет. А выше уже говорилось, что все, соединяющееся с тем, что выше него, не именуется отдельно.</w:t>
      </w:r>
    </w:p>
    <w:p>
      <w:pPr>
        <w:spacing w:before="40" w:after="120"/>
        <w:jc w:val="both"/>
      </w:pPr>
      <w:r>
        <w:rPr>
          <w:rFonts w:ascii="Georgia" w:hAnsi="Georgia"/>
          <w:b w:val="0"/>
          <w:i w:val="0"/>
          <w:color w:val="000000"/>
          <w:sz w:val="24"/>
        </w:rPr>
        <w:t>7) Что касается искр их ахораим, то нет необходимости объяснять, почему они не были сосчитаны: ведь уже объяснялось, что там, где сосчитан паним, ахораим не считаются. Однако относительно свойства паним необходимо объяснить, как они связываются со ступенью выше них, по причине чего и не были сосчитаны, как сказано выше. Ведь они представляют собой трижды ЙА (3 × 15), что составляет 45 (</w:t>
      </w:r>
      <w:r>
        <w:rPr>
          <w:rFonts w:ascii="Georgia" w:hAnsi="Georgia" w:cs="Times New Roman"/>
          <w:b/>
          <w:i w:val="0"/>
          <w:color w:val="000000"/>
          <w:sz w:val="24"/>
          <w:rtl/>
          <w:szCs w:val="32"/>
        </w:rPr>
        <w:t>מ״ה</w:t>
      </w:r>
      <w:r>
        <w:rPr>
          <w:rFonts w:ascii="Georgia" w:hAnsi="Georgia"/>
          <w:b w:val="0"/>
          <w:i w:val="0"/>
          <w:color w:val="000000"/>
          <w:sz w:val="24"/>
        </w:rPr>
        <w:t>), и потому их искры соединяются с искрами МА, как сказано выше. И хотя числовые значения их [букв] не одинаковы — ведь расчет одного исходит из наполнения (милуй), а расчет другого — из простого [написания], — в этом нет никакого затруднения, как с Б-жьей помощью будет сказано далее. Сейчас цель состоит лишь в том, чтобы найти способ их соединения вместе, пусть даже их расчеты и не равны.</w:t>
      </w:r>
    </w:p>
    <w:p>
      <w:pPr>
        <w:spacing w:before="40" w:after="120"/>
        <w:jc w:val="both"/>
      </w:pPr>
      <w:r>
        <w:rPr>
          <w:rFonts w:ascii="Georgia" w:hAnsi="Georgia"/>
          <w:b w:val="0"/>
          <w:i w:val="0"/>
          <w:color w:val="000000"/>
          <w:sz w:val="24"/>
        </w:rPr>
        <w:t>8) Кроме того, наполнение трех вышеупомянутых имен ЙА производится через алеф, поскольку эти НЕХИ — это НЕХИ Зеир Анпина, относящегося к наполнению алеф. А имя ЙА с наполнением алеф по гематрии равно 26 (</w:t>
      </w:r>
      <w:r>
        <w:rPr>
          <w:rFonts w:ascii="Georgia" w:hAnsi="Georgia" w:cs="Times New Roman"/>
          <w:b/>
          <w:i w:val="0"/>
          <w:color w:val="000000"/>
          <w:sz w:val="24"/>
          <w:rtl/>
          <w:szCs w:val="32"/>
        </w:rPr>
        <w:t>כ״ו</w:t>
      </w:r>
      <w:r>
        <w:rPr>
          <w:rFonts w:ascii="Georgia" w:hAnsi="Georgia"/>
          <w:b w:val="0"/>
          <w:i w:val="0"/>
          <w:color w:val="000000"/>
          <w:sz w:val="24"/>
        </w:rPr>
        <w:t>); поэтому оно соединяется с именем МА на его третьей ступени, числовое значение которой также 26, пусть даже по своей сути они и не одинаковы.</w:t>
      </w:r>
    </w:p>
    <w:p>
      <w:pPr>
        <w:spacing w:before="40" w:after="120"/>
        <w:jc w:val="both"/>
      </w:pPr>
      <w:r>
        <w:rPr>
          <w:rFonts w:ascii="Georgia" w:hAnsi="Georgia"/>
          <w:b w:val="0"/>
          <w:i w:val="0"/>
          <w:color w:val="000000"/>
          <w:sz w:val="24"/>
        </w:rPr>
        <w:t>9) Суть же в том, что, как мы уже объясняли, десять букв наполнения имени МА, относящегося к Тиферет, поднялись наверх вместе с десятью буквами [наполнения имени] САГ и соединились с ними. И здесь возникает опасение: коль скоро эти десять букв поднялись наверх, как бы вместе с ними не поднялось и их числовое значение, равное 45 (МА), то есть седьмая ступень, — ведь число следует за буквами, которые служат его корнем. Если же поднимется и оно, то кли сфиры Тиферет окажется в наихудшем состоянии — совершенно пустым, лишенным искр, и его невозможно будет исправить при исправлении остальных келим. Поэтому искры НЕХИ поднимаются вверх, в Тиферет, чтобы связаться с числом 45 — седьмой ступенью Тиферет, и тогда это число не поднимется наверх, к имени САГ. И поскольку подъем этих искр обусловлен только этой причиной, нет оснований требовать, чтобы их расчеты наверху были строго равны: ведь они поднимаются ради упомянутого в любом случае.</w:t>
      </w:r>
    </w:p>
    <w:p>
      <w:pPr>
        <w:spacing w:before="40" w:after="120"/>
        <w:jc w:val="both"/>
      </w:pPr>
      <w:r>
        <w:rPr>
          <w:rFonts w:ascii="Georgia" w:hAnsi="Georgia"/>
          <w:b w:val="0"/>
          <w:i w:val="0"/>
          <w:color w:val="000000"/>
          <w:sz w:val="24"/>
        </w:rPr>
        <w:t>10) И если ты спросишь: почему по отношению к имени АБ мы не опасаемся, что числовое значение имени АБ, являющееся седьмой ступенью, поднимется вслед за своим корнем — пятой ступенью АБ, представляющей собой десять букв наполнения АБ? И из-за этого опасения следовало бы подняться также десяти буквам наполнения САГ наверх вместе с ними, чтобы удержать их от подъема! Ответ таков: там, в имени АБ, десять букв наполнения вообще не опускались в [мир] Брия, но остались в Ацилуте, и лишь их числовое значение опустилось в Брию. Поэтому нет опасения, что они поднимутся, ведь [ступени] не поднимаются сами по себе из одного мира в другой, поскольку не способны на это. Тем более что они поневоле опустились из Ацилута в Брию из-за отсутствия сил устоять там, и разбились, — как же они теперь поднимутся в Ацилут после того, как разбились и упали? Однако числовое значение имени МА способно подняться к своему корню — десяти буквам МА, которые поднялись и связались с десятью буквами САГ, поскольку все они пребывают в Брие и могут подняться.</w:t>
      </w:r>
    </w:p>
    <w:p>
      <w:pPr>
        <w:spacing w:before="40" w:after="120"/>
        <w:jc w:val="both"/>
      </w:pPr>
      <w:r>
        <w:rPr>
          <w:rFonts w:ascii="Georgia" w:hAnsi="Georgia"/>
          <w:b w:val="0"/>
          <w:i w:val="0"/>
          <w:color w:val="000000"/>
          <w:sz w:val="24"/>
        </w:rPr>
        <w:t>11) И нужно пояснить: коль скоро причина подъема искр НЕХИ к имени МА состоит лишь в том, чтобы его числовое значение не поднялось вслед за своим корнем, который поднялся вместе с десятью буквами САГ, — значит, в этих НЕХИ за счет наполнения должно было бы найтись десять букв, чтобы послужить заменой тем десяти буквам МА, которые поднялись. Но суть в том, что в двух именах ЙА в их наполнении как раз есть десять букв, и они встают на место тех десяти букв наполнения МА, которые поднялись к имени САГ, как сказано выше. И хотя здесь три имени ЙА, и, следовательно, в их наполнении пятнадцать букв, строгое требование имеет силу лишь тогда, когда их букв меньше десяти; если же их больше десяти, в этом нет никакого затруднения.</w:t>
      </w:r>
    </w:p>
    <w:p>
      <w:pPr>
        <w:spacing w:before="40" w:after="120"/>
        <w:jc w:val="both"/>
      </w:pPr>
      <w:r>
        <w:rPr>
          <w:rFonts w:ascii="Georgia" w:hAnsi="Georgia"/>
          <w:b w:val="0"/>
          <w:i w:val="0"/>
          <w:color w:val="000000"/>
          <w:sz w:val="24"/>
        </w:rPr>
        <w:t>12) Получается, что абсолютно все искры НЕХИ поднялись и соединились с искрами имени МА в Тиферет. Поэтому в счет входят только искры четырех имен: АБ, САГ, МА и БОН, составляющие 288 (РАПАХ), как сказано выше. При этом первые три свойства АБ относятся к паним, а четвертый АБ — это свойство ахораим, и вместе все они составляют 288 искр (РАПАХ), о которых мы упоминаем повсюду в нашем труде. И теперь ты поймешь и увидишь, как келим НЕХИ остались без собственных искр, и потому питание клипот происходит именно от них.</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1) </w:t>
      </w:r>
      <w:r>
        <w:rPr>
          <w:rFonts w:ascii="Georgia" w:hAnsi="Georgia"/>
          <w:b/>
          <w:i w:val="0"/>
          <w:color w:val="000000"/>
          <w:sz w:val="24"/>
        </w:rPr>
        <w:t>«Неизбежно, что и от НЕХИ опустились искры...»</w:t>
      </w:r>
      <w:r>
        <w:rPr>
          <w:rFonts w:ascii="Georgia" w:hAnsi="Georgia"/>
          <w:b w:val="0"/>
          <w:i w:val="0"/>
          <w:color w:val="000000"/>
          <w:sz w:val="24"/>
        </w:rPr>
        <w:t xml:space="preserve"> На первый взгляд здесь можно удивиться: ведь он уже сосчитал имя АВАЯ де-МА, а известно, что АВАЯ де-МА включает в себя ХАГАТ и НЕХИ вместе; какая же тогда необходимость в том, чтобы от НЕХИ опустились особые искры, и зачем спрашивать о месте их падения?</w:t>
      </w:r>
    </w:p>
    <w:p>
      <w:pPr>
        <w:spacing w:before="40" w:after="120"/>
        <w:jc w:val="both"/>
      </w:pPr>
      <w:r>
        <w:rPr>
          <w:rFonts w:ascii="Georgia" w:hAnsi="Georgia"/>
          <w:b w:val="0"/>
          <w:i w:val="0"/>
          <w:color w:val="000000"/>
          <w:sz w:val="24"/>
        </w:rPr>
        <w:t>Понять это можно из объясненного в «Паним Меирот» (стр. 458, со слов «И здесь...»), где сказано, что существует огромное различие между ХАГАТ и НЕХИ мира Некудим и ХАГАТ и НЕХИ мира Ацилут. Ведь ХАГАТ и НЕХИ Ацилута всегда приходят связанными в одну ступень, тогда как в Некудим ХАГАТ протянулись от тела (гуфа) и второго созерцания (истаклют бэт) высших Аба ве-Има (см. там), а НЕХИ протянулись от тела и второго созерцания ИШСУТ (см. там подробно).</w:t>
      </w:r>
    </w:p>
    <w:p>
      <w:pPr>
        <w:spacing w:before="40" w:after="120"/>
        <w:jc w:val="both"/>
      </w:pPr>
      <w:r>
        <w:rPr>
          <w:rFonts w:ascii="Georgia" w:hAnsi="Georgia"/>
          <w:b w:val="0"/>
          <w:i w:val="0"/>
          <w:color w:val="000000"/>
          <w:sz w:val="24"/>
        </w:rPr>
        <w:t>И об этом сказано: «Неизбежно, что и от НЕХИ опустились искры...» — то есть необходимо различать в имени МА два свойства:</w:t>
      </w:r>
    </w:p>
    <w:p>
      <w:pPr>
        <w:spacing w:before="40" w:after="120"/>
        <w:jc w:val="both"/>
      </w:pPr>
      <w:r>
        <w:rPr>
          <w:rFonts w:ascii="Georgia" w:hAnsi="Georgia"/>
          <w:b w:val="0"/>
          <w:i w:val="0"/>
          <w:color w:val="000000"/>
          <w:sz w:val="24"/>
        </w:rPr>
        <w:t>1) со стороны ХАГАТ в нем, исходящих от высших Аба ве-Има; 2) со стороны НЕХИ в нем, исходящих от ИШСУТ, — ведь между этими двумя свойствами имени МА есть огромное расстояние, как сказано там.</w:t>
      </w:r>
    </w:p>
    <w:p>
      <w:pPr>
        <w:spacing w:before="40" w:after="120"/>
        <w:jc w:val="both"/>
      </w:pPr>
      <w:r>
        <w:rPr>
          <w:rFonts w:ascii="Georgia" w:hAnsi="Georgia"/>
          <w:b w:val="0"/>
          <w:i w:val="0"/>
          <w:color w:val="000000"/>
          <w:sz w:val="24"/>
        </w:rPr>
        <w:t>И именно это он объясняет далее, говоря (в пункте 9): «Суть же в том, что, как мы уже объясняли, десять букв наполнения имени МА, относящегося к Тиферет, поднялись наверх вместе с десятью буквами САГ... и опасаются, как бы вместе с ними не поднялось и их числовое значение... ведь число следует за буквами...» и т.д.</w:t>
      </w:r>
    </w:p>
    <w:p>
      <w:pPr>
        <w:spacing w:before="40" w:after="120"/>
        <w:jc w:val="both"/>
      </w:pPr>
      <w:r>
        <w:rPr>
          <w:rFonts w:ascii="Georgia" w:hAnsi="Georgia"/>
          <w:b w:val="0"/>
          <w:i w:val="0"/>
          <w:color w:val="000000"/>
          <w:sz w:val="24"/>
        </w:rPr>
        <w:t>Понять же это можно на основе объясненного выше в «Паним Меирот» (ветвь 33, пункт 4, со слов «Вот...», см. там подробно все продолжение). Согласно этому получается, что искры Тиферет включают в себя гуф де-АБ и гуф де-САГ. Ведь искры пятой ступени протянулись от САГ, как сказано там, и потому упали в кли Гвуры, являющееся кли де-САГ. Седьмая же ступень есть в Тиферет также и со стороны АБ; и поэтому седьмая ступень, которая была в ней благодаря тому, что она [образована от] тела и второго созерцания Абы, осталась в ней, а пятая ступень — добавление, исходящее только от ИШСУТ, — поднялась в Гвуру. И об этом сказано (в пункте 9): «И вот мы опасаемся: раз эти десять букв поднялись наверх, как бы вместе с ними не поднялось и их числовое значение... ведь число следует за буквами, которые служат их корнем» и т.д.</w:t>
      </w:r>
    </w:p>
    <w:p>
      <w:pPr>
        <w:spacing w:before="40" w:after="120"/>
        <w:jc w:val="both"/>
      </w:pPr>
      <w:r>
        <w:rPr>
          <w:rFonts w:ascii="Georgia" w:hAnsi="Georgia"/>
          <w:b w:val="0"/>
          <w:i w:val="0"/>
          <w:color w:val="000000"/>
          <w:sz w:val="24"/>
        </w:rPr>
        <w:t>Ибо уже объяснялось выше в «Паним Меирот» (стр. 460, со слов «И об этом сказано...», и стр. 479, со слов «Потому что...»), что великое исправление произошло в келим ХАГАТ со стороны ИШСУТ — а именно исправление линий, которое келим ХАГАТ получили в своем корне (см. там подробно). По этой причине в имени МА различается сила обоих: как от АБ, являющегося его подлинным телом (гуфом), так и от САГ, от которого оно получило исправление линий. Таким образом, седьмая ступень имени МА включает в себя оба: и АБ, и САГ.</w:t>
      </w:r>
    </w:p>
    <w:p>
      <w:pPr>
        <w:spacing w:before="40" w:after="120"/>
        <w:jc w:val="both"/>
      </w:pPr>
      <w:r>
        <w:rPr>
          <w:rFonts w:ascii="Georgia" w:hAnsi="Georgia"/>
          <w:b w:val="0"/>
          <w:i w:val="0"/>
          <w:color w:val="000000"/>
          <w:sz w:val="24"/>
        </w:rPr>
        <w:t>И ты видишь, что Тиферет имеет одинаковую связь с Гвурой как со стороны Абы, так и со стороны Имы. И потому, коль скоро буквы наполнения МА, представляющие собой пятую ступень, облачились в кли Гвуры, возникает опасение, как бы за ними не потянулось и его числовое значение, то есть седьмая ступень, являющаяся Малхут этих букв, поскольку они служат корнем для числа. Тогда окажется, что в [Тиферет] полностью утратится статус имени АВАЯ де-МА — даже то его проявление со стороны Абы, которое включено в седьмую ступень. Ведь эти искры, падающие в келим, подобны решимо, возвращающему их к прежнему состоянию, а если решимо будет утрачено, то впоследствии его невозможно будет исправить. И об этом сказано (в пункте 9): «Поэтому искры НЕХИ поднимаются вверх, в Тиферет, чтобы связаться с числом 45 — седьмой ступенью».</w:t>
      </w:r>
    </w:p>
    <w:p>
      <w:pPr>
        <w:spacing w:before="40" w:after="120"/>
        <w:jc w:val="both"/>
      </w:pPr>
      <w:r>
        <w:rPr>
          <w:rFonts w:ascii="Georgia" w:hAnsi="Georgia"/>
          <w:b w:val="0"/>
          <w:i w:val="0"/>
          <w:color w:val="000000"/>
          <w:sz w:val="24"/>
        </w:rPr>
        <w:t>Смысл в том, что благодаря тому, что все свойства тела Имы, то есть НЕХИ, оставили свои искры в Тиферет, искры седьмой ступени сохранились на своем месте. Ведь [седьмая ступень] не может подняться в Гвуру, являющуюся кли со стороны Абы и свойством рош со стороны ИШСУТ: с одной стороны, седьмая ступень имени МА уже включила в себя тело Имы и не может подняться в кли Абы; с другой стороны, поскольку Гвура — это рош со стороны Имы, а седьмая ступень МА уже включила в себя искры НЕХИ тела, [она не может подняться в рош]. Таким образом искры этой ступени имени МА сохранились на своем месте — как со стороны Абы, так и со стороны Имы. И все это произошло благодаря тому, что она включила в себя искры НЕХИ. Пойми же это.</w:t>
      </w:r>
    </w:p>
    <w:p>
      <w:r>
        <w:br w:type="page"/>
      </w:r>
    </w:p>
    <w:p>
      <w:pPr>
        <w:keepNext/>
        <w:spacing w:before="360" w:after="160"/>
        <w:jc w:val="center"/>
      </w:pPr>
      <w:r>
        <w:rPr>
          <w:rFonts w:ascii="Georgia" w:hAnsi="Georgia"/>
          <w:b w:val="0"/>
          <w:i w:val="0"/>
          <w:color w:val="000000"/>
          <w:sz w:val="40"/>
        </w:rPr>
        <w:t>Ветвь 35</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Пойми со всей ясностью: Аба объединяет в себе весь [парцуф] Аба ве-Има. Они представляют собой имя АВАЯ со значением АБ и имя ЭЙЕ с наполнением буквами йод — как в прямом раскрытии (паним), так и в обратном (ахораим). А Има объединяет в себе Исраэль Саба и Твуну; они представляют собой имя АВАЯ со значением САГ и имя ЭЙЕ с наполнением буквами йод — в их паним, и точно так же в ахораим.</w:t>
      </w:r>
    </w:p>
    <w:p>
      <w:pPr>
        <w:spacing w:before="40" w:after="120"/>
        <w:jc w:val="both"/>
      </w:pPr>
      <w:r>
        <w:rPr>
          <w:rFonts w:ascii="Georgia" w:hAnsi="Georgia"/>
          <w:b w:val="0"/>
          <w:i w:val="0"/>
          <w:color w:val="000000"/>
          <w:sz w:val="24"/>
        </w:rPr>
        <w:t>2) В другом месте ты увидишь, что все это относится лишь к ЗАТ каждого из них. Однако в ГАР каждого из них раскрываются 42 буквы (</w:t>
      </w:r>
      <w:r>
        <w:rPr>
          <w:rFonts w:ascii="Georgia" w:hAnsi="Georgia" w:cs="Times New Roman"/>
          <w:b/>
          <w:i w:val="0"/>
          <w:color w:val="000000"/>
          <w:sz w:val="24"/>
          <w:rtl/>
          <w:szCs w:val="32"/>
        </w:rPr>
        <w:t>מ״ב</w:t>
      </w:r>
      <w:r>
        <w:rPr>
          <w:rFonts w:ascii="Georgia" w:hAnsi="Georgia"/>
          <w:b w:val="0"/>
          <w:i w:val="0"/>
          <w:color w:val="000000"/>
          <w:sz w:val="24"/>
        </w:rPr>
        <w:t>), а именно: 4 (</w:t>
      </w:r>
      <w:r>
        <w:rPr>
          <w:rFonts w:ascii="Georgia" w:hAnsi="Georgia" w:cs="Times New Roman"/>
          <w:b/>
          <w:i w:val="0"/>
          <w:color w:val="000000"/>
          <w:sz w:val="24"/>
          <w:rtl/>
          <w:szCs w:val="32"/>
        </w:rPr>
        <w:t>ד</w:t>
      </w:r>
      <w:r>
        <w:rPr>
          <w:rFonts w:ascii="Georgia" w:hAnsi="Georgia"/>
          <w:b w:val="0"/>
          <w:i w:val="0"/>
          <w:color w:val="000000"/>
          <w:sz w:val="24"/>
        </w:rPr>
        <w:t>), 10 (</w:t>
      </w:r>
      <w:r>
        <w:rPr>
          <w:rFonts w:ascii="Georgia" w:hAnsi="Georgia" w:cs="Times New Roman"/>
          <w:b/>
          <w:i w:val="0"/>
          <w:color w:val="000000"/>
          <w:sz w:val="24"/>
          <w:rtl/>
          <w:szCs w:val="32"/>
        </w:rPr>
        <w:t>י</w:t>
      </w:r>
      <w:r>
        <w:rPr>
          <w:rFonts w:ascii="Georgia" w:hAnsi="Georgia"/>
          <w:b w:val="0"/>
          <w:i w:val="0"/>
          <w:color w:val="000000"/>
          <w:sz w:val="24"/>
        </w:rPr>
        <w:t>) и 28 (</w:t>
      </w:r>
      <w:r>
        <w:rPr>
          <w:rFonts w:ascii="Georgia" w:hAnsi="Georgia" w:cs="Times New Roman"/>
          <w:b/>
          <w:i w:val="0"/>
          <w:color w:val="000000"/>
          <w:sz w:val="24"/>
          <w:rtl/>
          <w:szCs w:val="32"/>
        </w:rPr>
        <w:t>כ״ח</w:t>
      </w:r>
      <w:r>
        <w:rPr>
          <w:rFonts w:ascii="Georgia" w:hAnsi="Georgia"/>
          <w:b w:val="0"/>
          <w:i w:val="0"/>
          <w:color w:val="000000"/>
          <w:sz w:val="24"/>
        </w:rPr>
        <w:t>); их же числовое значение и счет находятся в Малхут каждого из них. Точно так же — в МА и в БОН. И так же из ЗОН [образуются] четыре парцуфа.</w:t>
      </w:r>
    </w:p>
    <w:p>
      <w:pPr>
        <w:spacing w:before="40" w:after="120"/>
        <w:jc w:val="both"/>
      </w:pPr>
      <w:r>
        <w:rPr>
          <w:rFonts w:ascii="Georgia" w:hAnsi="Georgia"/>
          <w:b w:val="0"/>
          <w:i w:val="0"/>
          <w:color w:val="000000"/>
          <w:sz w:val="24"/>
        </w:rPr>
        <w:t>3) Их суть в имени АБ раскрывается следующим образом, и по нему ты поймешь все остальные.</w:t>
      </w:r>
    </w:p>
    <w:p>
      <w:pPr>
        <w:spacing w:before="40" w:after="120"/>
        <w:jc w:val="both"/>
      </w:pPr>
      <w:r>
        <w:rPr>
          <w:rFonts w:ascii="Georgia" w:hAnsi="Georgia"/>
          <w:b w:val="0"/>
          <w:i w:val="0"/>
          <w:color w:val="000000"/>
          <w:sz w:val="24"/>
        </w:rPr>
        <w:t>Кетер де-Аба: его паним — это четыре буквы простого имени АВАЯ в девяти его первых [сфирот]:</w:t>
      </w:r>
    </w:p>
    <w:p>
      <w:pPr>
        <w:spacing w:before="40" w:after="120"/>
        <w:jc w:val="both"/>
      </w:pPr>
      <w:r>
        <w:rPr>
          <w:rFonts w:ascii="Georgia" w:hAnsi="Georgia"/>
          <w:b w:val="0"/>
          <w:i w:val="0"/>
          <w:color w:val="000000"/>
          <w:sz w:val="24"/>
        </w:rPr>
        <w:t>кончик буквы йод (</w:t>
      </w:r>
      <w:r>
        <w:rPr>
          <w:rFonts w:ascii="Georgia" w:hAnsi="Georgia" w:cs="Times New Roman"/>
          <w:b/>
          <w:i w:val="0"/>
          <w:color w:val="000000"/>
          <w:sz w:val="24"/>
          <w:rtl/>
          <w:szCs w:val="32"/>
        </w:rPr>
        <w:t>י</w:t>
      </w:r>
      <w:r>
        <w:rPr>
          <w:rFonts w:ascii="Georgia" w:hAnsi="Georgia"/>
          <w:b w:val="0"/>
          <w:i w:val="0"/>
          <w:color w:val="000000"/>
          <w:sz w:val="24"/>
        </w:rPr>
        <w:t>) — в Кетере,</w:t>
      </w:r>
    </w:p>
    <w:p>
      <w:pPr>
        <w:spacing w:before="40" w:after="120"/>
        <w:jc w:val="both"/>
      </w:pPr>
      <w:r>
        <w:rPr>
          <w:rFonts w:ascii="Georgia" w:hAnsi="Georgia"/>
          <w:b w:val="0"/>
          <w:i w:val="0"/>
          <w:color w:val="000000"/>
          <w:sz w:val="24"/>
        </w:rPr>
        <w:t>буква йод (</w:t>
      </w:r>
      <w:r>
        <w:rPr>
          <w:rFonts w:ascii="Georgia" w:hAnsi="Georgia" w:cs="Times New Roman"/>
          <w:b/>
          <w:i w:val="0"/>
          <w:color w:val="000000"/>
          <w:sz w:val="24"/>
          <w:rtl/>
          <w:szCs w:val="32"/>
        </w:rPr>
        <w:t>י</w:t>
      </w:r>
      <w:r>
        <w:rPr>
          <w:rFonts w:ascii="Georgia" w:hAnsi="Georgia"/>
          <w:b w:val="0"/>
          <w:i w:val="0"/>
          <w:color w:val="000000"/>
          <w:sz w:val="24"/>
        </w:rPr>
        <w:t>) — в Хохме,</w:t>
      </w:r>
    </w:p>
    <w:p>
      <w:pPr>
        <w:spacing w:before="40" w:after="120"/>
        <w:jc w:val="both"/>
      </w:pPr>
      <w:r>
        <w:rPr>
          <w:rFonts w:ascii="Georgia" w:hAnsi="Georgia"/>
          <w:b w:val="0"/>
          <w:i w:val="0"/>
          <w:color w:val="000000"/>
          <w:sz w:val="24"/>
        </w:rPr>
        <w:t>буква хэй (</w:t>
      </w:r>
      <w:r>
        <w:rPr>
          <w:rFonts w:ascii="Georgia" w:hAnsi="Georgia" w:cs="Times New Roman"/>
          <w:b/>
          <w:i w:val="0"/>
          <w:color w:val="000000"/>
          <w:sz w:val="24"/>
          <w:rtl/>
          <w:szCs w:val="32"/>
        </w:rPr>
        <w:t>ה</w:t>
      </w:r>
      <w:r>
        <w:rPr>
          <w:rFonts w:ascii="Georgia" w:hAnsi="Georgia"/>
          <w:b w:val="0"/>
          <w:i w:val="0"/>
          <w:color w:val="000000"/>
          <w:sz w:val="24"/>
        </w:rPr>
        <w:t>) — в Бине,</w:t>
      </w:r>
    </w:p>
    <w:p>
      <w:pPr>
        <w:spacing w:before="40" w:after="120"/>
        <w:jc w:val="both"/>
      </w:pPr>
      <w:r>
        <w:rPr>
          <w:rFonts w:ascii="Georgia" w:hAnsi="Georgia"/>
          <w:b w:val="0"/>
          <w:i w:val="0"/>
          <w:color w:val="000000"/>
          <w:sz w:val="24"/>
        </w:rPr>
        <w:t>буква вав (</w:t>
      </w:r>
      <w:r>
        <w:rPr>
          <w:rFonts w:ascii="Georgia" w:hAnsi="Georgia" w:cs="Times New Roman"/>
          <w:b/>
          <w:i w:val="0"/>
          <w:color w:val="000000"/>
          <w:sz w:val="24"/>
          <w:rtl/>
          <w:szCs w:val="32"/>
        </w:rPr>
        <w:t>ו</w:t>
      </w:r>
      <w:r>
        <w:rPr>
          <w:rFonts w:ascii="Georgia" w:hAnsi="Georgia"/>
          <w:b w:val="0"/>
          <w:i w:val="0"/>
          <w:color w:val="000000"/>
          <w:sz w:val="24"/>
        </w:rPr>
        <w:t>) — в ВАК,</w:t>
      </w:r>
    </w:p>
    <w:p>
      <w:pPr>
        <w:spacing w:before="40" w:after="120"/>
        <w:jc w:val="both"/>
      </w:pPr>
      <w:r>
        <w:rPr>
          <w:rFonts w:ascii="Georgia" w:hAnsi="Georgia"/>
          <w:b w:val="0"/>
          <w:i w:val="0"/>
          <w:color w:val="000000"/>
          <w:sz w:val="24"/>
        </w:rPr>
        <w:t>буква хэй (</w:t>
      </w:r>
      <w:r>
        <w:rPr>
          <w:rFonts w:ascii="Georgia" w:hAnsi="Georgia" w:cs="Times New Roman"/>
          <w:b/>
          <w:i w:val="0"/>
          <w:color w:val="000000"/>
          <w:sz w:val="24"/>
          <w:rtl/>
          <w:szCs w:val="32"/>
        </w:rPr>
        <w:t>ה</w:t>
      </w:r>
      <w:r>
        <w:rPr>
          <w:rFonts w:ascii="Georgia" w:hAnsi="Georgia"/>
          <w:b w:val="0"/>
          <w:i w:val="0"/>
          <w:color w:val="000000"/>
          <w:sz w:val="24"/>
        </w:rPr>
        <w:t>) — в атерет Есода;</w:t>
      </w:r>
    </w:p>
    <w:p>
      <w:pPr>
        <w:spacing w:before="40" w:after="120"/>
        <w:jc w:val="both"/>
      </w:pPr>
      <w:r>
        <w:rPr>
          <w:rFonts w:ascii="Georgia" w:hAnsi="Georgia"/>
          <w:b w:val="0"/>
          <w:i w:val="0"/>
          <w:color w:val="000000"/>
          <w:sz w:val="24"/>
        </w:rPr>
        <w:t>и все эти девять свойств составляют упомянутое [состояние] паним.</w:t>
      </w:r>
    </w:p>
    <w:p>
      <w:pPr>
        <w:spacing w:before="40" w:after="120"/>
        <w:jc w:val="both"/>
      </w:pPr>
      <w:r>
        <w:rPr>
          <w:rFonts w:ascii="Georgia" w:hAnsi="Georgia"/>
          <w:b w:val="0"/>
          <w:i w:val="0"/>
          <w:color w:val="000000"/>
          <w:sz w:val="24"/>
        </w:rPr>
        <w:t>А его ахораим — это [последовательное развертывание]: йод (</w:t>
      </w:r>
      <w:r>
        <w:rPr>
          <w:rFonts w:ascii="Georgia" w:hAnsi="Georgia" w:cs="Times New Roman"/>
          <w:b/>
          <w:i w:val="0"/>
          <w:color w:val="000000"/>
          <w:sz w:val="24"/>
          <w:rtl/>
          <w:szCs w:val="32"/>
        </w:rPr>
        <w:t>י</w:t>
      </w:r>
      <w:r>
        <w:rPr>
          <w:rFonts w:ascii="Georgia" w:hAnsi="Georgia"/>
          <w:b w:val="0"/>
          <w:i w:val="0"/>
          <w:color w:val="000000"/>
          <w:sz w:val="24"/>
        </w:rPr>
        <w:t>), йод-хэй (</w:t>
      </w:r>
      <w:r>
        <w:rPr>
          <w:rFonts w:ascii="Georgia" w:hAnsi="Georgia" w:cs="Times New Roman"/>
          <w:b/>
          <w:i w:val="0"/>
          <w:color w:val="000000"/>
          <w:sz w:val="24"/>
          <w:rtl/>
          <w:szCs w:val="32"/>
        </w:rPr>
        <w:t>י״ה</w:t>
      </w:r>
      <w:r>
        <w:rPr>
          <w:rFonts w:ascii="Georgia" w:hAnsi="Georgia"/>
          <w:b w:val="0"/>
          <w:i w:val="0"/>
          <w:color w:val="000000"/>
          <w:sz w:val="24"/>
        </w:rPr>
        <w:t>), йод-хэй-вав (</w:t>
      </w:r>
      <w:r>
        <w:rPr>
          <w:rFonts w:ascii="Georgia" w:hAnsi="Georgia" w:cs="Times New Roman"/>
          <w:b/>
          <w:i w:val="0"/>
          <w:color w:val="000000"/>
          <w:sz w:val="24"/>
          <w:rtl/>
          <w:szCs w:val="32"/>
        </w:rPr>
        <w:t>יה״ו</w:t>
      </w:r>
      <w:r>
        <w:rPr>
          <w:rFonts w:ascii="Georgia" w:hAnsi="Georgia"/>
          <w:b w:val="0"/>
          <w:i w:val="0"/>
          <w:color w:val="000000"/>
          <w:sz w:val="24"/>
        </w:rPr>
        <w:t>), йод-хэй-вав-хэй (</w:t>
      </w:r>
      <w:r>
        <w:rPr>
          <w:rFonts w:ascii="Georgia" w:hAnsi="Georgia" w:cs="Times New Roman"/>
          <w:b/>
          <w:i w:val="0"/>
          <w:color w:val="000000"/>
          <w:sz w:val="24"/>
          <w:rtl/>
          <w:szCs w:val="32"/>
        </w:rPr>
        <w:t>יהו״ה</w:t>
      </w:r>
      <w:r>
        <w:rPr>
          <w:rFonts w:ascii="Georgia" w:hAnsi="Georgia"/>
          <w:b w:val="0"/>
          <w:i w:val="0"/>
          <w:color w:val="000000"/>
          <w:sz w:val="24"/>
        </w:rPr>
        <w:t>), что называется, как известно, простым квадратом.</w:t>
      </w:r>
    </w:p>
    <w:p>
      <w:pPr>
        <w:spacing w:before="40" w:after="120"/>
        <w:jc w:val="both"/>
      </w:pPr>
      <w:r>
        <w:rPr>
          <w:rFonts w:ascii="Georgia" w:hAnsi="Georgia"/>
          <w:b w:val="0"/>
          <w:i w:val="0"/>
          <w:color w:val="000000"/>
          <w:sz w:val="24"/>
        </w:rPr>
        <w:t>У Малхут же де-Кетер де-Аба паним — это числовое значение первых паним, то есть имя АВАЯ, число которого — 26 (</w:t>
      </w:r>
      <w:r>
        <w:rPr>
          <w:rFonts w:ascii="Georgia" w:hAnsi="Georgia" w:cs="Times New Roman"/>
          <w:b/>
          <w:i w:val="0"/>
          <w:color w:val="000000"/>
          <w:sz w:val="24"/>
          <w:rtl/>
          <w:szCs w:val="32"/>
        </w:rPr>
        <w:t>כ״ו</w:t>
      </w:r>
      <w:r>
        <w:rPr>
          <w:rFonts w:ascii="Georgia" w:hAnsi="Georgia"/>
          <w:b w:val="0"/>
          <w:i w:val="0"/>
          <w:color w:val="000000"/>
          <w:sz w:val="24"/>
        </w:rPr>
        <w:t>).</w:t>
      </w:r>
    </w:p>
    <w:p>
      <w:pPr>
        <w:spacing w:before="40" w:after="120"/>
        <w:jc w:val="both"/>
      </w:pPr>
      <w:r>
        <w:rPr>
          <w:rFonts w:ascii="Georgia" w:hAnsi="Georgia"/>
          <w:b w:val="0"/>
          <w:i w:val="0"/>
          <w:color w:val="000000"/>
          <w:sz w:val="24"/>
        </w:rPr>
        <w:t>А ахораим — это упомянутый квадрат в числовом выражении, составляющий 72 (</w:t>
      </w:r>
      <w:r>
        <w:rPr>
          <w:rFonts w:ascii="Georgia" w:hAnsi="Georgia" w:cs="Times New Roman"/>
          <w:b/>
          <w:i w:val="0"/>
          <w:color w:val="000000"/>
          <w:sz w:val="24"/>
          <w:rtl/>
          <w:szCs w:val="32"/>
        </w:rPr>
        <w:t>ע״ב</w:t>
      </w:r>
      <w:r>
        <w:rPr>
          <w:rFonts w:ascii="Georgia" w:hAnsi="Georgia"/>
          <w:b w:val="0"/>
          <w:i w:val="0"/>
          <w:color w:val="000000"/>
          <w:sz w:val="24"/>
        </w:rPr>
        <w:t>).</w:t>
      </w:r>
    </w:p>
    <w:p>
      <w:pPr>
        <w:spacing w:before="40" w:after="120"/>
        <w:jc w:val="both"/>
      </w:pPr>
      <w:r>
        <w:rPr>
          <w:rFonts w:ascii="Georgia" w:hAnsi="Georgia"/>
          <w:b w:val="0"/>
          <w:i w:val="0"/>
          <w:color w:val="000000"/>
          <w:sz w:val="24"/>
        </w:rPr>
        <w:t>4) Вот упомянутые четыре ступени, находящиеся в одном лишь Кетере де-Аба, и таков их порядок:</w:t>
      </w:r>
    </w:p>
    <w:p>
      <w:pPr>
        <w:spacing w:before="40" w:after="120"/>
        <w:jc w:val="both"/>
      </w:pPr>
      <w:r>
        <w:rPr>
          <w:rFonts w:ascii="Georgia" w:hAnsi="Georgia"/>
          <w:b w:val="0"/>
          <w:i w:val="0"/>
          <w:color w:val="000000"/>
          <w:sz w:val="24"/>
        </w:rPr>
        <w:t>паним девяти первых [сфирот] в Кетере де-Аба;</w:t>
      </w:r>
    </w:p>
    <w:p>
      <w:pPr>
        <w:spacing w:before="40" w:after="120"/>
        <w:jc w:val="both"/>
      </w:pPr>
      <w:r>
        <w:rPr>
          <w:rFonts w:ascii="Georgia" w:hAnsi="Georgia"/>
          <w:b w:val="0"/>
          <w:i w:val="0"/>
          <w:color w:val="000000"/>
          <w:sz w:val="24"/>
        </w:rPr>
        <w:t>вслед за ними — ахораим упомянутых девяти [первых];</w:t>
      </w:r>
    </w:p>
    <w:p>
      <w:pPr>
        <w:spacing w:before="40" w:after="120"/>
        <w:jc w:val="both"/>
      </w:pPr>
      <w:r>
        <w:rPr>
          <w:rFonts w:ascii="Georgia" w:hAnsi="Georgia"/>
          <w:b w:val="0"/>
          <w:i w:val="0"/>
          <w:color w:val="000000"/>
          <w:sz w:val="24"/>
        </w:rPr>
        <w:t>вслед за ними — паним Малхут де-Кетер де-Аба;</w:t>
      </w:r>
    </w:p>
    <w:p>
      <w:pPr>
        <w:spacing w:before="40" w:after="120"/>
        <w:jc w:val="both"/>
      </w:pPr>
      <w:r>
        <w:rPr>
          <w:rFonts w:ascii="Georgia" w:hAnsi="Georgia"/>
          <w:b w:val="0"/>
          <w:i w:val="0"/>
          <w:color w:val="000000"/>
          <w:sz w:val="24"/>
        </w:rPr>
        <w:t>и вслед за ними — ахораим Малхут.</w:t>
      </w:r>
    </w:p>
    <w:p>
      <w:pPr>
        <w:spacing w:before="40" w:after="120"/>
        <w:jc w:val="both"/>
      </w:pPr>
      <w:r>
        <w:rPr>
          <w:rFonts w:ascii="Georgia" w:hAnsi="Georgia"/>
          <w:b w:val="0"/>
          <w:i w:val="0"/>
          <w:color w:val="000000"/>
          <w:sz w:val="24"/>
        </w:rPr>
        <w:t>Вот четыре ступени в упомянутом Кетере де-Аба.</w:t>
      </w:r>
    </w:p>
    <w:p>
      <w:pPr>
        <w:spacing w:before="40" w:after="120"/>
        <w:jc w:val="both"/>
      </w:pPr>
      <w:r>
        <w:rPr>
          <w:rFonts w:ascii="Georgia" w:hAnsi="Georgia"/>
          <w:b w:val="0"/>
          <w:i w:val="0"/>
          <w:color w:val="000000"/>
          <w:sz w:val="24"/>
        </w:rPr>
        <w:t>5) Затем — Хохма де-Аба:</w:t>
      </w:r>
    </w:p>
    <w:p>
      <w:pPr>
        <w:spacing w:before="40" w:after="120"/>
        <w:jc w:val="both"/>
      </w:pPr>
      <w:r>
        <w:rPr>
          <w:rFonts w:ascii="Georgia" w:hAnsi="Georgia"/>
          <w:b w:val="0"/>
          <w:i w:val="0"/>
          <w:color w:val="000000"/>
          <w:sz w:val="24"/>
        </w:rPr>
        <w:t>паним девяти первых [сфирот] в ней — это десять букв наполнения АБ с буквами йод, рассматриваемые исключительно как буквы;</w:t>
      </w:r>
    </w:p>
    <w:p>
      <w:pPr>
        <w:spacing w:before="40" w:after="120"/>
        <w:jc w:val="both"/>
      </w:pPr>
      <w:r>
        <w:rPr>
          <w:rFonts w:ascii="Georgia" w:hAnsi="Georgia"/>
          <w:b w:val="0"/>
          <w:i w:val="0"/>
          <w:color w:val="000000"/>
          <w:sz w:val="24"/>
        </w:rPr>
        <w:t>затем — отдельно ахораим, представляющие собой их квадрат из 26 (</w:t>
      </w:r>
      <w:r>
        <w:rPr>
          <w:rFonts w:ascii="Georgia" w:hAnsi="Georgia" w:cs="Times New Roman"/>
          <w:b/>
          <w:i w:val="0"/>
          <w:color w:val="000000"/>
          <w:sz w:val="24"/>
          <w:rtl/>
          <w:szCs w:val="32"/>
        </w:rPr>
        <w:t>כ״ו</w:t>
      </w:r>
      <w:r>
        <w:rPr>
          <w:rFonts w:ascii="Georgia" w:hAnsi="Georgia"/>
          <w:b w:val="0"/>
          <w:i w:val="0"/>
          <w:color w:val="000000"/>
          <w:sz w:val="24"/>
        </w:rPr>
        <w:t>) букв;</w:t>
      </w:r>
    </w:p>
    <w:p>
      <w:pPr>
        <w:spacing w:before="40" w:after="120"/>
        <w:jc w:val="both"/>
      </w:pPr>
      <w:r>
        <w:rPr>
          <w:rFonts w:ascii="Georgia" w:hAnsi="Georgia"/>
          <w:b w:val="0"/>
          <w:i w:val="0"/>
          <w:color w:val="000000"/>
          <w:sz w:val="24"/>
        </w:rPr>
        <w:t>затем — паним Малхут де-Хохма де-Аба, то есть числовое значение имени АВАЯ де-АБ с буквами йод в качестве числа 72;</w:t>
      </w:r>
    </w:p>
    <w:p>
      <w:pPr>
        <w:spacing w:before="40" w:after="120"/>
        <w:jc w:val="both"/>
      </w:pPr>
      <w:r>
        <w:rPr>
          <w:rFonts w:ascii="Georgia" w:hAnsi="Georgia"/>
          <w:b w:val="0"/>
          <w:i w:val="0"/>
          <w:color w:val="000000"/>
          <w:sz w:val="24"/>
        </w:rPr>
        <w:t>и затем — ахораим Малхут, представляющие собой числовое значение квадрата АБ с буквами йод, гематрия которого составляет 184 (</w:t>
      </w:r>
      <w:r>
        <w:rPr>
          <w:rFonts w:ascii="Georgia" w:hAnsi="Georgia" w:cs="Times New Roman"/>
          <w:b/>
          <w:i w:val="0"/>
          <w:color w:val="000000"/>
          <w:sz w:val="24"/>
          <w:rtl/>
          <w:szCs w:val="32"/>
        </w:rPr>
        <w:t>קפ״ד</w:t>
      </w:r>
      <w:r>
        <w:rPr>
          <w:rFonts w:ascii="Georgia" w:hAnsi="Georgia"/>
          <w:b w:val="0"/>
          <w:i w:val="0"/>
          <w:color w:val="000000"/>
          <w:sz w:val="24"/>
        </w:rPr>
        <w:t>).</w:t>
      </w:r>
    </w:p>
    <w:p>
      <w:pPr>
        <w:spacing w:before="40" w:after="120"/>
        <w:jc w:val="both"/>
      </w:pPr>
      <w:r>
        <w:rPr>
          <w:rFonts w:ascii="Georgia" w:hAnsi="Georgia"/>
          <w:b w:val="0"/>
          <w:i w:val="0"/>
          <w:color w:val="000000"/>
          <w:sz w:val="24"/>
        </w:rPr>
        <w:t>6) Затем — другие четыре ступени в Бине де-Аба:</w:t>
      </w:r>
    </w:p>
    <w:p>
      <w:pPr>
        <w:spacing w:before="40" w:after="120"/>
        <w:jc w:val="both"/>
      </w:pPr>
      <w:r>
        <w:rPr>
          <w:rFonts w:ascii="Georgia" w:hAnsi="Georgia"/>
          <w:b w:val="0"/>
          <w:i w:val="0"/>
          <w:color w:val="000000"/>
          <w:sz w:val="24"/>
        </w:rPr>
        <w:t>паним девяти первых [сфирот] в ней — это 28 букв наполнения наполнения имени АВАЯ с буквами йод;</w:t>
      </w:r>
    </w:p>
    <w:p>
      <w:pPr>
        <w:spacing w:before="40" w:after="120"/>
        <w:jc w:val="both"/>
      </w:pPr>
      <w:r>
        <w:rPr>
          <w:rFonts w:ascii="Georgia" w:hAnsi="Georgia"/>
          <w:b w:val="0"/>
          <w:i w:val="0"/>
          <w:color w:val="000000"/>
          <w:sz w:val="24"/>
        </w:rPr>
        <w:t>вслед за ними — квадрат этих 28 букв наполнения наполнения, составляющий 156 (</w:t>
      </w:r>
      <w:r>
        <w:rPr>
          <w:rFonts w:ascii="Georgia" w:hAnsi="Georgia" w:cs="Times New Roman"/>
          <w:b/>
          <w:i w:val="0"/>
          <w:color w:val="000000"/>
          <w:sz w:val="24"/>
          <w:rtl/>
          <w:szCs w:val="32"/>
        </w:rPr>
        <w:t>קנ״ו</w:t>
      </w:r>
      <w:r>
        <w:rPr>
          <w:rFonts w:ascii="Georgia" w:hAnsi="Georgia"/>
          <w:b w:val="0"/>
          <w:i w:val="0"/>
          <w:color w:val="000000"/>
          <w:sz w:val="24"/>
        </w:rPr>
        <w:t>) букв;</w:t>
      </w:r>
    </w:p>
    <w:p>
      <w:pPr>
        <w:spacing w:before="40" w:after="120"/>
        <w:jc w:val="both"/>
      </w:pPr>
      <w:r>
        <w:rPr>
          <w:rFonts w:ascii="Georgia" w:hAnsi="Georgia"/>
          <w:b w:val="0"/>
          <w:i w:val="0"/>
          <w:color w:val="000000"/>
          <w:sz w:val="24"/>
        </w:rPr>
        <w:t>затем — паним Малхут де-Бина де-Аба, представляющие собой числовое значение 28 букв наполнения наполнения, гематрия которых равна 610 (</w:t>
      </w:r>
      <w:r>
        <w:rPr>
          <w:rFonts w:ascii="Georgia" w:hAnsi="Georgia" w:cs="Times New Roman"/>
          <w:b/>
          <w:i w:val="0"/>
          <w:color w:val="000000"/>
          <w:sz w:val="24"/>
          <w:rtl/>
          <w:szCs w:val="32"/>
        </w:rPr>
        <w:t>תר״י</w:t>
      </w:r>
      <w:r>
        <w:rPr>
          <w:rFonts w:ascii="Georgia" w:hAnsi="Georgia"/>
          <w:b w:val="0"/>
          <w:i w:val="0"/>
          <w:color w:val="000000"/>
          <w:sz w:val="24"/>
        </w:rPr>
        <w:t>);</w:t>
      </w:r>
    </w:p>
    <w:p>
      <w:pPr>
        <w:spacing w:before="40" w:after="120"/>
        <w:jc w:val="both"/>
      </w:pPr>
      <w:r>
        <w:rPr>
          <w:rFonts w:ascii="Georgia" w:hAnsi="Georgia"/>
          <w:b w:val="0"/>
          <w:i w:val="0"/>
          <w:color w:val="000000"/>
          <w:sz w:val="24"/>
        </w:rPr>
        <w:t>и затем — ахораим упомянутой Малхут, представляющие собой числовое значение букв квадрата ахораим наполнения наполнения, то есть гематрию 156 букв, и их счет равен 2172 (</w:t>
      </w:r>
      <w:r>
        <w:rPr>
          <w:rFonts w:ascii="Georgia" w:hAnsi="Georgia" w:cs="Times New Roman"/>
          <w:b/>
          <w:i w:val="0"/>
          <w:color w:val="000000"/>
          <w:sz w:val="24"/>
          <w:rtl/>
          <w:szCs w:val="32"/>
        </w:rPr>
        <w:t>ב׳ אֲלָפִים קע״ב</w:t>
      </w:r>
      <w:r>
        <w:rPr>
          <w:rFonts w:ascii="Georgia" w:hAnsi="Georgia"/>
          <w:b w:val="0"/>
          <w:i w:val="0"/>
          <w:color w:val="000000"/>
          <w:sz w:val="24"/>
        </w:rPr>
        <w:t>).</w:t>
      </w:r>
    </w:p>
    <w:p>
      <w:pPr>
        <w:spacing w:before="40" w:after="120"/>
        <w:jc w:val="both"/>
      </w:pPr>
      <w:r>
        <w:rPr>
          <w:rFonts w:ascii="Georgia" w:hAnsi="Georgia"/>
          <w:b w:val="0"/>
          <w:i w:val="0"/>
          <w:color w:val="000000"/>
          <w:sz w:val="24"/>
        </w:rPr>
        <w:t>Получается, что по мере того как имя АВАЯ наполняется все больше, в нем [проявляется] больше суда, тогда как их сущность в простом виде — абсолютное милосердие.</w:t>
      </w:r>
    </w:p>
    <w:p>
      <w:pPr>
        <w:spacing w:before="40" w:after="120"/>
        <w:jc w:val="both"/>
      </w:pPr>
      <w:r>
        <w:rPr>
          <w:rFonts w:ascii="Georgia" w:hAnsi="Georgia"/>
          <w:b w:val="0"/>
          <w:i w:val="0"/>
          <w:color w:val="000000"/>
          <w:sz w:val="24"/>
        </w:rPr>
        <w:t>7) Итак, паним этих ГАР де-Аба — это 42 буквы девяти первых [сфирот] в каждой из этих трех [сфирот], являющихся мужскими свойствами. И в этом тайна 42-буквенного имени, «которое в голове», как упоминается в «Тиккуней Зоар» (Тиккун 132).</w:t>
      </w:r>
    </w:p>
    <w:p>
      <w:pPr>
        <w:spacing w:before="40" w:after="120"/>
        <w:jc w:val="both"/>
      </w:pPr>
      <w:r>
        <w:rPr>
          <w:rFonts w:ascii="Georgia" w:hAnsi="Georgia"/>
          <w:b w:val="0"/>
          <w:i w:val="0"/>
          <w:color w:val="000000"/>
          <w:sz w:val="24"/>
        </w:rPr>
        <w:t>А также в трех их Малхут присутствуют те же самые 42 буквы, но только в виде числа.</w:t>
      </w:r>
    </w:p>
    <w:p>
      <w:pPr>
        <w:spacing w:before="40" w:after="120"/>
        <w:jc w:val="both"/>
      </w:pPr>
      <w:r>
        <w:rPr>
          <w:rFonts w:ascii="Georgia" w:hAnsi="Georgia"/>
          <w:b w:val="0"/>
          <w:i w:val="0"/>
          <w:color w:val="000000"/>
          <w:sz w:val="24"/>
        </w:rPr>
        <w:t xml:space="preserve">И в этом тайна [стиха]: </w:t>
      </w:r>
      <w:r>
        <w:rPr>
          <w:rFonts w:ascii="Georgia" w:hAnsi="Georgia"/>
          <w:b w:val="0"/>
          <w:i/>
          <w:color w:val="000000"/>
          <w:sz w:val="24"/>
        </w:rPr>
        <w:t>«Глаза твои — пруды в Хешбоне…»</w:t>
      </w:r>
      <w:r>
        <w:rPr>
          <w:rFonts w:ascii="Georgia" w:hAnsi="Georgia"/>
          <w:b w:val="0"/>
          <w:i w:val="0"/>
          <w:color w:val="000000"/>
          <w:sz w:val="24"/>
        </w:rPr>
        <w:t xml:space="preserve"> (Шир а-Ширим 7:5) — на основе слова </w:t>
      </w:r>
      <w:r>
        <w:rPr>
          <w:rFonts w:ascii="Georgia" w:hAnsi="Georgia"/>
          <w:b w:val="0"/>
          <w:i/>
          <w:color w:val="000000"/>
          <w:sz w:val="24"/>
        </w:rPr>
        <w:t>хешбон</w:t>
      </w:r>
      <w:r>
        <w:rPr>
          <w:rFonts w:ascii="Georgia" w:hAnsi="Georgia"/>
          <w:b w:val="0"/>
          <w:i w:val="0"/>
          <w:color w:val="000000"/>
          <w:sz w:val="24"/>
        </w:rPr>
        <w:t xml:space="preserve"> — «счет» (</w:t>
      </w:r>
      <w:r>
        <w:rPr>
          <w:rFonts w:ascii="Georgia" w:hAnsi="Georgia" w:cs="Times New Roman"/>
          <w:b/>
          <w:i w:val="0"/>
          <w:color w:val="000000"/>
          <w:sz w:val="24"/>
          <w:rtl/>
          <w:szCs w:val="32"/>
        </w:rPr>
        <w:t>חֶשְׁבּוֹן</w:t>
      </w:r>
      <w:r>
        <w:rPr>
          <w:rFonts w:ascii="Georgia" w:hAnsi="Georgia"/>
          <w:b w:val="0"/>
          <w:i w:val="0"/>
          <w:color w:val="000000"/>
          <w:sz w:val="24"/>
        </w:rPr>
        <w:t>), как сказано в Зоаре (раздел Пинхас): «Всякий счет и всякая гематрия — в Малхут». То есть [речь идет] о Малхут каждой сфиры, поскольку она является числовым выражением своего мужского свойства.</w:t>
      </w:r>
    </w:p>
    <w:p>
      <w:pPr>
        <w:spacing w:before="40" w:after="120"/>
        <w:jc w:val="both"/>
      </w:pPr>
      <w:r>
        <w:rPr>
          <w:rFonts w:ascii="Georgia" w:hAnsi="Georgia"/>
          <w:b w:val="0"/>
          <w:i w:val="0"/>
          <w:color w:val="000000"/>
          <w:sz w:val="24"/>
        </w:rPr>
        <w:t>8) А что касается ЗАТ де-Аба, то у всех этих семи [сфирот] есть лишь одно имя АВАЯ де-АБ с буквами йод. Причина в том, что все они вместе составляют всего один парцуф — ЗА де-Аба; тогда как в ГАР каждый [уровень] представляет собой отдельный парцуф.</w:t>
      </w:r>
    </w:p>
    <w:p>
      <w:pPr>
        <w:spacing w:before="40" w:after="120"/>
        <w:jc w:val="both"/>
      </w:pPr>
      <w:r>
        <w:rPr>
          <w:rFonts w:ascii="Georgia" w:hAnsi="Georgia"/>
          <w:b w:val="0"/>
          <w:i w:val="0"/>
          <w:color w:val="000000"/>
          <w:sz w:val="24"/>
        </w:rPr>
        <w:t>(И мне представляется: поскольку и там есть мужское и женское, то шесть нижних [сфирот] сами по себе будут именем АБ с буквами йод в виде букв, а седьмая, Нуква, будет числовым значением 72, подобно сказанному выше. Смысл в том, что ЗА и Хохма — это одно и то же: и подобно тому как Хохма — это 10 букв имени АБ, так же и ЗА.</w:t>
      </w:r>
    </w:p>
    <w:p>
      <w:pPr>
        <w:spacing w:before="40" w:after="120"/>
        <w:jc w:val="both"/>
      </w:pPr>
      <w:r>
        <w:rPr>
          <w:rFonts w:ascii="Georgia" w:hAnsi="Georgia"/>
          <w:b w:val="0"/>
          <w:i w:val="0"/>
          <w:color w:val="000000"/>
          <w:sz w:val="24"/>
        </w:rPr>
        <w:t>Или, возможно, Нуква также будет соответствовать 28 буквам наполнения наподобие Бины, тогда как Малхут де-ЗА будет числовым выражением, по аналогии со сказанным выше о Хохме и Бине; и это требует дальнейшего изучения.</w:t>
      </w:r>
    </w:p>
    <w:p>
      <w:pPr>
        <w:spacing w:before="40" w:after="120"/>
        <w:jc w:val="both"/>
      </w:pPr>
      <w:r>
        <w:rPr>
          <w:rFonts w:ascii="Georgia" w:hAnsi="Georgia"/>
          <w:b w:val="0"/>
          <w:i w:val="0"/>
          <w:color w:val="000000"/>
          <w:sz w:val="24"/>
        </w:rPr>
        <w:t>9) И все это — в Аба де-Аба. В Има же де-Аба находится имя ЭЙЕ с буквами йод, аналогично сказанному выше.</w:t>
      </w:r>
    </w:p>
    <w:p>
      <w:pPr>
        <w:spacing w:before="40" w:after="120"/>
        <w:jc w:val="both"/>
      </w:pPr>
      <w:r>
        <w:rPr>
          <w:rFonts w:ascii="Georgia" w:hAnsi="Georgia"/>
          <w:b w:val="0"/>
          <w:i w:val="0"/>
          <w:color w:val="000000"/>
          <w:sz w:val="24"/>
        </w:rPr>
        <w:t>Затем в Исраэль Саба — имя САГ, а в Твуне — имя ЭЙЕ с буквами йод, аналогично сказанному выше.</w:t>
      </w:r>
    </w:p>
    <w:p>
      <w:pPr>
        <w:spacing w:before="40" w:after="120"/>
        <w:jc w:val="both"/>
      </w:pPr>
      <w:r>
        <w:rPr>
          <w:rFonts w:ascii="Georgia" w:hAnsi="Georgia"/>
          <w:b w:val="0"/>
          <w:i w:val="0"/>
          <w:color w:val="000000"/>
          <w:sz w:val="24"/>
        </w:rPr>
        <w:t>Затем в ЗА — имя МА с наполнением буквами алеф, аналогично сказанному выше; а в Нукве — имя БОН с наполнением буквами хэй, аналогично сказанному выше.</w:t>
      </w:r>
    </w:p>
    <w:p>
      <w:pPr>
        <w:spacing w:before="40" w:after="120"/>
        <w:jc w:val="both"/>
      </w:pPr>
      <w:r>
        <w:rPr>
          <w:rFonts w:ascii="Georgia" w:hAnsi="Georgia"/>
          <w:b w:val="0"/>
          <w:i w:val="0"/>
          <w:color w:val="000000"/>
          <w:sz w:val="24"/>
        </w:rPr>
        <w:t>Или, возможно, ЗА — это имя МА с буквами алеф, а в Нукве Лее — имя ЭЙЕ с буквами алеф, аналогично сказанному выше; в Яакове — имя БОН с буквами хэй, аналогично сказанному выше; а в Рахели — имя ЭЙЕ с буквами хэй, аналогично сказанному выше; и это требует дальнейшего изучения. До сих пор — слова Махарху).</w:t>
      </w:r>
    </w:p>
    <w:p>
      <w:pPr>
        <w:spacing w:before="40" w:after="120"/>
        <w:jc w:val="both"/>
      </w:pPr>
      <w:r>
        <w:rPr>
          <w:rFonts w:ascii="Georgia" w:hAnsi="Georgia"/>
          <w:b w:val="0"/>
          <w:i w:val="0"/>
          <w:color w:val="000000"/>
          <w:sz w:val="24"/>
        </w:rPr>
        <w:t>Вернемся к сказанному выше: Аба ве-Има — это имя АВАЯ со значением АБ и имя ЭЙЕ с буквами йод, а Исраэль Саба и Твуна — это имя САГ и имя ЭЙЕ с буквами йод, как сказано выше.</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2) </w:t>
      </w:r>
      <w:r>
        <w:rPr>
          <w:rFonts w:ascii="Georgia" w:hAnsi="Georgia"/>
          <w:b/>
          <w:i w:val="0"/>
          <w:color w:val="000000"/>
          <w:sz w:val="24"/>
        </w:rPr>
        <w:t>«Все это относится лишь к ЗАТ каждого из них; в ГАР же каждого из них — 42 буквы и т.д.»</w:t>
      </w:r>
      <w:r>
        <w:rPr>
          <w:rFonts w:ascii="Georgia" w:hAnsi="Georgia"/>
          <w:b w:val="0"/>
          <w:i w:val="0"/>
          <w:color w:val="000000"/>
          <w:sz w:val="24"/>
        </w:rPr>
        <w:t xml:space="preserve"> —</w:t>
      </w:r>
    </w:p>
    <w:p>
      <w:pPr>
        <w:spacing w:before="40" w:after="120"/>
        <w:jc w:val="both"/>
      </w:pPr>
      <w:r>
        <w:rPr>
          <w:rFonts w:ascii="Georgia" w:hAnsi="Georgia"/>
          <w:b w:val="0"/>
          <w:i w:val="0"/>
          <w:color w:val="000000"/>
          <w:sz w:val="24"/>
        </w:rPr>
        <w:t>Каждый парцуф рассматривается как состоящий из пяти парцуфим: Гальгальта, представляющая собой внутреннее простое имя АВАЯ без наполнения, и четыре ее облачения — четыре наполнения: АБ, САГ, МА, БОН.</w:t>
      </w:r>
    </w:p>
    <w:p>
      <w:pPr>
        <w:spacing w:before="40" w:after="120"/>
        <w:jc w:val="both"/>
      </w:pPr>
      <w:r>
        <w:rPr>
          <w:rFonts w:ascii="Georgia" w:hAnsi="Georgia"/>
          <w:b w:val="0"/>
          <w:i w:val="0"/>
          <w:color w:val="000000"/>
          <w:sz w:val="24"/>
        </w:rPr>
        <w:t>Два наполнения — АБ и САГ — облачают внутреннее имя АВАЯ от его табура и выше. Поэтому до табура они рассматриваются в виде 42 букв: четырех простых букв внутреннего имени АВАЯ, десяти букв наполнения АБ и 28 букв наполнения наполнения.</w:t>
      </w:r>
    </w:p>
    <w:p>
      <w:pPr>
        <w:spacing w:before="40" w:after="120"/>
        <w:jc w:val="both"/>
      </w:pPr>
      <w:r>
        <w:rPr>
          <w:rFonts w:ascii="Georgia" w:hAnsi="Georgia"/>
          <w:b w:val="0"/>
          <w:i w:val="0"/>
          <w:color w:val="000000"/>
          <w:sz w:val="24"/>
        </w:rPr>
        <w:t>Это указывает на то, что наполнение АБ, являющееся парцуфом Хохма, восполняет уход света из гуфа внутреннего имени АВАЯ. А наполнение наполнения, являющееся парцуфом Бина, восполняет уход света из гуфа парцуфа Хохма.</w:t>
      </w:r>
    </w:p>
    <w:p>
      <w:pPr>
        <w:spacing w:before="40" w:after="120"/>
        <w:jc w:val="both"/>
      </w:pPr>
      <w:r>
        <w:rPr>
          <w:rFonts w:ascii="Georgia" w:hAnsi="Georgia"/>
          <w:b w:val="0"/>
          <w:i w:val="0"/>
          <w:color w:val="000000"/>
          <w:sz w:val="24"/>
        </w:rPr>
        <w:t>И оказывается, что область выше табура внутреннего имени АВАЯ обретает совершенство только благодаря двум парцуфам — АБ и САГ, которые восполняют пустоты в ней до самого табура; и в этом тайна 42-буквенного имени. Однако ниже табура внутреннего имени АВАЯ парцуф Бина — 28 букв наполнения наполнения — не смог распространиться, чтобы восполнить пустоту и происшедший там уход света. Поэтому оттуда и ниже его облачает другой парцуф, называемый МА и БОН; этот парцуф считается наполнением для области ниже табура внутреннего имени АВАЯ в точности так же, как парцуф АБ — то есть парцуф Хохма — считается наполнением для внутреннего имени АВАЯ выше табура.</w:t>
      </w:r>
    </w:p>
    <w:p>
      <w:pPr>
        <w:spacing w:before="40" w:after="120"/>
        <w:jc w:val="both"/>
      </w:pPr>
      <w:r>
        <w:rPr>
          <w:rFonts w:ascii="Georgia" w:hAnsi="Georgia"/>
          <w:b w:val="0"/>
          <w:i w:val="0"/>
          <w:color w:val="000000"/>
          <w:sz w:val="24"/>
        </w:rPr>
        <w:t>Поэтому имя АВАЯ со значением МА также содержит десять букв наполнения, как и имя АВАЯ со значением АБ.</w:t>
      </w:r>
    </w:p>
    <w:p>
      <w:pPr>
        <w:spacing w:before="40" w:after="120"/>
        <w:jc w:val="both"/>
      </w:pPr>
      <w:r>
        <w:rPr>
          <w:rFonts w:ascii="Georgia" w:hAnsi="Georgia"/>
          <w:b w:val="0"/>
          <w:i w:val="0"/>
          <w:color w:val="000000"/>
          <w:sz w:val="24"/>
        </w:rPr>
        <w:t>И отсюда ты поймешь относительно всех частных парцуфим: имя АВАЯ в ЗА всегда имеет то же число букв и ту же гематрию, что и имя АВАЯ в парцуфе Хохма той же ступени.</w:t>
      </w:r>
    </w:p>
    <w:p>
      <w:pPr>
        <w:spacing w:before="40" w:after="120"/>
        <w:jc w:val="both"/>
      </w:pPr>
      <w:r>
        <w:rPr>
          <w:rFonts w:ascii="Georgia" w:hAnsi="Georgia"/>
          <w:b w:val="0"/>
          <w:i w:val="0"/>
          <w:color w:val="000000"/>
          <w:sz w:val="24"/>
        </w:rPr>
        <w:t>Таким образом, в пяти парцуфим имени АВАЯ со значением АБ, где Хохма этих пяти парцуфим представляет собой десять букв наполнения АВАЯ с буквами йод, ЗА этих пяти парцуфим также будет содержать десять букв наполнения йод. И точно так же в пяти парцуфим имени АВАЯ со значением САГ, где Хохма этих пяти парцуфим — это десять букв с наполнением буквами йод и буквой алеф, ЗА этих пяти парцуфим также будет состоять из десяти букв с наполнением буквами йод и алеф. Точно так же и в пяти парцуфим имени АВАЯ со значением МА, где Хохма этих пяти парцуфим состоит из десяти букв с наполнением буквами алеф, ЗА этих пяти парцуфим также будет состоять из десяти букв с наполнением алеф.</w:t>
      </w:r>
    </w:p>
    <w:p>
      <w:pPr>
        <w:spacing w:before="40" w:after="120"/>
        <w:jc w:val="both"/>
      </w:pPr>
      <w:r>
        <w:rPr>
          <w:rFonts w:ascii="Georgia" w:hAnsi="Georgia"/>
          <w:b w:val="0"/>
          <w:i w:val="0"/>
          <w:color w:val="000000"/>
          <w:sz w:val="24"/>
        </w:rPr>
        <w:t>Получается, что имя из 42 букв находится «в голове» — то есть в трех первых парцуфах: Кетер, Хохма, Бина, по принципу «простое имя, наполнение и наполнение наполнения».</w:t>
      </w:r>
    </w:p>
    <w:p>
      <w:pPr>
        <w:spacing w:before="40" w:after="120"/>
        <w:jc w:val="both"/>
      </w:pPr>
      <w:r>
        <w:rPr>
          <w:rFonts w:ascii="Georgia" w:hAnsi="Georgia"/>
          <w:b w:val="0"/>
          <w:i w:val="0"/>
          <w:color w:val="000000"/>
          <w:sz w:val="24"/>
        </w:rPr>
        <w:t>Однако в ЗА, представляющем собой ЗАТ, которые облачают парцуф Кетер той ступени от его табура и ниже, есть всего лишь десять букв — точно так же, как в парцуфе Хохма этой ступени.</w:t>
      </w:r>
    </w:p>
    <w:p>
      <w:pPr>
        <w:spacing w:before="40" w:after="120"/>
        <w:jc w:val="both"/>
      </w:pPr>
      <w:r>
        <w:rPr>
          <w:rFonts w:ascii="Georgia" w:hAnsi="Georgia"/>
          <w:b w:val="0"/>
          <w:i w:val="0"/>
          <w:color w:val="000000"/>
          <w:sz w:val="24"/>
        </w:rPr>
        <w:t>И не следует возражать: почему ЗА не считается наполнением из 28 букв наполнения наполнения? Ведь он тоже представляет собой второе распространение из гуфа де-САГ, и подобно тому как имя АВАЯ со значением САГ считается наполнением десяти букв имени АВАЯ в Хохме, так и ЗА должен был бы стать наполнением из 28 букв имени АВАЯ в Бине! Дело в том, что САГ после того, как скрылись света его гуфа, полностью поднялся выше табура де-Кетер и больше уже никогда не опускался ниже табура, как писал Учитель выше в ветви 15, пункт 6. Поэтому ЗА вовсе не считается восполняющим света гуфа де-САГ, так как он вообще не находится с ним в одном месте: ведь ЗА начинается ниже табура де-Кетер. И потому он считается лишь наполнением четырех простых букв внутреннего имени АВАЯ, точно так же, как парцуф Хохма; пойми это как следует.</w:t>
      </w:r>
    </w:p>
    <w:p>
      <w:pPr>
        <w:spacing w:before="40" w:after="120"/>
        <w:jc w:val="both"/>
      </w:pPr>
      <w:r>
        <w:rPr>
          <w:rFonts w:ascii="Georgia" w:hAnsi="Georgia"/>
          <w:b/>
          <w:i w:val="0"/>
          <w:color w:val="000000"/>
          <w:sz w:val="24"/>
        </w:rPr>
        <w:t>«А их числовое значение и счет находятся в Малхут каждого из них»</w:t>
      </w:r>
      <w:r>
        <w:rPr>
          <w:rFonts w:ascii="Georgia" w:hAnsi="Georgia"/>
          <w:b w:val="0"/>
          <w:i w:val="0"/>
          <w:color w:val="000000"/>
          <w:sz w:val="24"/>
        </w:rPr>
        <w:t xml:space="preserve"> —</w:t>
      </w:r>
    </w:p>
    <w:p>
      <w:pPr>
        <w:spacing w:before="40" w:after="120"/>
        <w:jc w:val="both"/>
      </w:pPr>
      <w:r>
        <w:rPr>
          <w:rFonts w:ascii="Georgia" w:hAnsi="Georgia"/>
          <w:b w:val="0"/>
          <w:i w:val="0"/>
          <w:color w:val="000000"/>
          <w:sz w:val="24"/>
        </w:rPr>
        <w:t>ведь тайна 42 букв представляет собой свойство паним трех парцуфов КАХАБ, тогда как квадрат этих 42 букв — это свойство ахораим, как написано в ветвях 31 и 32 и как будет сказано ниже. Кроме того, есть также аспект счета и числового значения 42 букв, как приведено там в словах Учителя. И здесь он говорит, что числовое значение и счет каждого из них — это Малхут той ступени.</w:t>
      </w:r>
    </w:p>
    <w:p>
      <w:pPr>
        <w:spacing w:before="40" w:after="120"/>
        <w:jc w:val="both"/>
      </w:pPr>
      <w:r>
        <w:rPr>
          <w:rFonts w:ascii="Georgia" w:hAnsi="Georgia"/>
          <w:b/>
          <w:i w:val="0"/>
          <w:color w:val="000000"/>
          <w:sz w:val="24"/>
        </w:rPr>
        <w:t>«Точно так же — в МА и в БОН»</w:t>
      </w:r>
      <w:r>
        <w:rPr>
          <w:rFonts w:ascii="Georgia" w:hAnsi="Georgia"/>
          <w:b w:val="0"/>
          <w:i w:val="0"/>
          <w:color w:val="000000"/>
          <w:sz w:val="24"/>
        </w:rPr>
        <w:t xml:space="preserve"> —</w:t>
      </w:r>
    </w:p>
    <w:p>
      <w:pPr>
        <w:spacing w:before="40" w:after="120"/>
        <w:jc w:val="both"/>
      </w:pPr>
      <w:r>
        <w:rPr>
          <w:rFonts w:ascii="Georgia" w:hAnsi="Georgia"/>
          <w:b w:val="0"/>
          <w:i w:val="0"/>
          <w:color w:val="000000"/>
          <w:sz w:val="24"/>
        </w:rPr>
        <w:t>так как выше он говорил только об АБ и САГ, он заключает, что 42 буквы рассматриваются также в МА и БОН. Учитель уже разъяснил в ветви 32, что 42 буквы образуют двенадцать ступеней, поскольку в каждом парцуфе из этих КАХАБ есть четыре ступени: форма букв в паним, квадрат этих букв, числовое значение паним и числовое значение квадрата; смотри там, а также то, как он разъясняет далее перед нами. И все это уже было объяснено в ветви 32 в «Паним Меирот», обратись туда.</w:t>
      </w:r>
    </w:p>
    <w:p>
      <w:pPr>
        <w:spacing w:before="40" w:after="120"/>
        <w:jc w:val="both"/>
      </w:pPr>
      <w:r>
        <w:rPr>
          <w:rFonts w:ascii="Georgia" w:hAnsi="Georgia"/>
          <w:b/>
          <w:i w:val="0"/>
          <w:color w:val="000000"/>
          <w:sz w:val="24"/>
        </w:rPr>
        <w:t>«И так же в ЗОН — четыре парцуфа»</w:t>
      </w:r>
      <w:r>
        <w:rPr>
          <w:rFonts w:ascii="Georgia" w:hAnsi="Georgia"/>
          <w:b w:val="0"/>
          <w:i w:val="0"/>
          <w:color w:val="000000"/>
          <w:sz w:val="24"/>
        </w:rPr>
        <w:t xml:space="preserve"> —</w:t>
      </w:r>
    </w:p>
    <w:p>
      <w:pPr>
        <w:spacing w:before="40" w:after="120"/>
        <w:jc w:val="both"/>
      </w:pPr>
      <w:r>
        <w:rPr>
          <w:rFonts w:ascii="Georgia" w:hAnsi="Georgia"/>
          <w:b w:val="0"/>
          <w:i w:val="0"/>
          <w:color w:val="000000"/>
          <w:sz w:val="24"/>
        </w:rPr>
        <w:t>то есть четыре ступени. Иными словами, в каждом из трех высших парцуфов есть четыре ступени паним и ахораим букв и их числовых значений, как говорилось выше в ветви 32. И Учитель дает нам понять, что ЗАТ каждого из них считаются всего за один парцуф и включают лишь четыре ступени. Таким образом, каждый [полный] парцуф подразделяется на шестнадцать ступеней: двенадцать ступеней в КАХАБ этого парцуфа, представляющие собой 42 буквы, и четыре ступени в ЗОН, представляющие собой десять букв, как сказано выше.</w:t>
      </w:r>
    </w:p>
    <w:p>
      <w:pPr>
        <w:spacing w:before="40" w:after="120"/>
        <w:jc w:val="both"/>
      </w:pPr>
      <w:r>
        <w:rPr>
          <w:rFonts w:ascii="Georgia" w:hAnsi="Georgia"/>
          <w:b w:val="0"/>
          <w:i w:val="0"/>
          <w:color w:val="000000"/>
          <w:sz w:val="24"/>
        </w:rPr>
        <w:t>Дальнейшие же слова Учителя в этой ветви уже были подробно объяснены выше в ветви 32 в «Паним Меирот», и оттуда ты можешь их почерпнуть.</w:t>
      </w:r>
    </w:p>
    <w:p>
      <w:r>
        <w:br w:type="page"/>
      </w:r>
    </w:p>
    <w:p>
      <w:pPr>
        <w:keepNext/>
        <w:spacing w:before="360" w:after="160"/>
        <w:jc w:val="center"/>
      </w:pPr>
      <w:r>
        <w:rPr>
          <w:rFonts w:ascii="Georgia" w:hAnsi="Georgia"/>
          <w:b w:val="0"/>
          <w:i w:val="0"/>
          <w:color w:val="000000"/>
          <w:sz w:val="40"/>
        </w:rPr>
        <w:t>Ветвь 36</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Знай, что все упомянутые 288 искр (РАПАХ) относятся к гвурот и абсолютным судам (диним). На них во многих местах намекает книга Зоар. Так, в недельной главе Пкудей сказано: «Приди и смотри: Глава веры мыслью ударила в искру черного пламени (буцина де-кардунита), и та поднялась внутри мысли, породила искры, разбросала их в 320 (</w:t>
      </w:r>
      <w:r>
        <w:rPr>
          <w:rFonts w:ascii="Georgia" w:hAnsi="Georgia" w:cs="Times New Roman"/>
          <w:b/>
          <w:i w:val="0"/>
          <w:color w:val="000000"/>
          <w:sz w:val="24"/>
          <w:rtl/>
          <w:szCs w:val="32"/>
        </w:rPr>
        <w:t>ש״ך</w:t>
      </w:r>
      <w:r>
        <w:rPr>
          <w:rFonts w:ascii="Georgia" w:hAnsi="Georgia"/>
          <w:b w:val="0"/>
          <w:i w:val="0"/>
          <w:color w:val="000000"/>
          <w:sz w:val="24"/>
        </w:rPr>
        <w:t>) сторон и отделила нечистоты изнутри мысли и т. д.». А в главе Тазриа (лист 41б): «Учили: от искры черного пламени исходят 325 (</w:t>
      </w:r>
      <w:r>
        <w:rPr>
          <w:rFonts w:ascii="Georgia" w:hAnsi="Georgia" w:cs="Times New Roman"/>
          <w:b/>
          <w:i w:val="0"/>
          <w:color w:val="000000"/>
          <w:sz w:val="24"/>
          <w:rtl/>
          <w:szCs w:val="32"/>
        </w:rPr>
        <w:t>שכ״ה</w:t>
      </w:r>
      <w:r>
        <w:rPr>
          <w:rFonts w:ascii="Georgia" w:hAnsi="Georgia"/>
          <w:b w:val="0"/>
          <w:i w:val="0"/>
          <w:color w:val="000000"/>
          <w:sz w:val="24"/>
        </w:rPr>
        <w:t>) искр и т. д. со стороны гвуры, которые зовутся гвурой и т. д.». И в Идра (лист 132): «Вглядывался я и вот, узрел драгоценный свет высшего светильника: сияет и восходит в 325 сторон и т. д.». И хотя кажется, что в тех источниках говорится о 320 искрах, а здесь мы называем их 288 искрами (в другой версии — 325), все это один и тот же вопрос, и ниже он разъяснится с Б-жьей помощью.</w:t>
      </w:r>
    </w:p>
    <w:p>
      <w:pPr>
        <w:spacing w:before="40" w:after="120"/>
        <w:jc w:val="both"/>
      </w:pPr>
      <w:r>
        <w:rPr>
          <w:rFonts w:ascii="Georgia" w:hAnsi="Georgia"/>
          <w:b w:val="0"/>
          <w:i w:val="0"/>
          <w:color w:val="000000"/>
          <w:sz w:val="24"/>
        </w:rPr>
        <w:t>2) Причина того, что их число составляет 320 (ШАХ), такова: эти искры происходят от семи умерших мелахим. Они относятся к ЗА, а ЗА называется «человек» (</w:t>
      </w:r>
      <w:r>
        <w:rPr>
          <w:rFonts w:ascii="Georgia" w:hAnsi="Georgia"/>
          <w:b w:val="0"/>
          <w:i/>
          <w:color w:val="000000"/>
          <w:sz w:val="24"/>
        </w:rPr>
        <w:t>адам</w:t>
      </w:r>
      <w:r>
        <w:rPr>
          <w:rFonts w:ascii="Georgia" w:hAnsi="Georgia"/>
          <w:b w:val="0"/>
          <w:i w:val="0"/>
          <w:color w:val="000000"/>
          <w:sz w:val="24"/>
        </w:rPr>
        <w:t xml:space="preserve">, </w:t>
      </w:r>
      <w:r>
        <w:rPr>
          <w:rFonts w:ascii="Georgia" w:hAnsi="Georgia" w:cs="Times New Roman"/>
          <w:b/>
          <w:i w:val="0"/>
          <w:color w:val="000000"/>
          <w:sz w:val="24"/>
          <w:rtl/>
          <w:szCs w:val="32"/>
        </w:rPr>
        <w:t>אָדָם</w:t>
      </w:r>
      <w:r>
        <w:rPr>
          <w:rFonts w:ascii="Georgia" w:hAnsi="Georgia"/>
          <w:b w:val="0"/>
          <w:i w:val="0"/>
          <w:color w:val="000000"/>
          <w:sz w:val="24"/>
        </w:rPr>
        <w:t>), так как он представляет собой имя АВАЯ с наполнением через букву алеф, гематрия которого равна 45 (</w:t>
      </w:r>
      <w:r>
        <w:rPr>
          <w:rFonts w:ascii="Georgia" w:hAnsi="Georgia"/>
          <w:b w:val="0"/>
          <w:i/>
          <w:color w:val="000000"/>
          <w:sz w:val="24"/>
        </w:rPr>
        <w:t>адам</w:t>
      </w:r>
      <w:r>
        <w:rPr>
          <w:rFonts w:ascii="Georgia" w:hAnsi="Georgia"/>
          <w:b w:val="0"/>
          <w:i w:val="0"/>
          <w:color w:val="000000"/>
          <w:sz w:val="24"/>
        </w:rPr>
        <w:t xml:space="preserve">, </w:t>
      </w:r>
      <w:r>
        <w:rPr>
          <w:rFonts w:ascii="Georgia" w:hAnsi="Georgia" w:cs="Times New Roman"/>
          <w:b/>
          <w:i w:val="0"/>
          <w:color w:val="000000"/>
          <w:sz w:val="24"/>
          <w:rtl/>
          <w:szCs w:val="32"/>
        </w:rPr>
        <w:t>אָדָם</w:t>
      </w:r>
      <w:r>
        <w:rPr>
          <w:rFonts w:ascii="Georgia" w:hAnsi="Georgia"/>
          <w:b w:val="0"/>
          <w:i w:val="0"/>
          <w:color w:val="000000"/>
          <w:sz w:val="24"/>
        </w:rPr>
        <w:t>). И каждый из этих мелахим — это один «человек» (</w:t>
      </w:r>
      <w:r>
        <w:rPr>
          <w:rFonts w:ascii="Georgia" w:hAnsi="Georgia"/>
          <w:b w:val="0"/>
          <w:i/>
          <w:color w:val="000000"/>
          <w:sz w:val="24"/>
        </w:rPr>
        <w:t>адам</w:t>
      </w:r>
      <w:r>
        <w:rPr>
          <w:rFonts w:ascii="Georgia" w:hAnsi="Georgia"/>
          <w:b w:val="0"/>
          <w:i w:val="0"/>
          <w:color w:val="000000"/>
          <w:sz w:val="24"/>
        </w:rPr>
        <w:t>). Получается, что семь раз по 45 (</w:t>
      </w:r>
      <w:r>
        <w:rPr>
          <w:rFonts w:ascii="Georgia" w:hAnsi="Georgia"/>
          <w:b w:val="0"/>
          <w:i/>
          <w:color w:val="000000"/>
          <w:sz w:val="24"/>
        </w:rPr>
        <w:t>адам</w:t>
      </w:r>
      <w:r>
        <w:rPr>
          <w:rFonts w:ascii="Georgia" w:hAnsi="Georgia"/>
          <w:b w:val="0"/>
          <w:i w:val="0"/>
          <w:color w:val="000000"/>
          <w:sz w:val="24"/>
        </w:rPr>
        <w:t>) дает в сумме 315 (</w:t>
      </w:r>
      <w:r>
        <w:rPr>
          <w:rFonts w:ascii="Georgia" w:hAnsi="Georgia" w:cs="Times New Roman"/>
          <w:b/>
          <w:i w:val="0"/>
          <w:color w:val="000000"/>
          <w:sz w:val="24"/>
          <w:rtl/>
          <w:szCs w:val="32"/>
        </w:rPr>
        <w:t>שט״ו</w:t>
      </w:r>
      <w:r>
        <w:rPr>
          <w:rFonts w:ascii="Georgia" w:hAnsi="Georgia"/>
          <w:b w:val="0"/>
          <w:i w:val="0"/>
          <w:color w:val="000000"/>
          <w:sz w:val="24"/>
        </w:rPr>
        <w:t>), и все они — искры гвуры и абсолютные суды умерших мелахим. А когда они исправлялись во чреве своей матери — Бины, то, как уже объяснялось, это происходило благодаря капле Абы, которую тот заново передал ей и которая включает пять хасадим. Има также вложила в них каплю МАН, включающую пять гвурот, и благодаря этому исправились упомянутые 315 [искр], так что в общей сложности они составили 320 искр де-ЗА. Ведь пять хасадим де-Аба — это не искры, а хасадим, тогда как искры — это только гвурот. Таким образом, 315 искр — прежние, оставшиеся от мелахим, а другие 5 искр — новые, и всего их 320 в ЗА.</w:t>
      </w:r>
    </w:p>
    <w:p>
      <w:pPr>
        <w:spacing w:before="40" w:after="120"/>
        <w:jc w:val="both"/>
      </w:pPr>
      <w:r>
        <w:rPr>
          <w:rFonts w:ascii="Georgia" w:hAnsi="Georgia"/>
          <w:b w:val="0"/>
          <w:i w:val="0"/>
          <w:color w:val="000000"/>
          <w:sz w:val="24"/>
        </w:rPr>
        <w:t>3) Ты уже знаешь, что и Нуква де-ЗА, представляющая собой седьмое свойство среди мелахим, также включает в себя все семь мелахим, ведь известно, что нет ни одной сфиры, в которую не были бы включены свойства мелахим. Таким образом, есть еще 320 других искр в Нукве де-ЗА.</w:t>
      </w:r>
    </w:p>
    <w:p>
      <w:pPr>
        <w:spacing w:before="40" w:after="120"/>
        <w:jc w:val="both"/>
      </w:pPr>
      <w:r>
        <w:rPr>
          <w:rFonts w:ascii="Georgia" w:hAnsi="Georgia"/>
          <w:b w:val="0"/>
          <w:i w:val="0"/>
          <w:color w:val="000000"/>
          <w:sz w:val="24"/>
        </w:rPr>
        <w:t xml:space="preserve">4) [Из ранней редакции]. Тайна слова </w:t>
      </w:r>
      <w:r>
        <w:rPr>
          <w:rFonts w:ascii="Georgia" w:hAnsi="Georgia"/>
          <w:b w:val="0"/>
          <w:i/>
          <w:color w:val="000000"/>
          <w:sz w:val="24"/>
        </w:rPr>
        <w:t>тамар</w:t>
      </w:r>
      <w:r>
        <w:rPr>
          <w:rFonts w:ascii="Georgia" w:hAnsi="Georgia"/>
          <w:b w:val="0"/>
          <w:i w:val="0"/>
          <w:color w:val="000000"/>
          <w:sz w:val="24"/>
        </w:rPr>
        <w:t xml:space="preserve"> («финиковая пальма», </w:t>
      </w:r>
      <w:r>
        <w:rPr>
          <w:rFonts w:ascii="Georgia" w:hAnsi="Georgia" w:cs="Times New Roman"/>
          <w:b/>
          <w:i w:val="0"/>
          <w:color w:val="000000"/>
          <w:sz w:val="24"/>
          <w:rtl/>
          <w:szCs w:val="32"/>
        </w:rPr>
        <w:t>תָּמָר</w:t>
      </w:r>
      <w:r>
        <w:rPr>
          <w:rFonts w:ascii="Georgia" w:hAnsi="Georgia"/>
          <w:b w:val="0"/>
          <w:i w:val="0"/>
          <w:color w:val="000000"/>
          <w:sz w:val="24"/>
        </w:rPr>
        <w:t xml:space="preserve"> = 640), гематрия которого равна 10 судам (</w:t>
      </w:r>
      <w:r>
        <w:rPr>
          <w:rFonts w:ascii="Georgia" w:hAnsi="Georgia"/>
          <w:b w:val="0"/>
          <w:i/>
          <w:color w:val="000000"/>
          <w:sz w:val="24"/>
        </w:rPr>
        <w:t>дин</w:t>
      </w:r>
      <w:r>
        <w:rPr>
          <w:rFonts w:ascii="Georgia" w:hAnsi="Georgia"/>
          <w:b w:val="0"/>
          <w:i w:val="0"/>
          <w:color w:val="000000"/>
          <w:sz w:val="24"/>
        </w:rPr>
        <w:t xml:space="preserve">, </w:t>
      </w:r>
      <w:r>
        <w:rPr>
          <w:rFonts w:ascii="Georgia" w:hAnsi="Georgia" w:cs="Times New Roman"/>
          <w:b/>
          <w:i w:val="0"/>
          <w:color w:val="000000"/>
          <w:sz w:val="24"/>
          <w:rtl/>
          <w:szCs w:val="32"/>
        </w:rPr>
        <w:t>דִּין</w:t>
      </w:r>
      <w:r>
        <w:rPr>
          <w:rFonts w:ascii="Georgia" w:hAnsi="Georgia"/>
          <w:b w:val="0"/>
          <w:i w:val="0"/>
          <w:color w:val="000000"/>
          <w:sz w:val="24"/>
        </w:rPr>
        <w:t xml:space="preserve"> = 64; 10 × 64 = 640). Они представляют собой дважды по 320 (ШАХ) судов, что выражает тайну судов (</w:t>
      </w:r>
      <w:r>
        <w:rPr>
          <w:rFonts w:ascii="Georgia" w:hAnsi="Georgia"/>
          <w:b w:val="0"/>
          <w:i/>
          <w:color w:val="000000"/>
          <w:sz w:val="24"/>
        </w:rPr>
        <w:t>дин</w:t>
      </w:r>
      <w:r>
        <w:rPr>
          <w:rFonts w:ascii="Georgia" w:hAnsi="Georgia"/>
          <w:b w:val="0"/>
          <w:i w:val="0"/>
          <w:color w:val="000000"/>
          <w:sz w:val="24"/>
        </w:rPr>
        <w:t>) имени АДОНАЙ (буквы далет, йод, нун без буквы алеф). И если дополнить их именем ЭЛЬ (</w:t>
      </w:r>
      <w:r>
        <w:rPr>
          <w:rFonts w:ascii="Georgia" w:hAnsi="Georgia" w:cs="Times New Roman"/>
          <w:b/>
          <w:i w:val="0"/>
          <w:color w:val="000000"/>
          <w:sz w:val="24"/>
          <w:rtl/>
          <w:szCs w:val="32"/>
        </w:rPr>
        <w:t>אֵל</w:t>
      </w:r>
      <w:r>
        <w:rPr>
          <w:rFonts w:ascii="Georgia" w:hAnsi="Georgia"/>
          <w:b w:val="0"/>
          <w:i w:val="0"/>
          <w:color w:val="000000"/>
          <w:sz w:val="24"/>
        </w:rPr>
        <w:t xml:space="preserve"> = 31), получится 671 (</w:t>
      </w:r>
      <w:r>
        <w:rPr>
          <w:rFonts w:ascii="Georgia" w:hAnsi="Georgia" w:cs="Times New Roman"/>
          <w:b/>
          <w:i w:val="0"/>
          <w:color w:val="000000"/>
          <w:sz w:val="24"/>
          <w:rtl/>
          <w:szCs w:val="32"/>
        </w:rPr>
        <w:t>תרע״א</w:t>
      </w:r>
      <w:r>
        <w:rPr>
          <w:rFonts w:ascii="Georgia" w:hAnsi="Georgia"/>
          <w:b w:val="0"/>
          <w:i w:val="0"/>
          <w:color w:val="000000"/>
          <w:sz w:val="24"/>
        </w:rPr>
        <w:t xml:space="preserve">), что соответствует гематрии имени АДОНАЙ с полным буквенным наполнением. И это имя ЭЛЬ берет начало от шести букв алеф, содержащихся в ахораим имени МА: они равны по числу имени ЭЛЬ, так как включают шесть букв алеф. Ведь пять раз по шесть дает тридцать, а вместе с самим понятием (колель) — 31 (число имени ЭЛЬ). Это имя ЭЛЬ находится в мире Асия, и мы притягиваем его от ахораим имени МА мира Ецира в мир Асия. И кроме того, если к числу слова </w:t>
      </w:r>
      <w:r>
        <w:rPr>
          <w:rFonts w:ascii="Georgia" w:hAnsi="Georgia"/>
          <w:b w:val="0"/>
          <w:i/>
          <w:color w:val="000000"/>
          <w:sz w:val="24"/>
        </w:rPr>
        <w:t>тамар</w:t>
      </w:r>
      <w:r>
        <w:rPr>
          <w:rFonts w:ascii="Georgia" w:hAnsi="Georgia"/>
          <w:b w:val="0"/>
          <w:i w:val="0"/>
          <w:color w:val="000000"/>
          <w:sz w:val="24"/>
        </w:rPr>
        <w:t>, то есть к 10 судам (</w:t>
      </w:r>
      <w:r>
        <w:rPr>
          <w:rFonts w:ascii="Georgia" w:hAnsi="Georgia"/>
          <w:b w:val="0"/>
          <w:i/>
          <w:color w:val="000000"/>
          <w:sz w:val="24"/>
        </w:rPr>
        <w:t>дин</w:t>
      </w:r>
      <w:r>
        <w:rPr>
          <w:rFonts w:ascii="Georgia" w:hAnsi="Georgia"/>
          <w:b w:val="0"/>
          <w:i w:val="0"/>
          <w:color w:val="000000"/>
          <w:sz w:val="24"/>
        </w:rPr>
        <w:t>) имени АДОНАЙ, добавить 10 букв алеф, получится 10 полных имен АДОНАЙ, что составит 650 (</w:t>
      </w:r>
      <w:r>
        <w:rPr>
          <w:rFonts w:ascii="Georgia" w:hAnsi="Georgia" w:cs="Times New Roman"/>
          <w:b/>
          <w:i w:val="0"/>
          <w:color w:val="000000"/>
          <w:sz w:val="24"/>
          <w:rtl/>
          <w:szCs w:val="32"/>
        </w:rPr>
        <w:t>תר״ן</w:t>
      </w:r>
      <w:r>
        <w:rPr>
          <w:rFonts w:ascii="Georgia" w:hAnsi="Georgia"/>
          <w:b w:val="0"/>
          <w:i w:val="0"/>
          <w:color w:val="000000"/>
          <w:sz w:val="24"/>
        </w:rPr>
        <w:t xml:space="preserve">). И в этом смысл стиха: </w:t>
      </w:r>
      <w:r>
        <w:rPr>
          <w:rFonts w:ascii="Georgia" w:hAnsi="Georgia"/>
          <w:b w:val="0"/>
          <w:i/>
          <w:color w:val="000000"/>
          <w:sz w:val="24"/>
        </w:rPr>
        <w:t>«…и воспоет язык немого»</w:t>
      </w:r>
      <w:r>
        <w:rPr>
          <w:rFonts w:ascii="Georgia" w:hAnsi="Georgia"/>
          <w:b w:val="0"/>
          <w:i w:val="0"/>
          <w:color w:val="000000"/>
          <w:sz w:val="24"/>
        </w:rPr>
        <w:t xml:space="preserve"> (Йешаяу 35:6), где слово «воспоет» (</w:t>
      </w:r>
      <w:r>
        <w:rPr>
          <w:rFonts w:ascii="Georgia" w:hAnsi="Georgia"/>
          <w:b w:val="0"/>
          <w:i/>
          <w:color w:val="000000"/>
          <w:sz w:val="24"/>
        </w:rPr>
        <w:t>тиран</w:t>
      </w:r>
      <w:r>
        <w:rPr>
          <w:rFonts w:ascii="Georgia" w:hAnsi="Georgia"/>
          <w:b w:val="0"/>
          <w:i w:val="0"/>
          <w:color w:val="000000"/>
          <w:sz w:val="24"/>
        </w:rPr>
        <w:t xml:space="preserve">, </w:t>
      </w:r>
      <w:r>
        <w:rPr>
          <w:rFonts w:ascii="Georgia" w:hAnsi="Georgia" w:cs="Times New Roman"/>
          <w:b/>
          <w:i w:val="0"/>
          <w:color w:val="000000"/>
          <w:sz w:val="24"/>
          <w:rtl/>
          <w:szCs w:val="32"/>
        </w:rPr>
        <w:t>תִּרֹן</w:t>
      </w:r>
      <w:r>
        <w:rPr>
          <w:rFonts w:ascii="Georgia" w:hAnsi="Georgia"/>
          <w:b w:val="0"/>
          <w:i w:val="0"/>
          <w:color w:val="000000"/>
          <w:sz w:val="24"/>
        </w:rPr>
        <w:t xml:space="preserve"> = 650) относится к языку немого, поскольку Малхут — это язык ЗА. Ведь гематрия слова «Шхина» равна выражению «язык ЗА», а сам ЗА зовется «немым» (</w:t>
      </w:r>
      <w:r>
        <w:rPr>
          <w:rFonts w:ascii="Georgia" w:hAnsi="Georgia"/>
          <w:b w:val="0"/>
          <w:i/>
          <w:color w:val="000000"/>
          <w:sz w:val="24"/>
        </w:rPr>
        <w:t>илем</w:t>
      </w:r>
      <w:r>
        <w:rPr>
          <w:rFonts w:ascii="Georgia" w:hAnsi="Georgia"/>
          <w:b w:val="0"/>
          <w:i w:val="0"/>
          <w:color w:val="000000"/>
          <w:sz w:val="24"/>
        </w:rPr>
        <w:t xml:space="preserve">, </w:t>
      </w:r>
      <w:r>
        <w:rPr>
          <w:rFonts w:ascii="Georgia" w:hAnsi="Georgia" w:cs="Times New Roman"/>
          <w:b/>
          <w:i w:val="0"/>
          <w:color w:val="000000"/>
          <w:sz w:val="24"/>
          <w:rtl/>
          <w:szCs w:val="32"/>
        </w:rPr>
        <w:t>אִלֵּם</w:t>
      </w:r>
      <w:r>
        <w:rPr>
          <w:rFonts w:ascii="Georgia" w:hAnsi="Georgia"/>
          <w:b w:val="0"/>
          <w:i w:val="0"/>
          <w:color w:val="000000"/>
          <w:sz w:val="24"/>
        </w:rPr>
        <w:t xml:space="preserve">): он представляет собой имя МА (45), а 45 вместе с его базовым числом 26 (именем АВАЯ) дает 71 — гематрию слова </w:t>
      </w:r>
      <w:r>
        <w:rPr>
          <w:rFonts w:ascii="Georgia" w:hAnsi="Georgia"/>
          <w:b w:val="0"/>
          <w:i/>
          <w:color w:val="000000"/>
          <w:sz w:val="24"/>
        </w:rPr>
        <w:t>илем</w:t>
      </w:r>
      <w:r>
        <w:rPr>
          <w:rFonts w:ascii="Georgia" w:hAnsi="Georgia"/>
          <w:b w:val="0"/>
          <w:i w:val="0"/>
          <w:color w:val="000000"/>
          <w:sz w:val="24"/>
        </w:rPr>
        <w:t xml:space="preserve"> (</w:t>
      </w:r>
      <w:r>
        <w:rPr>
          <w:rFonts w:ascii="Georgia" w:hAnsi="Georgia" w:cs="Times New Roman"/>
          <w:b/>
          <w:i w:val="0"/>
          <w:color w:val="000000"/>
          <w:sz w:val="24"/>
          <w:rtl/>
          <w:szCs w:val="32"/>
        </w:rPr>
        <w:t>אִלֵּם</w:t>
      </w:r>
      <w:r>
        <w:rPr>
          <w:rFonts w:ascii="Georgia" w:hAnsi="Georgia"/>
          <w:b w:val="0"/>
          <w:i w:val="0"/>
          <w:color w:val="000000"/>
          <w:sz w:val="24"/>
        </w:rPr>
        <w:t>).</w:t>
      </w:r>
    </w:p>
    <w:p>
      <w:pPr>
        <w:spacing w:before="40" w:after="120"/>
        <w:jc w:val="both"/>
      </w:pPr>
      <w:r>
        <w:rPr>
          <w:rFonts w:ascii="Georgia" w:hAnsi="Georgia"/>
          <w:b w:val="0"/>
          <w:i w:val="0"/>
          <w:color w:val="000000"/>
          <w:sz w:val="24"/>
        </w:rPr>
        <w:t>5) Известно, что гвурот и суды удваиваются. Отсюда следует, что в ЗА есть дважды по 320 (ШАХ) судов, и по этой причине ЗА называется «солнцем» (</w:t>
      </w:r>
      <w:r>
        <w:rPr>
          <w:rFonts w:ascii="Georgia" w:hAnsi="Georgia"/>
          <w:b w:val="0"/>
          <w:i/>
          <w:color w:val="000000"/>
          <w:sz w:val="24"/>
        </w:rPr>
        <w:t>шемеш</w:t>
      </w:r>
      <w:r>
        <w:rPr>
          <w:rFonts w:ascii="Georgia" w:hAnsi="Georgia"/>
          <w:b w:val="0"/>
          <w:i w:val="0"/>
          <w:color w:val="000000"/>
          <w:sz w:val="24"/>
        </w:rPr>
        <w:t xml:space="preserve">, </w:t>
      </w:r>
      <w:r>
        <w:rPr>
          <w:rFonts w:ascii="Georgia" w:hAnsi="Georgia" w:cs="Times New Roman"/>
          <w:b/>
          <w:i w:val="0"/>
          <w:color w:val="000000"/>
          <w:sz w:val="24"/>
          <w:rtl/>
          <w:szCs w:val="32"/>
        </w:rPr>
        <w:t>שֶׁמֶשׁ</w:t>
      </w:r>
      <w:r>
        <w:rPr>
          <w:rFonts w:ascii="Georgia" w:hAnsi="Georgia"/>
          <w:b w:val="0"/>
          <w:i w:val="0"/>
          <w:color w:val="000000"/>
          <w:sz w:val="24"/>
        </w:rPr>
        <w:t xml:space="preserve"> = 640), что указывает на свойства этих искр. И дважды по 320 судов есть в Нукве, из-за чего она зовется </w:t>
      </w:r>
      <w:r>
        <w:rPr>
          <w:rFonts w:ascii="Georgia" w:hAnsi="Georgia"/>
          <w:b w:val="0"/>
          <w:i/>
          <w:color w:val="000000"/>
          <w:sz w:val="24"/>
        </w:rPr>
        <w:t>тамар</w:t>
      </w:r>
      <w:r>
        <w:rPr>
          <w:rFonts w:ascii="Georgia" w:hAnsi="Georgia"/>
          <w:b w:val="0"/>
          <w:i w:val="0"/>
          <w:color w:val="000000"/>
          <w:sz w:val="24"/>
        </w:rPr>
        <w:t xml:space="preserve"> («пальма», </w:t>
      </w:r>
      <w:r>
        <w:rPr>
          <w:rFonts w:ascii="Georgia" w:hAnsi="Georgia" w:cs="Times New Roman"/>
          <w:b/>
          <w:i w:val="0"/>
          <w:color w:val="000000"/>
          <w:sz w:val="24"/>
          <w:rtl/>
          <w:szCs w:val="32"/>
        </w:rPr>
        <w:t>תָּמָר</w:t>
      </w:r>
      <w:r>
        <w:rPr>
          <w:rFonts w:ascii="Georgia" w:hAnsi="Georgia"/>
          <w:b w:val="0"/>
          <w:i w:val="0"/>
          <w:color w:val="000000"/>
          <w:sz w:val="24"/>
        </w:rPr>
        <w:t xml:space="preserve"> = 640), что указывает на свойства искр внутри нее. И все эти искры, его и ее, соединяются во чреве Имы, обретают форму и исправляются там.</w:t>
      </w:r>
    </w:p>
    <w:p>
      <w:pPr>
        <w:spacing w:before="40" w:after="120"/>
        <w:jc w:val="both"/>
      </w:pPr>
      <w:r>
        <w:rPr>
          <w:rFonts w:ascii="Georgia" w:hAnsi="Georgia"/>
          <w:b w:val="0"/>
          <w:i w:val="0"/>
          <w:color w:val="000000"/>
          <w:sz w:val="24"/>
        </w:rPr>
        <w:t xml:space="preserve">6) Чтобы понять суть чисел 325 и 288 (РАПАХ), необходимо разъяснить упомянутые высказывания, а также фрагмент из главы Бо (лист 31б), где сказано: «О стихе </w:t>
      </w:r>
      <w:r>
        <w:rPr>
          <w:rFonts w:ascii="Georgia" w:hAnsi="Georgia"/>
          <w:b w:val="0"/>
          <w:i/>
          <w:color w:val="000000"/>
          <w:sz w:val="24"/>
        </w:rPr>
        <w:t>«Если будет отроковица девственная…»</w:t>
      </w:r>
      <w:r>
        <w:rPr>
          <w:rFonts w:ascii="Georgia" w:hAnsi="Georgia"/>
          <w:b w:val="0"/>
          <w:i w:val="0"/>
          <w:color w:val="000000"/>
          <w:sz w:val="24"/>
        </w:rPr>
        <w:t xml:space="preserve"> (Дварим 22:23) — написано в тексте «отрок» (</w:t>
      </w:r>
      <w:r>
        <w:rPr>
          <w:rFonts w:ascii="Georgia" w:hAnsi="Georgia"/>
          <w:b w:val="0"/>
          <w:i/>
          <w:color w:val="000000"/>
          <w:sz w:val="24"/>
        </w:rPr>
        <w:t>наар</w:t>
      </w:r>
      <w:r>
        <w:rPr>
          <w:rFonts w:ascii="Georgia" w:hAnsi="Georgia"/>
          <w:b w:val="0"/>
          <w:i w:val="0"/>
          <w:color w:val="000000"/>
          <w:sz w:val="24"/>
        </w:rPr>
        <w:t xml:space="preserve">, </w:t>
      </w:r>
      <w:r>
        <w:rPr>
          <w:rFonts w:ascii="Georgia" w:hAnsi="Georgia" w:cs="Times New Roman"/>
          <w:b/>
          <w:i w:val="0"/>
          <w:color w:val="000000"/>
          <w:sz w:val="24"/>
          <w:rtl/>
          <w:szCs w:val="32"/>
        </w:rPr>
        <w:t>נַעַר</w:t>
      </w:r>
      <w:r>
        <w:rPr>
          <w:rFonts w:ascii="Georgia" w:hAnsi="Georgia"/>
          <w:b w:val="0"/>
          <w:i w:val="0"/>
          <w:color w:val="000000"/>
          <w:sz w:val="24"/>
        </w:rPr>
        <w:t>). Почему так? Потому что до тех пор, пока она не приняла мужское начало, она зовется «отрок» (</w:t>
      </w:r>
      <w:r>
        <w:rPr>
          <w:rFonts w:ascii="Georgia" w:hAnsi="Georgia"/>
          <w:b w:val="0"/>
          <w:i/>
          <w:color w:val="000000"/>
          <w:sz w:val="24"/>
        </w:rPr>
        <w:t>наар</w:t>
      </w:r>
      <w:r>
        <w:rPr>
          <w:rFonts w:ascii="Georgia" w:hAnsi="Georgia"/>
          <w:b w:val="0"/>
          <w:i w:val="0"/>
          <w:color w:val="000000"/>
          <w:sz w:val="24"/>
        </w:rPr>
        <w:t>) и т. д.». Ведь имя АДОНАЙ указывает на суд, как известно, и три его последние буквы составляют слово «суд» (</w:t>
      </w:r>
      <w:r>
        <w:rPr>
          <w:rFonts w:ascii="Georgia" w:hAnsi="Georgia"/>
          <w:b w:val="0"/>
          <w:i/>
          <w:color w:val="000000"/>
          <w:sz w:val="24"/>
        </w:rPr>
        <w:t>дин</w:t>
      </w:r>
      <w:r>
        <w:rPr>
          <w:rFonts w:ascii="Georgia" w:hAnsi="Georgia"/>
          <w:b w:val="0"/>
          <w:i w:val="0"/>
          <w:color w:val="000000"/>
          <w:sz w:val="24"/>
        </w:rPr>
        <w:t xml:space="preserve">, </w:t>
      </w:r>
      <w:r>
        <w:rPr>
          <w:rFonts w:ascii="Georgia" w:hAnsi="Georgia" w:cs="Times New Roman"/>
          <w:b/>
          <w:i w:val="0"/>
          <w:color w:val="000000"/>
          <w:sz w:val="24"/>
          <w:rtl/>
          <w:szCs w:val="32"/>
        </w:rPr>
        <w:t>דִּין</w:t>
      </w:r>
      <w:r>
        <w:rPr>
          <w:rFonts w:ascii="Georgia" w:hAnsi="Georgia"/>
          <w:b w:val="0"/>
          <w:i w:val="0"/>
          <w:color w:val="000000"/>
          <w:sz w:val="24"/>
        </w:rPr>
        <w:t>). Остается первая буква — алеф, которая представляет свойство милосердия, соединенного с пребывающим в ней судом, и эта буква алеф указывает на имя ЭЙЕ, являющееся милосердием. По этой причине Малхут в книге Зоар называется «мягким судом» (</w:t>
      </w:r>
      <w:r>
        <w:rPr>
          <w:rFonts w:ascii="Georgia" w:hAnsi="Georgia"/>
          <w:b w:val="0"/>
          <w:i/>
          <w:color w:val="000000"/>
          <w:sz w:val="24"/>
        </w:rPr>
        <w:t>дина рафья</w:t>
      </w:r>
      <w:r>
        <w:rPr>
          <w:rFonts w:ascii="Georgia" w:hAnsi="Georgia"/>
          <w:b w:val="0"/>
          <w:i w:val="0"/>
          <w:color w:val="000000"/>
          <w:sz w:val="24"/>
        </w:rPr>
        <w:t>): она соединяется с буквой алеф, олицетворяющей милосердие, и тогда [ее суд] становится мягким судом.</w:t>
      </w:r>
    </w:p>
    <w:p>
      <w:pPr>
        <w:spacing w:before="40" w:after="120"/>
        <w:jc w:val="both"/>
      </w:pPr>
      <w:r>
        <w:rPr>
          <w:rFonts w:ascii="Georgia" w:hAnsi="Georgia"/>
          <w:b w:val="0"/>
          <w:i w:val="0"/>
          <w:color w:val="000000"/>
          <w:sz w:val="24"/>
        </w:rPr>
        <w:t>7) Ты уже знаешь, что корень всех судов — это пять гвурот, и каждая гвура из них зовется судом (</w:t>
      </w:r>
      <w:r>
        <w:rPr>
          <w:rFonts w:ascii="Georgia" w:hAnsi="Georgia"/>
          <w:b w:val="0"/>
          <w:i/>
          <w:color w:val="000000"/>
          <w:sz w:val="24"/>
        </w:rPr>
        <w:t>дин</w:t>
      </w:r>
      <w:r>
        <w:rPr>
          <w:rFonts w:ascii="Georgia" w:hAnsi="Georgia"/>
          <w:b w:val="0"/>
          <w:i w:val="0"/>
          <w:color w:val="000000"/>
          <w:sz w:val="24"/>
        </w:rPr>
        <w:t>), то есть тремя последними буквами имени АДОНАЙ. А пять раз суд (</w:t>
      </w:r>
      <w:r>
        <w:rPr>
          <w:rFonts w:ascii="Georgia" w:hAnsi="Georgia"/>
          <w:b w:val="0"/>
          <w:i/>
          <w:color w:val="000000"/>
          <w:sz w:val="24"/>
        </w:rPr>
        <w:t>дин</w:t>
      </w:r>
      <w:r>
        <w:rPr>
          <w:rFonts w:ascii="Georgia" w:hAnsi="Georgia"/>
          <w:b w:val="0"/>
          <w:i w:val="0"/>
          <w:color w:val="000000"/>
          <w:sz w:val="24"/>
        </w:rPr>
        <w:t xml:space="preserve">, </w:t>
      </w:r>
      <w:r>
        <w:rPr>
          <w:rFonts w:ascii="Georgia" w:hAnsi="Georgia" w:cs="Times New Roman"/>
          <w:b/>
          <w:i w:val="0"/>
          <w:color w:val="000000"/>
          <w:sz w:val="24"/>
          <w:rtl/>
          <w:szCs w:val="32"/>
        </w:rPr>
        <w:t>דִּין</w:t>
      </w:r>
      <w:r>
        <w:rPr>
          <w:rFonts w:ascii="Georgia" w:hAnsi="Georgia"/>
          <w:b w:val="0"/>
          <w:i w:val="0"/>
          <w:color w:val="000000"/>
          <w:sz w:val="24"/>
        </w:rPr>
        <w:t xml:space="preserve"> = 64) дает по гематрии 320 (ШАХ). Выходит, что пять гвурот — это пять судов (</w:t>
      </w:r>
      <w:r>
        <w:rPr>
          <w:rFonts w:ascii="Georgia" w:hAnsi="Georgia"/>
          <w:b w:val="0"/>
          <w:i/>
          <w:color w:val="000000"/>
          <w:sz w:val="24"/>
        </w:rPr>
        <w:t>дин</w:t>
      </w:r>
      <w:r>
        <w:rPr>
          <w:rFonts w:ascii="Georgia" w:hAnsi="Georgia"/>
          <w:b w:val="0"/>
          <w:i w:val="0"/>
          <w:color w:val="000000"/>
          <w:sz w:val="24"/>
        </w:rPr>
        <w:t>), которые распространяются до 320 искр, включенных во все эти пять гвурот.</w:t>
      </w:r>
    </w:p>
    <w:p>
      <w:pPr>
        <w:spacing w:before="40" w:after="120"/>
        <w:jc w:val="both"/>
      </w:pPr>
      <w:r>
        <w:rPr>
          <w:rFonts w:ascii="Georgia" w:hAnsi="Georgia"/>
          <w:b w:val="0"/>
          <w:i w:val="0"/>
          <w:color w:val="000000"/>
          <w:sz w:val="24"/>
        </w:rPr>
        <w:t>8) И об этом сказано в упомянутой главе Пкудей: «ударила искра черного пламени (буцина де-кардунита) и разбросала в 320 сторон». Смысл в том, что искра черного пламени — это тайна изначального корня всех гвурот и судов. Она пребывает внутри Имы, и именно поэтому в Зоаре сказано, что суды пробуждаются от нее. Об этом же говорится в Идра Зута (лист 292б), что эта искра черного пламени сокрыта во чреве Имы. Поэтому она задает предел и меру, определяя размер каждой сфиры, как сказано в трактате «Мерная линия» в рукописи, в начале пятого исправления книги Тиккуней Зоар и во многих других местах. Причина заключается в том, что всякое измерение и ограничение исходят исключительно от гвуры. Ведь со стороны хеседа проявляется распространение сверх меры во всем, тогда как гвура не позволяет высшему свету распространяться беспредельно, а устанавливает ему предел и меру до того места, до которого свет должен распространиться, и не дальше. В этом и заключается суть искры, которая отмеривает и производит расчет границ в каждой сфире, и уже разъяснено, что она скрыта во чреве Бины.</w:t>
      </w:r>
    </w:p>
    <w:p>
      <w:pPr>
        <w:spacing w:before="40" w:after="120"/>
        <w:jc w:val="both"/>
      </w:pPr>
      <w:r>
        <w:rPr>
          <w:rFonts w:ascii="Georgia" w:hAnsi="Georgia"/>
          <w:b w:val="0"/>
          <w:i w:val="0"/>
          <w:color w:val="000000"/>
          <w:sz w:val="24"/>
        </w:rPr>
        <w:t>9) Все эти умершие мелахим вышли из искры черного пламени, как сказано в Идра Зута (лист 292б): «искра исторгла сполохи в 320 сторон». И все эти искры, разбросанные искрой черного пламени, — это прежние мелахим и миры, которые разбились и умерли, и число их составляло 320 искр, как упомянуто выше. А благодаря другим пяти святым гвурот, представляющим собой каплю Имы (как сказано ранее и как приводится в Идра, листы 137 и 142), усластились и исправились прежние мелахим — те самые 320 искр, упомянутые в главе Насо (лист 131). Тогда они переплавились и выяснились: от них отделились нечистоты, а выясненная [чистая часть] поднялась наверх в тайне зачатия (ибур) во чреве Имы, как разъяснялось выше. И в главе Пкудей (лист 277): искра черного пламени разбросала искры в 320 сторон — это упомянутые семь мелахим, а затем отделила нечистоты из мысли с помощью других святых пяти гвурот.</w:t>
      </w:r>
    </w:p>
    <w:p>
      <w:pPr>
        <w:spacing w:before="40" w:after="120"/>
        <w:jc w:val="both"/>
      </w:pPr>
      <w:r>
        <w:rPr>
          <w:rFonts w:ascii="Georgia" w:hAnsi="Georgia"/>
          <w:b w:val="0"/>
          <w:i w:val="0"/>
          <w:color w:val="000000"/>
          <w:sz w:val="24"/>
        </w:rPr>
        <w:t>10) При соединении с ними этих пяти других святых гвурот возникает число 325, упомянутое в главе Тазриа (лист 45): «Учили: из искры черного пламени исходят 325 искр». Об этом же сказано в главе Балак: «325 колокольчиков с одной стороны и т. д.» — такова тайна золотых колокольчиков гвуры, которые распространяются по всем семи свойствам («концам») Бины, высшей Матери (Има Илаа). И об этом же сказано в Идра: «Сказал рабби Хизкия: всматривался я… спускается и восходит в 325 сторон и т. д.». Ведь изначально было лишь 320 — пять раз суд (</w:t>
      </w:r>
      <w:r>
        <w:rPr>
          <w:rFonts w:ascii="Georgia" w:hAnsi="Georgia"/>
          <w:b w:val="0"/>
          <w:i/>
          <w:color w:val="000000"/>
          <w:sz w:val="24"/>
        </w:rPr>
        <w:t>дин</w:t>
      </w:r>
      <w:r>
        <w:rPr>
          <w:rFonts w:ascii="Georgia" w:hAnsi="Georgia"/>
          <w:b w:val="0"/>
          <w:i w:val="0"/>
          <w:color w:val="000000"/>
          <w:sz w:val="24"/>
        </w:rPr>
        <w:t>) от имени АДОНАЙ, дающие 320 искр. Когда же к этим пяти судам (</w:t>
      </w:r>
      <w:r>
        <w:rPr>
          <w:rFonts w:ascii="Georgia" w:hAnsi="Georgia"/>
          <w:b w:val="0"/>
          <w:i/>
          <w:color w:val="000000"/>
          <w:sz w:val="24"/>
        </w:rPr>
        <w:t>дин</w:t>
      </w:r>
      <w:r>
        <w:rPr>
          <w:rFonts w:ascii="Georgia" w:hAnsi="Georgia"/>
          <w:b w:val="0"/>
          <w:i w:val="0"/>
          <w:color w:val="000000"/>
          <w:sz w:val="24"/>
        </w:rPr>
        <w:t>) присоединились пять букв алеф, выражающие пять имен ЭЙЕ, которые по сравнению с ними суть совершенное милосердие, тогда пять судов (</w:t>
      </w:r>
      <w:r>
        <w:rPr>
          <w:rFonts w:ascii="Georgia" w:hAnsi="Georgia"/>
          <w:b w:val="0"/>
          <w:i/>
          <w:color w:val="000000"/>
          <w:sz w:val="24"/>
        </w:rPr>
        <w:t>дин</w:t>
      </w:r>
      <w:r>
        <w:rPr>
          <w:rFonts w:ascii="Georgia" w:hAnsi="Georgia"/>
          <w:b w:val="0"/>
          <w:i w:val="0"/>
          <w:color w:val="000000"/>
          <w:sz w:val="24"/>
        </w:rPr>
        <w:t>) подсластились и смягчились, составив пять имен АДОНАЙ (5 × 65), числовое значение которых равно 325 искрам. Тогда Малхут и зовется «мягким судом» (</w:t>
      </w:r>
      <w:r>
        <w:rPr>
          <w:rFonts w:ascii="Georgia" w:hAnsi="Georgia"/>
          <w:b w:val="0"/>
          <w:i/>
          <w:color w:val="000000"/>
          <w:sz w:val="24"/>
        </w:rPr>
        <w:t>дина рафья</w:t>
      </w:r>
      <w:r>
        <w:rPr>
          <w:rFonts w:ascii="Georgia" w:hAnsi="Georgia"/>
          <w:b w:val="0"/>
          <w:i w:val="0"/>
          <w:color w:val="000000"/>
          <w:sz w:val="24"/>
        </w:rPr>
        <w:t>), как сказано выше. Ведь в имени АДОНАЙ буква алеф указывает на милосердие, а остальные буквы — на суд (</w:t>
      </w:r>
      <w:r>
        <w:rPr>
          <w:rFonts w:ascii="Georgia" w:hAnsi="Georgia"/>
          <w:b w:val="0"/>
          <w:i/>
          <w:color w:val="000000"/>
          <w:sz w:val="24"/>
        </w:rPr>
        <w:t>дин</w:t>
      </w:r>
      <w:r>
        <w:rPr>
          <w:rFonts w:ascii="Georgia" w:hAnsi="Georgia"/>
          <w:b w:val="0"/>
          <w:i w:val="0"/>
          <w:color w:val="000000"/>
          <w:sz w:val="24"/>
        </w:rPr>
        <w:t>), и потому это суд смягченный и мягкий. Таким образом, имя АДОНАЙ зовется мягким судом, и тогда это 325 гвурот; а когда их число составляет 325, они подслащены. Получается, что 320 [искр] светят благодаря букве алеф, которая соединяется с ними. В этом тайна слов: «сияет и восходит в 325 сторон и т. д.», ведь тогда они излучают свет и не остаются темными.</w:t>
      </w:r>
    </w:p>
    <w:p>
      <w:pPr>
        <w:spacing w:before="40" w:after="120"/>
        <w:jc w:val="both"/>
      </w:pPr>
      <w:r>
        <w:rPr>
          <w:rFonts w:ascii="Georgia" w:hAnsi="Georgia"/>
          <w:b w:val="0"/>
          <w:i w:val="0"/>
          <w:color w:val="000000"/>
          <w:sz w:val="24"/>
        </w:rPr>
        <w:t>11) Из этого ты поймешь сказанное в главе Тазриа о словах «отрок» (</w:t>
      </w:r>
      <w:r>
        <w:rPr>
          <w:rFonts w:ascii="Georgia" w:hAnsi="Georgia"/>
          <w:b w:val="0"/>
          <w:i/>
          <w:color w:val="000000"/>
          <w:sz w:val="24"/>
        </w:rPr>
        <w:t>наар</w:t>
      </w:r>
      <w:r>
        <w:rPr>
          <w:rFonts w:ascii="Georgia" w:hAnsi="Georgia"/>
          <w:b w:val="0"/>
          <w:i w:val="0"/>
          <w:color w:val="000000"/>
          <w:sz w:val="24"/>
        </w:rPr>
        <w:t xml:space="preserve">, </w:t>
      </w:r>
      <w:r>
        <w:rPr>
          <w:rFonts w:ascii="Georgia" w:hAnsi="Georgia" w:cs="Times New Roman"/>
          <w:b/>
          <w:i w:val="0"/>
          <w:color w:val="000000"/>
          <w:sz w:val="24"/>
          <w:rtl/>
          <w:szCs w:val="32"/>
        </w:rPr>
        <w:t>נַעַר</w:t>
      </w:r>
      <w:r>
        <w:rPr>
          <w:rFonts w:ascii="Georgia" w:hAnsi="Georgia"/>
          <w:b w:val="0"/>
          <w:i w:val="0"/>
          <w:color w:val="000000"/>
          <w:sz w:val="24"/>
        </w:rPr>
        <w:t>) и «отроковица» (</w:t>
      </w:r>
      <w:r>
        <w:rPr>
          <w:rFonts w:ascii="Georgia" w:hAnsi="Georgia"/>
          <w:b w:val="0"/>
          <w:i/>
          <w:color w:val="000000"/>
          <w:sz w:val="24"/>
        </w:rPr>
        <w:t>наара</w:t>
      </w:r>
      <w:r>
        <w:rPr>
          <w:rFonts w:ascii="Georgia" w:hAnsi="Georgia"/>
          <w:b w:val="0"/>
          <w:i w:val="0"/>
          <w:color w:val="000000"/>
          <w:sz w:val="24"/>
        </w:rPr>
        <w:t xml:space="preserve">, </w:t>
      </w:r>
      <w:r>
        <w:rPr>
          <w:rFonts w:ascii="Georgia" w:hAnsi="Georgia" w:cs="Times New Roman"/>
          <w:b/>
          <w:i w:val="0"/>
          <w:color w:val="000000"/>
          <w:sz w:val="24"/>
          <w:rtl/>
          <w:szCs w:val="32"/>
        </w:rPr>
        <w:t>נַעֲרָה</w:t>
      </w:r>
      <w:r>
        <w:rPr>
          <w:rFonts w:ascii="Georgia" w:hAnsi="Georgia"/>
          <w:b w:val="0"/>
          <w:i w:val="0"/>
          <w:color w:val="000000"/>
          <w:sz w:val="24"/>
        </w:rPr>
        <w:t xml:space="preserve">). Ведь гематрия слова </w:t>
      </w:r>
      <w:r>
        <w:rPr>
          <w:rFonts w:ascii="Georgia" w:hAnsi="Georgia"/>
          <w:b w:val="0"/>
          <w:i/>
          <w:color w:val="000000"/>
          <w:sz w:val="24"/>
        </w:rPr>
        <w:t>наар</w:t>
      </w:r>
      <w:r>
        <w:rPr>
          <w:rFonts w:ascii="Georgia" w:hAnsi="Georgia"/>
          <w:b w:val="0"/>
          <w:i w:val="0"/>
          <w:color w:val="000000"/>
          <w:sz w:val="24"/>
        </w:rPr>
        <w:t xml:space="preserve"> равна 320 искрам: пока они не подсластились, она зовется «отрок» (</w:t>
      </w:r>
      <w:r>
        <w:rPr>
          <w:rFonts w:ascii="Georgia" w:hAnsi="Georgia"/>
          <w:b w:val="0"/>
          <w:i/>
          <w:color w:val="000000"/>
          <w:sz w:val="24"/>
        </w:rPr>
        <w:t>наар</w:t>
      </w:r>
      <w:r>
        <w:rPr>
          <w:rFonts w:ascii="Georgia" w:hAnsi="Georgia"/>
          <w:b w:val="0"/>
          <w:i w:val="0"/>
          <w:color w:val="000000"/>
          <w:sz w:val="24"/>
        </w:rPr>
        <w:t xml:space="preserve">). Слово же </w:t>
      </w:r>
      <w:r>
        <w:rPr>
          <w:rFonts w:ascii="Georgia" w:hAnsi="Georgia"/>
          <w:b w:val="0"/>
          <w:i/>
          <w:color w:val="000000"/>
          <w:sz w:val="24"/>
        </w:rPr>
        <w:t>наара</w:t>
      </w:r>
      <w:r>
        <w:rPr>
          <w:rFonts w:ascii="Georgia" w:hAnsi="Georgia"/>
          <w:b w:val="0"/>
          <w:i w:val="0"/>
          <w:color w:val="000000"/>
          <w:sz w:val="24"/>
        </w:rPr>
        <w:t xml:space="preserve"> по гематрии равно 325 — когда она подсластилась именем ЭЙЕ, пребывающим в высшей букве хэй — Бине, указывающей на букву алеф в имени АДОНАЙ. И они подсластились пятью буквами алеф, имеющимися в пяти судах (</w:t>
      </w:r>
      <w:r>
        <w:rPr>
          <w:rFonts w:ascii="Georgia" w:hAnsi="Georgia"/>
          <w:b w:val="0"/>
          <w:i/>
          <w:color w:val="000000"/>
          <w:sz w:val="24"/>
        </w:rPr>
        <w:t>дин</w:t>
      </w:r>
      <w:r>
        <w:rPr>
          <w:rFonts w:ascii="Georgia" w:hAnsi="Georgia"/>
          <w:b w:val="0"/>
          <w:i w:val="0"/>
          <w:color w:val="000000"/>
          <w:sz w:val="24"/>
        </w:rPr>
        <w:t>), как сказано выше, соответственно первой букве хэй — Бине, включающей пять букв алеф, пять упоминаний света, приведенных в пятом исправлении книги Тиккуней Зоар. Тогда она зовется «отроковица» (</w:t>
      </w:r>
      <w:r>
        <w:rPr>
          <w:rFonts w:ascii="Georgia" w:hAnsi="Georgia"/>
          <w:b w:val="0"/>
          <w:i/>
          <w:color w:val="000000"/>
          <w:sz w:val="24"/>
        </w:rPr>
        <w:t>наара</w:t>
      </w:r>
      <w:r>
        <w:rPr>
          <w:rFonts w:ascii="Georgia" w:hAnsi="Georgia"/>
          <w:b w:val="0"/>
          <w:i w:val="0"/>
          <w:color w:val="000000"/>
          <w:sz w:val="24"/>
        </w:rPr>
        <w:t>) с добавлением буквы хэй (</w:t>
      </w:r>
      <w:r>
        <w:rPr>
          <w:rFonts w:ascii="Georgia" w:hAnsi="Georgia" w:cs="Times New Roman"/>
          <w:b/>
          <w:i w:val="0"/>
          <w:color w:val="000000"/>
          <w:sz w:val="24"/>
          <w:rtl/>
          <w:szCs w:val="32"/>
        </w:rPr>
        <w:t>ה</w:t>
      </w:r>
      <w:r>
        <w:rPr>
          <w:rFonts w:ascii="Georgia" w:hAnsi="Georgia"/>
          <w:b w:val="0"/>
          <w:i w:val="0"/>
          <w:color w:val="000000"/>
          <w:sz w:val="24"/>
        </w:rPr>
        <w:t xml:space="preserve"> = 5), ибо находится в свойстве 325 услащенных и смягченных судов. И тогда она способна принять зивуг с мужским началом, соединяющимся с ней, — в отличие от начального состояния, пока они еще не были услащены.</w:t>
      </w:r>
    </w:p>
    <w:p>
      <w:pPr>
        <w:spacing w:before="40" w:after="120"/>
        <w:jc w:val="both"/>
      </w:pPr>
      <w:r>
        <w:rPr>
          <w:rFonts w:ascii="Georgia" w:hAnsi="Georgia"/>
          <w:b w:val="0"/>
          <w:i w:val="0"/>
          <w:color w:val="000000"/>
          <w:sz w:val="24"/>
        </w:rPr>
        <w:t>12) Однако суть добавочной буквы хэй, услаждающей и подслащивающей 320 искр, — это пять гвурот, называемые пятью буквами МАНЦЕПАХ (</w:t>
      </w:r>
      <w:r>
        <w:rPr>
          <w:rFonts w:ascii="Georgia" w:hAnsi="Georgia" w:cs="Times New Roman"/>
          <w:b/>
          <w:i w:val="0"/>
          <w:color w:val="000000"/>
          <w:sz w:val="24"/>
          <w:rtl/>
          <w:szCs w:val="32"/>
        </w:rPr>
        <w:t>מנצפ״ך</w:t>
      </w:r>
      <w:r>
        <w:rPr>
          <w:rFonts w:ascii="Georgia" w:hAnsi="Georgia"/>
          <w:b w:val="0"/>
          <w:i w:val="0"/>
          <w:color w:val="000000"/>
          <w:sz w:val="24"/>
        </w:rPr>
        <w:t xml:space="preserve">), упоминаемыми у нас в Тиккуним и во многих местах. Гематрия букв МАНЦЕПАХ равна 280 (ПАР, </w:t>
      </w:r>
      <w:r>
        <w:rPr>
          <w:rFonts w:ascii="Georgia" w:hAnsi="Georgia" w:cs="Times New Roman"/>
          <w:b/>
          <w:i w:val="0"/>
          <w:color w:val="000000"/>
          <w:sz w:val="24"/>
          <w:rtl/>
          <w:szCs w:val="32"/>
        </w:rPr>
        <w:t>פ״ר</w:t>
      </w:r>
      <w:r>
        <w:rPr>
          <w:rFonts w:ascii="Georgia" w:hAnsi="Georgia"/>
          <w:b w:val="0"/>
          <w:i w:val="0"/>
          <w:color w:val="000000"/>
          <w:sz w:val="24"/>
        </w:rPr>
        <w:t>). Различие между 325 и пятью гвурот МАНЦЕПАХ состоит в том, что 325 искр — это гвурот самой женской части (Нуквы), представляющие собой ее сфиру Малхут, как разъяснялось у нас выше, ведь все три уровня келим этой сфиры — это три имени АДОНАЙ, а ранее объяснено, что 325 — это пять имен АДОНАЙ. Пять же гвурот МАНЦЕПАХ — это гвурот самого мужского начала, которые затем передаются ей и собираются в ее сфире Есод, именуемой «точкой Сиона», как сказано выше.</w:t>
      </w:r>
    </w:p>
    <w:p>
      <w:pPr>
        <w:spacing w:before="40" w:after="120"/>
        <w:jc w:val="both"/>
      </w:pPr>
      <w:r>
        <w:rPr>
          <w:rFonts w:ascii="Georgia" w:hAnsi="Georgia"/>
          <w:b w:val="0"/>
          <w:i w:val="0"/>
          <w:color w:val="000000"/>
          <w:sz w:val="24"/>
        </w:rPr>
        <w:t>13) Итак, мы разъяснили суть 325 искр или 280 искр (ПАР), упоминаемых во многих местах книги Зоар: они представляют собой свойства искр, находившихся в семи мелахим, в которых есть три аспекта: келим, искры и света. И они исправились благодаря 280 искрам де-МАНЦЕПАХ, которые также относятся к искрам; и все они — суды и гвурот, однако искры от МАНЦЕПАХ подслащены больше, чем 325 искр. Запомни это предисловие о значении 325 искр и 280 искр МАНЦЕПАХ во всех источниках.</w:t>
      </w:r>
    </w:p>
    <w:p>
      <w:pPr>
        <w:spacing w:before="40" w:after="120"/>
        <w:jc w:val="both"/>
      </w:pPr>
      <w:r>
        <w:rPr>
          <w:rFonts w:ascii="Georgia" w:hAnsi="Georgia"/>
          <w:b w:val="0"/>
          <w:i w:val="0"/>
          <w:color w:val="000000"/>
          <w:sz w:val="24"/>
        </w:rPr>
        <w:t>14) Посмотри выше на тему четырех светов — таамим, некудот, тагин и отиет (вкусы, огласовки, коронки и буквы), являющихся искрами, и ты поймешь оттуда, что эти искры подобны здешним 288 искрам (РАПАХ), представляющим собой четвертую стадию. Либо, возможно, это вторая стадия — свойства некудот из [числа] тех некудот, что исходят из глаз (эйнаим): ведь они являются судами, отраженным светом и светом ахораим, которые светят в келим после их разбиения, когда из них поднялись и ушли света, именуемые прямым светом. И это требует глубокого изучения.</w:t>
      </w:r>
    </w:p>
    <w:p>
      <w:pPr>
        <w:keepNext/>
        <w:spacing w:before="320" w:after="120"/>
      </w:pPr>
      <w:r>
        <w:rPr>
          <w:rFonts w:ascii="Georgia" w:hAnsi="Georgia"/>
          <w:b w:val="0"/>
          <w:i w:val="0"/>
          <w:color w:val="000000"/>
          <w:sz w:val="32"/>
        </w:rPr>
        <w:t>Паним Масбирот</w:t>
      </w:r>
    </w:p>
    <w:p>
      <w:pPr>
        <w:spacing w:before="40" w:after="120"/>
        <w:jc w:val="both"/>
      </w:pPr>
      <w:r>
        <w:rPr>
          <w:rFonts w:ascii="Georgia" w:hAnsi="Georgia"/>
          <w:b w:val="0"/>
          <w:i w:val="0"/>
          <w:color w:val="000000"/>
          <w:sz w:val="24"/>
        </w:rPr>
        <w:t>1) Знай о тайне 288 искр (РАПАХ), объяснение которых Учитель подробно развивает в предстоящих шести ветвях: все его слова сосредоточены прежде всего на разъяснении святого 42-буквенного Имени. Ведь при всяком подъеме МАН от святых искр из миров БЕА в Ацилут непременно требуется направлять сосредоточение мысли на это Имя, как пишет Учитель в ветви 23, пункт 6: «И ты уже знаешь, что 42-буквенное Имя пребывает в Ецира и т. д., и это свойства ЗОН, находящихся в Ецира и Асии, однако сосредоточение на этом 42-буквенном Имени предназначено для подъема оттуда всех выясняемых искр…» — см. там. И говорит он здесь, что это тайна трех сфирот КАХАБ де-рош, на которые указывает следующее: 4 буквы имени АВАЯ, 10 букв наполнения АВАЯ и 28 букв наполнения наполнения, что в совокупности составляет 42 буквы. Учитель подразделяет их на 12 ступеней: прямое и обратное (паним ве-ахор) в буквах и прямое и обратное в счете [их числовых значений] для каждой из трех упомянутых составляющих. И хотя на нас лежит строжайшая обязанность досконально знать и понимать это Имя, поскольку без него невозможно представить подъем святых искр, а ведь известно, что все наши труды в изучении Торы и добрых делах служат исключительно подъему святых искр, — тем не менее слова Учителя предстают перед нами сокрытыми и замкнутыми за тысячами тысяч печатей.</w:t>
      </w:r>
    </w:p>
    <w:p>
      <w:pPr>
        <w:spacing w:before="40" w:after="120"/>
        <w:jc w:val="both"/>
      </w:pPr>
      <w:r>
        <w:rPr>
          <w:rFonts w:ascii="Georgia" w:hAnsi="Georgia"/>
          <w:b w:val="0"/>
          <w:i w:val="0"/>
          <w:color w:val="000000"/>
          <w:sz w:val="24"/>
        </w:rPr>
        <w:t>Поэтому я приложу все силы, чтобы истолковать и прояснить его здесь в той мере, в какой это возможно. Поскольку же разъяснение этого вопроса рассеяно буквально по всем трудам Учителя, и их требуется собрать воедино и помнить при каждом слове в этих ветвях, я вынужден представить здесь краткий свод того, что разъяснено в комментариях «Паним Масбирот» и «Паним Меирот» от самого начала книги «Эц Хаим» и до этого места. Тогда мы удостоимся приоткрыть для себя эти святые и грозные понятия, знание которых столь необходимо, как сказано выше. И сначала приведем слова Зоара в Идра к главе Насо (пункт 176): «О стихе о Беле, сыне Беора: учили, что это строгий приговор жесточайшего из судов, из-за которого связываются тысячи тысяч владык плача и стенания», конец цитаты. И следует понять этот счет «тысячи тысяч», ведь это, безусловно, точный расчет, необходимый для понимания путей мудрости и духовной работы, ведь известно, что все слова мудрецов очищены и переплавлены, как чистое серебро.</w:t>
      </w:r>
    </w:p>
    <w:p>
      <w:pPr>
        <w:spacing w:before="40" w:after="120"/>
        <w:jc w:val="both"/>
      </w:pPr>
      <w:r>
        <w:rPr>
          <w:rFonts w:ascii="Georgia" w:hAnsi="Georgia"/>
          <w:b w:val="0"/>
          <w:i w:val="0"/>
          <w:color w:val="000000"/>
          <w:sz w:val="24"/>
        </w:rPr>
        <w:t xml:space="preserve">Также нужно понять здесь значение Малхут, представляющей собой тайну счета каждого бытия и каждого парцуфа, как пишет Учитель в ветви 35, пункт 7: «И также в трех ступенях Малхут содержатся те самые 42 буквы, но пребывают они в тайне числа. В этом скрытый смысл стиха: </w:t>
      </w:r>
      <w:r>
        <w:rPr>
          <w:rFonts w:ascii="Georgia" w:hAnsi="Georgia"/>
          <w:b w:val="0"/>
          <w:i/>
          <w:color w:val="000000"/>
          <w:sz w:val="24"/>
        </w:rPr>
        <w:t>«Глаза твои — как пруды в Хешбоне…»</w:t>
      </w:r>
      <w:r>
        <w:rPr>
          <w:rFonts w:ascii="Georgia" w:hAnsi="Georgia"/>
          <w:b w:val="0"/>
          <w:i w:val="0"/>
          <w:color w:val="000000"/>
          <w:sz w:val="24"/>
        </w:rPr>
        <w:t xml:space="preserve"> (</w:t>
      </w:r>
      <w:r>
        <w:rPr>
          <w:rFonts w:ascii="Georgia" w:hAnsi="Georgia"/>
          <w:b w:val="0"/>
          <w:i/>
          <w:color w:val="000000"/>
          <w:sz w:val="24"/>
        </w:rPr>
        <w:t>бе-хешбон</w:t>
      </w:r>
      <w:r>
        <w:rPr>
          <w:rFonts w:ascii="Georgia" w:hAnsi="Georgia"/>
          <w:b w:val="0"/>
          <w:i w:val="0"/>
          <w:color w:val="000000"/>
          <w:sz w:val="24"/>
        </w:rPr>
        <w:t xml:space="preserve">, </w:t>
      </w:r>
      <w:r>
        <w:rPr>
          <w:rFonts w:ascii="Georgia" w:hAnsi="Georgia" w:cs="Times New Roman"/>
          <w:b/>
          <w:i w:val="0"/>
          <w:color w:val="000000"/>
          <w:sz w:val="24"/>
          <w:rtl/>
          <w:szCs w:val="32"/>
        </w:rPr>
        <w:t>בְּחֶשְׁבּוֹן</w:t>
      </w:r>
      <w:r>
        <w:rPr>
          <w:rFonts w:ascii="Georgia" w:hAnsi="Georgia"/>
          <w:b w:val="0"/>
          <w:i w:val="0"/>
          <w:color w:val="000000"/>
          <w:sz w:val="24"/>
        </w:rPr>
        <w:t xml:space="preserve"> — «в счете») (Шир а-Ширим 7:5), как сказано в Зоаре к главе Пинхас: «Всякий счет (</w:t>
      </w:r>
      <w:r>
        <w:rPr>
          <w:rFonts w:ascii="Georgia" w:hAnsi="Georgia"/>
          <w:b w:val="0"/>
          <w:i/>
          <w:color w:val="000000"/>
          <w:sz w:val="24"/>
        </w:rPr>
        <w:t>хешбон</w:t>
      </w:r>
      <w:r>
        <w:rPr>
          <w:rFonts w:ascii="Georgia" w:hAnsi="Georgia"/>
          <w:b w:val="0"/>
          <w:i w:val="0"/>
          <w:color w:val="000000"/>
          <w:sz w:val="24"/>
        </w:rPr>
        <w:t xml:space="preserve">, </w:t>
      </w:r>
      <w:r>
        <w:rPr>
          <w:rFonts w:ascii="Georgia" w:hAnsi="Georgia" w:cs="Times New Roman"/>
          <w:b/>
          <w:i w:val="0"/>
          <w:color w:val="000000"/>
          <w:sz w:val="24"/>
          <w:rtl/>
          <w:szCs w:val="32"/>
        </w:rPr>
        <w:t>חֶשְׁבּוֹן</w:t>
      </w:r>
      <w:r>
        <w:rPr>
          <w:rFonts w:ascii="Georgia" w:hAnsi="Georgia"/>
          <w:b w:val="0"/>
          <w:i w:val="0"/>
          <w:color w:val="000000"/>
          <w:sz w:val="24"/>
        </w:rPr>
        <w:t xml:space="preserve">) и гематрия пребывают в Малхут». То есть в Малхут каждой сфиры, которая выражает числовое значение своего мужского начала», конец цитаты. И нам нужно понять, что это за счет, определяемый в Малхут и Нукве каждой сфиры, а также тайну стиха </w:t>
      </w:r>
      <w:r>
        <w:rPr>
          <w:rFonts w:ascii="Georgia" w:hAnsi="Georgia"/>
          <w:b w:val="0"/>
          <w:i/>
          <w:color w:val="000000"/>
          <w:sz w:val="24"/>
        </w:rPr>
        <w:t>«Глаза твои — как пруды в Хешбоне…»</w:t>
      </w:r>
      <w:r>
        <w:rPr>
          <w:rFonts w:ascii="Georgia" w:hAnsi="Georgia"/>
          <w:b w:val="0"/>
          <w:i w:val="0"/>
          <w:color w:val="000000"/>
          <w:sz w:val="24"/>
        </w:rPr>
        <w:t>. Также следует понять относительно 42-буквенного Имени: Учитель говорит, что оно находится в мирах Ецира и Асия, то есть в ЗОН мира Некудим, как написано выше и во многих местах, а здесь утверждает противоположное — что оно пребывает в КАХАБ каждого парцуфа. Есть еще немало тонких вопросов, которые с Б-жьей помощью разъяснятся далее. И сначала разберем четыре ступени, которые Учитель выделяет в каждом парцуфе: первая ступень — сами буквы Имени; вторая ступень — квадрат букв Имени в виде: йод (</w:t>
      </w:r>
      <w:r>
        <w:rPr>
          <w:rFonts w:ascii="Georgia" w:hAnsi="Georgia" w:cs="Times New Roman"/>
          <w:b/>
          <w:i w:val="0"/>
          <w:color w:val="000000"/>
          <w:sz w:val="24"/>
          <w:rtl/>
          <w:szCs w:val="32"/>
        </w:rPr>
        <w:t>י</w:t>
      </w:r>
      <w:r>
        <w:rPr>
          <w:rFonts w:ascii="Georgia" w:hAnsi="Georgia"/>
          <w:b w:val="0"/>
          <w:i w:val="0"/>
          <w:color w:val="000000"/>
          <w:sz w:val="24"/>
        </w:rPr>
        <w:t>), йод-хэй (</w:t>
      </w:r>
      <w:r>
        <w:rPr>
          <w:rFonts w:ascii="Georgia" w:hAnsi="Georgia" w:cs="Times New Roman"/>
          <w:b/>
          <w:i w:val="0"/>
          <w:color w:val="000000"/>
          <w:sz w:val="24"/>
          <w:rtl/>
          <w:szCs w:val="32"/>
        </w:rPr>
        <w:t>יה</w:t>
      </w:r>
      <w:r>
        <w:rPr>
          <w:rFonts w:ascii="Georgia" w:hAnsi="Georgia"/>
          <w:b w:val="0"/>
          <w:i w:val="0"/>
          <w:color w:val="000000"/>
          <w:sz w:val="24"/>
        </w:rPr>
        <w:t>), йод-хэй-вав (</w:t>
      </w:r>
      <w:r>
        <w:rPr>
          <w:rFonts w:ascii="Georgia" w:hAnsi="Georgia" w:cs="Times New Roman"/>
          <w:b/>
          <w:i w:val="0"/>
          <w:color w:val="000000"/>
          <w:sz w:val="24"/>
          <w:rtl/>
          <w:szCs w:val="32"/>
        </w:rPr>
        <w:t>יהו</w:t>
      </w:r>
      <w:r>
        <w:rPr>
          <w:rFonts w:ascii="Georgia" w:hAnsi="Georgia"/>
          <w:b w:val="0"/>
          <w:i w:val="0"/>
          <w:color w:val="000000"/>
          <w:sz w:val="24"/>
        </w:rPr>
        <w:t>), йод-хэй-вав-хэй (</w:t>
      </w:r>
      <w:r>
        <w:rPr>
          <w:rFonts w:ascii="Georgia" w:hAnsi="Georgia" w:cs="Times New Roman"/>
          <w:b/>
          <w:i w:val="0"/>
          <w:color w:val="000000"/>
          <w:sz w:val="24"/>
          <w:rtl/>
          <w:szCs w:val="32"/>
        </w:rPr>
        <w:t>יהוה</w:t>
      </w:r>
      <w:r>
        <w:rPr>
          <w:rFonts w:ascii="Georgia" w:hAnsi="Georgia"/>
          <w:b w:val="0"/>
          <w:i w:val="0"/>
          <w:color w:val="000000"/>
          <w:sz w:val="24"/>
        </w:rPr>
        <w:t>); третья ступень — простое числовое значение букв Имени, то есть 26; четвертая ступень — числовое значение квадрата букв Имени, составляющее 72 (АБ), как сказано в конце ветви 31, смотри там внимательно.</w:t>
      </w:r>
    </w:p>
    <w:p>
      <w:pPr>
        <w:spacing w:before="40" w:after="120"/>
        <w:jc w:val="both"/>
      </w:pPr>
      <w:r>
        <w:rPr>
          <w:rFonts w:ascii="Georgia" w:hAnsi="Georgia"/>
          <w:b w:val="0"/>
          <w:i w:val="0"/>
          <w:color w:val="000000"/>
          <w:sz w:val="24"/>
        </w:rPr>
        <w:t xml:space="preserve">2) Тебе необходимо помнить, что все эти исправления, берущие начало от Первого сокращения (ЦА) и простирающиеся до нового имени МА, исправляющего имя БОН, вплоть до Окончательного исправления, — представляют собой раскрытие соединения свойства милосердия с судом. На это намекали наши мудрецы: вначале возник замысел сотворить мир мерой суда, но, увидев, что мир не может устоять, Творец соединил с судом меру милосердия. И как сказано в «Паним Масбирот» в ветви 1, четвертая стадия (бхина далет), называемая Малхут де-Эйн Соф, представляет собой силу получения во всей полноте меры, заложенной в первоначальном замысле творения — насладить Свои создания; поэтому она именуется корнем свойства суда и центральной срединной точкой. Она служит той осью, вокруг которой вращаются все исправления всех миров вплоть до Окончательного исправления, то есть ради ее совершенного восполнения. Там же разъяснена тайна сокращения, смысл которого заключается в удержании и подъеме желания от получения Его света в столь великом объеме. Об этом писал Учитель выше в ветви 2: «когда взошло в Его желании выделить из Себя выделенные [из Источника]…» — ведь его слова относятся исключительно к самой четвертой стадии из четырех известных стадий, именуемой здесь Малхут де-Эйн Соф в расчете на будущее. Это сказано в опровержение тех, кто относит эти выражения к самой Его Сущности, относительно Которой немыслимо никакое выражение и Которую «никакая мысль не способна постичь вовсе», о чем я подробно писал в «Паним Масбирот» на листе 19, со слов: «…и это то, о чем он сказал», смотри там. И там было объяснено, что эта четвертая стадия — тайна Малхут де-Эйн Соф, включающая в себя всю полноту силы получения во всем бытии выделенных [из Источника] и сотворенных, — украсила себя тем, чтобы возвыситься и уподобиться по форме своему Создателю. Ведь она не могла вынести своей противоположности по свойствам Его Сущности, Которая вся целиком есть отдача и лишена малейшего подобия или искры получения. И потому она возжелала достичь слияния (двекут) с Ним, то есть уподобления своей формы Ему, благословенному, и устранить из себя различие формы, коим является сила получения. Ради этого она уменьшила и отвела свое желание получать в мере собственной четвертой стадии, ограничив его лишь мерой трех первых стадий. Это было совершено с осознанным замыслом о том, чтобы благодаря этому выделились из Источника и были сотворены все миры и исправления, закономерно вытекающие из этого сокращения по цепочке причины и следствия («предшествующее и последующее») вплоть до Окончательного исправления, в тайне стиха: </w:t>
      </w:r>
      <w:r>
        <w:rPr>
          <w:rFonts w:ascii="Georgia" w:hAnsi="Georgia"/>
          <w:b w:val="0"/>
          <w:i/>
          <w:color w:val="000000"/>
          <w:sz w:val="24"/>
        </w:rPr>
        <w:t>«…чтобы не был отвергнут у Него отверженный»</w:t>
      </w:r>
      <w:r>
        <w:rPr>
          <w:rFonts w:ascii="Georgia" w:hAnsi="Georgia"/>
          <w:b w:val="0"/>
          <w:i w:val="0"/>
          <w:color w:val="000000"/>
          <w:sz w:val="24"/>
        </w:rPr>
        <w:t xml:space="preserve"> (Шмуэль II 14:14).</w:t>
      </w:r>
    </w:p>
    <w:p>
      <w:pPr>
        <w:spacing w:before="40" w:after="120"/>
        <w:jc w:val="both"/>
      </w:pPr>
      <w:r>
        <w:rPr>
          <w:rFonts w:ascii="Georgia" w:hAnsi="Georgia"/>
          <w:b w:val="0"/>
          <w:i w:val="0"/>
          <w:color w:val="000000"/>
          <w:sz w:val="24"/>
        </w:rPr>
        <w:t>И тогда четвертая стадия вернется к своему первоначальному состоянию, каким оно было в первоначальном замысле творения — насладить Свои создания. Однако тогда это осуществится в виде получения ради отдачи, ради того, чтобы доставить отраду Создателю. При таком подходе вся сила получения вновь обретает свойство отдачи, и ее форма становится тождественной Источнику, что и называется слиянием (двекут). Ведь, как объяснялось там, духовное разделение возможно лишь при различии формы одного по отношению к другому, тогда как духовное слияние указывает на уподобление формы. Потому она украсила себя, пожелав не оставаться в свойстве прямого получения, противоположного по форме Ему, ибо Он целиком отдает. Ради этого она сократила себя, отказавшись от получения в собственной четвертой стадии и принимая свет лишь в трех первых стадиях, что составляет тайну самоограничения в получении Его света, насколько это было возможно; и тем самым она тотчас достигла слияния (двекут), то есть уподобления своей формы Источнику.</w:t>
      </w:r>
    </w:p>
    <w:p>
      <w:pPr>
        <w:spacing w:before="40" w:after="120"/>
        <w:jc w:val="both"/>
      </w:pPr>
      <w:r>
        <w:rPr>
          <w:rFonts w:ascii="Georgia" w:hAnsi="Georgia"/>
          <w:b w:val="0"/>
          <w:i w:val="0"/>
          <w:color w:val="000000"/>
          <w:sz w:val="24"/>
        </w:rPr>
        <w:t>Однако это состояние еще не было полным совершенством, поскольку от нее ушла огромная мера света — ровно в том объеме, на какой она уменьшила свое желание. Но к концу времен и при Окончательном исправлении во всех творениях раскроется свойство получения ради отдачи. Благодаря этому они станут способны принимать свет в четвертой стадии во всей полноте желания — так, как они были включены в бесконечный свет Эйн Соф по первоначальному замыслу «насладить Свои создания». При этом в ней не останется никакой противоположности формы, поскольку получение ради отдачи вовсе не считается получением по своей форме, как сказано выше, и благодаря этому творение удостоится подлинного слияния (двекут). Таков был весь замысел в свойстве Малхут де-Эйн Соф при совершенном ею сокращении, как пишет там Учитель: «Когда взошло в Его простом желании сотворить миры и выделить из Себя выделенные [из Источника], дабы явить совершенство Своих деяний, Своих имен и прозваний, что и послужило причиной сотворения миров, — тогда Он сократил Себя и т. д.», конец цитаты.</w:t>
      </w:r>
    </w:p>
    <w:p>
      <w:pPr>
        <w:spacing w:before="40" w:after="120"/>
        <w:jc w:val="both"/>
      </w:pPr>
      <w:r>
        <w:rPr>
          <w:rFonts w:ascii="Georgia" w:hAnsi="Georgia"/>
          <w:b w:val="0"/>
          <w:i w:val="0"/>
          <w:color w:val="000000"/>
          <w:sz w:val="24"/>
        </w:rPr>
        <w:t>Смысл этого в том, о чем мы говорили: само сокращение неизбежно повлекло за собой по цепочке причины и следствия («предшествующее и последующее») раскрытие всех Имен, всех исправлений и всех явлений в окружающей нас действительности, пока форма творения не уподобится своему Создателю — как в обретении слияния (двекут), так и в получении великих светов, изначально заложенных в замысле творения. Здесь не место углубляться в эти подробности, поскольку это уже с величайшей полнотой объяснено в «Паним Масбирот» в ветви 1, и оттуда ты сможешь это понять. Именно об этом мы говорили, что центральная точка зовется корнем свойства суда с прицелом на будущее. Ведь во время сокращения она, напротив, отстранила себя от суда, как сказано выше, приняв свет лишь в трех первых стадиях. Но поскольку из-за этого сокращения свет Эйн Соф ушел от нее — ведь в центральной точке возникло ограничение и завершение, чтобы более не принимать туда свет, — она стала корнем будущего свойства суда.</w:t>
      </w:r>
    </w:p>
    <w:p>
      <w:pPr>
        <w:spacing w:before="40" w:after="120"/>
        <w:jc w:val="both"/>
      </w:pPr>
      <w:r>
        <w:rPr>
          <w:rFonts w:ascii="Georgia" w:hAnsi="Georgia"/>
          <w:b w:val="0"/>
          <w:i w:val="0"/>
          <w:color w:val="000000"/>
          <w:sz w:val="24"/>
        </w:rPr>
        <w:t xml:space="preserve">3) В словах Учителя в ветви 7 разъяснено, что свет Источника ни на миг не прекращает изливаться на выделенных получателей. Так же сказано и в ветви 13, пункт 4: «прямой свет едва не отделился от своего места, чтобы спуститься и излить влияние на нижних…» — смотри там. Ты видишь, что Его свет пребывает неизменным вовеки, в чем и состоит смысл стиха: </w:t>
      </w:r>
      <w:r>
        <w:rPr>
          <w:rFonts w:ascii="Georgia" w:hAnsi="Georgia"/>
          <w:b w:val="0"/>
          <w:i/>
          <w:color w:val="000000"/>
          <w:sz w:val="24"/>
        </w:rPr>
        <w:t>«Ибо Я, Г-сподь, не изменился…»</w:t>
      </w:r>
      <w:r>
        <w:rPr>
          <w:rFonts w:ascii="Georgia" w:hAnsi="Georgia"/>
          <w:b w:val="0"/>
          <w:i w:val="0"/>
          <w:color w:val="000000"/>
          <w:sz w:val="24"/>
        </w:rPr>
        <w:t xml:space="preserve"> (Малахи 3:6). Учитель с поразительной точностью подбирает слова, говоря, что свет «едва не отделился от своего места, чтобы спуститься и излить влияние на нижних», так как здесь сокрыта великая глубина. Ведь «место» — это тайна четвертой стадии и сокращения, совершенного ею, как сказано у Учителя в ветви 1, поскольку по причине сокращения образовалось свободное пространство для миров. Разумеется, здесь никоим образом не подразумевается материальное пространство, упаси Б-г, ибо не миры служат Ему местом. Все, о чем говорится даже относительно мира Асия, представляет собой абсолютную духовность, находящуюся выше пространства и выше времени, совершенно недоступную материальному воображению, — не говоря уже о мире Ацилут и тем более неизмеримо выше, при Первом сокращении. Свободное пространство, возникшее вследствие сокращения, — это пространство для исправлений; ведь до сокращения не существовало никакой возможности для ущерба или восполнения в Его свете, отчего Он и именуется Бесконечным (Эйн Соф) и не имеющим предела. Когда же четвертая стадия отвела свое желание от получения света в собственной мере в исходном виде, решив не принимать его до тех пор, пока не обратит получение в отдачу, — тем самым само собой возникло свободное пространство для осуществления этого исправления. И именно это с величайшей точностью формулирует Учитель, говоря, что прямой свет едва не отделился от своего места, чтобы спуститься и излить влияние на нижних. Этим он показывает, что свет Эйн Соф со Своей стороны совершенно не принимает во внимание это место и границу, созданную срединной точкой; оттого и сказано, что он «едва не отделился от своего места».</w:t>
      </w:r>
    </w:p>
    <w:p>
      <w:pPr>
        <w:spacing w:before="40" w:after="120"/>
        <w:jc w:val="both"/>
      </w:pPr>
      <w:r>
        <w:rPr>
          <w:rFonts w:ascii="Georgia" w:hAnsi="Georgia"/>
          <w:b w:val="0"/>
          <w:i w:val="0"/>
          <w:color w:val="000000"/>
          <w:sz w:val="24"/>
        </w:rPr>
        <w:t>Однако добавлено слово «едва», дабы указать, что он все же не отделяется окончательно от места и границы четвертой стадии, но лишь «едва не отделяется». В этом сокрыта тайна соударения (зивуг де-акаа), приводимого Учителем в ветви 4, пункт 2: «И тогда, когда завершилось десятое кли Ацилута, возникли там масах и завеса (паргод), разделяющие между Ацилутом и остальными мирами, лежащими ниже него. И тогда свет Эйн Соф, благословен Он, распространяющийся до того предела, ударил в этот масах; и силой соударения при спуске, встретившем преграду, свет возвратился и поднялся в тайне отраженного света выше своего места и т. д.», смотри там. И не вводи себя в заблуждение, приписывая спуску света Эйн Соф и его удару в масах хоть какие-то телесные черты из сферы материального воображения, упаси Б-г, ведь нет там ни затылка, ни завесы. Все обстоит так, как мы говорили выше: тайна места и завершения — это масах, разделяющий, завершающий и удерживающий свет Эйн Соф от распространения в ее четвертую стадию; такова сила сокращения, присутствующая в каждой сфире и в каждом парцуфе. Ведь в изобилии света Эйн Соф, именуемом десятью сфирот прямого света, везде, куда изливается это влияние, различаются те самые четыре стадии, о которых говорится в ветви 4: первая стадия зовется Хохма, вторая стадия — Бина, третья — Тиферет или ЗА, включающий шесть сфирот ХАГАТ НЕХИ, а четвертая стадия зовется Малхут, представляя собой масах, возникающий в ней в момент ее завершения, по словам Учителя: «И тогда, когда завершилось десятое кли Ацилута, возникли там масах и завеса…» — смотри там. Смысл завершения кли, определяемого в Малхут, прояснится далее с Б-жьей помощью. Прежде же объясним спуск и соударение света Эйн Соф с этим масахом, то есть соприкосновение с четвертой стадией, именуемой центральной точкой.</w:t>
      </w:r>
    </w:p>
    <w:p>
      <w:pPr>
        <w:spacing w:before="40" w:after="120"/>
        <w:jc w:val="both"/>
      </w:pPr>
      <w:r>
        <w:rPr>
          <w:rFonts w:ascii="Georgia" w:hAnsi="Georgia"/>
          <w:b w:val="0"/>
          <w:i w:val="0"/>
          <w:color w:val="000000"/>
          <w:sz w:val="24"/>
        </w:rPr>
        <w:t>4) Ты уже слышал, что свет Источника никогда ни на миг не прекращает изливаться к получающим. И хотя четвертая стадия сократила себя, отказавшись от получения великих светов Творца, свет Эйн Соф отнюдь не прекращается из-за этого ни на мгновение, как сказано в ветви 13, где отмечено, что прямой свет едва не отделился от своего места, чтобы спуститься и излить влияние. Однако получение Его света всецело зависит от творений — как в мере принимаемых светов, так и вплоть до полного отделения от Его света, упаси Б-г. Потому ты поймешь, что тайна упомянутого спуска света Эйн Соф имеет силу только относительно творений, выделенных [из Источника]. Свет Эйн Соф светит и прибывает непрерывно, а когда нижний принимает эти света, он воспринимает их в порядке четырех известных стадий ХУБ ТУМ, как сказано выше. И потому, когда свет Творца достигает четвертой стадии — Малхут, несущей в себе силу сокращения, это именуется спуском, ибо свет словно сошел со своей ступени в место, которое ему не подобает. Помни же, что все это справедливо лишь со стороны получателя. Там же различается действие соударения о масах, подобное встрече двух твердых тел, каждое из которых жестко стоит на своей внешней границе и отталкивает другое, не позволяя проникнуть в свои пределы ни на йоту.</w:t>
      </w:r>
    </w:p>
    <w:p>
      <w:pPr>
        <w:spacing w:before="40" w:after="120"/>
        <w:jc w:val="both"/>
      </w:pPr>
      <w:r>
        <w:rPr>
          <w:rFonts w:ascii="Georgia" w:hAnsi="Georgia"/>
          <w:b w:val="0"/>
          <w:i w:val="0"/>
          <w:color w:val="000000"/>
          <w:sz w:val="24"/>
        </w:rPr>
        <w:t>Смысл здесь тот же, о чем говорилось выше применительно к ветви 13: прямой свет едва не отделился от своего места, чтобы спуститься и излить влияние, то есть со стороны Творца нет никакого разделения этой границей и сокращением, произведенным нижним. В силу этого со стороны света есть стремление пройти за границу и проникнуть ниже нее, то есть излить все величие светов, подобающих четвертой стадии. Однако сила сокращения в четвертой стадии, называемая масахом и завесой, противится этому со всей мощью и отводит свое желание от получения света внутрь. Потому их встреча в таком качестве и называется соударением (зивуг де-акаа): они предстают противоположными на этой границе, ведь высший свет стремится сойти в область четвертой стадии, что зовется отделением от своего места, как написано в ветви 1 «Паним Масбирот» (лист 19, со слов «И теперь разъяснится источник души…», смотри там). Отсюда выверенная формулировка Учителя о том, что прямой свет едва не отделился от своего места; однако масах, воплощающий силу сокращения, препятствует этому. В результате этой встречи поднимаются десять сфирот отраженного света, облачающие четыре стадии света Эйн Соф, и потому это явление именуется соединением (зивуг), и пойми это.</w:t>
      </w:r>
    </w:p>
    <w:p>
      <w:pPr>
        <w:spacing w:before="40" w:after="120"/>
        <w:jc w:val="both"/>
      </w:pPr>
      <w:r>
        <w:rPr>
          <w:rFonts w:ascii="Georgia" w:hAnsi="Georgia"/>
          <w:b w:val="0"/>
          <w:i w:val="0"/>
          <w:color w:val="000000"/>
          <w:sz w:val="24"/>
        </w:rPr>
        <w:t>5) Итак, тебе разъяснилась тайна соударения (зивуг де-акаа) света Эйн Соф, распространяющегося к масаху четвертой стадии прямого света, а также вопрос о десяти сфирот отраженного света, восходящих от этого соединения, согласно сказанному Учителем в ветви 4. Знай же, что таков сокрытый смысл линии (кав), о которой говорится в ветви 1, пункт 7: «И вот, после упомянутого сокращения… протянул Он от света Эйн Соф одну прямую линию…» — конец цитаты. Это суть те самые четыре стадии света Эйн Соф, распространяющиеся до масаха четвертой стадии, как разъяснено в ветви 4 через тайну соударения: благодаря силе этого соударения поднимаются десять сфирот отраженного света и облачают десять сфирот прямого света, то есть четыре стадии света Эйн Соф. И оба этих света вместе именуются «одной линией» (кав эхад). Об этом Учитель пишет в ветви 1, пункт 8: «И разъясним теперь вкратце исследование каббалистов о том, каким образом в упомянутых сфирот возникают голова, внутренняя часть и завершение (рош, тох, соф). Поскольку эта линия своей вершиной (рош) касается света Эйн Соф с высшей стороны, а ее завершение (соф) не простирается до самого низа… в ней по праву различаются начало и конец», конец цитаты. Здесь вовсе не подразумеваются телесные человеческие размеры, упаси Б-г, но все обстоит так, как мы говорили: со стороны Всевышнего нет никакого предела и границы, потому что сама четвертая стадия произвела это сокращение. В этом смысл слов о том, что вершина линии касается света Эйн Соф с высшей стороны: со стороны Творца эта линия точно так же относится к категории Эйн Соф, то есть несет влияние и ниже четвертой стадии. Об этом и сказано, что она касается света Эйн Соф.</w:t>
      </w:r>
    </w:p>
    <w:p>
      <w:pPr>
        <w:spacing w:before="40" w:after="120"/>
        <w:jc w:val="both"/>
      </w:pPr>
      <w:r>
        <w:rPr>
          <w:rFonts w:ascii="Georgia" w:hAnsi="Georgia"/>
          <w:b w:val="0"/>
          <w:i w:val="0"/>
          <w:color w:val="000000"/>
          <w:sz w:val="24"/>
        </w:rPr>
        <w:t>Однако масах четвертой стадии преграждает свету путь, полагая ему предел и завершение («соф ве-сиюм») и удерживая его от свечения сквозь свою границу книзу, поскольку она уже отвела свое желание от получения света там. А устранение желания означает отмену сосуда получения (кли), ведь в духовном невозможно представить никакого получения иначе как через желание и стремление. Кроме того, по словам Учителя, высший свет отмеряется мерой желания; потому Малхут и зовется «землей» (</w:t>
      </w:r>
      <w:r>
        <w:rPr>
          <w:rFonts w:ascii="Georgia" w:hAnsi="Georgia"/>
          <w:b w:val="0"/>
          <w:i/>
          <w:color w:val="000000"/>
          <w:sz w:val="24"/>
        </w:rPr>
        <w:t>эрец</w:t>
      </w:r>
      <w:r>
        <w:rPr>
          <w:rFonts w:ascii="Georgia" w:hAnsi="Georgia"/>
          <w:b w:val="0"/>
          <w:i w:val="0"/>
          <w:color w:val="000000"/>
          <w:sz w:val="24"/>
        </w:rPr>
        <w:t xml:space="preserve">, </w:t>
      </w:r>
      <w:r>
        <w:rPr>
          <w:rFonts w:ascii="Georgia" w:hAnsi="Georgia" w:cs="Times New Roman"/>
          <w:b/>
          <w:i w:val="0"/>
          <w:color w:val="000000"/>
          <w:sz w:val="24"/>
          <w:rtl/>
          <w:szCs w:val="32"/>
        </w:rPr>
        <w:t>אֶרֶץ</w:t>
      </w:r>
      <w:r>
        <w:rPr>
          <w:rFonts w:ascii="Georgia" w:hAnsi="Georgia"/>
          <w:b w:val="0"/>
          <w:i w:val="0"/>
          <w:color w:val="000000"/>
          <w:sz w:val="24"/>
        </w:rPr>
        <w:t>) от слова «желание» (</w:t>
      </w:r>
      <w:r>
        <w:rPr>
          <w:rFonts w:ascii="Georgia" w:hAnsi="Georgia"/>
          <w:b w:val="0"/>
          <w:i/>
          <w:color w:val="000000"/>
          <w:sz w:val="24"/>
        </w:rPr>
        <w:t>рацон</w:t>
      </w:r>
      <w:r>
        <w:rPr>
          <w:rFonts w:ascii="Georgia" w:hAnsi="Georgia"/>
          <w:b w:val="0"/>
          <w:i w:val="0"/>
          <w:color w:val="000000"/>
          <w:sz w:val="24"/>
        </w:rPr>
        <w:t xml:space="preserve">, </w:t>
      </w:r>
      <w:r>
        <w:rPr>
          <w:rFonts w:ascii="Georgia" w:hAnsi="Georgia" w:cs="Times New Roman"/>
          <w:b/>
          <w:i w:val="0"/>
          <w:color w:val="000000"/>
          <w:sz w:val="24"/>
          <w:rtl/>
          <w:szCs w:val="32"/>
        </w:rPr>
        <w:t>רָצוֹן</w:t>
      </w:r>
      <w:r>
        <w:rPr>
          <w:rFonts w:ascii="Georgia" w:hAnsi="Georgia"/>
          <w:b w:val="0"/>
          <w:i w:val="0"/>
          <w:color w:val="000000"/>
          <w:sz w:val="24"/>
        </w:rPr>
        <w:t>), как сказано в Зоаре и в Тиккуним во многих местах. Потому-то в сфирот и возникают ныне начало и конец (рош ве-соф), поскольку четвертая стадия кладет конец и завершение в том месте, где пребывает, — и пойми это.</w:t>
      </w:r>
    </w:p>
    <w:p>
      <w:pPr>
        <w:spacing w:before="40" w:after="120"/>
        <w:jc w:val="both"/>
      </w:pPr>
      <w:r>
        <w:rPr>
          <w:rFonts w:ascii="Georgia" w:hAnsi="Georgia"/>
          <w:b w:val="0"/>
          <w:i w:val="0"/>
          <w:color w:val="000000"/>
          <w:sz w:val="24"/>
        </w:rPr>
        <w:t>6) Все еще требует разъяснения вопрос завершения кли четвертой стадии (бхина далет), о котором Учитель в 4-й ветви говорит с особой точностью: «И тогда, когда завершилось кли десятой [сфиры] Ацилута, возникли там экран (масах) и завеса», до сих пор его слова.</w:t>
      </w:r>
    </w:p>
    <w:p>
      <w:pPr>
        <w:spacing w:before="40" w:after="120"/>
        <w:jc w:val="both"/>
      </w:pPr>
      <w:r>
        <w:rPr>
          <w:rFonts w:ascii="Georgia" w:hAnsi="Georgia"/>
          <w:b w:val="0"/>
          <w:i w:val="0"/>
          <w:color w:val="000000"/>
          <w:sz w:val="24"/>
        </w:rPr>
        <w:t>Следует понять, почему кли десятой сфиры не стало экраном и завесой до того, как завершилось. А также что означает это завершение?</w:t>
      </w:r>
    </w:p>
    <w:p>
      <w:pPr>
        <w:spacing w:before="40" w:after="120"/>
        <w:jc w:val="both"/>
      </w:pPr>
      <w:r>
        <w:rPr>
          <w:rFonts w:ascii="Georgia" w:hAnsi="Georgia"/>
          <w:b w:val="0"/>
          <w:i w:val="0"/>
          <w:color w:val="000000"/>
          <w:sz w:val="24"/>
        </w:rPr>
        <w:t xml:space="preserve">Эти его слова раскрываются в другом месте, а именно в 5-й ветви, пункт 10; вот его слова: «И в этом смысл сказанного: </w:t>
      </w:r>
      <w:r>
        <w:rPr>
          <w:rFonts w:ascii="Georgia" w:hAnsi="Georgia"/>
          <w:b w:val="0"/>
          <w:i/>
          <w:color w:val="000000"/>
          <w:sz w:val="24"/>
        </w:rPr>
        <w:t>„И увидел Всесильный свет… и отделил…“</w:t>
      </w:r>
      <w:r>
        <w:rPr>
          <w:rFonts w:ascii="Georgia" w:hAnsi="Georgia"/>
          <w:b w:val="0"/>
          <w:i w:val="0"/>
          <w:color w:val="000000"/>
          <w:sz w:val="24"/>
        </w:rPr>
        <w:t xml:space="preserve"> (Берешит 1:4), ведь созерцал Источник и т. д. И когда созерцал Источник и увидел в нефеш, называемой </w:t>
      </w:r>
      <w:r>
        <w:rPr>
          <w:rFonts w:ascii="Georgia" w:hAnsi="Georgia"/>
          <w:b w:val="0"/>
          <w:i/>
          <w:color w:val="000000"/>
          <w:sz w:val="24"/>
        </w:rPr>
        <w:t>эт</w:t>
      </w:r>
      <w:r>
        <w:rPr>
          <w:rFonts w:ascii="Georgia" w:hAnsi="Georgia"/>
          <w:b w:val="0"/>
          <w:i w:val="0"/>
          <w:color w:val="000000"/>
          <w:sz w:val="24"/>
        </w:rPr>
        <w:t xml:space="preserve"> (</w:t>
      </w:r>
      <w:r>
        <w:rPr>
          <w:rFonts w:ascii="Georgia" w:hAnsi="Georgia" w:cs="Times New Roman"/>
          <w:b/>
          <w:i w:val="0"/>
          <w:color w:val="000000"/>
          <w:sz w:val="24"/>
          <w:rtl/>
          <w:szCs w:val="32"/>
        </w:rPr>
        <w:t>אֵת</w:t>
      </w:r>
      <w:r>
        <w:rPr>
          <w:rFonts w:ascii="Georgia" w:hAnsi="Georgia"/>
          <w:b w:val="0"/>
          <w:i w:val="0"/>
          <w:color w:val="000000"/>
          <w:sz w:val="24"/>
        </w:rPr>
        <w:t>), тогда вышли корни келим и т. д. И в тайне этого видения есть прямой свет и отраженный свет, ведь сначала видение протянулось до конца десятой стадии, которая есть нефеш, а затем, при возвращении вверх, отделяло, и возникло свойство келим и т. д.». И хотя этот прямой свет обладал силой образовать келим в голове (рош), то есть ГАР, все же они не могли проявиться, пока это видение не достигло самой нефеш. И при соударении с ней завершилось создание келим для головы. Но для келим тела (гуф), то есть ЗАТ, в этом видении еще не было силы, пока оно не достигнет самой нефеш де-нефеш. И благодаря второму созерцанию (истаклют бэт) снизу вверх отраженный свет облачил ЗАТ, смотри там внимательно.</w:t>
      </w:r>
    </w:p>
    <w:p>
      <w:pPr>
        <w:spacing w:before="40" w:after="120"/>
        <w:jc w:val="both"/>
      </w:pPr>
      <w:r>
        <w:rPr>
          <w:rFonts w:ascii="Georgia" w:hAnsi="Georgia"/>
          <w:b w:val="0"/>
          <w:i w:val="0"/>
          <w:color w:val="000000"/>
          <w:sz w:val="24"/>
        </w:rPr>
        <w:t>И так же он пишет в «Шаар а-Клалим», исследование 2 о мире Акудим, в конце, на с. 60. И так же там, в исследовании 2 об АК, в конце, на с. 146.</w:t>
      </w:r>
    </w:p>
    <w:p>
      <w:pPr>
        <w:spacing w:before="40" w:after="120"/>
        <w:jc w:val="both"/>
      </w:pPr>
      <w:r>
        <w:rPr>
          <w:rFonts w:ascii="Georgia" w:hAnsi="Georgia"/>
          <w:b w:val="0"/>
          <w:i w:val="0"/>
          <w:color w:val="000000"/>
          <w:sz w:val="24"/>
        </w:rPr>
        <w:t>Отсюда мы учим, что тайна упомянутого ударного соединения (зивуг де-акаа) называется также созерцанием (истаклют). При первом зивуге, называемом первым созерцанием на десятую стадию, которая есть нефеш, келим еще не проявляются, поскольку оттуда раскрываются лишь корни келим, повсюду называемые головой (рош) или ГАР. Поэтому требуются второе созерцание и второй зивуг, когда [свет] достигает нефеш де-нефеш; благодаря этому второму созерцанию отраженный свет облачает ЗАТ, и келим завершаются.</w:t>
      </w:r>
    </w:p>
    <w:p>
      <w:pPr>
        <w:spacing w:before="40" w:after="120"/>
        <w:jc w:val="both"/>
      </w:pPr>
      <w:r>
        <w:rPr>
          <w:rFonts w:ascii="Georgia" w:hAnsi="Georgia"/>
          <w:b w:val="0"/>
          <w:i w:val="0"/>
          <w:color w:val="000000"/>
          <w:sz w:val="24"/>
        </w:rPr>
        <w:t>И этим объясняются нам слова Учителя в 4-й ветви: «И тогда, когда завершилось кли десятой [сфиры], возникли там экран и завеса и т. д.», где он имеет в виду второе созерцание на нефеш де-нефеш, поскольку тогда оно завершается полностью — так, что поднимающийся от него отраженный свет, облачающий прямой свет, завершает келим этого парцуфа.</w:t>
      </w:r>
    </w:p>
    <w:p>
      <w:pPr>
        <w:spacing w:before="40" w:after="120"/>
        <w:jc w:val="both"/>
      </w:pPr>
      <w:r>
        <w:rPr>
          <w:rFonts w:ascii="Georgia" w:hAnsi="Georgia"/>
          <w:b w:val="0"/>
          <w:i w:val="0"/>
          <w:color w:val="000000"/>
          <w:sz w:val="24"/>
        </w:rPr>
        <w:t>И поскольку он завершает там словами: «И тогда завершился мир Ацилут в аспекте келим», он остерегается и точно описывает зивуг от света Эйн Соф на экране: имеется в виду лишь состояние, когда завершилось кли десятой [сфиры]. То есть после того, как произошло первое созерцание на десятую стадию — нефеш, представляющую собой Малхут в целом, эта нефеш распространяется далее из самой себя в свои десять сфирот, пока в ней не раскроется свойство нефеш де-нефеш, то есть Малхут де-Малхут. И тогда считается, что кли десятой [сфиры] завершилось.</w:t>
      </w:r>
    </w:p>
    <w:p>
      <w:pPr>
        <w:spacing w:before="40" w:after="120"/>
        <w:jc w:val="both"/>
      </w:pPr>
      <w:r>
        <w:rPr>
          <w:rFonts w:ascii="Georgia" w:hAnsi="Georgia"/>
          <w:b w:val="0"/>
          <w:i w:val="0"/>
          <w:color w:val="000000"/>
          <w:sz w:val="24"/>
        </w:rPr>
        <w:t>Иначе обстоит дело во время первого созерцания, до того как она сама разделилась на десять сфирот для второго созерцания: тогда она еще не завершена полностью, и поднимающийся от нее отраженный свет образует лишь корни келим, называемые келим де-рош или келим де-ГАР.</w:t>
      </w:r>
    </w:p>
    <w:p>
      <w:pPr>
        <w:spacing w:before="40" w:after="120"/>
        <w:jc w:val="both"/>
      </w:pPr>
      <w:r>
        <w:rPr>
          <w:rFonts w:ascii="Georgia" w:hAnsi="Georgia"/>
          <w:b w:val="0"/>
          <w:i w:val="0"/>
          <w:color w:val="000000"/>
          <w:sz w:val="24"/>
        </w:rPr>
        <w:t>7) Знай, что в этом причина того, почему в каждом парцуфе различают рош, тох, соф (голову, внутреннюю часть и завершение). Ведь ты видишь, что ни один парцуф не завершается первым зивугом на экране, но только вторым зивугом. Поэтому в каждом парцуфе необходимо есть два рода келим:</w:t>
      </w:r>
    </w:p>
    <w:p>
      <w:pPr>
        <w:spacing w:before="40" w:after="120"/>
        <w:jc w:val="both"/>
      </w:pPr>
      <w:r>
        <w:rPr>
          <w:rFonts w:ascii="Georgia" w:hAnsi="Georgia"/>
          <w:b w:val="0"/>
          <w:i w:val="0"/>
          <w:color w:val="000000"/>
          <w:sz w:val="24"/>
        </w:rPr>
        <w:t>1) келим де-ГАР от первого зивуга на Малхут, различимые лишь в качестве корней;</w:t>
      </w:r>
    </w:p>
    <w:p>
      <w:pPr>
        <w:spacing w:before="40" w:after="120"/>
        <w:jc w:val="both"/>
      </w:pPr>
      <w:r>
        <w:rPr>
          <w:rFonts w:ascii="Georgia" w:hAnsi="Georgia"/>
          <w:b w:val="0"/>
          <w:i w:val="0"/>
          <w:color w:val="000000"/>
          <w:sz w:val="24"/>
        </w:rPr>
        <w:t>2) келим де-ЗАТ, называемые телом (гуф), выходящие от второго ударного соединения (зивуг де-акаа) на Малхут де-Малхут.</w:t>
      </w:r>
    </w:p>
    <w:p>
      <w:pPr>
        <w:spacing w:before="40" w:after="120"/>
        <w:jc w:val="both"/>
      </w:pPr>
      <w:r>
        <w:rPr>
          <w:rFonts w:ascii="Georgia" w:hAnsi="Georgia"/>
          <w:b w:val="0"/>
          <w:i w:val="0"/>
          <w:color w:val="000000"/>
          <w:sz w:val="24"/>
        </w:rPr>
        <w:t>И уже объяснялось в предыдущей ветви, что тело делится на две части: отраженный свет, поднимающийся от Малхут де-Малхут снизу вверх, называется ХАГАТ; но есть также аспект распространения отраженного света сверху вниз, который называется НЕХИ и представляет собой полное завершение (сиюм гамур).</w:t>
      </w:r>
    </w:p>
    <w:p>
      <w:pPr>
        <w:spacing w:before="40" w:after="120"/>
        <w:jc w:val="both"/>
      </w:pPr>
      <w:r>
        <w:rPr>
          <w:rFonts w:ascii="Georgia" w:hAnsi="Georgia"/>
          <w:b w:val="0"/>
          <w:i w:val="0"/>
          <w:color w:val="000000"/>
          <w:sz w:val="24"/>
        </w:rPr>
        <w:t>Как написано в 13-й ветви «Паним Меирот у-Масбирот» (откуда ты поймешь это подробно), десять сфирот де-НЕХИ — это распространение только отраженного света без прямого света. И потому на экране и в Малхут десяти сфирот де-НЕХИ нет никакого зивуга, ведь там нет прямого света — мужского света, вступающего в зивуг, — и потому образуется завершение ступени. И благодаря этому ты поймешь сказанное в «Эц Хаим», врата 25, исследование 7: «Везде, куда опускается прямой свет, у него обязательно должен быть отраженный свет во всех местах, и пойми это», до сих пор его слова.</w:t>
      </w:r>
    </w:p>
    <w:p>
      <w:pPr>
        <w:spacing w:before="40" w:after="120"/>
        <w:jc w:val="both"/>
      </w:pPr>
      <w:r>
        <w:rPr>
          <w:rFonts w:ascii="Georgia" w:hAnsi="Georgia"/>
          <w:b w:val="0"/>
          <w:i w:val="0"/>
          <w:color w:val="000000"/>
          <w:sz w:val="24"/>
        </w:rPr>
        <w:t>И это соответствует сказанному выше о первом и втором созерцании. Однако бывает отраженный свет без прямого света — а именно в НЕХИ, как сказано.</w:t>
      </w:r>
    </w:p>
    <w:p>
      <w:pPr>
        <w:spacing w:before="40" w:after="120"/>
        <w:jc w:val="both"/>
      </w:pPr>
      <w:r>
        <w:rPr>
          <w:rFonts w:ascii="Georgia" w:hAnsi="Georgia"/>
          <w:b w:val="0"/>
          <w:i w:val="0"/>
          <w:color w:val="000000"/>
          <w:sz w:val="24"/>
        </w:rPr>
        <w:t>Причина же необходимости двух упомянутых зивугов состоит в том, что келим происходят и раскрываются из авиюта в кли Малхут, то есть из содержащейся в ней силы суда (дин), как сказано выше. И потому при первом зивуге, когда распространяются четыре стадии прямого света, четвертая стадия оказывается последней, будучи десятой из этих десяти сфирот. Поэтому, хотя в ней и происходит ударное соединение и от нее снизу вверх поднимаются десять сфирот отраженного света, все же авиют кли Малхут не может подняться выше своего места. И потому считается, что лишь один отраженный свет поднимается и облачает девять первых сфирот прямого света, но авиют остается на своем месте, ниже девяти первых сфирот головы (рош).</w:t>
      </w:r>
    </w:p>
    <w:p>
      <w:pPr>
        <w:spacing w:before="40" w:after="120"/>
        <w:jc w:val="both"/>
      </w:pPr>
      <w:r>
        <w:rPr>
          <w:rFonts w:ascii="Georgia" w:hAnsi="Georgia"/>
          <w:b w:val="0"/>
          <w:i w:val="0"/>
          <w:color w:val="000000"/>
          <w:sz w:val="24"/>
        </w:rPr>
        <w:t>Поэтому та Малхут де-рош должна распространиться из самой себя дальше в свете Эйн Соф, благословен Он, в четырех стадиях прямого света вплоть до десятой стадии самой Малхут. И поскольку общая Малхут служит корнем и Кетер для всего этого второго распространения, при этом втором зивуге у нее есть сила завершить келим, ведь теперь и авиют Малхут может подняться до Малхут де-рош, как написано на с. 183 «Паним Меирот у-Масбирот», начальные слова «И уже…», смотри там внимательно.</w:t>
      </w:r>
    </w:p>
    <w:p>
      <w:pPr>
        <w:spacing w:before="40" w:after="120"/>
        <w:jc w:val="both"/>
      </w:pPr>
      <w:r>
        <w:rPr>
          <w:rFonts w:ascii="Georgia" w:hAnsi="Georgia"/>
          <w:b w:val="0"/>
          <w:i w:val="0"/>
          <w:color w:val="000000"/>
          <w:sz w:val="24"/>
        </w:rPr>
        <w:t>По этой причине экран в кли Малхут де-рош называется «одна десятая», ведь он представляет собой десятую стадию прямого света; а экран в кли Малхут де-гуф называется «одна сотая», поскольку сама Малхут де-рош, будучи десятой стадией, разделилась на десять сфирот вплоть до Малхут де-Малхут, так что сама Малхут де-Малхут оказывается одной сотой. Поэтому Малхут называется «счет» (</w:t>
      </w:r>
      <w:r>
        <w:rPr>
          <w:rFonts w:ascii="Georgia" w:hAnsi="Georgia"/>
          <w:b w:val="0"/>
          <w:i/>
          <w:color w:val="000000"/>
          <w:sz w:val="24"/>
        </w:rPr>
        <w:t>хешбон</w:t>
      </w:r>
      <w:r>
        <w:rPr>
          <w:rFonts w:ascii="Georgia" w:hAnsi="Georgia"/>
          <w:b w:val="0"/>
          <w:i w:val="0"/>
          <w:color w:val="000000"/>
          <w:sz w:val="24"/>
        </w:rPr>
        <w:t xml:space="preserve">, </w:t>
      </w:r>
      <w:r>
        <w:rPr>
          <w:rFonts w:ascii="Georgia" w:hAnsi="Georgia" w:cs="Times New Roman"/>
          <w:b/>
          <w:i w:val="0"/>
          <w:color w:val="000000"/>
          <w:sz w:val="24"/>
          <w:rtl/>
          <w:szCs w:val="32"/>
        </w:rPr>
        <w:t>חֶשְׁבּוֹן</w:t>
      </w:r>
      <w:r>
        <w:rPr>
          <w:rFonts w:ascii="Georgia" w:hAnsi="Georgia"/>
          <w:b w:val="0"/>
          <w:i w:val="0"/>
          <w:color w:val="000000"/>
          <w:sz w:val="24"/>
        </w:rPr>
        <w:t>): только благодаря ее особому свойству сфирот умножаются во множестве бесчисленных счетов. А именно, как сказано выше: в голове она образует десять, а в теле — сто. А затем в тайне очищения экрана (издохехут а-масах) по четырем стадиям ХУБ ТУМ число каждый раз умножается на десять, как будет сказано ниже, и потому она называется «счет».</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«Глаза твои — пруды в Хешбоне…»</w:t>
      </w:r>
      <w:r>
        <w:rPr>
          <w:rFonts w:ascii="Georgia" w:hAnsi="Georgia"/>
          <w:b w:val="0"/>
          <w:i w:val="0"/>
          <w:color w:val="000000"/>
          <w:sz w:val="24"/>
        </w:rPr>
        <w:t xml:space="preserve"> (Шир а-Ширим 7:5).</w:t>
      </w:r>
    </w:p>
    <w:p>
      <w:pPr>
        <w:spacing w:before="40" w:after="120"/>
        <w:jc w:val="both"/>
      </w:pPr>
      <w:r>
        <w:rPr>
          <w:rFonts w:ascii="Georgia" w:hAnsi="Georgia"/>
          <w:b w:val="0"/>
          <w:i w:val="0"/>
          <w:color w:val="000000"/>
          <w:sz w:val="24"/>
        </w:rPr>
        <w:t>Ведь «глаза твои» — это тайна зивуга от созерцания глаз (эйнаим) в экране;</w:t>
      </w:r>
    </w:p>
    <w:p>
      <w:pPr>
        <w:spacing w:before="40" w:after="120"/>
        <w:jc w:val="both"/>
      </w:pPr>
      <w:r>
        <w:rPr>
          <w:rFonts w:ascii="Georgia" w:hAnsi="Georgia"/>
          <w:b w:val="0"/>
          <w:i w:val="0"/>
          <w:color w:val="000000"/>
          <w:sz w:val="24"/>
        </w:rPr>
        <w:t>«пруды» — это тайна МАН и МАД, поднимающихся от зивуга созерцания глаз, благодаря чему она становится подобной бьющему источнику;</w:t>
      </w:r>
    </w:p>
    <w:p>
      <w:pPr>
        <w:spacing w:before="40" w:after="120"/>
        <w:jc w:val="both"/>
      </w:pPr>
      <w:r>
        <w:rPr>
          <w:rFonts w:ascii="Georgia" w:hAnsi="Georgia"/>
          <w:b w:val="0"/>
          <w:i w:val="0"/>
          <w:color w:val="000000"/>
          <w:sz w:val="24"/>
        </w:rPr>
        <w:t>«в Хешбоне» (</w:t>
      </w:r>
      <w:r>
        <w:rPr>
          <w:rFonts w:ascii="Georgia" w:hAnsi="Georgia"/>
          <w:b w:val="0"/>
          <w:i/>
          <w:color w:val="000000"/>
          <w:sz w:val="24"/>
        </w:rPr>
        <w:t>бе-Хешбон</w:t>
      </w:r>
      <w:r>
        <w:rPr>
          <w:rFonts w:ascii="Georgia" w:hAnsi="Georgia"/>
          <w:b w:val="0"/>
          <w:i w:val="0"/>
          <w:color w:val="000000"/>
          <w:sz w:val="24"/>
        </w:rPr>
        <w:t xml:space="preserve">, </w:t>
      </w:r>
      <w:r>
        <w:rPr>
          <w:rFonts w:ascii="Georgia" w:hAnsi="Georgia" w:cs="Times New Roman"/>
          <w:b/>
          <w:i w:val="0"/>
          <w:color w:val="000000"/>
          <w:sz w:val="24"/>
          <w:rtl/>
          <w:szCs w:val="32"/>
        </w:rPr>
        <w:t>בְּחֶשְׁבּוֹן</w:t>
      </w:r>
      <w:r>
        <w:rPr>
          <w:rFonts w:ascii="Georgia" w:hAnsi="Georgia"/>
          <w:b w:val="0"/>
          <w:i w:val="0"/>
          <w:color w:val="000000"/>
          <w:sz w:val="24"/>
        </w:rPr>
        <w:t>) — это тайна многочисленных счетов (</w:t>
      </w:r>
      <w:r>
        <w:rPr>
          <w:rFonts w:ascii="Georgia" w:hAnsi="Georgia"/>
          <w:b w:val="0"/>
          <w:i/>
          <w:color w:val="000000"/>
          <w:sz w:val="24"/>
        </w:rPr>
        <w:t>хешбонот</w:t>
      </w:r>
      <w:r>
        <w:rPr>
          <w:rFonts w:ascii="Georgia" w:hAnsi="Georgia"/>
          <w:b w:val="0"/>
          <w:i w:val="0"/>
          <w:color w:val="000000"/>
          <w:sz w:val="24"/>
        </w:rPr>
        <w:t xml:space="preserve">, </w:t>
      </w:r>
      <w:r>
        <w:rPr>
          <w:rFonts w:ascii="Georgia" w:hAnsi="Georgia" w:cs="Times New Roman"/>
          <w:b/>
          <w:i w:val="0"/>
          <w:color w:val="000000"/>
          <w:sz w:val="24"/>
          <w:rtl/>
          <w:szCs w:val="32"/>
        </w:rPr>
        <w:t>חֶשְׁבּוֹנוֹת</w:t>
      </w:r>
      <w:r>
        <w:rPr>
          <w:rFonts w:ascii="Georgia" w:hAnsi="Georgia"/>
          <w:b w:val="0"/>
          <w:i w:val="0"/>
          <w:color w:val="000000"/>
          <w:sz w:val="24"/>
        </w:rPr>
        <w:t>), возникающих из-за очищения ее экрана по четырем уровням.</w:t>
      </w:r>
    </w:p>
    <w:p>
      <w:pPr>
        <w:spacing w:before="40" w:after="120"/>
        <w:jc w:val="both"/>
      </w:pPr>
      <w:r>
        <w:rPr>
          <w:rFonts w:ascii="Georgia" w:hAnsi="Georgia"/>
          <w:b w:val="0"/>
          <w:i w:val="0"/>
          <w:color w:val="000000"/>
          <w:sz w:val="24"/>
        </w:rPr>
        <w:t>8) Итак, выяснился смысл первых десяти сфирот, вышедших из Эйн Соф, которые Учитель называет «одной линией» (кав эхад), как сказано выше в 1-й ветви. Также выяснилось значение верха и низа, или головы и завершения (рош и соф), возникших благодаря ей: это происходит исключительно силой четвертой стадии и Малхут, называемой «средней точкой» (некуда эмцаит).</w:t>
      </w:r>
    </w:p>
    <w:p>
      <w:pPr>
        <w:spacing w:before="40" w:after="120"/>
        <w:jc w:val="both"/>
      </w:pPr>
      <w:r>
        <w:rPr>
          <w:rFonts w:ascii="Georgia" w:hAnsi="Georgia"/>
          <w:b w:val="0"/>
          <w:i w:val="0"/>
          <w:color w:val="000000"/>
          <w:sz w:val="24"/>
        </w:rPr>
        <w:t>Также выяснилось, что завершение (соф), возникшее силой линии и сокращения, образовалось не сразу при первом зивуге, но лишь при двух зивугах. Ведь при первом зивуге келим, представляющие собой границу, еще не различимы в ней, пока четыре стадии от Эйн Соф, благословен Он, не распространятся в ней самой дальше, в десять сфирот самой Малхут; и на ее собственной десятой стадии возникает завершение посредством отраженного света, изливающегося сверху вниз, как сказано.</w:t>
      </w:r>
    </w:p>
    <w:p>
      <w:pPr>
        <w:spacing w:before="40" w:after="120"/>
        <w:jc w:val="both"/>
      </w:pPr>
      <w:r>
        <w:rPr>
          <w:rFonts w:ascii="Georgia" w:hAnsi="Georgia"/>
          <w:b w:val="0"/>
          <w:i w:val="0"/>
          <w:color w:val="000000"/>
          <w:sz w:val="24"/>
        </w:rPr>
        <w:t xml:space="preserve">И этим ты поймешь золотые слова Учителя, благословенной памяти, который точно формулирует в 1-й ветви о тайне сокращения и говорит: «в самой средней точке» — добавляя слово </w:t>
      </w:r>
      <w:r>
        <w:rPr>
          <w:rFonts w:ascii="Georgia" w:hAnsi="Georgia"/>
          <w:b w:val="0"/>
          <w:i/>
          <w:color w:val="000000"/>
          <w:sz w:val="24"/>
        </w:rPr>
        <w:t>мамаш</w:t>
      </w:r>
      <w:r>
        <w:rPr>
          <w:rFonts w:ascii="Georgia" w:hAnsi="Georgia"/>
          <w:b w:val="0"/>
          <w:i w:val="0"/>
          <w:color w:val="000000"/>
          <w:sz w:val="24"/>
        </w:rPr>
        <w:t xml:space="preserve"> (</w:t>
      </w:r>
      <w:r>
        <w:rPr>
          <w:rFonts w:ascii="Georgia" w:hAnsi="Georgia" w:cs="Times New Roman"/>
          <w:b/>
          <w:i w:val="0"/>
          <w:color w:val="000000"/>
          <w:sz w:val="24"/>
          <w:rtl/>
          <w:szCs w:val="32"/>
        </w:rPr>
        <w:t>מַמָּשׁ</w:t>
      </w:r>
      <w:r>
        <w:rPr>
          <w:rFonts w:ascii="Georgia" w:hAnsi="Georgia"/>
          <w:b w:val="0"/>
          <w:i w:val="0"/>
          <w:color w:val="000000"/>
          <w:sz w:val="24"/>
        </w:rPr>
        <w:t xml:space="preserve">), поскольку хочет этим указать именно на четвертую стадию в самой Малхут, представляющую собой второе созерцание на нефеш де-нефеш, ведь тогда образуется завершение, — и исключить среднюю точку в десяти сфирот головы (первого созерцания), где завершения еще не было, как сказано; и потому он остерегся и добавил слово </w:t>
      </w:r>
      <w:r>
        <w:rPr>
          <w:rFonts w:ascii="Georgia" w:hAnsi="Georgia"/>
          <w:b w:val="0"/>
          <w:i/>
          <w:color w:val="000000"/>
          <w:sz w:val="24"/>
        </w:rPr>
        <w:t>мамаш</w:t>
      </w:r>
      <w:r>
        <w:rPr>
          <w:rFonts w:ascii="Georgia" w:hAnsi="Georgia"/>
          <w:b w:val="0"/>
          <w:i w:val="0"/>
          <w:color w:val="000000"/>
          <w:sz w:val="24"/>
        </w:rPr>
        <w:t>, и пойми это.</w:t>
      </w:r>
    </w:p>
    <w:p>
      <w:pPr>
        <w:spacing w:before="40" w:after="120"/>
        <w:jc w:val="both"/>
      </w:pPr>
      <w:r>
        <w:rPr>
          <w:rFonts w:ascii="Georgia" w:hAnsi="Georgia"/>
          <w:b w:val="0"/>
          <w:i w:val="0"/>
          <w:color w:val="000000"/>
          <w:sz w:val="24"/>
        </w:rPr>
        <w:t>А то, что Учитель называет десять сфирот АК в [структуре] рош, тох, соф «одной линией», также предельно точно, поскольку этим он учит нас очень глубокому вопросу.</w:t>
      </w:r>
    </w:p>
    <w:p>
      <w:pPr>
        <w:spacing w:before="40" w:after="120"/>
        <w:jc w:val="both"/>
      </w:pPr>
      <w:r>
        <w:rPr>
          <w:rFonts w:ascii="Georgia" w:hAnsi="Georgia"/>
          <w:b w:val="0"/>
          <w:i w:val="0"/>
          <w:color w:val="000000"/>
          <w:sz w:val="24"/>
        </w:rPr>
        <w:t>А именно: известно из многих мест, что десять сфирот де-ешер каждого парцуфа выходят в трех линиях: правой, левой и средней, обозначаемых [линиями] Хохма–Хесед–Нецах, Бина–Гвура–Ход и Даат–Тиферет–Есод. И корень исправления этих линий берет начало в тайне Второго сокращения (ЦБ), подъема МАН и выхода света через глаза (эйнаим), как написано в 15-й ветви, смотри там внимательно.</w:t>
      </w:r>
    </w:p>
    <w:p>
      <w:pPr>
        <w:spacing w:before="40" w:after="120"/>
        <w:jc w:val="both"/>
      </w:pPr>
      <w:r>
        <w:rPr>
          <w:rFonts w:ascii="Georgia" w:hAnsi="Georgia"/>
          <w:b w:val="0"/>
          <w:i w:val="0"/>
          <w:color w:val="000000"/>
          <w:sz w:val="24"/>
        </w:rPr>
        <w:t>И потому здесь, в парцуфим АК, он учит нас, что в них еще не было трех упомянутых линий (правой, левой, средней), а была только одна линия. И потому он неоднократно подчеркивает: «одна линия», намеренно добавляя слово «одна», чтобы исключить три линии — правую, левую и среднюю, которые здесь еще не раскрылись. Ведь даже десять келим здесь, в АК, еще не раскрылись, а есть лишь одно кли для всех десяти сфирот, и потому они названы в словах Учителя «связанными» (Акудим).</w:t>
      </w:r>
    </w:p>
    <w:p>
      <w:pPr>
        <w:spacing w:before="40" w:after="120"/>
        <w:jc w:val="both"/>
      </w:pPr>
      <w:r>
        <w:rPr>
          <w:rFonts w:ascii="Georgia" w:hAnsi="Georgia"/>
          <w:b w:val="0"/>
          <w:i w:val="0"/>
          <w:color w:val="000000"/>
          <w:sz w:val="24"/>
        </w:rPr>
        <w:t>9) Также вполне выяснилась необходимость [разделения на] голову и тело (рош и гуф), различаемые нами на каждой ступени: первое созерцание, называемое десятью сфирот головы, способно раскрыть лишь корни келим, и потому обязательно требуется второе созерцание, называемое десятью сфирот тела, в котором завершаются келим.</w:t>
      </w:r>
    </w:p>
    <w:p>
      <w:pPr>
        <w:spacing w:before="40" w:after="120"/>
        <w:jc w:val="both"/>
      </w:pPr>
      <w:r>
        <w:rPr>
          <w:rFonts w:ascii="Georgia" w:hAnsi="Georgia"/>
          <w:b w:val="0"/>
          <w:i w:val="0"/>
          <w:color w:val="000000"/>
          <w:sz w:val="24"/>
        </w:rPr>
        <w:t>Однако ты должен знать и понимать слова Учителя выше, в 7-й ветви: в момент выхода они не были совершенными, но лишь затем, когда вернулись, поднялись и скрылись, — когда при своем подъеме они оставили решимот: Кетер — для Хохмы, Хохма — для Бины, Бина — для ЗА, а ЗА — для Нуквы, и благодаря им завершились келим, до сих пор его слова вкратце.</w:t>
      </w:r>
    </w:p>
    <w:p>
      <w:pPr>
        <w:spacing w:before="40" w:after="120"/>
        <w:jc w:val="both"/>
      </w:pPr>
      <w:r>
        <w:rPr>
          <w:rFonts w:ascii="Georgia" w:hAnsi="Georgia"/>
          <w:b w:val="0"/>
          <w:i w:val="0"/>
          <w:color w:val="000000"/>
          <w:sz w:val="24"/>
        </w:rPr>
        <w:t>И на первый взгляд эти утверждения противоречат друг другу: ведь выше, в 5-й ветви, он говорит, что второе созерцание в нефеш де-нефеш завершает келим. Кроме того, как же он перечисляет там, в 7-й ветви, в отношении решимот: Кетер, Хохма, Бина, ЗА и Нуква? Ведь повсюду он утверждает однозначно, что в мире Акудим есть только одно-единственное кли. И если так, как возможно, чтобы во время сокрытия светов из этого одного кли в нем различились и образовались пять келим: КАХАБ ЗОН?</w:t>
      </w:r>
    </w:p>
    <w:p>
      <w:pPr>
        <w:spacing w:before="40" w:after="120"/>
        <w:jc w:val="both"/>
      </w:pPr>
      <w:r>
        <w:rPr>
          <w:rFonts w:ascii="Georgia" w:hAnsi="Georgia"/>
          <w:b w:val="0"/>
          <w:i w:val="0"/>
          <w:color w:val="000000"/>
          <w:sz w:val="24"/>
        </w:rPr>
        <w:t>И кроме того, тот, кто вникнет в его слова выше, в конце 6-й ветви, найдет там следующее: «И вот при соединении внутренних светов с окружающими светами, соединенными внутри рта (пэ), при выходе их вместе наружу ото рта связанными друг с другом, они ударяют друг в друга и сталкиваются (соударяются) друг с другом, и от их ударов рождается бытие свойства келим», до сих пор его слова.</w:t>
      </w:r>
    </w:p>
    <w:p>
      <w:pPr>
        <w:spacing w:before="40" w:after="120"/>
        <w:jc w:val="both"/>
      </w:pPr>
      <w:r>
        <w:rPr>
          <w:rFonts w:ascii="Georgia" w:hAnsi="Georgia"/>
          <w:b w:val="0"/>
          <w:i w:val="0"/>
          <w:color w:val="000000"/>
          <w:sz w:val="24"/>
        </w:rPr>
        <w:t>Перед нами третий аспект раскрытия келим — удар и соударение (битуш) окружающего и внутреннего светов друг с другом. И нужно ясно понять, как согласовать все эти его слова относительно природы этих келим мира Акудим: ведь они — первейшие основы, на которых строится вся истинная мудрость, и понятно, что тот, кто допустит даже малейшую ошибку в основании, разрушит все строение в прах и ничто. Поэтому здесь нам требуется особое внимание.</w:t>
      </w:r>
    </w:p>
    <w:p>
      <w:pPr>
        <w:spacing w:before="40" w:after="120"/>
        <w:jc w:val="both"/>
      </w:pPr>
      <w:r>
        <w:rPr>
          <w:rFonts w:ascii="Georgia" w:hAnsi="Georgia"/>
          <w:b w:val="0"/>
          <w:i w:val="0"/>
          <w:color w:val="000000"/>
          <w:sz w:val="24"/>
        </w:rPr>
        <w:t>Действительно, непреложная истина состоит в том, что в Акудим было не более одного-единственного кли — кли Малхут, представляющего собой упомянутую четвертую стадию, называемую средней точкой. Ведь исток десяти келим начинается лишь со времени Второго сокращения (ЦБ) в НЕХИ де-АК, как мы подробно разобрали в «Паним Меирот у-Масбирот», в 15-й ветви, смотри там внимательно.</w:t>
      </w:r>
    </w:p>
    <w:p>
      <w:pPr>
        <w:spacing w:before="40" w:after="120"/>
        <w:jc w:val="both"/>
      </w:pPr>
      <w:r>
        <w:rPr>
          <w:rFonts w:ascii="Georgia" w:hAnsi="Georgia"/>
          <w:b w:val="0"/>
          <w:i w:val="0"/>
          <w:color w:val="000000"/>
          <w:sz w:val="24"/>
        </w:rPr>
        <w:t>А то, что Учитель повсюду объясняет, будто в Акудим есть КАХАБ ЗОН, знай: это исключительно в аспекте созерцания светов при их уходе по причине очищения экрана самой четвертой стадии. Ведь на пути очищения этого экрана различаются пять ступеней его очищения, которые он подробно перечисляет выше, в 7-й ветви, в порядке КАХАБ ЗОН, называя их также пятью аспектами обратной стороны (ахораим). А когда мы считаем ЗА по шести его сфирот (ХАГАТ НЕХИ), получается десять аспектов ахораим. Однако в этом нет необходимости, поскольку все шесть концов (ВАК) ЗА обладают лишь одним свойством, как пишет Учитель выше в 4-й ветви; и потому десять сфирот включаются только в КАХАБ ЗОН, где Кетер — это корень, а ХУБ и ЗОН — четыре известные стадии, и помни это для всех мест.</w:t>
      </w:r>
    </w:p>
    <w:p>
      <w:pPr>
        <w:spacing w:before="40" w:after="120"/>
        <w:jc w:val="both"/>
      </w:pPr>
      <w:r>
        <w:rPr>
          <w:rFonts w:ascii="Georgia" w:hAnsi="Georgia"/>
          <w:b w:val="0"/>
          <w:i w:val="0"/>
          <w:color w:val="000000"/>
          <w:sz w:val="24"/>
        </w:rPr>
        <w:t>И мы уже подробно разобрали вопрос пяти ступеней очищения экрана выше в «Паним Меирот у-Масбирот», в 3-й и 4-й ветвях и повсюду, а также в «Паним Меирот», в ветви 31, в начальных словах «Есть три аспекта у ЗА…», смотри там внимательно все продолжение с объяснением этих пяти аспектов ахораим из 7-й ветви, ведь незачем повторять здесь сказанное без необходимости.</w:t>
      </w:r>
    </w:p>
    <w:p>
      <w:pPr>
        <w:spacing w:before="40" w:after="120"/>
        <w:jc w:val="both"/>
      </w:pPr>
      <w:r>
        <w:rPr>
          <w:rFonts w:ascii="Georgia" w:hAnsi="Georgia"/>
          <w:b w:val="0"/>
          <w:i w:val="0"/>
          <w:color w:val="000000"/>
          <w:sz w:val="24"/>
        </w:rPr>
        <w:t>10) Итак, выяснилось, что в действительности здесь есть лишь одно-единственное кли — четвертая стадия, называемая Малхут, представляющая собой экран, принимающий ударное соединение. Однако из-за недостатка совершенства в нем произошло сокрытие светов, как написано в «Паним Меирот», в ветви 31, пункт 1, смотри там.</w:t>
      </w:r>
    </w:p>
    <w:p>
      <w:pPr>
        <w:spacing w:before="40" w:after="120"/>
        <w:jc w:val="both"/>
      </w:pPr>
      <w:r>
        <w:rPr>
          <w:rFonts w:ascii="Georgia" w:hAnsi="Georgia"/>
          <w:b w:val="0"/>
          <w:i w:val="0"/>
          <w:color w:val="000000"/>
          <w:sz w:val="24"/>
        </w:rPr>
        <w:t>Сначала экран очистился от авиюта четвертой стадии и обрел меру авиюта третьей стадии (бхина гимель). И поскольку свет Источника ни на миг не прекращает [светить] получающим, само собой вышло так, что от света Источника на этом экране третьей стадии произошел зивуг де-акаа и вышел уровень Хохма. При этом прежняя четвертая стадия осталась пустой без света.</w:t>
      </w:r>
    </w:p>
    <w:p>
      <w:pPr>
        <w:spacing w:before="40" w:after="120"/>
        <w:jc w:val="both"/>
      </w:pPr>
      <w:r>
        <w:rPr>
          <w:rFonts w:ascii="Georgia" w:hAnsi="Georgia"/>
          <w:b w:val="0"/>
          <w:i w:val="0"/>
          <w:color w:val="000000"/>
          <w:sz w:val="24"/>
        </w:rPr>
        <w:t>Ведь действует правило: всякий раз, когда свет приходит с уменьшением уровня в какой-либо парцуф, это проявляется не в высших келим этого парцуфа, а только в нижних. Как и здесь: хотя в десяти сфирот, выходящих на экране третьей стадии, недостает уровня ехида, из-за этого ступень Кетер мира Акудим не осталась без света — пустой осталась лишь Малхут мира Акудим. Таким образом, свет хая облачился в кли Кетер, свет нешама — в кли Хохма, свет руах — в кли Бина, а свет нефеш — в кли ЗА, и Малхут оказалась без света.</w:t>
      </w:r>
    </w:p>
    <w:p>
      <w:pPr>
        <w:spacing w:before="40" w:after="120"/>
        <w:jc w:val="both"/>
      </w:pPr>
      <w:r>
        <w:rPr>
          <w:rFonts w:ascii="Georgia" w:hAnsi="Georgia"/>
          <w:b w:val="0"/>
          <w:i w:val="0"/>
          <w:color w:val="000000"/>
          <w:sz w:val="24"/>
        </w:rPr>
        <w:t>Затем, когда экран очистился до второй стадии (бхина бэт), при которой уровень десяти сфирот, выходящих на зивуг де-акаа второй стадии, достигает лишь уровня Бины (то есть света нешама), получилось, что свет нешама облачился в кли Кетер, свет руах — в кли Хохма, а свет нефеш — в кли Бина; и тогда кли ЗА также оказалось пустым, без света.</w:t>
      </w:r>
    </w:p>
    <w:p>
      <w:pPr>
        <w:spacing w:before="40" w:after="120"/>
        <w:jc w:val="both"/>
      </w:pPr>
      <w:r>
        <w:rPr>
          <w:rFonts w:ascii="Georgia" w:hAnsi="Georgia"/>
          <w:b w:val="0"/>
          <w:i w:val="0"/>
          <w:color w:val="000000"/>
          <w:sz w:val="24"/>
        </w:rPr>
        <w:t>Затем, когда экран очистился до первой стадии (бхина алеф) и свет этих десяти сфирот уменьшился до уровня ЗА — то есть до уровней руах и нефеш, — тогда руах обосновывается в кли Кетер, а нефеш — в Хохме, и кли Бины также остается без света.</w:t>
      </w:r>
    </w:p>
    <w:p>
      <w:pPr>
        <w:spacing w:before="40" w:after="120"/>
        <w:jc w:val="both"/>
      </w:pPr>
      <w:r>
        <w:rPr>
          <w:rFonts w:ascii="Georgia" w:hAnsi="Georgia"/>
          <w:b w:val="0"/>
          <w:i w:val="0"/>
          <w:color w:val="000000"/>
          <w:sz w:val="24"/>
        </w:rPr>
        <w:t>А затем, когда экран очистился до имеющегося в нем свойства Кетер — то есть до предельной чистоты (закут), — в нем уже нет зивуга. Ведь уже хорошо объяснялось, что суть ударного соединения (зивуг де-акаа) возникает из-за противоположности между высшим светом, желающим опуститься к нижним настолько, что едва ли не отделяется от своего места, и экраном, удерживающим его силой содержащихся в нем авиюта и сокращения от спуска в ее четвертую стадию, как сказано выше, смотри там внимательно.</w:t>
      </w:r>
    </w:p>
    <w:p>
      <w:pPr>
        <w:spacing w:before="40" w:after="120"/>
        <w:jc w:val="both"/>
      </w:pPr>
      <w:r>
        <w:rPr>
          <w:rFonts w:ascii="Georgia" w:hAnsi="Georgia"/>
          <w:b w:val="0"/>
          <w:i w:val="0"/>
          <w:color w:val="000000"/>
          <w:sz w:val="24"/>
        </w:rPr>
        <w:t>Однако теперь, когда он очистился до свойства Кетер, в нем уже нет авиюта и силы сокращения, препятствующей высшему свету опуститься, и здесь нет встречи в противоположности, именуемой ударным соединением. И потому аннулируются зивуг и отраженный свет, а света полностью исчезают в своем корне.</w:t>
      </w:r>
    </w:p>
    <w:p>
      <w:pPr>
        <w:spacing w:before="40" w:after="120"/>
        <w:jc w:val="both"/>
      </w:pPr>
      <w:r>
        <w:rPr>
          <w:rFonts w:ascii="Georgia" w:hAnsi="Georgia"/>
          <w:b w:val="0"/>
          <w:i w:val="0"/>
          <w:color w:val="000000"/>
          <w:sz w:val="24"/>
        </w:rPr>
        <w:t>Отсюда мы учим, что все достоинство и совершенство экрана в кли Малхут заключается именно в его авиюте, а недостатком является чистота, приходящая к нему по некой внешней для него причине, о которой будет сказано ниже.</w:t>
      </w:r>
    </w:p>
    <w:p>
      <w:pPr>
        <w:spacing w:before="40" w:after="120"/>
        <w:jc w:val="both"/>
      </w:pPr>
      <w:r>
        <w:rPr>
          <w:rFonts w:ascii="Georgia" w:hAnsi="Georgia"/>
          <w:b w:val="0"/>
          <w:i w:val="0"/>
          <w:color w:val="000000"/>
          <w:sz w:val="24"/>
        </w:rPr>
        <w:t>Причина же в том, что четыре стадии прямого света облачаются в парцуф исключительно посредством их облачения в отраженный свет, поднимающийся от ударного соединения, смысл которого — соударение противоположностей: прямого света, стремящегося опуститься, и твердого, плотного экрана, преграждающего ему путь. Поэтому, если авиют в экране аннулируется, он перестает препятствовать, и здесь больше нет зивуга и отраженного света; а из-за этого исчезает и прямой свет, поскольку ему недостает облачения в отраженный свет. По этой причине отраженный свет называется здесь окружающим светом — так как он облачает и окружает прямой свет, благодаря чему и только тогда прямой свет сохраняется в парцуфе.</w:t>
      </w:r>
    </w:p>
    <w:p>
      <w:pPr>
        <w:spacing w:before="40" w:after="120"/>
        <w:jc w:val="both"/>
      </w:pPr>
      <w:r>
        <w:rPr>
          <w:rFonts w:ascii="Georgia" w:hAnsi="Georgia"/>
          <w:b w:val="0"/>
          <w:i w:val="0"/>
          <w:color w:val="000000"/>
          <w:sz w:val="24"/>
        </w:rPr>
        <w:t>Причина этого подробно объяснена в «Паним Меирот у-Масбирот», в 3-й и 4-й ветвях, а также в «Птихе», пункт 12, смотри там внимательно.</w:t>
      </w:r>
    </w:p>
    <w:p>
      <w:pPr>
        <w:spacing w:before="40" w:after="120"/>
        <w:jc w:val="both"/>
      </w:pPr>
      <w:r>
        <w:rPr>
          <w:rFonts w:ascii="Georgia" w:hAnsi="Georgia"/>
          <w:b w:val="0"/>
          <w:i w:val="0"/>
          <w:color w:val="000000"/>
          <w:sz w:val="24"/>
        </w:rPr>
        <w:t>Приведем здесь краткое изложение: в высшем свете различаются четыре известные стадии, называемые ХУБ ТУМ, и суть света заключается лишь в свойстве Хохма среди них, ведь только он повсюду называется Эйн Соф, благословен Он, или светом сущности, как сказано там. И вот, свойство ХУБ высшего света обычно распространяется в положении «спиной к спине» (ахор бе-ахор), в тайне букв йод (</w:t>
      </w:r>
      <w:r>
        <w:rPr>
          <w:rFonts w:ascii="Georgia" w:hAnsi="Georgia" w:cs="Times New Roman"/>
          <w:b/>
          <w:i w:val="0"/>
          <w:color w:val="000000"/>
          <w:sz w:val="24"/>
          <w:rtl/>
          <w:szCs w:val="32"/>
        </w:rPr>
        <w:t>י</w:t>
      </w:r>
      <w:r>
        <w:rPr>
          <w:rFonts w:ascii="Georgia" w:hAnsi="Georgia"/>
          <w:b w:val="0"/>
          <w:i w:val="0"/>
          <w:color w:val="000000"/>
          <w:sz w:val="24"/>
        </w:rPr>
        <w:t>) и нун (</w:t>
      </w:r>
      <w:r>
        <w:rPr>
          <w:rFonts w:ascii="Georgia" w:hAnsi="Georgia" w:cs="Times New Roman"/>
          <w:b/>
          <w:i w:val="0"/>
          <w:color w:val="000000"/>
          <w:sz w:val="24"/>
          <w:rtl/>
          <w:szCs w:val="32"/>
        </w:rPr>
        <w:t>נ</w:t>
      </w:r>
      <w:r>
        <w:rPr>
          <w:rFonts w:ascii="Georgia" w:hAnsi="Georgia"/>
          <w:b w:val="0"/>
          <w:i w:val="0"/>
          <w:color w:val="000000"/>
          <w:sz w:val="24"/>
        </w:rPr>
        <w:t>) в букве цади (</w:t>
      </w:r>
      <w:r>
        <w:rPr>
          <w:rFonts w:ascii="Georgia" w:hAnsi="Georgia" w:cs="Times New Roman"/>
          <w:b/>
          <w:i w:val="0"/>
          <w:color w:val="000000"/>
          <w:sz w:val="24"/>
          <w:rtl/>
          <w:szCs w:val="32"/>
        </w:rPr>
        <w:t>צ</w:t>
      </w:r>
      <w:r>
        <w:rPr>
          <w:rFonts w:ascii="Georgia" w:hAnsi="Georgia"/>
          <w:b w:val="0"/>
          <w:i w:val="0"/>
          <w:color w:val="000000"/>
          <w:sz w:val="24"/>
        </w:rPr>
        <w:t>), лица которых отвернуты друг от друга, как пишет Учитель в «Шаар а-Клалим», глава 1, смотри там внимательно.</w:t>
      </w:r>
    </w:p>
    <w:p>
      <w:pPr>
        <w:spacing w:before="40" w:after="120"/>
        <w:jc w:val="both"/>
      </w:pPr>
      <w:r>
        <w:rPr>
          <w:rFonts w:ascii="Georgia" w:hAnsi="Georgia"/>
          <w:b w:val="0"/>
          <w:i w:val="0"/>
          <w:color w:val="000000"/>
          <w:sz w:val="24"/>
        </w:rPr>
        <w:t xml:space="preserve">Дело в том, что природе Бины свойственно притягивать свет хасадим, и потому считается, что она поворачивается спиной к Хохме, а лицом — к Источнику, чтобы питаться светом хасадим. Из-за этого приток света хохма к парцуфу прекращается, поскольку Бина занята получением хасадим от Источника, называемого Кетер, как известно, и не принимает свет хохма. Однако при распространении высшего света до экрана четвертой стадии в тайне упомянутого ударного соединения, от которого поднимается великий свет, называемый отраженным светом, облачающим высший свет снизу вверх до Кетер, у Бины появляется свет хасадим в великом изобилии, и ей больше не нужно питаться от Источника. Поэтому она вновь обращает свое лицо и соединяется в сущностном единстве с Хохмой. И тогда свет хохма изливается в парцуф — а это свет сущности и свет лица (ор а-паним), в тайне стиха: </w:t>
      </w:r>
      <w:r>
        <w:rPr>
          <w:rFonts w:ascii="Georgia" w:hAnsi="Georgia"/>
          <w:b w:val="0"/>
          <w:i/>
          <w:color w:val="000000"/>
          <w:sz w:val="24"/>
        </w:rPr>
        <w:t>«Мудрость человека освещает лицо его…»</w:t>
      </w:r>
      <w:r>
        <w:rPr>
          <w:rFonts w:ascii="Georgia" w:hAnsi="Georgia"/>
          <w:b w:val="0"/>
          <w:i w:val="0"/>
          <w:color w:val="000000"/>
          <w:sz w:val="24"/>
        </w:rPr>
        <w:t xml:space="preserve"> (Коэлет 8:1).</w:t>
      </w:r>
    </w:p>
    <w:p>
      <w:pPr>
        <w:spacing w:before="40" w:after="120"/>
        <w:jc w:val="both"/>
      </w:pPr>
      <w:r>
        <w:rPr>
          <w:rFonts w:ascii="Georgia" w:hAnsi="Georgia"/>
          <w:b w:val="0"/>
          <w:i w:val="0"/>
          <w:color w:val="000000"/>
          <w:sz w:val="24"/>
        </w:rPr>
        <w:t>И тогда считается, что сущность высшего света облачается в келим парцуфа.</w:t>
      </w:r>
    </w:p>
    <w:p>
      <w:pPr>
        <w:spacing w:before="40" w:after="120"/>
        <w:jc w:val="both"/>
      </w:pPr>
      <w:r>
        <w:rPr>
          <w:rFonts w:ascii="Georgia" w:hAnsi="Georgia"/>
          <w:b w:val="0"/>
          <w:i w:val="0"/>
          <w:color w:val="000000"/>
          <w:sz w:val="24"/>
        </w:rPr>
        <w:t>Итак, вполне выяснилось, что главное — облачение сущности высшего света в парцуф — происходит исключительно посредством отраженного света, поднимающегося от ударного соединения, и никак иначе.</w:t>
      </w:r>
    </w:p>
    <w:p>
      <w:pPr>
        <w:spacing w:before="40" w:after="120"/>
        <w:jc w:val="both"/>
      </w:pPr>
      <w:r>
        <w:rPr>
          <w:rFonts w:ascii="Georgia" w:hAnsi="Georgia"/>
          <w:b w:val="0"/>
          <w:i w:val="0"/>
          <w:color w:val="000000"/>
          <w:sz w:val="24"/>
        </w:rPr>
        <w:t>И там же выяснилось, что авиют четвертой стадии зависит от Бины, то есть от второй стадии прямого света. Это связано с тем, что все различение четырех стадий прямого света существует исключительно из-за Малхут (четвертой стадии), которая не может раскрыться во всей мере авиюта иначе, как при предшествовании ей трех первых стадий: Хохмы, Бины и Тиферет.</w:t>
      </w:r>
    </w:p>
    <w:p>
      <w:pPr>
        <w:spacing w:before="40" w:after="120"/>
        <w:jc w:val="both"/>
      </w:pPr>
      <w:r>
        <w:rPr>
          <w:rFonts w:ascii="Georgia" w:hAnsi="Georgia"/>
          <w:b w:val="0"/>
          <w:i w:val="0"/>
          <w:color w:val="000000"/>
          <w:sz w:val="24"/>
        </w:rPr>
        <w:t>Ведь высший свет, изливаемый от Эйн Соф, благословен Он, в целом называется светом хохма, представляющим собой первую стадию. И от этого великого света совершенно невозможно прямое нисхождение свойства авиюта. Однако этому свету при распространении свойственно немного уплотняться, согласно словам Учителя в 4-й ветви, что выражает преодоление ради добавления света от Источника. Это преодоление, зарождающееся при распространении Хохмы, рассматривается как иное свойство в высшем свете, а именно вторая стадия, называемая Биной. А изобилие, которое она вбирает благодаря своему преодолению, называется светом хасадим; оно намного ниже первой стадии, поскольку в нем замешана сила нижнего — то есть сила самого распространения света, и оно не исходит напрямую от Эйн Соф, благословен Он, как упомянутая первая стадия.</w:t>
      </w:r>
    </w:p>
    <w:p>
      <w:pPr>
        <w:spacing w:before="40" w:after="120"/>
        <w:jc w:val="both"/>
      </w:pPr>
      <w:r>
        <w:rPr>
          <w:rFonts w:ascii="Georgia" w:hAnsi="Georgia"/>
          <w:b w:val="0"/>
          <w:i w:val="0"/>
          <w:color w:val="000000"/>
          <w:sz w:val="24"/>
        </w:rPr>
        <w:t>Таким образом, сущность второй стадии сама по себе — это в точности распространение первой стадии (Хохмы), однако она вышла под новым именем из-за различаемого в ней преодоления, и потому называется Биной, а не Хохмой; новое же притягиваемое ею изобилие называется светом хасадим.</w:t>
      </w:r>
    </w:p>
    <w:p>
      <w:pPr>
        <w:spacing w:before="40" w:after="120"/>
        <w:jc w:val="both"/>
      </w:pPr>
      <w:r>
        <w:rPr>
          <w:rFonts w:ascii="Georgia" w:hAnsi="Georgia"/>
          <w:b w:val="0"/>
          <w:i w:val="0"/>
          <w:color w:val="000000"/>
          <w:sz w:val="24"/>
        </w:rPr>
        <w:t>И со стороны этого нового изобилия Бина считается корнем авиюта и суда (дин), как сказано в Зоаре: «от Бины пробуждаются суды» (</w:t>
      </w:r>
      <w:r>
        <w:rPr>
          <w:rFonts w:ascii="Georgia" w:hAnsi="Georgia"/>
          <w:b w:val="0"/>
          <w:i/>
          <w:color w:val="000000"/>
          <w:sz w:val="24"/>
        </w:rPr>
        <w:t>динин митъарин мина</w:t>
      </w:r>
      <w:r>
        <w:rPr>
          <w:rFonts w:ascii="Georgia" w:hAnsi="Georgia"/>
          <w:b w:val="0"/>
          <w:i w:val="0"/>
          <w:color w:val="000000"/>
          <w:sz w:val="24"/>
        </w:rPr>
        <w:t xml:space="preserve">, </w:t>
      </w:r>
      <w:r>
        <w:rPr>
          <w:rFonts w:ascii="Georgia" w:hAnsi="Georgia" w:cs="Times New Roman"/>
          <w:b/>
          <w:i w:val="0"/>
          <w:color w:val="000000"/>
          <w:sz w:val="24"/>
          <w:rtl/>
          <w:szCs w:val="32"/>
        </w:rPr>
        <w:t>דִּינִין מִתְעָרִין מִינָהּ</w:t>
      </w:r>
      <w:r>
        <w:rPr>
          <w:rFonts w:ascii="Georgia" w:hAnsi="Georgia"/>
          <w:b w:val="0"/>
          <w:i w:val="0"/>
          <w:color w:val="000000"/>
          <w:sz w:val="24"/>
        </w:rPr>
        <w:t>). То есть сама по себе она — часть Хохмы, и в ней вообще нет авиюта и суда, но со стороны того изобилия, которое она притягивает из-за обращения своего лица к Кетер, в ней присутствует авиют.</w:t>
      </w:r>
    </w:p>
    <w:p>
      <w:pPr>
        <w:spacing w:before="40" w:after="120"/>
        <w:jc w:val="both"/>
      </w:pPr>
      <w:r>
        <w:rPr>
          <w:rFonts w:ascii="Georgia" w:hAnsi="Georgia"/>
          <w:b w:val="0"/>
          <w:i w:val="0"/>
          <w:color w:val="000000"/>
          <w:sz w:val="24"/>
        </w:rPr>
        <w:t>11) А сказанное: «суды пробуждаются от нее», означает следующее: этому свету хасадим свойственно распространяться так же, как было объяснено относительно первой стадии. И распространяясь, он также уплотняется, что означает усиление силы получения ради добавления изобилия, подобно сказанному выше о второй стадии. Однако это преодоление довело авиют до полного завершения. И потому этот свет хасадим, распространившийся от Бины, рассматривается как третья стадия, а новое преодоление в нем — как четвертая стадия, как подробно и ясно написано в 1-й и 4-й ветвях, смотри там внимательно.</w:t>
      </w:r>
    </w:p>
    <w:p>
      <w:pPr>
        <w:spacing w:before="40" w:after="120"/>
        <w:jc w:val="both"/>
      </w:pPr>
      <w:r>
        <w:rPr>
          <w:rFonts w:ascii="Georgia" w:hAnsi="Georgia"/>
          <w:b w:val="0"/>
          <w:i w:val="0"/>
          <w:color w:val="000000"/>
          <w:sz w:val="24"/>
        </w:rPr>
        <w:t>И в этом смысл сказанного о Бине (второй стадии), что «суды пробуждаются от нее»: ведь ты видишь, что четвертая стадия, представляющая собой суды, смогла раскрыться лишь в том свете хасадим, который распространился наружу от Бины, поскольку преодоление этого света завершило авиют и суд четвертой стадии, чему совершенно не было возможности раскрыться в свете хохма, как сказано выше, и помни это. Отсюда мы учим, что корень авиюта и суда находится во второй стадии прямого света, а четвертая стадия — это ветвь, нисходящая от второй стадии в тайне слов «суды пробуждаются от нее».</w:t>
      </w:r>
    </w:p>
    <w:p>
      <w:pPr>
        <w:spacing w:before="40" w:after="120"/>
        <w:jc w:val="both"/>
      </w:pPr>
      <w:r>
        <w:rPr>
          <w:rFonts w:ascii="Georgia" w:hAnsi="Georgia"/>
          <w:b w:val="0"/>
          <w:i w:val="0"/>
          <w:color w:val="000000"/>
          <w:sz w:val="24"/>
        </w:rPr>
        <w:t>И в этом ты увидишь, что отраженный свет и свет сущности прямого света взаимосвязаны и неотделимы друг от друга, как подробно написано в «Птихе», пункт 13. Ведь уже объяснялось, что по причине отворачивания лиц первой и второй стадий в прямом свете свет сущности от первой стадии не может светить и облачаться в парцуф вплоть до прихода света к ударному соединению на экране четвертой стадии, как сказано выше. Ведь тогда, после того как отраженный свет поднимается от четвертой стадии, окружая и облачая прямой свет до Кетер, Бина вновь обращает свое лицо и соединяется с Хохмой воедино, поскольку ей больше нет нужды получать свет хасадим от Кетер. И потому сама Бина возвращает свет хохма в парцуф, благодаря чему сущность [света] облачается в келим. Однако вместе с тем от Бины удалился имевшийся в ней авиют, поскольку она соединилась в едином свойстве с Хохмой. А поскольку исчез корень авиюта, аннулируется и авиют четвертой стадии, являющейся лишь ее ветвью, как сказано выше, что четвертая стадия — это лишь ветвь второй стадии, смотри там приведенное обоснование.</w:t>
      </w:r>
    </w:p>
    <w:p>
      <w:pPr>
        <w:spacing w:before="40" w:after="120"/>
        <w:jc w:val="both"/>
      </w:pPr>
      <w:r>
        <w:rPr>
          <w:rFonts w:ascii="Georgia" w:hAnsi="Georgia"/>
          <w:b w:val="0"/>
          <w:i w:val="0"/>
          <w:color w:val="000000"/>
          <w:sz w:val="24"/>
        </w:rPr>
        <w:t>А раз аннулировался авиют четвертой стадии, тем самым в ней прекращается сила ударного соединения, поскольку утрачивается противоположность; а если так, прекращается и отраженный свет, поднимающийся и окружающий прямой свет, и Бине вновь недостает света хасадим, который ей свойственно притягивать.</w:t>
      </w:r>
    </w:p>
    <w:p>
      <w:pPr>
        <w:spacing w:before="40" w:after="120"/>
        <w:jc w:val="both"/>
      </w:pPr>
      <w:r>
        <w:rPr>
          <w:rFonts w:ascii="Georgia" w:hAnsi="Georgia"/>
          <w:b w:val="0"/>
          <w:i w:val="0"/>
          <w:color w:val="000000"/>
          <w:sz w:val="24"/>
        </w:rPr>
        <w:t>И тогда она вновь обращает лицо к Кетер, а спину — к Хохме, чтобы питаться светом хасадим. Вследствие этого приток света хохма прекращается, и ХУБ вновь возвращаются в положение «спиной к спине».</w:t>
      </w:r>
    </w:p>
    <w:p>
      <w:pPr>
        <w:spacing w:before="40" w:after="120"/>
        <w:jc w:val="both"/>
      </w:pPr>
      <w:r>
        <w:rPr>
          <w:rFonts w:ascii="Georgia" w:hAnsi="Georgia"/>
          <w:b w:val="0"/>
          <w:i w:val="0"/>
          <w:color w:val="000000"/>
          <w:sz w:val="24"/>
        </w:rPr>
        <w:t>12) И благодаря этому ты поймешь слова «Эц Хаим» в конце 6-й ветви, на которых мы остановились выше: «И вот при соединении внутренних светов с окружающими светами они ударяют и соударяются друг с другом, и от их ударов рождается бытие свойства келим», смотри там.</w:t>
      </w:r>
    </w:p>
    <w:p>
      <w:pPr>
        <w:spacing w:before="40" w:after="120"/>
        <w:jc w:val="both"/>
      </w:pPr>
      <w:r>
        <w:rPr>
          <w:rFonts w:ascii="Georgia" w:hAnsi="Georgia"/>
          <w:b w:val="0"/>
          <w:i w:val="0"/>
          <w:color w:val="000000"/>
          <w:sz w:val="24"/>
        </w:rPr>
        <w:t>Из сказанного ты поймешь, что внутренние света — это тайна света хохма в высшем свете, который притягивается в парцуф посредством отраженного света от ударного соединения, как сказано выше. А окружающие света — это тайна самого отраженного света, поднимающегося от этого зивуга, который окружает и облачает прямой свет до Кетер, сохраняя тем самым свет лица (ор а-паним) в парцуфе.</w:t>
      </w:r>
    </w:p>
    <w:p>
      <w:pPr>
        <w:spacing w:before="40" w:after="120"/>
        <w:jc w:val="both"/>
      </w:pPr>
      <w:r>
        <w:rPr>
          <w:rFonts w:ascii="Georgia" w:hAnsi="Georgia"/>
          <w:b w:val="0"/>
          <w:i w:val="0"/>
          <w:color w:val="000000"/>
          <w:sz w:val="24"/>
        </w:rPr>
        <w:t>Однако затем, при выходе от пэ вниз, они соударяются друг с другом, поскольку из-за очищения второй стадии светом лица Хохмы экран четвертой стадии также неизбежно должен очиститься.</w:t>
      </w:r>
    </w:p>
    <w:p>
      <w:pPr>
        <w:spacing w:before="40" w:after="120"/>
        <w:jc w:val="both"/>
      </w:pPr>
      <w:r>
        <w:rPr>
          <w:rFonts w:ascii="Georgia" w:hAnsi="Georgia"/>
          <w:b w:val="0"/>
          <w:i w:val="0"/>
          <w:color w:val="000000"/>
          <w:sz w:val="24"/>
        </w:rPr>
        <w:t>И это соударение (битуш) происходит по порядку ступеней: от четвертой стадии к третьей стадии, когда уровень уменьшается до Хохмы, а от третьей стадии очищается ко второй стадии — до уровня Бины; а от второй стадии — к первой стадии, когда уровень уменьшается до ЗА, пока не очистится до своего корня в Кетер. Тогда полностью исчезают весь отраженный свет и свет лица прямого света, и ХУБ возвращаются в положение «спиной к спине», как сказано выше и как подробно написано в «Птихе», пункт 13.</w:t>
      </w:r>
    </w:p>
    <w:p>
      <w:pPr>
        <w:spacing w:before="40" w:after="120"/>
        <w:jc w:val="both"/>
      </w:pPr>
      <w:r>
        <w:rPr>
          <w:rFonts w:ascii="Georgia" w:hAnsi="Georgia"/>
          <w:b w:val="0"/>
          <w:i w:val="0"/>
          <w:color w:val="000000"/>
          <w:sz w:val="24"/>
        </w:rPr>
        <w:t>Однако благодаря этому уходу [светов] в том парцуфе выходят пять сфирот КАХАБ ЗОН. Это в точности те пять уровней, которые выходят посредством ударного соединения во время очищения: сначала, при полном зивуге до очищения, выходит уровень Кетер, а при четырех ступенях очищения выходят Хохма, Бина, ЗА и Малхут, как сказано.</w:t>
      </w:r>
    </w:p>
    <w:p>
      <w:pPr>
        <w:spacing w:before="40" w:after="120"/>
        <w:jc w:val="both"/>
      </w:pPr>
      <w:r>
        <w:rPr>
          <w:rFonts w:ascii="Georgia" w:hAnsi="Georgia"/>
          <w:b w:val="0"/>
          <w:i w:val="0"/>
          <w:color w:val="000000"/>
          <w:sz w:val="24"/>
        </w:rPr>
        <w:t>И это смысл его слов о том, что от удара и соударения окружающего и внутреннего светов, распространяющихся ото рта вниз, рождается бытие свойства келим — то есть пять уровней в келим КАХАБ ЗОН, как сказано.</w:t>
      </w:r>
    </w:p>
    <w:p>
      <w:pPr>
        <w:spacing w:before="40" w:after="120"/>
        <w:jc w:val="both"/>
      </w:pPr>
      <w:r>
        <w:rPr>
          <w:rFonts w:ascii="Georgia" w:hAnsi="Georgia"/>
          <w:b w:val="0"/>
          <w:i w:val="0"/>
          <w:color w:val="000000"/>
          <w:sz w:val="24"/>
        </w:rPr>
        <w:t>Таким образом, слова Учителя во всех трех приведенных выше местах абсолютно согласуются между собой, и здесь нет никакого противоречия. Ведь сказанное в 5-й ветви о том, что второе созерцание в нефеш де-нефеш завершает келим, относится к полному уровню, выходящему благодаря зивугу на экране четвертой стадии до того, как он начал очищаться. Ведь если бы у нее была способность удерживать свой авиют, она, несомненно, завершилась бы и стала полностью совершенной, согласно приведенным выше словам Учителя в 5-й ветви. Однако тогда, в Акудим, у нее не было такой возможности.</w:t>
      </w:r>
    </w:p>
    <w:p>
      <w:pPr>
        <w:spacing w:before="40" w:after="120"/>
        <w:jc w:val="both"/>
      </w:pPr>
      <w:r>
        <w:rPr>
          <w:rFonts w:ascii="Georgia" w:hAnsi="Georgia"/>
          <w:b w:val="0"/>
          <w:i w:val="0"/>
          <w:color w:val="000000"/>
          <w:sz w:val="24"/>
        </w:rPr>
        <w:t>И именно это он дополнительно разъясняет нам в 7-й ветви: при своем выходе они не были совершенными и потому были вынуждены вновь скрыться, смотри там.</w:t>
      </w:r>
    </w:p>
    <w:p>
      <w:pPr>
        <w:spacing w:before="40" w:after="120"/>
        <w:jc w:val="both"/>
      </w:pPr>
      <w:r>
        <w:rPr>
          <w:rFonts w:ascii="Georgia" w:hAnsi="Georgia"/>
          <w:b w:val="0"/>
          <w:i w:val="0"/>
          <w:color w:val="000000"/>
          <w:sz w:val="24"/>
        </w:rPr>
        <w:t>А суть имевшегося в них недостатка объясняется в 6-й ветви: внутренний и окружающий света ударяют и соударяются друг с другом, смотри там. То есть отраженный свет, называемый окружающим светом, и свет хохма, называемый светом лица, взаимосвязаны: по причине объединения ХУБ паним бе-паним аннулируется корень авиюта в экране четвертой стадии, и потому он постепенно очищается, пока не исчезает вовсе. А то, что он говорит в 7-й ветви, будто вследствие сокрытия светов завершились келим, относится к упомянутым пяти уровням КАХАБ ЗОН, все существование которых укоренилось лишь по причине постепенного сокрытия светов ступень за ступенью из-за очищения экрана и его подъема: от Малхут к ЗА, от ЗА к Бине, от Бины к Хохме, вплоть до достижения свойства Кетер, когда он очистился полностью. Как подробно описал Учитель там, в 7-й ветви: тогда, при подъеме, они оставили решимот, благодаря которым завершились келим также в аспекте их разделения на КАХАБ ЗОН один под другим, как сказано выше, смотри подробно его слова. И ты видишь, что «и те, и другие — слова Б-га живого».</w:t>
      </w:r>
    </w:p>
    <w:p>
      <w:pPr>
        <w:spacing w:before="40" w:after="120"/>
        <w:jc w:val="both"/>
      </w:pPr>
      <w:r>
        <w:rPr>
          <w:rFonts w:ascii="Georgia" w:hAnsi="Georgia"/>
          <w:b w:val="0"/>
          <w:i w:val="0"/>
          <w:color w:val="000000"/>
          <w:sz w:val="24"/>
        </w:rPr>
        <w:t>И вот, Учитель подробно разбирает там вопрос этих пяти уровней и разделяет их по четырем категориям ТАНТА. Ибо до того, как они начинают очищаться, когда их уровень равен вплоть до Кетер, он называет их таамим (вкусы) и свет лица; а с момента, когда в экране начинается очищение из-за света лица, он называет все эти уровни: ХУБ ТУМ — некудот (точки / огласовки) и свет обратной стороны (ор ахораим).</w:t>
      </w:r>
    </w:p>
    <w:p>
      <w:pPr>
        <w:spacing w:before="40" w:after="120"/>
        <w:jc w:val="both"/>
      </w:pPr>
      <w:r>
        <w:rPr>
          <w:rFonts w:ascii="Georgia" w:hAnsi="Georgia"/>
          <w:b w:val="0"/>
          <w:i w:val="0"/>
          <w:color w:val="000000"/>
          <w:sz w:val="24"/>
        </w:rPr>
        <w:t>А решимо, остающееся от света лица, он называет тагин (коронки).</w:t>
      </w:r>
    </w:p>
    <w:p>
      <w:pPr>
        <w:spacing w:before="40" w:after="120"/>
        <w:jc w:val="both"/>
      </w:pPr>
      <w:r>
        <w:rPr>
          <w:rFonts w:ascii="Georgia" w:hAnsi="Georgia"/>
          <w:b w:val="0"/>
          <w:i w:val="0"/>
          <w:color w:val="000000"/>
          <w:sz w:val="24"/>
        </w:rPr>
        <w:t>И в конце он говорит там, что есть четвертый свет, исходящий от тайны зивуга света решимо со светом обратной стороны; поскольку они противоположны друг другу, от их зивуга падают искры (ницоцин), и эти искры он называет буквами (отиет), смотри там внимательно.</w:t>
      </w:r>
    </w:p>
    <w:p>
      <w:pPr>
        <w:spacing w:before="40" w:after="120"/>
        <w:jc w:val="both"/>
      </w:pPr>
      <w:r>
        <w:rPr>
          <w:rFonts w:ascii="Georgia" w:hAnsi="Georgia"/>
          <w:b w:val="0"/>
          <w:i w:val="0"/>
          <w:color w:val="000000"/>
          <w:sz w:val="24"/>
        </w:rPr>
        <w:t>С их помощью ты поймешь тайну четырех аспектов на каждой ступени, разъясненных здесь в «Эц Хаим», в 32-й ветви:</w:t>
      </w:r>
    </w:p>
    <w:p>
      <w:pPr>
        <w:spacing w:before="40" w:after="120"/>
        <w:jc w:val="both"/>
      </w:pPr>
      <w:r>
        <w:rPr>
          <w:rFonts w:ascii="Georgia" w:hAnsi="Georgia"/>
          <w:b w:val="0"/>
          <w:i w:val="0"/>
          <w:color w:val="000000"/>
          <w:sz w:val="24"/>
        </w:rPr>
        <w:t>первый аспект — корень светов и их основа, то есть четыре простые буквы АВАЯ (</w:t>
      </w:r>
      <w:r>
        <w:rPr>
          <w:rFonts w:ascii="Georgia" w:hAnsi="Georgia" w:cs="Times New Roman"/>
          <w:b/>
          <w:i w:val="0"/>
          <w:color w:val="000000"/>
          <w:sz w:val="24"/>
          <w:rtl/>
          <w:szCs w:val="32"/>
        </w:rPr>
        <w:t>יהוה</w:t>
      </w:r>
      <w:r>
        <w:rPr>
          <w:rFonts w:ascii="Georgia" w:hAnsi="Georgia"/>
          <w:b w:val="0"/>
          <w:i w:val="0"/>
          <w:color w:val="000000"/>
          <w:sz w:val="24"/>
        </w:rPr>
        <w:t>) без наполнений;</w:t>
      </w:r>
    </w:p>
    <w:p>
      <w:pPr>
        <w:spacing w:before="40" w:after="120"/>
        <w:jc w:val="both"/>
      </w:pPr>
      <w:r>
        <w:rPr>
          <w:rFonts w:ascii="Georgia" w:hAnsi="Georgia"/>
          <w:b w:val="0"/>
          <w:i w:val="0"/>
          <w:color w:val="000000"/>
          <w:sz w:val="24"/>
        </w:rPr>
        <w:t>второй аспект — их обратная сторона (ахораим), то есть АВАЯ в квадрате: йод, йод-хэй, йод-хэй-вав, йод-хэй-вав-хэй (</w:t>
      </w:r>
      <w:r>
        <w:rPr>
          <w:rFonts w:ascii="Georgia" w:hAnsi="Georgia" w:cs="Times New Roman"/>
          <w:b/>
          <w:i w:val="0"/>
          <w:color w:val="000000"/>
          <w:sz w:val="24"/>
          <w:rtl/>
          <w:szCs w:val="32"/>
        </w:rPr>
        <w:t>י׳ י״ה יה״ו יהו״ה</w:t>
      </w:r>
      <w:r>
        <w:rPr>
          <w:rFonts w:ascii="Georgia" w:hAnsi="Georgia"/>
          <w:b w:val="0"/>
          <w:i w:val="0"/>
          <w:color w:val="000000"/>
          <w:sz w:val="24"/>
        </w:rPr>
        <w:t>);</w:t>
      </w:r>
    </w:p>
    <w:p>
      <w:pPr>
        <w:spacing w:before="40" w:after="120"/>
        <w:jc w:val="both"/>
      </w:pPr>
      <w:r>
        <w:rPr>
          <w:rFonts w:ascii="Georgia" w:hAnsi="Georgia"/>
          <w:b w:val="0"/>
          <w:i w:val="0"/>
          <w:color w:val="000000"/>
          <w:sz w:val="24"/>
        </w:rPr>
        <w:t>третий аспект — числовое значение простых букв;</w:t>
      </w:r>
    </w:p>
    <w:p>
      <w:pPr>
        <w:spacing w:before="40" w:after="120"/>
        <w:jc w:val="both"/>
      </w:pPr>
      <w:r>
        <w:rPr>
          <w:rFonts w:ascii="Georgia" w:hAnsi="Georgia"/>
          <w:b w:val="0"/>
          <w:i w:val="0"/>
          <w:color w:val="000000"/>
          <w:sz w:val="24"/>
        </w:rPr>
        <w:t>четвертый аспект — числовое значение квадрата.</w:t>
      </w:r>
    </w:p>
    <w:p>
      <w:pPr>
        <w:spacing w:before="40" w:after="120"/>
        <w:jc w:val="both"/>
      </w:pPr>
      <w:r>
        <w:rPr>
          <w:rFonts w:ascii="Georgia" w:hAnsi="Georgia"/>
          <w:b w:val="0"/>
          <w:i w:val="0"/>
          <w:color w:val="000000"/>
          <w:sz w:val="24"/>
        </w:rPr>
        <w:t>И знай, что они составляют тайну четырех аспектов ТАНТА, разъясненных в 7-й ветви в словах Учителя, в соответствии со сказанным выше. И я уже подробно разобрал их в «Паним Меирот», в 31-й и 32-й ветвях, смотри там внимательно, и это еще разъяснится нам далее с Б-жьей помощью.</w:t>
      </w:r>
    </w:p>
    <w:p>
      <w:pPr>
        <w:spacing w:before="40" w:after="120"/>
        <w:jc w:val="both"/>
      </w:pPr>
      <w:r>
        <w:rPr>
          <w:rFonts w:ascii="Georgia" w:hAnsi="Georgia"/>
          <w:b w:val="0"/>
          <w:i w:val="0"/>
          <w:color w:val="000000"/>
          <w:sz w:val="24"/>
        </w:rPr>
        <w:t>13) На основе сказанного мы поймем слова Учителя в ветви 32, пункт 8, где он пишет: «Теперь объясним их порядок. Из имени АВАЯ со значением АБ, что в Хеседе, его света, поднявшиеся наверх в Ацилут при разбиении келим, составляли шесть первых ступеней. А остальные ступени, начиная с седьмой и далее — включая и ее саму, и так далее, — все они опустились в мир Брия вместе с келим в виде искр», — до сих пор его слова. Суть здесь в том, как объяснялось выше в «Паним Масбирот» (ветви 15 и 16) и в «Паним Меирот» (стр. 411, со слов «И поэтому…»): три первые сфиры (ГАР) из десяти сфирот мира Некудим, называемые КАХАБ, представляют собой три полных рош, в каждом из которых есть десять сфирот — КАХАБ и ЗОН. В словах Учителя выше, в ветви 22, они названы Кетер, Аба ве-Има и распространение КАХАБ, или ИШСУТ. А против них в теле, то есть в семи нижних сфирот (ЗАТ) мира Некудим, различаются три тела: Даат, ХАГАТ и НЕХИМ. См. там внимательно.</w:t>
      </w:r>
    </w:p>
    <w:p>
      <w:pPr>
        <w:spacing w:before="40" w:after="120"/>
        <w:jc w:val="both"/>
      </w:pPr>
      <w:r>
        <w:rPr>
          <w:rFonts w:ascii="Georgia" w:hAnsi="Georgia"/>
          <w:b w:val="0"/>
          <w:i w:val="0"/>
          <w:color w:val="000000"/>
          <w:sz w:val="24"/>
        </w:rPr>
        <w:t>Также необходимо вспомнить сказанное там, в «Паним Меирот», относительно очищения экрана, произошедшего с ними, которое в словах Учителя названо нисхождением пяти хасадим и пяти гвурот: вначале они вышли на уровень Кетер, что является тайной созерцания глаз (истаклют эйнаим) Аба ве-Има на четвертую стадию (бхина далет), как сказано в «Паним Меирот» (стр. 411, со слов: «И поэтому…», см. там далее до конца ветви). А затем, когда разбился Даат и скрылась четвертая стадия экрана, соударение (зивуг) произошло на третью стадию экрана, и вышли десять сфирот уровня Хохма, что названо в словах Учителя нисхождением пяти хасадим и пяти гвурот из рош де-Аба в гуф де-Аба. Когда же разбилось кли сфиры Хесед, скрылась и третья стадия экрана, и соударение произошло на вторую стадию экрана, породив десять сфирот уровня Бина, что названо в словах Учителя распространением пяти хасадим и пяти гвурот в гуф де-Има. А когда разбилось кли сфиры Гвура и скрылась также вторая стадия экрана, соударение произошло на первую стадию экрана, и вышли десять сфирот уровня ЗА, что названо там в словах Учителя протяжением пяти хасадим в Есод де-Аба и пяти гвурот в Есод де-Има, как написано там в «Паним Меирот». И точно так же объяснил там Учитель относительно третьего рош, называемого распространением трех линий КАХАБ, или ИШСУТ: рош парцуфа ИШСУТ, то есть уровень Кетер, вышел при созерцании глаз.</w:t>
      </w:r>
    </w:p>
    <w:p>
      <w:pPr>
        <w:spacing w:before="40" w:after="120"/>
        <w:jc w:val="both"/>
      </w:pPr>
      <w:r>
        <w:rPr>
          <w:rFonts w:ascii="Georgia" w:hAnsi="Georgia"/>
          <w:b w:val="0"/>
          <w:i w:val="0"/>
          <w:color w:val="000000"/>
          <w:sz w:val="24"/>
        </w:rPr>
        <w:t>Затем пять хасадим и пять гвурот опустились в гуф де-ИШС, то есть до уровня Хохма де-ИШСУТ; затем опустились в гуф де-Твуна, то есть до уровня Бина де-ИШСУТ; а затем опустились в сфирот Есод де-ИШСУТ, то есть до уровня ЗА, как обстоятельно изложено в «Паним Меирот», см. там внимательно, ведь невозможно повторять одно и то же каждый раз. И ты видишь, как в каждом рош вышли пять уровней: Кетер, АБ, САГ, МА, БОН один под другим — как во втором рош, называемом высшими Аба ве-Има, так и в третьем рош, называемом ИШСУТ. А парцуфом Гальгальта Учитель здесь обычно не занимается, как известно. И это уже разъяснялось в «Паним Масбирот» (ветвь 9, см. там): вся суть ухода светов происходит по причине очищения экрана, имеющего место во всяком теле и даже в теле Гальгальты. В словах Учителя это называется уходом первого распространения светов, выходящих из пэ де-рош и ниже, как говорилось выше в пункте 9. А десять сфирот, выходящие на экран по ступеням его очищения одна ниже другой и называемые Учителем вторым распространением светов пэ — будучи корнями АБ, САГ, МА, БОН, постоянно приводимыми в словах Учителя, — уже объяснялись там: каждый из них облачает тело высшего и восполняет его свечение после того, как оттуда ушли его света. В этом смысл того, что АБ — это наполнение Кетера, САГ — наполнение наполнения Кетера, а МА и БОН — третье наполнение Кетера, как говорилось выше подробно.</w:t>
      </w:r>
    </w:p>
    <w:p>
      <w:pPr>
        <w:spacing w:before="40" w:after="120"/>
        <w:jc w:val="both"/>
      </w:pPr>
      <w:r>
        <w:rPr>
          <w:rFonts w:ascii="Georgia" w:hAnsi="Georgia"/>
          <w:b w:val="0"/>
          <w:i w:val="0"/>
          <w:color w:val="000000"/>
          <w:sz w:val="24"/>
        </w:rPr>
        <w:t>Также было разъяснено в «Паним Меирот» (стр. 535, со слова «Также…»), что АБ, САГ, МА, БОН, ТАНТА, а также прямая и обратная стороны начертания букв и их числовых значений — все это одно и то же. Ведь прямая сторона начертания букв — это таамим и Кетер. А обратная сторона, то есть квадрат имени АВАЯ, представляет собой четыре ступени: АБ, САГ, МА, БОН, выходящие вследствие очищения экрана одна под другой; они также именуются светом точек (ор де-некудот). Числовое же значение каждого из них — это экран, поскольку вся основа счета высоты уровня определяется ни в какой иной сфире, кроме как по толще экрана, как говорилось выше. И потому экран, служащий для уровня Кетер и таамим, называется числом букв прямой стороны АВАЯ, а четыре экрана, служащие для четырех уровней АБ, САГ, МА, БОН, называемых вместе светом обратной стороны, именуются числом букв АВАЯ в квадрате.</w:t>
      </w:r>
    </w:p>
    <w:p>
      <w:pPr>
        <w:spacing w:before="40" w:after="120"/>
        <w:jc w:val="both"/>
      </w:pPr>
      <w:r>
        <w:rPr>
          <w:rFonts w:ascii="Georgia" w:hAnsi="Georgia"/>
          <w:b w:val="0"/>
          <w:i w:val="0"/>
          <w:color w:val="000000"/>
          <w:sz w:val="24"/>
        </w:rPr>
        <w:t>14) Однако, безусловно, следует обратить внимание на соотношение этих названий, выражающих одну и ту же суть: Учитель меняет их применительно к конкретной теме. Когда речь идет об управлении и исправлениях, приходящих в миры благодаря пяти упомянутым уровням, выходящим один под другим, он называет их по именам наполнения четырех АВАЯ: АБ, САГ, МА, БОН, или же Арих Анпин, Аба ве-Има, ИШСУТ, ЗОН. Когда же рассматривается корень их возникновения, чтобы досконально проследить каждое их свойство само по себе, он именует их ТАНТА: таамим, некудот, тагин, отиет. И все это — когда говорится о порядке выхода светов, где сначала раскрываются низшие, а затем высшие. Но когда он говорит строго о келим, чей порядок противоположен порядку светов (ведь в келим сначала раскрываются и растут высшие, а затем низшие), тогда эти четыре уровня он именует формами букв АВАЯ: простое написание, квадрат и их числовые значения, как сказано выше; и как написано во «Введении», келим всегда определяются как буквы, см. там обоснование. И именно поэтому Учитель говорит, что от имени АБ мира Некудим — то есть от второго рош этого мира, называемого высшими Аба ве-Има, — осталось только шесть ступеней: четыре ступени в Кетере высших Аба ве-Има, представляющие собой прямую и обратную стороны букв и их числовых значений, и две ступени в Хохме высших Аба ве-Има, которые суть только прямая и обратная сторона букв. А начиная с седьмой ступени и далее, то есть числовое значение прямой стороны букв, составляющее в гематрии 72 (АБ), все упало в мир Брия в виде искр разбившихся келим. И здесь следует вспомнить сказанное Учителем выше в «Эц Хаим» (ветвь 14, пункт 50) о девяти огласовках: от них остались лишь камац и патах, а от цере и ниже — все упали в мир Брия, см. там. И мы уже обращали внимание в «Паним Масбирот» (ветвь 15, пункт 1), что это, на первый взгляд, противоречит всем остальным местам, где говорится, что три первые сфиры (ГАР) — КАХАБ, соответствующие огласовкам камац, патах и цере, как известно, — не разбились. Как же он говорит, что цере, соответствующая сфире Бина, разбилась вместе с нижними огласовками? Дело в том, что в мире Некудим следует различать два проявления Бины: первое — это Има илаа, то есть до того, как она вышла за пределы ГАР мира Некудим, когда она была третьей точкой, то есть Има илаа второго рош; а второе проявление Бины — после того, как она вышла наружу в виде третьего рош мира Некудим, называемого ИШСУТ, который распространился и встал ниже ГАР мира Некудим, то есть на место ХАГАТ мира Некудим, как написано в «Паним Меирот» (ветвь 22, стр. 421, со слова «И протянул…», см. там). Об этом и говорит Учитель в ветви 32: от имени АВАЯ со значением АБ, представляющего собой высших Аба ве-Има мира Некудим, осталось только четыре ступени простого написания (из Кетера высших Аба ве-Има) и две ступени наполнения, составляющие Хохму высших Аба ве-Има.</w:t>
      </w:r>
    </w:p>
    <w:p>
      <w:pPr>
        <w:spacing w:before="40" w:after="120"/>
        <w:jc w:val="both"/>
      </w:pPr>
      <w:r>
        <w:rPr>
          <w:rFonts w:ascii="Georgia" w:hAnsi="Georgia"/>
          <w:b w:val="0"/>
          <w:i w:val="0"/>
          <w:color w:val="000000"/>
          <w:sz w:val="24"/>
        </w:rPr>
        <w:t>Однако их сфирот Малхут, а также наполнение наполнения — то есть Бина высших Аба ве-Има — разбились и опустились в виде искр в миры БЕА, чтобы оживлять келим. Таким образом, от Бины осталось только то, что относится к свойству Хохма в ней, то есть включенное в первые две ступени Хохмы высших Аба ве-Има — свойство АБ сфиры Бина, как объяснено в «Паним Масбирот» (ветвь 16, пункт 1): часть от никвей эйнаим и выше второго рош мира Некудим. В этом смысл Кетера и Хохмы парцуфа АБ, называемых камац и патах; а от цере и ниже они разбились и не устояли, как написано там, см. внимательно. И не следует возражать на сказанное, исходя из общеизвестного правила, гласящего, что в рош нет очищения экрана и ухода светов: мол, как же здесь утверждается, что искры пали от АБ и САГ? Более того, ведь он насчитывает четыре ступени (прямую и обратную стороны и их числовые значения) даже в Кетере парцуфа АБ, тогда как уже объяснялось, что обратная сторона возникает именно в силу очищения экрана!</w:t>
      </w:r>
    </w:p>
    <w:p>
      <w:pPr>
        <w:spacing w:before="40" w:after="120"/>
        <w:jc w:val="both"/>
      </w:pPr>
      <w:r>
        <w:rPr>
          <w:rFonts w:ascii="Georgia" w:hAnsi="Georgia"/>
          <w:b w:val="0"/>
          <w:i w:val="0"/>
          <w:color w:val="000000"/>
          <w:sz w:val="24"/>
        </w:rPr>
        <w:t>Но это уже разъяснялось в «Паним Масбирот» (ветвь 15): все три первые сфиры мира Некудим на самом деле представляют собой один рош. А то, что мы различаем в них три рош — Кетер, Аба ве-Има и ИШСУТ, произошло вследствие соударения на МАН и света НЕХИ мира АК. Из-за этого первый рош считается не относящимся к телу парцуфа, а второй рош считается уже вышедшим из категории рош в категорию АХАП первого рош, вышедшего на уровень ХАГАТ. И значит, в нем уже действует очищение экрана, поскольку он находится ниже Малхут де-рош первого парцуфа, см. там. И вот там объяснено, что все ступени, насчитываемые в имени АВАЯ со значением АБ, относятся уже к тому, что расположено ниже Малхут де-рош, так как АВАЯ де-АБ — это второй рош мира Некудим, включающий в себя две точки: Хохму и Бину. А шесть ступеней, насчитываемых в них, соответствуют нисхождению хасадим и гвурот, о котором говорит Учитель в ветви 22, как написано выше в «Паним Масбирот» (ветвь 15, пункт 17), см. там. И из этого ты поймешь, что соударение созерцания глаз Аба ве-Има друг на друга, приведенное там, — это Кетер парцуфа АБ, рассматриваемый здесь. А четыре буквы прямого написания АВАЯ — это состояние до того, как разбился мелех Даат, когда десять сфирот вышли во всех трех частях (рош, тох, соф) на уровень Кетер, как сказано там; они также называются светом таамим. Десять же букв квадратной формы АВАЯ относятся ко времени, когда началось разбиение мелеха Даат, происходившее по ступеням в форме квадрата, пока свет не ушел полностью. В этом процессе происходит четыре соударения по принципу «обратная сторона обращена вниз», как сказано здесь в «Паним Меирот» (стр. 196, со слова «Ступень…», см. там). Числовое значение 26 четырех букв прямого написания — это экран никвей эйнаим до начала разбиения. А числовое значение десяти букв обратной стороны, составляющее в гематрии 72 (АБ), — это четыре состояния экрана, проявившиеся при его очищении во время разбиения, пока он не исчез полностью. Ведь в самом начале движения выхода из четвертой стадии в ней все еще есть полный уровень десяти сфирот до Кетера, и тогда экран оценивается числом 26.</w:t>
      </w:r>
    </w:p>
    <w:p>
      <w:pPr>
        <w:spacing w:before="40" w:after="120"/>
        <w:jc w:val="both"/>
      </w:pPr>
      <w:r>
        <w:rPr>
          <w:rFonts w:ascii="Georgia" w:hAnsi="Georgia"/>
          <w:b w:val="0"/>
          <w:i w:val="0"/>
          <w:color w:val="000000"/>
          <w:sz w:val="24"/>
        </w:rPr>
        <w:t>Однако он уже называется обратной стороной, поскольку находится в самом начале движения: хотя его толща еще не утрачена, он все же начинает обращаться кверху, пойми это. Затем, когда экран приобрел толщу третьей стадии и вышли десять сфирот уровня Хохма, что выражается лишь тремя буквами: йод, хэй, вав (</w:t>
      </w:r>
      <w:r>
        <w:rPr>
          <w:rFonts w:ascii="Georgia" w:hAnsi="Georgia" w:cs="Times New Roman"/>
          <w:b/>
          <w:i w:val="0"/>
          <w:color w:val="000000"/>
          <w:sz w:val="24"/>
          <w:rtl/>
          <w:szCs w:val="32"/>
        </w:rPr>
        <w:t>יה״ו</w:t>
      </w:r>
      <w:r>
        <w:rPr>
          <w:rFonts w:ascii="Georgia" w:hAnsi="Georgia"/>
          <w:b w:val="0"/>
          <w:i w:val="0"/>
          <w:color w:val="000000"/>
          <w:sz w:val="24"/>
        </w:rPr>
        <w:t>), как сказано там, числовое значение этого экрана составило 21. Затем, когда экран приобрел толщу второй стадии, выражаемую двумя буквами АВАЯ: йод, хэй (</w:t>
      </w:r>
      <w:r>
        <w:rPr>
          <w:rFonts w:ascii="Georgia" w:hAnsi="Georgia" w:cs="Times New Roman"/>
          <w:b/>
          <w:i w:val="0"/>
          <w:color w:val="000000"/>
          <w:sz w:val="24"/>
          <w:rtl/>
          <w:szCs w:val="32"/>
        </w:rPr>
        <w:t>י״ה</w:t>
      </w:r>
      <w:r>
        <w:rPr>
          <w:rFonts w:ascii="Georgia" w:hAnsi="Georgia"/>
          <w:b w:val="0"/>
          <w:i w:val="0"/>
          <w:color w:val="000000"/>
          <w:sz w:val="24"/>
        </w:rPr>
        <w:t>), числовое значение экрана составило 15. А затем, когда он очистился до первой стадии, выражаемой лишь одной буквой йод (</w:t>
      </w:r>
      <w:r>
        <w:rPr>
          <w:rFonts w:ascii="Georgia" w:hAnsi="Georgia" w:cs="Times New Roman"/>
          <w:b/>
          <w:i w:val="0"/>
          <w:color w:val="000000"/>
          <w:sz w:val="24"/>
          <w:rtl/>
          <w:szCs w:val="32"/>
        </w:rPr>
        <w:t>י</w:t>
      </w:r>
      <w:r>
        <w:rPr>
          <w:rFonts w:ascii="Georgia" w:hAnsi="Georgia"/>
          <w:b w:val="0"/>
          <w:i w:val="0"/>
          <w:color w:val="000000"/>
          <w:sz w:val="24"/>
        </w:rPr>
        <w:t>) имени АВАЯ, числовое значение экрана составило 10. Таким образом, все эти четыре экрана обратной стороны вместе: 26, 21, 15 и 10 — составляют в сумме 72 (АБ). А нисхождение хасадим и гвурот в гуф де-Аба, упомянутое там, — это Хохма парцуфа АБ, рассматриваемая здесь, которая именуется десятью буквами АВАЯ с наполнением буквами йод, где также содержатся те же четыре ступени: прямая и обратная стороны начертания букв и их числовых значений. При этом десять букв наполнения в их начертании — это таамим, то есть состояние до того, как разбилось кли сфиры Хесед, когда десять сфирот вышли в гуф де-Аба во всех трех частях (рош, тох, соф) на уровень Хохма. А 26 букв квадрата в их начертании относятся ко времени, когда началось разбиение мелеха Хесед: его разбиение происходило по ступеням по схеме квадрата, пока свет полностью не ушел, и в этом также было четыре соударения по принципу «обратная сторона обращена вниз», как сказано выше. Числовое же значение 72 десяти букв наполнения этого имени АВАЯ — то есть его прямой стороны — это экран гуф де-Аба во время его соударения, то есть до того, как началось разбиение мелеха Хесед. А числовое значение 26 букв квадрата этого имени АВАЯ, составляющее в гематрии 184 (</w:t>
      </w:r>
      <w:r>
        <w:rPr>
          <w:rFonts w:ascii="Georgia" w:hAnsi="Georgia" w:cs="Times New Roman"/>
          <w:b/>
          <w:i w:val="0"/>
          <w:color w:val="000000"/>
          <w:sz w:val="24"/>
          <w:rtl/>
          <w:szCs w:val="32"/>
        </w:rPr>
        <w:t>דפ״ק</w:t>
      </w:r>
      <w:r>
        <w:rPr>
          <w:rFonts w:ascii="Georgia" w:hAnsi="Georgia"/>
          <w:b w:val="0"/>
          <w:i w:val="0"/>
          <w:color w:val="000000"/>
          <w:sz w:val="24"/>
        </w:rPr>
        <w:t>), — это четыре состояния экрана, проявившиеся при его очищении во время разбиения мелеха Хесед, пока он полностью не исчез, как сказано выше, то есть с того момента, как его обратная сторона начинает обращаться вниз. И до того, как была утрачена толща уровня Кетер де-Хохма, числовое значение этого экрана составляло 72; когда он очистился до уровня Хохма де-Хохма, его числовое значение составило 57; на уровне Бина де-Хохма его значение было 35; а на уровне ЗОН де-Хохма — 20; и все эти экраны вместе составляют в сумме 184 (</w:t>
      </w:r>
      <w:r>
        <w:rPr>
          <w:rFonts w:ascii="Georgia" w:hAnsi="Georgia" w:cs="Times New Roman"/>
          <w:b/>
          <w:i w:val="0"/>
          <w:color w:val="000000"/>
          <w:sz w:val="24"/>
          <w:rtl/>
          <w:szCs w:val="32"/>
        </w:rPr>
        <w:t>דפ״ק</w:t>
      </w:r>
      <w:r>
        <w:rPr>
          <w:rFonts w:ascii="Georgia" w:hAnsi="Georgia"/>
          <w:b w:val="0"/>
          <w:i w:val="0"/>
          <w:color w:val="000000"/>
          <w:sz w:val="24"/>
        </w:rPr>
        <w:t>). Точно так же обстоит дело и с четырьмя ступенями наполнения наполнения имени АВАЯ с наполнением буквами йод, то есть когда пять хасадим и пять гвурот опустились в гуф де-Има, как приведено там. И точно так же — с четырьмя ступенями третьего наполнения имени АВАЯ с наполнением буквами йод, что соответствует нисхождению пяти хасадим и пяти гвурот в сфирот Есод высших Аба ве-Има, упомянутому там.</w:t>
      </w:r>
    </w:p>
    <w:p>
      <w:pPr>
        <w:spacing w:before="40" w:after="120"/>
        <w:jc w:val="both"/>
      </w:pPr>
      <w:r>
        <w:rPr>
          <w:rFonts w:ascii="Georgia" w:hAnsi="Georgia"/>
          <w:b w:val="0"/>
          <w:i w:val="0"/>
          <w:color w:val="000000"/>
          <w:sz w:val="24"/>
        </w:rPr>
        <w:t>И вот тебе разъяснены шестнадцать ступеней, существующих в АБ, то есть в наполнении имени АВАЯ буквами йод. Точно так же есть шестнадцать ступеней и в САГ — то есть в имени АВАЯ с наполнением буквами йод и буквой алеф внутри ее буквы вав (</w:t>
      </w:r>
      <w:r>
        <w:rPr>
          <w:rFonts w:ascii="Georgia" w:hAnsi="Georgia" w:cs="Times New Roman"/>
          <w:b/>
          <w:i w:val="0"/>
          <w:color w:val="000000"/>
          <w:sz w:val="24"/>
          <w:rtl/>
          <w:szCs w:val="32"/>
        </w:rPr>
        <w:t>ואו</w:t>
      </w:r>
      <w:r>
        <w:rPr>
          <w:rFonts w:ascii="Georgia" w:hAnsi="Georgia"/>
          <w:b w:val="0"/>
          <w:i w:val="0"/>
          <w:color w:val="000000"/>
          <w:sz w:val="24"/>
        </w:rPr>
        <w:t>), и это также соответствует нисхождению пяти хасадим и пяти гвурот, описанному в ИШСУТ вследствие разбиения мелахим сфирот НЕХИМ, аналогично тому, как это было разъяснено выше относительно высших Аба ве-Има. Подобным же образом есть шестнадцать ступеней в МА — то есть в имени АВАЯ с наполнением буквами алеф. И точно так же — в имени АВАЯ со значением БОН, то есть с наполнением буквами хэй. Однако все ступени парцуфа БОН включены в МА, поскольку здесь происходят лишь четыре соударения в порядке снижения высоты уровня: Кетер, Хохма, Бина и ЗОН. А ЗОН — это и есть то, что называется МА и БОН, чей экран уже очистился до первой стадии.</w:t>
      </w:r>
    </w:p>
    <w:p>
      <w:pPr>
        <w:spacing w:before="40" w:after="120"/>
        <w:jc w:val="both"/>
      </w:pPr>
      <w:r>
        <w:rPr>
          <w:rFonts w:ascii="Georgia" w:hAnsi="Georgia"/>
          <w:b w:val="0"/>
          <w:i w:val="0"/>
          <w:color w:val="000000"/>
          <w:sz w:val="24"/>
        </w:rPr>
        <w:t>Следовательно, отдельного соударения для уровня БОН самого по себе уже нет, ведь когда экран очищается до стадии Кетер, то есть до своего корня (бхина шореш), в нем уже вовсе нет никакой толщи, и потому он непригоден для соударения, из-за чего отраженный свет прекращается и исчезает, как сказано выше. И благодаря этому ты ясно поймешь, почему МА и БОН всегда включены друг в друга и происходят от одного соударения на экран первой стадии, и поэтому упомянутые шестнадцать ступеней не выделяются в самом БОН отдельно, как в именах АВАЯ со значениями АБ, САГ и МА, но включаются в МА, как было сказано; помни это, ведь это знание необходимо для понимания множества мест. А то, что мы сказали выше, будто КАХАБ — это простое написание, наполнение и наполнение наполнения, а ЗОН — третье наполнение, было сказано лишь для наглядности объяснения. По истине же ЗОН не считаются третьим наполнением того же имени АВАЯ, ведь Учитель указал только три ступени: простое написание, наполнение и наполнение наполнения. А третьего наполнения ты никогда не найдешь в словах Учителя. И не заблуждайся насчет сказанного Учителем в ветви 32 (пункт 1, в конце двенадцатой ступени): «И так ты можешь идти до тысяч тысяч ступеней без конца подобным образом», из чего как будто следует, что наполнения имен АВАЯ множатся без конца.</w:t>
      </w:r>
    </w:p>
    <w:p>
      <w:pPr>
        <w:spacing w:before="40" w:after="120"/>
        <w:jc w:val="both"/>
      </w:pPr>
      <w:r>
        <w:rPr>
          <w:rFonts w:ascii="Georgia" w:hAnsi="Georgia"/>
          <w:b w:val="0"/>
          <w:i w:val="0"/>
          <w:color w:val="000000"/>
          <w:sz w:val="24"/>
        </w:rPr>
        <w:t>Однако знай, что он имеет в виду не наполнения, а сами ступени. Он насчитывает там двенадцать ступеней и завершает тем, что число ступеней умножается до тысяч тысяч без конца. И это понятно: ведь ни один частный парцуф из парцуфим миров АБЕА не достигает совершенства, пока не обретет 125 ступеней, на каждой из которых есть свой НАРАНХАЙ, как подробно разъяснено в соответствующем месте с указанием причин. Что же касается наполнений имен АВАЯ, то их бывает не более трех видов: простое написание, наполнение и наполнение наполнения — и не более того. Они повсюду именуются 42-буквенным именем, то есть по 42 буквам в этих трех видах: 4 буквы простого написания, 10 букв наполнения и 28 букв наполнения наполнения, и не более того, как с Б-жьей помощью будет объяснено ниже. Суть же в том, что все наполнение, различаемое нами в четырех буквах имени АВАЯ, как уже объяснялось выше, возникает потому, что из тела каждого парцуфа уходят света по причине очищения экрана — как пишет Учитель, окружающий свет и внутренний свет соударяются друг с другом при выходе из пэ и ниже, см. там. И потому приходит нижний, являющийся вторым распространением, и восполняет света высшего. Так, АБ, представляющий собой Хохму, наполняет света тела Кетера, а САГ, представляющий собой Бину, наполняет света тела парцуфа АБ.</w:t>
      </w:r>
    </w:p>
    <w:p>
      <w:pPr>
        <w:spacing w:before="40" w:after="120"/>
        <w:jc w:val="both"/>
      </w:pPr>
      <w:r>
        <w:rPr>
          <w:rFonts w:ascii="Georgia" w:hAnsi="Georgia"/>
          <w:b w:val="0"/>
          <w:i w:val="0"/>
          <w:color w:val="000000"/>
          <w:sz w:val="24"/>
        </w:rPr>
        <w:t>Поэтому четыре простые буквы каждого имени АВАЯ, представляющие собой Кетер этой ступени, обязательно имеют наполнение — второе распространение, называемое АБ, которое представляет собой десять букв наполнения АВАЯ. Но поскольку света тела парцуфа АБ от пэ и ниже тоже ушли, неизбежно требуется САГ, то есть Бина, чтобы наполнить его; и потому Бина является наполнением наполнения Кетера, как сказано выше. И точно так же, поскольку света парцуфа САГ от пэ и ниже тоже ушли, то и 28 букв наполнения наполнения нуждаются во втором распространении, коими являются МА и БОН. Однако все эти наполнения берут начало в мире АК. И выше, в ветви 15, уже объяснялось, что при выходе парцуфа САГ и его распространении от табура до сиюм раглин произошло сокращение НЕХИ и подъем МАН, представляющие собой очищение экрана и скрытие светов тела САГ. И там, в пункте 6, сказано: «Однако первый свет, который вначале был внизу, а затем поднялся наверх, больше не спустился и остался там, выше табура, и так далее». И там, в «Паним Меирот» (со слова «Однако…») и в «Паним Масбирот», была объяснена причина этого: соударение поднялось из пэ на уровень никвей эйнаим, и десять сфирот рош вышли от глаз и выше, внутренняя часть (тох), то есть ХАГАТ, вышла в келим АХАП де-рош, а завершение (соф), то есть НЕХИ, вышло от пэ до табура, см. там внимательно. И ты видишь, что это второе распространение — то есть десять сфирот мира Некудим, а также МА и БОН мира АК — пришли не на место прежнего тела САГ, свет которого ушел, чтобы считаться из-за этого наполнением тела САГ. Ведь все распространение САГ, находившееся ниже табура, поднялось выше табура и больше вниз от табура не опускалось.</w:t>
      </w:r>
    </w:p>
    <w:p>
      <w:pPr>
        <w:spacing w:before="40" w:after="120"/>
        <w:jc w:val="both"/>
      </w:pPr>
      <w:r>
        <w:rPr>
          <w:rFonts w:ascii="Georgia" w:hAnsi="Georgia"/>
          <w:b w:val="0"/>
          <w:i w:val="0"/>
          <w:color w:val="000000"/>
          <w:sz w:val="24"/>
        </w:rPr>
        <w:t>Таким образом, десять сфирот мира Некудим, являющиеся свойствами МА и БОН и тайной второго распространения тела САГ, вовсе не находятся на месте первоначального тела САГ, поскольку они начинаются ниже табура де-АК, тогда как тело САГ поднялось и целиком завершилось выше табура де-АК, согласно приведенным словам Учителя. И поэтому МА и БОН мира АК, то есть десять сфирот мира Некудим, считаются лишь наполнением НЕХИ Кетера — то есть области ниже табура самого внутреннего АК, где они облачают его, и вовсе не являются наполнением САГ де-АК, так как весь внутренний АК называется Кетером, как написано там. И согласно этому оказывается, что парцуф Кетер де-АК, представляющий собой внутреннее простое имя АВАЯ без наполнения, имеет два вида наполнений: первый — выше своего табура, где его наполняют АБ и САГ до табура, как сказано выше; второй — ниже своего табура, где его наполняют МА и БОН, которые и суть десять сфирот мира Некудим, пойми это как следует. Об этом и пишет Учитель в ветви 35 (пункт 1): «Вот, пойми хорошо, что Аба включает в себя всех Аба ве-Има, и они — имя АВАЯ со значением АБ и так далее. И ты увидишь из другого места, что все это относится лишь к семи нижним сфирот каждого из них, тогда как в трех первых сфирот каждого из них есть 42 буквы, а именно: 4, 10, 28 и так далее». И ты явно видишь из слов Учителя, что только Кетер, АБ и САГ считаются простым написанием, наполнением и наполнением наполнения.</w:t>
      </w:r>
    </w:p>
    <w:p>
      <w:pPr>
        <w:spacing w:before="40" w:after="120"/>
        <w:jc w:val="both"/>
      </w:pPr>
      <w:r>
        <w:rPr>
          <w:rFonts w:ascii="Georgia" w:hAnsi="Georgia"/>
          <w:b w:val="0"/>
          <w:i w:val="0"/>
          <w:color w:val="000000"/>
          <w:sz w:val="24"/>
        </w:rPr>
        <w:t>Тогда как МА и БОН, представляющие собой семь нижних сфирот каждого из них, считаются не третьим наполнением, а лишь десятью буквами наполнения, подобно имени АБ того же АВАЯ. Ведь как АБ того же имени АВАЯ, то есть Хохма в нем, является наполнением Кетера — наполнением из десяти букв, — точно так же и МА и БОН того же имени АВАЯ считаются лишь наполнением самого Кетера, то есть наполнением только из десяти букв. Однако они вовсе не считаются наполнением парцуфа САГ того же имени АВАЯ, то есть вторым наполнением из 28 букв имени САГ. Причина этого, как сказано выше, в том, что тело САГ уже завершилось выше табура внутреннего имени АВАЯ, а МА и БОН начинаются ниже табура внутреннего АВАЯ; следовательно, они совершенно не облачают САГ — как же они могут считаться наполнением его 28 букв?</w:t>
      </w:r>
    </w:p>
    <w:p>
      <w:pPr>
        <w:spacing w:before="40" w:after="120"/>
        <w:jc w:val="both"/>
      </w:pPr>
      <w:r>
        <w:rPr>
          <w:rFonts w:ascii="Georgia" w:hAnsi="Georgia"/>
          <w:b w:val="0"/>
          <w:i w:val="0"/>
          <w:color w:val="000000"/>
          <w:sz w:val="24"/>
        </w:rPr>
        <w:t>Но поскольку они облачают область ниже табура внутреннего имени АВАЯ, то есть его четыре простые буквы, являясь вторым распространением, восполняющим и возвращающим света после сокращения, случившегося в НЕХИ внутреннего АВАЯ, как сказано выше, (см. там), постольку они считаются десятью буквами — то есть лишь наполнением четырех простых букв, пойми это как следует. И об этом сказано там же, в ветви 35 (пункт 8): «И вот семь нижних сфирот Аба — все эти семь имеют лишь одно имя АВАЯ со значением АБ с наполнением буквами йод. Причина в том, что все они составляют лишь один парцуф — Зеир Анпин де-Аба, тогда как в трех первых сфирот каждая сфира является отдельным парцуфом», — до сих пор его слова. То есть, как мы уже сказали, ЗОН, являющиеся МА и БОН, представляют собой один парцуф и второе распространение для наполнения НЕХИ Кетера, и поэтому они суть наполнение из десяти букв, как говорилось выше. А поскольку это свойство ЗА де-Аба, его десять букв имеют наполнение буквами йод, как у Аба.</w:t>
      </w:r>
    </w:p>
    <w:p>
      <w:pPr>
        <w:spacing w:before="40" w:after="120"/>
        <w:jc w:val="both"/>
      </w:pPr>
      <w:r>
        <w:rPr>
          <w:rFonts w:ascii="Georgia" w:hAnsi="Georgia"/>
          <w:b w:val="0"/>
          <w:i w:val="0"/>
          <w:color w:val="000000"/>
          <w:sz w:val="24"/>
        </w:rPr>
        <w:t xml:space="preserve">Получается, что ниже табура внутреннего АВАЯ нет структуры из 42 букв — то есть простого написания, наполнения и наполнения наполнения, — но есть лишь наполнение из десяти букв: один парцуф МА и БОН, как было сказано. Иное дело выше табура внутреннего имени АВАЯ, где находятся три особых парцуфа, каждый из которых восполняет света ушедшего тела высшего, и потому они образуют 42 буквы: 4 буквы простого написания, представляющие собой Кетер и внутреннее имя АВАЯ; 10 букв его наполнения, являющиеся Хохмой; и 28 букв наполнения тела Хохмы, являющиеся Биной, что составляет тайну 42-буквенного имени, как сказано в начале ветви. На основе сказанного мы поймем слова Идры, где утверждается, что при разбиении мелеха Даат вышли «тысячи тысяч владык плача и стенания», на которые мы обратили внимание в начале ветви. Тайна духовного счета и его корень уже объяснялись выше: это экран, установленный в кли сфиры Малхут для ударного соединения (зивуг де-акаа), как написано выше в пункте 7, см. там. В этом тайна стиха: </w:t>
      </w:r>
      <w:r>
        <w:rPr>
          <w:rFonts w:ascii="Georgia" w:hAnsi="Georgia"/>
          <w:b w:val="0"/>
          <w:i/>
          <w:color w:val="000000"/>
          <w:sz w:val="24"/>
        </w:rPr>
        <w:t>«Глаза твои — пруды в Хешбоне (</w:t>
      </w:r>
      <w:r>
        <w:rPr>
          <w:rFonts w:ascii="Georgia" w:hAnsi="Georgia"/>
          <w:b w:val="0"/>
          <w:i w:val="0"/>
          <w:color w:val="000000"/>
          <w:sz w:val="24"/>
        </w:rPr>
        <w:t>бе-хешбон</w:t>
      </w:r>
      <w:r>
        <w:rPr>
          <w:rFonts w:ascii="Georgia" w:hAnsi="Georgia"/>
          <w:b w:val="0"/>
          <w:i/>
          <w:color w:val="000000"/>
          <w:sz w:val="24"/>
        </w:rPr>
        <w:t xml:space="preserve">, </w:t>
      </w:r>
      <w:r>
        <w:rPr>
          <w:rFonts w:ascii="Georgia" w:hAnsi="Georgia" w:cs="Times New Roman"/>
          <w:b/>
          <w:i/>
          <w:color w:val="000000"/>
          <w:sz w:val="24"/>
          <w:rtl/>
          <w:szCs w:val="32"/>
        </w:rPr>
        <w:t>בְּחֶשְׁבּוֹן</w:t>
      </w:r>
      <w:r>
        <w:rPr>
          <w:rFonts w:ascii="Georgia" w:hAnsi="Georgia"/>
          <w:b w:val="0"/>
          <w:i/>
          <w:color w:val="000000"/>
          <w:sz w:val="24"/>
        </w:rPr>
        <w:t xml:space="preserve"> — «в расчете»), у ворот Бат-Рабим»</w:t>
      </w:r>
      <w:r>
        <w:rPr>
          <w:rFonts w:ascii="Georgia" w:hAnsi="Georgia"/>
          <w:b w:val="0"/>
          <w:i w:val="0"/>
          <w:color w:val="000000"/>
          <w:sz w:val="24"/>
        </w:rPr>
        <w:t xml:space="preserve"> (Шир а-Ширим 7:5), согласно словам Учителя в ветви 35 (пункт 7). Ведь соударение высшего света с экраном называется созерцанием глаз, как написал Учитель выше в ветви 5 (пункт 40), а также в «Шаар а-Клалим» (учение второе о мире Акудим, в конце, стр. 60; и там же, на стр. 146, в учении втором о мире АК, в конце) и во многих других местах.</w:t>
      </w:r>
    </w:p>
    <w:p>
      <w:pPr>
        <w:spacing w:before="40" w:after="120"/>
        <w:jc w:val="both"/>
      </w:pPr>
      <w:r>
        <w:rPr>
          <w:rFonts w:ascii="Georgia" w:hAnsi="Georgia"/>
          <w:b w:val="0"/>
          <w:i w:val="0"/>
          <w:color w:val="000000"/>
          <w:sz w:val="24"/>
        </w:rPr>
        <w:t xml:space="preserve">Также было разъяснено выше в «Паним Масбирот» (ветвь 4), что благодаря высшему свету, не прекращающему светить выделенным [из Источника] и непрестанно изливающемуся на экран в упомянутом кли Малхут, оказывается, что и отраженный свет, поднимающийся от экрана в силу соударения, также непрерывно бьет ключом и становится подобен бьющему источнику. И в этом тайна упомянутого стиха: </w:t>
      </w:r>
      <w:r>
        <w:rPr>
          <w:rFonts w:ascii="Georgia" w:hAnsi="Georgia"/>
          <w:b w:val="0"/>
          <w:i/>
          <w:color w:val="000000"/>
          <w:sz w:val="24"/>
        </w:rPr>
        <w:t>«Глаза твои — пруды…»</w:t>
      </w:r>
      <w:r>
        <w:rPr>
          <w:rFonts w:ascii="Georgia" w:hAnsi="Georgia"/>
          <w:b w:val="0"/>
          <w:i w:val="0"/>
          <w:color w:val="000000"/>
          <w:sz w:val="24"/>
        </w:rPr>
        <w:t xml:space="preserve"> (Шир а-Ширим 7:5), ведь благодаря свету глаз, который Нуква получает в свой экран, представляющий собой счет, отраженный свет исправляется в ней по образу пруда и умножающегося источника. И в этом смысл слов: </w:t>
      </w:r>
      <w:r>
        <w:rPr>
          <w:rFonts w:ascii="Georgia" w:hAnsi="Georgia"/>
          <w:b w:val="0"/>
          <w:i/>
          <w:color w:val="000000"/>
          <w:sz w:val="24"/>
        </w:rPr>
        <w:t>«Глаза твои — пруды в Хешбоне, у ворот Бат-Рабим»</w:t>
      </w:r>
      <w:r>
        <w:rPr>
          <w:rFonts w:ascii="Georgia" w:hAnsi="Georgia"/>
          <w:b w:val="0"/>
          <w:i w:val="0"/>
          <w:color w:val="000000"/>
          <w:sz w:val="24"/>
        </w:rPr>
        <w:t>, поскольку Малхут установлена на завершении мира Ацилут, являясь воротами, через которые осуществляется вход и выход из Ацилута (являющегося личным владением) в миры БЕА (являющиеся общественным владением).</w:t>
      </w:r>
    </w:p>
    <w:p>
      <w:pPr>
        <w:spacing w:before="40" w:after="120"/>
        <w:jc w:val="both"/>
      </w:pPr>
      <w:r>
        <w:rPr>
          <w:rFonts w:ascii="Georgia" w:hAnsi="Georgia"/>
          <w:b w:val="0"/>
          <w:i w:val="0"/>
          <w:color w:val="000000"/>
          <w:sz w:val="24"/>
        </w:rPr>
        <w:t>И поэтому Малхут в ней называется воротами Бат-Рабим. Пойми это, и это еще будет разъяснено в соответствующем месте с Б-жьей помощью. Причина же того, почему экран называется «счетом», была разъяснена в «Паним Меирот» (со слова «Ступень…», стр. 539) и выше в пункте 7: он является корнем всех духовных расчетов и всех различий в них. И там объяснено, что экран первого рош представляет собой одну десятую часть — то есть последнюю из десяти сфирот рош, называемую пэ де-рош. А затем, в тайне второго созерцания, когда эта Малхут распространяется сама из себя вплоть до Малхут де-Малхут, называемой табуром, и экран устанавливается в Малхут де-Малхут, оказывается, что экран составляет одну сотую часть от ста сфирот — то есть Малхут де-Малхут, являющуюся десятой частью от Малхут де-рош, тогда как Малхут де-рош — десятая часть от десяти сфирот рош. И все это — в рош и гуф внутреннего имени АВАЯ, называемого парцуфом Кетер. И выше уже объяснялось, что АБ и САГ выходят и облачают тело парцуфа Кетер выше его табура, причем второе созерцание высшего становится первым созерцанием и пэ де-рош у нижнего; следовательно, при переходе от второго созерцания высшего к первому созерцанию в пэ нижнего умножения нет. И оказывается, что основная детализация и умножение счета происходит в телах ступеней: так что экран со значением счета сто во втором созерцании внутреннего АВАЯ становится одной тысячной во втором созерцании парцуфа АБ, и получается, что десять сфирот рош детализировались до тысяч. А второе созерцание парцуфа АБ стало первым созерцанием и пэ де-рош парцуфа САГ.</w:t>
      </w:r>
    </w:p>
    <w:p>
      <w:pPr>
        <w:spacing w:before="40" w:after="120"/>
        <w:jc w:val="both"/>
      </w:pPr>
      <w:r>
        <w:rPr>
          <w:rFonts w:ascii="Georgia" w:hAnsi="Georgia"/>
          <w:b w:val="0"/>
          <w:i w:val="0"/>
          <w:color w:val="000000"/>
          <w:sz w:val="24"/>
        </w:rPr>
        <w:t>Затем, когда распространилось пэ де-рош парцуфа САГ, которое само по себе уже составляет одну тысячную, и распространилось само из себя до Малхут де-Малхут во второе созерцание САГ, экран стал одной десятитысячной: ведь и Малхут де-рош парцуфа САГ уже равна одной тысячной, а когда эта часть снова разделилась на десять частей, каждая часть стала составлять одну десятитысячную. Затем это второе созерцание и упомянутая одна десятитысячная тела САГ облачились в Кетер де-БОН, то есть в мир Некудим, став первым созерцанием и свойством пэ де-рош; и оказалась Малхут де-рош парцуфа Кетер де-БОН одной десятитысячной, как и второе созерцание САГ. А затем, когда она распространилась во второе созерцание и вновь разделилась на десять частей, она оказалась теперь в теле Кетера одной стотысячной частью. Второе же созерцание тела Кетера стало первым созерцанием и свойством пэ де-рош в парцуфе АБ мира Некудим, называемом высшими Аба ве-Има, чье тело и второе созерцание — это мелех Даат. И получается, что эта Малхут де-пэ де-рош парцуфа АБ, уже составлявшая одну стотысячную, вновь разделилась на десять частей вплоть до Малхут де-Малхут; а значит, второе созерцание парцуфа АБ, представляющее собой мелех Даат, составляет уже одну миллионную (одну из тысяч тысяч). И ты находишь, что десять сфирот первого рош мира АК детализировались в десять раз на каждом этапе из-за экрана второго созерцания каждого парцуфа, пока в мелехе Даат не детализировались до тысяч тысяч. И в «Анаф а-Кадош» было объяснено: если бы этот мелех не распространился сам во второе созерцание, а остался лишь в том, что получил от АБ, то есть от высших Аба ве-Има, он бы не разбился.</w:t>
      </w:r>
    </w:p>
    <w:p>
      <w:pPr>
        <w:spacing w:before="40" w:after="120"/>
        <w:jc w:val="both"/>
      </w:pPr>
      <w:r>
        <w:rPr>
          <w:rFonts w:ascii="Georgia" w:hAnsi="Georgia"/>
          <w:b w:val="0"/>
          <w:i w:val="0"/>
          <w:color w:val="000000"/>
          <w:sz w:val="24"/>
        </w:rPr>
        <w:t>Однако он и сам распространился во второе созерцание и перешел границу Ацилута, что и стало причиной его разбиения, как написано в «Паним Меирот» (стр. 457), см. там внимательно. И вот ясно объяснено, что царствование Даат детализировалось в своем правлении до тысяч тысяч, и все они составляют совокупность семи умерших мелахим, как обстоятельно объяснено выше в «Паним Масбирот» (стр. 468, со слов «А также…»). И из этого ты поймешь слова Зоара в «Идра Насо» (пункт 176), приведенные выше в начале ветви: «Бела, сын Беора: учили мы, что это суровый приговор, крепчайший из крепких, из-за которого связываются тысячи тысяч владык плача и стенания», см. там. Это согласуется со сказанным нами: во власти Белы, сына Беора, сфирот уже детализировались до тысяч тысяч, и когда они разбились и упали в миры БЕА, они плакали и стенали. Это подобно сказанному нашими мудрецами (ХАЗАЛЬ), что нижние воды плакали: «Мы хотим быть пред Царем!» — пойми это.</w:t>
      </w:r>
    </w:p>
    <w:p>
      <w:pPr>
        <w:spacing w:before="40" w:after="120"/>
        <w:jc w:val="both"/>
      </w:pPr>
      <w:r>
        <w:rPr>
          <w:rFonts w:ascii="Georgia" w:hAnsi="Georgia"/>
          <w:b w:val="0"/>
          <w:i w:val="0"/>
          <w:color w:val="000000"/>
          <w:sz w:val="24"/>
        </w:rPr>
        <w:t>И поэтому Зоар называет их «тысячами тысяч владык плача и стенания». На основе сказанного ты поймешь и написанное в «Мево Шеарим» (врата 5, часть 1, гл. 3): «320 (ШАХ) искр — это мужские суды, и они в Малхут де-Аба; 280 (ПАР) искр букв МАНЦЕПАХ (</w:t>
      </w:r>
      <w:r>
        <w:rPr>
          <w:rFonts w:ascii="Georgia" w:hAnsi="Georgia" w:cs="Times New Roman"/>
          <w:b/>
          <w:i w:val="0"/>
          <w:color w:val="000000"/>
          <w:sz w:val="24"/>
          <w:rtl/>
          <w:szCs w:val="32"/>
        </w:rPr>
        <w:t>מנצפ״ך</w:t>
      </w:r>
      <w:r>
        <w:rPr>
          <w:rFonts w:ascii="Georgia" w:hAnsi="Georgia"/>
          <w:b w:val="0"/>
          <w:i w:val="0"/>
          <w:color w:val="000000"/>
          <w:sz w:val="24"/>
        </w:rPr>
        <w:t>) — это женские гвурот, и они в Малхут де-Има», — до сих пор его слова, см. там. Ведь это, на первый взгляд, противоречит сказанному Учителем здесь: что 325 искр находятся в Нукве и в ее Малхут, а 280 искр букв МАНЦЕПАХ — это мужские свойства от ЗА, но ЗА передает их Нукве посредством соударения в ее Есоде. Однако все объясняется на основе сказанного выше и написанного в «Паним Масбирот» (стр. 468, со слов «А также…»): вся совокупность 320 искр (ШАХ) находится исключительно в мелехе Даат, представляющем собой распространение Малхут от созерцания глаз высших Аба ве-Има и тело этих Аба ве-Има, как сказано выше, так как оба они именуются АБ и Аба, как известно. И об этом сказано в приведенном месте из «Мево Шеарим», что 320 искр — мужские свойства и пребывают в Малхут де-Аба, то есть как мы сказали: они представляют собой распространение Малхут и тело высших Аба ве-Има, называемых вместе Аба. А 280 искр, именуемых МАНЦЕПАХ, являющиеся тайной 288 (РАПАХ) искр, очищаемых без примесей, происходят от распространения Малхут и тела Има, то есть от экрана, уже очистившегося до второй стадии; и потому Учитель называет их женскими гвурот, так как они происходят от распространения Малхут, тела Има и САГ, как сказано выше. И все это говорится лишь для того, чтобы различить их в корне и знать, что полное число 320 (ШАХ) происходит только из Малхут де-Аба, то есть из мелеха Даат, как сказано выше и как написано в «Паним Меирот» (ветвь 22). Но по своим собственным свойствам все 320 искр, безусловно, относятся к женским свойствам, а не к мужским, как написано здесь в ветви 37: все мелахим мира Некудим являются светом разума женского свойства (мохин де-некева), как обстоятельно объяснено в «Паним Меирот», и помни это. Завершение этой темы будет в следующей ветви с Б-жьей помощью.</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1) </w:t>
      </w:r>
      <w:r>
        <w:rPr>
          <w:rFonts w:ascii="Georgia" w:hAnsi="Georgia"/>
          <w:b/>
          <w:i w:val="0"/>
          <w:color w:val="000000"/>
          <w:sz w:val="24"/>
        </w:rPr>
        <w:t>«И знай, что эти упомянутые свойства искр РАПАХ и т. д. суть абсолютные гвурот и суды»</w:t>
      </w:r>
      <w:r>
        <w:rPr>
          <w:rFonts w:ascii="Georgia" w:hAnsi="Georgia"/>
          <w:b w:val="0"/>
          <w:i w:val="0"/>
          <w:color w:val="000000"/>
          <w:sz w:val="24"/>
        </w:rPr>
        <w:t>: то есть пока они еще совершенно лишены исправления, они определяются как искры РАПАХ. И как будет сказано далее, их первое исправление состоит в том, чтобы достичь счета 320 (</w:t>
      </w:r>
      <w:r>
        <w:rPr>
          <w:rFonts w:ascii="Georgia" w:hAnsi="Georgia" w:cs="Times New Roman"/>
          <w:b/>
          <w:i w:val="0"/>
          <w:color w:val="000000"/>
          <w:sz w:val="24"/>
          <w:rtl/>
          <w:szCs w:val="32"/>
        </w:rPr>
        <w:t>ש״ך</w:t>
      </w:r>
      <w:r>
        <w:rPr>
          <w:rFonts w:ascii="Georgia" w:hAnsi="Georgia"/>
          <w:b w:val="0"/>
          <w:i w:val="0"/>
          <w:color w:val="000000"/>
          <w:sz w:val="24"/>
        </w:rPr>
        <w:t>), а второе исправление — счета 325 (</w:t>
      </w:r>
      <w:r>
        <w:rPr>
          <w:rFonts w:ascii="Georgia" w:hAnsi="Georgia" w:cs="Times New Roman"/>
          <w:b/>
          <w:i w:val="0"/>
          <w:color w:val="000000"/>
          <w:sz w:val="24"/>
          <w:rtl/>
          <w:szCs w:val="32"/>
        </w:rPr>
        <w:t>שכ״ה</w:t>
      </w:r>
      <w:r>
        <w:rPr>
          <w:rFonts w:ascii="Georgia" w:hAnsi="Georgia"/>
          <w:b w:val="0"/>
          <w:i w:val="0"/>
          <w:color w:val="000000"/>
          <w:sz w:val="24"/>
        </w:rPr>
        <w:t>), и все это — ради восполнения [сфиры] Малхут в них. Но в них все еще нет исправления [сфиры] Есод, пока не будут восполнены три высшие [сфиры], обозначаемые буквами мэм, нун, цади, пэй, каф (</w:t>
      </w:r>
      <w:r>
        <w:rPr>
          <w:rFonts w:ascii="Georgia" w:hAnsi="Georgia" w:cs="Times New Roman"/>
          <w:b/>
          <w:i w:val="0"/>
          <w:color w:val="000000"/>
          <w:sz w:val="24"/>
          <w:rtl/>
          <w:szCs w:val="32"/>
        </w:rPr>
        <w:t>מנצפ״ך</w:t>
      </w:r>
      <w:r>
        <w:rPr>
          <w:rFonts w:ascii="Georgia" w:hAnsi="Georgia"/>
          <w:b w:val="0"/>
          <w:i w:val="0"/>
          <w:color w:val="000000"/>
          <w:sz w:val="24"/>
        </w:rPr>
        <w:t>), числовое значение которых — 280 (</w:t>
      </w:r>
      <w:r>
        <w:rPr>
          <w:rFonts w:ascii="Georgia" w:hAnsi="Georgia" w:cs="Times New Roman"/>
          <w:b/>
          <w:i w:val="0"/>
          <w:color w:val="000000"/>
          <w:sz w:val="24"/>
          <w:rtl/>
          <w:szCs w:val="32"/>
        </w:rPr>
        <w:t>פ״ר</w:t>
      </w:r>
      <w:r>
        <w:rPr>
          <w:rFonts w:ascii="Georgia" w:hAnsi="Georgia"/>
          <w:b w:val="0"/>
          <w:i w:val="0"/>
          <w:color w:val="000000"/>
          <w:sz w:val="24"/>
        </w:rPr>
        <w:t xml:space="preserve">). Ведь тогда в них завершается тайна счета — то есть масах, поднимающий МАН и принимающий МАД, который и называется «счетом», как сказано в предыдущей ветви; ради этого и были весь замысел и подготовка швират а-келим, как обо всем этом с Б-жьей помощью будет сказано далее. И об этом [Аризаль] говорит, что эти искры РАПАХ суть абсолютные гвурот и суды — то есть еще без малейшего начала исправления, как сказано. </w:t>
      </w:r>
      <w:r>
        <w:rPr>
          <w:rFonts w:ascii="Georgia" w:hAnsi="Georgia"/>
          <w:b/>
          <w:i w:val="0"/>
          <w:color w:val="000000"/>
          <w:sz w:val="24"/>
        </w:rPr>
        <w:t>«320 искр, а здесь мы называем их искрами РАПАХ, — все это одно и то же, и будет объяснено ниже»</w:t>
      </w:r>
      <w:r>
        <w:rPr>
          <w:rFonts w:ascii="Georgia" w:hAnsi="Georgia"/>
          <w:b w:val="0"/>
          <w:i w:val="0"/>
          <w:color w:val="000000"/>
          <w:sz w:val="24"/>
        </w:rPr>
        <w:t>: не следует ошибочно полагать, будто они действительно полностью одно и то же; ведь именно поэтому он заключает словами: «и будет объяснено ниже», то есть различие между ними очень велико.</w:t>
      </w:r>
    </w:p>
    <w:p>
      <w:pPr>
        <w:spacing w:before="40" w:after="120"/>
        <w:jc w:val="both"/>
      </w:pPr>
      <w:r>
        <w:rPr>
          <w:rFonts w:ascii="Georgia" w:hAnsi="Georgia"/>
          <w:b w:val="0"/>
          <w:i w:val="0"/>
          <w:color w:val="000000"/>
          <w:sz w:val="24"/>
        </w:rPr>
        <w:t>Однако то, что он называет их одним и тем же, раскрывает нам великую глубину. И чтобы понять это, необходимо сначала досконально знать все эти расчеты и гематрии, приводимые в данной ветви, а именно: 320, РАПАХ, 315 (</w:t>
      </w:r>
      <w:r>
        <w:rPr>
          <w:rFonts w:ascii="Georgia" w:hAnsi="Georgia" w:cs="Times New Roman"/>
          <w:b/>
          <w:i w:val="0"/>
          <w:color w:val="000000"/>
          <w:sz w:val="24"/>
          <w:rtl/>
          <w:szCs w:val="32"/>
        </w:rPr>
        <w:t>שט״ו</w:t>
      </w:r>
      <w:r>
        <w:rPr>
          <w:rFonts w:ascii="Georgia" w:hAnsi="Georgia"/>
          <w:b w:val="0"/>
          <w:i w:val="0"/>
          <w:color w:val="000000"/>
          <w:sz w:val="24"/>
        </w:rPr>
        <w:t>), 325 и 280 [числовое значение пяти букв] (</w:t>
      </w:r>
      <w:r>
        <w:rPr>
          <w:rFonts w:ascii="Georgia" w:hAnsi="Georgia" w:cs="Times New Roman"/>
          <w:b/>
          <w:i w:val="0"/>
          <w:color w:val="000000"/>
          <w:sz w:val="24"/>
          <w:rtl/>
          <w:szCs w:val="32"/>
        </w:rPr>
        <w:t>פ״ר דמנצפ״ך</w:t>
      </w:r>
      <w:r>
        <w:rPr>
          <w:rFonts w:ascii="Georgia" w:hAnsi="Georgia"/>
          <w:b w:val="0"/>
          <w:i w:val="0"/>
          <w:color w:val="000000"/>
          <w:sz w:val="24"/>
        </w:rPr>
        <w:t>). Ведь наиболее отчетливые определения в мудрости [каббалы] выражаются и раскрываются в тайне гематрий — как сказано в предыдущей ветви, расчеты представляют собой определения формы масаха, вступающего в зивуг ради того, чтобы выделить из себя парцуфим, благодаря чему в нем различимы все свойства, присутствующие в парцуфе (как написано в «Паним Меирот», стр. 539, со слов «Мадрега», см. там). И поэтому нам требуется особое внимание всякий раз, когда Учитель упоминает какой-либо счет или гематрию. И необходимо, чтобы ты помнил то, что разъяснялось выше в «Паним Меирот», ветвь 23, пункт 1, относительно 320 искр и искр РАПАХ, ведь там они были объяснены в своем корне. Суть же сказанного в том, что этот масах каждого парцуфа, исправляемый для зивуга подъема МАН и нисхождения МАД, имеет два корня. Первый, изначальный корень берет начало в центральной точке, в которой произошло Первое сокращение (ЦА); и оттуда есть лишь одно кли для всех десяти сфирот и лишь одна линия (кав), [где сфирот расположены] одна под другой, что служит корнем абсолютного свойства суда. А второй корень происходит от Второго сокращения (ЦБ), произошедшего в НЕХИ де-АК; и отсюда точка Малхут включилась во все десять сфирот, так что образовалось кли для каждой сфиры, а также [возникла] тайна исправления трех линий (правой, левой и средней), и все это — тайна соединения свойства милосердия с судом. А затем благодаря зивугу, происшедшему после упомянутого Второго сокращения, оттуда вышли восемь мелахим: Даат, ХАГАТ, НЕХИМ, которые разбились. У каждого мелеха есть четыре стадии прямого света: ХУБ, ТУМ, а в силу отраженного света каждая из этих четырех стадий обрела полный уровень десяти сфирот; четырежды десять — это сорок, и получается восемь мелахим, в каждом из которых по сорок свойств, что в сумме дает 320 свойств. И известно, что из светов — то есть из прямого света — не упало ничего, но они удалились из келим, и только от одного лишь отраженного света [части] упали в БЕА. Известно также, что отраженный свет определяется названием «искры», и потому эти 320 свойств называются 320 искрами, помни [об этом].</w:t>
      </w:r>
    </w:p>
    <w:p>
      <w:pPr>
        <w:spacing w:before="40" w:after="120"/>
        <w:jc w:val="both"/>
      </w:pPr>
      <w:r>
        <w:rPr>
          <w:rFonts w:ascii="Georgia" w:hAnsi="Georgia"/>
          <w:b w:val="0"/>
          <w:i w:val="0"/>
          <w:color w:val="000000"/>
          <w:sz w:val="24"/>
        </w:rPr>
        <w:t>Итак, выяснились два корня двух сокращений, предшествовавших выходу [мира] Некудим; выяснилось также, каким образом в каждом мелехе есть десять уровней десяти сфирот, а восемь раз по десять — это восемьдесят уровней, и на каждом уровне находятся четыре корневые стадии прямого света: ХУБ, ТУМ, а четырежды восемьдесят — это 320, то есть десять раз по 32. И там было объяснено, что свойства Малхут — то есть четвертая стадия прямого света на каждом уровне, составляющие 32 [свойства] Малхут, — не выяснились, но остались в БЕА в качестве 32 [искр] «каменного сердца» (</w:t>
      </w:r>
      <w:r>
        <w:rPr>
          <w:rFonts w:ascii="Georgia" w:hAnsi="Georgia"/>
          <w:b w:val="0"/>
          <w:i/>
          <w:color w:val="000000"/>
          <w:sz w:val="24"/>
        </w:rPr>
        <w:t>лев а-эвен</w:t>
      </w:r>
      <w:r>
        <w:rPr>
          <w:rFonts w:ascii="Georgia" w:hAnsi="Georgia"/>
          <w:b w:val="0"/>
          <w:i w:val="0"/>
          <w:color w:val="000000"/>
          <w:sz w:val="24"/>
        </w:rPr>
        <w:t xml:space="preserve">, </w:t>
      </w:r>
      <w:r>
        <w:rPr>
          <w:rFonts w:ascii="Georgia" w:hAnsi="Georgia" w:cs="Times New Roman"/>
          <w:b/>
          <w:i w:val="0"/>
          <w:color w:val="000000"/>
          <w:sz w:val="24"/>
          <w:rtl/>
          <w:szCs w:val="32"/>
        </w:rPr>
        <w:t>לֵב הָאֶבֶן</w:t>
      </w:r>
      <w:r>
        <w:rPr>
          <w:rFonts w:ascii="Georgia" w:hAnsi="Georgia"/>
          <w:b w:val="0"/>
          <w:i w:val="0"/>
          <w:color w:val="000000"/>
          <w:sz w:val="24"/>
        </w:rPr>
        <w:t>), и выяснились только девять первых [сфирот], составляющие девять раз по 32, что в сумме дает РАПАХ (288). И пойми эти вещи согласно их корню: все те свойства, которые соединились со свойством милосердия во втором корне, представляют собой все келим, образовавшиеся в девяти первых [сфирот], ведь Первое сокращение было лишь на одну только Малхут; и поэтому они поднялись и выяснились, и называются «добром» благодаря услаждению свойством милосердия.</w:t>
      </w:r>
    </w:p>
    <w:p>
      <w:pPr>
        <w:spacing w:before="40" w:after="120"/>
        <w:jc w:val="both"/>
      </w:pPr>
      <w:r>
        <w:rPr>
          <w:rFonts w:ascii="Georgia" w:hAnsi="Georgia"/>
          <w:b w:val="0"/>
          <w:i w:val="0"/>
          <w:color w:val="000000"/>
          <w:sz w:val="24"/>
        </w:rPr>
        <w:t>Однако все те свойства, на которые распространялось также и Первое сокращение, — то есть свойства Малхут в четырех корневых стадиях ХУБ, ТУМ на каждом из 32 уровней, имеющихся в восьми мелахим, на которые пришлось Первое сокращение, — остались в БЕА в качестве 32 [искр] «каменного сердца» из-за отсутствия услаждения свойством милосердия. И поэтому они называются «злом», так как стали корнем клипы и судов, как подробно написано обо всем этом в конце «Шаар маамарей РАШБИ», см. там. Итак, выяснилось, что РАПАХ — это всецело добро, а 32 [искры] «каменного сердца» — зло. И отсюда пойми, что оба они вместе — то есть совокупность 320 [искр], состоящая из РАПАХ и 32, — указывают на смесь добра и зла вместе, то есть до того, как они были отделены друг от друга.</w:t>
      </w:r>
    </w:p>
    <w:p>
      <w:pPr>
        <w:spacing w:before="40" w:after="120"/>
        <w:jc w:val="both"/>
      </w:pPr>
      <w:r>
        <w:rPr>
          <w:rFonts w:ascii="Georgia" w:hAnsi="Georgia"/>
          <w:b w:val="0"/>
          <w:i w:val="0"/>
          <w:color w:val="000000"/>
          <w:sz w:val="24"/>
        </w:rPr>
        <w:t>Пойми также, что когда Учитель определяет в «Шаар маамарей РАШБИ», будто искры РАПАХ выяснились, а 32 остались свойством клипот и судов, знай: это произошло не само по себе, но благодаря высшим зивугим. Ведь изначально вся совокупность 320 [искр] поднялась в качестве МАН, и в них была примешана также часть 32 [искр] «каменного сердца», поскольку нет такой точки, которая не была бы включена в другую (как пишет Учитель в «Шаар маамарей РАШБИ», раздел Берешит, и в «Маво Шеарим»). И чистое (зах) в них поднялось и исправилось в рош де-ло итйада (непостижимой голове) и в Гвуре де-Атик, и это в Зоаре и в словах Учителя всегда называется Буциной де-кардинута (</w:t>
      </w:r>
      <w:r>
        <w:rPr>
          <w:rFonts w:ascii="Georgia" w:hAnsi="Georgia" w:cs="Times New Roman"/>
          <w:b/>
          <w:i w:val="0"/>
          <w:color w:val="000000"/>
          <w:sz w:val="24"/>
          <w:rtl/>
          <w:szCs w:val="32"/>
        </w:rPr>
        <w:t>בוצד״ק</w:t>
      </w:r>
      <w:r>
        <w:rPr>
          <w:rFonts w:ascii="Georgia" w:hAnsi="Georgia"/>
          <w:b w:val="0"/>
          <w:i w:val="0"/>
          <w:color w:val="000000"/>
          <w:sz w:val="24"/>
        </w:rPr>
        <w:t xml:space="preserve">). И в этом тайна того, что в АА есть лишь девять сфирот и недостает Малхут: ведь его Малхут исправилась наверху, в рош де-ло итйада, а ее свечение исправилось в Гвуре де-Атик, сокрытого и утаенного в моха стимаа де-АА, как будет с Б-жьей помощью написано на своем месте, ведь все это — чистое (зах) свойство, поднявшееся из упомянутых 32 последних свойств, пойми же [это]. И об этом [Аризаль] говорит здесь (в пункте 2): </w:t>
      </w:r>
      <w:r>
        <w:rPr>
          <w:rFonts w:ascii="Georgia" w:hAnsi="Georgia"/>
          <w:b/>
          <w:i w:val="0"/>
          <w:color w:val="000000"/>
          <w:sz w:val="24"/>
        </w:rPr>
        <w:t>«И вот то, что их число — 320 искр и т. д., ибо семь раз слово *Адам* (</w:t>
      </w:r>
      <w:r>
        <w:rPr>
          <w:rFonts w:ascii="Georgia" w:hAnsi="Georgia" w:cs="Times New Roman"/>
          <w:b/>
          <w:i w:val="0"/>
          <w:color w:val="000000"/>
          <w:sz w:val="24"/>
          <w:rtl/>
          <w:szCs w:val="32"/>
        </w:rPr>
        <w:t>אָדָם</w:t>
      </w:r>
      <w:r>
        <w:rPr>
          <w:rFonts w:ascii="Georgia" w:hAnsi="Georgia"/>
          <w:b/>
          <w:i w:val="0"/>
          <w:color w:val="000000"/>
          <w:sz w:val="24"/>
        </w:rPr>
        <w:t xml:space="preserve"> = 45) — это гематрия 315 (</w:t>
      </w:r>
      <w:r>
        <w:rPr>
          <w:rFonts w:ascii="Georgia" w:hAnsi="Georgia" w:cs="Times New Roman"/>
          <w:b/>
          <w:i w:val="0"/>
          <w:color w:val="000000"/>
          <w:sz w:val="24"/>
          <w:rtl/>
          <w:szCs w:val="32"/>
        </w:rPr>
        <w:t>שט״ו</w:t>
      </w:r>
      <w:r>
        <w:rPr>
          <w:rFonts w:ascii="Georgia" w:hAnsi="Georgia"/>
          <w:b/>
          <w:i w:val="0"/>
          <w:color w:val="000000"/>
          <w:sz w:val="24"/>
        </w:rPr>
        <w:t>) и т. д. Таким образом, 315 искр — прежние от мелахим, а пять других искр — новые, и общая сумма их — 320 в Зеир Анпине»</w:t>
      </w:r>
      <w:r>
        <w:rPr>
          <w:rFonts w:ascii="Georgia" w:hAnsi="Georgia"/>
          <w:b w:val="0"/>
          <w:i w:val="0"/>
          <w:color w:val="000000"/>
          <w:sz w:val="24"/>
        </w:rPr>
        <w:t xml:space="preserve">. И сначала приведем слова Учителя выше, в конце ветви 34, где он пишет: </w:t>
      </w:r>
      <w:r>
        <w:rPr>
          <w:rFonts w:ascii="Georgia" w:hAnsi="Georgia"/>
          <w:b/>
          <w:i w:val="0"/>
          <w:color w:val="000000"/>
          <w:sz w:val="24"/>
        </w:rPr>
        <w:t>«Поэтому в расчет идут лишь искры четырех имен АБ, САГ, МА, БОН, составляющие РАПАХ, как сказано выше; однако первые три стадии АБ — это свойство паним, а четвертый АБ — свойство ахораим»</w:t>
      </w:r>
      <w:r>
        <w:rPr>
          <w:rFonts w:ascii="Georgia" w:hAnsi="Georgia"/>
          <w:b w:val="0"/>
          <w:i w:val="0"/>
          <w:color w:val="000000"/>
          <w:sz w:val="24"/>
        </w:rPr>
        <w:t xml:space="preserve">. </w:t>
      </w:r>
      <w:r>
        <w:rPr>
          <w:rFonts w:ascii="Georgia" w:hAnsi="Georgia"/>
          <w:b/>
          <w:i w:val="0"/>
          <w:color w:val="000000"/>
          <w:sz w:val="24"/>
        </w:rPr>
        <w:t>«И все вместе они составляют искры РАПАХ, о которых мы упоминаем повсюду в этом нашем сочинении»</w:t>
      </w:r>
      <w:r>
        <w:rPr>
          <w:rFonts w:ascii="Georgia" w:hAnsi="Georgia"/>
          <w:b w:val="0"/>
          <w:i w:val="0"/>
          <w:color w:val="000000"/>
          <w:sz w:val="24"/>
        </w:rPr>
        <w:t>. И на первый взгляд эти слова противоречат тому, что разъяснялось выше в конце упомянутого «Шаар маамарей РАШБИ», где говорится, что это тайна девяти мелахим, в каждом из которых по 32 свойства, что в гематрии составляет РАПАХ, как сказано выше, см. там. Суть же в том, что весь смысл швират а-келим, как уже разъяснялось, заключается в их отделении от света хохма, называемого Ацилут, и переходе на уровень Бины и ЗОН, называемый БЕА, как написано в «Паним Меирот», ветви 22 и 24, см. там. И потому это называется смертью, ведь свет хохма — это свет сущности каждого парцуфа, и потому этот свет называется «хая», как известно: кли сфиры называется Хохма, а свет в ней называется «хая», поскольку КАХАБ, ЗОН — это названия келим, а света в них определяются как НАРАНХАЙ, как известно. А поскольку ЗАТ де-Некудим отделились от света хая, как свеча, вынесенная из факела, они определяются как мертвые, то есть лишенные света хая, см. там. И вместе с этим ты поймешь, что весь смысл исправления мелахим состоит в том, чтобы вернуть им те света — то есть свет хая, как сказано. И то, что Учитель определяет значение искр РАПАХ через четыре свойства АБ в четырех парцуфим: АБ, САГ, МА и БОН, утверждая, что именно они главные, а все остальные включены в них, имеет в виду упомянутое выше: ведь именно АБ в каждом парцуфе — то есть уровень Хохма, несущий свет хая, называемый АБ каждого парцуфа, — главным образом и необходимо вернуть умершим парцуфим, и потому он называет их «четырежды АБ».</w:t>
      </w:r>
    </w:p>
    <w:p>
      <w:pPr>
        <w:spacing w:before="40" w:after="120"/>
        <w:jc w:val="both"/>
      </w:pPr>
      <w:r>
        <w:rPr>
          <w:rFonts w:ascii="Georgia" w:hAnsi="Georgia"/>
          <w:b w:val="0"/>
          <w:i w:val="0"/>
          <w:color w:val="000000"/>
          <w:sz w:val="24"/>
        </w:rPr>
        <w:t xml:space="preserve">И в этом ты также поймешь определение 315 искр, о котором говорит здесь Учитель; и это согласуется со сказанным в стихе со словом </w:t>
      </w:r>
      <w:r>
        <w:rPr>
          <w:rFonts w:ascii="Georgia" w:hAnsi="Georgia"/>
          <w:b w:val="0"/>
          <w:i/>
          <w:color w:val="000000"/>
          <w:sz w:val="24"/>
        </w:rPr>
        <w:t>шату</w:t>
      </w:r>
      <w:r>
        <w:rPr>
          <w:rFonts w:ascii="Georgia" w:hAnsi="Georgia"/>
          <w:b w:val="0"/>
          <w:i w:val="0"/>
          <w:color w:val="000000"/>
          <w:sz w:val="24"/>
        </w:rPr>
        <w:t xml:space="preserve"> — </w:t>
      </w:r>
      <w:r>
        <w:rPr>
          <w:rFonts w:ascii="Georgia" w:hAnsi="Georgia"/>
          <w:b w:val="0"/>
          <w:i/>
          <w:color w:val="000000"/>
          <w:sz w:val="24"/>
        </w:rPr>
        <w:t>«рассыпался [народ и собирал]»</w:t>
      </w:r>
      <w:r>
        <w:rPr>
          <w:rFonts w:ascii="Georgia" w:hAnsi="Georgia"/>
          <w:b w:val="0"/>
          <w:i w:val="0"/>
          <w:color w:val="000000"/>
          <w:sz w:val="24"/>
        </w:rPr>
        <w:t xml:space="preserve"> (</w:t>
      </w:r>
      <w:r>
        <w:rPr>
          <w:rFonts w:ascii="Georgia" w:hAnsi="Georgia" w:cs="Times New Roman"/>
          <w:b/>
          <w:i w:val="0"/>
          <w:color w:val="000000"/>
          <w:sz w:val="24"/>
          <w:rtl/>
          <w:szCs w:val="32"/>
        </w:rPr>
        <w:t>שָׁטוּ</w:t>
      </w:r>
      <w:r>
        <w:rPr>
          <w:rFonts w:ascii="Georgia" w:hAnsi="Georgia"/>
          <w:b w:val="0"/>
          <w:i w:val="0"/>
          <w:color w:val="000000"/>
          <w:sz w:val="24"/>
        </w:rPr>
        <w:t xml:space="preserve">, Бемидбар 11:8), как приводится в Зоаре (Шмот, Бешалах, пункт 400): </w:t>
      </w:r>
      <w:r>
        <w:rPr>
          <w:rFonts w:ascii="Georgia" w:hAnsi="Georgia"/>
          <w:b/>
          <w:i w:val="0"/>
          <w:color w:val="000000"/>
          <w:sz w:val="24"/>
        </w:rPr>
        <w:t>«*«Рассыпался народ и собирал»* — по собственному безумию (</w:t>
      </w:r>
      <w:r>
        <w:rPr>
          <w:rFonts w:ascii="Georgia" w:hAnsi="Georgia" w:cs="Times New Roman"/>
          <w:b/>
          <w:i w:val="0"/>
          <w:color w:val="000000"/>
          <w:sz w:val="24"/>
          <w:rtl/>
          <w:szCs w:val="32"/>
        </w:rPr>
        <w:t>בִּשְׁטוּתָא דְּגַרְמַיְיהוּ</w:t>
      </w:r>
      <w:r>
        <w:rPr>
          <w:rFonts w:ascii="Georgia" w:hAnsi="Georgia"/>
          <w:b/>
          <w:i w:val="0"/>
          <w:color w:val="000000"/>
          <w:sz w:val="24"/>
        </w:rPr>
        <w:t>)</w:t>
      </w:r>
      <w:r>
        <w:rPr>
          <w:rFonts w:ascii="Georgia" w:hAnsi="Georgia"/>
          <w:b w:val="0"/>
          <w:i w:val="0"/>
          <w:color w:val="000000"/>
          <w:sz w:val="24"/>
        </w:rPr>
        <w:t>». И это также указывает на недостаток хохмы при швират а-келим, ведь безумие (</w:t>
      </w:r>
      <w:r>
        <w:rPr>
          <w:rFonts w:ascii="Georgia" w:hAnsi="Georgia"/>
          <w:b w:val="0"/>
          <w:i/>
          <w:color w:val="000000"/>
          <w:sz w:val="24"/>
        </w:rPr>
        <w:t>штута</w:t>
      </w:r>
      <w:r>
        <w:rPr>
          <w:rFonts w:ascii="Georgia" w:hAnsi="Georgia"/>
          <w:b w:val="0"/>
          <w:i w:val="0"/>
          <w:color w:val="000000"/>
          <w:sz w:val="24"/>
        </w:rPr>
        <w:t xml:space="preserve">, </w:t>
      </w:r>
      <w:r>
        <w:rPr>
          <w:rFonts w:ascii="Georgia" w:hAnsi="Georgia" w:cs="Times New Roman"/>
          <w:b/>
          <w:i w:val="0"/>
          <w:color w:val="000000"/>
          <w:sz w:val="24"/>
          <w:rtl/>
          <w:szCs w:val="32"/>
        </w:rPr>
        <w:t>שְׁטוּתָא</w:t>
      </w:r>
      <w:r>
        <w:rPr>
          <w:rFonts w:ascii="Georgia" w:hAnsi="Georgia"/>
          <w:b w:val="0"/>
          <w:i w:val="0"/>
          <w:color w:val="000000"/>
          <w:sz w:val="24"/>
        </w:rPr>
        <w:t xml:space="preserve">) указывает на недостаток хохмы, и именно это определяется понятием 315 искр — то есть мерой недостатка в келим. Мера же недостатка в светах определяется четырьмя [именами] АБ, составляющими РАПАХ; и в этом тайна слов Учителя о стихе со словом </w:t>
      </w:r>
      <w:r>
        <w:rPr>
          <w:rFonts w:ascii="Georgia" w:hAnsi="Georgia"/>
          <w:b w:val="0"/>
          <w:i/>
          <w:color w:val="000000"/>
          <w:sz w:val="24"/>
        </w:rPr>
        <w:t>мерахэфет</w:t>
      </w:r>
      <w:r>
        <w:rPr>
          <w:rFonts w:ascii="Georgia" w:hAnsi="Georgia"/>
          <w:b w:val="0"/>
          <w:i w:val="0"/>
          <w:color w:val="000000"/>
          <w:sz w:val="24"/>
        </w:rPr>
        <w:t xml:space="preserve"> (</w:t>
      </w:r>
      <w:r>
        <w:rPr>
          <w:rFonts w:ascii="Georgia" w:hAnsi="Georgia"/>
          <w:b w:val="0"/>
          <w:i/>
          <w:color w:val="000000"/>
          <w:sz w:val="24"/>
        </w:rPr>
        <w:t>«парил»</w:t>
      </w:r>
      <w:r>
        <w:rPr>
          <w:rFonts w:ascii="Georgia" w:hAnsi="Georgia"/>
          <w:b w:val="0"/>
          <w:i w:val="0"/>
          <w:color w:val="000000"/>
          <w:sz w:val="24"/>
        </w:rPr>
        <w:t xml:space="preserve">, Берешит 1:2, </w:t>
      </w:r>
      <w:r>
        <w:rPr>
          <w:rFonts w:ascii="Georgia" w:hAnsi="Georgia" w:cs="Times New Roman"/>
          <w:b/>
          <w:i w:val="0"/>
          <w:color w:val="000000"/>
          <w:sz w:val="24"/>
          <w:rtl/>
          <w:szCs w:val="32"/>
        </w:rPr>
        <w:t>מְרַחֶפֶת</w:t>
      </w:r>
      <w:r>
        <w:rPr>
          <w:rFonts w:ascii="Georgia" w:hAnsi="Georgia"/>
          <w:b w:val="0"/>
          <w:i w:val="0"/>
          <w:color w:val="000000"/>
          <w:sz w:val="24"/>
        </w:rPr>
        <w:t xml:space="preserve">), где он говорит, что оно намекает на </w:t>
      </w:r>
      <w:r>
        <w:rPr>
          <w:rFonts w:ascii="Georgia" w:hAnsi="Georgia"/>
          <w:b w:val="0"/>
          <w:i/>
          <w:color w:val="000000"/>
          <w:sz w:val="24"/>
        </w:rPr>
        <w:t>мет</w:t>
      </w:r>
      <w:r>
        <w:rPr>
          <w:rFonts w:ascii="Georgia" w:hAnsi="Georgia"/>
          <w:b w:val="0"/>
          <w:i w:val="0"/>
          <w:color w:val="000000"/>
          <w:sz w:val="24"/>
        </w:rPr>
        <w:t xml:space="preserve"> РАПАХ (</w:t>
      </w:r>
      <w:r>
        <w:rPr>
          <w:rFonts w:ascii="Georgia" w:hAnsi="Georgia" w:cs="Times New Roman"/>
          <w:b/>
          <w:i w:val="0"/>
          <w:color w:val="000000"/>
          <w:sz w:val="24"/>
          <w:rtl/>
          <w:szCs w:val="32"/>
        </w:rPr>
        <w:t>מֵת רפ״ח</w:t>
      </w:r>
      <w:r>
        <w:rPr>
          <w:rFonts w:ascii="Georgia" w:hAnsi="Georgia"/>
          <w:b w:val="0"/>
          <w:i w:val="0"/>
          <w:color w:val="000000"/>
          <w:sz w:val="24"/>
        </w:rPr>
        <w:t>, «умерло 288»), то есть на недостаток в светах, называемых «хая», как сказано.</w:t>
      </w:r>
    </w:p>
    <w:p>
      <w:pPr>
        <w:spacing w:before="40" w:after="120"/>
        <w:jc w:val="both"/>
      </w:pPr>
      <w:r>
        <w:rPr>
          <w:rFonts w:ascii="Georgia" w:hAnsi="Georgia"/>
          <w:b w:val="0"/>
          <w:i w:val="0"/>
          <w:color w:val="000000"/>
          <w:sz w:val="24"/>
        </w:rPr>
        <w:t xml:space="preserve">Однако нужно очень глубоко понять этот вопрос о 315 [искрах], а также расчет, показывающий, что недостает пяти до счета 320. И эта недостающая пятерка (буква хэй, </w:t>
      </w:r>
      <w:r>
        <w:rPr>
          <w:rFonts w:ascii="Georgia" w:hAnsi="Georgia" w:cs="Times New Roman"/>
          <w:b/>
          <w:i w:val="0"/>
          <w:color w:val="000000"/>
          <w:sz w:val="24"/>
          <w:rtl/>
          <w:szCs w:val="32"/>
        </w:rPr>
        <w:t>ה</w:t>
      </w:r>
      <w:r>
        <w:rPr>
          <w:rFonts w:ascii="Georgia" w:hAnsi="Georgia"/>
          <w:b w:val="0"/>
          <w:i w:val="0"/>
          <w:color w:val="000000"/>
          <w:sz w:val="24"/>
        </w:rPr>
        <w:t xml:space="preserve"> = 5) недостает от свойства 32 [искр] «каменного сердца», так что поднялось лишь 27 (</w:t>
      </w:r>
      <w:r>
        <w:rPr>
          <w:rFonts w:ascii="Georgia" w:hAnsi="Georgia" w:cs="Times New Roman"/>
          <w:b/>
          <w:i w:val="0"/>
          <w:color w:val="000000"/>
          <w:sz w:val="24"/>
          <w:rtl/>
          <w:szCs w:val="32"/>
        </w:rPr>
        <w:t>ז״ך</w:t>
      </w:r>
      <w:r>
        <w:rPr>
          <w:rFonts w:ascii="Georgia" w:hAnsi="Georgia"/>
          <w:b w:val="0"/>
          <w:i w:val="0"/>
          <w:color w:val="000000"/>
          <w:sz w:val="24"/>
        </w:rPr>
        <w:t xml:space="preserve"> = 27, свойство чистоты, зах). И в этом тайна слов Учителя в «Эц Хаим» в начале раздела «Шаар а-Тиккун»: «отсек и поднял МАН». Имеется в виду упомянутая буква хэй, которая была отсечена в тайне стиха </w:t>
      </w:r>
      <w:r>
        <w:rPr>
          <w:rFonts w:ascii="Georgia" w:hAnsi="Georgia"/>
          <w:b w:val="0"/>
          <w:i/>
          <w:color w:val="000000"/>
          <w:sz w:val="24"/>
        </w:rPr>
        <w:t>«ноги ее нисходят к смерти»</w:t>
      </w:r>
      <w:r>
        <w:rPr>
          <w:rFonts w:ascii="Georgia" w:hAnsi="Georgia"/>
          <w:b w:val="0"/>
          <w:i w:val="0"/>
          <w:color w:val="000000"/>
          <w:sz w:val="24"/>
        </w:rPr>
        <w:t xml:space="preserve"> (Мишлей 5:5), и это тайна </w:t>
      </w:r>
      <w:r>
        <w:rPr>
          <w:rFonts w:ascii="Georgia" w:hAnsi="Georgia"/>
          <w:b w:val="0"/>
          <w:i/>
          <w:color w:val="000000"/>
          <w:sz w:val="24"/>
        </w:rPr>
        <w:t>«земли отсечения»</w:t>
      </w:r>
      <w:r>
        <w:rPr>
          <w:rFonts w:ascii="Georgia" w:hAnsi="Georgia"/>
          <w:b w:val="0"/>
          <w:i w:val="0"/>
          <w:color w:val="000000"/>
          <w:sz w:val="24"/>
        </w:rPr>
        <w:t xml:space="preserve"> (Ваикра 16:22), и потому она осталась иссушенной, совершенно без света, дабы скрыть свойство суда от внешних [сил], чтобы они не ухватились и не перемешали зло с добром, как написано на своем месте. И из этого ты поймешь, что хотя на [уровень] МАН поднимается вся совокупность 320 искр, тем не менее они считаются лишь 315 искрами, как сказано. Это указывает на скрытие суда в них, что представляет собой пятерку, недостающую от счета 32 последних свойств. Выше уже разъяснялось, что также свойства чистоты (зах, 27) из 32 последних свойств, которые поднялись, скрылись в рош де-ло итйада, а их свечение распространилось в Гвуру де-Атик, что именуется Буциной де-кардинута, см. там.</w:t>
      </w:r>
    </w:p>
    <w:p>
      <w:pPr>
        <w:spacing w:before="40" w:after="120"/>
        <w:jc w:val="both"/>
      </w:pPr>
      <w:r>
        <w:rPr>
          <w:rFonts w:ascii="Georgia" w:hAnsi="Georgia"/>
          <w:b w:val="0"/>
          <w:i w:val="0"/>
          <w:color w:val="000000"/>
          <w:sz w:val="24"/>
        </w:rPr>
        <w:t xml:space="preserve">Однако оттуда это свечение распространилось и скрылось внутри Бины, как пишет Учитель ниже со слов Зоара: «эта Буцина де-кардинута сокрыта во чреве Имы». И ты ведь уже знаешь, что каждый высший парцуф выясняет для себя свою долю из тех 315 искр — то есть добрую часть, называемую искрами РАПАХ, а оставшееся, что к нему не относится, отталкивает к более нижнему по отношению к нему парцуфу. И знай, что этот остаток от высшего всегда обозначается как 320 искр, и это потому, что Буцина де-кардинута высшего парцуфа, оттолкнувшего эти искры к нижнему, также присоединяется к ним в расчете — то есть свечение корня суда Буцины де-кардинута сопутствует им. И об этом [Аризаль] говорит, что 315 искр — прежние. Пояснение: они происходят из совокупности 315 искр, поднявшихся в высший парцуф в качестве МАН; и высший выделил для себя свойство РАПАХ своей доли, а остальные искры, остающиеся в смеси добра и зла, которые также называются 315 искрами (поскольку из них еще не выделено добро, то есть РАПАХ), и которые он отталкивает к нижнему, считаются прежними искрами, то есть теми, что уже поднялись из БЕА в высший. А то свечение от свойства Гвуры и Буцины де-кардинута высшего, которое сопутствует им, называется пятью новыми искрами. И об этом он говорит (в пункте 1): </w:t>
      </w:r>
      <w:r>
        <w:rPr>
          <w:rFonts w:ascii="Georgia" w:hAnsi="Georgia"/>
          <w:b/>
          <w:i w:val="0"/>
          <w:color w:val="000000"/>
          <w:sz w:val="24"/>
        </w:rPr>
        <w:t>«Хотя там кажется, что это 320 искр, а здесь называет их РАПАХ, все это одно и то же»</w:t>
      </w:r>
      <w:r>
        <w:rPr>
          <w:rFonts w:ascii="Georgia" w:hAnsi="Georgia"/>
          <w:b w:val="0"/>
          <w:i w:val="0"/>
          <w:color w:val="000000"/>
          <w:sz w:val="24"/>
        </w:rPr>
        <w:t>. То есть, как мы сказали: то, что высший выясняет для себя из 320 искр, — это тайна РАПАХ, а остатки, не подходящие для его доли, которые он отталкивает к нижнему, — это тайна 320, поскольку они содержат смесь добра и зла, как сказано. И точно так же этот парцуф выясняет из них подходящие ему [искры] РАПАХ, а остатки, которые он не выделил, отталкивает к еще более нижнему парцуфу. И потому те остатки также называются 320, и так далее тем же путем.</w:t>
      </w:r>
    </w:p>
    <w:p>
      <w:pPr>
        <w:spacing w:before="40" w:after="120"/>
        <w:jc w:val="both"/>
      </w:pPr>
      <w:r>
        <w:rPr>
          <w:rFonts w:ascii="Georgia" w:hAnsi="Georgia"/>
          <w:b w:val="0"/>
          <w:i w:val="0"/>
          <w:color w:val="000000"/>
          <w:sz w:val="24"/>
        </w:rPr>
        <w:t xml:space="preserve">3) </w:t>
      </w:r>
      <w:r>
        <w:rPr>
          <w:rFonts w:ascii="Georgia" w:hAnsi="Georgia"/>
          <w:b/>
          <w:i w:val="0"/>
          <w:color w:val="000000"/>
          <w:sz w:val="24"/>
        </w:rPr>
        <w:t>«И оказывается, что это другие 320 искр в Нукве де-Зеир Анпин»</w:t>
      </w:r>
      <w:r>
        <w:rPr>
          <w:rFonts w:ascii="Georgia" w:hAnsi="Georgia"/>
          <w:b w:val="0"/>
          <w:i w:val="0"/>
          <w:color w:val="000000"/>
          <w:sz w:val="24"/>
        </w:rPr>
        <w:t xml:space="preserve">: выше уже разъяснялось, что все свойства искр МАН каждого из пяти парцуфим определяются как 320 до выяснения, и как РАПАХ — после выяснения, а затем они определяются как 325, как будет сказано далее. Однако значение «четырежды АБ», составляющих РАПАХ, указывает на время их пребывания в БЕА до подъема, когда они находились там в тайне </w:t>
      </w:r>
      <w:r>
        <w:rPr>
          <w:rFonts w:ascii="Georgia" w:hAnsi="Georgia"/>
          <w:b w:val="0"/>
          <w:i/>
          <w:color w:val="000000"/>
          <w:sz w:val="24"/>
        </w:rPr>
        <w:t>мет</w:t>
      </w:r>
      <w:r>
        <w:rPr>
          <w:rFonts w:ascii="Georgia" w:hAnsi="Georgia"/>
          <w:b w:val="0"/>
          <w:i w:val="0"/>
          <w:color w:val="000000"/>
          <w:sz w:val="24"/>
        </w:rPr>
        <w:t xml:space="preserve"> РАПАХ («умерло 288») из-за отсутствия света хая, будучи абсолютными гвурот и судами. И как написано в «Маво Шеарим», раздел 5, часть 1, глава 2: </w:t>
      </w:r>
      <w:r>
        <w:rPr>
          <w:rFonts w:ascii="Georgia" w:hAnsi="Georgia"/>
          <w:b/>
          <w:i w:val="0"/>
          <w:color w:val="000000"/>
          <w:sz w:val="24"/>
        </w:rPr>
        <w:t>«И каково число 320 искр света, находящихся в тех келим, таковы же и искры примесей, выходящих из них: их также 320 искр наподобие тех»</w:t>
      </w:r>
      <w:r>
        <w:rPr>
          <w:rFonts w:ascii="Georgia" w:hAnsi="Georgia"/>
          <w:b w:val="0"/>
          <w:i w:val="0"/>
          <w:color w:val="000000"/>
          <w:sz w:val="24"/>
        </w:rPr>
        <w:t xml:space="preserve">. И это согласуется со сказанным: отталкиваемые к нижнему остатки всегда определяются понятием 320 искр. И см. там же, в главе 3: </w:t>
      </w:r>
      <w:r>
        <w:rPr>
          <w:rFonts w:ascii="Georgia" w:hAnsi="Georgia"/>
          <w:b/>
          <w:i w:val="0"/>
          <w:color w:val="000000"/>
          <w:sz w:val="24"/>
        </w:rPr>
        <w:t>«Ибо на каждом уровне и на каждой ступени эти 320 снова и снова выясняются вплоть до конца [мира] Асия, пока от них не останутся абсолютные примеси, в которых нет никакой пользы, — а это и есть клипот»</w:t>
      </w:r>
      <w:r>
        <w:rPr>
          <w:rFonts w:ascii="Georgia" w:hAnsi="Georgia"/>
          <w:b w:val="0"/>
          <w:i w:val="0"/>
          <w:color w:val="000000"/>
          <w:sz w:val="24"/>
        </w:rPr>
        <w:t>. И тебе следует знать, что в тайне МАН есть три свойства: света, искры и келим; и все, о чем говорится здесь, относится лишь к искрам МАН, свойства же светов и келим МАН с Б-жьей помощью будут разъяснены в следующих ветвях.</w:t>
      </w:r>
    </w:p>
    <w:p>
      <w:pPr>
        <w:spacing w:before="40" w:after="120"/>
        <w:jc w:val="both"/>
      </w:pPr>
      <w:r>
        <w:rPr>
          <w:rFonts w:ascii="Georgia" w:hAnsi="Georgia"/>
          <w:b w:val="0"/>
          <w:i w:val="0"/>
          <w:color w:val="000000"/>
          <w:sz w:val="24"/>
        </w:rPr>
        <w:t xml:space="preserve">6–7) </w:t>
      </w:r>
      <w:r>
        <w:rPr>
          <w:rFonts w:ascii="Georgia" w:hAnsi="Georgia"/>
          <w:b/>
          <w:i w:val="0"/>
          <w:color w:val="000000"/>
          <w:sz w:val="24"/>
        </w:rPr>
        <w:t>«И это свойство милосердия, соединенного с судом в ней и т. д., и оказывается, что пять гвурот — это пять судов, распространяющихся до 320 и т. д.»</w:t>
      </w:r>
      <w:r>
        <w:rPr>
          <w:rFonts w:ascii="Georgia" w:hAnsi="Georgia"/>
          <w:b w:val="0"/>
          <w:i w:val="0"/>
          <w:color w:val="000000"/>
          <w:sz w:val="24"/>
        </w:rPr>
        <w:t>: то есть как сказано выше: в ней есть 315 прежних искр из совокупности 320 искр, поднявшихся из БЕА, и еще в ней есть пять новых искр, притягивающихся от Буцины де-кардинута, сокрытой внутри Имы, которые вместе составляют 320 искр, на которые намекают пять раз слово «суд» (</w:t>
      </w:r>
      <w:r>
        <w:rPr>
          <w:rFonts w:ascii="Georgia" w:hAnsi="Georgia"/>
          <w:b w:val="0"/>
          <w:i/>
          <w:color w:val="000000"/>
          <w:sz w:val="24"/>
        </w:rPr>
        <w:t>дин</w:t>
      </w:r>
      <w:r>
        <w:rPr>
          <w:rFonts w:ascii="Georgia" w:hAnsi="Georgia"/>
          <w:b w:val="0"/>
          <w:i w:val="0"/>
          <w:color w:val="000000"/>
          <w:sz w:val="24"/>
        </w:rPr>
        <w:t xml:space="preserve">, </w:t>
      </w:r>
      <w:r>
        <w:rPr>
          <w:rFonts w:ascii="Georgia" w:hAnsi="Georgia" w:cs="Times New Roman"/>
          <w:b/>
          <w:i w:val="0"/>
          <w:color w:val="000000"/>
          <w:sz w:val="24"/>
          <w:rtl/>
          <w:szCs w:val="32"/>
        </w:rPr>
        <w:t>דִּין</w:t>
      </w:r>
      <w:r>
        <w:rPr>
          <w:rFonts w:ascii="Georgia" w:hAnsi="Georgia"/>
          <w:b w:val="0"/>
          <w:i w:val="0"/>
          <w:color w:val="000000"/>
          <w:sz w:val="24"/>
        </w:rPr>
        <w:t xml:space="preserve">) в пяти именах АДОНАЙ. Выше уже разъяснялось, что тайна Буцины де-кардинута — это свойства чистоты (зах, 27) из 32 последних свойств, то есть то, что протянулось от точки Первого сокращения, как подробно написано выше. И об этом [Аризаль] говорит (в пункте 8): </w:t>
      </w:r>
      <w:r>
        <w:rPr>
          <w:rFonts w:ascii="Georgia" w:hAnsi="Georgia"/>
          <w:b/>
          <w:i w:val="0"/>
          <w:color w:val="000000"/>
          <w:sz w:val="24"/>
        </w:rPr>
        <w:t>«Ибо Буцина де-кардинута — это тайна корня всех изначальных гвурот и судов»</w:t>
      </w:r>
      <w:r>
        <w:rPr>
          <w:rFonts w:ascii="Georgia" w:hAnsi="Georgia"/>
          <w:b w:val="0"/>
          <w:i w:val="0"/>
          <w:color w:val="000000"/>
          <w:sz w:val="24"/>
        </w:rPr>
        <w:t xml:space="preserve">. Пояснение: от первого корня со стороны Первого сокращения, который есть корень всего; но поскольку они протягиваются сверху вниз — то есть из Гвуры де-Атик, — они называются пятью новыми искрами, соединяющимися с 315 прежними искрами и доводящими их до числа 320, и потому они определяются как свойство суда. И об этом он говорит (в пункте 6): </w:t>
      </w:r>
      <w:r>
        <w:rPr>
          <w:rFonts w:ascii="Georgia" w:hAnsi="Georgia"/>
          <w:b/>
          <w:i w:val="0"/>
          <w:color w:val="000000"/>
          <w:sz w:val="24"/>
        </w:rPr>
        <w:t>«И остается первая буква имени АДОНАЙ — алеф, и это свойство милосердия, соединенного с судом в ней. И эта буква алеф указывает на имя ЭЙЕ, которое есть милосердие»</w:t>
      </w:r>
      <w:r>
        <w:rPr>
          <w:rFonts w:ascii="Georgia" w:hAnsi="Georgia"/>
          <w:b w:val="0"/>
          <w:i w:val="0"/>
          <w:color w:val="000000"/>
          <w:sz w:val="24"/>
        </w:rPr>
        <w:t>. Пояснение: имя ЭЙЕ — это тайна Бины и свойство масаха второй стадии (бхина бэт), являющейся милосердием, как сказано в предыдущей ветви, см. там; и благодаря этим пяти светам услаждаются 320 судов Нуквы в тайне соединения милосердия с судом.</w:t>
      </w:r>
    </w:p>
    <w:p>
      <w:pPr>
        <w:spacing w:before="40" w:after="120"/>
        <w:jc w:val="both"/>
      </w:pPr>
      <w:r>
        <w:rPr>
          <w:rFonts w:ascii="Georgia" w:hAnsi="Georgia"/>
          <w:b w:val="0"/>
          <w:i w:val="0"/>
          <w:color w:val="000000"/>
          <w:sz w:val="24"/>
        </w:rPr>
        <w:t>И вот ты видишь, что эти пять букв алеф (</w:t>
      </w:r>
      <w:r>
        <w:rPr>
          <w:rFonts w:ascii="Georgia" w:hAnsi="Georgia" w:cs="Times New Roman"/>
          <w:b/>
          <w:i w:val="0"/>
          <w:color w:val="000000"/>
          <w:sz w:val="24"/>
          <w:rtl/>
          <w:szCs w:val="32"/>
        </w:rPr>
        <w:t>א</w:t>
      </w:r>
      <w:r>
        <w:rPr>
          <w:rFonts w:ascii="Georgia" w:hAnsi="Georgia"/>
          <w:b w:val="0"/>
          <w:i w:val="0"/>
          <w:color w:val="000000"/>
          <w:sz w:val="24"/>
        </w:rPr>
        <w:t>) — это также свойство масаха, являющегося авиютом; однако поскольку они притягиваются от Имы, они услаждают свойство суда 320 [судов] Нуквы. Но пойми различие между первыми пятью гвурот, которые она получила от Имы и которые соединились с ее 315 [искрами] в 320, и этими пятью буквами алеф, которые также происходят из гвурот Имы, как сказано. Суть же в том, что 320 судов, на которые намекают пять раз слово «суд» (</w:t>
      </w:r>
      <w:r>
        <w:rPr>
          <w:rFonts w:ascii="Georgia" w:hAnsi="Georgia"/>
          <w:b w:val="0"/>
          <w:i/>
          <w:color w:val="000000"/>
          <w:sz w:val="24"/>
        </w:rPr>
        <w:t>дин</w:t>
      </w:r>
      <w:r>
        <w:rPr>
          <w:rFonts w:ascii="Georgia" w:hAnsi="Georgia"/>
          <w:b w:val="0"/>
          <w:i w:val="0"/>
          <w:color w:val="000000"/>
          <w:sz w:val="24"/>
        </w:rPr>
        <w:t xml:space="preserve">, </w:t>
      </w:r>
      <w:r>
        <w:rPr>
          <w:rFonts w:ascii="Georgia" w:hAnsi="Georgia" w:cs="Times New Roman"/>
          <w:b/>
          <w:i w:val="0"/>
          <w:color w:val="000000"/>
          <w:sz w:val="24"/>
          <w:rtl/>
          <w:szCs w:val="32"/>
        </w:rPr>
        <w:t>דִּין</w:t>
      </w:r>
      <w:r>
        <w:rPr>
          <w:rFonts w:ascii="Georgia" w:hAnsi="Georgia"/>
          <w:b w:val="0"/>
          <w:i w:val="0"/>
          <w:color w:val="000000"/>
          <w:sz w:val="24"/>
        </w:rPr>
        <w:t>) в имени АДОНАЙ, — это вся совокупность остатков, оттолкнутых высшим парцуфом в качестве примесей: в них заключена смесь добра со злом, и высший не мог выяснить их, поскольку они не принадлежат к его доле и его ступени, и потому он вынужден спустить их к нижнему парцуфу, когда они все еще перемешаны с примесями, как сказано выше в начале ветви.</w:t>
      </w:r>
    </w:p>
    <w:p>
      <w:pPr>
        <w:spacing w:before="40" w:after="120"/>
        <w:jc w:val="both"/>
      </w:pPr>
      <w:r>
        <w:rPr>
          <w:rFonts w:ascii="Georgia" w:hAnsi="Georgia"/>
          <w:b w:val="0"/>
          <w:i w:val="0"/>
          <w:color w:val="000000"/>
          <w:sz w:val="24"/>
        </w:rPr>
        <w:t>Однако эти пять букв алеф свечения, которые она получает от Имы из тайны имени ЭЙЕ, приходят от свойства РАПАХ, уже чистых и выясненных в высшем. И потому, хотя они также относятся к свойству гвурот — то есть к свойству масаха Имы, — но благодаря тому, что они уже чисты и святы по меньшей мере в высшем, они определяются в нижнем как свойство милосердия. И знай, что любое выражение «мера» (мида) указывает на гвуру и суд, и потому оно называется «мерой (свойством) милосердия» — будучи также тайной гвурот, но [исходящих] от Имы, как сказано.</w:t>
      </w:r>
    </w:p>
    <w:p>
      <w:pPr>
        <w:spacing w:before="40" w:after="120"/>
        <w:jc w:val="both"/>
      </w:pPr>
      <w:r>
        <w:rPr>
          <w:rFonts w:ascii="Georgia" w:hAnsi="Georgia"/>
          <w:b w:val="0"/>
          <w:i w:val="0"/>
          <w:color w:val="000000"/>
          <w:sz w:val="24"/>
        </w:rPr>
        <w:t xml:space="preserve">9) </w:t>
      </w:r>
      <w:r>
        <w:rPr>
          <w:rFonts w:ascii="Georgia" w:hAnsi="Georgia"/>
          <w:b/>
          <w:i w:val="0"/>
          <w:color w:val="000000"/>
          <w:sz w:val="24"/>
        </w:rPr>
        <w:t>«И благодаря тем пяти другим святым гвурот, которые суть капля Имы и т. д., они усладились и исправились»</w:t>
      </w:r>
      <w:r>
        <w:rPr>
          <w:rFonts w:ascii="Georgia" w:hAnsi="Georgia"/>
          <w:b w:val="0"/>
          <w:i w:val="0"/>
          <w:color w:val="000000"/>
          <w:sz w:val="24"/>
        </w:rPr>
        <w:t>: то есть как сказано: поскольку они приходят от чистых выяснений Имы, Нуква называется теперь мягким судом (</w:t>
      </w:r>
      <w:r>
        <w:rPr>
          <w:rFonts w:ascii="Georgia" w:hAnsi="Georgia"/>
          <w:b w:val="0"/>
          <w:i/>
          <w:color w:val="000000"/>
          <w:sz w:val="24"/>
        </w:rPr>
        <w:t>дина рафйа</w:t>
      </w:r>
      <w:r>
        <w:rPr>
          <w:rFonts w:ascii="Georgia" w:hAnsi="Georgia"/>
          <w:b w:val="0"/>
          <w:i w:val="0"/>
          <w:color w:val="000000"/>
          <w:sz w:val="24"/>
        </w:rPr>
        <w:t xml:space="preserve">, </w:t>
      </w:r>
      <w:r>
        <w:rPr>
          <w:rFonts w:ascii="Georgia" w:hAnsi="Georgia" w:cs="Times New Roman"/>
          <w:b/>
          <w:i w:val="0"/>
          <w:color w:val="000000"/>
          <w:sz w:val="24"/>
          <w:rtl/>
          <w:szCs w:val="32"/>
        </w:rPr>
        <w:t>דִּינָא רַפְיָא</w:t>
      </w:r>
      <w:r>
        <w:rPr>
          <w:rFonts w:ascii="Georgia" w:hAnsi="Georgia"/>
          <w:b w:val="0"/>
          <w:i w:val="0"/>
          <w:color w:val="000000"/>
          <w:sz w:val="24"/>
        </w:rPr>
        <w:t>), тогда как до получения этого услаждения она называлась жестким судом (</w:t>
      </w:r>
      <w:r>
        <w:rPr>
          <w:rFonts w:ascii="Georgia" w:hAnsi="Georgia"/>
          <w:b w:val="0"/>
          <w:i/>
          <w:color w:val="000000"/>
          <w:sz w:val="24"/>
        </w:rPr>
        <w:t>дина кашья</w:t>
      </w:r>
      <w:r>
        <w:rPr>
          <w:rFonts w:ascii="Georgia" w:hAnsi="Georgia"/>
          <w:b w:val="0"/>
          <w:i w:val="0"/>
          <w:color w:val="000000"/>
          <w:sz w:val="24"/>
        </w:rPr>
        <w:t xml:space="preserve">, </w:t>
      </w:r>
      <w:r>
        <w:rPr>
          <w:rFonts w:ascii="Georgia" w:hAnsi="Georgia" w:cs="Times New Roman"/>
          <w:b/>
          <w:i w:val="0"/>
          <w:color w:val="000000"/>
          <w:sz w:val="24"/>
          <w:rtl/>
          <w:szCs w:val="32"/>
        </w:rPr>
        <w:t>דִּינָא קַשְׁיָא</w:t>
      </w:r>
      <w:r>
        <w:rPr>
          <w:rFonts w:ascii="Georgia" w:hAnsi="Georgia"/>
          <w:b w:val="0"/>
          <w:i w:val="0"/>
          <w:color w:val="000000"/>
          <w:sz w:val="24"/>
        </w:rPr>
        <w:t xml:space="preserve">). Таким образом, буква алеф имени АДОНАЙ указывает на милосердие, представляющее собой упомянутые пять святых гвурот; а буквы </w:t>
      </w:r>
      <w:r>
        <w:rPr>
          <w:rFonts w:ascii="Georgia" w:hAnsi="Georgia"/>
          <w:b w:val="0"/>
          <w:i/>
          <w:color w:val="000000"/>
          <w:sz w:val="24"/>
        </w:rPr>
        <w:t>дин</w:t>
      </w:r>
      <w:r>
        <w:rPr>
          <w:rFonts w:ascii="Georgia" w:hAnsi="Georgia"/>
          <w:b w:val="0"/>
          <w:i w:val="0"/>
          <w:color w:val="000000"/>
          <w:sz w:val="24"/>
        </w:rPr>
        <w:t xml:space="preserve"> в имени АДОНАЙ — это суд и тайна 320 искр, являющихся жестким судом. И оказывается, что четыре буквы имени АДОНАЙ — это тайна 320 искр в соединении с пятью гвурот, услаждающими их, что составляет 325 (</w:t>
      </w:r>
      <w:r>
        <w:rPr>
          <w:rFonts w:ascii="Georgia" w:hAnsi="Georgia" w:cs="Times New Roman"/>
          <w:b/>
          <w:i w:val="0"/>
          <w:color w:val="000000"/>
          <w:sz w:val="24"/>
          <w:rtl/>
          <w:szCs w:val="32"/>
        </w:rPr>
        <w:t>שכ״ה</w:t>
      </w:r>
      <w:r>
        <w:rPr>
          <w:rFonts w:ascii="Georgia" w:hAnsi="Georgia"/>
          <w:b w:val="0"/>
          <w:i w:val="0"/>
          <w:color w:val="000000"/>
          <w:sz w:val="24"/>
        </w:rPr>
        <w:t>) искр, определение которых — суд, услажденный пятью светами Имы, как сказано выше.</w:t>
      </w:r>
    </w:p>
    <w:p>
      <w:pPr>
        <w:spacing w:before="40" w:after="120"/>
        <w:jc w:val="both"/>
      </w:pPr>
      <w:r>
        <w:rPr>
          <w:rFonts w:ascii="Georgia" w:hAnsi="Georgia"/>
          <w:b w:val="0"/>
          <w:i w:val="0"/>
          <w:color w:val="000000"/>
          <w:sz w:val="24"/>
        </w:rPr>
        <w:t xml:space="preserve">11) </w:t>
      </w:r>
      <w:r>
        <w:rPr>
          <w:rFonts w:ascii="Georgia" w:hAnsi="Georgia"/>
          <w:b/>
          <w:i w:val="0"/>
          <w:color w:val="000000"/>
          <w:sz w:val="24"/>
        </w:rPr>
        <w:t xml:space="preserve">«Суть понятий отрок (*наар*, </w:t>
      </w:r>
      <w:r>
        <w:rPr>
          <w:rFonts w:ascii="Georgia" w:hAnsi="Georgia" w:cs="Times New Roman"/>
          <w:b/>
          <w:i w:val="0"/>
          <w:color w:val="000000"/>
          <w:sz w:val="24"/>
          <w:rtl/>
          <w:szCs w:val="32"/>
        </w:rPr>
        <w:t>נַעַר</w:t>
      </w:r>
      <w:r>
        <w:rPr>
          <w:rFonts w:ascii="Georgia" w:hAnsi="Georgia"/>
          <w:b/>
          <w:i w:val="0"/>
          <w:color w:val="000000"/>
          <w:sz w:val="24"/>
        </w:rPr>
        <w:t xml:space="preserve">) и отроковица (*наара*, </w:t>
      </w:r>
      <w:r>
        <w:rPr>
          <w:rFonts w:ascii="Georgia" w:hAnsi="Georgia" w:cs="Times New Roman"/>
          <w:b/>
          <w:i w:val="0"/>
          <w:color w:val="000000"/>
          <w:sz w:val="24"/>
          <w:rtl/>
          <w:szCs w:val="32"/>
        </w:rPr>
        <w:t>נַעֲרָה</w:t>
      </w:r>
      <w:r>
        <w:rPr>
          <w:rFonts w:ascii="Georgia" w:hAnsi="Georgia"/>
          <w:b/>
          <w:i w:val="0"/>
          <w:color w:val="000000"/>
          <w:sz w:val="24"/>
        </w:rPr>
        <w:t xml:space="preserve">), ибо отрок (*наар*, </w:t>
      </w:r>
      <w:r>
        <w:rPr>
          <w:rFonts w:ascii="Georgia" w:hAnsi="Georgia" w:cs="Times New Roman"/>
          <w:b/>
          <w:i w:val="0"/>
          <w:color w:val="000000"/>
          <w:sz w:val="24"/>
          <w:rtl/>
          <w:szCs w:val="32"/>
        </w:rPr>
        <w:t>נַעַר</w:t>
      </w:r>
      <w:r>
        <w:rPr>
          <w:rFonts w:ascii="Georgia" w:hAnsi="Georgia"/>
          <w:b/>
          <w:i w:val="0"/>
          <w:color w:val="000000"/>
          <w:sz w:val="24"/>
        </w:rPr>
        <w:t>) — в гематрии 320 искр, пока они не усладились и т. д.»</w:t>
      </w:r>
      <w:r>
        <w:rPr>
          <w:rFonts w:ascii="Georgia" w:hAnsi="Georgia"/>
          <w:b w:val="0"/>
          <w:i w:val="0"/>
          <w:color w:val="000000"/>
          <w:sz w:val="24"/>
        </w:rPr>
        <w:t xml:space="preserve">:[^1] и в этом также смысл сказанного в упомянутом Зоаре (недельный раздел Бо, стр. 38, пункт 131): </w:t>
      </w:r>
      <w:r>
        <w:rPr>
          <w:rFonts w:ascii="Georgia" w:hAnsi="Georgia"/>
          <w:b/>
          <w:i w:val="0"/>
          <w:color w:val="000000"/>
          <w:sz w:val="24"/>
        </w:rPr>
        <w:t>«*«Если будет отроковица девственница…»* (Дварим 22:23) — написано *наар* (</w:t>
      </w:r>
      <w:r>
        <w:rPr>
          <w:rFonts w:ascii="Georgia" w:hAnsi="Georgia" w:cs="Times New Roman"/>
          <w:b/>
          <w:i w:val="0"/>
          <w:color w:val="000000"/>
          <w:sz w:val="24"/>
          <w:rtl/>
          <w:szCs w:val="32"/>
        </w:rPr>
        <w:t>נַעַר</w:t>
      </w:r>
      <w:r>
        <w:rPr>
          <w:rFonts w:ascii="Georgia" w:hAnsi="Georgia"/>
          <w:b/>
          <w:i w:val="0"/>
          <w:color w:val="000000"/>
          <w:sz w:val="24"/>
        </w:rPr>
        <w:t>). В чем причина? В том, что пока она не приняла мужское начало, она зовется *наар* и т. д.»</w:t>
      </w:r>
      <w:r>
        <w:rPr>
          <w:rFonts w:ascii="Georgia" w:hAnsi="Georgia"/>
          <w:b w:val="0"/>
          <w:i w:val="0"/>
          <w:color w:val="000000"/>
          <w:sz w:val="24"/>
        </w:rPr>
        <w:t>, см. там. То есть Нуква все еще не готова к принятию мужского начала (захар), находясь в счете 320, что представляет собой жесткий суд (</w:t>
      </w:r>
      <w:r>
        <w:rPr>
          <w:rFonts w:ascii="Georgia" w:hAnsi="Georgia"/>
          <w:b w:val="0"/>
          <w:i/>
          <w:color w:val="000000"/>
          <w:sz w:val="24"/>
        </w:rPr>
        <w:t>дина кашья</w:t>
      </w:r>
      <w:r>
        <w:rPr>
          <w:rFonts w:ascii="Georgia" w:hAnsi="Georgia"/>
          <w:b w:val="0"/>
          <w:i w:val="0"/>
          <w:color w:val="000000"/>
          <w:sz w:val="24"/>
        </w:rPr>
        <w:t xml:space="preserve">), поскольку она еще не готова к выяснению, как сказано выше. И лишь когда она получает пять букв алеф — свечение имени ЭЙЕ де-Има, являющееся пятью святыми гвурот, — тогда она услаждается и становится готовой к принятию мужского начала, благодаря которому они выясняются. И тогда она зовется </w:t>
      </w:r>
      <w:r>
        <w:rPr>
          <w:rFonts w:ascii="Georgia" w:hAnsi="Georgia"/>
          <w:b w:val="0"/>
          <w:i/>
          <w:color w:val="000000"/>
          <w:sz w:val="24"/>
        </w:rPr>
        <w:t>наара</w:t>
      </w:r>
      <w:r>
        <w:rPr>
          <w:rFonts w:ascii="Georgia" w:hAnsi="Georgia"/>
          <w:b w:val="0"/>
          <w:i w:val="0"/>
          <w:color w:val="000000"/>
          <w:sz w:val="24"/>
        </w:rPr>
        <w:t xml:space="preserve"> (</w:t>
      </w:r>
      <w:r>
        <w:rPr>
          <w:rFonts w:ascii="Georgia" w:hAnsi="Georgia" w:cs="Times New Roman"/>
          <w:b/>
          <w:i w:val="0"/>
          <w:color w:val="000000"/>
          <w:sz w:val="24"/>
          <w:rtl/>
          <w:szCs w:val="32"/>
        </w:rPr>
        <w:t>נַעֲרָה</w:t>
      </w:r>
      <w:r>
        <w:rPr>
          <w:rFonts w:ascii="Georgia" w:hAnsi="Georgia"/>
          <w:b w:val="0"/>
          <w:i w:val="0"/>
          <w:color w:val="000000"/>
          <w:sz w:val="24"/>
        </w:rPr>
        <w:t>), числовое значение которой — 325, что указывает на достижение соединения со свойством милосердия.</w:t>
      </w:r>
    </w:p>
    <w:p>
      <w:pPr>
        <w:spacing w:before="40" w:after="120"/>
        <w:jc w:val="both"/>
      </w:pPr>
      <w:r>
        <w:rPr>
          <w:rFonts w:ascii="Georgia" w:hAnsi="Georgia"/>
          <w:b w:val="0"/>
          <w:i w:val="0"/>
          <w:color w:val="000000"/>
          <w:sz w:val="24"/>
        </w:rPr>
        <w:t xml:space="preserve">12) </w:t>
      </w:r>
      <w:r>
        <w:rPr>
          <w:rFonts w:ascii="Georgia" w:hAnsi="Georgia"/>
          <w:b/>
          <w:i w:val="0"/>
          <w:color w:val="000000"/>
          <w:sz w:val="24"/>
        </w:rPr>
        <w:t>«И вот буквы конечных форм (</w:t>
      </w:r>
      <w:r>
        <w:rPr>
          <w:rFonts w:ascii="Georgia" w:hAnsi="Georgia" w:cs="Times New Roman"/>
          <w:b/>
          <w:i w:val="0"/>
          <w:color w:val="000000"/>
          <w:sz w:val="24"/>
          <w:rtl/>
          <w:szCs w:val="32"/>
        </w:rPr>
        <w:t>מנצפ״ך</w:t>
      </w:r>
      <w:r>
        <w:rPr>
          <w:rFonts w:ascii="Georgia" w:hAnsi="Georgia"/>
          <w:b/>
          <w:i w:val="0"/>
          <w:color w:val="000000"/>
          <w:sz w:val="24"/>
        </w:rPr>
        <w:t>) — в гематрии 280 (</w:t>
      </w:r>
      <w:r>
        <w:rPr>
          <w:rFonts w:ascii="Georgia" w:hAnsi="Georgia" w:cs="Times New Roman"/>
          <w:b/>
          <w:i w:val="0"/>
          <w:color w:val="000000"/>
          <w:sz w:val="24"/>
          <w:rtl/>
          <w:szCs w:val="32"/>
        </w:rPr>
        <w:t>פ״ר</w:t>
      </w:r>
      <w:r>
        <w:rPr>
          <w:rFonts w:ascii="Georgia" w:hAnsi="Georgia"/>
          <w:b/>
          <w:i w:val="0"/>
          <w:color w:val="000000"/>
          <w:sz w:val="24"/>
        </w:rPr>
        <w:t>), а различие между 325 и т. д.»</w:t>
      </w:r>
      <w:r>
        <w:rPr>
          <w:rFonts w:ascii="Georgia" w:hAnsi="Georgia"/>
          <w:b w:val="0"/>
          <w:i w:val="0"/>
          <w:color w:val="000000"/>
          <w:sz w:val="24"/>
        </w:rPr>
        <w:t xml:space="preserve">: выше уже разъяснялось, что действие соударения (битуш) Буцины де-кардинута, извергающей искры во все 320 сторон, действует в каждом парцуфе из пяти парцуфим Ацилута, ведь силой битуша Буцины де-кардинута выясняются мохин во всех парцуфим. Как пишет Учитель в «Маво Шеарим», раздел 3, часть 2, глава 6: </w:t>
      </w:r>
      <w:r>
        <w:rPr>
          <w:rFonts w:ascii="Georgia" w:hAnsi="Georgia"/>
          <w:b/>
          <w:i w:val="0"/>
          <w:color w:val="000000"/>
          <w:sz w:val="24"/>
        </w:rPr>
        <w:t>«И вот Буцина де-кардинута, являющаяся Гвурой де-Атик, — это корень всех гвурот вообще, и ее силой Мысль способна производить выяснения и т. д. И вот когда эта Буцина ударяет внутри Мысли, она поднимает выяснения из свойства 325 искр, и там они выясняются; и добро в них исправляется там, а отходы — то есть примеси — отделяются, и она отбрасывает их, поскольку они не относятся к свойству, пригодному для создания из них Аба ве-Има, и потому отбрасывает их; а затем они вновь выясняются внутри Мысли Имы для нужд ЗОН, и так далее тем же путем во всех парцуфим, пока не превратятся в полные отходы»</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также в «Маво Шеарим», раздел 5, часть 1, глава 2 он пишет: </w:t>
      </w:r>
      <w:r>
        <w:rPr>
          <w:rFonts w:ascii="Georgia" w:hAnsi="Georgia"/>
          <w:b/>
          <w:i w:val="0"/>
          <w:color w:val="000000"/>
          <w:sz w:val="24"/>
        </w:rPr>
        <w:t>«Ударяет Буцина де-кардинута и поднимается внутрь Мысли, разбрасывая искры в 320 сторон, и отделяет отходы изнутри Мысли, и выясняется и т. д.: в Мысли Атика выяснился Арих [Анпин], в Мысли АА выяснились Аба ве-Има, в Мысли Аба ве-Има выяснились ЗОН, в Мысли ЗОН выяснился Атик мира Брия, в Мысли Атика мира Брия выяснился АА мира Брия, и так далее подобным образом вплоть до конца мира Асия и т. д.»</w:t>
      </w:r>
      <w:r>
        <w:rPr>
          <w:rFonts w:ascii="Georgia" w:hAnsi="Georgia"/>
          <w:b w:val="0"/>
          <w:i w:val="0"/>
          <w:color w:val="000000"/>
          <w:sz w:val="24"/>
        </w:rPr>
        <w:t>. И вот ты видишь, что процесс битуша Буцины де-кардинута действует во всех парцуфим, ведь ее силой Мысль способна производить выяснение, как сказано выше. И в этом ты поймешь различие между пятью буквами конечных форм (</w:t>
      </w:r>
      <w:r>
        <w:rPr>
          <w:rFonts w:ascii="Georgia" w:hAnsi="Georgia" w:cs="Times New Roman"/>
          <w:b/>
          <w:i w:val="0"/>
          <w:color w:val="000000"/>
          <w:sz w:val="24"/>
          <w:rtl/>
          <w:szCs w:val="32"/>
        </w:rPr>
        <w:t>מנצפ״ך</w:t>
      </w:r>
      <w:r>
        <w:rPr>
          <w:rFonts w:ascii="Georgia" w:hAnsi="Georgia"/>
          <w:b w:val="0"/>
          <w:i w:val="0"/>
          <w:color w:val="000000"/>
          <w:sz w:val="24"/>
        </w:rPr>
        <w:t>), являющимися гвурот мужского начала (захар), и 325 искрами, являющимися гвурот женского начала (некева). Ведь 325 искр относятся к построению самой Нуквы (женского начала), дабы она стала способна принять на себя мужское начало; однако добро еще не отделено в них от зла — лишь усладился жесткий суд в ней, благодаря тому что в высшем они были чистыми и выясненными, но само выяснение в самой Нукве осуществляется посредством гвурот мужского начала — то есть упомянутых пяти букв (</w:t>
      </w:r>
      <w:r>
        <w:rPr>
          <w:rFonts w:ascii="Georgia" w:hAnsi="Georgia" w:cs="Times New Roman"/>
          <w:b/>
          <w:i w:val="0"/>
          <w:color w:val="000000"/>
          <w:sz w:val="24"/>
          <w:rtl/>
          <w:szCs w:val="32"/>
        </w:rPr>
        <w:t>מנצפ״ך</w:t>
      </w:r>
      <w:r>
        <w:rPr>
          <w:rFonts w:ascii="Georgia" w:hAnsi="Georgia"/>
          <w:b w:val="0"/>
          <w:i w:val="0"/>
          <w:color w:val="000000"/>
          <w:sz w:val="24"/>
        </w:rPr>
        <w:t>), согласно приведенным выше словам Учителя в «Маво Шеарим», что Буцина поднимает выяснения из свойства 325 искр.</w:t>
      </w:r>
    </w:p>
    <w:p>
      <w:pPr>
        <w:spacing w:before="40" w:after="120"/>
        <w:jc w:val="both"/>
      </w:pPr>
      <w:r>
        <w:rPr>
          <w:rFonts w:ascii="Georgia" w:hAnsi="Georgia"/>
          <w:b w:val="0"/>
          <w:i w:val="0"/>
          <w:color w:val="000000"/>
          <w:sz w:val="24"/>
        </w:rPr>
        <w:t>Таким образом, 325 искр составляют строение самой Нуквы в тайне мягкого суда, а выяснение тех искр происходит благодаря пяти гвурот мужского начала, даваемым ей в ее Есод, силой которых и совершается выяснение; пойми же [это] как следует, и с Б-жьей помощью это еще будет подробно разъяснено на своем месте. Итак, выяснилось, что тайна 315 искр — это сами искры, упавшие в БЕА и поднимающиеся в качестве МАН, причем к каждому парцуфу приходит то, что причитается его доле. А свойство пяти гвурот, дополняющих до 320 в тайне пятикратного слова «суд» (</w:t>
      </w:r>
      <w:r>
        <w:rPr>
          <w:rFonts w:ascii="Georgia" w:hAnsi="Georgia"/>
          <w:b w:val="0"/>
          <w:i/>
          <w:color w:val="000000"/>
          <w:sz w:val="24"/>
        </w:rPr>
        <w:t>дин</w:t>
      </w:r>
      <w:r>
        <w:rPr>
          <w:rFonts w:ascii="Georgia" w:hAnsi="Georgia"/>
          <w:b w:val="0"/>
          <w:i w:val="0"/>
          <w:color w:val="000000"/>
          <w:sz w:val="24"/>
        </w:rPr>
        <w:t>), — это то, что притягивается от Буцины де-кардинута из тайны изначального корня суда; и тогда эти искры определяются свойством жесткого суда (</w:t>
      </w:r>
      <w:r>
        <w:rPr>
          <w:rFonts w:ascii="Georgia" w:hAnsi="Georgia"/>
          <w:b w:val="0"/>
          <w:i/>
          <w:color w:val="000000"/>
          <w:sz w:val="24"/>
        </w:rPr>
        <w:t>дина кашья</w:t>
      </w:r>
      <w:r>
        <w:rPr>
          <w:rFonts w:ascii="Georgia" w:hAnsi="Georgia"/>
          <w:b w:val="0"/>
          <w:i w:val="0"/>
          <w:color w:val="000000"/>
          <w:sz w:val="24"/>
        </w:rPr>
        <w:t>), и это тайна отрока (</w:t>
      </w:r>
      <w:r>
        <w:rPr>
          <w:rFonts w:ascii="Georgia" w:hAnsi="Georgia"/>
          <w:b w:val="0"/>
          <w:i/>
          <w:color w:val="000000"/>
          <w:sz w:val="24"/>
        </w:rPr>
        <w:t>наар</w:t>
      </w:r>
      <w:r>
        <w:rPr>
          <w:rFonts w:ascii="Georgia" w:hAnsi="Georgia"/>
          <w:b w:val="0"/>
          <w:i w:val="0"/>
          <w:color w:val="000000"/>
          <w:sz w:val="24"/>
        </w:rPr>
        <w:t>). Затем, когда она получает пять святых гвурот Имы, они услаждаются, и называются 325 искрами, и это тайна отроковицы (</w:t>
      </w:r>
      <w:r>
        <w:rPr>
          <w:rFonts w:ascii="Georgia" w:hAnsi="Georgia"/>
          <w:b w:val="0"/>
          <w:i/>
          <w:color w:val="000000"/>
          <w:sz w:val="24"/>
        </w:rPr>
        <w:t>наара</w:t>
      </w:r>
      <w:r>
        <w:rPr>
          <w:rFonts w:ascii="Georgia" w:hAnsi="Georgia"/>
          <w:b w:val="0"/>
          <w:i w:val="0"/>
          <w:color w:val="000000"/>
          <w:sz w:val="24"/>
        </w:rPr>
        <w:t>). И тем самым она становится способна принять еще более услажденные пять гвурот из тайны мужского начала — то есть 280 пяти букв (</w:t>
      </w:r>
      <w:r>
        <w:rPr>
          <w:rFonts w:ascii="Georgia" w:hAnsi="Georgia" w:cs="Times New Roman"/>
          <w:b/>
          <w:i w:val="0"/>
          <w:color w:val="000000"/>
          <w:sz w:val="24"/>
          <w:rtl/>
          <w:szCs w:val="32"/>
        </w:rPr>
        <w:t>פ״ר דמנצפ״ך</w:t>
      </w:r>
      <w:r>
        <w:rPr>
          <w:rFonts w:ascii="Georgia" w:hAnsi="Georgia"/>
          <w:b w:val="0"/>
          <w:i w:val="0"/>
          <w:color w:val="000000"/>
          <w:sz w:val="24"/>
        </w:rPr>
        <w:t>), с помощью которых выясняется добро из ее 325 искр, что представляет собой завершение [исправления] масаха и исправление [сфиры] Есод в тайне счета, как сказано выше; а примеси, число которых также составляет 315 искр, она отталкивает к нижнему по отношению к ней парцуфу. И точно так же во всех парцуфим АБЕА упомянутым путем, пока не останутся примеси совершенно без добра, и тогда они называются свойством лишь одних 32 [искр] «каменного сердца». И вот выяснились определения [этих видов] искр: РАПАХ, 315, 320, 325 и 280 пяти букв (</w:t>
      </w:r>
      <w:r>
        <w:rPr>
          <w:rFonts w:ascii="Georgia" w:hAnsi="Georgia" w:cs="Times New Roman"/>
          <w:b/>
          <w:i w:val="0"/>
          <w:color w:val="000000"/>
          <w:sz w:val="24"/>
          <w:rtl/>
          <w:szCs w:val="32"/>
        </w:rPr>
        <w:t>מנצפ״ך</w:t>
      </w:r>
      <w:r>
        <w:rPr>
          <w:rFonts w:ascii="Georgia" w:hAnsi="Georgia"/>
          <w:b w:val="0"/>
          <w:i w:val="0"/>
          <w:color w:val="000000"/>
          <w:sz w:val="24"/>
        </w:rPr>
        <w:t>) — каждое на своем месте; и помни их, ведь это великие и необходимые правила для последующих исследований, предстоящих нам с Б-жьей помощью.</w:t>
      </w:r>
    </w:p>
    <w:p>
      <w:r>
        <w:br w:type="page"/>
      </w:r>
    </w:p>
    <w:p>
      <w:pPr>
        <w:keepNext/>
        <w:spacing w:before="360" w:after="160"/>
        <w:jc w:val="center"/>
      </w:pPr>
      <w:r>
        <w:rPr>
          <w:rFonts w:ascii="Georgia" w:hAnsi="Georgia"/>
          <w:b w:val="0"/>
          <w:i w:val="0"/>
          <w:color w:val="000000"/>
          <w:sz w:val="40"/>
        </w:rPr>
        <w:t>Ветвь 37</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1) В чем заключается суть МАН (женских вод)? Известно, что подобно тому как мужчина передает жене МАД (мужские воды), притягивающиеся из его мозга, так и у женщины из ее мозга опускаются МАН в ее утробу. И именно из этих МАН и МАД, исходящих из мозга женского и мужского начал, образуется зародыш — то есть души.</w:t>
      </w:r>
    </w:p>
    <w:p>
      <w:pPr>
        <w:spacing w:before="40" w:after="120"/>
        <w:jc w:val="both"/>
      </w:pPr>
      <w:r>
        <w:rPr>
          <w:rFonts w:ascii="Georgia" w:hAnsi="Georgia"/>
          <w:b w:val="0"/>
          <w:i w:val="0"/>
          <w:color w:val="000000"/>
          <w:sz w:val="24"/>
        </w:rPr>
        <w:t>2) В этом заключается смысл двух букв йод в начертании буквы алеф (</w:t>
      </w:r>
      <w:r>
        <w:rPr>
          <w:rFonts w:ascii="Georgia" w:hAnsi="Georgia" w:cs="Times New Roman"/>
          <w:b/>
          <w:i w:val="0"/>
          <w:color w:val="000000"/>
          <w:sz w:val="24"/>
          <w:rtl/>
          <w:szCs w:val="32"/>
        </w:rPr>
        <w:t>א</w:t>
      </w:r>
      <w:r>
        <w:rPr>
          <w:rFonts w:ascii="Georgia" w:hAnsi="Georgia"/>
          <w:b w:val="0"/>
          <w:i w:val="0"/>
          <w:color w:val="000000"/>
          <w:sz w:val="24"/>
        </w:rPr>
        <w:t>): верхняя йод (</w:t>
      </w:r>
      <w:r>
        <w:rPr>
          <w:rFonts w:ascii="Georgia" w:hAnsi="Georgia" w:cs="Times New Roman"/>
          <w:b/>
          <w:i w:val="0"/>
          <w:color w:val="000000"/>
          <w:sz w:val="24"/>
          <w:rtl/>
          <w:szCs w:val="32"/>
        </w:rPr>
        <w:t>י</w:t>
      </w:r>
      <w:r>
        <w:rPr>
          <w:rFonts w:ascii="Georgia" w:hAnsi="Georgia"/>
          <w:b w:val="0"/>
          <w:i w:val="0"/>
          <w:color w:val="000000"/>
          <w:sz w:val="24"/>
        </w:rPr>
        <w:t>) — это мозг мужского начала, нижняя йод — мозг женского начала, а буква вав (</w:t>
      </w:r>
      <w:r>
        <w:rPr>
          <w:rFonts w:ascii="Georgia" w:hAnsi="Georgia" w:cs="Times New Roman"/>
          <w:b/>
          <w:i w:val="0"/>
          <w:color w:val="000000"/>
          <w:sz w:val="24"/>
          <w:rtl/>
          <w:szCs w:val="32"/>
        </w:rPr>
        <w:t>ו</w:t>
      </w:r>
      <w:r>
        <w:rPr>
          <w:rFonts w:ascii="Georgia" w:hAnsi="Georgia"/>
          <w:b w:val="0"/>
          <w:i w:val="0"/>
          <w:color w:val="000000"/>
          <w:sz w:val="24"/>
        </w:rPr>
        <w:t>) между ними — это упомянутая в Зоаре «одна протянутая завеса» (Парса). Верхняя йод — это МАД, и они опускаются до этой завесы, то есть буквы вав; а нижняя йод — это МАН, и они поднимаются к этой завесе.</w:t>
      </w:r>
    </w:p>
    <w:p>
      <w:pPr>
        <w:spacing w:before="40" w:after="120"/>
        <w:jc w:val="both"/>
      </w:pPr>
      <w:r>
        <w:rPr>
          <w:rFonts w:ascii="Georgia" w:hAnsi="Georgia"/>
          <w:b w:val="0"/>
          <w:i w:val="0"/>
          <w:color w:val="000000"/>
          <w:sz w:val="24"/>
        </w:rPr>
        <w:t>3) Все МАН — это гвурот, и они представляют собой [искры] всех тех мелахим, что царствовали в земле Эдом. Суть в том, что мы уже объясняли: вся святость тех мелахим, которые умерли и аннулировались, проходит выяснение (бирур), а из их примесей образовались клипот, как известно. Причина этого в том, чтобы в мире существовали свобода выбора, желание, а также вознаграждение и наказание; именно таков был Его замысел — создать этих мелахим и умертвить их, пойми это.</w:t>
      </w:r>
    </w:p>
    <w:p>
      <w:pPr>
        <w:spacing w:before="40" w:after="120"/>
        <w:jc w:val="both"/>
      </w:pPr>
      <w:r>
        <w:rPr>
          <w:rFonts w:ascii="Georgia" w:hAnsi="Georgia"/>
          <w:b w:val="0"/>
          <w:i w:val="0"/>
          <w:color w:val="000000"/>
          <w:sz w:val="24"/>
        </w:rPr>
        <w:t>4) Все эти мохин относятся к категории судов (диним) и всегда принадлежат женскому началу. И в этих мелахим есть часть, относящаяся к Бине, часть — к Малхут в Абе, часть — к Малхут в АА, и часть — к Малхут в ЗА.</w:t>
      </w:r>
    </w:p>
    <w:p>
      <w:pPr>
        <w:spacing w:before="40" w:after="120"/>
        <w:jc w:val="both"/>
      </w:pPr>
      <w:r>
        <w:rPr>
          <w:rFonts w:ascii="Georgia" w:hAnsi="Georgia"/>
          <w:b w:val="0"/>
          <w:i w:val="0"/>
          <w:color w:val="000000"/>
          <w:sz w:val="24"/>
        </w:rPr>
        <w:t>5) Суть всех этих мелахим — мохин всех женских начал, из которых образуются МАН, как с Б-жьей помощью будет объяснено ниже. А поскольку они представляют собой свойство мохин, то есть Хохму, называемую «мыслью» (махшава), все они выясняются в мысли, как сказано в недельном разделе Пкудей (лист 254б), что они — 325 (</w:t>
      </w:r>
      <w:r>
        <w:rPr>
          <w:rFonts w:ascii="Georgia" w:hAnsi="Georgia" w:cs="Times New Roman"/>
          <w:b/>
          <w:i w:val="0"/>
          <w:color w:val="000000"/>
          <w:sz w:val="24"/>
          <w:rtl/>
          <w:szCs w:val="32"/>
        </w:rPr>
        <w:t>שכ״ה</w:t>
      </w:r>
      <w:r>
        <w:rPr>
          <w:rFonts w:ascii="Georgia" w:hAnsi="Georgia"/>
          <w:b w:val="0"/>
          <w:i w:val="0"/>
          <w:color w:val="000000"/>
          <w:sz w:val="24"/>
        </w:rPr>
        <w:t xml:space="preserve">) искр. Суть их — те семь умерших мелахим, являющихся судами, гвурот и искрами огня. Эти семь мелахим соответствуют семикратному значению слова </w:t>
      </w:r>
      <w:r>
        <w:rPr>
          <w:rFonts w:ascii="Georgia" w:hAnsi="Georgia"/>
          <w:b w:val="0"/>
          <w:i/>
          <w:color w:val="000000"/>
          <w:sz w:val="24"/>
        </w:rPr>
        <w:t>адам</w:t>
      </w:r>
      <w:r>
        <w:rPr>
          <w:rFonts w:ascii="Georgia" w:hAnsi="Georgia"/>
          <w:b w:val="0"/>
          <w:i w:val="0"/>
          <w:color w:val="000000"/>
          <w:sz w:val="24"/>
        </w:rPr>
        <w:t xml:space="preserve"> (</w:t>
      </w:r>
      <w:r>
        <w:rPr>
          <w:rFonts w:ascii="Georgia" w:hAnsi="Georgia" w:cs="Times New Roman"/>
          <w:b/>
          <w:i w:val="0"/>
          <w:color w:val="000000"/>
          <w:sz w:val="24"/>
          <w:rtl/>
          <w:szCs w:val="32"/>
        </w:rPr>
        <w:t>אָדָם</w:t>
      </w:r>
      <w:r>
        <w:rPr>
          <w:rFonts w:ascii="Georgia" w:hAnsi="Georgia"/>
          <w:b w:val="0"/>
          <w:i w:val="0"/>
          <w:color w:val="000000"/>
          <w:sz w:val="24"/>
        </w:rPr>
        <w:t>), что по гематрии составляет 315 (</w:t>
      </w:r>
      <w:r>
        <w:rPr>
          <w:rFonts w:ascii="Georgia" w:hAnsi="Georgia" w:cs="Times New Roman"/>
          <w:b/>
          <w:i w:val="0"/>
          <w:color w:val="000000"/>
          <w:sz w:val="24"/>
          <w:rtl/>
          <w:szCs w:val="32"/>
        </w:rPr>
        <w:t>שט״ו</w:t>
      </w:r>
      <w:r>
        <w:rPr>
          <w:rFonts w:ascii="Georgia" w:hAnsi="Georgia"/>
          <w:b w:val="0"/>
          <w:i w:val="0"/>
          <w:color w:val="000000"/>
          <w:sz w:val="24"/>
        </w:rPr>
        <w:t>), а [вместе с пятью частями] дает 320 (</w:t>
      </w:r>
      <w:r>
        <w:rPr>
          <w:rFonts w:ascii="Georgia" w:hAnsi="Georgia" w:cs="Times New Roman"/>
          <w:b/>
          <w:i w:val="0"/>
          <w:color w:val="000000"/>
          <w:sz w:val="24"/>
          <w:rtl/>
          <w:szCs w:val="32"/>
        </w:rPr>
        <w:t>ש״ך</w:t>
      </w:r>
      <w:r>
        <w:rPr>
          <w:rFonts w:ascii="Georgia" w:hAnsi="Georgia"/>
          <w:b w:val="0"/>
          <w:i w:val="0"/>
          <w:color w:val="000000"/>
          <w:sz w:val="24"/>
        </w:rPr>
        <w:t>). В этом смысл сказанного [в Зоаре]: «разбрасывает искры во все 320 сторон» и т. д. — ведь это и есть МАН, как будет сказано далее; затем во время исправления [высший свет] отделил добро от отходов и устранил отходы из этой мысли. И хотя мелахим семь, они тем не менее представляют собой десять — подобно семи чертогам, упомянутым в разделе Пкудей: чертогов семь, но они содержат десять, поскольку высший чертог включает в себя три, а нижний — два. Так же обстоит дело и здесь: хотя мелахим семь, их десять по указанному правилу.</w:t>
      </w:r>
    </w:p>
    <w:p>
      <w:pPr>
        <w:spacing w:before="40" w:after="120"/>
        <w:jc w:val="both"/>
      </w:pPr>
      <w:r>
        <w:rPr>
          <w:rFonts w:ascii="Georgia" w:hAnsi="Georgia"/>
          <w:b w:val="0"/>
          <w:i w:val="0"/>
          <w:color w:val="000000"/>
          <w:sz w:val="24"/>
        </w:rPr>
        <w:t>6) Что касается их выяснения посредством мысли, суть дела такова, как мы уже говорили: все эти мелахим являются свойством мохин женских начал, которые также называются мыслью. Поэтому, когда высшая мысль — то есть Хохма Стимаа в голове Атика — пожелала исправить ее после того, как АА завершил свои исправления, тогда его свет вышел благодаря уменьшению его света вследствие этих исправлений, как известно. За счет этого у этих мелахим появилась сила ожить и воспринять высший свет. Тогда высшая мысль — Моха Стимаа в голове Атика — осветила их, и благодаря этому мелахим прошли выяснение. Тогда самое отборное из них — то, что относится в них к АА, — поднялось как МАН и выяснилось, а остальное осталось внизу.</w:t>
      </w:r>
    </w:p>
    <w:p>
      <w:pPr>
        <w:spacing w:before="40" w:after="120"/>
        <w:jc w:val="both"/>
      </w:pPr>
      <w:r>
        <w:rPr>
          <w:rFonts w:ascii="Georgia" w:hAnsi="Georgia"/>
          <w:b w:val="0"/>
          <w:i w:val="0"/>
          <w:color w:val="000000"/>
          <w:sz w:val="24"/>
        </w:rPr>
        <w:t>7) Знай, что та часть, которая поднялась в АА, — это волосы его дикны (бороды), как известно и как сказано в Идре о первом исправлении, называемом ЭЛЬ, где пребывают три мира — три мелеха из тех семи: Бела, Йовав и Хушам. Эти волосы притягиваются из самого Моха Стимаа, то есть Хохма Стимаа, являющейся Нуквой по отношению к Кетеру Атика. Оказывается, эти волосы служат для нее МАН, и потому волосы дикны — это суровые суды.</w:t>
      </w:r>
    </w:p>
    <w:p>
      <w:pPr>
        <w:spacing w:before="40" w:after="120"/>
        <w:jc w:val="both"/>
      </w:pPr>
      <w:r>
        <w:rPr>
          <w:rFonts w:ascii="Georgia" w:hAnsi="Georgia"/>
          <w:b w:val="0"/>
          <w:i w:val="0"/>
          <w:color w:val="000000"/>
          <w:sz w:val="24"/>
        </w:rPr>
        <w:t>8) Затем произошло второе выяснение: когда выяснилась часть, относящаяся к АА, которая там находилась, и [эти искры] вышли оттуда, поднялись и выяснились в мысли АА, как сказано выше, тогда эта часть Бины, находившаяся внутри Малхут, выяснилась и поднялась на свое место наверху. А когда исправились Аба ве-Има, тогда выяснилась и часть ЗОН, и они вышли оттуда и поднялись как МАН к Бине.</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3) </w:t>
      </w:r>
      <w:r>
        <w:rPr>
          <w:rFonts w:ascii="Georgia" w:hAnsi="Georgia"/>
          <w:b/>
          <w:i w:val="0"/>
          <w:color w:val="000000"/>
          <w:sz w:val="24"/>
        </w:rPr>
        <w:t>«Именно таков был Его замысел — создать этих мелахим и умертвить их, пойми это»</w:t>
      </w:r>
      <w:r>
        <w:rPr>
          <w:rFonts w:ascii="Georgia" w:hAnsi="Georgia"/>
          <w:b w:val="0"/>
          <w:i w:val="0"/>
          <w:color w:val="000000"/>
          <w:sz w:val="24"/>
        </w:rPr>
        <w:t>: это уже объяснялось выше, в ветви 12: как смерть и оживление этих мелахим стали причиной вознаграждения и наказания, что составляет тайну десяти речений; смотри там в «Паним Меирот» и «Паним Масбирот».</w:t>
      </w:r>
    </w:p>
    <w:p>
      <w:pPr>
        <w:spacing w:before="40" w:after="120"/>
        <w:jc w:val="both"/>
      </w:pPr>
      <w:r>
        <w:rPr>
          <w:rFonts w:ascii="Georgia" w:hAnsi="Georgia"/>
          <w:b w:val="0"/>
          <w:i w:val="0"/>
          <w:color w:val="000000"/>
          <w:sz w:val="24"/>
        </w:rPr>
        <w:t xml:space="preserve">4) </w:t>
      </w:r>
      <w:r>
        <w:rPr>
          <w:rFonts w:ascii="Georgia" w:hAnsi="Georgia"/>
          <w:b/>
          <w:i w:val="0"/>
          <w:color w:val="000000"/>
          <w:sz w:val="24"/>
        </w:rPr>
        <w:t>«Все эти мохин относятся к категории судов и всегда принадлежат женскому началу»</w:t>
      </w:r>
      <w:r>
        <w:rPr>
          <w:rFonts w:ascii="Georgia" w:hAnsi="Georgia"/>
          <w:b w:val="0"/>
          <w:i w:val="0"/>
          <w:color w:val="000000"/>
          <w:sz w:val="24"/>
        </w:rPr>
        <w:t xml:space="preserve">: то есть все мохин, включенные в мелахим де-Некудим, которые разбились и упали в БЕА, представляют собой образ одного человека от головы до ног, утонувшего в клипот. В мире Исправления он постепенно выясняется на протяжении шести тысяч лет и посредством десяти речений, и все, что из него выясняется, становится мохин в парцуфим мира Ацилут. Однако пока он не выяснится полностью, до осуществления [стиха] </w:t>
      </w:r>
      <w:r>
        <w:rPr>
          <w:rFonts w:ascii="Georgia" w:hAnsi="Georgia"/>
          <w:b w:val="0"/>
          <w:i/>
          <w:color w:val="000000"/>
          <w:sz w:val="24"/>
        </w:rPr>
        <w:t>«Поглощена будет смерть навеки»</w:t>
      </w:r>
      <w:r>
        <w:rPr>
          <w:rFonts w:ascii="Georgia" w:hAnsi="Georgia"/>
          <w:b w:val="0"/>
          <w:i w:val="0"/>
          <w:color w:val="000000"/>
          <w:sz w:val="24"/>
        </w:rPr>
        <w:t xml:space="preserve"> (Йешаяу 25:8), эти мохин все еще считаются судами — то есть неполными, и потому они не постоянны в парцуфим, а то поднимаются, то опускаются в Шаббаты и в будни. Об этом и сказано, что они относятся к категории судов и всегда принадлежат женскому началу. Ведь эти поднимающиеся и проходящие выяснение мохин выясняются не иначе как с помощью нового МА, так что по отношению к нему они пребывают в качестве Нуквы, согласно правилу: «все, что приобрела жена, приобрел ее муж».</w:t>
      </w:r>
    </w:p>
    <w:p>
      <w:pPr>
        <w:spacing w:before="40" w:after="120"/>
        <w:jc w:val="both"/>
      </w:pPr>
      <w:r>
        <w:rPr>
          <w:rFonts w:ascii="Georgia" w:hAnsi="Georgia"/>
          <w:b/>
          <w:i w:val="0"/>
          <w:color w:val="000000"/>
          <w:sz w:val="24"/>
        </w:rPr>
        <w:t>«И в этих мелахим есть часть, относящаяся к Бине, и т. д.»</w:t>
      </w:r>
      <w:r>
        <w:rPr>
          <w:rFonts w:ascii="Georgia" w:hAnsi="Georgia"/>
          <w:b w:val="0"/>
          <w:i w:val="0"/>
          <w:color w:val="000000"/>
          <w:sz w:val="24"/>
        </w:rPr>
        <w:t>: формулировка здесь не вполне упорядочена, и следует читать так: «И в этих мелахим есть часть, относящаяся к АА и к Малхут де-АА, к Абе и к Малхут де-Аба, к Име и к Малхут де-Има, к ЗА и к Малхут де-ЗА». И смысл здесь таков, как написано выше в ветви 31 относительно лицевой и обратной стороны букв — первых девяти сфирот каждого парцуфа, и тайны их числового значения, составляющего Малхут каждого парцуфа, смотри там внимательно.</w:t>
      </w:r>
    </w:p>
    <w:p>
      <w:pPr>
        <w:spacing w:before="40" w:after="120"/>
        <w:jc w:val="both"/>
      </w:pPr>
      <w:r>
        <w:rPr>
          <w:rFonts w:ascii="Georgia" w:hAnsi="Georgia"/>
          <w:b w:val="0"/>
          <w:i w:val="0"/>
          <w:color w:val="000000"/>
          <w:sz w:val="24"/>
        </w:rPr>
        <w:t xml:space="preserve">8) </w:t>
      </w:r>
      <w:r>
        <w:rPr>
          <w:rFonts w:ascii="Georgia" w:hAnsi="Georgia"/>
          <w:b/>
          <w:i w:val="0"/>
          <w:color w:val="000000"/>
          <w:sz w:val="24"/>
        </w:rPr>
        <w:t>«Затем произошло второе выяснение: когда выяснилась часть, относящаяся к АА, которая там находилась, и вышли оттуда, и т. д.»</w:t>
      </w:r>
      <w:r>
        <w:rPr>
          <w:rFonts w:ascii="Georgia" w:hAnsi="Georgia"/>
          <w:b w:val="0"/>
          <w:i w:val="0"/>
          <w:color w:val="000000"/>
          <w:sz w:val="24"/>
        </w:rPr>
        <w:t>: здесь типографский пропуск, и следует читать: «...находилась там, тогда выяснились также свойства Аба ве-Има и вышли оттуда и т. д.». Это согласуется со сказанным им ниже об исправлении Аба ве-Има: «А когда исправились Аба ве-Има, тогда выяснилась также часть ЗОН, и они вышли оттуда и т. д.», поскольку выяснение приводит к выходу наружу. В предельном сокращении суть дела такова: ниже, в ветви 38, объясняется, что сначала выяснились пять парцуфим Ацилута по тайне «взошло в желании [Его]», то есть со стороны самого Источника. Благодаря этому АА и Аба ве-Има выяснились в полноте рош, тох и соф, тогда как ЗОН исправились лишь ахор бе-ахор, то есть без ГАР. А исправление ГАР де-ЗОН происходит исключительно благодаря нижнему человеку, смотри там внимательно.</w:t>
      </w:r>
    </w:p>
    <w:p>
      <w:pPr>
        <w:spacing w:before="40" w:after="120"/>
        <w:jc w:val="both"/>
      </w:pPr>
      <w:r>
        <w:rPr>
          <w:rFonts w:ascii="Georgia" w:hAnsi="Georgia"/>
          <w:b w:val="0"/>
          <w:i w:val="0"/>
          <w:color w:val="000000"/>
          <w:sz w:val="24"/>
        </w:rPr>
        <w:t>Смысл в том, что стержень исправления со стороны Источника ты поймешь из сказанного в «Паним Меирот» на странице 411, начиная со слов «И потому», и на странице 462, начиная со слов «И причина», о тайне «головы, ствола и тропы» (рейша, гизъа, швила), являющихся тремя состояниями хасадим и гвурот: первое — их сосредоточение в голове; второе — их распространение в самих ХУБ; третье — их взаимное включение в Есоде, смотри там внимательно. Знай, что исправление АА происходит по тайне сосредоточения пяти хасадим и пяти гвурот в голове, которые предшествуют свету хохма в ХУБ и гораздо важнее его; поэтому АА называется высшим Даат совокупности пяти парцуфим Ацилута и представляет собой тайну «головы» (рейша). А исправление Аба ве-Има — это тайна распространения пяти хасадим и пяти гвурот в самих ХУБ, считающихся светом хохма и сущностью по тайне «ствола» (гизъа), и потому в них есть свет ГАР. Исправление же ЗОН — это включение пяти хасадим и пяти гвурот в Есоде по тайне «тропы» (швила), что считается не светом хохма, а исключительно светом хасадим и гвурот, и потому ЗОН пребывают в нехватке ГАР, изучи там и поймешь.</w:t>
      </w:r>
    </w:p>
    <w:p>
      <w:pPr>
        <w:spacing w:before="40" w:after="120"/>
        <w:jc w:val="both"/>
      </w:pPr>
      <w:r>
        <w:rPr>
          <w:rFonts w:ascii="Georgia" w:hAnsi="Georgia"/>
          <w:b w:val="0"/>
          <w:i w:val="0"/>
          <w:color w:val="000000"/>
          <w:sz w:val="24"/>
        </w:rPr>
        <w:t>И вот, те мохин, что содержались в мелахим во время их пребывания в БЕА, были перемешаны друг с другом. В таком же смешанном виде они поднялись как МАН к АБ-САГ де-АК, и благодаря свету зивуга, совершенного над ними, они постепенно выясняются: сначала выясняется тайна «головы» — высший Даат, представляющий собой сосредоточение пяти хасадим и пяти гвурот в голове, что и составляет тайну исправления парцуфа АА, как сказано выше. Одновременно с его исправлением свойства Аба ве-Има выяснились и были вытеснены наружу из АА. То есть выяснилось, что они относятся к распространению хасадим и гвурот в ХУБ, в отличие от высшего Даат; а после того как они определились как свойства ХУБ, они вновь поднимаются как МАН к АА, и тогда к ним притягиваются и распространяются относящиеся к ним пять хасадим и пяти гвурот, благодаря чему Аба ве-Има исправляются в тайне света сущности, как сказано выше. Об этом и сказано: когда выяснилась часть АА, тогда выяснились также свойства Аба ве-Има и вышли оттуда. То есть именно так, как сказано выше: определилось, что они не относятся к высшему Даат, и потому говорится: «и вышли оттуда, поднялись и выяснились в мысли АА» — то есть для тайны зивуга, благодаря которому к ним распространяются хасадим и гвурот от высшего Даат и обращаются в них в истинный свет хохма. Подобным же образом ты поймешь выход ЗОН из Аба ве-Има и их подъем к мысли Аба ве-Има как МАН. Однако хасадим и гвурот, распространяющиеся к ЗОН, считаются только лишь хасадим и гвурот и лишены света сущности, как сказано выше. Для этого требуются добрые дела человека, притягивающие к нему ГАР для всех трех ступеней ГАР, называемых ГАР де-нешама, ГАР де-хая и ГАР де-ехида.</w:t>
      </w:r>
    </w:p>
    <w:p>
      <w:pPr>
        <w:keepNext/>
        <w:spacing w:before="320" w:after="120"/>
      </w:pPr>
      <w:r>
        <w:rPr>
          <w:rFonts w:ascii="Georgia" w:hAnsi="Georgia"/>
          <w:b w:val="0"/>
          <w:i w:val="0"/>
          <w:color w:val="000000"/>
          <w:sz w:val="32"/>
        </w:rPr>
        <w:t>Паним Масбирот</w:t>
      </w:r>
    </w:p>
    <w:p>
      <w:pPr>
        <w:spacing w:before="40" w:after="120"/>
        <w:jc w:val="both"/>
      </w:pPr>
      <w:r>
        <w:rPr>
          <w:rFonts w:ascii="Georgia" w:hAnsi="Georgia"/>
          <w:b w:val="0"/>
          <w:i w:val="0"/>
          <w:color w:val="000000"/>
          <w:sz w:val="24"/>
        </w:rPr>
        <w:t xml:space="preserve">1) </w:t>
      </w:r>
      <w:r>
        <w:rPr>
          <w:rFonts w:ascii="Georgia" w:hAnsi="Georgia"/>
          <w:b/>
          <w:i w:val="0"/>
          <w:color w:val="000000"/>
          <w:sz w:val="24"/>
        </w:rPr>
        <w:t>«В чем суть МАН... и в этом смысл двух букв йод в начертании буквы алеф: верхняя йод — мозг мужского начала, а нижняя йод — мозг женского начала, а буква вав между ними — одна протянутая завеса, упомянутая в Зоаре. И верхняя йод — это мужские воды, опускающиеся до этой завесы, то есть буквы вав; а нижняя йод — женские воды, поднимающиеся к этой завесе...»</w:t>
      </w:r>
      <w:r>
        <w:rPr>
          <w:rFonts w:ascii="Georgia" w:hAnsi="Georgia"/>
          <w:b w:val="0"/>
          <w:i w:val="0"/>
          <w:color w:val="000000"/>
          <w:sz w:val="24"/>
        </w:rPr>
        <w:t xml:space="preserve"> — до сих пор его слова. Чтобы понять эти его слова, необходимо вспомнить все объясненное в «Паним Масбирот» в предыдущей ветви, а также в ветвях 15 и 16 относительно двух корней, действующих в каждом парцуфе. Они происходят от двух сокращений: Первого сокращения (ЦА) и Второго сокращения (ЦБ) в НЕХИ де-АК. Вследствие этого каждый парцуф разделяется на два парцуфа: от головы до табура — один отдельный парцуф, и от табура вниз — другой отдельный парцуф. В этом смысл стиха: </w:t>
      </w:r>
      <w:r>
        <w:rPr>
          <w:rFonts w:ascii="Georgia" w:hAnsi="Georgia"/>
          <w:b w:val="0"/>
          <w:i/>
          <w:color w:val="000000"/>
          <w:sz w:val="24"/>
        </w:rPr>
        <w:t>«а я человек гладкий»</w:t>
      </w:r>
      <w:r>
        <w:rPr>
          <w:rFonts w:ascii="Georgia" w:hAnsi="Georgia"/>
          <w:b w:val="0"/>
          <w:i w:val="0"/>
          <w:color w:val="000000"/>
          <w:sz w:val="24"/>
        </w:rPr>
        <w:t xml:space="preserve"> (Берешит 27:11), а также слов наших мудрецов, истолковавших стих </w:t>
      </w:r>
      <w:r>
        <w:rPr>
          <w:rFonts w:ascii="Georgia" w:hAnsi="Georgia"/>
          <w:b w:val="0"/>
          <w:i/>
          <w:color w:val="000000"/>
          <w:sz w:val="24"/>
        </w:rPr>
        <w:t>«Молитва Моше, человека Б-жьего»</w:t>
      </w:r>
      <w:r>
        <w:rPr>
          <w:rFonts w:ascii="Georgia" w:hAnsi="Georgia"/>
          <w:b w:val="0"/>
          <w:i w:val="0"/>
          <w:color w:val="000000"/>
          <w:sz w:val="24"/>
        </w:rPr>
        <w:t xml:space="preserve"> (Теилим 90:1): «от середины и выше — Б-жий, а от середины и ниже — человек». И смотри там внимательно объяснение этого разделения по тайне Парсы и по тайне табура. Напомним эти вещи вкратце: под действием сокращения НЕХИ де-АК масах в кли Малхут поднялся и пришел в свойство Нуквы де-Хохма. Ведь десять сфирот головы, составляющие первое созерцание (истаклют алеф) каждого парцуфа, разделяются на Гальгальту, эйнаим и АХАП. И если прежде место масаха и зивуга было только в сфире Малхут де-рош, называемой пэ де-рош, то теперь в результате упомянутого подъема масах поднялся из пэ и установился в эйнаим де-рош, то есть в Хохме де-рош.</w:t>
      </w:r>
    </w:p>
    <w:p>
      <w:pPr>
        <w:spacing w:before="40" w:after="120"/>
        <w:jc w:val="both"/>
      </w:pPr>
      <w:r>
        <w:rPr>
          <w:rFonts w:ascii="Georgia" w:hAnsi="Georgia"/>
          <w:b w:val="0"/>
          <w:i w:val="0"/>
          <w:color w:val="000000"/>
          <w:sz w:val="24"/>
        </w:rPr>
        <w:t>Поэтому пэ де-рош опустился со своей ступени, на которой он до сих пор находился в первом созерцании. Теперь же, когда никвей эйнаим установились для тайны зивуга первого созерцания ради десяти сфирот головы, выходящих от никвей эйнаим и выше, а десять сфирот тела и ХАГАТ для второго созерцания (истаклют бэт) распространяются от никвей эйнаим и ниже — то есть в АХАП, и второе созерцание совершается в пэ, — оказывается тем самым, что пэ опустился и принял свойство табура, как известно, что кли второго созерцания всегда называется табуром. И вот, в десяти сфирот, распространяющихся от этого пэ, опустившегося до свойства табура, и ниже, содержатся теперь лишь десять сфирот завершения (сиюм); они распространяются на прежнем месте ХАГАТ до прежнего табура, а от табура и ниже [пространство] остается пустым, без света.</w:t>
      </w:r>
    </w:p>
    <w:p>
      <w:pPr>
        <w:spacing w:before="40" w:after="120"/>
        <w:jc w:val="both"/>
      </w:pPr>
      <w:r>
        <w:rPr>
          <w:rFonts w:ascii="Georgia" w:hAnsi="Georgia"/>
          <w:b w:val="0"/>
          <w:i w:val="0"/>
          <w:color w:val="000000"/>
          <w:sz w:val="24"/>
        </w:rPr>
        <w:t>Итак, выяснилось, что вследствие тайны зивуга Второго сокращения, когда свет выходит через никвей эйнаим, а не через пэ де-рош, этот свет не может прийти от табура и ниже, но завершается выше табура — как пишет Учитель в ветви 14, что прежний свет, поднявшийся выше табура, больше не опускается, смотри там. В итоге келим от табура и ниже остаются пустыми, без света. И там же объяснялось, что ради этого исправления пробуждается также изначальный корень парцуфа, и масах никвей эйнаим возвращается и опускается на свое прежнее место — на место пэ. Тогда АХАП возвращаются в категорию ГАР и головы, как это было в парцуфим АК до [подъема] МАН; тогда света ХАГАТ, находившиеся в АХАП, опускаются и приходят на свое прежнее место — от пэ до табура, а света НЕХИ опускаются и приходят на свое прежнее место — от табура до сиюм раглин, и благодаря этому келим НЕХИ также исправляются. И ты видишь, что под действием Второго сокращения каждый парцуф неизбежно оказывается в двух состояниях: первое состояние — с момента его рождения и выхода из света глаз (эйнаим), когда в нем есть только ХАБАД и ХАГАТ до табура, а от табура и ниже он пуст, без света; второе состояние — благодаря второму зивугу под действием пробуждения первого корня, предшествовавшего МАН, когда АХАП возвращаются в категорию ГАР, и тогда в парцуф притягиваются также света НЕХИ, как сказано выше.</w:t>
      </w:r>
    </w:p>
    <w:p>
      <w:pPr>
        <w:spacing w:before="40" w:after="120"/>
        <w:jc w:val="both"/>
      </w:pPr>
      <w:r>
        <w:rPr>
          <w:rFonts w:ascii="Georgia" w:hAnsi="Georgia"/>
          <w:b w:val="0"/>
          <w:i w:val="0"/>
          <w:color w:val="000000"/>
          <w:sz w:val="24"/>
        </w:rPr>
        <w:t>Однако знай, что те света НЕХИ, которые притягиваются лишь во время его состояния взрослости (гадлут), не пребывают в парцуфе постоянно, поскольку они отсутствовали в его строении при рождении, как сказано выше. Поэтому парцуф от табура и ниже считается лишь добавлением, а не основой его строения, и потому он присутствует в нем временно (то появляясь, то исчезая), а не постоянно. Вследствие этого мы разделяем каждый парцуф по табуру на две части: та часть, что от табура и выше, где келим исправлены светом с самого их рождения, считается основой парцуфа. В этом смысл слов наших мудрецов: «от середины и выше — Б-жий», то есть света присутствуют постоянно, никогда не прекратятся и не уменьшатся. Часть же от табура и ниже, куда эти света приходят заново во время гадлута по тайне добавления и потому находятся там не постоянно, а временно (то появляясь, то исчезая), считается отдельным парцуфом, вовсе не связанным с постоянным парцуфом, расположенным от табура и выше. В этом смысл слов мудрецов: «от середины и ниже — человек», что указывает на тайну «мужа брани» (воина), то есть света там не постоянны, пойми это.</w:t>
      </w:r>
    </w:p>
    <w:p>
      <w:pPr>
        <w:spacing w:before="40" w:after="120"/>
        <w:jc w:val="both"/>
      </w:pPr>
      <w:r>
        <w:rPr>
          <w:rFonts w:ascii="Georgia" w:hAnsi="Georgia"/>
          <w:b w:val="0"/>
          <w:i w:val="0"/>
          <w:color w:val="000000"/>
          <w:sz w:val="24"/>
        </w:rPr>
        <w:t>Однако здесь необходимо вспомнить объясненное в «Паним Масбирот» в конце ветви 9: обратное соотношение между келим и светами, согласно которому среди келим первыми вырастают высшие, а среди светов наоборот — первыми в парцуф приходят низшие. Таким образом, из светов сначала раскрывается нефеш, однако этот свет нефеш водворяется в кли Кетер. Выходит, что Кетер из келим уже исправлен светом, а нижние келим — ХУБ и ТУМ — пусты, тогда как из светов здесь присутствует лишь низший из них, то есть нефеш. И так далее. Таким образом, когда не хватает келим НЕХИ, считается, что в нем не хватает светов ГАР: ведь свет руах водворяется в келим ХАБАД, а свет нефеш — в келим ХАГАТ, келим же НЕХИ совершенно пусты, без света. Лишь во время гадлута, когда к нему притягивается свет нешама, свет нешама водворяется в келим ХАБАД, и тогда свет руах опускается на свое место в ХАГАТ, а свет нефеш опускается ниже табура в келим НЕХИ.</w:t>
      </w:r>
    </w:p>
    <w:p>
      <w:pPr>
        <w:spacing w:before="40" w:after="120"/>
        <w:jc w:val="both"/>
      </w:pPr>
      <w:r>
        <w:rPr>
          <w:rFonts w:ascii="Georgia" w:hAnsi="Georgia"/>
          <w:b w:val="0"/>
          <w:i w:val="0"/>
          <w:color w:val="000000"/>
          <w:sz w:val="24"/>
        </w:rPr>
        <w:t>Итак, выяснилось, что каждый парцуф разделяется на два: первый — это постоянный и основной парцуф, имеющийся в нем с момента рождения, то есть рош и тох из келим до табура, тогда как келим от табура и ниже в это время темны, без света. Что же касается светов, в нем есть лишь руах и нефеш: свет руах водворяется в келим головы, а свет нефеш — в келим внутренней части до табура, тогда как свет нешама, представляющий собой света ГАР, в этом парцуфе отсутствует. Таким образом, со стороны келим недостает НЕХИ, а со стороны светов недостает света ГАР, и есть лишь света ЗАТ, называемые руах-нефеш. Второй же парцуф приходит к нему в состоянии гадлута по тайне добавления; поэтому считается, что он восполняет и освещает в парцуфе бывшие темными НЕХИ и возвращает света нешама и ГАР, которых ему недоставало. И оказывается, что на самом деле главное новшество относится к свету нешама, пришедшему к нему от Бесконечного, благословен Он; однако поскольку благодаря этому НЕХИ обретают принадлежащий им свет нефеш, главное новшество чаще всего относят именно к НЕХИ, которые называют парцуфом новых НЕХИ. И хотя в действительности главное новшество состоит в нешама — ведь оттого, что свет нешама опустился в келим головы, свет руах опустился оттуда на свое место в ХАГАТ, а свет нефеш опустился из ХАГАТ и пришел на свое место в НЕХИ, так что добавился исключительно свет нешама, — тем не менее, поскольку до сих пор темные НЕХИ считались как бы вовсе отсутствующими в парцуфе (ведь келим без света непригодны ни для какого использования), это новшество наиболее заметно именно в келим НЕХИ, которые теперь буквально ожили.</w:t>
      </w:r>
    </w:p>
    <w:p>
      <w:pPr>
        <w:spacing w:before="40" w:after="120"/>
        <w:jc w:val="both"/>
      </w:pPr>
      <w:r>
        <w:rPr>
          <w:rFonts w:ascii="Georgia" w:hAnsi="Georgia"/>
          <w:b w:val="0"/>
          <w:i w:val="0"/>
          <w:color w:val="000000"/>
          <w:sz w:val="24"/>
        </w:rPr>
        <w:t>Пойми эти различия и не путайся в них: иногда парцуф добавления описывается только как находящийся от табура и ниже, а иногда определяется исключительно через света ХАБАД — и это объясняется упомянутым обратным соотношением между келим и светами, помни об этом. Исходя из этого ты поймешь сказанное Учителем в ветви 35, пункт 2: когда мы обозначаем парцуф именем АВАЯ с наполнением АБ или САГ, это относится лишь к свойству ЗАТ этого парцуфа, тогда как ГАР этого парцуфа называются именем из 42 букв, смотри там. И ты поймешь это на основании сказанного: ведь основа парцуфа — это то, что имеется в нем с момента рождения, то есть свойства нефеш и руах в парцуфе, называемые ЗОН. И потому, когда мы называем и определяем какой-либо парцуф именем АБ, САГ, МА или БОН, имеется в виду лишь постоянный парцуф — то есть ЗОН этого парцуфа. Парцуф же добавления, представляющий собой света ГАР, приходящие к нему во время гадлута и к тому же непостоянно, не входит в имя АБ и подобные ему, а относится исключительно к имени из 42 букв: 4 буквы простого [написания], 10 букв наполнения и 28 букв наполнения наполнения. Это обусловлено тем, что они пребывают в парцуфе не постоянно, а временно (то появляясь, то исчезая).</w:t>
      </w:r>
    </w:p>
    <w:p>
      <w:pPr>
        <w:spacing w:before="40" w:after="120"/>
        <w:jc w:val="both"/>
      </w:pPr>
      <w:r>
        <w:rPr>
          <w:rFonts w:ascii="Georgia" w:hAnsi="Georgia"/>
          <w:b w:val="0"/>
          <w:i w:val="0"/>
          <w:color w:val="000000"/>
          <w:sz w:val="24"/>
        </w:rPr>
        <w:t>Однако помни, что постоянный парцуф называется ЗОН лишь относительно светов; относительно же келим он называется КАХАБ-ХАГАТ при отсутствии НЕХИ, поскольку свет ЗА водворяется в келим КАХАБ, а свет Нуквы — в келим ХАГАТ, тогда как НЕХИ совершенно пусты и темны, без света. Исходя из этого ты поймешь, почему Учитель в ветви 23, пункт 6, определяет имя из 42 букв как относящееся лишь к ЗОН — вопреки сказанному здесь, что оно относится к ГАР. Дело в том, что там речь идет о келим, где главный недостаток полной пустоты от света наблюдается от табура и ниже, что называется ЗОН. Здесь же речь идет о светах, и потому [имя из 42 букв] определяется через обновление ГАР, ибо именно они приходят в качестве подлинного добавления.</w:t>
      </w:r>
    </w:p>
    <w:p>
      <w:pPr>
        <w:spacing w:before="40" w:after="120"/>
        <w:jc w:val="both"/>
      </w:pPr>
      <w:r>
        <w:rPr>
          <w:rFonts w:ascii="Georgia" w:hAnsi="Georgia"/>
          <w:b w:val="0"/>
          <w:i w:val="0"/>
          <w:color w:val="000000"/>
          <w:sz w:val="24"/>
        </w:rPr>
        <w:t xml:space="preserve">Пойми это как следует, ведь невозможно распространяться об этом дольше. Из всего сказанного следует, что главное определение имени из 42 букв относится к парцуфу, приходящему как добавление во время гадлута. Относительно келим он всегда называется «новыми НЕХИ» или «ЗОН де-гадлут», тогда как постоянный парцуф со времени рождения нигде не называется именем из 42 букв, но лишь одним из имен АБ, САГ, МА или БОН, как и говорит упомянутый Учитель в ветви 35, смотри там. Исходя из этого ты поймешь написанное в книге Даниэля: </w:t>
      </w:r>
      <w:r>
        <w:rPr>
          <w:rFonts w:ascii="Georgia" w:hAnsi="Georgia"/>
          <w:b w:val="0"/>
          <w:i/>
          <w:color w:val="000000"/>
          <w:sz w:val="24"/>
        </w:rPr>
        <w:t>«Видел я... и воссел Ветхий днями... тысячи тысяч служили Ему, и тьмы тем представали пред Ним»</w:t>
      </w:r>
      <w:r>
        <w:rPr>
          <w:rFonts w:ascii="Georgia" w:hAnsi="Georgia"/>
          <w:b w:val="0"/>
          <w:i w:val="0"/>
          <w:color w:val="000000"/>
          <w:sz w:val="24"/>
        </w:rPr>
        <w:t xml:space="preserve"> (Даниэль 7:9–10). Тайна этого стиха относится к упомянутому имени из 42 букв, составляющему суть дополнительного парцуфа во время гадлута. Первое имя из 42 букв вышло в мире Некудим в мелехе Даат, как писал Учитель выше в ветви 23. И в предыдущей ветви было подробно объяснено, что только в мелехе Даат все ЗАТ де-Некудим присутствуют в совершенстве, смотри там. Ведь все десять сфирот Некудим в целом, какими они вышли из света глаз де-АК, были лишены ЗОН из келим и ГАР из светов: свет руах облачился в кли Кетер, а нефеш — в кли высших Аба ве-Има, тогда как ЗАТ, называемые ЗОН из келим, были темными, без света. Так продолжалось до тех пор, пока к ним не пришел свет гадлута от Есода де-АК, то есть первое имя из 42 букв, осветившее света ГАР всего парцуфа Некудим в целом; тогда же притянулись новые НЕХИ от Имы Илаа к ЗАТ де-Некудим по тайне созерцания глаз высших Аба ве-Има, как подробно описано там, что это тайна распространения тела десяти сфирот высших Аба ве-Има, находившихся на уровне Кетер, — и это называется мелехом Даат, или Бела бен Беор, как сказано выше.</w:t>
      </w:r>
    </w:p>
    <w:p>
      <w:pPr>
        <w:spacing w:before="40" w:after="120"/>
        <w:jc w:val="both"/>
      </w:pPr>
      <w:r>
        <w:rPr>
          <w:rFonts w:ascii="Georgia" w:hAnsi="Georgia"/>
          <w:b w:val="0"/>
          <w:i w:val="0"/>
          <w:color w:val="000000"/>
          <w:sz w:val="24"/>
        </w:rPr>
        <w:t>Также выше в «Паним Масбирот» на странице 589 объяснялось, что его Малхут разделилась на детали по тайне «тысяч тысяч», а когда он разбился, от него произошли «тысячи тысяч владык плача и стенания» — то есть вследствие их падения в БЕА; смотри там точное разъяснение этого расчета. Также там объяснялось, что все притянувшееся в Некудим исключительно от света глаз, не разбилось и не аннулировалось. В этом тайна оставшейся лицевой стороны де-ГАР — то есть того, что было в них с самого рождения, что составляет тайну постоянного парцуфа, вовсе не пребывающего в состоянии прихода и ухода, как подробно сказано выше. Разбился же и аннулировался лишь тот свет, который притянулся от света Есода де-АК — свет гадлута и категория парцуфа добавления, существующего не постоянно, а временно (то появляясь, то исчезая), смотри там внимательно.</w:t>
      </w:r>
    </w:p>
    <w:p>
      <w:pPr>
        <w:spacing w:before="40" w:after="120"/>
        <w:jc w:val="both"/>
      </w:pPr>
      <w:r>
        <w:rPr>
          <w:rFonts w:ascii="Georgia" w:hAnsi="Georgia"/>
          <w:b w:val="0"/>
          <w:i w:val="0"/>
          <w:color w:val="000000"/>
          <w:sz w:val="24"/>
        </w:rPr>
        <w:t>Итак, выяснилось, что первое имя из 42 букв — то есть первые ЗОН де-гадлут в качестве добавления — вышло именно в мелехе Даат, и при его разбиении и падении в БЕА от него произошли тысячи тысяч владык плача и стенания. Со стороны искр они определяются как 320 (</w:t>
      </w:r>
      <w:r>
        <w:rPr>
          <w:rFonts w:ascii="Georgia" w:hAnsi="Georgia" w:cs="Times New Roman"/>
          <w:b/>
          <w:i w:val="0"/>
          <w:color w:val="000000"/>
          <w:sz w:val="24"/>
          <w:rtl/>
          <w:szCs w:val="32"/>
        </w:rPr>
        <w:t>ש״ך</w:t>
      </w:r>
      <w:r>
        <w:rPr>
          <w:rFonts w:ascii="Georgia" w:hAnsi="Georgia"/>
          <w:b w:val="0"/>
          <w:i w:val="0"/>
          <w:color w:val="000000"/>
          <w:sz w:val="24"/>
        </w:rPr>
        <w:t>) искр, как разъяснена причина этого, смотри там. И ты уже знаешь, что исправление этих 320 искр, или тысяч тысяч владык плача и стенания, происходит исключительно по тайне подъема МАН из БЕА в Ацилут, из которых исправились все мохин женских начал парцуфим АБЕА де-Ацилут. Как и написал Учитель в этой ветви о тайне двух букв йод в букве алеф (</w:t>
      </w:r>
      <w:r>
        <w:rPr>
          <w:rFonts w:ascii="Georgia" w:hAnsi="Georgia" w:cs="Times New Roman"/>
          <w:b/>
          <w:i w:val="0"/>
          <w:color w:val="000000"/>
          <w:sz w:val="24"/>
          <w:rtl/>
          <w:szCs w:val="32"/>
        </w:rPr>
        <w:t>א</w:t>
      </w:r>
      <w:r>
        <w:rPr>
          <w:rFonts w:ascii="Georgia" w:hAnsi="Georgia"/>
          <w:b w:val="0"/>
          <w:i w:val="0"/>
          <w:color w:val="000000"/>
          <w:sz w:val="24"/>
        </w:rPr>
        <w:t>): верхняя йод — это мозг мужского начала и МАД, опускающиеся до той протянутой завесы (Парсы), представляющей собой букву вав посередине; а нижняя йод — это мозг женского начала и МАН, поднимающиеся к этой завесе, смотри там. Пояснение: уже была объяснена тайна разделения каждого парцуфа по табуру или по Парсе, соответствующая двум парцуфим, содержащимся в каждом парцуфе: постоянный парцуф простирается до Парсы и там прерывается и оканчивается. А от Парсы и ниже находится место для второго парцуфа, приходящего лишь во время гадлута и являющегося непостоянным парцуфом. И на это намекает начертание буквы алеф (</w:t>
      </w:r>
      <w:r>
        <w:rPr>
          <w:rFonts w:ascii="Georgia" w:hAnsi="Georgia" w:cs="Times New Roman"/>
          <w:b/>
          <w:i w:val="0"/>
          <w:color w:val="000000"/>
          <w:sz w:val="24"/>
          <w:rtl/>
          <w:szCs w:val="32"/>
        </w:rPr>
        <w:t>א</w:t>
      </w:r>
      <w:r>
        <w:rPr>
          <w:rFonts w:ascii="Georgia" w:hAnsi="Georgia"/>
          <w:b w:val="0"/>
          <w:i w:val="0"/>
          <w:color w:val="000000"/>
          <w:sz w:val="24"/>
        </w:rPr>
        <w:t>): мозг мужского начала и МАД представляют собой постоянный парцуф, оканчивающийся выше Парсы — то есть буквы вав посередине буквы алеф.</w:t>
      </w:r>
    </w:p>
    <w:p>
      <w:pPr>
        <w:spacing w:before="40" w:after="120"/>
        <w:jc w:val="both"/>
      </w:pPr>
      <w:r>
        <w:rPr>
          <w:rFonts w:ascii="Georgia" w:hAnsi="Georgia"/>
          <w:b w:val="0"/>
          <w:i w:val="0"/>
          <w:color w:val="000000"/>
          <w:sz w:val="24"/>
        </w:rPr>
        <w:t>Однако МАН способны подняться прямо туда, и это потому, что они уже находились там во времена мелеха Даат — то есть до того, как разбились и упали в БЕА, и поэтому теперь они также могут подняться к этой завесе. И там совершается зивуг по тайне супружеской близости (</w:t>
      </w:r>
      <w:r>
        <w:rPr>
          <w:rFonts w:ascii="Georgia" w:hAnsi="Georgia"/>
          <w:b w:val="0"/>
          <w:i/>
          <w:color w:val="000000"/>
          <w:sz w:val="24"/>
        </w:rPr>
        <w:t>шимуша де-арса</w:t>
      </w:r>
      <w:r>
        <w:rPr>
          <w:rFonts w:ascii="Georgia" w:hAnsi="Georgia"/>
          <w:b w:val="0"/>
          <w:i w:val="0"/>
          <w:color w:val="000000"/>
          <w:sz w:val="24"/>
        </w:rPr>
        <w:t xml:space="preserve">, </w:t>
      </w:r>
      <w:r>
        <w:rPr>
          <w:rFonts w:ascii="Georgia" w:hAnsi="Georgia" w:cs="Times New Roman"/>
          <w:b/>
          <w:i w:val="0"/>
          <w:color w:val="000000"/>
          <w:sz w:val="24"/>
          <w:rtl/>
          <w:szCs w:val="32"/>
        </w:rPr>
        <w:t>שִׁימוּשָׁא דְעַרְסָא</w:t>
      </w:r>
      <w:r>
        <w:rPr>
          <w:rFonts w:ascii="Georgia" w:hAnsi="Georgia"/>
          <w:b w:val="0"/>
          <w:i w:val="0"/>
          <w:color w:val="000000"/>
          <w:sz w:val="24"/>
        </w:rPr>
        <w:t xml:space="preserve">), что составляет тайну стиха </w:t>
      </w:r>
      <w:r>
        <w:rPr>
          <w:rFonts w:ascii="Georgia" w:hAnsi="Georgia"/>
          <w:b w:val="0"/>
          <w:i/>
          <w:color w:val="000000"/>
          <w:sz w:val="24"/>
        </w:rPr>
        <w:t>«тысячи тысяч служили Ему»</w:t>
      </w:r>
      <w:r>
        <w:rPr>
          <w:rFonts w:ascii="Georgia" w:hAnsi="Georgia"/>
          <w:b w:val="0"/>
          <w:i w:val="0"/>
          <w:color w:val="000000"/>
          <w:sz w:val="24"/>
        </w:rPr>
        <w:t xml:space="preserve"> (</w:t>
      </w:r>
      <w:r>
        <w:rPr>
          <w:rFonts w:ascii="Georgia" w:hAnsi="Georgia"/>
          <w:b w:val="0"/>
          <w:i/>
          <w:color w:val="000000"/>
          <w:sz w:val="24"/>
        </w:rPr>
        <w:t>йишамшуне</w:t>
      </w:r>
      <w:r>
        <w:rPr>
          <w:rFonts w:ascii="Georgia" w:hAnsi="Georgia"/>
          <w:b w:val="0"/>
          <w:i w:val="0"/>
          <w:color w:val="000000"/>
          <w:sz w:val="24"/>
        </w:rPr>
        <w:t xml:space="preserve">, </w:t>
      </w:r>
      <w:r>
        <w:rPr>
          <w:rFonts w:ascii="Georgia" w:hAnsi="Georgia" w:cs="Times New Roman"/>
          <w:b/>
          <w:i w:val="0"/>
          <w:color w:val="000000"/>
          <w:sz w:val="24"/>
          <w:rtl/>
          <w:szCs w:val="32"/>
        </w:rPr>
        <w:t>יְשַׁמְּשׁוּנֵהּ</w:t>
      </w:r>
      <w:r>
        <w:rPr>
          <w:rFonts w:ascii="Georgia" w:hAnsi="Georgia"/>
          <w:b w:val="0"/>
          <w:i w:val="0"/>
          <w:color w:val="000000"/>
          <w:sz w:val="24"/>
        </w:rPr>
        <w:t>) (Даниэль 7:10): то есть из тех тысяч тысяч владык плача и стенания во время исправления Атика Йомин они были возвращены и исправлены как МАН, благодаря чему сфирот разветвляются и умножаются вплоть до тьмы тем. Ведь ты уже знаешь, что от каждого зивуга выходят голова и тело по тайне первого и второго созерцаний: в первом созерцании — для тайны десяти сфирот головы Атика Йомин, и оказывается, что тысячи тысяч мелеха Даат вновь разделяются на десять и составляют теперь десять раз по тысяче тысяч, а во втором созерцании они разделяются еще из десяти на десять, как сказано выше на странице 589, начиная со слов «И причина», смотри там.</w:t>
      </w:r>
    </w:p>
    <w:p>
      <w:pPr>
        <w:spacing w:before="40" w:after="120"/>
        <w:jc w:val="both"/>
      </w:pPr>
      <w:r>
        <w:rPr>
          <w:rFonts w:ascii="Georgia" w:hAnsi="Georgia"/>
          <w:b w:val="0"/>
          <w:i w:val="0"/>
          <w:color w:val="000000"/>
          <w:sz w:val="24"/>
        </w:rPr>
        <w:t xml:space="preserve">Получается теперь сто раз по тысяче тысяч, что составляет тьму тем (десять тысяч мириадов). В этом тайна стиха: </w:t>
      </w:r>
      <w:r>
        <w:rPr>
          <w:rFonts w:ascii="Georgia" w:hAnsi="Georgia"/>
          <w:b w:val="0"/>
          <w:i/>
          <w:color w:val="000000"/>
          <w:sz w:val="24"/>
        </w:rPr>
        <w:t>«и тьмы тем представали пред Ним»</w:t>
      </w:r>
      <w:r>
        <w:rPr>
          <w:rFonts w:ascii="Georgia" w:hAnsi="Georgia"/>
          <w:b w:val="0"/>
          <w:i w:val="0"/>
          <w:color w:val="000000"/>
          <w:sz w:val="24"/>
        </w:rPr>
        <w:t xml:space="preserve"> (букв. «стояли пред Ним», </w:t>
      </w:r>
      <w:r>
        <w:rPr>
          <w:rFonts w:ascii="Georgia" w:hAnsi="Georgia"/>
          <w:b w:val="0"/>
          <w:i/>
          <w:color w:val="000000"/>
          <w:sz w:val="24"/>
        </w:rPr>
        <w:t>екумун</w:t>
      </w:r>
      <w:r>
        <w:rPr>
          <w:rFonts w:ascii="Georgia" w:hAnsi="Georgia"/>
          <w:b w:val="0"/>
          <w:i w:val="0"/>
          <w:color w:val="000000"/>
          <w:sz w:val="24"/>
        </w:rPr>
        <w:t xml:space="preserve">, </w:t>
      </w:r>
      <w:r>
        <w:rPr>
          <w:rFonts w:ascii="Georgia" w:hAnsi="Georgia" w:cs="Times New Roman"/>
          <w:b/>
          <w:i w:val="0"/>
          <w:color w:val="000000"/>
          <w:sz w:val="24"/>
          <w:rtl/>
          <w:szCs w:val="32"/>
        </w:rPr>
        <w:t>יְקוּמוּן</w:t>
      </w:r>
      <w:r>
        <w:rPr>
          <w:rFonts w:ascii="Georgia" w:hAnsi="Georgia"/>
          <w:b w:val="0"/>
          <w:i w:val="0"/>
          <w:color w:val="000000"/>
          <w:sz w:val="24"/>
        </w:rPr>
        <w:t>) (Даниэль 7:10), потому что света от табура и ниже, в которых заключается главное новшество непостоянного парцуфа, называются вставанием (</w:t>
      </w:r>
      <w:r>
        <w:rPr>
          <w:rFonts w:ascii="Georgia" w:hAnsi="Georgia"/>
          <w:b w:val="0"/>
          <w:i/>
          <w:color w:val="000000"/>
          <w:sz w:val="24"/>
        </w:rPr>
        <w:t>кима</w:t>
      </w:r>
      <w:r>
        <w:rPr>
          <w:rFonts w:ascii="Georgia" w:hAnsi="Georgia"/>
          <w:b w:val="0"/>
          <w:i w:val="0"/>
          <w:color w:val="000000"/>
          <w:sz w:val="24"/>
        </w:rPr>
        <w:t xml:space="preserve">, </w:t>
      </w:r>
      <w:r>
        <w:rPr>
          <w:rFonts w:ascii="Georgia" w:hAnsi="Georgia" w:cs="Times New Roman"/>
          <w:b/>
          <w:i w:val="0"/>
          <w:color w:val="000000"/>
          <w:sz w:val="24"/>
          <w:rtl/>
          <w:szCs w:val="32"/>
        </w:rPr>
        <w:t>קִימָה</w:t>
      </w:r>
      <w:r>
        <w:rPr>
          <w:rFonts w:ascii="Georgia" w:hAnsi="Georgia"/>
          <w:b w:val="0"/>
          <w:i w:val="0"/>
          <w:color w:val="000000"/>
          <w:sz w:val="24"/>
        </w:rPr>
        <w:t xml:space="preserve">). И поскольку с момента его рождения НЕХИ были темными, без света (и потому младенец, когда рождается, не может ходить и вставать на ноги), то по тайне упомянутого подъема МАН из БЕА келим НЕХИ вновь обновляются в качестве ЗОН де-гадлут, и тогда парцуф завершается по тайне вставания на ноги. В этом смысл стиха: </w:t>
      </w:r>
      <w:r>
        <w:rPr>
          <w:rFonts w:ascii="Georgia" w:hAnsi="Georgia"/>
          <w:b w:val="0"/>
          <w:i/>
          <w:color w:val="000000"/>
          <w:sz w:val="24"/>
        </w:rPr>
        <w:t>«и тьмы тем представали пред Ним»</w:t>
      </w:r>
      <w:r>
        <w:rPr>
          <w:rFonts w:ascii="Georgia" w:hAnsi="Georgia"/>
          <w:b w:val="0"/>
          <w:i w:val="0"/>
          <w:color w:val="000000"/>
          <w:sz w:val="24"/>
        </w:rPr>
        <w:t xml:space="preserve">, то есть благодаря подъему МАН для служения и зивуга по тайне «тысяч тысяч» от разбиения келим в Атике Йомин распространяются голова и тело в двух аспектах созерцания — первом и втором, причем во втором созерцании они разветвляются до тьмы тем. Тогда завершается и парцуф, находящийся ниже табура, то есть в точности тот самый парцуф добавления, который родился и разбился в ЗАТ де-Некудим, а теперь обновился и встал при исправлении Атика Йомин. Об этом и сказано: </w:t>
      </w:r>
      <w:r>
        <w:rPr>
          <w:rFonts w:ascii="Georgia" w:hAnsi="Georgia"/>
          <w:b w:val="0"/>
          <w:i/>
          <w:color w:val="000000"/>
          <w:sz w:val="24"/>
        </w:rPr>
        <w:t>«и тьмы тем представали пред Ним»</w:t>
      </w:r>
      <w:r>
        <w:rPr>
          <w:rFonts w:ascii="Georgia" w:hAnsi="Georgia"/>
          <w:b w:val="0"/>
          <w:i w:val="0"/>
          <w:color w:val="000000"/>
          <w:sz w:val="24"/>
        </w:rPr>
        <w:t>.</w:t>
      </w:r>
    </w:p>
    <w:p>
      <w:r>
        <w:br w:type="page"/>
      </w:r>
    </w:p>
    <w:p>
      <w:pPr>
        <w:keepNext/>
        <w:spacing w:before="360" w:after="160"/>
        <w:jc w:val="center"/>
      </w:pPr>
      <w:r>
        <w:rPr>
          <w:rFonts w:ascii="Georgia" w:hAnsi="Georgia"/>
          <w:b w:val="0"/>
          <w:i w:val="0"/>
          <w:color w:val="000000"/>
          <w:sz w:val="40"/>
        </w:rPr>
        <w:t>Ветвь 38</w:t>
      </w:r>
    </w:p>
    <w:p>
      <w:pPr>
        <w:keepNext/>
        <w:spacing w:before="320" w:after="120"/>
      </w:pPr>
      <w:r>
        <w:rPr>
          <w:rFonts w:ascii="Georgia" w:hAnsi="Georgia"/>
          <w:b w:val="0"/>
          <w:i w:val="0"/>
          <w:color w:val="000000"/>
          <w:sz w:val="32"/>
        </w:rPr>
        <w:t>Слова Учителя</w:t>
      </w:r>
    </w:p>
    <w:p>
      <w:pPr>
        <w:spacing w:before="40" w:after="120"/>
        <w:jc w:val="both"/>
      </w:pPr>
      <w:r>
        <w:rPr>
          <w:rFonts w:ascii="Georgia" w:hAnsi="Georgia"/>
          <w:b w:val="0"/>
          <w:i w:val="0"/>
          <w:color w:val="000000"/>
          <w:sz w:val="24"/>
        </w:rPr>
        <w:t xml:space="preserve">1) Прежде всего кратко поясню тебе, что всякий МАН, выясненный из семи мелахим и поднимающийся к высшей Нукве, не способен оформиться, чтобы стать зародышем (стадией вэлад), до второго раза. И разъясняется это следующим образом: ведь у нас уже было выяснено, что МАН для Аба ве-Има — это ЗОН, их первые дети. Также у нас объяснялось, что все наши молитвы и намерения призваны выяснять и поднимать искры семи умерших мелахим — РАПАХ искр (288 искр). С помощью наших молитв мы поднимаем эти искры в Есод де-Нуква де-ЗА в качестве МАН, и там они услаждаются и исправляются, поскольку в то место, куда поднялся МАН, опускается МАД, и из соединения этих двух свойств образуется форма зародыша. В первом исследовании также объяснялось, что мы не способны выяснить все искры РАПАХ за один раз, ведь если бы это было так, Машиах уже пришел бы и исполнилось бы сказанное: </w:t>
      </w:r>
      <w:r>
        <w:rPr>
          <w:rFonts w:ascii="Georgia" w:hAnsi="Georgia"/>
          <w:b w:val="0"/>
          <w:i/>
          <w:color w:val="000000"/>
          <w:sz w:val="24"/>
        </w:rPr>
        <w:t>«Поглотит Он смерть навеки…»</w:t>
      </w:r>
      <w:r>
        <w:rPr>
          <w:rFonts w:ascii="Georgia" w:hAnsi="Georgia"/>
          <w:b w:val="0"/>
          <w:i w:val="0"/>
          <w:color w:val="000000"/>
          <w:sz w:val="24"/>
        </w:rPr>
        <w:t xml:space="preserve"> (Йешаяу 25:8), как говорилось выше. Однако в каждой молитве — сообразно намерению молящегося и достоинству времени, когда эта молитва произносится, — выясняется определенная мера искр РАПАХ, так что перед приходом Машиаха все искры РАПАХ завершат свое исправление.</w:t>
      </w:r>
    </w:p>
    <w:p>
      <w:pPr>
        <w:spacing w:before="40" w:after="120"/>
        <w:jc w:val="both"/>
      </w:pPr>
      <w:r>
        <w:rPr>
          <w:rFonts w:ascii="Georgia" w:hAnsi="Georgia"/>
          <w:b w:val="0"/>
          <w:i w:val="0"/>
          <w:color w:val="000000"/>
          <w:sz w:val="24"/>
        </w:rPr>
        <w:t>2) И знай: помимо нашего утверждения о том, что МАН семи мелахим — это свойства душ, оттуда также были выяснены и высшие миры, как с Б-жьей помощью будет упомянуто в третьем исследовании и как написано в первом исследовании. Однако после того, как полностью завершилось выяснение части самих ЗОН, оставшееся для выяснения — это души, выходящие из мира Ацилут, как известно; и пойми это очень глубоко.</w:t>
      </w:r>
    </w:p>
    <w:p>
      <w:pPr>
        <w:spacing w:before="40" w:after="120"/>
        <w:jc w:val="both"/>
      </w:pPr>
      <w:r>
        <w:rPr>
          <w:rFonts w:ascii="Georgia" w:hAnsi="Georgia"/>
          <w:b w:val="0"/>
          <w:i w:val="0"/>
          <w:color w:val="000000"/>
          <w:sz w:val="24"/>
        </w:rPr>
        <w:t xml:space="preserve">3) Первый зивуг, происходивший при сотворении мира, свершился чудесным образом, по Его благословенному выбору и по Его простому желанию, как многократно сказано в Зоаре: </w:t>
      </w:r>
      <w:r>
        <w:rPr>
          <w:rFonts w:ascii="Georgia" w:hAnsi="Georgia"/>
          <w:b w:val="0"/>
          <w:i/>
          <w:color w:val="000000"/>
          <w:sz w:val="24"/>
        </w:rPr>
        <w:t>«когда взошло в Его желании сотворить мир…»</w:t>
      </w:r>
      <w:r>
        <w:rPr>
          <w:rFonts w:ascii="Georgia" w:hAnsi="Georgia"/>
          <w:b w:val="0"/>
          <w:i w:val="0"/>
          <w:color w:val="000000"/>
          <w:sz w:val="24"/>
        </w:rPr>
        <w:t>. И нужно понять, почему всякий раз, когда говорится о сотворении мира или о начале Ацилута, используется это выражение: «когда взошло в Его желании».</w:t>
      </w:r>
    </w:p>
    <w:p>
      <w:pPr>
        <w:spacing w:before="40" w:after="120"/>
        <w:jc w:val="both"/>
      </w:pPr>
      <w:r>
        <w:rPr>
          <w:rFonts w:ascii="Georgia" w:hAnsi="Georgia"/>
          <w:b w:val="0"/>
          <w:i w:val="0"/>
          <w:color w:val="000000"/>
          <w:sz w:val="24"/>
        </w:rPr>
        <w:t xml:space="preserve">4) Смысл этого [раскрывается] с двух сторон, представляющих собой единую суть. А именно: Аба ве-Има не могут вступить в зивуг иначе как посредством МАН, которым являются ЗОН — их первые дети. В этом и заключается суть сказанного: </w:t>
      </w:r>
      <w:r>
        <w:rPr>
          <w:rFonts w:ascii="Georgia" w:hAnsi="Georgia"/>
          <w:b w:val="0"/>
          <w:i/>
          <w:color w:val="000000"/>
          <w:sz w:val="24"/>
        </w:rPr>
        <w:t>«А человека не было, чтобы возделывать землю»</w:t>
      </w:r>
      <w:r>
        <w:rPr>
          <w:rFonts w:ascii="Georgia" w:hAnsi="Georgia"/>
          <w:b w:val="0"/>
          <w:i w:val="0"/>
          <w:color w:val="000000"/>
          <w:sz w:val="24"/>
        </w:rPr>
        <w:t xml:space="preserve"> (Берешит 2:5), поскольку возделывание и засевание земли — то есть высшей Нуквы — совершается не иначе как человеком, поднимающим МАН. Если так, то в самый первый раз мир невозможно было бы сотворить, ведь ЗОН еще не были выяснены и не поднимались в качестве МАН; следовательно, и высший зивуг для сотворения мира не мог бы состояться. Поэтому в Его простом желании и благословенном выборе взошло [решение], чтобы они вступили в зивуг даже без подъема МАН, и [так Он] явил Свой мир в Ацилуте. Однако после того, как ЗОН уже родились, отныне и впредь никакой зивуг наверху больше не происходит иначе как через подъем МАН.</w:t>
      </w:r>
    </w:p>
    <w:p>
      <w:pPr>
        <w:spacing w:before="40" w:after="120"/>
        <w:jc w:val="both"/>
      </w:pPr>
      <w:r>
        <w:rPr>
          <w:rFonts w:ascii="Georgia" w:hAnsi="Georgia"/>
          <w:b w:val="0"/>
          <w:i w:val="0"/>
          <w:color w:val="000000"/>
          <w:sz w:val="24"/>
        </w:rPr>
        <w:t>5) Другой же смысл слов «когда взошло в Его желании…» еще более сокровенен. Он состоит в том, что высшее мужское начало (захар) не пробуждается к зивугу до тех пор, пока высшая Нуква не украсит и не приготовит себя к зивугу и не найдет милость в его глазах. Только тогда он пробуждается к зивугу с ней; иначе же он постоянно занят наверху тем, чтобы получать изобилие (шефа) и питаться от своей матери, и не желает отдавать из своего влияния другому — до тех пор, пока высшая невеста не наденет свои украшения и не приукрасит себя. И тогда он вступает с ней в зивуг и изливает в нее [свет].</w:t>
      </w:r>
    </w:p>
    <w:p>
      <w:pPr>
        <w:spacing w:before="40" w:after="120"/>
        <w:jc w:val="both"/>
      </w:pPr>
      <w:r>
        <w:rPr>
          <w:rFonts w:ascii="Georgia" w:hAnsi="Georgia"/>
          <w:b w:val="0"/>
          <w:i w:val="0"/>
          <w:color w:val="000000"/>
          <w:sz w:val="24"/>
        </w:rPr>
        <w:t>6) Известно, что украшения высшей невесты — это души праведников, поднимающиеся в нее в качестве МАН, которые и вызывают высший зивуг. Однако в самый первый раз, при первом зивуге, мужское начало пробудилось само по себе, без пробуждения со стороны женского начала: в нем возникли желание и стремление к зивугу, хотя свойства МАН еще не было. Поэтому тот зивуг глубоко сокровенен: он не был зивугом Есод де-дилей с Есод де-дила, ведь женское начало тогда еще не было создано в мире — а с кем тогда мог произойти зивуг при сотворении мира? Поэтому тот первый зивуг произошел в высшей воле, в мысли, в высшем мозге (моха илаа), по тайне высшей воли, где все — исключительно мужское (кула дхура) и женское начало никак не проявлено; пойми же это. А затем, отныне и впредь, зивуг всегда происходил посредством ЗОН.</w:t>
      </w:r>
    </w:p>
    <w:p>
      <w:pPr>
        <w:spacing w:before="40" w:after="120"/>
        <w:jc w:val="both"/>
      </w:pPr>
      <w:r>
        <w:rPr>
          <w:rFonts w:ascii="Georgia" w:hAnsi="Georgia"/>
          <w:b w:val="0"/>
          <w:i w:val="0"/>
          <w:color w:val="000000"/>
          <w:sz w:val="24"/>
        </w:rPr>
        <w:t>7) Вернемся теперь к разъяснению первого исходного положения: всякий МАН должен исправляться дважды. Дело в том, что ЗОН тоже были выяснены из свойства искр РАПАХ, как говорилось выше. До того как ЗОН были выяснены, высший зивуг происходил без МАН. Затем, во второй раз, ЗОН стали свойством МАН для Аба ве-Има, и тогда некоторая часть искр душ начала подниматься как МАН к Аба ве-Има, соединившись с находившимися там ЗОН, которые пребывали в свойстве МАН. Ведь после того, как части ЗОН завершили выяснение, все оставшееся в тех искрах РАПАХ составило свойство душ, как сказано ранее. И потому, как только выяснились ЗОН, начали выясняться и подниматься также и души: они тоже поднялись наверх вместе с ЗОН и соединились с ними, чтобы также подняться в качестве МАН.</w:t>
      </w:r>
    </w:p>
    <w:p>
      <w:pPr>
        <w:spacing w:before="40" w:after="120"/>
        <w:jc w:val="both"/>
      </w:pPr>
      <w:r>
        <w:rPr>
          <w:rFonts w:ascii="Georgia" w:hAnsi="Georgia"/>
          <w:b w:val="0"/>
          <w:i w:val="0"/>
          <w:color w:val="000000"/>
          <w:sz w:val="24"/>
        </w:rPr>
        <w:t>8) И вот тогда, во второй раз — то есть при втором зивуге, о котором шла речь, — из того, что выяснилось от душ, еще не сформировался образ и вовсе не возникло формы зародыша, поскольку они еще не были готовы к исправлению, ведь в тот момент они только поднялись из клипот. Они остаются там до следующего зивуга, который последует за этим зивугом. И тогда поднимается другой МАН, как известно, ведь при каждом зивуге поднимается новый МАН. Тогда тот первый МАН уплотняется, обретает форму и исправляется, поскольку он уже пробыл внутри Нуквы в течение того времени и исправился. Новый же МАН задерживается там без оформления, пока не произойдет следующий зивуг. И тогда те [искры], что оставались, оформляются окончательно, а новый МАН задерживается там до очередного зивуга. И подобным образом это продолжается от сотворения мира до времен Машиаха.</w:t>
      </w:r>
    </w:p>
    <w:p>
      <w:pPr>
        <w:spacing w:before="40" w:after="120"/>
        <w:jc w:val="both"/>
      </w:pPr>
      <w:r>
        <w:rPr>
          <w:rFonts w:ascii="Georgia" w:hAnsi="Georgia"/>
          <w:b w:val="0"/>
          <w:i w:val="0"/>
          <w:color w:val="000000"/>
          <w:sz w:val="24"/>
        </w:rPr>
        <w:t>9) Общий вывод таков: нет ни одного свойства МАН, которое не поднималось бы сначала один раз в качестве МАН, а затем, при последующем втором зивуге, не исправлялось бы, не оформлялось и не становилось исправленной душой, которая затем спускается и облачается в тело в этом мире.</w:t>
      </w:r>
    </w:p>
    <w:p>
      <w:pPr>
        <w:keepNext/>
        <w:spacing w:before="320" w:after="120"/>
      </w:pPr>
      <w:r>
        <w:rPr>
          <w:rFonts w:ascii="Georgia" w:hAnsi="Georgia"/>
          <w:b w:val="0"/>
          <w:i w:val="0"/>
          <w:color w:val="000000"/>
          <w:sz w:val="32"/>
        </w:rPr>
        <w:t>Паним Меирот</w:t>
      </w:r>
    </w:p>
    <w:p>
      <w:pPr>
        <w:spacing w:before="40" w:after="120"/>
        <w:jc w:val="both"/>
      </w:pPr>
      <w:r>
        <w:rPr>
          <w:rFonts w:ascii="Georgia" w:hAnsi="Georgia"/>
          <w:b w:val="0"/>
          <w:i w:val="0"/>
          <w:color w:val="000000"/>
          <w:sz w:val="24"/>
        </w:rPr>
        <w:t xml:space="preserve">1) </w:t>
      </w:r>
      <w:r>
        <w:rPr>
          <w:rFonts w:ascii="Georgia" w:hAnsi="Georgia"/>
          <w:b/>
          <w:i w:val="0"/>
          <w:color w:val="000000"/>
          <w:sz w:val="24"/>
        </w:rPr>
        <w:t>«Не способны оформиться, чтобы стать зародышем, до второго раза»</w:t>
      </w:r>
      <w:r>
        <w:rPr>
          <w:rFonts w:ascii="Georgia" w:hAnsi="Georgia"/>
          <w:b w:val="0"/>
          <w:i w:val="0"/>
          <w:color w:val="000000"/>
          <w:sz w:val="24"/>
        </w:rPr>
        <w:t xml:space="preserve"> — ты уже знаешь, что суть экрана (масаха) в кли Малхут, о котором шла речь в словах Учителя выше, в ветви 4, — принимающего прямой свет и поднимающего отраженный свет, — тождественна сути МАН, поднимающегося к Нукве для зивуга; ведь начиная с мира Некудим экран называется именем МАН, поскольку он включил в себя свойство милосердия (мидат а-рахамим), как говорилось выше в предыдущих ветвях. Также известно, что келим не завершаются при первом созерцании (истаклют алеф) на экран, ведь тогда этого достаточно лишь для раскрытия корней келим, называемых келим де-рош, которые вовсе не считаются настоящими келим. А чтобы раскрыть завершенные келим, именуемые келим де-гуфа, требуется второй зивуг, называемый вторым созерцанием (истаклют бэт), вплоть до Малхут де-Малхут, как подробно объяснил Учитель выше, в ветви 5, внимательно посмотри там. И об этом сказано здесь: «любой МАН, выясненный из семи мелахим и поднимающийся к высшей Нукве, не способен оформиться, чтобы стать зародышем, до второго раза», — на этом слова Учителя [завершаются]. Потому что понятие «зародыш» указывает на облачение сущности в завершенные келим, что называется облачением души в тело; следовательно, необходимы два зивуга, как сказано выше, так как [келим] не завершаются в одном зивуге.</w:t>
      </w:r>
    </w:p>
    <w:p>
      <w:pPr>
        <w:spacing w:before="40" w:after="120"/>
        <w:jc w:val="both"/>
      </w:pPr>
      <w:r>
        <w:rPr>
          <w:rFonts w:ascii="Georgia" w:hAnsi="Georgia"/>
          <w:b w:val="0"/>
          <w:i w:val="0"/>
          <w:color w:val="000000"/>
          <w:sz w:val="24"/>
        </w:rPr>
        <w:t xml:space="preserve">2) </w:t>
      </w:r>
      <w:r>
        <w:rPr>
          <w:rFonts w:ascii="Georgia" w:hAnsi="Georgia"/>
          <w:b/>
          <w:i w:val="0"/>
          <w:color w:val="000000"/>
          <w:sz w:val="24"/>
        </w:rPr>
        <w:t>«Тогда оставшееся для выяснения — это души, выходящие из мира Ацилут»</w:t>
      </w:r>
      <w:r>
        <w:rPr>
          <w:rFonts w:ascii="Georgia" w:hAnsi="Georgia"/>
          <w:b w:val="0"/>
          <w:i w:val="0"/>
          <w:color w:val="000000"/>
          <w:sz w:val="24"/>
        </w:rPr>
        <w:t xml:space="preserve"> — ведь ЗОН де-Ацилут являются рош для миров БЕА, и все, что спускается от Нуквы де-Ацилут сверху вниз, уже относится к БЕА, которые характеризуются отсутствием света хохма на всех ступенях БЕА; наивысшая же ступень в них — это уровень Бины, именуемый светом нешама, как написано в предыдущих ветвях. И об этом сказал [Учитель]: «Однако после того, как полностью завершилось выяснение части самих ЗОН, оставшееся для выяснения — это души». То есть, как сказано, ЗОН де-Ацилут — это самые нижние ступени, в которых присутствует свет хохма, называемый светом хая. И потому после того, как выяснились они сами, начинается выяснение для света нешама, как сказано.</w:t>
      </w:r>
    </w:p>
    <w:p>
      <w:pPr>
        <w:spacing w:before="40" w:after="120"/>
        <w:jc w:val="both"/>
      </w:pPr>
      <w:r>
        <w:rPr>
          <w:rFonts w:ascii="Georgia" w:hAnsi="Georgia"/>
          <w:b w:val="0"/>
          <w:i w:val="0"/>
          <w:color w:val="000000"/>
          <w:sz w:val="24"/>
        </w:rPr>
        <w:t xml:space="preserve">3) </w:t>
      </w:r>
      <w:r>
        <w:rPr>
          <w:rFonts w:ascii="Georgia" w:hAnsi="Georgia"/>
          <w:b/>
          <w:i w:val="0"/>
          <w:color w:val="000000"/>
          <w:sz w:val="24"/>
        </w:rPr>
        <w:t>«И вот, первый зивуг, происходивший при сотворении мира, свершился чудесным образом и т.д.»</w:t>
      </w:r>
      <w:r>
        <w:rPr>
          <w:rFonts w:ascii="Georgia" w:hAnsi="Georgia"/>
          <w:b w:val="0"/>
          <w:i w:val="0"/>
          <w:color w:val="000000"/>
          <w:sz w:val="24"/>
        </w:rPr>
        <w:t xml:space="preserve"> — объяснялось, что десять сфирот де-рош — это не завершенные келим, а лишь корни келим, и поэтому они называются духовными келим, будучи полностью свойством десяти сфирот, вышедших еще от первого зивуга, как сказано выше. Поэтому после швират а-келим (разбиения сосудов) в ЗАТ, являющихся гуф де-клалут а-Некудим, там произошло великое исправление: как первое созерцание (истаклют алеф), так и второе созерцание (истаклют бэт) совершились в самих десяти сфирот де-рош, как будет написано ниже о тайне выхода МА из мэцаха (лба). И потому [Учитель] говорит, что там женское начало совершенно не различимо, то есть там нет Малхут де-Малхут, представляющей собой Малхут де-гуфа, но есть лишь Малхут де-рош, являющаяся исключительно духовным кли; и в ней свершился зивуг для сотворения мира. И от этого зивуга сначала вышли все пять парцуфим Ацилута, один под другим, вплоть до ЗОН де-Ацилут. Этот зивуг называется происходящим как бы без подъема МАН, а также в качестве «взошедшего в желании» (</w:t>
      </w:r>
      <w:r>
        <w:rPr>
          <w:rFonts w:ascii="Georgia" w:hAnsi="Georgia"/>
          <w:b w:val="0"/>
          <w:i/>
          <w:color w:val="000000"/>
          <w:sz w:val="24"/>
        </w:rPr>
        <w:t>салик би-р’ута</w:t>
      </w:r>
      <w:r>
        <w:rPr>
          <w:rFonts w:ascii="Georgia" w:hAnsi="Georgia"/>
          <w:b w:val="0"/>
          <w:i w:val="0"/>
          <w:color w:val="000000"/>
          <w:sz w:val="24"/>
        </w:rPr>
        <w:t>), поскольку они представляют собой рош без гуфа, как сказано.</w:t>
      </w:r>
    </w:p>
    <w:p>
      <w:pPr>
        <w:spacing w:before="40" w:after="120"/>
        <w:jc w:val="both"/>
      </w:pPr>
      <w:r>
        <w:rPr>
          <w:rFonts w:ascii="Georgia" w:hAnsi="Georgia"/>
          <w:b w:val="0"/>
          <w:i w:val="0"/>
          <w:color w:val="000000"/>
          <w:sz w:val="24"/>
        </w:rPr>
        <w:t xml:space="preserve">5–6) </w:t>
      </w:r>
      <w:r>
        <w:rPr>
          <w:rFonts w:ascii="Georgia" w:hAnsi="Georgia"/>
          <w:b/>
          <w:i w:val="0"/>
          <w:color w:val="000000"/>
          <w:sz w:val="24"/>
        </w:rPr>
        <w:t>«Также смысл [слов] «взошло в желании» и т.д. еще более сокровенен и т.д. — это души праведников и т.д.»</w:t>
      </w:r>
      <w:r>
        <w:rPr>
          <w:rFonts w:ascii="Georgia" w:hAnsi="Georgia"/>
          <w:b w:val="0"/>
          <w:i w:val="0"/>
          <w:color w:val="000000"/>
          <w:sz w:val="24"/>
        </w:rPr>
        <w:t xml:space="preserve"> — дело в том, что души праведников из [мира] Брия обладают свойством рош и жизненной силы лишь по тайне уровня нешама, как сказано выше, внимательно посмотри там. И когда они хотят вызвать зивуг ЗОН де-Ацилут, им необходимо предать себя смерти, ведь когда они поднимаются в Есод де-Нуква де-Ацилут в качестве МАН, душа (нешама) мира Брия отлетает от них, и они остаются лишь в свойстве Нуквы де-Ацилут, что до зивуга ЗОН расценивается для них подобно смерти из-за утраты [света] нешама, как сказано. И тогда ЗА пробуждается излить на них изобилие Ацилута, представляющее собой свет хохма и хая, вступая в зивуг с Нуквой и опуская МАД к свойству МАН, то есть к душам праведников, как обо всем этом будет подробно написано далее с Б-жьей помощью. И поскольку в первый раз, до сотворения Адама а-Ришона, МАН еще не был исправлен указанным образом, этот зивуг считается сокровенным.</w:t>
      </w:r>
    </w:p>
    <w:sectPr w:rsidR="00FC693F" w:rsidRPr="0006063C" w:rsidSect="00034616">
      <w:headerReference w:type="default" r:id="rId9"/>
      <w:footerReference w:type="default" r:id="rId10"/>
      <w:pgSz w:w="11909" w:h="16834"/>
      <w:pgMar w:top="1152" w:right="1152" w:bottom="1152" w:left="1152"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Georgia" w:hAnsi="Georgia"/>
        <w:color w:val="000000"/>
        <w:sz w:val="16"/>
      </w:rPr>
      <w:t>Перевод: проект «Гмар Тиккун»</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Georgia" w:hAnsi="Georgia"/>
        <w:color w:val="000000"/>
        <w:sz w:val="17"/>
      </w:rPr>
      <w:t>Паним Меирот у-Масбирот • Бааль Сулам</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