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6205825" cy="8778240"/>
            <wp:docPr id="1" name="Picture 1"/>
            <wp:cNvGraphicFramePr>
              <a:graphicFrameLocks noChangeAspect="1"/>
            </wp:cNvGraphicFramePr>
            <a:graphic>
              <a:graphicData uri="http://schemas.openxmlformats.org/drawingml/2006/picture">
                <pic:pic>
                  <pic:nvPicPr>
                    <pic:cNvPr id="0" name="cover.png"/>
                    <pic:cNvPicPr/>
                  </pic:nvPicPr>
                  <pic:blipFill>
                    <a:blip r:embed="rId11"/>
                    <a:stretch>
                      <a:fillRect/>
                    </a:stretch>
                  </pic:blipFill>
                  <pic:spPr>
                    <a:xfrm>
                      <a:off x="0" y="0"/>
                      <a:ext cx="6205825" cy="8778240"/>
                    </a:xfrm>
                    <a:prstGeom prst="rect"/>
                  </pic:spPr>
                </pic:pic>
              </a:graphicData>
            </a:graphic>
          </wp:inline>
        </w:drawing>
      </w:r>
    </w:p>
    <w:p>
      <w:r>
        <w:br w:type="page"/>
      </w:r>
    </w:p>
    <w:p>
      <w:pPr>
        <w:spacing w:before="1440" w:after="240"/>
        <w:jc w:val="center"/>
      </w:pPr>
      <w:r>
        <w:rPr>
          <w:rFonts w:ascii="Georgia" w:hAnsi="Georgia" w:cs="Times New Roman"/>
          <w:b/>
          <w:i w:val="0"/>
          <w:color w:val="000000"/>
          <w:sz w:val="48"/>
          <w:rtl/>
          <w:szCs w:val="44"/>
        </w:rPr>
        <w:t>פנים מאירות ומסבירות</w:t>
      </w:r>
    </w:p>
    <w:p>
      <w:pPr>
        <w:spacing w:before="240" w:after="160"/>
        <w:jc w:val="center"/>
      </w:pPr>
      <w:r>
        <w:rPr>
          <w:rFonts w:ascii="Georgia" w:hAnsi="Georgia"/>
          <w:b/>
          <w:i w:val="0"/>
          <w:color w:val="000000"/>
          <w:sz w:val="40"/>
        </w:rPr>
        <w:t>Паним Меирот у-Масбирот</w:t>
      </w:r>
    </w:p>
    <w:p>
      <w:pPr>
        <w:spacing w:before="80" w:after="320"/>
        <w:jc w:val="center"/>
      </w:pPr>
      <w:r>
        <w:rPr>
          <w:rFonts w:ascii="Georgia" w:hAnsi="Georgia"/>
          <w:b w:val="0"/>
          <w:i/>
          <w:color w:val="000000"/>
          <w:sz w:val="27"/>
        </w:rPr>
        <w:t>Лик светящийся и разъясняющий · Часть четвертая</w:t>
      </w:r>
    </w:p>
    <w:p>
      <w:pPr>
        <w:spacing w:before="160" w:after="360"/>
        <w:jc w:val="center"/>
      </w:pPr>
      <w:r>
        <w:rPr>
          <w:rFonts w:ascii="Georgia" w:hAnsi="Georgia"/>
          <w:b/>
          <w:i w:val="0"/>
          <w:color w:val="000000"/>
          <w:sz w:val="26"/>
        </w:rPr>
        <w:t>Бааль а-Сулам (Рабейну Йегуда Лейб Ашлаг)</w:t>
      </w:r>
    </w:p>
    <w:p>
      <w:pPr>
        <w:spacing w:before="360" w:after="360"/>
        <w:jc w:val="center"/>
      </w:pPr>
      <w:r>
        <w:rPr>
          <w:rFonts w:ascii="Georgia" w:hAnsi="Georgia"/>
          <w:color w:val="000000"/>
          <w:sz w:val="24"/>
        </w:rPr>
        <w:t>❖   ❖   ❖</w:t>
      </w:r>
    </w:p>
    <w:p>
      <w:pPr>
        <w:spacing w:before="120" w:after="80"/>
        <w:jc w:val="center"/>
      </w:pPr>
      <w:r>
        <w:rPr>
          <w:rFonts w:ascii="Georgia" w:hAnsi="Georgia"/>
          <w:b/>
          <w:color w:val="000000"/>
          <w:sz w:val="22"/>
        </w:rPr>
        <w:t>Перевод и редакция: Проект «Гмар Тиккун»</w:t>
      </w:r>
    </w:p>
    <w:p>
      <w:r>
        <w:br w:type="page"/>
      </w:r>
    </w:p>
    <w:p>
      <w:pPr>
        <w:keepNext/>
        <w:spacing w:before="360" w:after="160"/>
        <w:jc w:val="center"/>
      </w:pPr>
      <w:r>
        <w:rPr>
          <w:rFonts w:ascii="Georgia" w:hAnsi="Georgia"/>
          <w:b w:val="0"/>
          <w:i w:val="0"/>
          <w:color w:val="000000"/>
          <w:sz w:val="40"/>
        </w:rPr>
        <w:t>Ветвь 39</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Знай: во время смерти мелахим, когда они пали вниз, в них содержались все стадии (бхинот), составляющие АБЕА. И в самой части Асия есть четыре ступени, расположенные по порядку снизу вверх: неживой, растительный, животный и говорящий [уровни].</w:t>
      </w:r>
    </w:p>
    <w:p>
      <w:pPr>
        <w:spacing w:before="40" w:after="120"/>
        <w:jc w:val="both"/>
      </w:pPr>
      <w:r>
        <w:rPr>
          <w:rFonts w:ascii="Georgia" w:hAnsi="Georgia"/>
          <w:b w:val="0"/>
          <w:i w:val="0"/>
          <w:color w:val="000000"/>
          <w:sz w:val="24"/>
        </w:rPr>
        <w:t xml:space="preserve">2) Смысл в том, что даже в неживом — в почве, камнях и тому подобном — безусловно должна присутствовать духовная жизненная сила (хиют), а также созвездие (мазаль) и поставленный над ним надсмотрщик свыше. Ведь иначе земля не производила бы зелень и злаки, если бы в них не было жизненной силы. Однако ступень жизненной силы растений выше их: мы видим, что растение всходит и растет подобно людям, и жизненная сила внутри него, несомненно, производит этот рост. Жизненная же сила животных выше растительной, поскольку в них душа (нефеш) выражена более явно, как сказано: </w:t>
      </w:r>
      <w:r>
        <w:rPr>
          <w:rFonts w:ascii="Georgia" w:hAnsi="Georgia"/>
          <w:b w:val="0"/>
          <w:i/>
          <w:color w:val="000000"/>
          <w:sz w:val="24"/>
        </w:rPr>
        <w:t>«...и дух животного, сходящий вниз, в землю»</w:t>
      </w:r>
      <w:r>
        <w:rPr>
          <w:rFonts w:ascii="Georgia" w:hAnsi="Georgia"/>
          <w:b w:val="0"/>
          <w:i w:val="0"/>
          <w:color w:val="000000"/>
          <w:sz w:val="24"/>
        </w:rPr>
        <w:t xml:space="preserve"> (Коэлет 3:21). А жизненная сила говорящего человека — выше их всех.</w:t>
      </w:r>
    </w:p>
    <w:p>
      <w:pPr>
        <w:spacing w:before="40" w:after="120"/>
        <w:jc w:val="both"/>
      </w:pPr>
      <w:r>
        <w:rPr>
          <w:rFonts w:ascii="Georgia" w:hAnsi="Georgia"/>
          <w:b w:val="0"/>
          <w:i w:val="0"/>
          <w:color w:val="000000"/>
          <w:sz w:val="24"/>
        </w:rPr>
        <w:t>3) И нет ни одного создания во всех мирах, в котором не было бы [искр] от выяснения упомянутых мелахим, и всё включено в них. И от каждого из названных уровней вследствие смерти мелахим [частицы] оказались в клипот. И вот, ото всех этих уровней они выясняются и выходят из клипот; при этом самая отборная из них выяснилась в Ацилуте, худшая по сравнению с ней выяснилась в Брия, худшая по сравнению с той — в Ецира, а худшая из них — в Асия.</w:t>
      </w:r>
    </w:p>
    <w:p>
      <w:pPr>
        <w:spacing w:before="40" w:after="120"/>
        <w:jc w:val="both"/>
      </w:pPr>
      <w:r>
        <w:rPr>
          <w:rFonts w:ascii="Georgia" w:hAnsi="Georgia"/>
          <w:b w:val="0"/>
          <w:i w:val="0"/>
          <w:color w:val="000000"/>
          <w:sz w:val="24"/>
        </w:rPr>
        <w:t>4) И в самой Асия есть четыре названных уровня: лучший из них — человек, худший по сравнению с ним — животное, худший по сравнению с тем — растение, а худший по сравнению с ним — неживой [уровень]. Самое же худшее из всего — это так называемый шлак от переплавки золота; оно не принесло никакой пользы и называется клипот, поскольку эти [части] не могут выясниться. И это предельно тяжелые и сильные суды (диним кашим), которые и есть клипот в чистом виде.</w:t>
      </w:r>
    </w:p>
    <w:p>
      <w:pPr>
        <w:spacing w:before="40" w:after="120"/>
        <w:jc w:val="both"/>
      </w:pPr>
      <w:r>
        <w:rPr>
          <w:rFonts w:ascii="Georgia" w:hAnsi="Georgia"/>
          <w:b w:val="0"/>
          <w:i w:val="0"/>
          <w:color w:val="000000"/>
          <w:sz w:val="24"/>
        </w:rPr>
        <w:t xml:space="preserve">5) И вот, необходимо, чтобы внутри этих клипот оставалось немного мельчайших искр святости (ницоцей кдуша) — в виде одиннадцати благовоний воскурения (саманей кторет), как сказано в своем месте. Таким образом, от всех этих упомянутых ступеней есть [части] в клипот, и человек своими поступками должен исправлять их, выяснять и поднимать со ступени на ступень. А когда завершится выяснение всех этих одиннадцати благовоний воскурения, тогда </w:t>
      </w:r>
      <w:r>
        <w:rPr>
          <w:rFonts w:ascii="Georgia" w:hAnsi="Georgia"/>
          <w:b w:val="0"/>
          <w:i/>
          <w:color w:val="000000"/>
          <w:sz w:val="24"/>
        </w:rPr>
        <w:t>«поглотит Он смерть навеки»</w:t>
      </w:r>
      <w:r>
        <w:rPr>
          <w:rFonts w:ascii="Georgia" w:hAnsi="Georgia"/>
          <w:b w:val="0"/>
          <w:i w:val="0"/>
          <w:color w:val="000000"/>
          <w:sz w:val="24"/>
        </w:rPr>
        <w:t xml:space="preserve"> (Йешаяу 25:8), как упоминалось в первом рассуждении.</w:t>
      </w:r>
    </w:p>
    <w:p>
      <w:pPr>
        <w:spacing w:before="40" w:after="120"/>
        <w:jc w:val="both"/>
      </w:pPr>
      <w:r>
        <w:rPr>
          <w:rFonts w:ascii="Georgia" w:hAnsi="Georgia"/>
          <w:b w:val="0"/>
          <w:i w:val="0"/>
          <w:color w:val="000000"/>
          <w:sz w:val="24"/>
        </w:rPr>
        <w:t>6) И суть выяснения состоит в том, чтобы сначала поднять [искру] на первую ступень, а затем на следующую ступень, которая выше нее, и так далее по всем ступеням. И об этом говорится в тайне намерения при еде (каванат ахила): человек способен обратить неживое в часть собственного естества. Так выясняются и исправляются все вещи, в которых содержатся отходы (псолет) и клипа. Они исправляются от уровня неживого вплоть до уровня собственно говорящего человека. А затем, если человек благодаря своим поступкам удостоится большего, он поднимет всё на ступень ангела, так что всё будет выясняться этап за этапом, пока не поднимется ступень за ступенью на высочайший уровень.</w:t>
      </w:r>
    </w:p>
    <w:p>
      <w:pPr>
        <w:spacing w:before="40" w:after="120"/>
        <w:jc w:val="both"/>
      </w:pPr>
      <w:r>
        <w:rPr>
          <w:rFonts w:ascii="Georgia" w:hAnsi="Georgia"/>
          <w:b w:val="0"/>
          <w:i w:val="0"/>
          <w:color w:val="000000"/>
          <w:sz w:val="24"/>
        </w:rPr>
        <w:t>7) И вот, когда появились Адам и Хава, в Адаме уже был выяснен уровень душ (нешамот); а когда он нарек имена всем животным, выяснились и они. Растения же и неживой уровень предстояло исправить позже — посредством обработки земли и вкушения пищи. Но когда они согрешили, уровень душ и уровень животных вновь пали и смешались с клипот.</w:t>
      </w:r>
    </w:p>
    <w:p>
      <w:pPr>
        <w:spacing w:before="40" w:after="120"/>
        <w:jc w:val="both"/>
      </w:pPr>
      <w:r>
        <w:rPr>
          <w:rFonts w:ascii="Georgia" w:hAnsi="Georgia"/>
          <w:b w:val="0"/>
          <w:i w:val="0"/>
          <w:color w:val="000000"/>
          <w:sz w:val="24"/>
        </w:rPr>
        <w:t xml:space="preserve">8) И всё это подробно разъяснено в рассуждении о намерении при еде, а также в рассуждении о тельце и кругооборотах душ (гильгулим), смотри там. И там объясняется, что любое выяснение отходов из них происходит посредством мысли, как сказано в недельном разделе Пкудей: </w:t>
      </w:r>
      <w:r>
        <w:rPr>
          <w:rFonts w:ascii="Georgia" w:hAnsi="Georgia"/>
          <w:b w:val="0"/>
          <w:i/>
          <w:color w:val="000000"/>
          <w:sz w:val="24"/>
        </w:rPr>
        <w:t>«...и отделил отходы из мысли»</w:t>
      </w:r>
      <w:r>
        <w:rPr>
          <w:rFonts w:ascii="Georgia" w:hAnsi="Georgia"/>
          <w:b w:val="0"/>
          <w:i w:val="0"/>
          <w:color w:val="000000"/>
          <w:sz w:val="24"/>
        </w:rPr>
        <w:t xml:space="preserve"> (Зоар, Пкудей). И это [совершается] через Хохму и через Бину, находящуюся в самой Хохме, согласно тайне: </w:t>
      </w:r>
      <w:r>
        <w:rPr>
          <w:rFonts w:ascii="Georgia" w:hAnsi="Georgia"/>
          <w:b w:val="0"/>
          <w:i/>
          <w:color w:val="000000"/>
          <w:sz w:val="24"/>
        </w:rPr>
        <w:t>«Постигай мудростью и умудряйся пониманием»</w:t>
      </w:r>
      <w:r>
        <w:rPr>
          <w:rFonts w:ascii="Georgia" w:hAnsi="Georgia"/>
          <w:b w:val="0"/>
          <w:i w:val="0"/>
          <w:color w:val="000000"/>
          <w:sz w:val="24"/>
        </w:rPr>
        <w:t xml:space="preserve"> (Сефер Йецира 1:4). Выходит, что всё совершается в Хохме, и смотри об этом там.</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«В них содержались все стадии, составляющие АБЕА»</w:t>
      </w:r>
      <w:r>
        <w:rPr>
          <w:rFonts w:ascii="Georgia" w:hAnsi="Georgia"/>
          <w:b w:val="0"/>
          <w:i w:val="0"/>
          <w:color w:val="000000"/>
          <w:sz w:val="24"/>
        </w:rPr>
        <w:t xml:space="preserve"> — однако они были перемешаны друг с другом, словно вино, масло и мед, смешанные между собой так, что ни одно из них невозможно различить; и пойми [это].</w:t>
      </w:r>
    </w:p>
    <w:p>
      <w:pPr>
        <w:spacing w:before="40" w:after="120"/>
        <w:jc w:val="both"/>
      </w:pPr>
      <w:r>
        <w:rPr>
          <w:rFonts w:ascii="Georgia" w:hAnsi="Georgia"/>
          <w:b/>
          <w:i w:val="0"/>
          <w:color w:val="000000"/>
          <w:sz w:val="24"/>
        </w:rPr>
        <w:t>«Неживой, растительный, животный, говорящий»</w:t>
      </w:r>
      <w:r>
        <w:rPr>
          <w:rFonts w:ascii="Georgia" w:hAnsi="Georgia"/>
          <w:b w:val="0"/>
          <w:i w:val="0"/>
          <w:color w:val="000000"/>
          <w:sz w:val="24"/>
        </w:rPr>
        <w:t xml:space="preserve"> — это различение проистекает из корня разделения четырех стадий прямого света — ХУБ-ТУМ — и четырех миров АБЕА, на которые намекают четыре буквы АВАЯ. И таково правило: нет ничего в мирах, что не было бы устроено по разделению на четыре стадии прямого света — ХУБ-ТУМ, как в целом, так и в частностях, как сказано в предшествующих ветвях.</w:t>
      </w:r>
    </w:p>
    <w:p>
      <w:pPr>
        <w:spacing w:before="40" w:after="120"/>
        <w:jc w:val="both"/>
      </w:pPr>
      <w:r>
        <w:rPr>
          <w:rFonts w:ascii="Georgia" w:hAnsi="Georgia"/>
          <w:b w:val="0"/>
          <w:i w:val="0"/>
          <w:color w:val="000000"/>
          <w:sz w:val="24"/>
        </w:rPr>
        <w:t xml:space="preserve">2) </w:t>
      </w:r>
      <w:r>
        <w:rPr>
          <w:rFonts w:ascii="Georgia" w:hAnsi="Georgia"/>
          <w:b/>
          <w:i w:val="0"/>
          <w:color w:val="000000"/>
          <w:sz w:val="24"/>
        </w:rPr>
        <w:t>«...И созвездие, и надсмотрщик над ним свыше и т. д.»</w:t>
      </w:r>
      <w:r>
        <w:rPr>
          <w:rFonts w:ascii="Georgia" w:hAnsi="Georgia"/>
          <w:b w:val="0"/>
          <w:i w:val="0"/>
          <w:color w:val="000000"/>
          <w:sz w:val="24"/>
        </w:rPr>
        <w:t xml:space="preserve"> — то есть миры нисходят по цепочке и происходят один из другого, словно оттиск от печати: всё, что есть на печати, переходит и на ее оттиск. И все частности со всеми их свойствами, существующие в Ацилуте, есть также в Брия, и точно так же — в Ецира и Асия. Потому что все частности бытия в мирах также нисходят по цепочке и порождаются друг из друга по закону причины и следствия — от рош де-Ацилут до соф де-Асия. И нет никакого различия между одним миром и другим, кроме свойств материи этих частностей, по форме же между ними существует полное подобие, словно между отцом и рожденным от него сыном. И в этом тайный смысл изречения мудрецов (ХАЗАЛЬ): «Нет ни одной травинки внизу, над которой не было бы созвездия вверху, что бьет ее и говорит ей: расти!» То есть и изобилие (шефа) своей жизненной силы они получают друг от друга: каждая ветвь в Асия — от своего корня в Ецира, тот — от своего корня в Брия, и так далее до самой вершины. И об этом [Учитель] сказал: «Ведь иначе земля не взращивала бы зелень и злаки и т. д.». То есть, как уже говорилось: подобно тому как частности бытия нисходят по цепочке и порождаются друг от друга, так и изобилие жизненной силы со всеми их происшествиями они получают друг от друга, вплоть до высочайших высот; пойми же это очень глубоко.</w:t>
      </w:r>
    </w:p>
    <w:p>
      <w:pPr>
        <w:spacing w:before="40" w:after="120"/>
        <w:jc w:val="both"/>
      </w:pPr>
      <w:r>
        <w:rPr>
          <w:rFonts w:ascii="Georgia" w:hAnsi="Georgia"/>
          <w:b w:val="0"/>
          <w:i w:val="0"/>
          <w:color w:val="000000"/>
          <w:sz w:val="24"/>
        </w:rPr>
        <w:t xml:space="preserve">3) </w:t>
      </w:r>
      <w:r>
        <w:rPr>
          <w:rFonts w:ascii="Georgia" w:hAnsi="Georgia"/>
          <w:b/>
          <w:i w:val="0"/>
          <w:color w:val="000000"/>
          <w:sz w:val="24"/>
        </w:rPr>
        <w:t>«Однако самая отборная из них выяснилась в Ацилуте и т. д.»</w:t>
      </w:r>
      <w:r>
        <w:rPr>
          <w:rFonts w:ascii="Georgia" w:hAnsi="Georgia"/>
          <w:b w:val="0"/>
          <w:i w:val="0"/>
          <w:color w:val="000000"/>
          <w:sz w:val="24"/>
        </w:rPr>
        <w:t xml:space="preserve"> — ведь порядок выяснения и исправления бытия начинается сверху вниз. И сначала вся совокупность ЗАТ де-Некудим после разбиения поднялась из БЕА в качестве МАН к АБ-САГ де-АК. И лучшее из них выяснилось для Ацилута, а остальное было отстранено и вышло в Брия. Затем из них выяснилось хорошее для нужд Брия, а остальное было отстранено в Ецира и Асия, и так далее по тому же принципу.</w:t>
      </w:r>
    </w:p>
    <w:p>
      <w:pPr>
        <w:spacing w:before="40" w:after="120"/>
        <w:jc w:val="both"/>
      </w:pPr>
      <w:r>
        <w:rPr>
          <w:rFonts w:ascii="Georgia" w:hAnsi="Georgia"/>
          <w:b w:val="0"/>
          <w:i w:val="0"/>
          <w:color w:val="000000"/>
          <w:sz w:val="24"/>
        </w:rPr>
        <w:t xml:space="preserve">4) </w:t>
      </w:r>
      <w:r>
        <w:rPr>
          <w:rFonts w:ascii="Georgia" w:hAnsi="Georgia"/>
          <w:b/>
          <w:i w:val="0"/>
          <w:color w:val="000000"/>
          <w:sz w:val="24"/>
        </w:rPr>
        <w:t>«Шлак от переплавки золота ни к чему не пригоден и т. д.»</w:t>
      </w:r>
      <w:r>
        <w:rPr>
          <w:rFonts w:ascii="Georgia" w:hAnsi="Georgia"/>
          <w:b w:val="0"/>
          <w:i w:val="0"/>
          <w:color w:val="000000"/>
          <w:sz w:val="24"/>
        </w:rPr>
        <w:t xml:space="preserve"> — то есть так они были тогда выяснены во время творения со стороны Источника, благословен Он. Однако позже они снова смешались из-за греха Адама а-Ришона, как сказано далее, и тогда клипот выстроились также в четыре мира — АБЕА де-клипот, по тайному смыслу стиха: </w:t>
      </w:r>
      <w:r>
        <w:rPr>
          <w:rFonts w:ascii="Georgia" w:hAnsi="Georgia"/>
          <w:b w:val="0"/>
          <w:i/>
          <w:color w:val="000000"/>
          <w:sz w:val="24"/>
        </w:rPr>
        <w:t>«...одно напротив другого создал Всесильный...»</w:t>
      </w:r>
      <w:r>
        <w:rPr>
          <w:rFonts w:ascii="Georgia" w:hAnsi="Georgia"/>
          <w:b w:val="0"/>
          <w:i w:val="0"/>
          <w:color w:val="000000"/>
          <w:sz w:val="24"/>
        </w:rPr>
        <w:t xml:space="preserve"> (Коэлет 7:14). И знай, что в клипот различаются две стороны — правая и левая: левая сторона называется шлаком от переплавки золота, или тяжелыми судами, а правая сторона называется шлаком от переплавки серебра, или нечистыми клипот.</w:t>
      </w:r>
    </w:p>
    <w:p>
      <w:pPr>
        <w:spacing w:before="40" w:after="120"/>
        <w:jc w:val="both"/>
      </w:pPr>
      <w:r>
        <w:rPr>
          <w:rFonts w:ascii="Georgia" w:hAnsi="Georgia"/>
          <w:b w:val="0"/>
          <w:i w:val="0"/>
          <w:color w:val="000000"/>
          <w:sz w:val="24"/>
        </w:rPr>
        <w:t xml:space="preserve">7) </w:t>
      </w:r>
      <w:r>
        <w:rPr>
          <w:rFonts w:ascii="Georgia" w:hAnsi="Georgia"/>
          <w:b/>
          <w:i w:val="0"/>
          <w:color w:val="000000"/>
          <w:sz w:val="24"/>
        </w:rPr>
        <w:t>«И когда нарек имена всем животным, они выяснились и т. д.»</w:t>
      </w:r>
      <w:r>
        <w:rPr>
          <w:rFonts w:ascii="Georgia" w:hAnsi="Georgia"/>
          <w:b w:val="0"/>
          <w:i w:val="0"/>
          <w:color w:val="000000"/>
          <w:sz w:val="24"/>
        </w:rPr>
        <w:t xml:space="preserve"> — в этом тайный смысл стиха: </w:t>
      </w:r>
      <w:r>
        <w:rPr>
          <w:rFonts w:ascii="Georgia" w:hAnsi="Georgia"/>
          <w:b w:val="0"/>
          <w:i/>
          <w:color w:val="000000"/>
          <w:sz w:val="24"/>
        </w:rPr>
        <w:t>«И нарек человек имена...»</w:t>
      </w:r>
      <w:r>
        <w:rPr>
          <w:rFonts w:ascii="Georgia" w:hAnsi="Georgia"/>
          <w:b w:val="0"/>
          <w:i w:val="0"/>
          <w:color w:val="000000"/>
          <w:sz w:val="24"/>
        </w:rPr>
        <w:t xml:space="preserve"> (Берешит 2:20). Поскольку во всем том, что осталось от семи погибших мелахим после того, как из них был выяснен [уровень] Адама, а [остальное] отделилось от него в качестве отходов, еще предстояло выяснить все названные уровни: неживой, растительный и животный. И это выяснение относилось уже конкретно к человеку, как сказано далее: ни одна ступень не выясняется иначе, как ступенью, находящейся выше нее (смотри там). Именно поэтому Всевышний привел к нему скот и зверей для наречения имен, чья сокровенная суть и заключается в упомянутом выяснении; и пойми [это].</w:t>
      </w:r>
    </w:p>
    <w:p>
      <w:pPr>
        <w:spacing w:before="40" w:after="120"/>
        <w:jc w:val="both"/>
      </w:pPr>
      <w:r>
        <w:rPr>
          <w:rFonts w:ascii="Georgia" w:hAnsi="Georgia"/>
          <w:b w:val="0"/>
          <w:i w:val="0"/>
          <w:color w:val="000000"/>
          <w:sz w:val="24"/>
        </w:rPr>
        <w:t xml:space="preserve">8) </w:t>
      </w:r>
      <w:r>
        <w:rPr>
          <w:rFonts w:ascii="Georgia" w:hAnsi="Georgia"/>
          <w:b/>
          <w:i w:val="0"/>
          <w:color w:val="000000"/>
          <w:sz w:val="24"/>
        </w:rPr>
        <w:t>«И отделил отходы из мысли, и это посредством Хохмы и т. д.»</w:t>
      </w:r>
      <w:r>
        <w:rPr>
          <w:rFonts w:ascii="Georgia" w:hAnsi="Georgia"/>
          <w:b w:val="0"/>
          <w:i w:val="0"/>
          <w:color w:val="000000"/>
          <w:sz w:val="24"/>
        </w:rPr>
        <w:t xml:space="preserve"> — то есть весь смысл подъема МАН состоит в восхождении к тайне мысли высшего, каковой является Бина, согласно сказанному мудрецами (ХАЗАЛЬ): «Так взошло в мысли»; и пойми [это]. Причем [подъем происходит] к уровню Есод де-Бина, где располагаются МАН и масах, принимающий прямой свет и поднимающий отраженный свет. Этот прямой свет представляет собой мужские воды (маин духрин, МАД), которые выясняют упомянутый МАН; и все те части МАН, которые непригодны для соударения (зивуга) МАД и МАН у высшего, отстраняются оттуда как отходы и нисходят к нижнему. А упомянутый прямой свет нисходит от Хохмы к Бине, и именно об этом сказано: </w:t>
      </w:r>
      <w:r>
        <w:rPr>
          <w:rFonts w:ascii="Georgia" w:hAnsi="Georgia"/>
          <w:b w:val="0"/>
          <w:i/>
          <w:color w:val="000000"/>
          <w:sz w:val="24"/>
        </w:rPr>
        <w:t>«...и отделил отходы из мысли»</w:t>
      </w:r>
      <w:r>
        <w:rPr>
          <w:rFonts w:ascii="Georgia" w:hAnsi="Georgia"/>
          <w:b w:val="0"/>
          <w:i w:val="0"/>
          <w:color w:val="000000"/>
          <w:sz w:val="24"/>
        </w:rPr>
        <w:t>, и это совершается посредством Хохмы; пойми же это как следует.</w:t>
      </w:r>
    </w:p>
    <w:p>
      <w:r>
        <w:br w:type="page"/>
      </w:r>
    </w:p>
    <w:p>
      <w:pPr>
        <w:keepNext/>
        <w:spacing w:before="360" w:after="160"/>
        <w:jc w:val="center"/>
      </w:pPr>
      <w:r>
        <w:rPr>
          <w:rFonts w:ascii="Georgia" w:hAnsi="Georgia"/>
          <w:b w:val="0"/>
          <w:i w:val="0"/>
          <w:color w:val="000000"/>
          <w:sz w:val="40"/>
        </w:rPr>
        <w:t>Ветвь 40</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Вернемся к прежней теме. Подобно тому, что мы говорили о четырех мирах АБЕА в целом, точно так же обстоит дело и внутри каждого отдельного мира. Начнем с мира Ацилут: самое отборное из всего выясненного (бирур) для Ацилута, что было отобрано из семи мелахим, как сказано выше, тогда выяснилось и поднялось в Атик; менее качественное — в АА, еще более низкое — в Аба ве-Има, а худшее из них — в ЗОН. И точно так же — в самих десяти сфирот каждого отдельного парцуфа, и точно так же во всех частных деталях, и это понятно.</w:t>
      </w:r>
    </w:p>
    <w:p>
      <w:pPr>
        <w:spacing w:before="40" w:after="120"/>
        <w:jc w:val="both"/>
      </w:pPr>
      <w:r>
        <w:rPr>
          <w:rFonts w:ascii="Georgia" w:hAnsi="Georgia"/>
          <w:b w:val="0"/>
          <w:i w:val="0"/>
          <w:color w:val="000000"/>
          <w:sz w:val="24"/>
        </w:rPr>
        <w:t>2) И тебе следует знать: когда началось выяснение [мира] Ацилут, мир Брия еще совершенно не был выяснен, и так же — во всех остальных мирах. И точно так же в самом Ацилуте: в то время, когда выяснялся Атик, все, что находится ниже него, еще совершенно не было выяснено. И подобным же образом — во всех частных деталях, и незачем [об этом] распространяться.</w:t>
      </w:r>
    </w:p>
    <w:p>
      <w:pPr>
        <w:spacing w:before="40" w:after="120"/>
        <w:jc w:val="both"/>
      </w:pPr>
      <w:r>
        <w:rPr>
          <w:rFonts w:ascii="Georgia" w:hAnsi="Georgia"/>
          <w:b w:val="0"/>
          <w:i w:val="0"/>
          <w:color w:val="000000"/>
          <w:sz w:val="24"/>
        </w:rPr>
        <w:t>3) Таким образом, в итоге все четыре мира АБЕА и все их частные детали представляют собой выяснение этих семи мелахим. И этот вопрос — корень всех знаний истинной мудрости, помни это. И мы уже объясняли в первой и второй главах, что невозможно выяснить ни одной искры иначе как посредством высшего соударения (зивуг), ведь эти искры поднимаются снизу, из того места, куда упали, входят во чрево высшей Нуквы и пребывают там в течение дней зачатия (ибур), и тогда подслащиваются там и становятся там парцуфом.</w:t>
      </w:r>
    </w:p>
    <w:p>
      <w:pPr>
        <w:spacing w:before="40" w:after="120"/>
        <w:jc w:val="both"/>
      </w:pPr>
      <w:r>
        <w:rPr>
          <w:rFonts w:ascii="Georgia" w:hAnsi="Georgia"/>
          <w:b w:val="0"/>
          <w:i w:val="0"/>
          <w:color w:val="000000"/>
          <w:sz w:val="24"/>
        </w:rPr>
        <w:t xml:space="preserve">4) О высшем же соударении, которое происходило ради выяснения АА, нам говорить не дозволено, ведь о том, что выше Аба ве-Има, сказано: </w:t>
      </w:r>
      <w:r>
        <w:rPr>
          <w:rFonts w:ascii="Georgia" w:hAnsi="Georgia"/>
          <w:b w:val="0"/>
          <w:i/>
          <w:color w:val="000000"/>
          <w:sz w:val="24"/>
        </w:rPr>
        <w:t>«Одного Я призвал его…»</w:t>
      </w:r>
      <w:r>
        <w:rPr>
          <w:rFonts w:ascii="Georgia" w:hAnsi="Georgia"/>
          <w:b w:val="0"/>
          <w:i w:val="0"/>
          <w:color w:val="000000"/>
          <w:sz w:val="24"/>
        </w:rPr>
        <w:t xml:space="preserve"> (Йешаяу 51:2) — «без соучастника», как мы учили в Зоаре (Берешит 22). И соударение там не проявлено, поскольку первой Нуквой в Ацилуте была высшая Има (Има Илаа); лишь начиная с Аба ве-Има мы начинаем упоминать категорию соударения. Поэтому теперь мы разберем соударение Аба ве-Има, [совершенное] ради отбора частей для ЗОН.</w:t>
      </w:r>
    </w:p>
    <w:p>
      <w:pPr>
        <w:spacing w:before="40" w:after="120"/>
        <w:jc w:val="both"/>
      </w:pPr>
      <w:r>
        <w:rPr>
          <w:rFonts w:ascii="Georgia" w:hAnsi="Georgia"/>
          <w:b w:val="0"/>
          <w:i w:val="0"/>
          <w:color w:val="000000"/>
          <w:sz w:val="24"/>
        </w:rPr>
        <w:t>5) Смысл же в том, что после окончательного выяснения частей Аба ве-Има им потребовалось совершить соударение, чтобы отобрать части для ЗОН. И тогда отобранные [искры] ЗОН де-Ацилут поднялись во чрево Има Илаа, сформировались там за время дней зачатия и вышли исправленными. Однако знай: во чреве Имы отобрались только части ЗОН де-Ацилут и не более того. А затем подобным же образом посредством Нуквы де-ЗА, в ее чреве, выяснились части рош де-Брия, находящиеся там.</w:t>
      </w:r>
    </w:p>
    <w:p>
      <w:pPr>
        <w:spacing w:before="40" w:after="120"/>
        <w:jc w:val="both"/>
      </w:pPr>
      <w:r>
        <w:rPr>
          <w:rFonts w:ascii="Georgia" w:hAnsi="Georgia"/>
          <w:b w:val="0"/>
          <w:i w:val="0"/>
          <w:color w:val="000000"/>
          <w:sz w:val="24"/>
        </w:rPr>
        <w:t>6) И знай: поскольку категорию соударения можно упоминать только от Аба ве-Има и ниже, мы объединяем ГАР де-Брия, говоря, что они выяснились вместе во чреве Нуквы де-Ацилут. Впрочем, разумный поймет это сам.</w:t>
      </w:r>
    </w:p>
    <w:p>
      <w:pPr>
        <w:spacing w:before="40" w:after="120"/>
        <w:jc w:val="both"/>
      </w:pPr>
      <w:r>
        <w:rPr>
          <w:rFonts w:ascii="Georgia" w:hAnsi="Georgia"/>
          <w:b w:val="0"/>
          <w:i w:val="0"/>
          <w:color w:val="000000"/>
          <w:sz w:val="24"/>
        </w:rPr>
        <w:t>7) А затем в Аба ве-Има де-Брия выяснились ЗОН де-Брия, и точно так же далее — вплоть до завершения частей [мира] Асия, и незачем [об этом] распространяться.</w:t>
      </w:r>
    </w:p>
    <w:p>
      <w:pPr>
        <w:spacing w:before="40" w:after="120"/>
        <w:jc w:val="both"/>
      </w:pPr>
      <w:r>
        <w:rPr>
          <w:rFonts w:ascii="Georgia" w:hAnsi="Georgia"/>
          <w:b w:val="0"/>
          <w:i w:val="0"/>
          <w:color w:val="000000"/>
          <w:sz w:val="24"/>
        </w:rPr>
        <w:t>Причина того, что у Аба ве-Има нет силы выяснить всё, что находится ниже, кроме одних лишь ЗОН, состоит в следующем: все эти искры не одинаковы, и между ними существует бесконечное множество различных ступеней, как сказано выше в начале главы. Поэтому лишь то, что относится к категории ЗОН де-Ацилут, может выясниться и подняться к Име де-Ацилут. Но всё, что находится ниже ступени ЗОН, не способно подняться выше ЗОН к Име, ведь это ступень более низкая, чем ЗОН; а если бы у нее была сила подняться к Име, она тоже вошла бы в общее число ЗОН. Таким образом, ни одна ступень не выясняется иначе, как на одну ступень выше себя. И эти вещи понятны и ясны.</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2) </w:t>
      </w:r>
      <w:r>
        <w:rPr>
          <w:rFonts w:ascii="Georgia" w:hAnsi="Georgia"/>
          <w:b/>
          <w:i w:val="0"/>
          <w:color w:val="000000"/>
          <w:sz w:val="24"/>
        </w:rPr>
        <w:t>«Когда началось выяснение [мира] Ацилут, мир Брия еще совершенно не был выяснен и т. д. В то время, когда выяснялся Атик, и т. д.»</w:t>
      </w:r>
      <w:r>
        <w:rPr>
          <w:rFonts w:ascii="Georgia" w:hAnsi="Georgia"/>
          <w:b w:val="0"/>
          <w:i w:val="0"/>
          <w:color w:val="000000"/>
          <w:sz w:val="24"/>
        </w:rPr>
        <w:t xml:space="preserve"> — это великое и основополагающее правило: ни одна ступень не исправляется иначе, как в смежной с ней высшей ступени, которая выше ее только на один уровень. И это непреложный закон порядка нисхождения пяти парцуфим АК, где ты обнаружишь, что каждый нижний представляет собой распространение из пэ де-рош высшего. Ведь по причине очищения экрана (издохехут), происходящего в каждом теле (гуф), десять сфирот каждого тела поднялись к экрану (масах) в Малхут де-рош этого парцуфа, и там произошло новое соударение. И тогда от этого соударения вышел новый парцуф, содержащий собственные рош, тох и соф, как сказано в девятой ветви, изучи там подробно.</w:t>
      </w:r>
    </w:p>
    <w:p>
      <w:pPr>
        <w:spacing w:before="40" w:after="120"/>
        <w:jc w:val="both"/>
      </w:pPr>
      <w:r>
        <w:rPr>
          <w:rFonts w:ascii="Georgia" w:hAnsi="Georgia"/>
          <w:b w:val="0"/>
          <w:i w:val="0"/>
          <w:color w:val="000000"/>
          <w:sz w:val="24"/>
        </w:rPr>
        <w:t>Отсюда видно, что подъем МАН происходил из тела каждого парцуфа к его собственным ГАР, и оттуда выделялся [из Источника] и исправлялся смежный с ним по ступени нижний: ведь АБ был исправлен в пэ де-Гальгальта, а САГ — в пэ де-АБ и так далее. И отсюда это распространяется на всех нижних: ни одна ступень не может быть выяснена нигде, кроме как в смежном с ней высшем, который служит для нее корнем. но не в высшем своего высшего. И поэтому само собой понятно, что пока Атик не выяснился полностью, нет никакой возможности, чтобы хоть в малейшей степени выяснился АА, являющийся его нижним. Ведь высший по отношению к Атику не способен выяснить и исправить [АА] — это может сделать только сам Атик. А раз так, необходимо, чтобы сначала на своем месте был окончательно исправлен парцуф Атик, и тогда Атик выясняет АА. Точно так же, пока не исправлен АА, нет совершенно никакого выяснения для Аба ве-Има, поскольку они являются нижними по отношению к АА; а раз так, Атик не может их выяснить, будучи высшим их высшего. И потому сначала обязательно должен быть исправлен на своем месте парцуф АА, и тогда он выясняет Аба ве-Има. И точно так же — каждый высший по отношению к нижнему, от начала Ацилута до самого завершения Асии.</w:t>
      </w:r>
    </w:p>
    <w:p>
      <w:pPr>
        <w:spacing w:before="40" w:after="120"/>
        <w:jc w:val="both"/>
      </w:pPr>
      <w:r>
        <w:rPr>
          <w:rFonts w:ascii="Georgia" w:hAnsi="Georgia"/>
          <w:b w:val="0"/>
          <w:i w:val="0"/>
          <w:color w:val="000000"/>
          <w:sz w:val="24"/>
        </w:rPr>
        <w:t xml:space="preserve">7) </w:t>
      </w:r>
      <w:r>
        <w:rPr>
          <w:rFonts w:ascii="Georgia" w:hAnsi="Georgia"/>
          <w:b/>
          <w:i w:val="0"/>
          <w:color w:val="000000"/>
          <w:sz w:val="24"/>
        </w:rPr>
        <w:t>«Таким образом, ни одна ступень не выясняется иначе, как на одну ступень выше себя»</w:t>
      </w:r>
      <w:r>
        <w:rPr>
          <w:rFonts w:ascii="Georgia" w:hAnsi="Georgia"/>
          <w:b w:val="0"/>
          <w:i w:val="0"/>
          <w:color w:val="000000"/>
          <w:sz w:val="24"/>
        </w:rPr>
        <w:t xml:space="preserve"> — как мы подробно объясняли выше (обратись туда), этот закон берет начало от пяти парцуфим АК: Гальгальта, АБ, САГ, МА и БОН. Однако здесь есть одно отличие от того, что происходило в АК. А именно: там сам высший поднимал МАН из своих ЗАТ в свое пэ де-рош для соударения ради нижней ступени. Так, пэ де-АБ поднимал десять сфирот своего тела в силу очищения экрана к своему пэ де-рош, где совершалось новое соударение, благодаря которому выделялись и выходили рош, тох и соф де-САГ, как сказано выше; и точно так же — остальные парцуфим.</w:t>
      </w:r>
    </w:p>
    <w:p>
      <w:pPr>
        <w:spacing w:before="40" w:after="120"/>
        <w:jc w:val="both"/>
      </w:pPr>
      <w:r>
        <w:rPr>
          <w:rFonts w:ascii="Georgia" w:hAnsi="Georgia"/>
          <w:b w:val="0"/>
          <w:i w:val="0"/>
          <w:color w:val="000000"/>
          <w:sz w:val="24"/>
        </w:rPr>
        <w:t>Однако в мире Исправления дело обстоит иначе: здесь каждый нижний поднимает МАН своего высшего к высшему своего высшего, то есть к третьему парцуфу; и тогда высший исправляет [ступени] ради своего смежного нижнего, являющегося вторым парцуфом. Таким образом, что касается исправления мохин (света разума) де-ЗОН — они, конечно же, выясняются и исправляются исключительно в пэ смежного с ними высшего, называемого ИШСУТ. Однако поднимает МАН не сам высший парцуф, то есть не сам ИШСУТ, как это было в парцуфим АК, а нижняя ступень относительно ЗОН, называемая душами праведников в мире Брия. Именно они поднимают МАН, необходимый для [получения] мохин де-ЗОН, к высшему над ЗОН, который называется ИШСУТ; помни это. Причина же этого будет разъяснена в следующих ветвях с Б-жьей помощью.</w:t>
      </w:r>
    </w:p>
    <w:p>
      <w:r>
        <w:br w:type="page"/>
      </w:r>
    </w:p>
    <w:p>
      <w:pPr>
        <w:keepNext/>
        <w:spacing w:before="360" w:after="160"/>
        <w:jc w:val="center"/>
      </w:pPr>
      <w:r>
        <w:rPr>
          <w:rFonts w:ascii="Georgia" w:hAnsi="Georgia"/>
          <w:b w:val="0"/>
          <w:i w:val="0"/>
          <w:color w:val="000000"/>
          <w:sz w:val="40"/>
        </w:rPr>
        <w:t>Ветвь 41</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Когда возникло желание Источника оживить мертвых и исправить этих разбитых мелахим, павших в мир Брия, Он произвел отсечение и поднял МАН снизу вверх. Благодаря этому произошло высшее соударение (зивуг) ХУБ внутреннего АК, породившее новое имя МА, и мелахим исправились.</w:t>
      </w:r>
    </w:p>
    <w:p>
      <w:pPr>
        <w:spacing w:before="40" w:after="120"/>
        <w:jc w:val="both"/>
      </w:pPr>
      <w:r>
        <w:rPr>
          <w:rFonts w:ascii="Georgia" w:hAnsi="Georgia"/>
          <w:b w:val="0"/>
          <w:i w:val="0"/>
          <w:color w:val="000000"/>
          <w:sz w:val="24"/>
        </w:rPr>
        <w:t>2) Выше уже объяснялось, что семь светов мелахим де-БОН поднялись, включились и облачились в три линии ХУБ и Кетер, распространившиеся до конца упомянутого места — то есть ХАГАТ. Теперь это распространение вновь собралось наверх и вернулось к исходному состоянию, когда наверху на своем месте были только ГАР. И оно подняло вместе с собой наверх, на их место, семь нижних светов. Таким образом, теперь все семь нижних светов оказались наверху, на месте Бины, ведь она — «мать сыновей», и именно там находится место беременности и зачатия (ибура).</w:t>
      </w:r>
    </w:p>
    <w:p>
      <w:pPr>
        <w:spacing w:before="40" w:after="120"/>
        <w:jc w:val="both"/>
      </w:pPr>
      <w:r>
        <w:rPr>
          <w:rFonts w:ascii="Georgia" w:hAnsi="Georgia"/>
          <w:b w:val="0"/>
          <w:i w:val="0"/>
          <w:color w:val="000000"/>
          <w:sz w:val="24"/>
        </w:rPr>
        <w:t>3) И когда семь светов поднялись наверх, келим, опустившиеся в [мир] Брия, тоже поднялись наверх, в Ацилут, но не соединились вместе.</w:t>
      </w:r>
    </w:p>
    <w:p>
      <w:pPr>
        <w:spacing w:before="40" w:after="120"/>
        <w:jc w:val="both"/>
      </w:pPr>
      <w:r>
        <w:rPr>
          <w:rFonts w:ascii="Georgia" w:hAnsi="Georgia"/>
          <w:b w:val="0"/>
          <w:i w:val="0"/>
          <w:color w:val="000000"/>
          <w:sz w:val="24"/>
        </w:rPr>
        <w:t>4) И подобно тому как семь светов находились в состоянии зачатия, «три включены в три», а точка Малхут была седьмой по отношению к ним в виде «шага наружу» (</w:t>
      </w:r>
      <w:r>
        <w:rPr>
          <w:rFonts w:ascii="Georgia" w:hAnsi="Georgia"/>
          <w:b w:val="0"/>
          <w:i/>
          <w:color w:val="000000"/>
          <w:sz w:val="24"/>
        </w:rPr>
        <w:t>псиа ле-вар</w:t>
      </w:r>
      <w:r>
        <w:rPr>
          <w:rFonts w:ascii="Georgia" w:hAnsi="Georgia"/>
          <w:b w:val="0"/>
          <w:i w:val="0"/>
          <w:color w:val="000000"/>
          <w:sz w:val="24"/>
        </w:rPr>
        <w:t>), как с Б-жьей помощью будет сказано ниже, — точно так же обстояло и с келим: «три включены в три», и Малхут вместе с ними.</w:t>
      </w:r>
    </w:p>
    <w:p>
      <w:pPr>
        <w:spacing w:before="40" w:after="120"/>
        <w:jc w:val="both"/>
      </w:pPr>
      <w:r>
        <w:rPr>
          <w:rFonts w:ascii="Georgia" w:hAnsi="Georgia"/>
          <w:b w:val="0"/>
          <w:i w:val="0"/>
          <w:color w:val="000000"/>
          <w:sz w:val="24"/>
        </w:rPr>
        <w:t>5) И происходило это следующим образом: келим Нецах и Хесед поднялись по правой линии в Ацилут, и оба они встали и расположились на месте сфиры Нецах де-Ацилут. Келим Ход и Гвура поднялись в Ацилут по левой линии и встали в сфире Ход де-Ацилут. Келим Даат и Тиферет поднялись из [мира] Брия в Ацилут по средней линии и встали на месте Есод де-Ацилут, а келим Есод и Малхут поднялись из Брия в Ацилут и встали на месте Малхут де-Ацилут. Получается, что и келим были включены «три в три», и Малхут с ними, а расстояние между светами и келим составляло не более трех пустых сфирот — ХАГАТ, поскольку все света стоят в Бине, как упомянуто.</w:t>
      </w:r>
    </w:p>
    <w:p>
      <w:pPr>
        <w:spacing w:before="40" w:after="120"/>
        <w:jc w:val="both"/>
      </w:pPr>
      <w:r>
        <w:rPr>
          <w:rFonts w:ascii="Georgia" w:hAnsi="Georgia"/>
          <w:b w:val="0"/>
          <w:i w:val="0"/>
          <w:color w:val="000000"/>
          <w:sz w:val="24"/>
        </w:rPr>
        <w:t>6) Однако эти семь келим поднялись не все разом, а за сорок дней, [подобно сроку] формирования зародыша, следующим образом: каждые десять дней поднимались две сфиры. В первые десять дней поднялись Хесед и Нецах, во вторые десять дней поднялись Даат и Тиферет, в третьи десять дней поднялись Гвура и Ход, а в четвертые десять дней поднялись Есод и Малхут.</w:t>
      </w:r>
    </w:p>
    <w:p>
      <w:pPr>
        <w:spacing w:before="40" w:after="120"/>
        <w:jc w:val="both"/>
      </w:pPr>
      <w:r>
        <w:rPr>
          <w:rFonts w:ascii="Georgia" w:hAnsi="Georgia"/>
          <w:b w:val="0"/>
          <w:i w:val="0"/>
          <w:color w:val="000000"/>
          <w:sz w:val="24"/>
        </w:rPr>
        <w:t>7) Что же касается свойства МАН, о подъеме которого ради высшего соударения говорилось выше, то это и есть сам подъем семи светов наверх, в Бину. И помни это предварительное положение о том, в чем заключается подъем МАН.</w:t>
      </w:r>
    </w:p>
    <w:p>
      <w:pPr>
        <w:spacing w:before="40" w:after="120"/>
        <w:jc w:val="both"/>
      </w:pPr>
      <w:r>
        <w:rPr>
          <w:rFonts w:ascii="Georgia" w:hAnsi="Georgia"/>
          <w:b w:val="0"/>
          <w:i w:val="0"/>
          <w:color w:val="000000"/>
          <w:sz w:val="24"/>
        </w:rPr>
        <w:t>8) И при этом соударении должны исправиться все десять сфирот от Кетера до Малхут, ведь даже ГАР не исправлены. Поэтому данный подъем МАН происходил наверх, в АБ-САГ де-АК, как с Б-жьей помощью будет сказано ниже. И благодаря этому соударению и зачатию исправился весь мир Ацилут целиком — от Атик Йомин до Малхут.</w:t>
      </w:r>
    </w:p>
    <w:p>
      <w:pPr>
        <w:spacing w:before="40" w:after="120"/>
        <w:jc w:val="both"/>
      </w:pPr>
      <w:r>
        <w:rPr>
          <w:rFonts w:ascii="Georgia" w:hAnsi="Georgia"/>
          <w:b w:val="0"/>
          <w:i w:val="0"/>
          <w:color w:val="000000"/>
          <w:sz w:val="24"/>
        </w:rPr>
        <w:t>9) И сначала исправился Атик Йомин, а затем произошло соударение в Атик Йомин, ставшее исправлением для АА. Затем произошло соударение в АА, ставшее исправлением для Аба ве-Има, затем — соударение в Аба ве-Има, ставшее исправлением для ЗОН, а затем — соударение в ЗОН де-Ацилут, ставшее исправлением для всех остальных миров. И потому этому зачатию потребовалось продолжаться срок в двенадцать месяцев, как упомянуто в «Тиккуним» в статье под названием «Кав а-мида».</w:t>
      </w:r>
    </w:p>
    <w:p>
      <w:pPr>
        <w:spacing w:before="40" w:after="120"/>
        <w:jc w:val="both"/>
      </w:pPr>
      <w:r>
        <w:rPr>
          <w:rFonts w:ascii="Georgia" w:hAnsi="Georgia"/>
          <w:b w:val="0"/>
          <w:i w:val="0"/>
          <w:color w:val="000000"/>
          <w:sz w:val="24"/>
        </w:rPr>
        <w:t>10) Причина же в том, чтобы исправился весь [мир] Ацилут, состоящий из двенадцати уровней: Атик и Нуква, АА и Нуква, высшие Аба ве-Има, Исраэль Саба ве-Твуна, ЗОН, Яаков и Лея — это двенадцать полных парцуфим. Поэтому время этого зачатия должно было продолжаться двенадцать месяцев.</w:t>
      </w:r>
    </w:p>
    <w:p>
      <w:pPr>
        <w:spacing w:before="40" w:after="120"/>
        <w:jc w:val="both"/>
      </w:pPr>
      <w:r>
        <w:rPr>
          <w:rFonts w:ascii="Georgia" w:hAnsi="Georgia"/>
          <w:b w:val="0"/>
          <w:i w:val="0"/>
          <w:color w:val="000000"/>
          <w:sz w:val="24"/>
        </w:rPr>
        <w:t>(И забыл я то, что слышал из уст моего учителя, благословенна его память: длилось ли это двенадцатимесячное зачатие при первом высшем соударении, которое происходило ради одного лишь Атика, как сказано выше, или же следует сказать, что [формирование] Атика завершилось в первый месяц, Нуквы — во второй месяц, АА — в третий месяц и так далее. Однако первое объяснение представляется основным: эти двенадцать месяцев были ради одного лишь Атика. Ведь мы уже объясняли, что при соударении Аба ве-Има ради исправления ЗОН было три зачатия: одно — на двенадцать месяцев, другое — на девять месяцев и третье — на семь месяцев).</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«Отсек и поднял МАН снизу вверх и т.д.»</w:t>
      </w:r>
      <w:r>
        <w:rPr>
          <w:rFonts w:ascii="Georgia" w:hAnsi="Georgia"/>
          <w:b w:val="0"/>
          <w:i w:val="0"/>
          <w:color w:val="000000"/>
          <w:sz w:val="24"/>
        </w:rPr>
        <w:t xml:space="preserve"> — слово «отсек» (</w:t>
      </w:r>
      <w:r>
        <w:rPr>
          <w:rFonts w:ascii="Georgia" w:hAnsi="Georgia"/>
          <w:b w:val="0"/>
          <w:i/>
          <w:color w:val="000000"/>
          <w:sz w:val="24"/>
        </w:rPr>
        <w:t>газар</w:t>
      </w:r>
      <w:r>
        <w:rPr>
          <w:rFonts w:ascii="Georgia" w:hAnsi="Georgia"/>
          <w:b w:val="0"/>
          <w:i w:val="0"/>
          <w:color w:val="000000"/>
          <w:sz w:val="24"/>
        </w:rPr>
        <w:t xml:space="preserve">, </w:t>
      </w:r>
      <w:r>
        <w:rPr>
          <w:rFonts w:ascii="Georgia" w:hAnsi="Georgia" w:cs="Times New Roman"/>
          <w:b/>
          <w:i w:val="0"/>
          <w:color w:val="000000"/>
          <w:sz w:val="24"/>
          <w:rtl/>
          <w:szCs w:val="32"/>
        </w:rPr>
        <w:t>גָּזַר</w:t>
      </w:r>
      <w:r>
        <w:rPr>
          <w:rFonts w:ascii="Georgia" w:hAnsi="Georgia"/>
          <w:b w:val="0"/>
          <w:i w:val="0"/>
          <w:color w:val="000000"/>
          <w:sz w:val="24"/>
        </w:rPr>
        <w:t xml:space="preserve">) означает «разрезал», как в стихе: </w:t>
      </w:r>
      <w:r>
        <w:rPr>
          <w:rFonts w:ascii="Georgia" w:hAnsi="Georgia"/>
          <w:b w:val="0"/>
          <w:i/>
          <w:color w:val="000000"/>
          <w:sz w:val="24"/>
        </w:rPr>
        <w:t>«Рассекшему море Суф на части»</w:t>
      </w:r>
      <w:r>
        <w:rPr>
          <w:rFonts w:ascii="Georgia" w:hAnsi="Georgia"/>
          <w:b w:val="0"/>
          <w:i w:val="0"/>
          <w:color w:val="000000"/>
          <w:sz w:val="24"/>
        </w:rPr>
        <w:t xml:space="preserve"> (Теилим 136:13). И вопрос этот </w:t>
      </w:r>
      <w:r>
        <w:rPr>
          <w:rFonts w:ascii="Georgia" w:hAnsi="Georgia"/>
          <w:b w:val="0"/>
          <w:i/>
          <w:color w:val="000000"/>
          <w:sz w:val="24"/>
        </w:rPr>
        <w:t>«глубок, очень глубок — кто постигнет его?»</w:t>
      </w:r>
      <w:r>
        <w:rPr>
          <w:rFonts w:ascii="Georgia" w:hAnsi="Georgia"/>
          <w:b w:val="0"/>
          <w:i w:val="0"/>
          <w:color w:val="000000"/>
          <w:sz w:val="24"/>
        </w:rPr>
        <w:t xml:space="preserve"> (Коэлет 7:24), но я объясню его здесь в той мере, в какой это необходимо. Ведь до разбиения келим клипот не были различимы вовсе, поскольку они еще вообще не имели самостоятельного существования. Однако на самом деле их корень уже содержался в ЗАТ де-Некудим, так как они послужили причиной разбиения тех келим — а именно для того, чтобы форма клипот раскрылась в качестве самостоятельного существования и власти. И когда они раскрылись, то были отсечены и отделены от всей совокупности келим святости в качестве обособленного и вредоносного начала, в виде </w:t>
      </w:r>
      <w:r>
        <w:rPr>
          <w:rFonts w:ascii="Georgia" w:hAnsi="Georgia"/>
          <w:b w:val="0"/>
          <w:i/>
          <w:color w:val="000000"/>
          <w:sz w:val="24"/>
        </w:rPr>
        <w:t>«земли отсечения»</w:t>
      </w:r>
      <w:r>
        <w:rPr>
          <w:rFonts w:ascii="Georgia" w:hAnsi="Georgia"/>
          <w:b w:val="0"/>
          <w:i w:val="0"/>
          <w:color w:val="000000"/>
          <w:sz w:val="24"/>
        </w:rPr>
        <w:t xml:space="preserve"> (Ваикра 16:22). И тогда появилась возможность поднять МАН, чтобы Источник выделил из Себя восьмого мелеха, который представляет собой тайну Есода. А после того как была отделена крайняя плоть, началось исправление строения миров. И об этом сказано: «отсек и поднял МАН». Пойми это как следует, и далее это будет подробно объяснено с Б-жьей помощью.</w:t>
      </w:r>
    </w:p>
    <w:p>
      <w:pPr>
        <w:spacing w:before="40" w:after="120"/>
        <w:jc w:val="both"/>
      </w:pPr>
      <w:r>
        <w:rPr>
          <w:rFonts w:ascii="Georgia" w:hAnsi="Georgia"/>
          <w:b w:val="0"/>
          <w:i w:val="0"/>
          <w:color w:val="000000"/>
          <w:sz w:val="24"/>
        </w:rPr>
        <w:t xml:space="preserve">2) </w:t>
      </w:r>
      <w:r>
        <w:rPr>
          <w:rFonts w:ascii="Georgia" w:hAnsi="Georgia"/>
          <w:b/>
          <w:i w:val="0"/>
          <w:color w:val="000000"/>
          <w:sz w:val="24"/>
        </w:rPr>
        <w:t>«И вернулось к исходному состоянию, когда были только ГАР и т.д. семь нижних светов наверху, на месте Бины и т.д.»</w:t>
      </w:r>
      <w:r>
        <w:rPr>
          <w:rFonts w:ascii="Georgia" w:hAnsi="Georgia"/>
          <w:b w:val="0"/>
          <w:i w:val="0"/>
          <w:color w:val="000000"/>
          <w:sz w:val="24"/>
        </w:rPr>
        <w:t xml:space="preserve"> — то есть к пэ де-рош де-БОН, который в целом называется ГАР, представляющими собой КАХАБ, а Бина — это тайна пэ, как сказано в предыдущих ветвях. И ты уже знаешь, что всякий нижний поднимается для исправления в виде МАН только к ближайшей к нему высшей ступени. Поэтому ЗАТ де-Некудим поднялись в качестве МАН к своим ГАР и к уровню пэ этих ГАР, называемому Биной, как сказано выше о парцуфим де-АК, обратись туда. И об этом сказано: «Таким образом, теперь все семь нижних светов оказались наверху, на месте Бины». Однако вопрос о распространении трех линий КАХАБ и о том, как они вновь собрались наверх, к ГАР, как вначале, о чем говорит здесь Учитель, требует более глубокого понимания. И распространение трех линий КАХАБ де-Некудим на место ХАГАТ уже было объяснено на своем месте в «Паним Меирот», с. 453, со слов «И поэтому», что является тайной третьего рош, называемого ИШСУТ, упоминаемого в словах Учителя, обратись туда. И там объяснялось различие между Аба ве-Има и этим ИШСУТ: свойство НЕХИ де-ахор де-Кетер облачилось в высших Аба ве-Има в виде нижней хэй в глазах (эйнаим). А уровень НЕХИ де-паним де-Кетер, где нижняя хэй отсутствует, представляющий собой буквы йод-хэй-вав (</w:t>
      </w:r>
      <w:r>
        <w:rPr>
          <w:rFonts w:ascii="Georgia" w:hAnsi="Georgia" w:cs="Times New Roman"/>
          <w:b/>
          <w:i w:val="0"/>
          <w:color w:val="000000"/>
          <w:sz w:val="24"/>
          <w:rtl/>
          <w:szCs w:val="32"/>
        </w:rPr>
        <w:t>יה״ו</w:t>
      </w:r>
      <w:r>
        <w:rPr>
          <w:rFonts w:ascii="Georgia" w:hAnsi="Georgia"/>
          <w:b w:val="0"/>
          <w:i w:val="0"/>
          <w:color w:val="000000"/>
          <w:sz w:val="24"/>
        </w:rPr>
        <w:t>) в АХАП без нижней хэй, как написано там, — именно они распространились в этот ИШСУТ после того, как повредились НЕХИ де-ахор де-Кетер по причине разбиения келим мелахим Даат и ХАГАТ, обратись туда. И из этого ты поймешь суть МАН для нового МА: ведь семь светов ЗАТ включились в рош упомянутого ИШСУТ, и ИШСУТ поднялся в качестве МАН к рош де-Некудим, то есть к уровню ГАР, оставшемуся после разбиения келим, а именно только к келим де-паним де-Аба ве-Има, которые представляют собой второй рош общего БОН, обозначаемый как КАХАБ (ведь Аба ве-Има называются ХУБ, а НЕХИ де-Кетер называются единой точкой, включенной в этот рош).</w:t>
      </w:r>
    </w:p>
    <w:p>
      <w:pPr>
        <w:spacing w:before="40" w:after="120"/>
        <w:jc w:val="both"/>
      </w:pPr>
      <w:r>
        <w:rPr>
          <w:rFonts w:ascii="Georgia" w:hAnsi="Georgia"/>
          <w:b w:val="0"/>
          <w:i w:val="0"/>
          <w:color w:val="000000"/>
          <w:sz w:val="24"/>
        </w:rPr>
        <w:t>И тогда они поднялись вместе — то есть НЕХИ де-паним, которые вернул туда ИШСУТ, и уровень Аба ве-Има, являющийся вторым рош, поскольку и ГАР не исправлены, как пишет Учитель далее. Поэтому они поднялись в качестве МАН к первому рош общего БОН, который начинается от пэ де-рош де-САГ, называемого хазе де-АК, и продолжается до табура де-АК, как написано здесь в «Паним Масбирот», обратись туда. И тогда там, в пэ первого рош, произошло новое соударение (зивуг) на этот поднявшийся к нему МАН — то есть на келим де-паним и НЕХИ де-Кетер де-паним, оставшиеся в ГАР де-Некудим. И тогда вышел новый парцуф, называемый новым МА, который исправляет весь мир Ацилут и [миры] БЕА. Однако начало соударения произошло во внутреннем АК, получающем свет Эйн Соф, благословен Он, как будет сказано далее. И известно, что первый рош де-БОН, называемый Гальгальта, или Кетер общего БОН, в действительности простирается лишь от никвей эйнаим и выше.</w:t>
      </w:r>
    </w:p>
    <w:p>
      <w:pPr>
        <w:spacing w:before="40" w:after="120"/>
        <w:jc w:val="both"/>
      </w:pPr>
      <w:r>
        <w:rPr>
          <w:rFonts w:ascii="Georgia" w:hAnsi="Georgia"/>
          <w:b w:val="0"/>
          <w:i w:val="0"/>
          <w:color w:val="000000"/>
          <w:sz w:val="24"/>
        </w:rPr>
        <w:t>Тогда как его АХАП опустились во второй рош, представляющий собой ГАР де-Некудим, которые облачают АК от табура до сиюм де-гуф, как написано в «Паним Масбирот» в ветвях 15 и 16. И из этого ты поймешь: по причине повреждения НЕХИ де-ахор де-Кетер второго рош, как сказано выше, здесь возникло новшество — МАН поднялся до уровня самого Кетера. Ведь в [мире] Некудим МАН поднимался только до никвей эйнаим — то есть до Хохмы, а не до Кетера, и это потому, что там была повреждена только Бина, то есть те НЕХИ де-САГ, которые опустились в Малхут де-АК, а это достигает лишь Хохмы (поскольку Бина по своей сути исходит от Хохмы), но не Кетера. В отличие от этого здесь, где повредились также НЕХИ де-ахор де-Кетер, МАН поднялся к самому Кетеру, и соударение произошло выше никвей эйнаим — а именно в кли Кетера, называемом лоб (мэцах). И именно поэтому Учитель точно указывает нам место его выхода — из мэцаха, поскольку его выход из этого столь высокого места служит стержнем всей силы исправления, заложенной в новом МА, как будет разъясняться далее. И тебе следует также знать, что в этом кли Кетера различаются два аспекта: лицевая сторона (паним) и обратная сторона (ахор), где Гальгальта служит корнем для стороны ахор, а мэцах — стороной паним. Однако в Гальгальте это соударение не произошло, и причина в том, что в качестве МАН поднялись только келим де-паним и НЕХИ де-паним де-Кетер, как сказано выше; поэтому соударение произошло в лицевой стороне Кетера, называемой мэцах.</w:t>
      </w:r>
    </w:p>
    <w:p>
      <w:pPr>
        <w:spacing w:before="40" w:after="120"/>
        <w:jc w:val="both"/>
      </w:pPr>
      <w:r>
        <w:rPr>
          <w:rFonts w:ascii="Georgia" w:hAnsi="Georgia"/>
          <w:b w:val="0"/>
          <w:i w:val="0"/>
          <w:color w:val="000000"/>
          <w:sz w:val="24"/>
        </w:rPr>
        <w:t xml:space="preserve">3) </w:t>
      </w:r>
      <w:r>
        <w:rPr>
          <w:rFonts w:ascii="Georgia" w:hAnsi="Georgia"/>
          <w:b/>
          <w:i w:val="0"/>
          <w:color w:val="000000"/>
          <w:sz w:val="24"/>
        </w:rPr>
        <w:t>«И когда семь светов поднялись наверх, поднялись также и келим и т.д.»</w:t>
      </w:r>
      <w:r>
        <w:rPr>
          <w:rFonts w:ascii="Georgia" w:hAnsi="Georgia"/>
          <w:b w:val="0"/>
          <w:i w:val="0"/>
          <w:color w:val="000000"/>
          <w:sz w:val="24"/>
        </w:rPr>
        <w:t xml:space="preserve"> — и не следует возражать: поскольку весь этот подъем МАН происходил лишь ради того, чтобы Источник выделил из Себя один только парцуф Атик, как сказано выше (ведь во время выяснения Атика вовсе не выяснялось то, что ниже него), то почему же все света и все келим поднялись в качестве МАН, если они включают в себя все двенадцать парцуфим де-Ацилут и все парцуфим [миров] БЕА, как известно? Однако выше уже приводилось, что изначально весь МАН совокупности 320 искр (ШАХ) и все келим целиком поднялись к высшему соударению. Лучшее из них взял себе Атик, а остальное отстранилось от него как отходы, но все еще годилось для АА. Тот отобрал из них хорошее, а остальное отошло к Аба ве-Има, и так далее тем же путем — пока от них не остались совершенно бесполезные отходы, которые и называются клипот. И ты видишь, что изначально поднялись все света и все келим, как и говорит здесь Учитель, чтобы высший отобрал из них все то хорошее, что подходит для его строения, как сказано.</w:t>
      </w:r>
    </w:p>
    <w:p>
      <w:pPr>
        <w:spacing w:before="40" w:after="120"/>
        <w:jc w:val="both"/>
      </w:pPr>
      <w:r>
        <w:rPr>
          <w:rFonts w:ascii="Georgia" w:hAnsi="Georgia"/>
          <w:b w:val="0"/>
          <w:i w:val="0"/>
          <w:color w:val="000000"/>
          <w:sz w:val="24"/>
        </w:rPr>
        <w:t xml:space="preserve">4–5) </w:t>
      </w:r>
      <w:r>
        <w:rPr>
          <w:rFonts w:ascii="Georgia" w:hAnsi="Georgia"/>
          <w:b/>
          <w:i w:val="0"/>
          <w:color w:val="000000"/>
          <w:sz w:val="24"/>
        </w:rPr>
        <w:t>«Три включены в три, и Малхут с ними, и происходило это следующим образом и т.д.»</w:t>
      </w:r>
      <w:r>
        <w:rPr>
          <w:rFonts w:ascii="Georgia" w:hAnsi="Georgia"/>
          <w:b w:val="0"/>
          <w:i w:val="0"/>
          <w:color w:val="000000"/>
          <w:sz w:val="24"/>
        </w:rPr>
        <w:t xml:space="preserve"> — и во вратах Светов, искр и келим («Орот, ницоцот, келим») в «Эц Хаим» Учитель написал, что в подъеме МАН есть три составляющие: света, искры и келим. Света поднимаются в качестве МАН в Есод высших Аба ве-Има, келим поднимаются в качестве МАН в Есод ИШСУТ, а искры поднимаются в качестве МАН в место разделения между высшими Аба ве-Има и ИШСУТ, обратись туда. И в этом смысл сказанного здесь: семь светов поднялись в ГАР де-Некудим, то есть в Есод высших Аба ве-Има, представляющий собой ГАР, как известно. А семь келим поднялись в НЕХИМ де-Ацилут, что соответствует здесь Есоду ИШСУТ, как сказано выше: их рош [был] в ХАГАТ, откуда свет уже ушел и поднялся в ГАР, как говорилось выше, а их гуф — на месте НЕХИМ, обратись туда. Искры же поднялись на место ХАГАТ, разделяющее между светами, которые находятся в Есоде высших Аба ве-Има в ГАР, и келим, которые находятся в Есоде ИШСУТ в НЕХИМ. Пойми это, и далее это будет подробнее объяснено на своем месте.</w:t>
      </w:r>
    </w:p>
    <w:p>
      <w:pPr>
        <w:spacing w:before="40" w:after="120"/>
        <w:jc w:val="both"/>
      </w:pPr>
      <w:r>
        <w:rPr>
          <w:rFonts w:ascii="Georgia" w:hAnsi="Georgia"/>
          <w:b w:val="0"/>
          <w:i w:val="0"/>
          <w:color w:val="000000"/>
          <w:sz w:val="24"/>
        </w:rPr>
        <w:t xml:space="preserve">8) </w:t>
      </w:r>
      <w:r>
        <w:rPr>
          <w:rFonts w:ascii="Georgia" w:hAnsi="Georgia"/>
          <w:b/>
          <w:i w:val="0"/>
          <w:color w:val="000000"/>
          <w:sz w:val="24"/>
        </w:rPr>
        <w:t>«И благодаря этому соударению и зачатию исправился весь мир Ацилут целиком — от Атик Йомин до Малхут»</w:t>
      </w:r>
      <w:r>
        <w:rPr>
          <w:rFonts w:ascii="Georgia" w:hAnsi="Georgia"/>
          <w:b w:val="0"/>
          <w:i w:val="0"/>
          <w:color w:val="000000"/>
          <w:sz w:val="24"/>
        </w:rPr>
        <w:t xml:space="preserve"> — то есть весь парцуф Атик в трех его частях: рош, тох, соф. Ведь как написал Учитель в ветви 40: в то время, когда выяснялся Атик, из того, что ниже него, не выяснилось совершенно ничего; и как сказано там в «Паним Меирот», в лемме «Во время», ни одна ступень никоим образом не может выясниться на третьей ступени, находящейся выше нее, а только на второй ступени, непосредственно предшествующей ей, по словам Учителя там. И потому ясно, что из этого соударения и зачатия, породивших Атик, не вышла никакая ступень ниже него. И об этом сказано: «И благодаря этому соударению и зачатию исправился весь мир Ацилут» — то есть оттуда вышли рош, тох и соф де-Атик, который начинается от места своего выхода, а именно от пэ первого рош общего БОН, находящегося на уровне табура де-АК, и заканчивается немного ниже окончания [мира] Ацилут. И таким образом получается, что благодаря ему исправился весь мир Ацилут до самого своего конца, пойми это. И об этом сказано: «от Атик Йомин до Малхут» — то есть все части рош, тох, соф целиком, вплоть до Малхут в нем.</w:t>
      </w:r>
    </w:p>
    <w:p>
      <w:pPr>
        <w:spacing w:before="40" w:after="120"/>
        <w:jc w:val="both"/>
      </w:pPr>
      <w:r>
        <w:rPr>
          <w:rFonts w:ascii="Georgia" w:hAnsi="Georgia"/>
          <w:b w:val="0"/>
          <w:i w:val="0"/>
          <w:color w:val="000000"/>
          <w:sz w:val="24"/>
        </w:rPr>
        <w:t>И знай, что эта Малхут де-Атик — тайна общей изначальной Малхут мира Ацилут, поскольку он — первый и самый внутренний из всех парцуфим Ацилута, и поэтому его высота включает рош, тох, соф во всей полноте. Тогда как АА, представляющий собой парцуф АБ нового МА, оказывается меньшей высоты и заканчивается выше двух нижних третей Нецах и Ход де-Атик, поскольку парцуф АБ выходит из тайны масаха третьей стадии (бхина гимель), обозначаемой буквой вав (</w:t>
      </w:r>
      <w:r>
        <w:rPr>
          <w:rFonts w:ascii="Georgia" w:hAnsi="Georgia" w:cs="Times New Roman"/>
          <w:b/>
          <w:i w:val="0"/>
          <w:color w:val="000000"/>
          <w:sz w:val="24"/>
          <w:rtl/>
          <w:szCs w:val="32"/>
        </w:rPr>
        <w:t>ו</w:t>
      </w:r>
      <w:r>
        <w:rPr>
          <w:rFonts w:ascii="Georgia" w:hAnsi="Georgia"/>
          <w:b w:val="0"/>
          <w:i w:val="0"/>
          <w:color w:val="000000"/>
          <w:sz w:val="24"/>
        </w:rPr>
        <w:t>). И об этом пишет Учитель во многих местах: в АА есть лишь девять изначальных сфирот — чтобы указать, что в нем отсутствует изначальная Малхут совокупности парцуфим Ацилута, место которой находится в двух нижних третях Нецах и Ход де-Атик, расположенных ниже завершения Ацилута. И именно они повсюду называются «двумя сосцами скота» (</w:t>
      </w:r>
      <w:r>
        <w:rPr>
          <w:rFonts w:ascii="Georgia" w:hAnsi="Georgia"/>
          <w:b w:val="0"/>
          <w:i/>
          <w:color w:val="000000"/>
          <w:sz w:val="24"/>
        </w:rPr>
        <w:t>трей дадей беэма</w:t>
      </w:r>
      <w:r>
        <w:rPr>
          <w:rFonts w:ascii="Georgia" w:hAnsi="Georgia"/>
          <w:b w:val="0"/>
          <w:i w:val="0"/>
          <w:color w:val="000000"/>
          <w:sz w:val="24"/>
        </w:rPr>
        <w:t>), как с Б-жьей помощью будет написано на своем месте.</w:t>
      </w:r>
    </w:p>
    <w:p>
      <w:pPr>
        <w:spacing w:before="40" w:after="120"/>
        <w:jc w:val="both"/>
      </w:pPr>
      <w:r>
        <w:rPr>
          <w:rFonts w:ascii="Georgia" w:hAnsi="Georgia"/>
          <w:b w:val="0"/>
          <w:i w:val="0"/>
          <w:color w:val="000000"/>
          <w:sz w:val="24"/>
        </w:rPr>
        <w:t xml:space="preserve">9) </w:t>
      </w:r>
      <w:r>
        <w:rPr>
          <w:rFonts w:ascii="Georgia" w:hAnsi="Georgia"/>
          <w:b/>
          <w:i w:val="0"/>
          <w:color w:val="000000"/>
          <w:sz w:val="24"/>
        </w:rPr>
        <w:t>«И сначала исправился Атик Йомин и т.д.»</w:t>
      </w:r>
      <w:r>
        <w:rPr>
          <w:rFonts w:ascii="Georgia" w:hAnsi="Georgia"/>
          <w:b w:val="0"/>
          <w:i w:val="0"/>
          <w:color w:val="000000"/>
          <w:sz w:val="24"/>
        </w:rPr>
        <w:t xml:space="preserve"> — то есть согласно тому, как объяснено в его словах выше, в ветви 40: каждая ступень исправляется ступенью, находящейся на один уровень выше нее, обратись туда. А тайна зачатия (ибура) будет разъяснена с Б-жьей помощью в последующих ветвях.</w:t>
      </w:r>
    </w:p>
    <w:p>
      <w:r>
        <w:br w:type="page"/>
      </w:r>
    </w:p>
    <w:p>
      <w:pPr>
        <w:keepNext/>
        <w:spacing w:before="360" w:after="160"/>
        <w:jc w:val="center"/>
      </w:pPr>
      <w:r>
        <w:rPr>
          <w:rFonts w:ascii="Georgia" w:hAnsi="Georgia"/>
          <w:b w:val="0"/>
          <w:i w:val="0"/>
          <w:color w:val="000000"/>
          <w:sz w:val="40"/>
        </w:rPr>
        <w:t>Ветвь 42</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Благодаря вышеупомянутому подъему МАН, то есть указанных светов, произошло ударное соединение (зивуг) уровня АВАЯ де-АБ с [буквами] йод — совокупности мохин де-АК — со стадией таамим де-САГ, то есть АХАП, как сказано выше. Ведь в этих таамим де-САГ не было никакого разбиения, и потому они вступили в зивуг со стадией АБ де-АК. При этом имеются в виду не света, выходящие из пара (хэвель) АХАП, но сама их суть и их подлинная внутренняя часть.</w:t>
      </w:r>
    </w:p>
    <w:p>
      <w:pPr>
        <w:spacing w:before="40" w:after="120"/>
        <w:jc w:val="both"/>
      </w:pPr>
      <w:r>
        <w:rPr>
          <w:rFonts w:ascii="Georgia" w:hAnsi="Georgia"/>
          <w:b w:val="0"/>
          <w:i w:val="0"/>
          <w:color w:val="000000"/>
          <w:sz w:val="24"/>
        </w:rPr>
        <w:t>2) И когда они соединились вместе, от этого зивуга родился новый свет. Этот новый свет представляет собой уровень МА с [буквами] алеф, и он также разделяется на четыре стадии ТАНТА (вкусы, точки, коронки, буквы — таамим, некудот, тагин, отиет), включающие весь мир Ацилут, а именно: таамим де-МА — это уровень Атик Йомин, некудот де-МА — это АА, тагин де-МА — это Аба ве-Има, а отиет де-МА — это ЗОН, как все это будет подробно разъяснено ниже. И это проявление имени МА с [буквами] алеф выходит из мэцаха (лба) де-АК.</w:t>
      </w:r>
    </w:p>
    <w:p>
      <w:pPr>
        <w:spacing w:before="40" w:after="120"/>
        <w:jc w:val="both"/>
      </w:pPr>
      <w:r>
        <w:rPr>
          <w:rFonts w:ascii="Georgia" w:hAnsi="Georgia"/>
          <w:b w:val="0"/>
          <w:i w:val="0"/>
          <w:color w:val="000000"/>
          <w:sz w:val="24"/>
        </w:rPr>
        <w:t>3) Выше мы уже объясняли, что ступени располагаются по порядку: пар уха неощутим и меньше пара, выходящего из носа, а пар носа меньше пара рта. Однако все три [органа] сходны тем, что испускают пар, тогда как у глаза пара нет, а есть только созерцание (истаклют). Причина этого различия в том, что три первых [органа] относятся к уровню таамим, тогда как глаз — к уровню некудот де-САГ, который ниже ступеней таамим.</w:t>
      </w:r>
    </w:p>
    <w:p>
      <w:pPr>
        <w:spacing w:before="40" w:after="120"/>
        <w:jc w:val="both"/>
      </w:pPr>
      <w:r>
        <w:rPr>
          <w:rFonts w:ascii="Georgia" w:hAnsi="Georgia"/>
          <w:b w:val="0"/>
          <w:i w:val="0"/>
          <w:color w:val="000000"/>
          <w:sz w:val="24"/>
        </w:rPr>
        <w:t xml:space="preserve">4) Этот новый свет имени МА, выходящий из мэцаха де-АК, — последний из всех. Поэтому в нем нет ни пара, как у тех трех органов, ни созерцания, как у точки глаза, а есть только свечение. Об этом постоянно упоминается в Зоаре, в «Идра Зута»: </w:t>
      </w:r>
      <w:r>
        <w:rPr>
          <w:rFonts w:ascii="Georgia" w:hAnsi="Georgia"/>
          <w:b w:val="0"/>
          <w:i/>
          <w:color w:val="000000"/>
          <w:sz w:val="24"/>
        </w:rPr>
        <w:t>«Во лбу раскрывается...»</w:t>
      </w:r>
      <w:r>
        <w:rPr>
          <w:rFonts w:ascii="Georgia" w:hAnsi="Georgia"/>
          <w:b w:val="0"/>
          <w:i w:val="0"/>
          <w:color w:val="000000"/>
          <w:sz w:val="24"/>
        </w:rPr>
        <w:t>, ведь в нем есть лишь раскрытие свечения.</w:t>
      </w:r>
    </w:p>
    <w:p>
      <w:pPr>
        <w:spacing w:before="40" w:after="120"/>
        <w:jc w:val="both"/>
      </w:pPr>
      <w:r>
        <w:rPr>
          <w:rFonts w:ascii="Georgia" w:hAnsi="Georgia"/>
          <w:b w:val="0"/>
          <w:i w:val="0"/>
          <w:color w:val="000000"/>
          <w:sz w:val="24"/>
        </w:rPr>
        <w:t xml:space="preserve">То же означает и сказанное в Зоаре во многих местах: </w:t>
      </w:r>
      <w:r>
        <w:rPr>
          <w:rFonts w:ascii="Georgia" w:hAnsi="Georgia"/>
          <w:b w:val="0"/>
          <w:i/>
          <w:color w:val="000000"/>
          <w:sz w:val="24"/>
        </w:rPr>
        <w:t>«Когда поднялось в Его желании сотворить мир Ацилут...»</w:t>
      </w:r>
      <w:r>
        <w:rPr>
          <w:rFonts w:ascii="Georgia" w:hAnsi="Georgia"/>
          <w:b w:val="0"/>
          <w:i w:val="0"/>
          <w:color w:val="000000"/>
          <w:sz w:val="24"/>
        </w:rPr>
        <w:t xml:space="preserve">. Это значит, что мэцах желания (мэцах а-рацон) де-АК поднялся в Своем желании сотворить мир Ацилут посредством выходящего из него нового света МА, благодаря которому исправился весь Ацилут, как с Б-жьей помощью будет разъяснено. И оказывается, что значение слова </w:t>
      </w:r>
      <w:r>
        <w:rPr>
          <w:rFonts w:ascii="Georgia" w:hAnsi="Georgia"/>
          <w:b w:val="0"/>
          <w:i/>
          <w:color w:val="000000"/>
          <w:sz w:val="24"/>
        </w:rPr>
        <w:t>реута</w:t>
      </w:r>
      <w:r>
        <w:rPr>
          <w:rFonts w:ascii="Georgia" w:hAnsi="Georgia"/>
          <w:b w:val="0"/>
          <w:i w:val="0"/>
          <w:color w:val="000000"/>
          <w:sz w:val="24"/>
        </w:rPr>
        <w:t xml:space="preserve"> — это тайна упомянутого мэцаха желания, ведь арамейский перевод слова «желание» (</w:t>
      </w:r>
      <w:r>
        <w:rPr>
          <w:rFonts w:ascii="Georgia" w:hAnsi="Georgia"/>
          <w:b w:val="0"/>
          <w:i/>
          <w:color w:val="000000"/>
          <w:sz w:val="24"/>
        </w:rPr>
        <w:t>рацон</w:t>
      </w:r>
      <w:r>
        <w:rPr>
          <w:rFonts w:ascii="Georgia" w:hAnsi="Georgia"/>
          <w:b w:val="0"/>
          <w:i w:val="0"/>
          <w:color w:val="000000"/>
          <w:sz w:val="24"/>
        </w:rPr>
        <w:t xml:space="preserve">, </w:t>
      </w:r>
      <w:r>
        <w:rPr>
          <w:rFonts w:ascii="Georgia" w:hAnsi="Georgia" w:cs="Times New Roman"/>
          <w:b/>
          <w:i w:val="0"/>
          <w:color w:val="000000"/>
          <w:sz w:val="24"/>
          <w:rtl/>
          <w:szCs w:val="32"/>
        </w:rPr>
        <w:t>רָצוֹן</w:t>
      </w:r>
      <w:r>
        <w:rPr>
          <w:rFonts w:ascii="Georgia" w:hAnsi="Georgia"/>
          <w:b w:val="0"/>
          <w:i w:val="0"/>
          <w:color w:val="000000"/>
          <w:sz w:val="24"/>
        </w:rPr>
        <w:t xml:space="preserve">) — </w:t>
      </w:r>
      <w:r>
        <w:rPr>
          <w:rFonts w:ascii="Georgia" w:hAnsi="Georgia"/>
          <w:b w:val="0"/>
          <w:i/>
          <w:color w:val="000000"/>
          <w:sz w:val="24"/>
        </w:rPr>
        <w:t>реута</w:t>
      </w:r>
      <w:r>
        <w:rPr>
          <w:rFonts w:ascii="Georgia" w:hAnsi="Georgia"/>
          <w:b w:val="0"/>
          <w:i w:val="0"/>
          <w:color w:val="000000"/>
          <w:sz w:val="24"/>
        </w:rPr>
        <w:t xml:space="preserve"> (</w:t>
      </w:r>
      <w:r>
        <w:rPr>
          <w:rFonts w:ascii="Georgia" w:hAnsi="Georgia" w:cs="Times New Roman"/>
          <w:b/>
          <w:i w:val="0"/>
          <w:color w:val="000000"/>
          <w:sz w:val="24"/>
          <w:rtl/>
          <w:szCs w:val="32"/>
        </w:rPr>
        <w:t>רְעוּתָא</w:t>
      </w:r>
      <w:r>
        <w:rPr>
          <w:rFonts w:ascii="Georgia" w:hAnsi="Georgia"/>
          <w:b w:val="0"/>
          <w:i w:val="0"/>
          <w:color w:val="000000"/>
          <w:sz w:val="24"/>
        </w:rPr>
        <w:t>).</w:t>
      </w:r>
    </w:p>
    <w:p>
      <w:pPr>
        <w:spacing w:before="40" w:after="120"/>
        <w:jc w:val="both"/>
      </w:pPr>
      <w:r>
        <w:rPr>
          <w:rFonts w:ascii="Georgia" w:hAnsi="Georgia"/>
          <w:b w:val="0"/>
          <w:i w:val="0"/>
          <w:color w:val="000000"/>
          <w:sz w:val="24"/>
        </w:rPr>
        <w:t>5) Поскольку уровень АБ находится в рош де-АК, являясь свойством мохин, и их место расположено изнутри напротив мэцаха, где мохин (то есть уровень АБ) вступили в зивуг со стадией САГ — с АХАП таамим де-САГ, находящимися ниже мохин, в завершении головы, — из-за великого обилия света в этом мэцахе от указанного зивуга вышел от него и вниз новый свет, являющийся новым именем МА.</w:t>
      </w:r>
    </w:p>
    <w:p>
      <w:pPr>
        <w:spacing w:before="40" w:after="120"/>
        <w:jc w:val="both"/>
      </w:pPr>
      <w:r>
        <w:rPr>
          <w:rFonts w:ascii="Georgia" w:hAnsi="Georgia"/>
          <w:b w:val="0"/>
          <w:i w:val="0"/>
          <w:color w:val="000000"/>
          <w:sz w:val="24"/>
        </w:rPr>
        <w:t>6) И когда вышел этот новый свет — имя МА с [буквами] алеф, он произвел отбор из некудот де-САГ, в которых произошло разбиение, выделив из них то, что возможно отобрать; и они соединились и объединились с ним. Тогда МА стал свойством мужского начала (дехура), а САГ — свойством женского начала (нуква). Но поскольку этот САГ стал нуквой по отношению к МА, он обрел теперь другое имя, а именно имя БОН с [буквами] хэй: йод, хэй, вав, хэй (</w:t>
      </w:r>
      <w:r>
        <w:rPr>
          <w:rFonts w:ascii="Georgia" w:hAnsi="Georgia" w:cs="Times New Roman"/>
          <w:b/>
          <w:i w:val="0"/>
          <w:color w:val="000000"/>
          <w:sz w:val="24"/>
          <w:rtl/>
          <w:szCs w:val="32"/>
        </w:rPr>
        <w:t>יו״ד ה״ה ו״ו ה״ה</w:t>
      </w:r>
      <w:r>
        <w:rPr>
          <w:rFonts w:ascii="Georgia" w:hAnsi="Georgia"/>
          <w:b w:val="0"/>
          <w:i w:val="0"/>
          <w:color w:val="000000"/>
          <w:sz w:val="24"/>
        </w:rPr>
        <w:t>), и называется теперь не именем САГ, а именем БОН.</w:t>
      </w:r>
    </w:p>
    <w:p>
      <w:pPr>
        <w:spacing w:before="40" w:after="120"/>
        <w:jc w:val="both"/>
      </w:pPr>
      <w:r>
        <w:rPr>
          <w:rFonts w:ascii="Georgia" w:hAnsi="Georgia"/>
          <w:b w:val="0"/>
          <w:i w:val="0"/>
          <w:color w:val="000000"/>
          <w:sz w:val="24"/>
        </w:rPr>
        <w:t>7) Дело в том, что имя САГ — это совокупность ТАНТА. Однако то, что представляет собой лишь некудот де-САГ, не называется САГ подобно целому, поскольку это лишь одна частность имени САГ. Поэтому, когда эта частность — некудот — соединилась с именем МА и стала по отношению к нему нуквой, она стала называться именем БОН, как сказано выше.</w:t>
      </w:r>
    </w:p>
    <w:p>
      <w:pPr>
        <w:spacing w:before="40" w:after="120"/>
        <w:jc w:val="both"/>
      </w:pPr>
      <w:r>
        <w:rPr>
          <w:rFonts w:ascii="Georgia" w:hAnsi="Georgia"/>
          <w:b w:val="0"/>
          <w:i w:val="0"/>
          <w:color w:val="000000"/>
          <w:sz w:val="24"/>
        </w:rPr>
        <w:t>8) И тем не менее, хотя они представляют собой исключительно уровень некудот, в них непременно есть часть, соединяющаяся с таамим де-МА, и часть, соединяющаяся с некудот де-МА, и точно так же в остальных подразделениях, при том что все они вместе — лишь некудот де-САГ. И благодаря соединению с ним имени МА эти некудот теперь исправились и стали для них женскими началами (нуквин). Поэтому они названы мелахим (</w:t>
      </w:r>
      <w:r>
        <w:rPr>
          <w:rFonts w:ascii="Georgia" w:hAnsi="Georgia" w:cs="Times New Roman"/>
          <w:b/>
          <w:i w:val="0"/>
          <w:color w:val="000000"/>
          <w:sz w:val="24"/>
          <w:rtl/>
          <w:szCs w:val="32"/>
        </w:rPr>
        <w:t>מְלָכִים</w:t>
      </w:r>
      <w:r>
        <w:rPr>
          <w:rFonts w:ascii="Georgia" w:hAnsi="Georgia"/>
          <w:b w:val="0"/>
          <w:i w:val="0"/>
          <w:color w:val="000000"/>
          <w:sz w:val="24"/>
        </w:rPr>
        <w:t xml:space="preserve">) — от слова </w:t>
      </w:r>
      <w:r>
        <w:rPr>
          <w:rFonts w:ascii="Georgia" w:hAnsi="Georgia"/>
          <w:b w:val="0"/>
          <w:i/>
          <w:color w:val="000000"/>
          <w:sz w:val="24"/>
        </w:rPr>
        <w:t>малхут</w:t>
      </w:r>
      <w:r>
        <w:rPr>
          <w:rFonts w:ascii="Georgia" w:hAnsi="Georgia"/>
          <w:b w:val="0"/>
          <w:i w:val="0"/>
          <w:color w:val="000000"/>
          <w:sz w:val="24"/>
        </w:rPr>
        <w:t xml:space="preserve"> (</w:t>
      </w:r>
      <w:r>
        <w:rPr>
          <w:rFonts w:ascii="Georgia" w:hAnsi="Georgia" w:cs="Times New Roman"/>
          <w:b/>
          <w:i w:val="0"/>
          <w:color w:val="000000"/>
          <w:sz w:val="24"/>
          <w:rtl/>
          <w:szCs w:val="32"/>
        </w:rPr>
        <w:t>מַלְכוּת</w:t>
      </w:r>
      <w:r>
        <w:rPr>
          <w:rFonts w:ascii="Georgia" w:hAnsi="Georgia"/>
          <w:b w:val="0"/>
          <w:i w:val="0"/>
          <w:color w:val="000000"/>
          <w:sz w:val="24"/>
        </w:rPr>
        <w:t>), чтобы указать, что они стали нуквой по отношению к имени МА с [буквами] алеф.</w:t>
      </w:r>
    </w:p>
    <w:p>
      <w:pPr>
        <w:spacing w:before="40" w:after="120"/>
        <w:jc w:val="both"/>
      </w:pPr>
      <w:r>
        <w:rPr>
          <w:rFonts w:ascii="Georgia" w:hAnsi="Georgia"/>
          <w:b w:val="0"/>
          <w:i w:val="0"/>
          <w:color w:val="000000"/>
          <w:sz w:val="24"/>
        </w:rPr>
        <w:t>9) Таким образом, когда света некудот де-САГ поднялись наверх, они подняли МАН. Тогда вышел новый свет МА, соединился с этими семью светами и отобрал из них то, что возможно отобрать, и благодаря им осуществилось исправление всего мира Ацилут. А для того чтобы произвести это исправление, потребовалось зачатие (ибур), как сказано выше.</w:t>
      </w:r>
    </w:p>
    <w:p>
      <w:pPr>
        <w:spacing w:before="40" w:after="120"/>
        <w:jc w:val="both"/>
      </w:pPr>
      <w:r>
        <w:rPr>
          <w:rFonts w:ascii="Georgia" w:hAnsi="Georgia"/>
          <w:b w:val="0"/>
          <w:i w:val="0"/>
          <w:color w:val="000000"/>
          <w:sz w:val="24"/>
        </w:rPr>
        <w:t>10) И мы уже объясняли, что из таамим де-МА образовался Атик Йомин со стороны мужского начала (дехура). А из уровня таамим де-БОН, образовавшегося из этого имени САГ — ведь, как мы говорили, хотя в целом они являются некудот, тем не менее сами по себе они также разделяются на четыре стадии ТАНТА этого БОН, — из этих таамим имени БОН образовалась нуква де-Атик Йомин. И точно так же из некудот де-МА образовалась мужская сторона АА, а из некудот де-БОН — женская сторона АА; и подобным же образом в остальных подразделениях Ацилута, как с Б-жьей помощью будет подробно разъяснено в соответствующем месте.</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«Произошло ударное соединение (зивуг) уровня АВАЯ де-АБ с [буквами] йод — совокупности мохин де-АК — со стадией таамим де-САГ, то есть АХАП»</w:t>
      </w:r>
      <w:r>
        <w:rPr>
          <w:rFonts w:ascii="Georgia" w:hAnsi="Georgia"/>
          <w:b w:val="0"/>
          <w:i w:val="0"/>
          <w:color w:val="000000"/>
          <w:sz w:val="24"/>
        </w:rPr>
        <w:t>.</w:t>
      </w:r>
    </w:p>
    <w:p>
      <w:pPr>
        <w:spacing w:before="40" w:after="120"/>
        <w:jc w:val="both"/>
      </w:pPr>
      <w:r>
        <w:rPr>
          <w:rFonts w:ascii="Georgia" w:hAnsi="Georgia"/>
          <w:b w:val="0"/>
          <w:i w:val="0"/>
          <w:color w:val="000000"/>
          <w:sz w:val="24"/>
        </w:rPr>
        <w:t>На первый взгляд это крайне удивительно: ведь АВАЯ де-АБ и АВАЯ де-САГ — две совершенно разные ступени, высшая и низшая, как отец и сын. Как же возможно, чтобы они вступили в зивуг друг с другом? Ведь известно, что зивуг происходит только между мужским и женским началами (дхар ве-нуква), находящимися на одной ступени, а не между отцом и сыном, как разъясняется во многих местах.</w:t>
      </w:r>
    </w:p>
    <w:p>
      <w:pPr>
        <w:spacing w:before="40" w:after="120"/>
        <w:jc w:val="both"/>
      </w:pPr>
      <w:r>
        <w:rPr>
          <w:rFonts w:ascii="Georgia" w:hAnsi="Georgia"/>
          <w:b w:val="0"/>
          <w:i w:val="0"/>
          <w:color w:val="000000"/>
          <w:sz w:val="24"/>
        </w:rPr>
        <w:t>Дело в том, как тебе уже известно, что вследствие сокращения НЕХИ де-АК и подъема МАН Малхут де-АК поднялась снизу вверх и стала левой стороной в каждой сфире вплоть до Хохмы. В силу этого сфирот удвоились, подобно двум ногам, двум рукам, двум отверстиям носа, двум ушам, двум глазам. Кроме того, возникло разделение каждой ступени надвое, поскольку АХАП каждой ступени вышли наружу из нее по причине Малхут, установившейся в глазах (эйнаим). Ранее в словах Учителя в ветви 15 объяснялось, что уровень от глаз и выше всегда рассматривается как АВАЯ де-АБ в тайне нижней хэй в глазах, а выходящие наружу АХАП определяются как имя АВАЯ де-САГ. И эти свойства АБ и САГ, возникшие здесь заново, действуют во всех трех головах: Гальгальта, АБ, САГ, — так что образовались АБ и САГ в Гальгальте упомянутым образом, а также АБ и САГ в АБ и АБ и САГ в САГ, см. там. И как сказано там в «Паним Масбирот» и в «Паним Меирот».</w:t>
      </w:r>
    </w:p>
    <w:p>
      <w:pPr>
        <w:spacing w:before="40" w:after="120"/>
        <w:jc w:val="both"/>
      </w:pPr>
      <w:r>
        <w:rPr>
          <w:rFonts w:ascii="Georgia" w:hAnsi="Georgia"/>
          <w:b w:val="0"/>
          <w:i w:val="0"/>
          <w:color w:val="000000"/>
          <w:sz w:val="24"/>
        </w:rPr>
        <w:t>Там же объяснялось, как возникли малое состояние (катнут) и большое состояние (гадлут), также появившиеся по причине выхода АХАП наружу: остался лишь зивуг прямого и отраженного света от Кетера к Хохме и от Хохмы к Кетеру, так что в этих десяти сфирот есть лишь высота уровня ЗА, то есть только света нефеш и руах, и недостает НЕХИ. Оказывается, что в начале, когда Источник выделил их из Себя, они пребывали в катнуте, со светом семи нижних сфирот (ЗАТ), без ГАР, которые суть НЕХИ. Тогда считается, что свет ХАГАТ, называемый «руах», облачен в АБ, то есть от отверстий глаз и выше, а свет НЕХИМ, называемый «нефеш», облачен в АХАП. В «Паним Масбирот» на стр. 272 объяснялось, что они разделились на внутреннее и внешнее, которые также называются АБ и САГ.</w:t>
      </w:r>
    </w:p>
    <w:p>
      <w:pPr>
        <w:spacing w:before="40" w:after="120"/>
        <w:jc w:val="both"/>
      </w:pPr>
      <w:r>
        <w:rPr>
          <w:rFonts w:ascii="Georgia" w:hAnsi="Georgia"/>
          <w:b w:val="0"/>
          <w:i w:val="0"/>
          <w:color w:val="000000"/>
          <w:sz w:val="24"/>
        </w:rPr>
        <w:t>Гадлут же наступает благодаря свечению внутреннего парцуфа и пробуждению изначального корня МАН, возвращающего нижнюю хэй на ее прежнее место — в пэ де-рош. Ведь тогда АХАП возвращаются в рош, то есть на высшую ступень, какими они были до Второго сокращения (ЦБ), и возобновляется зивуг прямого и отраженного света от Кетера к Малхут и от Малхут к Кетеру. Благодаря этому зивугу десять сфирот обретают высоту уровня Кетера, и оказывается, что они обретают также НЕХИ, что составляет тайну гадлута, как написано там.</w:t>
      </w:r>
    </w:p>
    <w:p>
      <w:pPr>
        <w:spacing w:before="40" w:after="120"/>
        <w:jc w:val="both"/>
      </w:pPr>
      <w:r>
        <w:rPr>
          <w:rFonts w:ascii="Georgia" w:hAnsi="Georgia"/>
          <w:b w:val="0"/>
          <w:i w:val="0"/>
          <w:color w:val="000000"/>
          <w:sz w:val="24"/>
        </w:rPr>
        <w:t>Этот зивуг именуется зивугом АБ-САГ по состоянию в начале, когда Источник выделил их из Себя, когда нижняя хэй находилась в отверстиях глаз: внутреннее, притягивающееся на АХАП де-АБ, называется мужским началом и АБ, а внешнее, остающееся ниже пэ де-АБ, называется женским началом и САГ, как сказано там. Это состояние считается постоянным и устойчивым, не подверженным изменениям. Упомянутый же гадлут, возвращающий АБ и САГ на одну ступень, не является постоянным свойством парцуфа, но то поднимается, то опускается. Ведь сразу при первом же раскрытии мира Некудим в нем произошло разбиение келим (швират а-келим) и отмена ахораим Аба ве-Има и НЕХИ де-Кетер, что включает в себя буквально все, что пришло к нему на упомянутой ступени гадлута. И не осталось там ничего, кроме того, что было в нем с самого начала, когда Источник выделил его из Себя, то есть лишь катнут, поскольку в нем никогда не бывает ущерба; помни это.</w:t>
      </w:r>
    </w:p>
    <w:p>
      <w:pPr>
        <w:spacing w:before="40" w:after="120"/>
        <w:jc w:val="both"/>
      </w:pPr>
      <w:r>
        <w:rPr>
          <w:rFonts w:ascii="Georgia" w:hAnsi="Georgia"/>
          <w:b w:val="0"/>
          <w:i w:val="0"/>
          <w:color w:val="000000"/>
          <w:sz w:val="24"/>
        </w:rPr>
        <w:t>Исходя из этого ты поймешь суть зивуга АБ-САГ, приводимого выше в словах Учителя на стр. 237 относительно САГ, вышедшего из никвей эйнаим ради гадлута десяти сфирот де-Некудим, называемого там новым светом, пробившим Парсу. Точно так же и суть зивуга АБ-САГ, приведенного здесь применительно к новому МА, вышедшему из мэцаха: это не два парцуфа АБ и САГ де-АК по своей сути, где АБ выходит на масах третьей стадии (бхина гимель), а САГ — на масах второй стадии (бхина бэт). Нет, они относятся к разделению каждой ступени на внутреннюю и внешнюю части, также именуемые АБ и САГ, как сказано; и это действует там, в мире Некудим, как в рош де-АБ, так и в рош де-САГ. Однако в первой голове, именуемой Кетер или Гальгальта, этого разделения не произошло, поскольку она не разделилась: МАН оттуда могли подняться только до Хохмы, называемой глазами, ведь там были повреждены лишь НЕХИ де-САГ по причине их спуска во внутренние НЕХИ де-АК. Как написано в «Паним Масбирот» в ветви 9 и ветви 15, изъян САГ достигает лишь Хохмы. Здесь же, напротив, повредились также задние стороны (ахораим) НЕХИ де-Кетер, которые в тайне распространения трех линий КАХАБ в ХАГАТ также уменьшились до состояния «лицами наружу», как сказано в «Паним Меирот» в предыдущей ветви и в «Паним Масбирот» здесь, см. там.</w:t>
      </w:r>
    </w:p>
    <w:p>
      <w:pPr>
        <w:spacing w:before="40" w:after="120"/>
        <w:jc w:val="both"/>
      </w:pPr>
      <w:r>
        <w:rPr>
          <w:rFonts w:ascii="Georgia" w:hAnsi="Georgia"/>
          <w:b w:val="0"/>
          <w:i w:val="0"/>
          <w:color w:val="000000"/>
          <w:sz w:val="24"/>
        </w:rPr>
        <w:t>Поэтому теперь МАН поднялись также в Гальгальту, так как и Гальгальта установилась в двух ступенях АБ и САГ по причине изъяна своих ахораим де-НЕХИ, подобно тому как говорилось о двух нижних головах во время исправления МАН де-Некудим, как сказано выше. Именно поэтому Учитель здесь, как и выше на стр. 237, со всей точностью подчеркивает, что обсуждаемый САГ — это не что иное, как АХАП. Тем самым он указывает, что оба они находятся на одной ступени, а определяются как АБ и САГ лишь по состоянию в начале, когда Источник выделил их из Себя, когда АХАП каждой ступени выходят наружу: уровень от глаз и выше рассматривается как АВАЯ де-АБ, а АХАП — как АВАЯ де-САГ, как сказано выше о внутреннем и внешнем. На самом же деле по своему первоначальному корню они представляют собой единое свойство и единую ступень, и потому между ними возможен зивуг в силу свечения первоначального корня, как сказано выше; помни это на протяжении всего дальнейшего изложения.</w:t>
      </w:r>
    </w:p>
    <w:p>
      <w:pPr>
        <w:spacing w:before="40" w:after="120"/>
        <w:jc w:val="both"/>
      </w:pPr>
      <w:r>
        <w:rPr>
          <w:rFonts w:ascii="Georgia" w:hAnsi="Georgia"/>
          <w:b/>
          <w:i w:val="0"/>
          <w:color w:val="000000"/>
          <w:sz w:val="24"/>
        </w:rPr>
        <w:t>«При этом имеются в виду не света, выходящие из пара АХАП, но сама их суть и их подлинная внутренняя часть»</w:t>
      </w:r>
      <w:r>
        <w:rPr>
          <w:rFonts w:ascii="Georgia" w:hAnsi="Georgia"/>
          <w:b w:val="0"/>
          <w:i w:val="0"/>
          <w:color w:val="000000"/>
          <w:sz w:val="24"/>
        </w:rPr>
        <w:t xml:space="preserve"> — то есть имеются в виду не свойства АБ и САГ двух парцуфим, высшего и низшего, выходящие из пара АХАП, то есть из очищающихся экранов: где из экрана третьей стадии, называемого носом (хотэм), выходит парцуф АБ, а из экрана второй стадии, называемого ухом (озэн), выходит парцуф САГ. Ведь уже объяснялось, что между ними зивуг вообще не происходит. Имеется в виду исключительно свойство АБ и САГ самого внутреннего парцуфа — первой головы, называемой внутренней, которая разделяется на внутреннее и внешнее, именуемые АБ и САГ, как сказано выше.</w:t>
      </w:r>
    </w:p>
    <w:p>
      <w:pPr>
        <w:spacing w:before="40" w:after="120"/>
        <w:jc w:val="both"/>
      </w:pPr>
      <w:r>
        <w:rPr>
          <w:rFonts w:ascii="Georgia" w:hAnsi="Georgia"/>
          <w:b w:val="0"/>
          <w:i w:val="0"/>
          <w:color w:val="000000"/>
          <w:sz w:val="24"/>
        </w:rPr>
        <w:t xml:space="preserve">2) </w:t>
      </w:r>
      <w:r>
        <w:rPr>
          <w:rFonts w:ascii="Georgia" w:hAnsi="Georgia"/>
          <w:b/>
          <w:i w:val="0"/>
          <w:color w:val="000000"/>
          <w:sz w:val="24"/>
        </w:rPr>
        <w:t>«И когда они соединились вместе, от этого зивуга родился новый свет... уровень МА с [буквами] алеф»</w:t>
      </w:r>
      <w:r>
        <w:rPr>
          <w:rFonts w:ascii="Georgia" w:hAnsi="Georgia"/>
          <w:b w:val="0"/>
          <w:i w:val="0"/>
          <w:color w:val="000000"/>
          <w:sz w:val="24"/>
        </w:rPr>
        <w:t>.</w:t>
      </w:r>
    </w:p>
    <w:p>
      <w:pPr>
        <w:spacing w:before="40" w:after="120"/>
        <w:jc w:val="both"/>
      </w:pPr>
      <w:r>
        <w:rPr>
          <w:rFonts w:ascii="Georgia" w:hAnsi="Georgia"/>
          <w:b w:val="0"/>
          <w:i w:val="0"/>
          <w:color w:val="000000"/>
          <w:sz w:val="24"/>
        </w:rPr>
        <w:t>Знай, что зивуг происходит только между двумя половинами ступени, ведь слово «зивуг» указывает на исправление разделения. Поэтому до того, как ступень разделилась на две половины — то есть в первых трех парцуфим Гальгальта, АБ, САГ де-АК, — в словах Учителя слово «зивуг» вообще не упоминалось, но говорилось лишь «созерцание» (истаклют) или «распространение высшего света на масах и ударное соединение (зивуг де-акаа)», как сказано в предыдущих ветвях. Однако после Второго сокращения де-АК вследствие спуска и сокрытия НЕХИ де-САГ во внутренних НЕХИ де-АК (как говорилось в ветви 8 и в «Паним Масбирот», ветви 9 и 15), что является тайной включения свойства милосердия в суд, именно это привело к разделению каждой ступени на две половины: отдельно Кетер и Хохма, и отдельно Бина и ЗОН. И обе они пребывают в изъяне: в верхней половине это вызвало малость света (катнут), так как из-за этого она лишилась ГАР и осталась лишь со светами руах и нефеш. Нижняя же ее половина опустилась полностью за пределы ступени: Бина и ЗОН ступени рош опустились на ступень гуф, Бина и ЗОН ступени тох опустились на ступень соф, а Бина и ЗОН ступени соф опустились полностью за границы Ацилута и умалились до уровня БЕА. Этот изъян — подлинная смерть, как сказано в Зоаре: выход из одного мира в мир, расположенный ниже него, есть смерть, что составляет тайну семи умерших мелахим, как известно.</w:t>
      </w:r>
    </w:p>
    <w:p>
      <w:pPr>
        <w:spacing w:before="40" w:after="120"/>
        <w:jc w:val="both"/>
      </w:pPr>
      <w:r>
        <w:rPr>
          <w:rFonts w:ascii="Georgia" w:hAnsi="Georgia"/>
          <w:b w:val="0"/>
          <w:i w:val="0"/>
          <w:color w:val="000000"/>
          <w:sz w:val="24"/>
        </w:rPr>
        <w:t>В этом заключается тайна исправления через зивуг, вновь возвращающего эти две половины на единую ступень, как вначале. И коль скоро Бина и ЗОН вновь соединились с Кетером и Хохмой на одной ступени, ступень вновь обретает полные десять сфирот вплоть до Малхут. В результате высший свет распространяется до экрана в кли Малхут, и выходят полные десять сфирот высоты уровня Кетер, то есть с пятью светами, называемыми НАРАНХАЙ.</w:t>
      </w:r>
    </w:p>
    <w:p>
      <w:pPr>
        <w:spacing w:before="40" w:after="120"/>
        <w:jc w:val="both"/>
      </w:pPr>
      <w:r>
        <w:rPr>
          <w:rFonts w:ascii="Georgia" w:hAnsi="Georgia"/>
          <w:b w:val="0"/>
          <w:i w:val="0"/>
          <w:color w:val="000000"/>
          <w:sz w:val="24"/>
        </w:rPr>
        <w:t>Там уже объяснялось, что высший свет не перестает светить нижним ни на мгновение, но нижний нуждается в экране, отраженным светом которого он облачает высший свет и удерживает его; поэтому нижний постигает из высшего света лишь в соответствии с высотой отраженного света в своем экране. Поэтому, когда в ступени есть лишь Кетер и Хохма, ее экран слаб, и она постигает от высшего лишь уровень руах. Но в то самое мгновение, когда нижняя половина возвращается к ней, так что она обретает экран в своем кли Малхут — а этот экран тверд и исправлен в тайне центральной точки Первого сокращения или Второго сокращения, — высший непрекращающийся свет сам собой немедленно соединяется с ней, она поднимает отраженный свет до Кетера, и тогда ступень вновь обретает ГАР: нешама, хая, ехида, как вначале.</w:t>
      </w:r>
    </w:p>
    <w:p>
      <w:pPr>
        <w:spacing w:before="40" w:after="120"/>
        <w:jc w:val="both"/>
      </w:pPr>
      <w:r>
        <w:rPr>
          <w:rFonts w:ascii="Georgia" w:hAnsi="Georgia"/>
          <w:b w:val="0"/>
          <w:i w:val="0"/>
          <w:color w:val="000000"/>
          <w:sz w:val="24"/>
        </w:rPr>
        <w:t>После того как это исправление соединения совершилось на высшей ступени, этот свет спускается и соединяет все половины ступеней до самого завершения (соф). Пойми же как следует тайну этого разделения и соединения и храни ее.</w:t>
      </w:r>
    </w:p>
    <w:p>
      <w:pPr>
        <w:spacing w:before="40" w:after="120"/>
        <w:jc w:val="both"/>
      </w:pPr>
      <w:r>
        <w:rPr>
          <w:rFonts w:ascii="Georgia" w:hAnsi="Georgia"/>
          <w:b w:val="0"/>
          <w:i w:val="0"/>
          <w:color w:val="000000"/>
          <w:sz w:val="24"/>
        </w:rPr>
        <w:t>Это возвращение упомянутых ГАР и НЕХИ Учитель и называет здесь «новым светом» — как по отношению к верхней половине, называемой АБ, так и по отношению к нижней половине, называемой САГ. Ведь верхняя половина обрела ГАР, являющиеся сущностью света, а нижняя целиком поднялась в новом свете высшей по отношению к ней ступени. И нечего говорить о нижней половине ступени, опустившейся от соф парцуфа за границы Ацилута в БЕА, то есть о семи умерших мелахим: они удостоились теперь подлинного воскрешения из мертвых, так как вернулись и поднялись в мир Ацилут, как вначале, где постигли свет хая, как известно из предыдущей ветви. И пойми сказанное здесь: в вопросе зивуга следует различать два свойства АБ-САГ.</w:t>
      </w:r>
    </w:p>
    <w:p>
      <w:pPr>
        <w:spacing w:before="40" w:after="120"/>
        <w:jc w:val="both"/>
      </w:pPr>
      <w:r>
        <w:rPr>
          <w:rFonts w:ascii="Georgia" w:hAnsi="Georgia"/>
          <w:b w:val="0"/>
          <w:i w:val="0"/>
          <w:color w:val="000000"/>
          <w:sz w:val="24"/>
        </w:rPr>
        <w:t>Первое — это вступающие в зивуг АБ и САГ, представляющие собой внутреннее и внешнее, образовавшиеся в каждой ступени, как написано выше в «Паним Масбирот» на стр. 272 и в «Паним Меирот» на стр. 617, см. там. Ведь начало исправления происходит лишь благодаря внутреннему парцуфу, светящему во внешний парцуф, как там подробно описано. Свечение внутреннего во внешнем называется мужскими водами (МАД), силой которых внешний поднимает нижние половины ступеней к верхним половинам, что также именуется зивугом АБ-САГ. Однако АБ-САГ внешнего парцуфа — это женское начало (нуква). А новый свет, изливаемый вследствие подъема САГ и его соединения со своим АБ, именуется подъемом МАН.</w:t>
      </w:r>
    </w:p>
    <w:p>
      <w:pPr>
        <w:spacing w:before="40" w:after="120"/>
        <w:jc w:val="both"/>
      </w:pPr>
      <w:r>
        <w:rPr>
          <w:rFonts w:ascii="Georgia" w:hAnsi="Georgia"/>
          <w:b w:val="0"/>
          <w:i w:val="0"/>
          <w:color w:val="000000"/>
          <w:sz w:val="24"/>
        </w:rPr>
        <w:t>Таким образом, сначала рассматривается зивуг между двумя половинами ступени — внутренним и внешним ступени, называемыми АБ и САГ, мужским и женским началами, а затем рассматривается зивуг между двумя половинами ступени — высшей и низшей в каждой из них, которые также называются АБ и САГ, как сказано выше. При этом новый свет от зивуга АБ-САГ де-САГ именуется женскими водами (МАН). Оба эти света соединяются вместе во внешнем парцуфе, являющемся женским началом, и из них обоих образуется новый свет, рождающийся и изливающийся на ступень ниже них.</w:t>
      </w:r>
    </w:p>
    <w:p>
      <w:pPr>
        <w:spacing w:before="40" w:after="120"/>
        <w:jc w:val="both"/>
      </w:pPr>
      <w:r>
        <w:rPr>
          <w:rFonts w:ascii="Georgia" w:hAnsi="Georgia"/>
          <w:b w:val="0"/>
          <w:i w:val="0"/>
          <w:color w:val="000000"/>
          <w:sz w:val="24"/>
        </w:rPr>
        <w:t>Тебе уже известно, что любое свечение непременно разделяется на рош, тох, соф в тайне первого созерцания (истаклют алеф) и второго созерцания (истаклют бэт). Исходя из этого пойми здесь, что уровень десяти сфирот рош остается в самих упомянутых соединяющихся началах, тогда как две части — тох и соф нового света — именуются новым светом, изливающимся на вторую ступень, то есть на уровень их БОН в тайне мохин.</w:t>
      </w:r>
    </w:p>
    <w:p>
      <w:pPr>
        <w:spacing w:before="40" w:after="120"/>
        <w:jc w:val="both"/>
      </w:pPr>
      <w:r>
        <w:rPr>
          <w:rFonts w:ascii="Georgia" w:hAnsi="Georgia"/>
          <w:b w:val="0"/>
          <w:i w:val="0"/>
          <w:color w:val="000000"/>
          <w:sz w:val="24"/>
        </w:rPr>
        <w:t xml:space="preserve">Знай также, что мужское и женское начала в ГАР и рош Учитель всегда называет именами АБ и САГ. А мужское и женское начала в ЗАТ и гуф в его словах всегда именуются именами МА и БОН. Будь внимателен и не забывай это правило! Из всего сказанного ты поймешь то, о чем говорит здесь Учитель: </w:t>
      </w:r>
      <w:r>
        <w:rPr>
          <w:rFonts w:ascii="Georgia" w:hAnsi="Georgia"/>
          <w:b/>
          <w:i w:val="0"/>
          <w:color w:val="000000"/>
          <w:sz w:val="24"/>
        </w:rPr>
        <w:t>«И когда они соединились вместе, от этого зивуга родился новый свет, и этот новый свет — уровень МА с [буквами] алеф»</w:t>
      </w:r>
      <w:r>
        <w:rPr>
          <w:rFonts w:ascii="Georgia" w:hAnsi="Georgia"/>
          <w:b w:val="0"/>
          <w:i w:val="0"/>
          <w:color w:val="000000"/>
          <w:sz w:val="24"/>
        </w:rPr>
        <w:t>.</w:t>
      </w:r>
    </w:p>
    <w:p>
      <w:pPr>
        <w:spacing w:before="40" w:after="120"/>
        <w:jc w:val="both"/>
      </w:pPr>
      <w:r>
        <w:rPr>
          <w:rFonts w:ascii="Georgia" w:hAnsi="Georgia"/>
          <w:b w:val="0"/>
          <w:i w:val="0"/>
          <w:color w:val="000000"/>
          <w:sz w:val="24"/>
        </w:rPr>
        <w:t>Пойми, что это сказано не о рош того нового света, поскольку она принадлежит самим соединяющимся, но имеется в виду уровень тох и соф этого нового света, который изливается и приходит к рождению — то есть к ступени, находящейся ниже них, называемой их сыном. И его Учитель называет именем МА с [буквами] алеф; помни это.</w:t>
      </w:r>
    </w:p>
    <w:p>
      <w:pPr>
        <w:spacing w:before="40" w:after="120"/>
        <w:jc w:val="both"/>
      </w:pPr>
      <w:r>
        <w:rPr>
          <w:rFonts w:ascii="Georgia" w:hAnsi="Georgia"/>
          <w:b w:val="0"/>
          <w:i w:val="0"/>
          <w:color w:val="000000"/>
          <w:sz w:val="24"/>
        </w:rPr>
        <w:t>Об этом сказано выше, в ветви 41, пункт 7: «Однако уровень МАН, о котором мы говорили выше, что они поднялись ради высшего зивуга, — это и есть подъем семи светов вверх, в Бину; и помни это предисловие о том, что такое подъем МАН», до этих слов, см. там. А перед этим там сказано следующее: «И вот теперь распространение трех линий КАХАБ вновь собралось наверх... и оказались теперь все семь нижних светов наверху, на месте Бины, ведь она — мать сыновей, и там находится место беременности и зачатия (ибур)», см. там.</w:t>
      </w:r>
    </w:p>
    <w:p>
      <w:pPr>
        <w:spacing w:before="40" w:after="120"/>
        <w:jc w:val="both"/>
      </w:pPr>
      <w:r>
        <w:rPr>
          <w:rFonts w:ascii="Georgia" w:hAnsi="Georgia"/>
          <w:b w:val="0"/>
          <w:i w:val="0"/>
          <w:color w:val="000000"/>
          <w:sz w:val="24"/>
        </w:rPr>
        <w:t>Пойми же это как следует вместе с тем, что объяснялось выше: причиной разбиения келим и смерти семи мелахим послужило разделение ступеней и выход АХАП наружу. И хотя там уже произошел зивуг АБ-САГ, вновь соединивший все половины ступеней тем же путем, который объяснялся выше относительно МАД и МАН (что составляет тайну нового света, пробившего Парсу и осветившего через Есод де-АК десять сфирот де-Некудим, как объяснялось выше в «Паним Меирот», пункт 1, со слов «Произошло ударное соединение...», см. там), тем не менее по причине отсутствия трехлинейного исправления в ЗАТ свет этого зивуга не удержался.</w:t>
      </w:r>
    </w:p>
    <w:p>
      <w:pPr>
        <w:spacing w:before="40" w:after="120"/>
        <w:jc w:val="both"/>
      </w:pPr>
      <w:r>
        <w:rPr>
          <w:rFonts w:ascii="Georgia" w:hAnsi="Georgia"/>
          <w:b w:val="0"/>
          <w:i w:val="0"/>
          <w:color w:val="000000"/>
          <w:sz w:val="24"/>
        </w:rPr>
        <w:t>Поэтому половины ступеней вновь отделились друг от друга, как до зивуга, и нижняя половина каждой ступени — Бина и ЗОН — опустилась и повредилась. Вплоть до того, что нижняя половина десяти сфирот де-Некудим, облачающих [АК] от табура и ниже де-АК, являющихся десятью сфирот соф, опустилась за границы Ацилута в совершенно иной мир, называемый БЕА, и поэтому они умерли, как сказано выше. И потому силой нового зивуга АБ-САГ, о котором Учитель говорит здесь, силой свечения АБ в САГ нижние половины ступеней вновь возвращаются к верхним и соединяются с ними в единую ступень, как вначале, о чем подробно говорилось выше, см. там.</w:t>
      </w:r>
    </w:p>
    <w:p>
      <w:pPr>
        <w:spacing w:before="40" w:after="120"/>
        <w:jc w:val="both"/>
      </w:pPr>
      <w:r>
        <w:rPr>
          <w:rFonts w:ascii="Georgia" w:hAnsi="Georgia"/>
          <w:b w:val="0"/>
          <w:i w:val="0"/>
          <w:color w:val="000000"/>
          <w:sz w:val="24"/>
        </w:rPr>
        <w:t>Вследствие этого третья голова, называемая ИШСУТ и САГ — представляющая собой половину ступени, которая опустилась за пределы АБ, называемого высшими Аба ве-Има или ГАР де-Некудим, и была принята в качестве тох де-гуф, то есть ХАГАТ, как пишет Учитель там о тайне распространения трех линий ГАР де-Некудим в ХАГАТ, — теперь снова притянулась к уровню ГАР де-Некудим, то есть к уровню АБ. И света ЗАТ, упавшие в НЕХИ и включенные в нее, также поднялись вместе с ней в ГАР, ибо все они включены в НЕХИ этой головы, как с Б-жьей помощью будет разъяснено далее. А вслед за этим притянулись и поднялись также семь умерших мелахим, являющиеся нижней половиной ступени, находившейся ниже границы Ацилута, которые разделяются на две части: тох и соф, где часть тох в них называется искрами (ницоцин), а часть соф в них называется сосудами (келим). И потому искры поднялись в ХАГАТ де-Некудим, где находится место тох де-БОН, а келим поднялись на уровень НЕХИМ де-Некудим, где находится место соф.</w:t>
      </w:r>
    </w:p>
    <w:p>
      <w:pPr>
        <w:spacing w:before="40" w:after="120"/>
        <w:jc w:val="both"/>
      </w:pPr>
      <w:r>
        <w:rPr>
          <w:rFonts w:ascii="Georgia" w:hAnsi="Georgia"/>
          <w:b w:val="0"/>
          <w:i w:val="0"/>
          <w:color w:val="000000"/>
          <w:sz w:val="24"/>
        </w:rPr>
        <w:t>Вот тебе ясно объяснена причина подъема ИШСУТ и светов в ГАР, представляющих собой АХАП и нижнюю половину ступени АБ де-Некудим, а также причина подъема семи умерших мелахим — искр и келим — из БЕА в ХАГАТ и НЕХИ де-Ацилут, поскольку они представляют собой нижнюю половину ступени САГ де-Некудим. Известно же, что там вышли лишь три ступени: Гальгальта, АБ, САГ — рош и гуф, как написано выше в «Паним Меирот», ветви 22 и 24, см. там.</w:t>
      </w:r>
    </w:p>
    <w:p>
      <w:pPr>
        <w:spacing w:before="40" w:after="120"/>
        <w:jc w:val="both"/>
      </w:pPr>
      <w:r>
        <w:rPr>
          <w:rFonts w:ascii="Georgia" w:hAnsi="Georgia"/>
          <w:b w:val="0"/>
          <w:i w:val="0"/>
          <w:color w:val="000000"/>
          <w:sz w:val="24"/>
        </w:rPr>
        <w:t>Однако МАН и МАД сначала действуют в рош, а затем в гуф, как известно. А значит, само собой понятно, что подъем МАН и тайна зивуга АБ-САГ, подробно описанные выше, произошли лишь при подъеме ИШСУТ и семи светов в АБ де-Некудим, которые вызвали там состояние МАН, как было разъяснено выше: свет, обновляющийся в силу соединения АБ и САГ во внешнем парцуфе, и есть тайна МАН, см. там. И ты видишь, что именно ИШСУТ и семь светов стали тайной МАН тотчас во время подъема и их соединения с верхней половиной ступени. Но семь поднявшихся мелахим, относящихся к уровню гуф, не исправились сейчас через зивуг МАН и МАД, поскольку они нуждаются во втором зивуге, в тайне второго созерцания (истаклют бэт), как будет разъяснено далее.</w:t>
      </w:r>
    </w:p>
    <w:p>
      <w:pPr>
        <w:spacing w:before="40" w:after="120"/>
        <w:jc w:val="both"/>
      </w:pPr>
      <w:r>
        <w:rPr>
          <w:rFonts w:ascii="Georgia" w:hAnsi="Georgia"/>
          <w:b w:val="0"/>
          <w:i w:val="0"/>
          <w:color w:val="000000"/>
          <w:sz w:val="24"/>
        </w:rPr>
        <w:t>И об этом сказано: упомянутый МАН — это подъем семи светов в Бину, то есть в ГАР, являющиеся уровнем АБ и тайной рош. Это сказано для того, чтобы показать: поднявшиеся семь мелахим не исправились сейчас в тайне МАН, и это именно так, как сказано выше: вначале подъем происходит ради зивуга рош; пойми это.</w:t>
      </w:r>
    </w:p>
    <w:p>
      <w:pPr>
        <w:spacing w:before="40" w:after="120"/>
        <w:jc w:val="both"/>
      </w:pPr>
      <w:r>
        <w:rPr>
          <w:rFonts w:ascii="Georgia" w:hAnsi="Georgia"/>
          <w:b w:val="0"/>
          <w:i w:val="0"/>
          <w:color w:val="000000"/>
          <w:sz w:val="24"/>
        </w:rPr>
        <w:t>И об этом сказано: «И оказались теперь все семь нижних светов наверху, на месте Бины, ведь она — мать сыновей, и там находится место беременности и зачатия». Это согласуется с тем, что мы говорили выше: здесь следует различать два свойства зивуга АБ-САГ.</w:t>
      </w:r>
    </w:p>
    <w:p>
      <w:pPr>
        <w:spacing w:before="40" w:after="120"/>
        <w:jc w:val="both"/>
      </w:pPr>
      <w:r>
        <w:rPr>
          <w:rFonts w:ascii="Georgia" w:hAnsi="Georgia"/>
          <w:b w:val="0"/>
          <w:i w:val="0"/>
          <w:color w:val="000000"/>
          <w:sz w:val="24"/>
        </w:rPr>
        <w:t>Первое — это тайна АБ-САГ де-АБ, то есть внутреннего мужского парцуфа: именно он светил во внешний парцуф (мир Некудим) и притянул все половины ступеней, как сказано выше. Свет же, выходящий из внутреннего зивуга АБ-САГ, называется мужскими водами (МАД) и именуется здесь АБ, так как любое мужское начало на уровне рош называется АБ.</w:t>
      </w:r>
    </w:p>
    <w:p>
      <w:pPr>
        <w:spacing w:before="40" w:after="120"/>
        <w:jc w:val="both"/>
      </w:pPr>
      <w:r>
        <w:rPr>
          <w:rFonts w:ascii="Georgia" w:hAnsi="Georgia"/>
          <w:b w:val="0"/>
          <w:i w:val="0"/>
          <w:color w:val="000000"/>
          <w:sz w:val="24"/>
        </w:rPr>
        <w:t>Второе — это ГАР де-Некудим, представляющие собой внешний парцуф того АБ, в котором самом по себе также происходит зивуг АБ-САГ, то есть соединение его нижней половины (Бины и семи светов ЗОН), которые соединились и вернулись к его верхней половине (Кетеру и Хохме, оставшимся в ГАР де-Некудим). Новый же свет, обновившийся вследствие их возвращения туда, именуется женскими водами (МАН), как сказано выше. И этот внешний [парцуф] становится женским началом по отношению к внутреннему, называемому АБ, а женское начало в рош называется САГ. И уже объяснялось, что новый свет от внутреннего зивуга АБ-САГ также соединяется во внешнем, см. там; известно же, что САГ называется также Биной.</w:t>
      </w:r>
    </w:p>
    <w:p>
      <w:pPr>
        <w:spacing w:before="40" w:after="120"/>
        <w:jc w:val="both"/>
      </w:pPr>
      <w:r>
        <w:rPr>
          <w:rFonts w:ascii="Georgia" w:hAnsi="Georgia"/>
          <w:b w:val="0"/>
          <w:i w:val="0"/>
          <w:color w:val="000000"/>
          <w:sz w:val="24"/>
        </w:rPr>
        <w:t>И об этом сказано: «Ибо она — мать сыновей, и там находится место беременности и зачатия». Это учит нас тому, что как МАН, так и МАД соединяются исключительно во внешнем, называемом САГ или Биной, поскольку она — женское начало, а не во внутреннем, называемом АБ.</w:t>
      </w:r>
    </w:p>
    <w:p>
      <w:pPr>
        <w:spacing w:before="40" w:after="120"/>
        <w:jc w:val="both"/>
      </w:pPr>
      <w:r>
        <w:rPr>
          <w:rFonts w:ascii="Georgia" w:hAnsi="Georgia"/>
          <w:b w:val="0"/>
          <w:i w:val="0"/>
          <w:color w:val="000000"/>
          <w:sz w:val="24"/>
        </w:rPr>
        <w:t>И вот прекрасно разъяснена тайна подъема МАН и спуска МАД, а также суть зивуга между внутренним и внешним каждой ступени, именуемого зивугом АБ и САГ. Храни же эти ключи на протяжении всего нашего дальнейшего объяснения, ибо невозможно без нужды повторять столь пространные разъяснения.</w:t>
      </w:r>
    </w:p>
    <w:p>
      <w:pPr>
        <w:spacing w:before="40" w:after="120"/>
        <w:jc w:val="both"/>
      </w:pPr>
      <w:r>
        <w:rPr>
          <w:rFonts w:ascii="Georgia" w:hAnsi="Georgia"/>
          <w:b w:val="0"/>
          <w:i w:val="0"/>
          <w:color w:val="000000"/>
          <w:sz w:val="24"/>
        </w:rPr>
        <w:t>Знай также, что от мира Некудим и далее, вплоть до Окончательного исправления, ничто новое не выходит и не раскрывается во всех мирах, вплоть до материального мира, иначе как посредством зивуга двух половин одной ступени и всеми путями, точно указанными для этого зивуга выше. Однако есть... ...еще множество дополнительных подробностей, присоединяющихся к сказанному выше, которые постепенно добавляются в парцуфим, следующих за десятью сфирот де-Некудим. Ведь все силы, имеющиеся в высших, непременно выстраиваются в точности по их подобию и в низшем по отношению к ним, как известно; и все это с Б-жьей помощью будет разъяснено в своем месте.</w:t>
      </w:r>
    </w:p>
    <w:p>
      <w:pPr>
        <w:spacing w:before="40" w:after="120"/>
        <w:jc w:val="both"/>
      </w:pPr>
      <w:r>
        <w:rPr>
          <w:rFonts w:ascii="Georgia" w:hAnsi="Georgia"/>
          <w:b/>
          <w:i w:val="0"/>
          <w:color w:val="000000"/>
          <w:sz w:val="24"/>
        </w:rPr>
        <w:t>«Это имя МА с [буквами] алеф выходит из мэцаха де-АК»</w:t>
      </w:r>
      <w:r>
        <w:rPr>
          <w:rFonts w:ascii="Georgia" w:hAnsi="Georgia"/>
          <w:b w:val="0"/>
          <w:i w:val="0"/>
          <w:color w:val="000000"/>
          <w:sz w:val="24"/>
        </w:rPr>
        <w:t xml:space="preserve"> — это тайна кли де-Кетер, и происходит это потому, что подъем МАН дошел до первой головы, как написано выше в «Паним Меирот» на стр. 613, со слов «И исходя из этого ты поймешь...», см. там.</w:t>
      </w:r>
    </w:p>
    <w:p>
      <w:pPr>
        <w:spacing w:before="40" w:after="120"/>
        <w:jc w:val="both"/>
      </w:pPr>
      <w:r>
        <w:rPr>
          <w:rFonts w:ascii="Georgia" w:hAnsi="Georgia"/>
          <w:b w:val="0"/>
          <w:i w:val="0"/>
          <w:color w:val="000000"/>
          <w:sz w:val="24"/>
        </w:rPr>
        <w:t>На первый взгляд возникает трудность: как Учитель считает здесь сосуды (келим) в рош — глаза и АХАП, и даже в первой голове, то есть лоб (мэцах)? Ведь выше в ветви 5 он пространно доказывает, что в рош вообще нет проявленных келим, кроме как в теле (гуф), называемом семью нижними [сфирот]. И как сказано там, толща (авиют) низшего не действует выше него даже на волос; а поскольку масах стоит в Малхут де-рош, первые девять сфирот совершенно чисты от его авиют, составляющей суть келим. Лишь при распространении экрана во второе созерцание сверху вниз, к уровню десяти сфирот гуф, авиют действует в них и раскрывает в них келим, см. там. Однако известно то, что Учитель писал в ветви 10, пункт 30: все силы, имеющиеся в высших, непременно запечатлеваются в низшем по отношению к ним.</w:t>
      </w:r>
    </w:p>
    <w:p>
      <w:pPr>
        <w:spacing w:before="40" w:after="120"/>
        <w:jc w:val="both"/>
      </w:pPr>
      <w:r>
        <w:rPr>
          <w:rFonts w:ascii="Georgia" w:hAnsi="Georgia"/>
          <w:b w:val="0"/>
          <w:i w:val="0"/>
          <w:color w:val="000000"/>
          <w:sz w:val="24"/>
        </w:rPr>
        <w:t>Тем самым понятно: хотя в каждой голове самой по себе есть лишь одно кли от свойства Малхут, образующееся благодаря обновлению ее экрана, тем не менее те келим, которые уже сформировались в головах высших по отношению к ней, неизбежно запечатлеваются и в ее рош, как было сказано.</w:t>
      </w:r>
    </w:p>
    <w:p>
      <w:pPr>
        <w:spacing w:before="40" w:after="120"/>
        <w:jc w:val="both"/>
      </w:pPr>
      <w:r>
        <w:rPr>
          <w:rFonts w:ascii="Georgia" w:hAnsi="Georgia"/>
          <w:b w:val="0"/>
          <w:i w:val="0"/>
          <w:color w:val="000000"/>
          <w:sz w:val="24"/>
        </w:rPr>
        <w:t>Причина развертывания пяти парцуфим де-АК, как известно, — это пять стадий очищения экрана (издохехут а-масах) четвертой стадии, пока он не поднимется до стадии Кетер, как сказано выше в «Паним Масбирот», ветвь 9, см. там.</w:t>
      </w:r>
    </w:p>
    <w:p>
      <w:pPr>
        <w:spacing w:before="40" w:after="120"/>
        <w:jc w:val="both"/>
      </w:pPr>
      <w:r>
        <w:rPr>
          <w:rFonts w:ascii="Georgia" w:hAnsi="Georgia"/>
          <w:b w:val="0"/>
          <w:i w:val="0"/>
          <w:color w:val="000000"/>
          <w:sz w:val="24"/>
        </w:rPr>
        <w:t>В соответствии с этим получается, что первая голова де-АК, где происходит зивуг прямого и отраженного света на масах четвертой стадии, то есть в Малхут, несомненно содержит лишь одно кли от экрана Малхут, называемое «пэ» (рот).</w:t>
      </w:r>
    </w:p>
    <w:p>
      <w:pPr>
        <w:spacing w:before="40" w:after="120"/>
        <w:jc w:val="both"/>
      </w:pPr>
      <w:r>
        <w:rPr>
          <w:rFonts w:ascii="Georgia" w:hAnsi="Georgia"/>
          <w:b w:val="0"/>
          <w:i w:val="0"/>
          <w:color w:val="000000"/>
          <w:sz w:val="24"/>
        </w:rPr>
        <w:t>Однако рош де-АБ, чей зивуг прямого и отраженного света происходит на масах третьей стадии — то есть экран поднялся до уровня ЗА, — обретает в своей голове новое кли от экрана ЗА, представляющее собой кли Малхут де-АБ и именуемое «хотэм» (нос). Таким образом, в ней есть два кли: кли пэ от первой головы — то есть в силу высшего, непременно запечатлевающегося в ее рош, — а также кли хотэм в силу обновления экрана в ней самой. А в рош де-САГ, чей зивуг прямого и отраженного света происходит на масах второй стадии вследствие его подъема в Бину, появляется новое кли в ее голове, которого не было в высших: кли головы, называемое «озэн» (ухо), являющееся кли Малхут де-рош де-САГ, тогда как первые девять сфирот де-САГ находятся выше уха. Таким образом, в ней есть три кли: новое кли ее самой, а также хотэм и пэ, непременно запечатлевающиеся в ее голове под воздействием высших.</w:t>
      </w:r>
    </w:p>
    <w:p>
      <w:pPr>
        <w:spacing w:before="40" w:after="120"/>
        <w:jc w:val="both"/>
      </w:pPr>
      <w:r>
        <w:rPr>
          <w:rFonts w:ascii="Georgia" w:hAnsi="Georgia"/>
          <w:b w:val="0"/>
          <w:i w:val="0"/>
          <w:color w:val="000000"/>
          <w:sz w:val="24"/>
        </w:rPr>
        <w:t>В рош же де-БОН, чей зивуг прямого и отраженного света происходит на масах первой стадии, то есть при его подъеме в Хохму, БОН обретает новое кли в своей голове от экрана Хохмы, называемое глазами (эйнаим): там находится кли его Малхут, а первые девять сфирот — выше нее. Таким образом, в его голове есть четыре кли: новое кли от него самого, а также АХАП под воздействием высших, неизбежно запечатлевающихся в его голове.</w:t>
      </w:r>
    </w:p>
    <w:p>
      <w:pPr>
        <w:spacing w:before="40" w:after="120"/>
        <w:jc w:val="both"/>
      </w:pPr>
      <w:r>
        <w:rPr>
          <w:rFonts w:ascii="Georgia" w:hAnsi="Georgia"/>
          <w:b w:val="0"/>
          <w:i w:val="0"/>
          <w:color w:val="000000"/>
          <w:sz w:val="24"/>
        </w:rPr>
        <w:t>А в рош нового МА, чей зивуг прямого и отраженного света происходит на масах стадии Кетер, как сказано выше... ...голова МА обретает новое кли в своей голове от экрана стадии Кетер, где находится кли Малхут десяти сфирот его головы, а первые девять сфирот — выше нее. И потому в его голове оказывается пять келим, а именно: новое кли от него самого от экрана стадии Кетер, называемое лбом (мэцах), и еще четыре кли — эйнаим и АХАП, непременно запечатлевшиеся в его голове под воздействием высших.</w:t>
      </w:r>
    </w:p>
    <w:p>
      <w:pPr>
        <w:spacing w:before="40" w:after="120"/>
        <w:jc w:val="both"/>
      </w:pPr>
      <w:r>
        <w:rPr>
          <w:rFonts w:ascii="Georgia" w:hAnsi="Georgia"/>
          <w:b w:val="0"/>
          <w:i w:val="0"/>
          <w:color w:val="000000"/>
          <w:sz w:val="24"/>
        </w:rPr>
        <w:t>И вот прекрасно объяснено, что хотя каждая голова сама по себе имеет лишь одно кли — то есть экран, на который происходит ударное соединение с высшим светом, повсюду именуемый кли Малхут, а поскольку он находится ниже прямого света, первые девять сфирот остаются без кли, как сказано выше, — тем не менее по причине подъема экрана по пяти ступеням КАХАБ ЗОН, благодаря чему развернулись пять парцуфим, само собой получается, что в каждом низшем добавляется одно кли от него самого помимо того, что неизбежно запечатлевается в нем от высших. Вплоть до того, что в пятом парцуфе, являющемся новым МА, есть кли даже от свойства Малхут первой головы, что составляет тайну экрана Кетера, как сказано выше. И потому в его голове оказываются пять завершенных, полноценных келим; помни это.</w:t>
      </w:r>
    </w:p>
    <w:p>
      <w:pPr>
        <w:spacing w:before="40" w:after="120"/>
        <w:jc w:val="both"/>
      </w:pPr>
      <w:r>
        <w:rPr>
          <w:rFonts w:ascii="Georgia" w:hAnsi="Georgia"/>
          <w:b w:val="0"/>
          <w:i w:val="0"/>
          <w:color w:val="000000"/>
          <w:sz w:val="24"/>
        </w:rPr>
        <w:t>А парность келим, имеющихся в голове, — то есть два отверстия глаз, два отверстия уха, два отверстия носа, — возникла заново в рош де-БОН со стороны исправления МАН в то время, когда Источник выделил его из Себя, силой включения свойства милосердия в суд. Как написано выше на стр. 412 в «Паним Меирот», Малхут внутреннего АК вследствие присоединившихся к ней НЕХИ де-САГ обрела силу подняться и включиться в каждую сфиру вплоть до Хохмы, благодаря чему Малхут стала левой стороной в каждой сфире. Ведь сама сфира везде считается правой линией, а Малхут, включенная в нее, всегда считается левой линией.</w:t>
      </w:r>
    </w:p>
    <w:p>
      <w:pPr>
        <w:spacing w:before="40" w:after="120"/>
        <w:jc w:val="both"/>
      </w:pPr>
      <w:r>
        <w:rPr>
          <w:rFonts w:ascii="Georgia" w:hAnsi="Georgia"/>
          <w:b w:val="0"/>
          <w:i w:val="0"/>
          <w:color w:val="000000"/>
          <w:sz w:val="24"/>
        </w:rPr>
        <w:t>Поэтому возникли правая и левая стороны в кли де-ЗА де-рош, называемом двумя отверстиями носа (хотэм); возникли правая и левая стороны в кли де-Бина де-рош, называемом двумя отверстиями ушей (озэн); и возникли правая и левая стороны в кли де-Хохма де-рош, называемом двумя отверстиями глаз (эйнаим). И само собой понятно, что подобное не могло образоваться в отверстии рта (пэ), поскольку сама сфира там — лишь свойство Малхут, являющейся исключительно точкой сокращения, то есть центральной точкой, и там нет никакой причины различать правую сторону.</w:t>
      </w:r>
    </w:p>
    <w:p>
      <w:pPr>
        <w:spacing w:before="40" w:after="120"/>
        <w:jc w:val="both"/>
      </w:pPr>
      <w:r>
        <w:rPr>
          <w:rFonts w:ascii="Georgia" w:hAnsi="Georgia"/>
          <w:b w:val="0"/>
          <w:i w:val="0"/>
          <w:color w:val="000000"/>
          <w:sz w:val="24"/>
        </w:rPr>
        <w:t xml:space="preserve">3) </w:t>
      </w:r>
      <w:r>
        <w:rPr>
          <w:rFonts w:ascii="Georgia" w:hAnsi="Georgia"/>
          <w:b/>
          <w:i w:val="0"/>
          <w:color w:val="000000"/>
          <w:sz w:val="24"/>
        </w:rPr>
        <w:t>«Ведь всё идет по ступеням, так как дыхание уха не ощущается и т. д.»</w:t>
      </w:r>
      <w:r>
        <w:rPr>
          <w:rFonts w:ascii="Georgia" w:hAnsi="Georgia"/>
          <w:b w:val="0"/>
          <w:i w:val="0"/>
          <w:color w:val="000000"/>
          <w:sz w:val="24"/>
        </w:rPr>
        <w:t xml:space="preserve"> —</w:t>
      </w:r>
    </w:p>
    <w:p>
      <w:pPr>
        <w:spacing w:before="40" w:after="120"/>
        <w:jc w:val="both"/>
      </w:pPr>
      <w:r>
        <w:rPr>
          <w:rFonts w:ascii="Georgia" w:hAnsi="Georgia"/>
          <w:b w:val="0"/>
          <w:i w:val="0"/>
          <w:color w:val="000000"/>
          <w:sz w:val="24"/>
        </w:rPr>
        <w:t>И в этом заключается смысл подъема масаха и его постепенного очищения по ступеням. Ведь основа масаха происходит из четвертой стадии (бхина далет), представляющей собой дыхание рта, чей авиют ощущается сильнее всех остальных, поскольку она — сама центральная точка, над которой произошло Первое сокращение (ЦА) и которая служит корнем всей толщи (авиют) и судов. К ней протянулся высший свет от Бесконечного, благословен Он, именуемый «одна линия» (кав эхад), что составляет суть первых десяти сфирот, выделенных [из Источника] в виде головы и окончания (рош и соф) и названных «внутренний АК».</w:t>
      </w:r>
    </w:p>
    <w:p>
      <w:pPr>
        <w:spacing w:before="40" w:after="120"/>
        <w:jc w:val="both"/>
      </w:pPr>
      <w:r>
        <w:rPr>
          <w:rFonts w:ascii="Georgia" w:hAnsi="Georgia"/>
          <w:b w:val="0"/>
          <w:i w:val="0"/>
          <w:color w:val="000000"/>
          <w:sz w:val="24"/>
        </w:rPr>
        <w:t>Затем масах очистился и поднялся к третьей стадии (бхина гимель), именуемой носом, как подробно описано выше, см. там; и оттуда вышел парцуф АБ де-АК. И потому дыхание носа меньше дыхания рта, ведь масах немного очистился от своего авиют.</w:t>
      </w:r>
    </w:p>
    <w:p>
      <w:pPr>
        <w:spacing w:before="40" w:after="120"/>
        <w:jc w:val="both"/>
      </w:pPr>
      <w:r>
        <w:rPr>
          <w:rFonts w:ascii="Georgia" w:hAnsi="Georgia"/>
          <w:b w:val="0"/>
          <w:i w:val="0"/>
          <w:color w:val="000000"/>
          <w:sz w:val="24"/>
        </w:rPr>
        <w:t>После этого он очистился и поднялся ко второй стадии (бхина бэт), именуемой ухом; оказывается, он очистился уже на две ступени. И потому дыхание уха еще слабее и не ощущается вовсе, если только не приложить руку к ушному отверстию. Затем он очистился и поднялся к первой стадии (бхина алеф), именуемой глазами, и там дыхание уже полностью прекратилось, поскольку на первой стадии вообще нет получения, как сказано в «Паним Масбирот» (ветвь 1) и в «Птихе». Однако там всё еще сохраняется свойство созерцания (истаклют), то есть зивуг и различие женского начала, когда прямой свет и отраженный свет поднимаются от Кетер к Хохме и от Хохмы к Кетеру. Чего не скажешь о том, когда он очищается и поднимается к Кетеру, являющемуся корнем: там женское свойство и авиют полностью исчезают из масаха, как сказано в «Паним Масбирот» в ветвях 3 и 4, — ведь именно по этой причине исчез свет первого распространения каждого тела, см. там.</w:t>
      </w:r>
    </w:p>
    <w:p>
      <w:pPr>
        <w:spacing w:before="40" w:after="120"/>
        <w:jc w:val="both"/>
      </w:pPr>
      <w:r>
        <w:rPr>
          <w:rFonts w:ascii="Georgia" w:hAnsi="Georgia"/>
          <w:b w:val="0"/>
          <w:i w:val="0"/>
          <w:color w:val="000000"/>
          <w:sz w:val="24"/>
        </w:rPr>
        <w:t>Однако силой подъема МАН, обновившегося после разбиения сосудов (швират а-келим), возможность зивуга укоренилась и при подъеме масаха к Кетеру, хотя различимого женского начала там нет, как сказано выше.</w:t>
      </w:r>
    </w:p>
    <w:p>
      <w:pPr>
        <w:spacing w:before="40" w:after="120"/>
        <w:jc w:val="both"/>
      </w:pPr>
      <w:r>
        <w:rPr>
          <w:rFonts w:ascii="Georgia" w:hAnsi="Georgia"/>
          <w:b w:val="0"/>
          <w:i w:val="0"/>
          <w:color w:val="000000"/>
          <w:sz w:val="24"/>
        </w:rPr>
        <w:t xml:space="preserve">И об этом говорит [Аризаль]: </w:t>
      </w:r>
      <w:r>
        <w:rPr>
          <w:rFonts w:ascii="Georgia" w:hAnsi="Georgia"/>
          <w:b/>
          <w:i w:val="0"/>
          <w:color w:val="000000"/>
          <w:sz w:val="24"/>
        </w:rPr>
        <w:t>«Поэтому в нем нет ни свойства дыхания, как в АХАП, ни свойства созерцания, как в точке глаза, а есть в нем только лишь свечение и т. д. И в этом также смысл слов: "Когда взошло в Его желании создать мир Ацилут и т. д.", ведь арамейский перевод слова *рацон* — «желание» (</w:t>
      </w:r>
      <w:r>
        <w:rPr>
          <w:rFonts w:ascii="Georgia" w:hAnsi="Georgia" w:cs="Times New Roman"/>
          <w:b/>
          <w:i w:val="0"/>
          <w:color w:val="000000"/>
          <w:sz w:val="24"/>
          <w:rtl/>
          <w:szCs w:val="32"/>
        </w:rPr>
        <w:t>רָצוֹן</w:t>
      </w:r>
      <w:r>
        <w:rPr>
          <w:rFonts w:ascii="Georgia" w:hAnsi="Georgia"/>
          <w:b/>
          <w:i w:val="0"/>
          <w:color w:val="000000"/>
          <w:sz w:val="24"/>
        </w:rPr>
        <w:t>) — это *реута* (</w:t>
      </w:r>
      <w:r>
        <w:rPr>
          <w:rFonts w:ascii="Georgia" w:hAnsi="Georgia" w:cs="Times New Roman"/>
          <w:b/>
          <w:i w:val="0"/>
          <w:color w:val="000000"/>
          <w:sz w:val="24"/>
          <w:rtl/>
          <w:szCs w:val="32"/>
        </w:rPr>
        <w:t>רְעוּתָא</w:t>
      </w:r>
      <w:r>
        <w:rPr>
          <w:rFonts w:ascii="Georgia" w:hAnsi="Georgia"/>
          <w:b/>
          <w:i w:val="0"/>
          <w:color w:val="000000"/>
          <w:sz w:val="24"/>
        </w:rPr>
        <w:t>)</w:t>
      </w:r>
      <w:r>
        <w:rPr>
          <w:rFonts w:ascii="Georgia" w:hAnsi="Georgia"/>
          <w:b w:val="0"/>
          <w:i w:val="0"/>
          <w:color w:val="000000"/>
          <w:sz w:val="24"/>
        </w:rPr>
        <w:t>.</w:t>
      </w:r>
    </w:p>
    <w:p>
      <w:pPr>
        <w:spacing w:before="40" w:after="120"/>
        <w:jc w:val="both"/>
      </w:pPr>
      <w:r>
        <w:rPr>
          <w:rFonts w:ascii="Georgia" w:hAnsi="Georgia"/>
          <w:b w:val="0"/>
          <w:i w:val="0"/>
          <w:color w:val="000000"/>
          <w:sz w:val="24"/>
        </w:rPr>
        <w:t>То есть, как мы сказали, в нем нет различимого женского начала, и потому соударение на находящийся там масах называется «зивуг де-реута» (соударение по желанию), и по этой причине [это место] именуется мэцах а-рацон (лоб желания). И пойми это.</w:t>
      </w:r>
    </w:p>
    <w:p>
      <w:pPr>
        <w:spacing w:before="40" w:after="120"/>
        <w:jc w:val="both"/>
      </w:pPr>
      <w:r>
        <w:rPr>
          <w:rFonts w:ascii="Georgia" w:hAnsi="Georgia"/>
          <w:b w:val="0"/>
          <w:i w:val="0"/>
          <w:color w:val="000000"/>
          <w:sz w:val="24"/>
        </w:rPr>
        <w:t xml:space="preserve">6) </w:t>
      </w:r>
      <w:r>
        <w:rPr>
          <w:rFonts w:ascii="Georgia" w:hAnsi="Georgia"/>
          <w:b/>
          <w:i w:val="0"/>
          <w:color w:val="000000"/>
          <w:sz w:val="24"/>
        </w:rPr>
        <w:t>«И тогда МА становится мужским началом, а САГ — женским»</w:t>
      </w:r>
      <w:r>
        <w:rPr>
          <w:rFonts w:ascii="Georgia" w:hAnsi="Georgia"/>
          <w:b w:val="0"/>
          <w:i w:val="0"/>
          <w:color w:val="000000"/>
          <w:sz w:val="24"/>
        </w:rPr>
        <w:t xml:space="preserve"> —</w:t>
      </w:r>
    </w:p>
    <w:p>
      <w:pPr>
        <w:spacing w:before="40" w:after="120"/>
        <w:jc w:val="both"/>
      </w:pPr>
      <w:r>
        <w:rPr>
          <w:rFonts w:ascii="Georgia" w:hAnsi="Georgia"/>
          <w:b w:val="0"/>
          <w:i w:val="0"/>
          <w:color w:val="000000"/>
          <w:sz w:val="24"/>
        </w:rPr>
        <w:t>И имеются в виду десять сфирот мира Некудим, которые называются именем САГ, поскольку они представляют собой второе распространение от пэ де-рош де-САГ.</w:t>
      </w:r>
    </w:p>
    <w:p>
      <w:pPr>
        <w:spacing w:before="40" w:after="120"/>
        <w:jc w:val="both"/>
      </w:pPr>
      <w:r>
        <w:rPr>
          <w:rFonts w:ascii="Georgia" w:hAnsi="Georgia"/>
          <w:b w:val="0"/>
          <w:i w:val="0"/>
          <w:color w:val="000000"/>
          <w:sz w:val="24"/>
        </w:rPr>
        <w:t>И этому есть еще одна веская причина. А именно: всё различие между АБ и САГ, составляющими суть Аба ве-Има и ИШСУТ, как известно, Учитель разъясняет нам выше, в ветви 8. Та часть САГ, которая включилась во внутренние НЕХИ де-АК в качестве МАН, всегда определяется как САГ и ИШСУТ, то есть от табура де-САГ и ниже. Та же часть САГ, которая не соединилась в виде МАН, то есть от табура де-САГ и выше, определяется как высшие Аба ве-Има (Аба ве-Има илаин), то есть АБ, см. там.</w:t>
      </w:r>
    </w:p>
    <w:p>
      <w:pPr>
        <w:spacing w:before="40" w:after="120"/>
        <w:jc w:val="both"/>
      </w:pPr>
      <w:r>
        <w:rPr>
          <w:rFonts w:ascii="Georgia" w:hAnsi="Georgia"/>
          <w:b w:val="0"/>
          <w:i w:val="0"/>
          <w:color w:val="000000"/>
          <w:sz w:val="24"/>
        </w:rPr>
        <w:t>И согласно этому получается, что главный корень САГ для всех парцуфим АБЕА берет начало от десяти сфирот мира Некудим. И пойми это.</w:t>
      </w:r>
    </w:p>
    <w:p>
      <w:pPr>
        <w:spacing w:before="40" w:after="120"/>
        <w:jc w:val="both"/>
      </w:pPr>
      <w:r>
        <w:rPr>
          <w:rFonts w:ascii="Georgia" w:hAnsi="Georgia"/>
          <w:b w:val="0"/>
          <w:i w:val="0"/>
          <w:color w:val="000000"/>
          <w:sz w:val="24"/>
        </w:rPr>
        <w:t>И благодаря этому понятно изменение в [имени] АВАЯ де-МА мира Ацилут, выходящем из пэ де-рош де-САГ мира Ацилут, ведь там пять парцуфим развернулись по следующему порядку: Гальгальта, АБ, САГ, МА и БОН — в отличие от порядка пяти парцуфим АК, где они идут так: Гальгальта, АБ, САГ, БОН, МА. И это по указанной выше причине: данный БОН де-АК считается корнем для САГ миров АБЕА, ведь та часть САГ, в которой нет свойства БОН де-АК, поднялась до уровня АБ и вовсе не считается уровнем САГ по отношению к мирам АБЕА. И помни это.</w:t>
      </w:r>
    </w:p>
    <w:p>
      <w:pPr>
        <w:spacing w:before="40" w:after="120"/>
        <w:jc w:val="both"/>
      </w:pPr>
      <w:r>
        <w:rPr>
          <w:rFonts w:ascii="Georgia" w:hAnsi="Georgia"/>
          <w:b/>
          <w:i w:val="0"/>
          <w:color w:val="000000"/>
          <w:sz w:val="24"/>
        </w:rPr>
        <w:t>«Поэтому он обрел теперь другое имя — имя БОН с буквами хэй (де-хэйин) и т. д.»</w:t>
      </w:r>
      <w:r>
        <w:rPr>
          <w:rFonts w:ascii="Georgia" w:hAnsi="Georgia"/>
          <w:b w:val="0"/>
          <w:i w:val="0"/>
          <w:color w:val="000000"/>
          <w:sz w:val="24"/>
        </w:rPr>
        <w:t xml:space="preserve"> —</w:t>
      </w:r>
    </w:p>
    <w:p>
      <w:pPr>
        <w:spacing w:before="40" w:after="120"/>
        <w:jc w:val="both"/>
      </w:pPr>
      <w:r>
        <w:rPr>
          <w:rFonts w:ascii="Georgia" w:hAnsi="Georgia"/>
          <w:b w:val="0"/>
          <w:i w:val="0"/>
          <w:color w:val="000000"/>
          <w:sz w:val="24"/>
        </w:rPr>
        <w:t xml:space="preserve">В «Паним Меирот» выше (с. 552) уже разъяснялось значение имени БОН с буквами хэй: в нем нет собственного соударения прямого и отраженного света, как в предшествующих ему парцуфим. Ведь МА и БОН выделяются [из Источника] и выходят вместе от соударения прямого и отраженного света на масах первой стадии (бхина алеф). При этом лицевая сторона называется МА, а обратная сторона называется БОН; и всё, что у нее есть, она берет от имени АВАЯ де-МА, будучи его обратной стороной. И она получает от него по правилу: </w:t>
      </w:r>
      <w:r>
        <w:rPr>
          <w:rFonts w:ascii="Georgia" w:hAnsi="Georgia"/>
          <w:b w:val="0"/>
          <w:i/>
          <w:color w:val="000000"/>
          <w:sz w:val="24"/>
        </w:rPr>
        <w:t>«Сколько входит, столько и выходит»</w:t>
      </w:r>
      <w:r>
        <w:rPr>
          <w:rFonts w:ascii="Georgia" w:hAnsi="Georgia"/>
          <w:b w:val="0"/>
          <w:i w:val="0"/>
          <w:color w:val="000000"/>
          <w:sz w:val="24"/>
        </w:rPr>
        <w:t>, как сказано в «Эц Хаим» (врата 40, учение 4): то есть вся та мера [света], которую МА обретает благодаря ее обратной стороне, в итоге выходит также и к БОН. И поэтому у нее нет особого буквенного наполнения, указывающего на свойство обновленного масаха данного парцуфа, поскольку у нее нет отдельного соударения на обновленном масахе, как сказано выше. И потому у нее есть лишь удвоенная АВАЯ, намекающая как на десять сфирот ее собственного естества, так и на то, что они удваиваются благодаря свету, постигаемому от ее супруга, Зеир Анпина.</w:t>
      </w:r>
    </w:p>
    <w:p>
      <w:pPr>
        <w:spacing w:before="40" w:after="120"/>
        <w:jc w:val="both"/>
      </w:pPr>
      <w:r>
        <w:rPr>
          <w:rFonts w:ascii="Georgia" w:hAnsi="Georgia"/>
          <w:b w:val="0"/>
          <w:i w:val="0"/>
          <w:color w:val="000000"/>
          <w:sz w:val="24"/>
        </w:rPr>
        <w:t xml:space="preserve">И об этом говорит [Аризаль]: </w:t>
      </w:r>
      <w:r>
        <w:rPr>
          <w:rFonts w:ascii="Georgia" w:hAnsi="Georgia"/>
          <w:b/>
          <w:i w:val="0"/>
          <w:color w:val="000000"/>
          <w:sz w:val="24"/>
        </w:rPr>
        <w:t>«И поскольку этот САГ стал женским началом по отношению к МА, он обрел теперь другое имя — имя БОН с буквами хэй, и называется теперь не САГ, а БОН»</w:t>
      </w:r>
      <w:r>
        <w:rPr>
          <w:rFonts w:ascii="Georgia" w:hAnsi="Georgia"/>
          <w:b w:val="0"/>
          <w:i w:val="0"/>
          <w:color w:val="000000"/>
          <w:sz w:val="24"/>
        </w:rPr>
        <w:t>.</w:t>
      </w:r>
    </w:p>
    <w:p>
      <w:pPr>
        <w:spacing w:before="40" w:after="120"/>
        <w:jc w:val="both"/>
      </w:pPr>
      <w:r>
        <w:rPr>
          <w:rFonts w:ascii="Georgia" w:hAnsi="Georgia"/>
          <w:b w:val="0"/>
          <w:i w:val="0"/>
          <w:color w:val="000000"/>
          <w:sz w:val="24"/>
        </w:rPr>
        <w:t>И это подобно сказанному нами: ведь в АК у этого общего БОН, именуемого САГ, было соударение на особый, свойственный ему обновленный масах — что составляет суть МАН, включенных от скрытия НЕХИ де-САГ во внутреннюю Малхут де-АК, то есть вторая стадия (бхина бэт), скрытая внутри четвертой стадии (бхина далет), как писал Учитель выше, в ветви 8. И так как соударение произошло там благодаря подъему этого МАН, там вышел парцуф БОН в особом соударении на четвертую стадию, являющуюся сутью БОН — ведь властвует именно то, что раскрыто, как написано там, в ветви 22 в «Паним Масбирот». Чего не скажешь о мире Ацилут, где это соударение больше не раскрывалось, как сказано в «Паним Масбирот» (с. 471, со слов: «И вот…»): эта ступень вышла вместе с МА мира Ацилут и стала обратной стороной и женским началом по отношению к МА. И потому она называется теперь именем АВАЯ с буквами хэй без всякого обновления в ее наполнении. И пойми это как следует.</w:t>
      </w:r>
    </w:p>
    <w:p>
      <w:pPr>
        <w:spacing w:before="40" w:after="120"/>
        <w:jc w:val="both"/>
      </w:pPr>
      <w:r>
        <w:rPr>
          <w:rFonts w:ascii="Georgia" w:hAnsi="Georgia"/>
          <w:b w:val="0"/>
          <w:i w:val="0"/>
          <w:color w:val="000000"/>
          <w:sz w:val="24"/>
        </w:rPr>
        <w:t xml:space="preserve">7) </w:t>
      </w:r>
      <w:r>
        <w:rPr>
          <w:rFonts w:ascii="Georgia" w:hAnsi="Georgia"/>
          <w:b/>
          <w:i w:val="0"/>
          <w:color w:val="000000"/>
          <w:sz w:val="24"/>
        </w:rPr>
        <w:t>«А суть в том, что имя САГ включает в себя все ТАНТА, однако те, что представляют собой лишь точку САГ…»</w:t>
      </w:r>
      <w:r>
        <w:rPr>
          <w:rFonts w:ascii="Georgia" w:hAnsi="Georgia"/>
          <w:b w:val="0"/>
          <w:i w:val="0"/>
          <w:color w:val="000000"/>
          <w:sz w:val="24"/>
        </w:rPr>
        <w:t xml:space="preserve"> —</w:t>
      </w:r>
    </w:p>
    <w:p>
      <w:pPr>
        <w:spacing w:before="40" w:after="120"/>
        <w:jc w:val="both"/>
      </w:pPr>
      <w:r>
        <w:rPr>
          <w:rFonts w:ascii="Georgia" w:hAnsi="Georgia"/>
          <w:b w:val="0"/>
          <w:i w:val="0"/>
          <w:color w:val="000000"/>
          <w:sz w:val="24"/>
        </w:rPr>
        <w:t>Разъяснение: ты уже знаешь, что этот САГ представляет собой БОН де-АК, то есть десять сфирот мира Некудим. И объяснено в «Паним Меирот» в ветвях 22 и 24, что благодаря свечению Есод де-АК там вышли пять парцуфим, состоящих из рош, тох и соф, вплоть до нижней точки мира Асия. Причем [область] от хазе до табура — это первая голова (рош алеф), которая не присоединяется к парцуфу Некудим, как написано там и здесь, в «Паним Масбирот».</w:t>
      </w:r>
    </w:p>
    <w:p>
      <w:pPr>
        <w:spacing w:before="40" w:after="120"/>
        <w:jc w:val="both"/>
      </w:pPr>
      <w:r>
        <w:rPr>
          <w:rFonts w:ascii="Georgia" w:hAnsi="Georgia"/>
          <w:b w:val="0"/>
          <w:i w:val="0"/>
          <w:color w:val="000000"/>
          <w:sz w:val="24"/>
        </w:rPr>
        <w:t>И получается, что они начинаются от табура де-АК и завершаются в конце мира Асия, то есть на всем пространстве четырех миров АБЕА мира Исправления, как сказано в «Эц Хаим» (врата Анах, гл. 5), что три мира — Брия, Ецира и Асия — также вышли вместе с ними, см. там.</w:t>
      </w:r>
    </w:p>
    <w:p>
      <w:pPr>
        <w:spacing w:before="40" w:after="120"/>
        <w:jc w:val="both"/>
      </w:pPr>
      <w:r>
        <w:rPr>
          <w:rFonts w:ascii="Georgia" w:hAnsi="Georgia"/>
          <w:b w:val="0"/>
          <w:i w:val="0"/>
          <w:color w:val="000000"/>
          <w:sz w:val="24"/>
        </w:rPr>
        <w:t>И известно, что первая голова называется «таамим» или «Кетер», АБ называется «некудот» или «Ацилут», САГ называется «тагин» или «Брия», а МА и БОН называются «отиет» или «Ецира и Асия». И благодаря этому ты поймешь, что весь объем [парцуфа] БОН, который заново исправился в мире Ацилут, — это исключительно прежний парцуф АБ, то есть свойство некудот в нем, начинающееся от пэ де-рош алеф де-БОН, находящегося на уровне табура де-АК, и заканчивающееся в самом табур де-Некудим, как это свойственно парцуфу АБ любой ступени, который завершается выше табура этой же ступени.</w:t>
      </w:r>
    </w:p>
    <w:p>
      <w:pPr>
        <w:spacing w:before="40" w:after="120"/>
        <w:jc w:val="both"/>
      </w:pPr>
      <w:r>
        <w:rPr>
          <w:rFonts w:ascii="Georgia" w:hAnsi="Georgia"/>
          <w:b w:val="0"/>
          <w:i w:val="0"/>
          <w:color w:val="000000"/>
          <w:sz w:val="24"/>
        </w:rPr>
        <w:t>И ты уже знаешь, что место табура де-Некудим — это основание мира Ацилут. И ты обнаруживаешь, что свойства тагин и отиет прежнего парцуфа БОН остались в мирах БЕА и не исправились с новым МА, завершающимся у основания Ацилута.</w:t>
      </w:r>
    </w:p>
    <w:p>
      <w:pPr>
        <w:spacing w:before="40" w:after="120"/>
        <w:jc w:val="both"/>
      </w:pPr>
      <w:r>
        <w:rPr>
          <w:rFonts w:ascii="Georgia" w:hAnsi="Georgia"/>
          <w:b w:val="0"/>
          <w:i w:val="0"/>
          <w:color w:val="000000"/>
          <w:sz w:val="24"/>
        </w:rPr>
        <w:t>И вот перед тобой со всей точностью [показано], что из парцуфа БОН де-АК исправилось только его свойство некудот, то есть исключительно уровень АБ этого БОН. В отличие от него, свойство таамим де-БОН, представляющее собой первую голову выше табура де-АК, вовсе не нуждается в исправлении: ведь оно вообще не считается парцуфом БОН, и напротив, именно из него протянулся и вышел упомянутый новый МА, как сказано выше… …на с. 618. Также свойства тагин и отиет де-БОН неизбежно остались в мирах БЕА без исправления. А значит, через соединение с новым МА из него исправилось только лишь свойство некудот.</w:t>
      </w:r>
    </w:p>
    <w:p>
      <w:pPr>
        <w:spacing w:before="40" w:after="120"/>
        <w:jc w:val="both"/>
      </w:pPr>
      <w:r>
        <w:rPr>
          <w:rFonts w:ascii="Georgia" w:hAnsi="Georgia"/>
          <w:b w:val="0"/>
          <w:i w:val="0"/>
          <w:color w:val="000000"/>
          <w:sz w:val="24"/>
        </w:rPr>
        <w:t xml:space="preserve">И об этом говорит [Аризаль]: </w:t>
      </w:r>
      <w:r>
        <w:rPr>
          <w:rFonts w:ascii="Georgia" w:hAnsi="Georgia"/>
          <w:b/>
          <w:i w:val="0"/>
          <w:color w:val="000000"/>
          <w:sz w:val="24"/>
        </w:rPr>
        <w:t>«И поэтому, когда эта частность, то есть некудот, соединилась с именем МА и стала по отношению к нему женским началом, она стала называться теперь именем БОН»</w:t>
      </w:r>
      <w:r>
        <w:rPr>
          <w:rFonts w:ascii="Georgia" w:hAnsi="Georgia"/>
          <w:b w:val="0"/>
          <w:i w:val="0"/>
          <w:color w:val="000000"/>
          <w:sz w:val="24"/>
        </w:rPr>
        <w:t>.</w:t>
      </w:r>
    </w:p>
    <w:p>
      <w:pPr>
        <w:spacing w:before="40" w:after="120"/>
        <w:jc w:val="both"/>
      </w:pPr>
      <w:r>
        <w:rPr>
          <w:rFonts w:ascii="Georgia" w:hAnsi="Georgia"/>
          <w:b w:val="0"/>
          <w:i w:val="0"/>
          <w:color w:val="000000"/>
          <w:sz w:val="24"/>
        </w:rPr>
        <w:t>И это соответствует сказанному нами: с ним соединилось и исправилось, став по отношению к нему женским началом, исключительно свойство некудот — одна частность из пяти парцуфим: Кетер, АБ, САГ, МА, БОН. И это согласуется с упомянутым выше: Кетер, являющийся сутью таамим, не нуждался в исправлении, а САГ, МА и БОН, представляющие собой тагин и отиет, остались без исправления, поскольку МА достаточен для исправления лишь частного свойства Ацилута в них, называемого «некудот», так как он завершается выше миров БЕА.</w:t>
      </w:r>
    </w:p>
    <w:p>
      <w:pPr>
        <w:spacing w:before="40" w:after="120"/>
        <w:jc w:val="both"/>
      </w:pPr>
      <w:r>
        <w:rPr>
          <w:rFonts w:ascii="Georgia" w:hAnsi="Georgia"/>
          <w:b w:val="0"/>
          <w:i w:val="0"/>
          <w:color w:val="000000"/>
          <w:sz w:val="24"/>
        </w:rPr>
        <w:t xml:space="preserve">10) </w:t>
      </w:r>
      <w:r>
        <w:rPr>
          <w:rFonts w:ascii="Georgia" w:hAnsi="Georgia"/>
          <w:b/>
          <w:i w:val="0"/>
          <w:color w:val="000000"/>
          <w:sz w:val="24"/>
        </w:rPr>
        <w:t>«Хотя в общем они представляют собой некудот, тем не менее они сами тоже разделяются на четыре свойства ТАНТА и т. д.»</w:t>
      </w:r>
      <w:r>
        <w:rPr>
          <w:rFonts w:ascii="Georgia" w:hAnsi="Georgia"/>
          <w:b w:val="0"/>
          <w:i w:val="0"/>
          <w:color w:val="000000"/>
          <w:sz w:val="24"/>
        </w:rPr>
        <w:t xml:space="preserve"> —</w:t>
      </w:r>
    </w:p>
    <w:p>
      <w:pPr>
        <w:spacing w:before="40" w:after="120"/>
        <w:jc w:val="both"/>
      </w:pPr>
      <w:r>
        <w:rPr>
          <w:rFonts w:ascii="Georgia" w:hAnsi="Georgia"/>
          <w:b w:val="0"/>
          <w:i w:val="0"/>
          <w:color w:val="000000"/>
          <w:sz w:val="24"/>
        </w:rPr>
        <w:t>Это уже объяснялось в предыдущих ветвях: каждая частность из пяти парцуфим — Гальгальты, АБ, САГ, МА и БОН — сама по себе также рассматривается как состоящая из Гальгальты, АБ, САГ, МА и БОН, см. там.</w:t>
      </w:r>
    </w:p>
    <w:p>
      <w:pPr>
        <w:spacing w:before="40" w:after="120"/>
        <w:jc w:val="both"/>
      </w:pPr>
      <w:r>
        <w:rPr>
          <w:rFonts w:ascii="Georgia" w:hAnsi="Georgia"/>
          <w:b w:val="0"/>
          <w:i w:val="0"/>
          <w:color w:val="000000"/>
          <w:sz w:val="24"/>
        </w:rPr>
        <w:t>И [Учитель] дает нам понять, что те таамим де-БОН, которые соединились с таамим де-МА, став женским началом (Нуквой) парцуфа Атик Йомин, — это вовсе не рош алеф де-БОН де-АК, расположенный от хазе до табура, ведь она вообще не нуждается в исправлении, как сказано выше. Напротив, это таамим уровня АБ данного БОН, то есть Кетер де-Некудим, начинающийся от табура и ниже, являющийся первой точкой трех первых сфирот (ГАР) де-Некудим. И как уже было сказано, он относится к уровню АБ де-БОН, называемому «некудот» и «Ацилут», поскольку первая голова, представляющая собой парцуф Кетер и свойство таамим, вообще не входит в расчет парцуфа Некудим. И помни это крепко.</w:t>
      </w:r>
    </w:p>
    <w:p>
      <w:r>
        <w:br w:type="page"/>
      </w:r>
    </w:p>
    <w:p>
      <w:pPr>
        <w:keepNext/>
        <w:spacing w:before="360" w:after="160"/>
        <w:jc w:val="center"/>
      </w:pPr>
      <w:r>
        <w:rPr>
          <w:rFonts w:ascii="Georgia" w:hAnsi="Georgia"/>
          <w:b w:val="0"/>
          <w:i w:val="0"/>
          <w:color w:val="000000"/>
          <w:sz w:val="40"/>
        </w:rPr>
        <w:t>Ветвь 43</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Место распространения всех этих мужских и женских парцуфим, образующихся от соединения МА и БОН, как говорилось выше, находится там, где прежде были точки (некудот), вышедшие через никвей эйнаим (отверстия глаз), — от табура де-АК до самого окончания его ног (сиюм раглин).</w:t>
      </w:r>
    </w:p>
    <w:p>
      <w:pPr>
        <w:spacing w:before="40" w:after="120"/>
        <w:jc w:val="both"/>
      </w:pPr>
      <w:r>
        <w:rPr>
          <w:rFonts w:ascii="Georgia" w:hAnsi="Georgia"/>
          <w:b w:val="0"/>
          <w:i w:val="0"/>
          <w:color w:val="000000"/>
          <w:sz w:val="24"/>
        </w:rPr>
        <w:t>2) И хотя свет лба (мэцах), называемый именем МА, вышел сверху из мэцах, он распространяется оттуда вниз, и его проявление начинается от табура до самого окончания ног [АК], как сказано выше. Но вот что изменилось теперь по сравнению с прежним положением во время выхода точек глаз: тогда точка Кетера находилась на своем месте отдельно, сама по себе, за ней — точка Хохмы, отдельно, сама по себе, и точно так же [располагались] все десять сфирот. Теперь же добавилось великое исправление: точка Кетера протянулась и распространилась со своего места вниз, близко к сиюм раглин де-АК, как будет сказано с Б-жьей помощью. И это распространение составляет всю протяженность, называемую миром Ацилут, а эта точка называется Нуквой де-Атик Йомин. Подобно этому, мужской [парцуф] Атик Йомин, образованный из таамим де-МА, как сказано выше, также распространяется на эту меру. Так же поступили и все остальные: АА и Нуква, Аба ве-Има и ЗОН — и они облачили друг друга вплоть до уровня ЗОН.</w:t>
      </w:r>
    </w:p>
    <w:p>
      <w:pPr>
        <w:spacing w:before="40" w:after="120"/>
        <w:jc w:val="both"/>
      </w:pPr>
      <w:r>
        <w:rPr>
          <w:rFonts w:ascii="Georgia" w:hAnsi="Georgia"/>
          <w:b w:val="0"/>
          <w:i w:val="0"/>
          <w:color w:val="000000"/>
          <w:sz w:val="24"/>
        </w:rPr>
        <w:t>3) Таким образом, все ноги парцуфим Ацилута — как Атика, так и АА, как Аба ве-Има, так и ЗОН — равны по своему окончанию: они оканчиваются вместе немного выше сиюм раглин де-АК, и там находится завершение всего Ацилута. Благодаря этому они становятся душой (нешама) друг для друга, и один облачает другого. Кроме того, благодаря этому творения смогут получать высшие света, которые теперь скрыты и облачены друг в друга. А также келим их увеличились за счет того, что распространились вниз, и потому в них есть сила получать свои света, будучи большими келим.</w:t>
      </w:r>
    </w:p>
    <w:p>
      <w:pPr>
        <w:spacing w:before="40" w:after="120"/>
        <w:jc w:val="both"/>
      </w:pPr>
      <w:r>
        <w:rPr>
          <w:rFonts w:ascii="Georgia" w:hAnsi="Georgia"/>
          <w:b w:val="0"/>
          <w:i w:val="0"/>
          <w:color w:val="000000"/>
          <w:sz w:val="24"/>
        </w:rPr>
        <w:t xml:space="preserve">4) Этот новый свет МА, выходящий из мэцах, как сказано выше, — тайна восьмого мелеха, названного Адаром и упомянутого в недельной главе «Ваишлах», о смерти которого в Торе не сказано, ведь он не умер, в отличие от остальных. Напротив, он исправляет и поддерживает семь умерших первых мелахим, предшествовавших ему, как говорилось ранее. Ведь я уже сообщал тебе, что все эти мелахим — те, о которых говорится в главе «Ваишлах»: </w:t>
      </w:r>
      <w:r>
        <w:rPr>
          <w:rFonts w:ascii="Georgia" w:hAnsi="Georgia"/>
          <w:b w:val="0"/>
          <w:i/>
          <w:color w:val="000000"/>
          <w:sz w:val="24"/>
        </w:rPr>
        <w:t>«И вот цари, царствовавшие в земле Эдома…»</w:t>
      </w:r>
      <w:r>
        <w:rPr>
          <w:rFonts w:ascii="Georgia" w:hAnsi="Georgia"/>
          <w:b w:val="0"/>
          <w:i w:val="0"/>
          <w:color w:val="000000"/>
          <w:sz w:val="24"/>
        </w:rPr>
        <w:t xml:space="preserve"> (Берешит 36:31). И поскольку, едва выйдя, он тотчас начал выяснять свойства этих мелахим, чтобы сделать из них Нукву для себя — которые теперь называются БОН с наполнением буквами хэй (де-хэйин), как сказано выше, — о нем сказано: </w:t>
      </w:r>
      <w:r>
        <w:rPr>
          <w:rFonts w:ascii="Georgia" w:hAnsi="Georgia"/>
          <w:b w:val="0"/>
          <w:i/>
          <w:color w:val="000000"/>
          <w:sz w:val="24"/>
        </w:rPr>
        <w:t>«И воцарился вместо него Адар, и имя жены его Меэйтавэль…»</w:t>
      </w:r>
      <w:r>
        <w:rPr>
          <w:rFonts w:ascii="Georgia" w:hAnsi="Georgia"/>
          <w:b w:val="0"/>
          <w:i w:val="0"/>
          <w:color w:val="000000"/>
          <w:sz w:val="24"/>
        </w:rPr>
        <w:t xml:space="preserve"> (Берешит 36:39). Как написано в Зоаре: «До сих пор мужское и женское вообще не упоминались вместе, кроме как теперь; и потому устояло всё, ведь теперь мужское и женское соединились как подобает», — и это упомянуто в «Идра Раба». Смысл же в том, что они представляют собой уровни МА и БОН, как сказано выше; и теперь [парцуф] называется Адам, поскольку Адам включает в себя ЗОН. И потому ты найдешь, что имя МА (</w:t>
      </w:r>
      <w:r>
        <w:rPr>
          <w:rFonts w:ascii="Georgia" w:hAnsi="Georgia" w:cs="Times New Roman"/>
          <w:b/>
          <w:i w:val="0"/>
          <w:color w:val="000000"/>
          <w:sz w:val="24"/>
          <w:rtl/>
          <w:szCs w:val="32"/>
        </w:rPr>
        <w:t>מ״ה</w:t>
      </w:r>
      <w:r>
        <w:rPr>
          <w:rFonts w:ascii="Georgia" w:hAnsi="Georgia"/>
          <w:b w:val="0"/>
          <w:i w:val="0"/>
          <w:color w:val="000000"/>
          <w:sz w:val="24"/>
        </w:rPr>
        <w:t xml:space="preserve"> = 45) по гематрии равно слову </w:t>
      </w:r>
      <w:r>
        <w:rPr>
          <w:rFonts w:ascii="Georgia" w:hAnsi="Georgia"/>
          <w:b w:val="0"/>
          <w:i/>
          <w:color w:val="000000"/>
          <w:sz w:val="24"/>
        </w:rPr>
        <w:t>адам</w:t>
      </w:r>
      <w:r>
        <w:rPr>
          <w:rFonts w:ascii="Georgia" w:hAnsi="Georgia"/>
          <w:b w:val="0"/>
          <w:i w:val="0"/>
          <w:color w:val="000000"/>
          <w:sz w:val="24"/>
        </w:rPr>
        <w:t xml:space="preserve"> (</w:t>
      </w:r>
      <w:r>
        <w:rPr>
          <w:rFonts w:ascii="Georgia" w:hAnsi="Georgia" w:cs="Times New Roman"/>
          <w:b/>
          <w:i w:val="0"/>
          <w:color w:val="000000"/>
          <w:sz w:val="24"/>
          <w:rtl/>
          <w:szCs w:val="32"/>
        </w:rPr>
        <w:t>אָדָם</w:t>
      </w:r>
      <w:r>
        <w:rPr>
          <w:rFonts w:ascii="Georgia" w:hAnsi="Georgia"/>
          <w:b w:val="0"/>
          <w:i w:val="0"/>
          <w:color w:val="000000"/>
          <w:sz w:val="24"/>
        </w:rPr>
        <w:t xml:space="preserve"> = 45).</w:t>
      </w:r>
    </w:p>
    <w:p>
      <w:pPr>
        <w:spacing w:before="40" w:after="120"/>
        <w:jc w:val="both"/>
      </w:pPr>
      <w:r>
        <w:rPr>
          <w:rFonts w:ascii="Georgia" w:hAnsi="Georgia"/>
          <w:b w:val="0"/>
          <w:i w:val="0"/>
          <w:color w:val="000000"/>
          <w:sz w:val="24"/>
        </w:rPr>
        <w:t>5) И если ты скажешь: ведь из имени МА образовались только мужские свойства в Ацилуте, а свойство Нуквы возникло из имени БОН, — как же тогда он называется Адамом?</w:t>
      </w:r>
    </w:p>
    <w:p>
      <w:pPr>
        <w:spacing w:before="40" w:after="120"/>
        <w:jc w:val="both"/>
      </w:pPr>
      <w:r>
        <w:rPr>
          <w:rFonts w:ascii="Georgia" w:hAnsi="Georgia"/>
          <w:b w:val="0"/>
          <w:i w:val="0"/>
          <w:color w:val="000000"/>
          <w:sz w:val="24"/>
        </w:rPr>
        <w:t>Дело в том, как уже сказано, что имя МА при своем выходе производило выяснение из имени БОН, присоединяло его к себе и исправлялось вместе с ним. Получается, что свет Нуквы был тогда второстепенным по отношению к нему и питался от него, подобно сыну и дочери: всё называется по имени сына, и он наследует всё, а дочери дает лишь то, что сочтет нужным по своей воле. И раз так, дочь оказывается второстепенной и включенной в сына. Поэтому имя БОН, являющееся дочерью, то есть женским свойством (нуквой), подчинено и второстепенно по отношению к имени МА, которое есть сын, мужское свойство, и включено в него: ведь именно имя МА выясняет его вместе с собой, и оно исправляется благодаря МА.</w:t>
      </w:r>
    </w:p>
    <w:p>
      <w:pPr>
        <w:spacing w:before="40" w:after="120"/>
        <w:jc w:val="both"/>
      </w:pPr>
      <w:r>
        <w:rPr>
          <w:rFonts w:ascii="Georgia" w:hAnsi="Georgia"/>
          <w:b w:val="0"/>
          <w:i w:val="0"/>
          <w:color w:val="000000"/>
          <w:sz w:val="24"/>
        </w:rPr>
        <w:t>6) Поэтому, когда он производит выяснение, то сначала берет то, что выяснил, себе — как известно по тайне двух венцов, которые наследует сын (</w:t>
      </w:r>
      <w:r>
        <w:rPr>
          <w:rFonts w:ascii="Georgia" w:hAnsi="Georgia"/>
          <w:b w:val="0"/>
          <w:i/>
          <w:color w:val="000000"/>
          <w:sz w:val="24"/>
        </w:rPr>
        <w:t>терин итрин де-ярит бара</w:t>
      </w:r>
      <w:r>
        <w:rPr>
          <w:rFonts w:ascii="Georgia" w:hAnsi="Georgia"/>
          <w:b w:val="0"/>
          <w:i w:val="0"/>
          <w:color w:val="000000"/>
          <w:sz w:val="24"/>
        </w:rPr>
        <w:t>): двух [видов] хасадим и гвурот де-МА и де-БОН; а затем, во время зивуга с ней, сын дает дочери венец гвуры (</w:t>
      </w:r>
      <w:r>
        <w:rPr>
          <w:rFonts w:ascii="Georgia" w:hAnsi="Georgia"/>
          <w:b w:val="0"/>
          <w:i/>
          <w:color w:val="000000"/>
          <w:sz w:val="24"/>
        </w:rPr>
        <w:t>итра де-гвура</w:t>
      </w:r>
      <w:r>
        <w:rPr>
          <w:rFonts w:ascii="Georgia" w:hAnsi="Georgia"/>
          <w:b w:val="0"/>
          <w:i w:val="0"/>
          <w:color w:val="000000"/>
          <w:sz w:val="24"/>
        </w:rPr>
        <w:t>). И это подобно тому, как если бы он отдавал ей от своего. Поэтому он один называется Адамом, включая в себя обоих.</w:t>
      </w:r>
    </w:p>
    <w:p>
      <w:pPr>
        <w:spacing w:before="40" w:after="120"/>
        <w:jc w:val="both"/>
      </w:pPr>
      <w:r>
        <w:rPr>
          <w:rFonts w:ascii="Georgia" w:hAnsi="Georgia"/>
          <w:b w:val="0"/>
          <w:i w:val="0"/>
          <w:color w:val="000000"/>
          <w:sz w:val="24"/>
        </w:rPr>
        <w:t xml:space="preserve">7) И вот теперь ясно, что у Нуквы де-ЗА есть два состояния: первое — когда она вначале включена в мужское начало, а второе — когда отделяется от него и он дает ей венец гвуры. В этом тайна стиха: </w:t>
      </w:r>
      <w:r>
        <w:rPr>
          <w:rFonts w:ascii="Georgia" w:hAnsi="Georgia"/>
          <w:b w:val="0"/>
          <w:i/>
          <w:color w:val="000000"/>
          <w:sz w:val="24"/>
        </w:rPr>
        <w:t>«…и имя жены его Меэйтавэль, дочь Матред…»</w:t>
      </w:r>
      <w:r>
        <w:rPr>
          <w:rFonts w:ascii="Georgia" w:hAnsi="Georgia"/>
          <w:b w:val="0"/>
          <w:i w:val="0"/>
          <w:color w:val="000000"/>
          <w:sz w:val="24"/>
        </w:rPr>
        <w:t xml:space="preserve"> (Берешит 36:39). Ведь в этом имени содержатся МА (</w:t>
      </w:r>
      <w:r>
        <w:rPr>
          <w:rFonts w:ascii="Georgia" w:hAnsi="Georgia" w:cs="Times New Roman"/>
          <w:b/>
          <w:i w:val="0"/>
          <w:color w:val="000000"/>
          <w:sz w:val="24"/>
          <w:rtl/>
          <w:szCs w:val="32"/>
        </w:rPr>
        <w:t>מ״ה</w:t>
      </w:r>
      <w:r>
        <w:rPr>
          <w:rFonts w:ascii="Georgia" w:hAnsi="Georgia"/>
          <w:b w:val="0"/>
          <w:i w:val="0"/>
          <w:color w:val="000000"/>
          <w:sz w:val="24"/>
        </w:rPr>
        <w:t xml:space="preserve"> = 45) и 19 (</w:t>
      </w:r>
      <w:r>
        <w:rPr>
          <w:rFonts w:ascii="Georgia" w:hAnsi="Georgia" w:cs="Times New Roman"/>
          <w:b/>
          <w:i w:val="0"/>
          <w:color w:val="000000"/>
          <w:sz w:val="24"/>
          <w:rtl/>
          <w:szCs w:val="32"/>
        </w:rPr>
        <w:t>י״ט</w:t>
      </w:r>
      <w:r>
        <w:rPr>
          <w:rFonts w:ascii="Georgia" w:hAnsi="Georgia"/>
          <w:b w:val="0"/>
          <w:i w:val="0"/>
          <w:color w:val="000000"/>
          <w:sz w:val="24"/>
        </w:rPr>
        <w:t xml:space="preserve"> = 19), что является наполнением (милуй) первых четырех букв [АВАЯ] в нем: ведь Адам — это имя МА, а женщина — это 19 (</w:t>
      </w:r>
      <w:r>
        <w:rPr>
          <w:rFonts w:ascii="Georgia" w:hAnsi="Georgia" w:cs="Times New Roman"/>
          <w:b/>
          <w:i w:val="0"/>
          <w:color w:val="000000"/>
          <w:sz w:val="24"/>
          <w:rtl/>
          <w:szCs w:val="32"/>
        </w:rPr>
        <w:t>י״ט</w:t>
      </w:r>
      <w:r>
        <w:rPr>
          <w:rFonts w:ascii="Georgia" w:hAnsi="Georgia"/>
          <w:b w:val="0"/>
          <w:i w:val="0"/>
          <w:color w:val="000000"/>
          <w:sz w:val="24"/>
        </w:rPr>
        <w:t>), когда она включена в него. Ведь тогда Нуква называется наполнением имени МА, числовое значение которого — 19. Подобно этому устроено и у Адама с Хавой: ведь Адам — это имя МА, а когда Нуква находилась с ним, она называлась Хавой (</w:t>
      </w:r>
      <w:r>
        <w:rPr>
          <w:rFonts w:ascii="Georgia" w:hAnsi="Georgia"/>
          <w:b w:val="0"/>
          <w:i/>
          <w:color w:val="000000"/>
          <w:sz w:val="24"/>
        </w:rPr>
        <w:t>Хава</w:t>
      </w:r>
      <w:r>
        <w:rPr>
          <w:rFonts w:ascii="Georgia" w:hAnsi="Georgia"/>
          <w:b w:val="0"/>
          <w:i w:val="0"/>
          <w:color w:val="000000"/>
          <w:sz w:val="24"/>
        </w:rPr>
        <w:t xml:space="preserve">, </w:t>
      </w:r>
      <w:r>
        <w:rPr>
          <w:rFonts w:ascii="Georgia" w:hAnsi="Georgia" w:cs="Times New Roman"/>
          <w:b/>
          <w:i w:val="0"/>
          <w:color w:val="000000"/>
          <w:sz w:val="24"/>
          <w:rtl/>
          <w:szCs w:val="32"/>
        </w:rPr>
        <w:t>חַוָּה</w:t>
      </w:r>
      <w:r>
        <w:rPr>
          <w:rFonts w:ascii="Georgia" w:hAnsi="Georgia"/>
          <w:b w:val="0"/>
          <w:i w:val="0"/>
          <w:color w:val="000000"/>
          <w:sz w:val="24"/>
        </w:rPr>
        <w:t xml:space="preserve"> = 19), что по гематрии равно 19 (</w:t>
      </w:r>
      <w:r>
        <w:rPr>
          <w:rFonts w:ascii="Georgia" w:hAnsi="Georgia" w:cs="Times New Roman"/>
          <w:b/>
          <w:i w:val="0"/>
          <w:color w:val="000000"/>
          <w:sz w:val="24"/>
          <w:rtl/>
          <w:szCs w:val="32"/>
        </w:rPr>
        <w:t>י״ט</w:t>
      </w:r>
      <w:r>
        <w:rPr>
          <w:rFonts w:ascii="Georgia" w:hAnsi="Georgia"/>
          <w:b w:val="0"/>
          <w:i w:val="0"/>
          <w:color w:val="000000"/>
          <w:sz w:val="24"/>
        </w:rPr>
        <w:t>), то есть наполнению имени МА. Ведь само слово «наполнение» (</w:t>
      </w:r>
      <w:r>
        <w:rPr>
          <w:rFonts w:ascii="Georgia" w:hAnsi="Georgia"/>
          <w:b w:val="0"/>
          <w:i/>
          <w:color w:val="000000"/>
          <w:sz w:val="24"/>
        </w:rPr>
        <w:t>милуй</w:t>
      </w:r>
      <w:r>
        <w:rPr>
          <w:rFonts w:ascii="Georgia" w:hAnsi="Georgia"/>
          <w:b w:val="0"/>
          <w:i w:val="0"/>
          <w:color w:val="000000"/>
          <w:sz w:val="24"/>
        </w:rPr>
        <w:t xml:space="preserve">, </w:t>
      </w:r>
      <w:r>
        <w:rPr>
          <w:rFonts w:ascii="Georgia" w:hAnsi="Georgia" w:cs="Times New Roman"/>
          <w:b/>
          <w:i w:val="0"/>
          <w:color w:val="000000"/>
          <w:sz w:val="24"/>
          <w:rtl/>
          <w:szCs w:val="32"/>
        </w:rPr>
        <w:t>מִלּוּי</w:t>
      </w:r>
      <w:r>
        <w:rPr>
          <w:rFonts w:ascii="Georgia" w:hAnsi="Georgia"/>
          <w:b w:val="0"/>
          <w:i w:val="0"/>
          <w:color w:val="000000"/>
          <w:sz w:val="24"/>
        </w:rPr>
        <w:t xml:space="preserve"> = 86) по гематрии равно Имени ЭЛОКИМ (86), а это уровень Нуквы, то есть суды (диним). И благодаря этому ты поймешь, почему свойство Нуквы — это всегда суды: это потому, что ее корень — уровень умерших мелахим, которые потому и называются «мелахим» — от слова Малхут.</w:t>
      </w:r>
    </w:p>
    <w:p>
      <w:pPr>
        <w:spacing w:before="40" w:after="120"/>
        <w:jc w:val="both"/>
      </w:pPr>
      <w:r>
        <w:rPr>
          <w:rFonts w:ascii="Georgia" w:hAnsi="Georgia"/>
          <w:b w:val="0"/>
          <w:i w:val="0"/>
          <w:color w:val="000000"/>
          <w:sz w:val="24"/>
        </w:rPr>
        <w:t>8) Когда же она отделяется от него и становится самостоятельным уровнем, и тогда оба они [пребывают] в тайне мужа и жены — мужское начало само по себе, а женское само по себе, — тогда [жена] называется Меэйтавэль (</w:t>
      </w:r>
      <w:r>
        <w:rPr>
          <w:rFonts w:ascii="Georgia" w:hAnsi="Georgia"/>
          <w:b w:val="0"/>
          <w:i/>
          <w:color w:val="000000"/>
          <w:sz w:val="24"/>
        </w:rPr>
        <w:t>Меэйтавэль</w:t>
      </w:r>
      <w:r>
        <w:rPr>
          <w:rFonts w:ascii="Georgia" w:hAnsi="Georgia"/>
          <w:b w:val="0"/>
          <w:i w:val="0"/>
          <w:color w:val="000000"/>
          <w:sz w:val="24"/>
        </w:rPr>
        <w:t xml:space="preserve">, </w:t>
      </w:r>
      <w:r>
        <w:rPr>
          <w:rFonts w:ascii="Georgia" w:hAnsi="Georgia" w:cs="Times New Roman"/>
          <w:b/>
          <w:i w:val="0"/>
          <w:color w:val="000000"/>
          <w:sz w:val="24"/>
          <w:rtl/>
          <w:szCs w:val="32"/>
        </w:rPr>
        <w:t>מְהֵיטַבְאֵל</w:t>
      </w:r>
      <w:r>
        <w:rPr>
          <w:rFonts w:ascii="Georgia" w:hAnsi="Georgia"/>
          <w:b w:val="0"/>
          <w:i w:val="0"/>
          <w:color w:val="000000"/>
          <w:sz w:val="24"/>
        </w:rPr>
        <w:t>). Ведь это имя разделяется на МА (</w:t>
      </w:r>
      <w:r>
        <w:rPr>
          <w:rFonts w:ascii="Georgia" w:hAnsi="Georgia" w:cs="Times New Roman"/>
          <w:b/>
          <w:i w:val="0"/>
          <w:color w:val="000000"/>
          <w:sz w:val="24"/>
          <w:rtl/>
          <w:szCs w:val="32"/>
        </w:rPr>
        <w:t>מ״ה</w:t>
      </w:r>
      <w:r>
        <w:rPr>
          <w:rFonts w:ascii="Georgia" w:hAnsi="Georgia"/>
          <w:b w:val="0"/>
          <w:i w:val="0"/>
          <w:color w:val="000000"/>
          <w:sz w:val="24"/>
        </w:rPr>
        <w:t>) и Йитавэль (</w:t>
      </w:r>
      <w:r>
        <w:rPr>
          <w:rFonts w:ascii="Georgia" w:hAnsi="Georgia" w:cs="Times New Roman"/>
          <w:b/>
          <w:i w:val="0"/>
          <w:color w:val="000000"/>
          <w:sz w:val="24"/>
          <w:rtl/>
          <w:szCs w:val="32"/>
        </w:rPr>
        <w:t>יְטַבְאֵל</w:t>
      </w:r>
      <w:r>
        <w:rPr>
          <w:rFonts w:ascii="Georgia" w:hAnsi="Georgia"/>
          <w:b w:val="0"/>
          <w:i w:val="0"/>
          <w:color w:val="000000"/>
          <w:sz w:val="24"/>
        </w:rPr>
        <w:t xml:space="preserve">): МА — это мужское начало, а </w:t>
      </w:r>
      <w:r>
        <w:rPr>
          <w:rFonts w:ascii="Georgia" w:hAnsi="Georgia"/>
          <w:b w:val="0"/>
          <w:i/>
          <w:color w:val="000000"/>
          <w:sz w:val="24"/>
        </w:rPr>
        <w:t>Йитавэль</w:t>
      </w:r>
      <w:r>
        <w:rPr>
          <w:rFonts w:ascii="Georgia" w:hAnsi="Georgia"/>
          <w:b w:val="0"/>
          <w:i w:val="0"/>
          <w:color w:val="000000"/>
          <w:sz w:val="24"/>
        </w:rPr>
        <w:t xml:space="preserve"> (</w:t>
      </w:r>
      <w:r>
        <w:rPr>
          <w:rFonts w:ascii="Georgia" w:hAnsi="Georgia" w:cs="Times New Roman"/>
          <w:b/>
          <w:i w:val="0"/>
          <w:color w:val="000000"/>
          <w:sz w:val="24"/>
          <w:rtl/>
          <w:szCs w:val="32"/>
        </w:rPr>
        <w:t>יְטַבְאֵל</w:t>
      </w:r>
      <w:r>
        <w:rPr>
          <w:rFonts w:ascii="Georgia" w:hAnsi="Georgia"/>
          <w:b w:val="0"/>
          <w:i w:val="0"/>
          <w:color w:val="000000"/>
          <w:sz w:val="24"/>
        </w:rPr>
        <w:t xml:space="preserve"> = 52: </w:t>
      </w:r>
      <w:r>
        <w:rPr>
          <w:rFonts w:ascii="Georgia" w:hAnsi="Georgia" w:cs="Times New Roman"/>
          <w:b/>
          <w:i w:val="0"/>
          <w:color w:val="000000"/>
          <w:sz w:val="24"/>
          <w:rtl/>
          <w:szCs w:val="32"/>
        </w:rPr>
        <w:t>י</w:t>
      </w:r>
      <w:r>
        <w:rPr>
          <w:rFonts w:ascii="Georgia" w:hAnsi="Georgia"/>
          <w:b w:val="0"/>
          <w:i w:val="0"/>
          <w:color w:val="000000"/>
          <w:sz w:val="24"/>
        </w:rPr>
        <w:t xml:space="preserve"> = 10, </w:t>
      </w:r>
      <w:r>
        <w:rPr>
          <w:rFonts w:ascii="Georgia" w:hAnsi="Georgia" w:cs="Times New Roman"/>
          <w:b/>
          <w:i w:val="0"/>
          <w:color w:val="000000"/>
          <w:sz w:val="24"/>
          <w:rtl/>
          <w:szCs w:val="32"/>
        </w:rPr>
        <w:t>ט</w:t>
      </w:r>
      <w:r>
        <w:rPr>
          <w:rFonts w:ascii="Georgia" w:hAnsi="Georgia"/>
          <w:b w:val="0"/>
          <w:i w:val="0"/>
          <w:color w:val="000000"/>
          <w:sz w:val="24"/>
        </w:rPr>
        <w:t xml:space="preserve"> = 9, </w:t>
      </w:r>
      <w:r>
        <w:rPr>
          <w:rFonts w:ascii="Georgia" w:hAnsi="Georgia" w:cs="Times New Roman"/>
          <w:b/>
          <w:i w:val="0"/>
          <w:color w:val="000000"/>
          <w:sz w:val="24"/>
          <w:rtl/>
          <w:szCs w:val="32"/>
        </w:rPr>
        <w:t>ב</w:t>
      </w:r>
      <w:r>
        <w:rPr>
          <w:rFonts w:ascii="Georgia" w:hAnsi="Georgia"/>
          <w:b w:val="0"/>
          <w:i w:val="0"/>
          <w:color w:val="000000"/>
          <w:sz w:val="24"/>
        </w:rPr>
        <w:t xml:space="preserve"> = 2, </w:t>
      </w:r>
      <w:r>
        <w:rPr>
          <w:rFonts w:ascii="Georgia" w:hAnsi="Georgia" w:cs="Times New Roman"/>
          <w:b/>
          <w:i w:val="0"/>
          <w:color w:val="000000"/>
          <w:sz w:val="24"/>
          <w:rtl/>
          <w:szCs w:val="32"/>
        </w:rPr>
        <w:t>א</w:t>
      </w:r>
      <w:r>
        <w:rPr>
          <w:rFonts w:ascii="Georgia" w:hAnsi="Georgia"/>
          <w:b w:val="0"/>
          <w:i w:val="0"/>
          <w:color w:val="000000"/>
          <w:sz w:val="24"/>
        </w:rPr>
        <w:t xml:space="preserve"> = 1, </w:t>
      </w:r>
      <w:r>
        <w:rPr>
          <w:rFonts w:ascii="Georgia" w:hAnsi="Georgia" w:cs="Times New Roman"/>
          <w:b/>
          <w:i w:val="0"/>
          <w:color w:val="000000"/>
          <w:sz w:val="24"/>
          <w:rtl/>
          <w:szCs w:val="32"/>
        </w:rPr>
        <w:t>ל</w:t>
      </w:r>
      <w:r>
        <w:rPr>
          <w:rFonts w:ascii="Georgia" w:hAnsi="Georgia"/>
          <w:b w:val="0"/>
          <w:i w:val="0"/>
          <w:color w:val="000000"/>
          <w:sz w:val="24"/>
        </w:rPr>
        <w:t xml:space="preserve"> = 30) по гематрии равно БОН (</w:t>
      </w:r>
      <w:r>
        <w:rPr>
          <w:rFonts w:ascii="Georgia" w:hAnsi="Georgia" w:cs="Times New Roman"/>
          <w:b/>
          <w:i w:val="0"/>
          <w:color w:val="000000"/>
          <w:sz w:val="24"/>
          <w:rtl/>
          <w:szCs w:val="32"/>
        </w:rPr>
        <w:t>ב״ן</w:t>
      </w:r>
      <w:r>
        <w:rPr>
          <w:rFonts w:ascii="Georgia" w:hAnsi="Georgia"/>
          <w:b w:val="0"/>
          <w:i w:val="0"/>
          <w:color w:val="000000"/>
          <w:sz w:val="24"/>
        </w:rPr>
        <w:t xml:space="preserve"> = 52), то есть Нукве, когда она существует сама по себе как АВАЯ с наполнением буквами хэй (де-хэйин), смягчающаяся вместе с ним, мужское с женским. Поэтому она названа словом «добро» (</w:t>
      </w:r>
      <w:r>
        <w:rPr>
          <w:rFonts w:ascii="Georgia" w:hAnsi="Georgia"/>
          <w:b w:val="0"/>
          <w:i/>
          <w:color w:val="000000"/>
          <w:sz w:val="24"/>
        </w:rPr>
        <w:t>тов</w:t>
      </w:r>
      <w:r>
        <w:rPr>
          <w:rFonts w:ascii="Georgia" w:hAnsi="Georgia"/>
          <w:b w:val="0"/>
          <w:i w:val="0"/>
          <w:color w:val="000000"/>
          <w:sz w:val="24"/>
        </w:rPr>
        <w:t xml:space="preserve">, </w:t>
      </w:r>
      <w:r>
        <w:rPr>
          <w:rFonts w:ascii="Georgia" w:hAnsi="Georgia" w:cs="Times New Roman"/>
          <w:b/>
          <w:i w:val="0"/>
          <w:color w:val="000000"/>
          <w:sz w:val="24"/>
          <w:rtl/>
          <w:szCs w:val="32"/>
        </w:rPr>
        <w:t>טוֹב</w:t>
      </w:r>
      <w:r>
        <w:rPr>
          <w:rFonts w:ascii="Georgia" w:hAnsi="Georgia"/>
          <w:b w:val="0"/>
          <w:i w:val="0"/>
          <w:color w:val="000000"/>
          <w:sz w:val="24"/>
        </w:rPr>
        <w:t>), указывая на то, что зло вышло из них, а добро было выяснено. И об этом сказано: «и смягчились один другим…»</w:t>
      </w:r>
    </w:p>
    <w:p>
      <w:pPr>
        <w:spacing w:before="40" w:after="120"/>
        <w:jc w:val="both"/>
      </w:pPr>
      <w:r>
        <w:rPr>
          <w:rFonts w:ascii="Georgia" w:hAnsi="Georgia"/>
          <w:b w:val="0"/>
          <w:i w:val="0"/>
          <w:color w:val="000000"/>
          <w:sz w:val="24"/>
        </w:rPr>
        <w:t>9) Однако необходимо объяснить вышесказанное: ведь эти точки относятся к уровню САГ, как же они могут быть ниже и второстепеннее нового имени МА, так что МА становится мужским началом, а точки САГ — женским? Ведь во многих местах известно, что уровень имени САГ выше имени МА.</w:t>
      </w:r>
    </w:p>
    <w:p>
      <w:pPr>
        <w:spacing w:before="40" w:after="120"/>
        <w:jc w:val="both"/>
      </w:pPr>
      <w:r>
        <w:rPr>
          <w:rFonts w:ascii="Georgia" w:hAnsi="Georgia"/>
          <w:b w:val="0"/>
          <w:i w:val="0"/>
          <w:color w:val="000000"/>
          <w:sz w:val="24"/>
        </w:rPr>
        <w:t>Ответ таков: это новое имя МА вышло от зивуга АБ и САГ, как сказано выше; и поскольку оно исходит от силы самого АБ, оно выше САГ.</w:t>
      </w:r>
    </w:p>
    <w:p>
      <w:pPr>
        <w:spacing w:before="40" w:after="120"/>
        <w:jc w:val="both"/>
      </w:pPr>
      <w:r>
        <w:rPr>
          <w:rFonts w:ascii="Georgia" w:hAnsi="Georgia"/>
          <w:b w:val="0"/>
          <w:i w:val="0"/>
          <w:color w:val="000000"/>
          <w:sz w:val="24"/>
        </w:rPr>
        <w:t>Другая причина: в имени МА не было смерти и разбиения, какие постигли само имя САГ.</w:t>
      </w:r>
    </w:p>
    <w:p>
      <w:pPr>
        <w:spacing w:before="40" w:after="120"/>
        <w:jc w:val="both"/>
      </w:pPr>
      <w:r>
        <w:rPr>
          <w:rFonts w:ascii="Georgia" w:hAnsi="Georgia"/>
          <w:b w:val="0"/>
          <w:i w:val="0"/>
          <w:color w:val="000000"/>
          <w:sz w:val="24"/>
        </w:rPr>
        <w:t>И третья причина: эти [точки] — только уровень некудот де-САГ, тогда как новый МА включает в себя ТАНТА, как сказано выше. А раз в нем есть уровень таамим, он, несомненно, превосходит некудот де-САГ, но не таамим де-САГ.</w:t>
      </w:r>
    </w:p>
    <w:p>
      <w:pPr>
        <w:spacing w:before="40" w:after="120"/>
        <w:jc w:val="both"/>
      </w:pPr>
      <w:r>
        <w:rPr>
          <w:rFonts w:ascii="Georgia" w:hAnsi="Georgia"/>
          <w:b w:val="0"/>
          <w:i w:val="0"/>
          <w:color w:val="000000"/>
          <w:sz w:val="24"/>
        </w:rPr>
        <w:t xml:space="preserve">10) И четвертая причина: в САГ сейчас есть большой изъян — то, что его выяснение еще не завершено, как известно. Поэтому сейчас МА больше и выше него. Но в будущем, когда исправится весь уровень САГ, оживут все мелахим и выяснятся окончательно по тайне стиха: </w:t>
      </w:r>
      <w:r>
        <w:rPr>
          <w:rFonts w:ascii="Georgia" w:hAnsi="Georgia"/>
          <w:b w:val="0"/>
          <w:i/>
          <w:color w:val="000000"/>
          <w:sz w:val="24"/>
        </w:rPr>
        <w:t>«Поглощена будет смерть навеки…»</w:t>
      </w:r>
      <w:r>
        <w:rPr>
          <w:rFonts w:ascii="Georgia" w:hAnsi="Georgia"/>
          <w:b w:val="0"/>
          <w:i w:val="0"/>
          <w:color w:val="000000"/>
          <w:sz w:val="24"/>
        </w:rPr>
        <w:t xml:space="preserve"> (Йешаяу 25:8), тогда имя САГ вернется к своему прежнему состоянию и к своему достоинству (другой вариант: «к своему величию»), и имя САГ будет властвовать и светить в мире. Тогда отменится имя МА, и в этом смысл возвращения мира к «тоху ва-воху», о котором говорили наши мудрецы, благословенной памяти (ХАЗАЛЬ), применительно к дням Машиаха. Тогда имя МА отменится, и останутся только два света — АБ и САГ. И этого достаточно.</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«Место их — там, где прежде были точки…»</w:t>
      </w:r>
      <w:r>
        <w:rPr>
          <w:rFonts w:ascii="Georgia" w:hAnsi="Georgia"/>
          <w:b w:val="0"/>
          <w:i w:val="0"/>
          <w:color w:val="000000"/>
          <w:sz w:val="24"/>
        </w:rPr>
        <w:t xml:space="preserve"> Это уже объяснялось в «Паним Меирот у-Масбирот» (лист 650, со слов «Также объяснялось»): вся совокупность этого парцуфа, называемого новым МА, представляет собой второе распространение (итпаштут бэт) общего БОН, называемого десятью сфирот мира Некудим. Поэтому новый МА начинается от пэ первого рош общего БОН, то есть от уровня табура де-АК до самого табура Некудим, который служит основанием Ацилута. И это немного выше сиюм раглин де-АК, то есть на уровне подошв ног АК, когда он согнул их для Ацилута, как написано в «Паним Меирот у-Масбирот» (лист 660, со слов «И согласно сказанному», см. там). И об этом говорит [Учитель]: «то есть от табура де-АК до окончания его ног» — то есть, как сказано, там оканчивается граница Ацилута.</w:t>
      </w:r>
    </w:p>
    <w:p>
      <w:pPr>
        <w:spacing w:before="40" w:after="120"/>
        <w:jc w:val="both"/>
      </w:pPr>
      <w:r>
        <w:rPr>
          <w:rFonts w:ascii="Georgia" w:hAnsi="Georgia"/>
          <w:b w:val="0"/>
          <w:i w:val="0"/>
          <w:color w:val="000000"/>
          <w:sz w:val="24"/>
        </w:rPr>
        <w:t xml:space="preserve">2) </w:t>
      </w:r>
      <w:r>
        <w:rPr>
          <w:rFonts w:ascii="Georgia" w:hAnsi="Georgia"/>
          <w:b/>
          <w:i w:val="0"/>
          <w:color w:val="000000"/>
          <w:sz w:val="24"/>
        </w:rPr>
        <w:t>«Но то, что изменилось… ведь точка Кетера протянулась и распространилась со своего места вниз, близко к сиюм раглин де-АК…»</w:t>
      </w:r>
      <w:r>
        <w:rPr>
          <w:rFonts w:ascii="Georgia" w:hAnsi="Georgia"/>
          <w:b w:val="0"/>
          <w:i w:val="0"/>
          <w:color w:val="000000"/>
          <w:sz w:val="24"/>
        </w:rPr>
        <w:t xml:space="preserve"> И нужно хорошо понять это новшество, возникшее в новом МА, благодаря которому каждая сфира выросла и сама распространилась до окончания всего Ацилута, что относится к важнейшим исправлениям, по словам Учителя перед нами. И ты поймешь это на основе правила, которое сформулировал для нас Зоар в «Идра Зута» (лист 288, пункт 42), и вот его слова: «И так как Атика запечатлен в трех, так же и все остальные светильники, светящие от него, включены в три». И далее: «Святой Атика запечатлен в двух… так же и все остальные светильники сокрыты в двух». И эти слова мудрецов — великое и всеобъемлющее правило во всех просторах этой мудрости вплоть до мельчайших подробностей, как будет разъяснено для каждого случая на своем месте с Б-жьей помощью. И объяснение их подобно тому, как разъяснялось выше: вследствие исправления МАН для мира Некудим, называемого общим БОН, каждая ступень разделилась надвое вплоть до никвей эйнаим, потому что АХАП каждой ступени вышли наружу из рош (ле-вар ми-рош) и стали уровнем ХАГАТ и тох. И там объяснялось, что это произошло только от ступени Хохма и ниже, но не в Кетере, поскольку МАН де-БОН поднялись лишь до глаз, являющихся тайной Хохмы, см. там.</w:t>
      </w:r>
    </w:p>
    <w:p>
      <w:pPr>
        <w:spacing w:before="40" w:after="120"/>
        <w:jc w:val="both"/>
      </w:pPr>
      <w:r>
        <w:rPr>
          <w:rFonts w:ascii="Georgia" w:hAnsi="Georgia"/>
          <w:b w:val="0"/>
          <w:i w:val="0"/>
          <w:color w:val="000000"/>
          <w:sz w:val="24"/>
        </w:rPr>
        <w:t>Однако в новом МА МАН поднялись до самого Кетера, а именно к свойству лица Кетера (паним де-Кетер), то есть к Бине де-Кетер, именуемой лбом (мэцах), как сказано выше в «Паним Меирот» (лист 613, со слов «И нужно», см. там). И по этой причине ЗОН отделились также и от ступени Кетер и вышли наружу из Кетера — подобно АХАП, являющимся тайной САГ, МА и БОН, вышедших из глаз, как сказано выше. Таким образом, выход САГ, МА и БОН из Хохмы де-рош берет свое начало в общем БОН. А выход одних только МА и БОН из Бины де-рош берет свое начало в новом МА, как сказано. И ты уже знаешь, что все силы, действующие в высших, неизбежно производят действие в нижнем. И получается, что здесь происходят два выхода из каждого рош парцуфим Ацилута, поскольку они испытывают воздействие обоих выходов: от истока общего БОН и от истока нового МА. И сначала рассматривается выход АХАП, то есть тайны САГ, МА и БОН, наружу из рош — то есть разделение ступени надвое, источником которого является БОН. А затем рассматривается то, что и из тех АХАП, которые вышли на уровень тох, отделились хотэм и пэ, являющиеся МА и БОН, и вышли наружу из тох на уровень завершения и конца (соф), источником чего служит новый МА. И оказывается, что из-за него каждая ступень разделилась на три, так что каждая сама по себе распространилась на рош, тох и соф: эйнаим, озэн, хотэм и пэ. И об этом сказали мудрецы, благословенной памяти: «И так как Святой Атика запечатлен в трех, так же и все остальные светильники…» Ведь известно, что Атика — это тайна Кетера и головы; и от источника нового МА сам Кетер разделился на три ступени: рош, тох и соф. Ведь от никвей эйнаим и выше стало головой и ГАР, озэн стало уровнем тох и ХАГАТ, а его хотэм и пэ также вышли наружу из тох и стали уровнем соф и НЕХИ. И об этом сказано: «так как Святой Атика запечатлен в трех, так же и все остальные светильники…», ведь силы, заложенные в высшем, неизбежно действуют в нижнем, как сказано выше. И это то, о чем говорит [Учитель]: «ведь точка Кетера протянулась и распространилась со своего места вниз…» — во всей мере мира Ацилут. Ведь под действием нового МА каждая ступень неизбежно удлинилась на рош, тох и соф вплоть до окончания Ацилута, поскольку каждая сама по себе распространилась на три деления: рош, тох и соф. И оказывается, по этой причине каждая ступень облачается в другую, как сказано далее: «они теперь скрыты и облачены друг в друга» и т. д.</w:t>
      </w:r>
    </w:p>
    <w:p>
      <w:pPr>
        <w:spacing w:before="40" w:after="120"/>
        <w:jc w:val="both"/>
      </w:pPr>
      <w:r>
        <w:rPr>
          <w:rFonts w:ascii="Georgia" w:hAnsi="Georgia"/>
          <w:b w:val="0"/>
          <w:i w:val="0"/>
          <w:color w:val="000000"/>
          <w:sz w:val="24"/>
        </w:rPr>
        <w:t>И пойми это как следует. А то, что сказано там в «Идра»: «И далее: Святой Атика запечатлен в двух…», — означает, что если мы рассматриваем со стороны одного только БОН, они разделяются надвое: то есть от никвей эйнаим и выше — к рош, а АХАП — к тох, как сказано выше. И об этом говорит [Учитель]: «во время выхода точек [мира] Некудим из глаз точка Кетера находилась на своем месте отдельно, сама по себе, за ней — точка Хохмы, отдельно, и точно так же [располагались] все десять сфирот», конец цитаты. И это именно так, как мы сказали: ведь МАН общего БОН вовсе не поднимались к Кетеру, и потому точка Кетера, несомненно, оставалась на своем месте без изменений, а вслед за ней — точка Хохмы сама по себе.</w:t>
      </w:r>
    </w:p>
    <w:p>
      <w:pPr>
        <w:spacing w:before="40" w:after="120"/>
        <w:jc w:val="both"/>
      </w:pPr>
      <w:r>
        <w:rPr>
          <w:rFonts w:ascii="Georgia" w:hAnsi="Georgia"/>
          <w:b w:val="0"/>
          <w:i w:val="0"/>
          <w:color w:val="000000"/>
          <w:sz w:val="24"/>
        </w:rPr>
        <w:t>Однако АХАП де-Хохма опустились наружу из пэ де-Некудим, на уровень ХАГАТ де-Некудим, и там находилась Бина де-Некудим, именуемая ИШСУТ. И получилось, что высшие Аба ве-Има, являющиеся Хохмой, находятся полностью выше Бины: ведь Хохма — в ГАР, а Бина — в ХАГАТ. И тем более семь нижних [сфирот], в которых не было исправления линий (тиккун кавим) и света глаз, так что к ним разделение ступени де-БОН вообще не относилось, как написано в «Паним Меирот у-Масбирот» в ветви 15. И раз так, все они находились друг над другом, и ни одна не входила во владение другой, как сказано.</w:t>
      </w:r>
    </w:p>
    <w:p>
      <w:pPr>
        <w:spacing w:before="40" w:after="120"/>
        <w:jc w:val="both"/>
      </w:pPr>
      <w:r>
        <w:rPr>
          <w:rFonts w:ascii="Georgia" w:hAnsi="Georgia"/>
          <w:b w:val="0"/>
          <w:i w:val="0"/>
          <w:color w:val="000000"/>
          <w:sz w:val="24"/>
        </w:rPr>
        <w:t xml:space="preserve">3) </w:t>
      </w:r>
      <w:r>
        <w:rPr>
          <w:rFonts w:ascii="Georgia" w:hAnsi="Georgia"/>
          <w:b/>
          <w:i w:val="0"/>
          <w:color w:val="000000"/>
          <w:sz w:val="24"/>
        </w:rPr>
        <w:t>«Таким образом, все ноги парцуфим Ацилута — как Атика, так и АА… равны по своему окончанию…»</w:t>
      </w:r>
      <w:r>
        <w:rPr>
          <w:rFonts w:ascii="Georgia" w:hAnsi="Georgia"/>
          <w:b w:val="0"/>
          <w:i w:val="0"/>
          <w:color w:val="000000"/>
          <w:sz w:val="24"/>
        </w:rPr>
        <w:t xml:space="preserve"> Уже объяснялось, что все эти пять парцуфим Ацилута — как со стороны нового МА, так и со стороны БОН — это лишь пять парцуфим уровня АБ, выходящие из буквы йод (</w:t>
      </w:r>
      <w:r>
        <w:rPr>
          <w:rFonts w:ascii="Georgia" w:hAnsi="Georgia" w:cs="Times New Roman"/>
          <w:b/>
          <w:i w:val="0"/>
          <w:color w:val="000000"/>
          <w:sz w:val="24"/>
          <w:rtl/>
          <w:szCs w:val="32"/>
        </w:rPr>
        <w:t>י</w:t>
      </w:r>
      <w:r>
        <w:rPr>
          <w:rFonts w:ascii="Georgia" w:hAnsi="Georgia"/>
          <w:b w:val="0"/>
          <w:i w:val="0"/>
          <w:color w:val="000000"/>
          <w:sz w:val="24"/>
        </w:rPr>
        <w:t>) внутреннего имени АВАЯ общего БОН, то есть от масаха третьей стадии (бхина гимель). Однако по причине разделения каждой ступени на три части: рош, тох и соф — то есть вплоть до третьей ступени Малхут, завершающей каждый парцуф, — по этой причине каждая ступень протянулась до завершения границы Ацилута, как сказано выше. А поскольку все ступени происходят от масаха третьей стадии, они неизбежно оканчиваются на одном уровне, то есть на табуре общего БОН, представляющем собой уровень пяток АК и основание Ацилута, как сказано выше в предыдущей ветви. Впрочем, это равенство [окончаний], о котором говорит здесь Учитель, имеет место лишь в отношении всей совокупности пяти парцуфим Ацилута к общему БОН — поскольку все они являются его парцуфом АБ, завершением которого служит масах третьей стадии, как сказано.</w:t>
      </w:r>
    </w:p>
    <w:p>
      <w:pPr>
        <w:spacing w:before="40" w:after="120"/>
        <w:jc w:val="both"/>
      </w:pPr>
      <w:r>
        <w:rPr>
          <w:rFonts w:ascii="Georgia" w:hAnsi="Georgia"/>
          <w:b w:val="0"/>
          <w:i w:val="0"/>
          <w:color w:val="000000"/>
          <w:sz w:val="24"/>
        </w:rPr>
        <w:t>Однако по отношению пяти парцуфим Ацилута друг к другу они оканчиваются не на абсолютно одном уровне: Атик мира Ацилут длиннее всех на две нижние трети своих Нецах и Ход. А АА, который в частном плане считается парцуфом АБ де-МА самого Ацилута, вынужден оканчиваться выше двух нижних третей Атика — подобно АБ де-АК, который оканчивается выше двух нижних третей Нецах и Ход внутреннего АК, как написано в «Паним Меирот у-Масбирот» (лист 658, со слов «И согласно объясненному», см. там). И точно так же Аба ве-Има, оканчивающиеся выше табура де-АА: будучи уровнем АБ де-БОН самого Ацилута, они обязаны оканчиваться выше табура де-САГ де-БОН самого Ацилута, как обо всем этом будет написано на своем месте с Б-жьей помощью.</w:t>
      </w:r>
    </w:p>
    <w:p>
      <w:pPr>
        <w:spacing w:before="40" w:after="120"/>
        <w:jc w:val="both"/>
      </w:pPr>
      <w:r>
        <w:rPr>
          <w:rFonts w:ascii="Georgia" w:hAnsi="Georgia"/>
          <w:b w:val="0"/>
          <w:i w:val="0"/>
          <w:color w:val="000000"/>
          <w:sz w:val="24"/>
        </w:rPr>
        <w:t xml:space="preserve">9) </w:t>
      </w:r>
      <w:r>
        <w:rPr>
          <w:rFonts w:ascii="Georgia" w:hAnsi="Georgia"/>
          <w:b/>
          <w:i w:val="0"/>
          <w:color w:val="000000"/>
          <w:sz w:val="24"/>
        </w:rPr>
        <w:t>«Эти точки — уровня САГ, как же они могут быть ниже и второстепеннее нового имени МА…»</w:t>
      </w:r>
      <w:r>
        <w:rPr>
          <w:rFonts w:ascii="Georgia" w:hAnsi="Georgia"/>
          <w:b w:val="0"/>
          <w:i w:val="0"/>
          <w:color w:val="000000"/>
          <w:sz w:val="24"/>
        </w:rPr>
        <w:t xml:space="preserve"> Как уже сказано в предыдущей ветви, новый МА является вторым распространением и порождением общего БОН, который суть точки (некудот), и облачает его от пэ первого рош де-БОН и ниже. И получается, что БОН всегда выше нового МА на одну ступень, как написал Учитель в книге «Эц Хаим» в «Шаар Атик». И потому он задает вопрос: как может БОН быть женским началом по отношению к МА, который ниже него?</w:t>
      </w:r>
    </w:p>
    <w:p>
      <w:pPr>
        <w:spacing w:before="40" w:after="120"/>
        <w:jc w:val="both"/>
      </w:pPr>
      <w:r>
        <w:rPr>
          <w:rFonts w:ascii="Georgia" w:hAnsi="Georgia"/>
          <w:b w:val="0"/>
          <w:i w:val="0"/>
          <w:color w:val="000000"/>
          <w:sz w:val="24"/>
        </w:rPr>
        <w:t xml:space="preserve">[И далее Учитель пишет]: </w:t>
      </w:r>
      <w:r>
        <w:rPr>
          <w:rFonts w:ascii="Georgia" w:hAnsi="Georgia"/>
          <w:b/>
          <w:i w:val="0"/>
          <w:color w:val="000000"/>
          <w:sz w:val="24"/>
        </w:rPr>
        <w:t>«Новое имя МА вышло от зивуга АБ и САГ…»</w:t>
      </w:r>
      <w:r>
        <w:rPr>
          <w:rFonts w:ascii="Georgia" w:hAnsi="Georgia"/>
          <w:b w:val="0"/>
          <w:i w:val="0"/>
          <w:color w:val="000000"/>
          <w:sz w:val="24"/>
        </w:rPr>
        <w:t xml:space="preserve"> На первый взгляд, здесь возникает трудность: ведь и БОН вышел от зивуга АБ и САГ, как написал Учитель выше в ветви 17! Однако там уже объяснялось, что весь этот свет, притянутый к БОН от нового света, вышедшего из зивуга АБ и САГ, вновь ушел из него по причине разбиения сосудов (швират а-келим), и от БОН не осталось ничего, кроме того, что было в нем от самого начала его проявления из света глаз, то есть лишь свет руах-нефеш, как сказано выше, см. там. И потому он отвечает: </w:t>
      </w:r>
      <w:r>
        <w:rPr>
          <w:rFonts w:ascii="Georgia" w:hAnsi="Georgia"/>
          <w:b/>
          <w:i w:val="0"/>
          <w:color w:val="000000"/>
          <w:sz w:val="24"/>
        </w:rPr>
        <w:t>«поскольку оно исходит от силы самого АБ, оно выше САГ»</w:t>
      </w:r>
      <w:r>
        <w:rPr>
          <w:rFonts w:ascii="Georgia" w:hAnsi="Georgia"/>
          <w:b w:val="0"/>
          <w:i w:val="0"/>
          <w:color w:val="000000"/>
          <w:sz w:val="24"/>
        </w:rPr>
        <w:t>. То есть, как написано выше в «Паним Меирот» (лист 620, со слов «И во всем»), новый свет, пробивший Парсу и светивший в Некудим, который вышел благодаря силе АБ-САГ, — это тайна МА де-АК, светившего в БОН де-АК, являющийся точками, светом гадлута. И эти два света, МА и БОН де-АК, представляют собой внутреннее и внешнее, мужское и женское начала, где внутреннее исходит от АБ, а внешнее, то есть БОН, исходит от САГ, см. там. И это то, о чем сказано здесь относительно нового МА: он также является внутренним свойством и мужским началом, исходящим от АБ, и потому становится исправляющим и отдающим для БОН, который представляет собой внешнее свойство и женское начало, исходящее от САГ. Ведь БОН де-АК вновь вышел в качестве внешнего парцуфа в Ацилуте вместе с этим новым МА.</w:t>
      </w:r>
    </w:p>
    <w:p>
      <w:pPr>
        <w:spacing w:before="40" w:after="120"/>
        <w:jc w:val="both"/>
      </w:pPr>
      <w:r>
        <w:rPr>
          <w:rFonts w:ascii="Georgia" w:hAnsi="Georgia"/>
          <w:b w:val="0"/>
          <w:i w:val="0"/>
          <w:color w:val="000000"/>
          <w:sz w:val="24"/>
        </w:rPr>
        <w:t>И пойми это как следует. И знай, что та часть БОН де-АК, которая выше нового МА, — то есть первый рош общего БОН, который МА не облачает, — вообще не нуждается ни в каком исправлении от нового МА и не получает его; напротив, она сама светит новому МА в виде окружающего света (ор макиф), как написал Учитель в «Шаар Атик», см. там.</w:t>
      </w:r>
    </w:p>
    <w:p>
      <w:pPr>
        <w:spacing w:before="40" w:after="120"/>
        <w:jc w:val="both"/>
      </w:pPr>
      <w:r>
        <w:rPr>
          <w:rFonts w:ascii="Georgia" w:hAnsi="Georgia"/>
          <w:b w:val="0"/>
          <w:i w:val="0"/>
          <w:color w:val="000000"/>
          <w:sz w:val="24"/>
        </w:rPr>
        <w:t xml:space="preserve">[И далее Учитель приводит] </w:t>
      </w:r>
      <w:r>
        <w:rPr>
          <w:rFonts w:ascii="Georgia" w:hAnsi="Georgia"/>
          <w:b/>
          <w:i w:val="0"/>
          <w:color w:val="000000"/>
          <w:sz w:val="24"/>
        </w:rPr>
        <w:t>«И третью причину… а раз в нем есть уровень таамим… но не над таамим де-САГ»</w:t>
      </w:r>
      <w:r>
        <w:rPr>
          <w:rFonts w:ascii="Georgia" w:hAnsi="Georgia"/>
          <w:b w:val="0"/>
          <w:i w:val="0"/>
          <w:color w:val="000000"/>
          <w:sz w:val="24"/>
        </w:rPr>
        <w:t xml:space="preserve">: выше уже подробно объяснялось в «Паним Меирот у-Масбирот» (лист 272) и здесь в «Паним Меирот у-Масбирот» (лист 674) превосходство внутреннего, то есть МА, над внешним, то есть БОН: ведь у внутреннего есть голова (рош) и ГАР, чего лишено внешнее, то есть БОН, а ведь известно, что всякая голова называется таамим. И об этом говорит [Учитель]: БОН лишен таамим и представляет собой лишь точки (некудот), и потому вынужден получать свое свечение через внутреннее, то есть через МА. И об этом же сказано: </w:t>
      </w:r>
      <w:r>
        <w:rPr>
          <w:rFonts w:ascii="Georgia" w:hAnsi="Georgia"/>
          <w:b/>
          <w:i w:val="0"/>
          <w:color w:val="000000"/>
          <w:sz w:val="24"/>
        </w:rPr>
        <w:t>«но не над таамим де-САГ»</w:t>
      </w:r>
      <w:r>
        <w:rPr>
          <w:rFonts w:ascii="Georgia" w:hAnsi="Georgia"/>
          <w:b w:val="0"/>
          <w:i w:val="0"/>
          <w:color w:val="000000"/>
          <w:sz w:val="24"/>
        </w:rPr>
        <w:t>. Смысл этого, как сказано выше, заключается в том, что МА не облачает первый рош де-БОН, являющийся его таамим, ведь они располагаются от хазе до табура де-АК, а новый МА выходит из пэ этого рош и потому начинается от табура и ниже, как написано в «Паним Меирот» (лист 613). И поэтому, несомненно, таамим де-САГ, то есть первый рош общего БОН, превосходят таамим нового МА.</w:t>
      </w:r>
    </w:p>
    <w:p>
      <w:pPr>
        <w:spacing w:before="40" w:after="120"/>
        <w:jc w:val="both"/>
      </w:pPr>
      <w:r>
        <w:rPr>
          <w:rFonts w:ascii="Georgia" w:hAnsi="Georgia"/>
          <w:b w:val="0"/>
          <w:i w:val="0"/>
          <w:color w:val="000000"/>
          <w:sz w:val="24"/>
        </w:rPr>
        <w:t xml:space="preserve">10) </w:t>
      </w:r>
      <w:r>
        <w:rPr>
          <w:rFonts w:ascii="Georgia" w:hAnsi="Georgia"/>
          <w:b/>
          <w:i w:val="0"/>
          <w:color w:val="000000"/>
          <w:sz w:val="24"/>
        </w:rPr>
        <w:t>«И четвертая причина… но в будущем… и имя САГ будет властвовать и светить в мире, и тогда отменится имя МА…»</w:t>
      </w:r>
      <w:r>
        <w:rPr>
          <w:rFonts w:ascii="Georgia" w:hAnsi="Georgia"/>
          <w:b w:val="0"/>
          <w:i w:val="0"/>
          <w:color w:val="000000"/>
          <w:sz w:val="24"/>
        </w:rPr>
        <w:t xml:space="preserve"> Ты уже знаешь, что вся суть МА и БОН — это разделение ступени надвое в виде внутреннего и внешнего, произошедшее в силу исправления МАН и включения свойства милосердия в суд (шитуф мидат а-рахамим бе-дин). Однако до спуска НЕХИ де-САГ во внутренние НЕХИ де-АК там не было разделения ступени на внутреннее и внешнее, именуемые МА и БОН, но [все пребывало] в тайне сказанного нашими мудрецами, благословенной памяти (ХАЗАЛЬ): вначале мир был сотворен в свойстве суда — то есть в едином кли Малхут де-АК и четвертой стадии (бхина далет); но [Творец] увидел, что мир не может устоять, и присоединил к нему свойство милосердия — то есть произошел спуск НЕХИ де-САГ, называемых свойством милосердия, во внутренние НЕХИ, являющиеся Малхут де-АК, которая зовется свойством суда, и они соединились друг с другом, и исправились этим по тайне МАН, как сказано выше в «Паним Меирот у-Масбирот» (ветвь 9).</w:t>
      </w:r>
    </w:p>
    <w:p>
      <w:pPr>
        <w:spacing w:before="40" w:after="120"/>
        <w:jc w:val="both"/>
      </w:pPr>
      <w:r>
        <w:rPr>
          <w:rFonts w:ascii="Georgia" w:hAnsi="Georgia"/>
          <w:b w:val="0"/>
          <w:i w:val="0"/>
          <w:color w:val="000000"/>
          <w:sz w:val="24"/>
        </w:rPr>
        <w:t xml:space="preserve">И тогда вследствие этого вышли два парцуфа — внутренний и внешний, как сказано выше в «Паним Меирот у-Масбирот» (лист 273). И все это произошло ради исправления мира. Однако в будущем, после того как мир исправится, имя САГ вернется к своему первоначальному состоянию и к своему прежнему величию, бывшему до исправления МАН. То есть те НЕХИ де-САГ, которые являются свойством милосердия, поднимутся из внутренних НЕХИ, и упразднится объединение свойства милосердия с судом, поскольку миры смогут получать [свет] и существовать от Малхут де-АК без всякого объединения, как написано выше в «Паним Меирот у-Масбирот» (лист 37, со слов «И благодаря этому поймешь») в объяснении слов Зоара: </w:t>
      </w:r>
      <w:r>
        <w:rPr>
          <w:rFonts w:ascii="Georgia" w:hAnsi="Georgia"/>
          <w:b w:val="0"/>
          <w:i/>
          <w:color w:val="000000"/>
          <w:sz w:val="24"/>
        </w:rPr>
        <w:t>«…и нет Б-га со Мною…»</w:t>
      </w:r>
      <w:r>
        <w:rPr>
          <w:rFonts w:ascii="Georgia" w:hAnsi="Georgia"/>
          <w:b w:val="0"/>
          <w:i w:val="0"/>
          <w:color w:val="000000"/>
          <w:sz w:val="24"/>
        </w:rPr>
        <w:t xml:space="preserve"> (Дварим 32:39) — «нет со Мною никакого объединения вообще». И об этом говорит [Учитель]: «и тогда останутся только два света — АБ и САГ», то есть АБ де-АК и САГ де-АК, представляющие собой весь уровень АК до сокращения НЕХИ де-АК, где есть только одно кли для всех десяти сфирот и нет внутреннего и внешнего, то есть мужского и женского, именуемых МА и БОН. И в этом тайна возвращения мира к «тоху ва-воху» — то есть к миру Кетера, являющемуся Адам Кадмон, который зовется миром Тоху, как известно. И благодаря этому исчезнут всякое питание и существование клипот по тайне стиха: </w:t>
      </w:r>
      <w:r>
        <w:rPr>
          <w:rFonts w:ascii="Georgia" w:hAnsi="Georgia"/>
          <w:b w:val="0"/>
          <w:i/>
          <w:color w:val="000000"/>
          <w:sz w:val="24"/>
        </w:rPr>
        <w:t>«Поглощена будет смерть навеки, и сотрет Г-сподь Б-г слезу со всех лиц…»</w:t>
      </w:r>
      <w:r>
        <w:rPr>
          <w:rFonts w:ascii="Georgia" w:hAnsi="Georgia"/>
          <w:b w:val="0"/>
          <w:i w:val="0"/>
          <w:color w:val="000000"/>
          <w:sz w:val="24"/>
        </w:rPr>
        <w:t xml:space="preserve"> (Йешаяу 25:8).</w:t>
      </w:r>
    </w:p>
    <w:p>
      <w:pPr>
        <w:spacing w:before="40" w:after="120"/>
        <w:jc w:val="both"/>
      </w:pPr>
      <w:r>
        <w:rPr>
          <w:rFonts w:ascii="Georgia" w:hAnsi="Georgia"/>
          <w:b w:val="0"/>
          <w:i w:val="0"/>
          <w:color w:val="000000"/>
          <w:sz w:val="24"/>
        </w:rPr>
        <w:t>И пойми, что суть слез восходит к выражению Мишны «примешивает и совершает возлияние» (</w:t>
      </w:r>
      <w:r>
        <w:rPr>
          <w:rFonts w:ascii="Georgia" w:hAnsi="Georgia"/>
          <w:b w:val="0"/>
          <w:i/>
          <w:color w:val="000000"/>
          <w:sz w:val="24"/>
        </w:rPr>
        <w:t>медамеа у-менасех</w:t>
      </w:r>
      <w:r>
        <w:rPr>
          <w:rFonts w:ascii="Georgia" w:hAnsi="Georgia"/>
          <w:b w:val="0"/>
          <w:i w:val="0"/>
          <w:color w:val="000000"/>
          <w:sz w:val="24"/>
        </w:rPr>
        <w:t xml:space="preserve">, </w:t>
      </w:r>
      <w:r>
        <w:rPr>
          <w:rFonts w:ascii="Georgia" w:hAnsi="Georgia" w:cs="Times New Roman"/>
          <w:b/>
          <w:i w:val="0"/>
          <w:color w:val="000000"/>
          <w:sz w:val="24"/>
          <w:rtl/>
          <w:szCs w:val="32"/>
        </w:rPr>
        <w:t>מְדַמֵּעַ וּמְנַסֵּךְ</w:t>
      </w:r>
      <w:r>
        <w:rPr>
          <w:rFonts w:ascii="Georgia" w:hAnsi="Georgia"/>
          <w:b w:val="0"/>
          <w:i w:val="0"/>
          <w:color w:val="000000"/>
          <w:sz w:val="24"/>
        </w:rPr>
        <w:t>), что относится к тайне подъема МАН к никвей эйнаим, где совершается примешивание (</w:t>
      </w:r>
      <w:r>
        <w:rPr>
          <w:rFonts w:ascii="Georgia" w:hAnsi="Georgia"/>
          <w:b w:val="0"/>
          <w:i/>
          <w:color w:val="000000"/>
          <w:sz w:val="24"/>
        </w:rPr>
        <w:t>димуа</w:t>
      </w:r>
      <w:r>
        <w:rPr>
          <w:rFonts w:ascii="Georgia" w:hAnsi="Georgia"/>
          <w:b w:val="0"/>
          <w:i w:val="0"/>
          <w:color w:val="000000"/>
          <w:sz w:val="24"/>
        </w:rPr>
        <w:t xml:space="preserve">, </w:t>
      </w:r>
      <w:r>
        <w:rPr>
          <w:rFonts w:ascii="Georgia" w:hAnsi="Georgia" w:cs="Times New Roman"/>
          <w:b/>
          <w:i w:val="0"/>
          <w:color w:val="000000"/>
          <w:sz w:val="24"/>
          <w:rtl/>
          <w:szCs w:val="32"/>
        </w:rPr>
        <w:t>דִּימוּעַ</w:t>
      </w:r>
      <w:r>
        <w:rPr>
          <w:rFonts w:ascii="Georgia" w:hAnsi="Georgia"/>
          <w:b w:val="0"/>
          <w:i w:val="0"/>
          <w:color w:val="000000"/>
          <w:sz w:val="24"/>
        </w:rPr>
        <w:t xml:space="preserve">) свойства милосердия к суду, а ведь этот подъем МАН служит корнем миров, как сказано выше. И в этом тайна слов наших мудрецов, благословенной памяти (ХАЗАЛЬ): «Святой, благословен Он, роняет две слезы в Великое море». Смысл в том, что из-за вышеназванного примешивания получается, что изобилие (шефа) действительно доходит от Хохмы, которая суть глаза, к Бине де-Хохма, именуемой «Великим морем», и пойми это. И по этой причине в человеке заложено свойство: когда в нем пробуждается милосердие, его глаза наполняются слезами — поскольку они представляют собой тайну корня женских вод (маин нуквин) от объединения со свойством милосердия, как сказано выше. И в этом тайна того, почему о будущем времени сказано: </w:t>
      </w:r>
      <w:r>
        <w:rPr>
          <w:rFonts w:ascii="Georgia" w:hAnsi="Georgia"/>
          <w:b w:val="0"/>
          <w:i/>
          <w:color w:val="000000"/>
          <w:sz w:val="24"/>
        </w:rPr>
        <w:t>«…и сотрет Г-сподь Б-г слезу со всех лиц…»</w:t>
      </w:r>
      <w:r>
        <w:rPr>
          <w:rFonts w:ascii="Georgia" w:hAnsi="Georgia"/>
          <w:b w:val="0"/>
          <w:i w:val="0"/>
          <w:color w:val="000000"/>
          <w:sz w:val="24"/>
        </w:rPr>
        <w:t xml:space="preserve"> (Йешаяу 25:8). Ведь в этом больше не будет необходимости — подобно нынешним праведникам, о которых мудрецы, благословенной памяти, сказали, что они питаются силой (</w:t>
      </w:r>
      <w:r>
        <w:rPr>
          <w:rFonts w:ascii="Georgia" w:hAnsi="Georgia"/>
          <w:b w:val="0"/>
          <w:i/>
          <w:color w:val="000000"/>
          <w:sz w:val="24"/>
        </w:rPr>
        <w:t>би-зроа</w:t>
      </w:r>
      <w:r>
        <w:rPr>
          <w:rFonts w:ascii="Georgia" w:hAnsi="Georgia"/>
          <w:b w:val="0"/>
          <w:i w:val="0"/>
          <w:color w:val="000000"/>
          <w:sz w:val="24"/>
        </w:rPr>
        <w:t xml:space="preserve">), то есть исключительно свойством суда, как это было до объединения, и пойми это как следует. И благодаря этому ты поймешь слова Учителя в «Маамарей Рашби» (лист 33, раздел «Берешит», в конце толкования Зоара на стих </w:t>
      </w:r>
      <w:r>
        <w:rPr>
          <w:rFonts w:ascii="Georgia" w:hAnsi="Georgia"/>
          <w:b w:val="0"/>
          <w:i/>
          <w:color w:val="000000"/>
          <w:sz w:val="24"/>
        </w:rPr>
        <w:t>«Кто сотворил их?..»</w:t>
      </w:r>
      <w:r>
        <w:rPr>
          <w:rFonts w:ascii="Georgia" w:hAnsi="Georgia"/>
          <w:b w:val="0"/>
          <w:i w:val="0"/>
          <w:color w:val="000000"/>
          <w:sz w:val="24"/>
        </w:rPr>
        <w:t xml:space="preserve"> [Йешаяу 40:26]), в его объяснении слов наших мудрецов, благословенной памяти: «врата слез не затворены», см. там.</w:t>
      </w:r>
    </w:p>
    <w:p>
      <w:r>
        <w:br w:type="page"/>
      </w:r>
    </w:p>
    <w:p>
      <w:pPr>
        <w:keepNext/>
        <w:spacing w:before="360" w:after="160"/>
        <w:jc w:val="center"/>
      </w:pPr>
      <w:r>
        <w:rPr>
          <w:rFonts w:ascii="Georgia" w:hAnsi="Georgia"/>
          <w:b w:val="0"/>
          <w:i w:val="0"/>
          <w:color w:val="000000"/>
          <w:sz w:val="40"/>
        </w:rPr>
        <w:t>Ветвь 44</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 xml:space="preserve">1) Затем из мэцах де-АК вышло имя МА, представляющее собой категорию вкусов (таамим), а прежние точки (некудот) от САГ теперь называются БОН. И теперь МА и БОН соединились, и благодаря им исправились все некудот — то есть умершие мелахим, а также остальные мелахим, которые не умерли; все они вместе называются миром Ацилут. Теперь, после исправления, он называется [миром] Врудим, приходящим на смену [миру] Некудим. И об этом сказано в Писании: </w:t>
      </w:r>
      <w:r>
        <w:rPr>
          <w:rFonts w:ascii="Georgia" w:hAnsi="Georgia"/>
          <w:b w:val="0"/>
          <w:i/>
          <w:color w:val="000000"/>
          <w:sz w:val="24"/>
        </w:rPr>
        <w:t>«...кольчатые, крапчатые и пестрые»</w:t>
      </w:r>
      <w:r>
        <w:rPr>
          <w:rFonts w:ascii="Georgia" w:hAnsi="Georgia"/>
          <w:b w:val="0"/>
          <w:i w:val="0"/>
          <w:color w:val="000000"/>
          <w:sz w:val="24"/>
        </w:rPr>
        <w:t xml:space="preserve"> (Берешит 31:10).</w:t>
      </w:r>
    </w:p>
    <w:p>
      <w:pPr>
        <w:spacing w:before="40" w:after="120"/>
        <w:jc w:val="both"/>
      </w:pPr>
      <w:r>
        <w:rPr>
          <w:rFonts w:ascii="Georgia" w:hAnsi="Georgia"/>
          <w:b w:val="0"/>
          <w:i w:val="0"/>
          <w:color w:val="000000"/>
          <w:sz w:val="24"/>
        </w:rPr>
        <w:t>2) В имени МА, выходящем теперь из нового мэцах, есть ТАНТА (вкусы, точки, коронки, буквы), как и в АБ и САГ: таамим от МА — это мужское начало (дхура) де-Атик, а таамим де-БОН — Нуква де-Атик; некуда (точка) от МА — мужское начало де-АА, а некудот де-БОН — некуда де-АА [ее женская пара]; тагин от МА — это Аба ве-Има, а буквы (отиет) от МА — это ЗОН. (Однако ниже я записал, что любое свойство МА — это мужское начало, а любое свойство БОН — женское. И если так, то возникает трудность: ведь здесь сказано, что тагин от МА — это Аба ве-Има, а буквы от МА — это ЗОН? Можно сказать, что здесь [Учитель выразился] не вполне строго, а истина такова, как написано мною ниже. До сих пор слова Махарху, благословенной памяти).</w:t>
      </w:r>
    </w:p>
    <w:p>
      <w:pPr>
        <w:spacing w:before="40" w:after="120"/>
        <w:jc w:val="both"/>
      </w:pPr>
      <w:r>
        <w:rPr>
          <w:rFonts w:ascii="Georgia" w:hAnsi="Georgia"/>
          <w:b w:val="0"/>
          <w:i w:val="0"/>
          <w:color w:val="000000"/>
          <w:sz w:val="24"/>
        </w:rPr>
        <w:t>3) И если вглядишься, то увидишь, что каждый из пяти парцуфим тоже разделяется надвое: из Кетера десяти сфирот образуются Атик и АА, а именно: Атик — до Тиферет, что в Кетере, а АА — от нее и ниже. И точно так же [разделяются]: Хохма и Исраэль Саба, Бина и Твуна, ЗА и Яаков, а также Рахель и Лея.</w:t>
      </w:r>
    </w:p>
    <w:p>
      <w:pPr>
        <w:spacing w:before="40" w:after="120"/>
        <w:jc w:val="both"/>
      </w:pPr>
      <w:r>
        <w:rPr>
          <w:rFonts w:ascii="Georgia" w:hAnsi="Georgia"/>
          <w:b w:val="0"/>
          <w:i w:val="0"/>
          <w:color w:val="000000"/>
          <w:sz w:val="24"/>
        </w:rPr>
        <w:t>4) И если вглядишься, то увидишь, что имя МА охватывает всё имя целиком, представляя собой ТАНТА всей совокупности [парцуфа]. Имя же БОН — это исключительно некудот де-САГ; однако эти некудот де-САГ тоже разделяются на ТАНТА. Ведь везде, где упоминаются ТАНТА в имени БОН (которое, как известно, происходит от САГ), имеются в виду только некудот де-САГ, включающие в себя таамим и некудот. И помни это правило.</w:t>
      </w:r>
    </w:p>
    <w:p>
      <w:pPr>
        <w:spacing w:before="40" w:after="120"/>
        <w:jc w:val="both"/>
      </w:pPr>
      <w:r>
        <w:rPr>
          <w:rFonts w:ascii="Georgia" w:hAnsi="Georgia"/>
          <w:b w:val="0"/>
          <w:i w:val="0"/>
          <w:color w:val="000000"/>
          <w:sz w:val="24"/>
        </w:rPr>
        <w:t>5) Таким образом, каждое из четырех имен — АБ, САГ, МА и БОН — [соответствует одной из ступеней]: первое — таамим, второе — некудот, третье — тагин, а четвертое — буквы. И каждое из этих четырех включает в себя все четыре свойства ТАНТА. Однако в имени САГ мы находим одну особенность: сама часть некудот в нем тоже включает в себя четыре свойства ТАНТА.</w:t>
      </w:r>
    </w:p>
    <w:p>
      <w:pPr>
        <w:spacing w:before="40" w:after="120"/>
        <w:jc w:val="both"/>
      </w:pPr>
      <w:r>
        <w:rPr>
          <w:rFonts w:ascii="Georgia" w:hAnsi="Georgia"/>
          <w:b w:val="0"/>
          <w:i w:val="0"/>
          <w:color w:val="000000"/>
          <w:sz w:val="24"/>
        </w:rPr>
        <w:t>6) (Отсюда и до конца ветви — [слова] Махарху, благословенной памяти). Из этого мы учим, что имя БОН — это исключительно часть некудот де-САГ; и это самое имя БОН разделяется на четыре стадии, а остальные свойства САГ, то есть тагин и буквы, возможно, находятся в БЕА. Так представляется мне, Хаиму, верным для понимания согласно сказанному выше.</w:t>
      </w:r>
    </w:p>
    <w:p>
      <w:pPr>
        <w:spacing w:before="40" w:after="120"/>
        <w:jc w:val="both"/>
      </w:pPr>
      <w:r>
        <w:rPr>
          <w:rFonts w:ascii="Georgia" w:hAnsi="Georgia"/>
          <w:b w:val="0"/>
          <w:i w:val="0"/>
          <w:color w:val="000000"/>
          <w:sz w:val="24"/>
        </w:rPr>
        <w:t>7) Также мне представляется, что их корень состоит лишь из двух стадий — АБ и САГ, которые являются корнем Хеседа и Дина. При этом АБ включает в себя ТАНТА, и точно так же САГ. Таамим де-АБ находятся в рош, как известно, а их некудот — от мэцах и ниже, и это имя МА; и это имя тоже включает в себя таамим, некудот и так далее. Выходит, что таамим де-АБ соответствуют таамим де-САГ, а некудот де-АБ — это имя МА в мэцах, и они соответствуют некудот де-САГ, находящимся в эйнаим (глазах), что и называется именем БОН.</w:t>
      </w:r>
    </w:p>
    <w:p>
      <w:pPr>
        <w:spacing w:before="40" w:after="120"/>
        <w:jc w:val="both"/>
      </w:pPr>
      <w:r>
        <w:rPr>
          <w:rFonts w:ascii="Georgia" w:hAnsi="Georgia"/>
          <w:b w:val="0"/>
          <w:i w:val="0"/>
          <w:color w:val="000000"/>
          <w:sz w:val="24"/>
        </w:rPr>
        <w:t>8) Однако при таком взгляде возникает трудность: ведь некудот соответствуют САГ, а не МА. Если так, следовало бы выйти САГ де-АБ — то есть некуда де-АБ, а не МА, который относится к тагин. И теперь остаются тагин и буквы де-АБ, а также тагин и буквы де-САГ, и я не знаю, что с ними сталось. Возможно, из них образовались [миры] БЕА; помни это правило, ведь, вероятно, оно истинно, и благодаря ему можно понять многое. А может быть, из тагин и букв де-АБ и де-САГ образовались новые келим Ацилута.</w:t>
      </w:r>
    </w:p>
    <w:p>
      <w:pPr>
        <w:spacing w:before="40" w:after="120"/>
        <w:jc w:val="both"/>
      </w:pPr>
      <w:r>
        <w:rPr>
          <w:rFonts w:ascii="Georgia" w:hAnsi="Georgia"/>
          <w:b w:val="0"/>
          <w:i w:val="0"/>
          <w:color w:val="000000"/>
          <w:sz w:val="24"/>
        </w:rPr>
        <w:t>9) (Махарху, благословенной памяти: у меня возникли три сомнения относительно того, что произошло после исправления. Либо имя САГ осталось в виде игулим, а из одного лишь МА образовался исключительно ешер всего Ацилута. Либо сначала вышел САГ де-игулим, а затем, во время исправления, вышли также ешер де-САГ и ешер де-МА — то есть Мехейтавель [и] восьмой мелех, Адар, включающие в себя ЗОН де-МА; и остались игулим только от САГ, а ешер — от МА и от САГ, и потому САГ де-ешер называется БОН, ведь имя САГ де-игулим не изменилось, и он остается САГ, как прежде, тогда как ешер де-САГ называется БОН. Либо сначала вышли игулим де-САГ, а при исправлении вышли ешер де-САГ, называемый БОН, а также игулим и ешер де-МА, и соединились игулим де-МА с игулим де-САГ, а также ешер де-МА с ешер де-САГ, называемым БОН.</w:t>
      </w:r>
    </w:p>
    <w:p>
      <w:pPr>
        <w:spacing w:before="40" w:after="120"/>
        <w:jc w:val="both"/>
      </w:pPr>
      <w:r>
        <w:rPr>
          <w:rFonts w:ascii="Georgia" w:hAnsi="Georgia"/>
          <w:b w:val="0"/>
          <w:i w:val="0"/>
          <w:color w:val="000000"/>
          <w:sz w:val="24"/>
        </w:rPr>
        <w:t>10) А из «Большого конспекта об АК» со всей очевидностью следует, что и игулим, и ешер де-САГ вышли вначале оба, однако находились на уровне нефеш, а затем при исправлении вышел [уровень] руах — то есть игулим де-МА и ешер де-МА. И это четвертое объяснение, близкое к третьему варианту из тех, в которых я сомневался. Доказательство же в том, что относительно смерти мелахим там написано, будто они располагались в виде линий (кавим), когда упала обратная сторона (ахораим) де-Аба ве-Има, ведь только ГАР были выстроены линиями, и потому умерли лишь ЗАТ. А ведь известно, что линии существуют только в ешер, и точно так же понятия «паним» (лицевая сторона) и «ахор» (обратная сторона) существуют только в ешер. И поскольку в начале конспекта сказано, что у нас не было намерения говорить об игулим, а только о ешер, там и не разбиралась тема смерти мелахим де-игулим, а только де-ешер. По этой же причине и в исправлениях упомянут только ешер. То же самое видно и из «Краткого конспекта», где написано, что в АХАП есть только ешер, тогда как в эйнаим (то есть в Некудим) и в мэцах есть и ешер, и игулим. Таким образом видно, что как в одних лишь эйнаим, которые суть САГ, так и в одном лишь мэцах, который есть МА, в каждом из них есть и ешер, и игулим. До сих пор слова Махарху, благословенной памяти).</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2) </w:t>
      </w:r>
      <w:r>
        <w:rPr>
          <w:rFonts w:ascii="Georgia" w:hAnsi="Georgia"/>
          <w:b/>
          <w:i w:val="0"/>
          <w:color w:val="000000"/>
          <w:sz w:val="24"/>
        </w:rPr>
        <w:t>«И если так, то возникает трудность: ведь здесь сказано, что тагин от МА — это Аба ве-Има...»</w:t>
      </w:r>
      <w:r>
        <w:rPr>
          <w:rFonts w:ascii="Georgia" w:hAnsi="Georgia"/>
          <w:b w:val="0"/>
          <w:i w:val="0"/>
          <w:color w:val="000000"/>
          <w:sz w:val="24"/>
        </w:rPr>
        <w:t xml:space="preserve"> — это уже объяснялось в «Паним Меирот», ветвь 27, посмотри там внимательно; и с Б-жьей помощью это еще будет объяснено впереди. А вопрос разделения ТАНТА де-МА и де-БОН по пяти парцуфим Ацилута будет объяснен в следующих ветвях с Б-жьей помощью.</w:t>
      </w:r>
    </w:p>
    <w:p>
      <w:pPr>
        <w:spacing w:before="40" w:after="120"/>
        <w:jc w:val="both"/>
      </w:pPr>
      <w:r>
        <w:rPr>
          <w:rFonts w:ascii="Georgia" w:hAnsi="Georgia"/>
          <w:b w:val="0"/>
          <w:i w:val="0"/>
          <w:color w:val="000000"/>
          <w:sz w:val="24"/>
        </w:rPr>
        <w:t xml:space="preserve">4) </w:t>
      </w:r>
      <w:r>
        <w:rPr>
          <w:rFonts w:ascii="Georgia" w:hAnsi="Georgia"/>
          <w:b/>
          <w:i w:val="0"/>
          <w:color w:val="000000"/>
          <w:sz w:val="24"/>
        </w:rPr>
        <w:t>«Имя БОН — это исключительно некудот де-САГ...»</w:t>
      </w:r>
      <w:r>
        <w:rPr>
          <w:rFonts w:ascii="Georgia" w:hAnsi="Georgia"/>
          <w:b w:val="0"/>
          <w:i w:val="0"/>
          <w:color w:val="000000"/>
          <w:sz w:val="24"/>
        </w:rPr>
        <w:t xml:space="preserve"> — это уже объяснялось выше в «Паним Меирот», ветвь 42, пункт 7, начиная со слов </w:t>
      </w:r>
      <w:r>
        <w:rPr>
          <w:rFonts w:ascii="Georgia" w:hAnsi="Georgia"/>
          <w:b w:val="0"/>
          <w:i/>
          <w:color w:val="000000"/>
          <w:sz w:val="24"/>
        </w:rPr>
        <w:t>«И суть дела...»</w:t>
      </w:r>
      <w:r>
        <w:rPr>
          <w:rFonts w:ascii="Georgia" w:hAnsi="Georgia"/>
          <w:b w:val="0"/>
          <w:i w:val="0"/>
          <w:color w:val="000000"/>
          <w:sz w:val="24"/>
        </w:rPr>
        <w:t>, посмотри там внимательно.</w:t>
      </w:r>
    </w:p>
    <w:p>
      <w:pPr>
        <w:spacing w:before="40" w:after="120"/>
        <w:jc w:val="both"/>
      </w:pPr>
      <w:r>
        <w:rPr>
          <w:rFonts w:ascii="Georgia" w:hAnsi="Georgia"/>
          <w:b w:val="0"/>
          <w:i w:val="0"/>
          <w:color w:val="000000"/>
          <w:sz w:val="24"/>
        </w:rPr>
        <w:t xml:space="preserve">6) </w:t>
      </w:r>
      <w:r>
        <w:rPr>
          <w:rFonts w:ascii="Georgia" w:hAnsi="Georgia"/>
          <w:b/>
          <w:i w:val="0"/>
          <w:color w:val="000000"/>
          <w:sz w:val="24"/>
        </w:rPr>
        <w:t>«Имя БОН — это часть некудот... а тагин и буквы, возможно, находятся в БЕА»</w:t>
      </w:r>
      <w:r>
        <w:rPr>
          <w:rFonts w:ascii="Georgia" w:hAnsi="Georgia"/>
          <w:b w:val="0"/>
          <w:i w:val="0"/>
          <w:color w:val="000000"/>
          <w:sz w:val="24"/>
        </w:rPr>
        <w:t xml:space="preserve"> — это уже объяснялось в «Паним Меирот», страница 626, начиная со слов </w:t>
      </w:r>
      <w:r>
        <w:rPr>
          <w:rFonts w:ascii="Georgia" w:hAnsi="Georgia"/>
          <w:b w:val="0"/>
          <w:i/>
          <w:color w:val="000000"/>
          <w:sz w:val="24"/>
        </w:rPr>
        <w:t>«И с этим ты поймешь...»</w:t>
      </w:r>
      <w:r>
        <w:rPr>
          <w:rFonts w:ascii="Georgia" w:hAnsi="Georgia"/>
          <w:b w:val="0"/>
          <w:i w:val="0"/>
          <w:color w:val="000000"/>
          <w:sz w:val="24"/>
        </w:rPr>
        <w:t>, и оттуда почерпни [знание].</w:t>
      </w:r>
    </w:p>
    <w:p>
      <w:r>
        <w:br w:type="page"/>
      </w:r>
    </w:p>
    <w:p>
      <w:pPr>
        <w:keepNext/>
        <w:spacing w:before="360" w:after="160"/>
        <w:jc w:val="center"/>
      </w:pPr>
      <w:r>
        <w:rPr>
          <w:rFonts w:ascii="Georgia" w:hAnsi="Georgia"/>
          <w:b w:val="0"/>
          <w:i w:val="0"/>
          <w:color w:val="000000"/>
          <w:sz w:val="40"/>
        </w:rPr>
        <w:t>Ветвь 45</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Сначала десять сфирот включали в себя весь мир Ацилут, сущность и сосуды (келим), однако сущность была совершенной, а келим — маленькими, и потому они умерли. Пояснение: кли точки Атика составляло половину Кетера (де-Атик), до его табура, а кли точки АА составляло нижнюю половину Кетера, и в него были включены все его десять сфирот. Так же и в Атике. Кли Абы состояло только из Хохмы, и в нем были включены все десять сфирот, а кли Имы состояло только из Бины, и в нем были включены все ее десять сфирот. А келим ЗОН представляли собой семь келим: первое — только из Хеседа, второе — из Гвуры, третье — из Тиферет, четвертое — из Нецаха, пятое — только из Хода, шестое — только из Есода, седьмое — только из Малхут, и все его десять сфирот были включены в них. А кли Малхут состояло только из собственно ее Малхут, и все ее десять сфирот были включены в него.</w:t>
      </w:r>
    </w:p>
    <w:p>
      <w:pPr>
        <w:spacing w:before="40" w:after="120"/>
        <w:jc w:val="both"/>
      </w:pPr>
      <w:r>
        <w:rPr>
          <w:rFonts w:ascii="Georgia" w:hAnsi="Georgia"/>
          <w:b w:val="0"/>
          <w:i w:val="0"/>
          <w:color w:val="000000"/>
          <w:sz w:val="24"/>
        </w:rPr>
        <w:t>2) И еще одно отличие было в них до исправления: каждый находился один над другим, и ни один совершенно не облачался в другой. И тогда получается, что все вместе называлось одним парцуфом (ликом), притом без облачения какой-либо сфиры в другую, а величина высоты его уровня была в точности такой, как сейчас — во всю длину мира Ацилут.</w:t>
      </w:r>
    </w:p>
    <w:p>
      <w:pPr>
        <w:spacing w:before="40" w:after="120"/>
        <w:jc w:val="both"/>
      </w:pPr>
      <w:r>
        <w:rPr>
          <w:rFonts w:ascii="Georgia" w:hAnsi="Georgia"/>
          <w:b w:val="0"/>
          <w:i w:val="0"/>
          <w:color w:val="000000"/>
          <w:sz w:val="24"/>
        </w:rPr>
        <w:t>3) А после всего исправления добавились девять келим и нижняя половина в Кетере де-Атик. Кроме того, они облачились и распространились друг в друга, и благодаря этому келим бесконечно расширились и смогли выдержать все света, так что остались равными по высоте своего уровня.</w:t>
      </w:r>
    </w:p>
    <w:p>
      <w:pPr>
        <w:spacing w:before="40" w:after="120"/>
        <w:jc w:val="both"/>
      </w:pPr>
      <w:r>
        <w:rPr>
          <w:rFonts w:ascii="Georgia" w:hAnsi="Georgia"/>
          <w:b w:val="0"/>
          <w:i w:val="0"/>
          <w:color w:val="000000"/>
          <w:sz w:val="24"/>
        </w:rPr>
        <w:t>4) И добавились девять келим и нижняя половина Кетера в АА, и они также облачились друг в друга, и все келим де-Атик облачились внутрь келим де-АА.</w:t>
      </w:r>
    </w:p>
    <w:p>
      <w:pPr>
        <w:spacing w:before="40" w:after="120"/>
        <w:jc w:val="both"/>
      </w:pPr>
      <w:r>
        <w:rPr>
          <w:rFonts w:ascii="Georgia" w:hAnsi="Georgia"/>
          <w:b w:val="0"/>
          <w:i w:val="0"/>
          <w:color w:val="000000"/>
          <w:sz w:val="24"/>
        </w:rPr>
        <w:t>5) И добавились девять келим в Абе, помимо кли Хохма, которое уже было в нем изначально. Они также облачились друг в друга, и все келим де-АА и де-Атик облачились внутрь келим де-Аба.</w:t>
      </w:r>
    </w:p>
    <w:p>
      <w:pPr>
        <w:spacing w:before="40" w:after="120"/>
        <w:jc w:val="both"/>
      </w:pPr>
      <w:r>
        <w:rPr>
          <w:rFonts w:ascii="Georgia" w:hAnsi="Georgia"/>
          <w:b w:val="0"/>
          <w:i w:val="0"/>
          <w:color w:val="000000"/>
          <w:sz w:val="24"/>
        </w:rPr>
        <w:t>6) И добавились девять келим в Име, помимо кли Бина, которое уже было в ней изначально, и все келим де-Атик, де-АА и де-Аба также облачились внутрь нее.</w:t>
      </w:r>
    </w:p>
    <w:p>
      <w:pPr>
        <w:spacing w:before="40" w:after="120"/>
        <w:jc w:val="both"/>
      </w:pPr>
      <w:r>
        <w:rPr>
          <w:rFonts w:ascii="Georgia" w:hAnsi="Georgia"/>
          <w:b w:val="0"/>
          <w:i w:val="0"/>
          <w:color w:val="000000"/>
          <w:sz w:val="24"/>
        </w:rPr>
        <w:t>7) И добавились в ЗА три первых кли (КАХАБ) и последнее кли де-Малхут, помимо шести келим де-ВАК (шести концов), которые уже были в нем. Более того, каждое кли в нем включает в себя все десять келим, как известно, и так же во всех остальных парцуфим, и пойми это. Они также облачились друг в друга, и все келим де-Атик, де-АА и де-Аба ве-Има облачились внутрь ЗА.</w:t>
      </w:r>
    </w:p>
    <w:p>
      <w:pPr>
        <w:spacing w:before="40" w:after="120"/>
        <w:jc w:val="both"/>
      </w:pPr>
      <w:r>
        <w:rPr>
          <w:rFonts w:ascii="Georgia" w:hAnsi="Georgia"/>
          <w:b w:val="0"/>
          <w:i w:val="0"/>
          <w:color w:val="000000"/>
          <w:sz w:val="24"/>
        </w:rPr>
        <w:t>8) И добавились девять первых келим в Нукве, помимо кли Малхут в ней, которое уже было изначально. Они также облачились друг в друга, и все келим де-Атик, де-АА, де-Аба ве-Има и ЗА облачились внутрь ее келим. И ты уже знаешь, что мало того, что в каждом парцуфе есть десять полных келим, но еще и каждое кли из них включает десять келим и так далее. Получается, что десять келим расширились бесконечно, а величина высоты их уровня не изменилась, ведь они облачились друг в друга. Пойми это очень хорошо, и благодаря этому они смогли выдержать света.</w:t>
      </w:r>
    </w:p>
    <w:p>
      <w:pPr>
        <w:spacing w:before="40" w:after="120"/>
        <w:jc w:val="both"/>
      </w:pPr>
      <w:r>
        <w:rPr>
          <w:rFonts w:ascii="Georgia" w:hAnsi="Georgia"/>
          <w:b w:val="0"/>
          <w:i w:val="0"/>
          <w:color w:val="000000"/>
          <w:sz w:val="24"/>
        </w:rPr>
        <w:t>9) Итак, мы объяснили, что было до исправления и что стало по завершении всего исправления. Однако посередине происходило множество изменений, поскольку исправление шло постепенно. Ведь когда исправился Атик, исправилось все то, что относится к уровню Атика во всех десяти сфирот от него и ниже. Когда исправился АА, исправились все уровни кетеров, имеющиеся во всех келим от него и ниже, и в них образовались келим де-кетерим. Когда исправились Аба ве-Има, исправились все уровни келим де-ХУБ (Хохма и Бина), имеющиеся от них и ниже. Когда исправился ЗА, исправились все келим де-ВАК, имеющиеся от них и ниже в каждом кли из них. А когда исправилась Нуква, то есть Малхут, исправились келим де-Малхут в каждом кли из них, и тогда исправилась Нуква. Так мы объяснили это в общих чертах.</w:t>
      </w:r>
    </w:p>
    <w:p>
      <w:pPr>
        <w:spacing w:before="40" w:after="120"/>
        <w:jc w:val="both"/>
      </w:pPr>
      <w:r>
        <w:rPr>
          <w:rFonts w:ascii="Georgia" w:hAnsi="Georgia"/>
          <w:b w:val="0"/>
          <w:i w:val="0"/>
          <w:color w:val="000000"/>
          <w:sz w:val="24"/>
        </w:rPr>
        <w:t>10) Вот еще один основополагающий принцип исправления ЗА, и по нему мы поймем все остальные [парцуфим]: время исправления трех нижних [келим] не похоже на время исправления трех средних и на время исправления трех первых сфирот (ГАР). Семь нижних сфирот (ЗАТ), то есть семь его келим, формировались следующим образом: сначала было семь келим, и каждое из них состояло лишь из одного: Хесед — только из Хеседа, Гвура — из Гвуры, Тиферет — из Тиферет, Нецах — из Нецаха, Ход — из Хода, Есод — из Есода, Малхут — из Малхут. При зачатии (ибур) в каждое из этих семи келим добавились НЕХИ. Затем при вскармливании (яника) в каждое из этих семи начальных келим добавились ХАГАТ. А затем при получении света разума (мохин) в каждое из ЗАТ добавились ГАР. Кроме того, произошло еще одно развитие: появились три первых кли, каждое из которых включает десять, и все это совершилось при истинном взрослом состоянии (гадлут).</w:t>
      </w:r>
    </w:p>
    <w:p>
      <w:pPr>
        <w:spacing w:before="40" w:after="120"/>
        <w:jc w:val="both"/>
      </w:pPr>
      <w:r>
        <w:rPr>
          <w:rFonts w:ascii="Georgia" w:hAnsi="Georgia"/>
          <w:b w:val="0"/>
          <w:i w:val="0"/>
          <w:color w:val="000000"/>
          <w:sz w:val="24"/>
        </w:rPr>
        <w:t>11) И вот в трех первых келим есть: обратная сторона (ахор), середина и лицо (паним). В трех средних келим также есть три облачения, и в трех нижних келим — тоже три облачения.</w:t>
      </w:r>
    </w:p>
    <w:p>
      <w:pPr>
        <w:spacing w:before="40" w:after="120"/>
        <w:jc w:val="both"/>
      </w:pPr>
      <w:r>
        <w:rPr>
          <w:rFonts w:ascii="Georgia" w:hAnsi="Georgia"/>
          <w:b w:val="0"/>
          <w:i w:val="0"/>
          <w:color w:val="000000"/>
          <w:sz w:val="24"/>
        </w:rPr>
        <w:t>12) Получается, что при зачатии формируются только келим обратной стороны (келим де-ахораим) в трех нижних [сфирот] де-НЕХИ, где каждое кли включает в себя собственные НЕХИ и Малхут. Ведь до зачатия было лишь три кли де-ахор: одно — только из Нецаха, другое — только из Хода, а третье — только из Есода. [А благодаря зачатию в каждое из них добавились келим де-НЕХИМ (Нецах, Ход, Есод, Малхут).] В ХАГАТ же благодаря зачатию добавилось по три кли в каждое кли из них: ведь сначала было три кли де-ахор — одно только из Хеседа, другое только из Гвуры, а третье только из Тиферет, как сказано выше. А благодаря зачатию образовалось три кли де-ахор в кли Хесед — это Хесед и НЕХИМ в нем; три кли де-ахор в кли Гвура — это Гвура и НЕХИМ в нем; и три кли де-ахор в кли Тиферет — это Тиферет и НЕХИМ в нем. Однако в ГАР еще не было совершенно никакого кли.</w:t>
      </w:r>
    </w:p>
    <w:p>
      <w:pPr>
        <w:spacing w:before="40" w:after="120"/>
        <w:jc w:val="both"/>
      </w:pPr>
      <w:r>
        <w:rPr>
          <w:rFonts w:ascii="Georgia" w:hAnsi="Georgia"/>
          <w:b w:val="0"/>
          <w:i w:val="0"/>
          <w:color w:val="000000"/>
          <w:sz w:val="24"/>
        </w:rPr>
        <w:t>13) А при вскармливании к кли Хесед добавились келим Гвуры и Тиферет. К кли Гвура добавились келим Хеседа и Тиферет. К кли Тиферет добавились келим Хеседа и Гвуры. А к келим де-НЕХИ — ХАГАТ в каждое из них. Таким образом, получается шесть келим, каждое из которых включает в себя ЗАТ.</w:t>
      </w:r>
    </w:p>
    <w:p>
      <w:pPr>
        <w:spacing w:before="40" w:after="120"/>
        <w:jc w:val="both"/>
      </w:pPr>
      <w:r>
        <w:rPr>
          <w:rFonts w:ascii="Georgia" w:hAnsi="Georgia"/>
          <w:b w:val="0"/>
          <w:i w:val="0"/>
          <w:color w:val="000000"/>
          <w:sz w:val="24"/>
        </w:rPr>
        <w:t>14) А при взрослом состоянии в каждое кли из семи нижних келим добавились ГАР, и целиком добавились еще три первых кли, каждое из которых включает в себя десять полных келим.</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«Однако сущность была совершенной, а келим — маленькими… Ведь кли точки Атика…»</w:t>
      </w:r>
      <w:r>
        <w:rPr>
          <w:rFonts w:ascii="Georgia" w:hAnsi="Georgia"/>
          <w:b w:val="0"/>
          <w:i w:val="0"/>
          <w:color w:val="000000"/>
          <w:sz w:val="24"/>
        </w:rPr>
        <w:t xml:space="preserve"> — дело в том, что первая точка из ГАР де-Некудим разделяется на две: на Атик и АА. Подобно этому две точки, Хохма и Бина, разделяются на две части: их верхняя половина называется Аба ве-Има, или просто Хохма, или АБ, или кли Абы; а их нижняя половина называется ИШСУТ, или просто Бина, или САГ, или кли Имы. И это разделение каждой ступени на две половины на уровне глаз (эйнаим) уже разъяснялось выше в «Паним Меирот» на стр. 617 и стр. 620, см. там внимательно. Поэтому ГАР де-Некудим, представляющие собой три ступени КАХАБ, разделяются на шесть ступеней: Атик и Нуква, АА и Нуква, Аба ве-Има и ИШСУТ, где каждая ступень на самом деле является половиной ступени, как сказано выше. И ты уже знаешь, что эти ГАР де-Некудим представляют собой три головы, как написано в «Паним Меирот» в ветви 22, что в каждой из них есть десять сфирот, см. там внимательно. </w:t>
      </w:r>
      <w:r>
        <w:rPr>
          <w:rFonts w:ascii="Georgia" w:hAnsi="Georgia"/>
          <w:b/>
          <w:i w:val="0"/>
          <w:color w:val="000000"/>
          <w:sz w:val="24"/>
        </w:rPr>
        <w:t>«А келим ЗОН представляли собой семь келим…»</w:t>
      </w:r>
      <w:r>
        <w:rPr>
          <w:rFonts w:ascii="Georgia" w:hAnsi="Georgia"/>
          <w:b w:val="0"/>
          <w:i w:val="0"/>
          <w:color w:val="000000"/>
          <w:sz w:val="24"/>
        </w:rPr>
        <w:t xml:space="preserve"> — то есть лишь семь Малхут, а именно уровень Асия двух ступеней: Зеира и его Нуквы, как написано в «Паним Меирот» в ветви 27 на стр. 482. И получается, что от ГАР у него не было даже их Малхут, а лишь от ЗАТ у него было семь их Малхут, и недоставало ему также девяти первых сфирот этих ЗАТ.</w:t>
      </w:r>
    </w:p>
    <w:p>
      <w:pPr>
        <w:spacing w:before="40" w:after="120"/>
        <w:jc w:val="both"/>
      </w:pPr>
      <w:r>
        <w:rPr>
          <w:rFonts w:ascii="Georgia" w:hAnsi="Georgia"/>
          <w:b w:val="0"/>
          <w:i w:val="0"/>
          <w:color w:val="000000"/>
          <w:sz w:val="24"/>
        </w:rPr>
        <w:t xml:space="preserve">2) </w:t>
      </w:r>
      <w:r>
        <w:rPr>
          <w:rFonts w:ascii="Georgia" w:hAnsi="Georgia"/>
          <w:b/>
          <w:i w:val="0"/>
          <w:color w:val="000000"/>
          <w:sz w:val="24"/>
        </w:rPr>
        <w:t>«И еще одно отличие…»</w:t>
      </w:r>
      <w:r>
        <w:rPr>
          <w:rFonts w:ascii="Georgia" w:hAnsi="Georgia"/>
          <w:b w:val="0"/>
          <w:i w:val="0"/>
          <w:color w:val="000000"/>
          <w:sz w:val="24"/>
        </w:rPr>
        <w:t xml:space="preserve"> — это уже объяснялось выше в «Паним Меирот» на стр. 410, начиная со слов «Однако…», см. там.</w:t>
      </w:r>
    </w:p>
    <w:p>
      <w:pPr>
        <w:spacing w:before="40" w:after="120"/>
        <w:jc w:val="both"/>
      </w:pPr>
      <w:r>
        <w:rPr>
          <w:rFonts w:ascii="Georgia" w:hAnsi="Georgia"/>
          <w:b w:val="0"/>
          <w:i w:val="0"/>
          <w:color w:val="000000"/>
          <w:sz w:val="24"/>
        </w:rPr>
        <w:t xml:space="preserve">3) </w:t>
      </w:r>
      <w:r>
        <w:rPr>
          <w:rFonts w:ascii="Georgia" w:hAnsi="Georgia"/>
          <w:b/>
          <w:i w:val="0"/>
          <w:color w:val="000000"/>
          <w:sz w:val="24"/>
        </w:rPr>
        <w:t>«А после всего исправления добавились… так что остались равными по высоте своего уровня»</w:t>
      </w:r>
      <w:r>
        <w:rPr>
          <w:rFonts w:ascii="Georgia" w:hAnsi="Georgia"/>
          <w:b w:val="0"/>
          <w:i w:val="0"/>
          <w:color w:val="000000"/>
          <w:sz w:val="24"/>
        </w:rPr>
        <w:t xml:space="preserve"> — то есть как сказано выше в конце ветви 43: в будущем, когда исправится весь уровень САГ, и оживут все мелахим, и окончательно выяснятся согласно сказанному: </w:t>
      </w:r>
      <w:r>
        <w:rPr>
          <w:rFonts w:ascii="Georgia" w:hAnsi="Georgia"/>
          <w:b w:val="0"/>
          <w:i/>
          <w:color w:val="000000"/>
          <w:sz w:val="24"/>
        </w:rPr>
        <w:t>«Поглотит Он смерть навеки»</w:t>
      </w:r>
      <w:r>
        <w:rPr>
          <w:rFonts w:ascii="Georgia" w:hAnsi="Georgia"/>
          <w:b w:val="0"/>
          <w:i w:val="0"/>
          <w:color w:val="000000"/>
          <w:sz w:val="24"/>
        </w:rPr>
        <w:t xml:space="preserve"> (Йешаяу 25:8), тогда имя САГ вернется к своему прежнему состоянию и так далее, до сих пор его слова. Ведь тогда все эти ступени и парцуфим, которые выделились из Источника и вышли благодаря силе Некудим и силе нового МА в мирах АБЕА, объединятся и свяжутся все в один парцуф, начинающийся от хазе де-АК — где находится пэ де-рош де-САГ де-АК, существовавший до исправления МАН, — и заканчивающийся в точке этого мира, подобно внутреннему АК. То есть в точности как первое распространение гуф де-САГ, представляющее собой десять полных сфирот одинаковой высоты уровня, распространившихся в качестве внутренней части и завершения (тох-соф) де-САГ вплоть до точки этого мира. И в этом смысл стиха: </w:t>
      </w:r>
      <w:r>
        <w:rPr>
          <w:rFonts w:ascii="Georgia" w:hAnsi="Georgia"/>
          <w:b w:val="0"/>
          <w:i/>
          <w:color w:val="000000"/>
          <w:sz w:val="24"/>
        </w:rPr>
        <w:t>«И встанут ноги Его в тот день на Масличной горе»</w:t>
      </w:r>
      <w:r>
        <w:rPr>
          <w:rFonts w:ascii="Georgia" w:hAnsi="Georgia"/>
          <w:b w:val="0"/>
          <w:i w:val="0"/>
          <w:color w:val="000000"/>
          <w:sz w:val="24"/>
        </w:rPr>
        <w:t xml:space="preserve"> (Зхарья 14:4). В этом заключается тайна отмены имени МА, начинающегося от табура де-АК, где расположена стадия никвей эйнаим первой головы де-БОН. В будущем эта граница никвей эйнаим и лба (мэцах), представляющая собой тайну табура, полностью аннулируется, так как АХАП навечно вернутся на один уровень с Гальгальтой и эйнаим, подобно тому как это было до подъема МАН в никвей эйнаим, когда гуф де-САГ начинался от хазе де-АК, и все десять сфирот — Гальгальта, эйнаим и АХАП — были одинаковой высоты уровня до хазе, как известно из предыдущих ветвей. [1 — «Ор Пними» в начале]</w:t>
      </w:r>
    </w:p>
    <w:p>
      <w:pPr>
        <w:spacing w:before="40" w:after="120"/>
        <w:jc w:val="both"/>
      </w:pPr>
      <w:r>
        <w:rPr>
          <w:rFonts w:ascii="Georgia" w:hAnsi="Georgia"/>
          <w:b w:val="0"/>
          <w:i w:val="0"/>
          <w:color w:val="000000"/>
          <w:sz w:val="24"/>
        </w:rPr>
        <w:t xml:space="preserve">Об этом и говорит здесь [Учитель]: </w:t>
      </w:r>
      <w:r>
        <w:rPr>
          <w:rFonts w:ascii="Georgia" w:hAnsi="Georgia"/>
          <w:b/>
          <w:i w:val="0"/>
          <w:color w:val="000000"/>
          <w:sz w:val="24"/>
        </w:rPr>
        <w:t>«А после всего исправления добавились девять келим и нижняя половина в Кетере; кроме того, они облачились и распространились друг в друга, и благодаря этому келим бесконечно расширились и смогли выдержать все света, так что остались равными по высоте своего уровня»</w:t>
      </w:r>
      <w:r>
        <w:rPr>
          <w:rFonts w:ascii="Georgia" w:hAnsi="Georgia"/>
          <w:b w:val="0"/>
          <w:i w:val="0"/>
          <w:color w:val="000000"/>
          <w:sz w:val="24"/>
        </w:rPr>
        <w:t>, до сих пор его слова. И этим он указывает нам на два важнейших принципа:</w:t>
      </w:r>
    </w:p>
    <w:p>
      <w:pPr>
        <w:spacing w:before="40" w:after="120"/>
        <w:jc w:val="both"/>
      </w:pPr>
      <w:r>
        <w:rPr>
          <w:rFonts w:ascii="Georgia" w:hAnsi="Georgia"/>
          <w:b w:val="0"/>
          <w:i w:val="0"/>
          <w:color w:val="000000"/>
          <w:sz w:val="24"/>
        </w:rPr>
        <w:t>Первый: даже после всего исправления, когда отменится имя МА, сочетание ступеней, вышедших в мирах АБЕА, нисколько от этого не убудет, ведь все ступени и все парцуфим останутся навечно.</w:t>
      </w:r>
    </w:p>
    <w:p>
      <w:pPr>
        <w:spacing w:before="40" w:after="120"/>
        <w:jc w:val="both"/>
      </w:pPr>
      <w:r>
        <w:rPr>
          <w:rFonts w:ascii="Georgia" w:hAnsi="Georgia"/>
          <w:b w:val="0"/>
          <w:i w:val="0"/>
          <w:color w:val="000000"/>
          <w:sz w:val="24"/>
        </w:rPr>
        <w:t>Второй же принцип заключается в том, что достоинство всех этих ступеней от мала до велика будет одинаковой высоты уровня, так что даже самая нижняя ступень на дне Асии возвысится до Кетера де-гуф де-САГ де-АК, находящегося выше мира Некудим. Таким образом, все ступени, которые нисходили и выходили одна под другой в длину до конца мира Асия, теперь поднимаются и облачаются друг на друга по толщине (бе-ови) на равную высоту уровня. В этом и заключается огромное, бесконечное расширение: ведь все многочисленные частные детали, раскрывшиеся и вышедшие во всех мирах АБЕА на протяжении всех шести тысяч лет, оказываются облачающимися друг на друга по толщине вплоть до Кетера де-САГ де-АК изначального, так что высоты нижних ступеней умножаются во всех мирах, и пойми это.</w:t>
      </w:r>
    </w:p>
    <w:p>
      <w:pPr>
        <w:spacing w:before="40" w:after="120"/>
        <w:jc w:val="both"/>
      </w:pPr>
      <w:r>
        <w:rPr>
          <w:rFonts w:ascii="Georgia" w:hAnsi="Georgia"/>
          <w:b w:val="0"/>
          <w:i w:val="0"/>
          <w:color w:val="000000"/>
          <w:sz w:val="24"/>
        </w:rPr>
        <w:t xml:space="preserve">9) </w:t>
      </w:r>
      <w:r>
        <w:rPr>
          <w:rFonts w:ascii="Georgia" w:hAnsi="Georgia"/>
          <w:b/>
          <w:i w:val="0"/>
          <w:color w:val="000000"/>
          <w:sz w:val="24"/>
        </w:rPr>
        <w:t>«Итак, мы объяснили, что было до исправления и что стало по завершении всего исправления. Однако посередине происходило множество изменений…»</w:t>
      </w:r>
      <w:r>
        <w:rPr>
          <w:rFonts w:ascii="Georgia" w:hAnsi="Georgia"/>
          <w:b w:val="0"/>
          <w:i w:val="0"/>
          <w:color w:val="000000"/>
          <w:sz w:val="24"/>
        </w:rPr>
        <w:t xml:space="preserve"> — ведь до начала всякого исправления три первые [сфиры] представляли собой лишь половины ступеней, а до ЗАТ вовсе не дошло света глаз (эйнаим), и потому в них было лишь семь Малхут, и недоставало девяти первых даже в каждой из ЗАТ, а от ГАР у них не было вообще ничего. Также было объяснено, что произошло после завершения всего исправления, когда все ступени, вышедшие на протяжении шести тысяч лет одна под другой в длину, поднялись, исправились и облачили друг друга по толщине при равной высоте уровня. Но посередине происходило множество изменений, поскольку исправление начиналось постепенно, сверху вниз. Это подобно человеку, тонущему в трясине выше головы: сначала вытаскивают его голову, затем тело, а затем ноги. Точно так же и тот парцуф ЗАТ, который родился в мире Некудим и протянулся до точки этого мира, а затем разбился, умер, и искры его рассеялись по мирам БЕА, и раскрылись клипот, как сказано выше, — — так вот, его исправление состоит в том, чтобы вернуть его к высоте уровня Ацилута, как прежде: сначала извлекается и исправляется голова, затем тело, а затем ноги, то есть сверху вниз. И об этом [Учитель] говорит: </w:t>
      </w:r>
      <w:r>
        <w:rPr>
          <w:rFonts w:ascii="Georgia" w:hAnsi="Georgia"/>
          <w:b/>
          <w:i w:val="0"/>
          <w:color w:val="000000"/>
          <w:sz w:val="24"/>
        </w:rPr>
        <w:t>«Когда исправился Атик, исправилось все то, что относится к уровню Атика во всех десяти сфирот от него и ниже»</w:t>
      </w:r>
      <w:r>
        <w:rPr>
          <w:rFonts w:ascii="Georgia" w:hAnsi="Georgia"/>
          <w:b w:val="0"/>
          <w:i w:val="0"/>
          <w:color w:val="000000"/>
          <w:sz w:val="24"/>
        </w:rPr>
        <w:t>. То есть они исправились не все разом, а сначала голова; а поскольку она уже была разделена на две половины, сначала исправилась ее верхняя половина, представляющая собой тайну Атика, и тогда из АА, Аба ве-Има и ЗОН еще не исправилось ничего, пока не завершилось исправление уровня Атика. Затем исправилась нижняя половина головы и так далее подобным же образом. И точно так же, когда исправился мир Ацилут, из миров БЕА еще ничего не исправилось, как сказано в словах Учителя выше, в ветви 40, см. там. А остальное сказанное здесь Учителем разъяснится на своем месте с Б-жьей помощью.</w:t>
      </w:r>
    </w:p>
    <w:p>
      <w:pPr>
        <w:spacing w:before="40" w:after="120"/>
        <w:jc w:val="both"/>
      </w:pPr>
      <w:r>
        <w:rPr>
          <w:rFonts w:ascii="Georgia" w:hAnsi="Georgia"/>
          <w:b w:val="0"/>
          <w:i w:val="0"/>
          <w:color w:val="000000"/>
          <w:sz w:val="24"/>
        </w:rPr>
        <w:t xml:space="preserve">11) </w:t>
      </w:r>
      <w:r>
        <w:rPr>
          <w:rFonts w:ascii="Georgia" w:hAnsi="Georgia"/>
          <w:b/>
          <w:i w:val="0"/>
          <w:color w:val="000000"/>
          <w:sz w:val="24"/>
        </w:rPr>
        <w:t>«И вот в трех первых келим есть обратная сторона, середина и лицо…»</w:t>
      </w:r>
      <w:r>
        <w:rPr>
          <w:rFonts w:ascii="Georgia" w:hAnsi="Georgia"/>
          <w:b w:val="0"/>
          <w:i w:val="0"/>
          <w:color w:val="000000"/>
          <w:sz w:val="24"/>
        </w:rPr>
        <w:t xml:space="preserve"> — пояснение: каждый парцуф рассматривается по частям: голова, внутренняя часть и завершение (рош, тох, соф). Три первых кли — это уровень рош и ХАБАД, три средних кли — это уровень тох и ХАГАТ, а три нижних кли — это уровень соф и НЕХИМ. Кроме того, в каждом парцуфе следует различать состояния зачатия, вскармливания и света разума (ибур, яника, мохин): при зачатии он обретает келим обратной стороны (келим де-ахораим), при вскармливании — средние келим, а при получении мохин — келим лица (келим де-паним). И эти три уровня также называются облачениями (левушим), поскольку облачаются друг в друга. Об этом и сказано, что в трех первых келим есть обратная сторона, середина и лицо. То есть на уровне рош, представляющем собой ХАБАД, есть три облачения одно внутри другого, называемые ахор, середина и паним. И точно так же на уровне тох, представляющем собой три средних кли, есть три облачения, называемые ахор, середина и паним. И так же на уровне соф есть три облачения: ахор, середина и паним, где уровень ахор он постигает благодаря силе зачатия, средний уровень постигает благодаря силе вскармливания, а уровень паним постигает лишь с приходом мохин и ГАР, как сказано выше.</w:t>
      </w:r>
    </w:p>
    <w:p>
      <w:pPr>
        <w:spacing w:before="40" w:after="120"/>
        <w:jc w:val="both"/>
      </w:pPr>
      <w:r>
        <w:rPr>
          <w:rFonts w:ascii="Georgia" w:hAnsi="Georgia"/>
          <w:b w:val="0"/>
          <w:i w:val="0"/>
          <w:color w:val="000000"/>
          <w:sz w:val="24"/>
        </w:rPr>
        <w:t xml:space="preserve">12) </w:t>
      </w:r>
      <w:r>
        <w:rPr>
          <w:rFonts w:ascii="Georgia" w:hAnsi="Georgia"/>
          <w:b/>
          <w:i w:val="0"/>
          <w:color w:val="000000"/>
          <w:sz w:val="24"/>
        </w:rPr>
        <w:t>«Получается, что при зачатии формируются только келим обратной стороны…»</w:t>
      </w:r>
      <w:r>
        <w:rPr>
          <w:rFonts w:ascii="Georgia" w:hAnsi="Georgia"/>
          <w:b w:val="0"/>
          <w:i w:val="0"/>
          <w:color w:val="000000"/>
          <w:sz w:val="24"/>
        </w:rPr>
        <w:t xml:space="preserve"> — ведь в ЗА всегда есть шесть келим ХАГАТ-НЕХИ, даже при зачатии, однако они представляют собой лишь шесть Малхут в них: Малхут де-Хесед, Малхут де-Гвура и так далее. И получается, что благодаря силе зачатия в каждом из них формируются три кли де-ахораим, называемые НЕХИ, ведь к нему добавились НЕХИ в Хеседе, НЕХИ в Гвуре, НЕХИ в Тиферет, НЕХИ в Нецахе, НЕХИ в Ходе и НЕХИ в Есоде. И значит, теперь у него есть по четыре кли де-НЕХИМ в каждом из шести концов, то есть: НЕХИМ в Хеседе, НЕХИМ в Гвуре и так далее. Ведь шесть Малхут де-ВАК были у него изначально от его корня в мире Некудим, а благодаря зачатию добавилось шесть аспектов НЕХИ — для каждого края из ВАК силой зачатия в каждом из них. И все эти шесть аспектов НЕХИ называются келим де-ахораим, и обретает он теперь 18 келим, так как Есод и Малхут считаются здесь одним целым: ведь пока нет ударного соединения (зивуг) на экран (масах), Есод и Малхут рассматриваются как одно. И оказывается, что теперь у него есть два уровня нефеш: нефеш де-нефеш и нефеш де-руах.</w:t>
      </w:r>
    </w:p>
    <w:p>
      <w:pPr>
        <w:spacing w:before="40" w:after="120"/>
        <w:jc w:val="both"/>
      </w:pPr>
      <w:r>
        <w:rPr>
          <w:rFonts w:ascii="Georgia" w:hAnsi="Georgia"/>
          <w:b w:val="0"/>
          <w:i w:val="0"/>
          <w:color w:val="000000"/>
          <w:sz w:val="24"/>
        </w:rPr>
        <w:t xml:space="preserve">13) </w:t>
      </w:r>
      <w:r>
        <w:rPr>
          <w:rFonts w:ascii="Georgia" w:hAnsi="Georgia"/>
          <w:b/>
          <w:i w:val="0"/>
          <w:color w:val="000000"/>
          <w:sz w:val="24"/>
        </w:rPr>
        <w:t>«А при вскармливании к кли Хесед добавились келим Гвуры и Тиферет…»</w:t>
      </w:r>
      <w:r>
        <w:rPr>
          <w:rFonts w:ascii="Georgia" w:hAnsi="Georgia"/>
          <w:b w:val="0"/>
          <w:i w:val="0"/>
          <w:color w:val="000000"/>
          <w:sz w:val="24"/>
        </w:rPr>
        <w:t xml:space="preserve"> — то есть он уже обрел благодаря зачатию шесть уровней НЕХИМ в своих ХАГАТ-НЕХИ, как сказано выше. И оказывается, что в кли Хесед у него уже есть четыре сфиры НЕХИМ сфиры Хесед, а теперь благодаря вскармливанию к нему добавятся еще три средних кли, называемые ХАГАТ де-Хесед, и значит, у него есть шесть келим в самом Хеседе. Подобным же образом к нему добавились ХАГАТ в кли Гвура, а НЕХИМ у него уже есть, и у него есть полные ВАК также и в Гвуре, и так же во всех остальных. Получается, что теперь у него уже есть 36 келим, поскольку каждый край обретает полные ВАК. И по-прежнему Есод и Малхут считаются за одно, как сказано выше, см. там внимательно. Оказывается, что теперь у него есть два уровня — нефеш и руах: ГАР де-нефеш и ГАР де-руах.</w:t>
      </w:r>
    </w:p>
    <w:p>
      <w:pPr>
        <w:spacing w:before="40" w:after="120"/>
        <w:jc w:val="both"/>
      </w:pPr>
      <w:r>
        <w:rPr>
          <w:rFonts w:ascii="Georgia" w:hAnsi="Georgia"/>
          <w:b w:val="0"/>
          <w:i w:val="0"/>
          <w:color w:val="000000"/>
          <w:sz w:val="24"/>
        </w:rPr>
        <w:t xml:space="preserve">14) </w:t>
      </w:r>
      <w:r>
        <w:rPr>
          <w:rFonts w:ascii="Georgia" w:hAnsi="Georgia"/>
          <w:b/>
          <w:i w:val="0"/>
          <w:color w:val="000000"/>
          <w:sz w:val="24"/>
        </w:rPr>
        <w:t>«А при взрослом состоянии в каждое кли из семи нижних келим добавились ГАР, и целиком добавились еще три первых кли…»</w:t>
      </w:r>
      <w:r>
        <w:rPr>
          <w:rFonts w:ascii="Georgia" w:hAnsi="Georgia"/>
          <w:b w:val="0"/>
          <w:i w:val="0"/>
          <w:color w:val="000000"/>
          <w:sz w:val="24"/>
        </w:rPr>
        <w:t xml:space="preserve"> — ведь до сих пор ему все еще недоставало уровня ГАР самих шести концов, поскольку в каждом кли из ВАК у него были лишь ХАГАТ-НЕХИМ, где ХАГАТ-НЕХИМ де-НЕХИ — это тайна нефеш-руах де-нефеш, а ХАГАТ-НЕХИМ де-ХАГАТ — это тайна нефеш-руах де-руах. Получается, что ему недоставало ГАР самих нефеш и руах, а также общих ГАР: НАРАНХАЙ де-нешама, НАРАНХАЙ де-хая, НАРАНХАЙ де-ехида. Поэтому теперь благодаря приходу мохин де-ГАР к нему добавились ГАР [и завершились] НЕХИ в каждом краю. И таким образом восполнились десять сфирот в каждом краю, то есть шестьдесят сфирот. И восполнились две ступени — нефеш и руах, так что теперь у него уже есть НАРАНХАЙ де-нефеш и НАРАНХАЙ де-руах.</w:t>
      </w:r>
    </w:p>
    <w:p>
      <w:pPr>
        <w:spacing w:before="40" w:after="120"/>
        <w:jc w:val="both"/>
      </w:pPr>
      <w:r>
        <w:rPr>
          <w:rFonts w:ascii="Georgia" w:hAnsi="Georgia"/>
          <w:b w:val="0"/>
          <w:i w:val="0"/>
          <w:color w:val="000000"/>
          <w:sz w:val="24"/>
        </w:rPr>
        <w:t xml:space="preserve">Но ему все еще недостает общих ГАР, в каждой из которых есть десять сфирот, как и в упомянутых ВАК. И это он также постигает благодаря приходу мохин, и тогда у него есть девяносто (буква цади, </w:t>
      </w:r>
      <w:r>
        <w:rPr>
          <w:rFonts w:ascii="Georgia" w:hAnsi="Georgia" w:cs="Times New Roman"/>
          <w:b/>
          <w:i w:val="0"/>
          <w:color w:val="000000"/>
          <w:sz w:val="24"/>
          <w:rtl/>
          <w:szCs w:val="32"/>
        </w:rPr>
        <w:t>צ</w:t>
      </w:r>
      <w:r>
        <w:rPr>
          <w:rFonts w:ascii="Georgia" w:hAnsi="Georgia"/>
          <w:b w:val="0"/>
          <w:i w:val="0"/>
          <w:color w:val="000000"/>
          <w:sz w:val="24"/>
        </w:rPr>
        <w:t xml:space="preserve"> = 90) сфирот, и завершается высота его уровня на ступени головы и нешама, и оказывается, что теперь у него есть три полные ступени: НАРАНХАЙ де-нефеш, НАРАНХАЙ де-руах и НАРАНХАЙ де-нешама. Таким образом, со стороны своего корня из мира Некудим у него есть лишь шесть Малхут де-ВАК; благодаря зачатию к нему добавилось по три кли обратной стороны, называемых НЕХИ, в каждом из них, и у него появилось 18 келим де-ахор. Благодаря вскармливанию к нему добавилось по три средних кли на каждом краю, называемых ХАГАТ в каждом краю, и теперь у него 36 келим: 18 де-ахор и 18 средних. А при взрослом состоянии к нему добавилось еще по три кли лица на каждом краю, называемых ХАБАД, и тем самым ВАК завершаются до десяти сфирот, и у него появляется шестьдесят келим. Причем здесь и Малхут входят в счет: шесть Малхут, 18 де-ахор, 18 средних и 18 де-паним. И все это все еще уровень тела без головы, ведь в итоге у него есть только ХАГАТ-НЕХИ, в каждом из которых по десять келим.</w:t>
      </w:r>
    </w:p>
    <w:p>
      <w:pPr>
        <w:spacing w:before="40" w:after="120"/>
        <w:jc w:val="both"/>
      </w:pPr>
      <w:r>
        <w:rPr>
          <w:rFonts w:ascii="Georgia" w:hAnsi="Georgia"/>
          <w:b w:val="0"/>
          <w:i w:val="0"/>
          <w:color w:val="000000"/>
          <w:sz w:val="24"/>
        </w:rPr>
        <w:t>И поэтому благодаря взрослому состоянию к нему добавились также три кли ХАБАД де-нешама, в каждом из которых по десять сфирот, и тогда у него появляется голова, представляющая собой тайну НАРАНХАЙ де-нешама. А затем благодаря второму взрослому состоянию он постигает НАРАНХАЙ де-хая, а затем благодаря третьему взрослому состоянию постигает НАРАНХАЙ де-ехида, как будет подробно разъяснено в следующих ветвях с Б-жьей помощью.</w:t>
      </w:r>
    </w:p>
    <w:p>
      <w:r>
        <w:br w:type="page"/>
      </w:r>
    </w:p>
    <w:p>
      <w:pPr>
        <w:keepNext/>
        <w:spacing w:before="360" w:after="160"/>
        <w:jc w:val="center"/>
      </w:pPr>
      <w:r>
        <w:rPr>
          <w:rFonts w:ascii="Georgia" w:hAnsi="Georgia"/>
          <w:b w:val="0"/>
          <w:i w:val="0"/>
          <w:color w:val="000000"/>
          <w:sz w:val="40"/>
        </w:rPr>
        <w:t>Ветвь 46</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Частные подробности конечной цели исправления (как упоминалось выше согласно приведенным исследованиям), после глубочайшего изучения, таковы. Весь мир Ацилут, представляющий собой пять парцуфим, образуется из двух стадий (бхинот): имени МА и [имени] БОН, которое вначале называлось именем САГ. А поскольку оно относится к стадии огласовок (некудот) имени САГ, имя БОН называется миром Некудим (олам а-некудот), и помни это. При этом имя МА — мужское начало (захар), а имя БОН — женское (нуква); и одно из них — руах, а другое — нефеш.</w:t>
      </w:r>
    </w:p>
    <w:p>
      <w:pPr>
        <w:spacing w:before="40" w:after="120"/>
        <w:jc w:val="both"/>
      </w:pPr>
      <w:r>
        <w:rPr>
          <w:rFonts w:ascii="Georgia" w:hAnsi="Georgia"/>
          <w:b w:val="0"/>
          <w:i w:val="0"/>
          <w:color w:val="000000"/>
          <w:sz w:val="24"/>
        </w:rPr>
        <w:t>2) В парцуфе Атик есть имя МА — мужское начало в нем, и БОН — женское начало в нем. Точно так же и в АА: МА — мужское начало, а БОН — женское. Однако далее [строение] было уже иным: там произошли два изменения, которые, по сути, представляют собой одно целое. Дело в том, что в АА и Атике мужское и женское начала в каждом из них были соединены вместе в один парцуф: ведь Атик и его Нуква образуют единый парцуф, поэтому мужское начало состояло исключительно из МА, а женское — исключительно из БОН; то же самое относится и к АА. Однако далее мужские начала отделились от женских, поскольку Аба — мужское начало, а Има — женское, и они не соединены так, как в Атике и АА, но разделены на два отдельных парцуфа: мужской сам по себе и женский сам по себе. Это привело и к другому изменению: поскольку они разделены, если бы мужское начало состояло только из МА, а женское — только из БОН, между ними возникло бы полное разделение, и не произошло бы смягчения судов. Поэтому мужское начало непременно должно включать в себя как МА, так и БОН — Хесед и Дин, и точно так же женское начало включает в себя как МА, так и БОН — Хесед и Дин. Благодаря этому между мужским и женским началами возникает определенная связь, хотя они и не соединены полностью как мужское и женское [в одном лице], подобно парцуфу Атик или парцуфу АА. То же самое относится и к ЗОН.</w:t>
      </w:r>
    </w:p>
    <w:p>
      <w:pPr>
        <w:spacing w:before="40" w:after="120"/>
        <w:jc w:val="both"/>
      </w:pPr>
      <w:r>
        <w:rPr>
          <w:rFonts w:ascii="Georgia" w:hAnsi="Georgia"/>
          <w:b w:val="0"/>
          <w:i w:val="0"/>
          <w:color w:val="000000"/>
          <w:sz w:val="24"/>
        </w:rPr>
        <w:t>3) Получается, что в соответствии с этим четыре мужских начала и четыре женских составляют Ацилут в целом. При этом два высших мужских и два высших женских начала образуют попарно по одному парцуфу: первая пара представляет собой один парцуф, называемый Атик, где мужское начало состоит только из МА, а женское — только из БОН; вторая пара — это один парцуф АА, где мужское начало состоит только из МА, а женское — только из БОН. Однако третья пара — Аба ве-Има — это два парцуфа, мужской и женский, где мужской составлен из МА и БОН, и женский — из МА и БОН.</w:t>
      </w:r>
    </w:p>
    <w:p>
      <w:pPr>
        <w:spacing w:before="40" w:after="120"/>
        <w:jc w:val="both"/>
      </w:pPr>
      <w:r>
        <w:rPr>
          <w:rFonts w:ascii="Georgia" w:hAnsi="Georgia"/>
          <w:b w:val="0"/>
          <w:i w:val="0"/>
          <w:color w:val="000000"/>
          <w:sz w:val="24"/>
        </w:rPr>
        <w:t>4) Оказывается, что всё совокупное [строение] Ацилута образуется из МА и БОН в их совокупности. При этом каждое из этих [имен] содержит четыре ступени, ведь имя МА включает в себя АБ, САГ, МА, БОН, и точно так же имя БОН включает в себя АБ, САГ, МА, БОН. И вот мужское начало Атика взяло АБ де-МА, что является Кетер де-МА, а Нуква взяла верхнюю половину АБ де-БОН, то есть половину Кетер де-БОН. Мужское начало АА взяло САГ де-МА, что является Хохма, а Нуква взяла нижнюю половину АБ де-БОН, то есть нижнюю половину Кетер де-БОН. Аба (мужское начало) взял половину МА де-МА, которая представляет собой правую линию, и половину средней линии Бины де-МА. А Има (женское начало) взяла половину МА де-МА, которая представляет собой левую линию, и половину средней линии Бины де-МА.</w:t>
      </w:r>
    </w:p>
    <w:p>
      <w:pPr>
        <w:spacing w:before="40" w:after="120"/>
        <w:jc w:val="both"/>
      </w:pPr>
      <w:r>
        <w:rPr>
          <w:rFonts w:ascii="Georgia" w:hAnsi="Georgia"/>
          <w:b w:val="0"/>
          <w:i w:val="0"/>
          <w:color w:val="000000"/>
          <w:sz w:val="24"/>
        </w:rPr>
        <w:t>5) Однако в отношении имени БОН распределение было иным: Аба взял Хохму — САГ де-БОН, а Има взяла Бину — МА де-БОН. ЗА взял ВАК де-БОН де-МА и ВАК де-БОН де-БОН. А Нуква взяла Малхут де-БОН де-МА и Малхут де-БОН де-БОН. И знай, что имя МА содержит лицевую и обратную стороны (паним и ахор), внутреннее и внешнее, и всё это — в келим. Точно так же и в светах: обратная и лицевая стороны, внутренний и окружающий свет; и пойми это со всей глубиной.</w:t>
      </w:r>
    </w:p>
    <w:p>
      <w:pPr>
        <w:spacing w:before="40" w:after="120"/>
        <w:jc w:val="both"/>
      </w:pPr>
      <w:r>
        <w:rPr>
          <w:rFonts w:ascii="Georgia" w:hAnsi="Georgia"/>
          <w:b w:val="0"/>
          <w:i w:val="0"/>
          <w:color w:val="000000"/>
          <w:sz w:val="24"/>
        </w:rPr>
        <w:t>6) И вот мелахим, правившие в земле Эдом, — это упомянутые десять сфирот совокупного БОН. Первая точка — это Кетер де-БОН, являющийся Нуквой Атика и АА. Вторая точка — Аба, то есть сторона БОН в нем. Третья точка — Има, то есть сторона БОН в ней. И каждая из этих трех точек включала в себя десять полных точек. Однако затем вышла четвертая точка, и она вышла не состоящей из десяти точек, а лишь с шестью своими нижними точками, и потому она называется шестью точками, а вместе с ГАР получается девять точек. После этого вышла пятая точка, и она вышла не состоящей из своих десяти точек, а лишь как одна точка — десятая часть той точки. Выходит, что в корне их всего пять точек, хотя они и называются десятью точками БОН; и именно они вышли первыми, разбились и умерли.</w:t>
      </w:r>
    </w:p>
    <w:p>
      <w:pPr>
        <w:spacing w:before="40" w:after="120"/>
        <w:jc w:val="both"/>
      </w:pPr>
      <w:r>
        <w:rPr>
          <w:rFonts w:ascii="Georgia" w:hAnsi="Georgia"/>
          <w:b w:val="0"/>
          <w:i w:val="0"/>
          <w:color w:val="000000"/>
          <w:sz w:val="24"/>
        </w:rPr>
        <w:t>7) И знай: мало того, что они вышли на уровне Ацилута, который представляет собой лицевую сторону (паним) БОН, — вместе с ними вышли и их обратные стороны (ахораим), представляющие собой миры БЕА. И знай, что и в Ацилуте есть лицевая и обратная стороны, однако все они считаются внутренними по отношению к БЕА, являющимся внешними. Смысл здесь в том, что в мире Брия находилась внешняя часть лицевой стороны БОН, в Ецира — внешняя часть обратной стороны БОН, а в Асия — еще более внешняя часть обратной стороны БОН. И когда они разбились, из всего разбитого исправилась лишь малая часть; выяснение же их не завершится вплоть до прихода Машиаха, вскоре, в наши дни, амен.</w:t>
      </w:r>
    </w:p>
    <w:p>
      <w:pPr>
        <w:keepNext/>
        <w:spacing w:before="320" w:after="120"/>
      </w:pPr>
      <w:r>
        <w:rPr>
          <w:rFonts w:ascii="Georgia" w:hAnsi="Georgia"/>
          <w:b w:val="0"/>
          <w:i w:val="0"/>
          <w:color w:val="000000"/>
          <w:sz w:val="32"/>
        </w:rPr>
        <w:t>Паним Масбирот</w:t>
      </w:r>
    </w:p>
    <w:p>
      <w:pPr>
        <w:spacing w:before="40" w:after="120"/>
        <w:jc w:val="both"/>
      </w:pPr>
      <w:r>
        <w:rPr>
          <w:rFonts w:ascii="Georgia" w:hAnsi="Georgia"/>
          <w:b w:val="0"/>
          <w:i w:val="0"/>
          <w:color w:val="000000"/>
          <w:sz w:val="24"/>
        </w:rPr>
        <w:t>1) Прежде чем углубиться в подробности мира Исправления, которые глубже моря, нам необходимо сначала составить общее представление о различии между совокупными МА и БОН. Ведь парцуфим всех мужских начал четырех миров АБЕА происходят от нового МА, называемого совокупным МА, а парцуфим всех женских начал четырех миров АБЕА происходят от совокупного БОН, что представляет собой тайну десяти сфирот мира Некудим. Всё различие между ними заключается главным образом в сфирот НЕХИ каждого парцуфа, как известно: все части тела у мужского и женского начал почти одинаковы, а главное отличие состоит лишь в органах НЕХИ. Причина в том, что эти два упомянутых совокупных парцуфа, МА и БОН, представляют собой лишь то, что расположено от табура и ниже совокупного АК. И известно, что весь порядок устройства келим высшего неизбежно воспроизводится и в нижних по отношению к нему, вплоть до парцуфим самого нижнего мира Асия, как писал Учитель выше, в Ветви 10.</w:t>
      </w:r>
    </w:p>
    <w:p>
      <w:pPr>
        <w:spacing w:before="40" w:after="120"/>
        <w:jc w:val="both"/>
      </w:pPr>
      <w:r>
        <w:rPr>
          <w:rFonts w:ascii="Georgia" w:hAnsi="Georgia"/>
          <w:b w:val="0"/>
          <w:i w:val="0"/>
          <w:color w:val="000000"/>
          <w:sz w:val="24"/>
        </w:rPr>
        <w:t>Поэтому все свойства, объясненные до сих пор относительно парцуфа АК, неизбежно должны быть устроены точно так же и в нижних парцуфим. И потому главное различие между мужским и женским началами определяется соотношением МА и БОН ко всему АК в целом, что обязательно проявляется в НЕХИ каждого парцуфа, поскольку именно там изначально было их место в парцуфе АК. Повторим сначала вкратце порядок рош, тох, соф парцуфа АК, который начинается от Эйн Соф, благословен Он, и протягивается до нашего мира в виде единой линии (кав) до самой центральной точки — то есть до точки этого мира. Эта линия называется внутренней АВАЯ де-АК, поскольку свет Эйн Соф, благословен Он, облачается в нее в виде внутреннего света согласно четырем известным стадиям: Хохма, Бина, Тиферет, Малхут. При этом Малхут оканчивается на точке общего сокращения, а сила сокращения в ней называется масахом в кли Малхут. Там и происходит ударное соединение (зивуг де-акаа), поднимающее отраженный свет и облачающее четыре стадии прямого света вплоть до Кетера, который представляет собой окружающий Эйн Соф, благословен Он. И это тайна первых десяти сфирот, выделенных [из Источника] на масахе в кли Малхут; они называются десятью сфирот де-рош внутреннего АК.</w:t>
      </w:r>
    </w:p>
    <w:p>
      <w:pPr>
        <w:spacing w:before="40" w:after="120"/>
        <w:jc w:val="both"/>
      </w:pPr>
      <w:r>
        <w:rPr>
          <w:rFonts w:ascii="Georgia" w:hAnsi="Georgia"/>
          <w:b w:val="0"/>
          <w:i w:val="0"/>
          <w:color w:val="000000"/>
          <w:sz w:val="24"/>
        </w:rPr>
        <w:t>Однако в десяти сфирот де-рош келим проявиться не могут, поскольку все келим происходят от распространения масаха в кли Малхут, несущего в себе свойство суда (дин) вследствие сокращения, положившего предел высшему свету. И потому он задает свету предел и меру, а этот предел всегда и называется кли. Распространение же масаха для образования келим происходит, как сказано, исключительно сверху вниз: то есть после того как действие масаха, ограничивающего высший свет, уже укоренилось по меньшей мере в качестве корня, он может затем в силу включенного в него отраженного света распространиться и сверху вниз на четыре стадии прямого света вплоть до своей Малхут. Там происходит второе ударное соединение, называемое вторым созерцанием (истаклют бэт), и тогда в них образуется кли. Что же касается упомянутых первых десяти сфирот, распространившихся выше точки общего сокращения при первом зивуге, называемом первым созерцанием (истаклют алеф), то в них свойства кли нет вовсе, ведь масах не способен распространяться и подниматься выше своего истока и места — кли Малхут, находящегося ниже четырех стадий прямого света, как сказано в словах Учителя выше, в Ветви 5 (см. там), а также в книге «Шаар а-Акдамот» на листе 143 (см. там).</w:t>
      </w:r>
    </w:p>
    <w:p>
      <w:pPr>
        <w:spacing w:before="40" w:after="120"/>
        <w:jc w:val="both"/>
      </w:pPr>
      <w:r>
        <w:rPr>
          <w:rFonts w:ascii="Georgia" w:hAnsi="Georgia"/>
          <w:b w:val="0"/>
          <w:i w:val="0"/>
          <w:color w:val="000000"/>
          <w:sz w:val="24"/>
        </w:rPr>
        <w:t>Поэтому во внутреннем парцуфе АК различаются рош и гуф: рош оканчивается на масахе общей Малхут (называемом также пэ де-рош) — это десять сфирот, исходящих от первого созерцания. В ней нет никакого признака кли, и нет в ней даже одной линии от свойства кли, пока общая Малхут силой имеющихся в ней масаха и сокращения сама не распространилась в десять сфирот внутри Малхут; и уже на Малхут де-Малхут произошло второе ударное соединение, называемое вторым созерцанием, или пэ де-табур, или хазе. И тогда выходят десять сфирот де-гуф в качестве одного кли и одной линии, а именно от распространения масаха, находящегося в кли Малхут. Затем у этой Малхут де-Малхут, называемой табуром, появляется сила распространиться в виде десяти сфирот отраженного света без прямого света до самой центральной точки. В этом тайна деления каждого парцуфа на три трети: рош, тох, соф. Дело в том, что точка сокращения не могла полностью положить предел высшему свету иначе как через три ступени: общую Малхут в рош, затем Малхут де-Малхут, называемую табуром, и затем еще через стадию Малхут отраженного света без прямого света.</w:t>
      </w:r>
    </w:p>
    <w:p>
      <w:pPr>
        <w:spacing w:before="40" w:after="120"/>
        <w:jc w:val="both"/>
      </w:pPr>
      <w:r>
        <w:rPr>
          <w:rFonts w:ascii="Georgia" w:hAnsi="Georgia"/>
          <w:b w:val="0"/>
          <w:i w:val="0"/>
          <w:color w:val="000000"/>
          <w:sz w:val="24"/>
        </w:rPr>
        <w:t xml:space="preserve">И тогда возникает окончание парцуфа — то есть преграда, удерживающая высший свет от дальнейшего распространения. Эта конечная точка и называется самой центральной точкой, то есть точкой этого мира, в отличие от двух предыдущих точек. Также выше в «Паним Меирот у-Масбирот», в Ветви 9, было объяснено, каким образом всё упомянутое строение рош, тох, соф внутреннего АК рассматривается в качестве внутренней АВАЯ, от каждой буквы которой выходит и нисходит целый парцуф со своими рош, тох, соф. Так, от буквы йод имени АВАЯ наружу выходит парцуф АБ и облачает [АК] от пэ де-рош внутреннего АК до табура. От [первой] буквы хэй внутренней АВАЯ наружу выходит парцуф САГ и облачает [его] от пэ де-рош парцуфа АБ до сиюм раглин внутреннего Адам Кадмона. От нижней хэй внутренней АВАЯ наружу выходит парцуф БОН и облачает [его] от пэ де-рош де-САГ и ниже до сиюм раглин, то есть также до точки этого мира; и в его ЗАТ как раз и произошло разбиение келим (швират а-келим). А затем от буквы вав внутренней АВАЯ вышел парцуф МА, именуемый новым МА; он облачает [парцуф БОН] от пэ де-рош де-БОН до табура де-БОН и там останавливается. Смотри всё это в Ветви 9 с подробным обоснованием и разъяснением. А то, что БОН, будучи женским началом, вышел раньше МА, являющегося мужским началом, объясняется в «Эц Хаим» тем, что в этом заключается тайна изречения: </w:t>
      </w:r>
      <w:r>
        <w:rPr>
          <w:rFonts w:ascii="Georgia" w:hAnsi="Georgia"/>
          <w:b w:val="0"/>
          <w:i/>
          <w:color w:val="000000"/>
          <w:sz w:val="24"/>
        </w:rPr>
        <w:t>«первая дочь — добрый знак для сыновей»</w:t>
      </w:r>
      <w:r>
        <w:rPr>
          <w:rFonts w:ascii="Georgia" w:hAnsi="Georgia"/>
          <w:b w:val="0"/>
          <w:i w:val="0"/>
          <w:color w:val="000000"/>
          <w:sz w:val="24"/>
        </w:rPr>
        <w:t>.</w:t>
      </w:r>
    </w:p>
    <w:p>
      <w:pPr>
        <w:spacing w:before="40" w:after="120"/>
        <w:jc w:val="both"/>
      </w:pPr>
      <w:r>
        <w:rPr>
          <w:rFonts w:ascii="Georgia" w:hAnsi="Georgia"/>
          <w:b w:val="0"/>
          <w:i w:val="0"/>
          <w:color w:val="000000"/>
          <w:sz w:val="24"/>
        </w:rPr>
        <w:t>2) И нужно очень глубоко понять, почему Учитель называет десять сфирот де-Некудим дочерью и женским началом, ведь на этой основе держатся все корни мудрости. Казалось бы, здесь нет никакого отличия от остальных парцуфим, поскольку он тоже вышел с ГАР и ЗАТ, как и все парцуфим; более того, всё разбиение его ЗАТ произошло именно оттого, что женское начало еще не было исправлено вплоть до мира Исправления, как известно. Вопрос о мужском и женском началах объяснялся в «Паним Меирот у-Масбирот», в Ветви 1, исходя из их корня в четырех стадиях (ХУБ и ТУМ) десяти сфирот прямого света: первые три стадии (Хохма, Бина и Зеир Анпин) представляют собой корень мужского начала всех миров, а последняя стадия, то есть Малхут прямого света, — корень женского начала всех миров, см. там.</w:t>
      </w:r>
    </w:p>
    <w:p>
      <w:pPr>
        <w:spacing w:before="40" w:after="120"/>
        <w:jc w:val="both"/>
      </w:pPr>
      <w:r>
        <w:rPr>
          <w:rFonts w:ascii="Georgia" w:hAnsi="Georgia"/>
          <w:b w:val="0"/>
          <w:i w:val="0"/>
          <w:color w:val="000000"/>
          <w:sz w:val="24"/>
        </w:rPr>
        <w:t>Однако там мы указали лишь на корень, поскольку даже десяти келим для десяти сфирот еще вовсе нет в АК, и тем более в десяти сфирот прямого света, где нет никакого различия между мужским и женским. Само же проявление двух парцуфим в виде мужского и женского начал берет начало лишь с ЗОН де-Ацилут. Однако первый корень для исправления этих парцуфим в качестве мужского и женского начал закладывается в совокупном МА и совокупном БОН, облачающих [АК] от табура и ниже. При этом женское начало укоренилось в совокупном БОН, облачающем [АК] от хазе и ниже (что составляет тайну десяти сфирот мира Некудим), а мужское начало укоренилось в новом МА, облачающем [АК] от табура и ниже (что составляет тайну пяти парцуфим мира Ацилут). И уже объяснялось в предыдущих ветвях, что главный корень миров АБЕА начинается только с парцуфа САГ де-АК, поскольку его НЕХИ опустились во внутренние НЕХИ де-АК и соединились с Малхут де-АК в качестве МАН, как написано в Ветвях 9 и 15 «Паним Меирот у-Масбирот», см. там. Известно также, что парцуф САГ де-АК начинается от пэ де-рош де-АБ де-АК; его рош простирается до общего хазе де-АК, ХАГАТ — до общего табура, а НЕХИ — от табура до сиюм де-АК, как упоминалось выше в пункте 1.</w:t>
      </w:r>
    </w:p>
    <w:p>
      <w:pPr>
        <w:spacing w:before="40" w:after="120"/>
        <w:jc w:val="both"/>
      </w:pPr>
      <w:r>
        <w:rPr>
          <w:rFonts w:ascii="Georgia" w:hAnsi="Georgia"/>
          <w:b w:val="0"/>
          <w:i w:val="0"/>
          <w:color w:val="000000"/>
          <w:sz w:val="24"/>
        </w:rPr>
        <w:t>Получается, что совокупный БОН начинается от пэ де-рош де-САГ, то есть от общего хазе де-АК; его рош простирается от хазе до окончания Тиферет де-АК, а от окончания Тиферет де-АК и ниже протянулись ЗАТ совокупного БОН. Суть же заключается в том, что в силу подъема МАН в никвей эйнаим и выхода парцуфим через это место произошло изменение в порядке облачения нижнего парцуфа на высший. Ведь в предшествующих парцуфим АК каждый нижний облачал все ЗАТ высшего — от пэ де-рош и ниже, как сказано выше. Здесь же из-за подъема МАН для зивуга в место никвей эйнаим рош разделилась на две ступени, вследствие чего десять сфирот де-рош вышли от никвей эйнаим и выше, а ступень ХАГАТ — от никвей эйнаим до пэ (то есть на месте АХАП). В итоге оказалось, что от пэ де-рош и ниже осталось лишь распространение десяти сфирот НЕХИ. А поскольку нижний парцуф облачает [высшего] только от пэ и ниже, он облачает теперь исключительно НЕХИ высшего, а не все ЗАТ целиком (включавшие ХАГАТ и НЕХИ), как это было прежде. И здесь коренится деление НЕХИ на три трети, широко известное по книгам Учителя. Поскольку каждый парцуф неизбежно делится на рош, тох, соф по схеме первого созерцания, второго созерцания и десяти сфирот НЕХИ, облачая при этом только НЕХИ высшего (как сказано в пункте 1), то и НЕХИ высшего делятся на три трети соответственно тому, как они облачаются в рош, тох, соф нижнего: верхние трети НЕХИ высшего облачаются в рош нижнего; средние трети НЕХИ высшего облачаются в ХАГАТ нижнего, называемые тох; а нижние трети НЕХИ высшего облачаются в НЕХИ нижнего, называемые соф.</w:t>
      </w:r>
    </w:p>
    <w:p>
      <w:pPr>
        <w:spacing w:before="40" w:after="120"/>
        <w:jc w:val="both"/>
      </w:pPr>
      <w:r>
        <w:rPr>
          <w:rFonts w:ascii="Georgia" w:hAnsi="Georgia"/>
          <w:b w:val="0"/>
          <w:i w:val="0"/>
          <w:color w:val="000000"/>
          <w:sz w:val="24"/>
        </w:rPr>
        <w:t>Однако в НЕХИ нижних материальных парцуфим нашего мира мы обнаруживаем четыре отдела: тазобедренные кости, затем бедра, затем голени и затем стопы. А общее правило гласит, что в отношении формы келим нет никакой разницы между самыми нижними ветвями и их корнем в высших мирах; всё различие состоит лишь в материале келим, поскольку келим этого мира состоят из материального вещества, а келим высших миров — из духовного. Кроме этого, между ними нет никакого различия, ведь иначе как могли бы истинные мудрецы передавать свои постижения из поколения в поколение, указывая на материальные ветви? Но если так, возникает серьезный вопрос: почему Учитель повсюду делит НЕХИ на три трети, тогда как мы находим в них четыре отдела, как сказано выше? Однако здесь кроется одна из глубочайших тайн мудрости. Уже объяснялось, что НЕХИ де-АК облачают два парцуфа: совокупный БОН, а затем совокупный МА, представляющий собой мир Исправления. И совокупный МА облачает совокупный БОН от пэ и ниже, как сказано выше в пункте 2, и поэтому здесь есть два способа облачения НЕХИ высшего.</w:t>
      </w:r>
    </w:p>
    <w:p>
      <w:pPr>
        <w:spacing w:before="40" w:after="120"/>
        <w:jc w:val="both"/>
      </w:pPr>
      <w:r>
        <w:rPr>
          <w:rFonts w:ascii="Georgia" w:hAnsi="Georgia"/>
          <w:b w:val="0"/>
          <w:i w:val="0"/>
          <w:color w:val="000000"/>
          <w:sz w:val="24"/>
        </w:rPr>
        <w:t>3) Прежде всего объясним парцуф совокупного БОН. Он начинается от пэ де-рош де-САГ, находящегося на уровне хазе; его рош облачает верхние трети НЕХИ, представляющие собой отделы тазобедренных костей, которые оканчиваются вровень с окончанием Тиферет, то есть с окончанием гуф. ХАГАТ совокупного БОН облачали средние отделы НЕХИ — бедра. А НЕХИ совокупного БОН облачали нижние отделы — голени вместе со стопами, поскольку во время выхода этого парцуфа БОН отдельного сустава для стоп еще не возникло: они всё еще были соединены с голенями в один общий отдел. Причина в том, что этот парцуф еще не находился в состоянии полного исправления, как сказано в предыдущих ветвях. Именно поэтому упомянутые ЗАТ разбились, как известно, и от них не осталось ничего, кроме рош и ГАР, облачавших верхние отделы НЕХИ де-АК — отделы тазобедренных костей до окончания Тиферет, как сказано выше.</w:t>
      </w:r>
    </w:p>
    <w:p>
      <w:pPr>
        <w:spacing w:before="40" w:after="120"/>
        <w:jc w:val="both"/>
      </w:pPr>
      <w:r>
        <w:rPr>
          <w:rFonts w:ascii="Georgia" w:hAnsi="Georgia"/>
          <w:b w:val="0"/>
          <w:i w:val="0"/>
          <w:color w:val="000000"/>
          <w:sz w:val="24"/>
        </w:rPr>
        <w:t>Итак, выяснилось, что всё в совокупном БОН, облачавшее бедра и голени АК, ушло и разбилось, и от него не осталось ничего, кроме верхней части, облачающей [АК] от хазе до окончания гуф, то есть до окончания Тиферет, и не более того. Однако знай, что и эта часть сохранилась не вся, а лишь со стороны лица (паним); стороны же спины (ахораим), которые там присутствовали, также ушли и упразднились. И необходимо со всей глубиной понять устройство лица и обратной стороны, содержащихся в этой рош, о которых Учитель говорит, что лицевая сторона осталась, а обратная — пала и упразднилась. Это уже объяснялось в «Паним Меирот», в Ветвях 22 и 24, и мы кратко приведем сказанное в мере, необходимой для нашей темы. Попутно вполне прояснится и вопрос о двух выходах десяти сфирот мира Некудим: сначала в малом состоянии (катнут), а затем в большом (гадлут). А также прояснятся: состояние ахор бе-ахор, исправление линий, повреждение обратной стороны НЕХИ де-Кетер и то, что представляют собой эти ахораим де-НЕХИ де-Кетер. Всё это нам необходимо понять здесь во всех подробностях, ведь этот предмет весьма глубок. Подъем МАН к свету глаз (представляющему собой тайну Хохмы, исправившейся в женском начале) уже подробно объяснялся в «Паним Меирот у-Масбирот», в Ветвях 15 и 16: вследствие этого парцуф, выходящий посредством зивуга в никвей эйнаим, достиг лишь десяти сфирот высотой уровня ЗОН. Ведь прямой и отраженный свет, поднимающийся от Хохмы к Кетеру, притягивает уровень только лишь ЗОН — два света: исключительно руах и нефеш. При этом свет руах облачился в кли Кетера, представляющее собой мужское начало, а свет нефеш облачился в кли Хохмы, представляющее собой женское начало. Остальные же келим — Бина, Зеир Анпин и Нуква — оставались пустыми, без света; так происходит всегда, когда в парцуфе есть лишь два света: они неизменно размещаются в высших келим, как написано там и в конце Ветви 9 «Паним Меирот у-Масбирот», см. там. По этой причине первый выход десяти сфирот мира Некудим произошел лишь в малом состоянии (катнут), то есть только на уровне высоты ЗОН, как было сказано. Известно также, что свет руах называется светом ХАГАТ, а свет нефеш — светом НЕХИМ, как подробно и доказательно объяснялось в предыдущих ветвях. В итоге получается, что в кли Кетера, являющемся мужским началом, находится свет ХАГАТ, а в кли Хохмы, являющемся женским началом, — свет НЕХИ. Там же объяснялось, что кли Кетера по своей сути представляет собой лишь голову (рош) каждого парцуфа.</w:t>
      </w:r>
    </w:p>
    <w:p>
      <w:pPr>
        <w:spacing w:before="40" w:after="120"/>
        <w:jc w:val="both"/>
      </w:pPr>
      <w:r>
        <w:rPr>
          <w:rFonts w:ascii="Georgia" w:hAnsi="Georgia"/>
          <w:b w:val="0"/>
          <w:i w:val="0"/>
          <w:color w:val="000000"/>
          <w:sz w:val="24"/>
        </w:rPr>
        <w:t>Кроме того, там было показано, что в этом парцуфе Некудим, представляющем собой совокупный БОН, вышли три головы (рош), именуемые КАХАБ, или ГАР де-Некудим. Произошло это по причине разделения каждой головы на две ступени на масахе, называемом никвей эйнаим. Поэтому десять сфирот первой головы вышли от никвей эйнаим и выше — и это первая точка из ГАР де-Некудим, находящаяся на уровне общего табура де-АК; и распространились десять сфирот первой головы от табура и выше до хазе де-АК, где берет начало парцуф БОН, облачающий пэ де-рош де-САГ, как сказано выше в пункте 2. Однако АХАП этой головы стали свойством ХАГАТ вне первой головы, и потому Хохма, представляющая собой АБ, распространилась здесь во вторую голову и облачила АХАП первой головы. При этом голова Хохмы сама по себе тоже делится на две ступени: то, что от глаз (эйнаим) и выше, называется Хохмой, а ее АХАП называется Биной. Таковы три головы, включенные в общую голову парцуфа БОН, корнем которых служат три келим: Кетер, Хохма и Бина, как написано там; они и называются ГАР де-Некудим.</w:t>
      </w:r>
    </w:p>
    <w:p>
      <w:pPr>
        <w:spacing w:before="40" w:after="120"/>
        <w:jc w:val="both"/>
      </w:pPr>
      <w:r>
        <w:rPr>
          <w:rFonts w:ascii="Georgia" w:hAnsi="Georgia"/>
          <w:b w:val="0"/>
          <w:i w:val="0"/>
          <w:color w:val="000000"/>
          <w:sz w:val="24"/>
        </w:rPr>
        <w:t>4) Что касается светов в них, то выше уже объяснялось: в первой голове, представляющей собой тайну Кетера, присутствует лишь свет ХАГАТ, а в Хохме, являющейся второй головой, — лишь свет НЕХИМ, то есть свет женского начала. И хотя в этой Хохме неизбежно присутствуют две линии, правая и левая (ведь в силу подъема Малхут в качестве МАН там образовалась левая линия, тогда как сама Хохма — это правая линия), тем не менее они считаются одним единым целым, а именно женским началом по отношению к Кетеру. Дело в том, что эти две линии, правая и левая, спаяны ахор бе-ахор. А суть духовного прилепления, как известно, заключается в подобии свойств. Поскольку в обеих линиях присутствует лишь свет женского начала, относящийся к Малхут (то есть к левой стороне), у правой линии нет никакого преимущества перед левой, и потому такое состояние называется сцеплением.</w:t>
      </w:r>
    </w:p>
    <w:p>
      <w:pPr>
        <w:spacing w:before="40" w:after="120"/>
        <w:jc w:val="both"/>
      </w:pPr>
      <w:r>
        <w:rPr>
          <w:rFonts w:ascii="Georgia" w:hAnsi="Georgia"/>
          <w:b w:val="0"/>
          <w:i w:val="0"/>
          <w:color w:val="000000"/>
          <w:sz w:val="24"/>
        </w:rPr>
        <w:t>Но поскольку свет в целом называется светом НЕХИМ, правая линия (Хохма) рассматривается как свет НЕХИ, а левая линия — как свет Малхут; при этом НЕХИ и Малхут соединены друг с другом, и помни это. Вместе с тем в свете НЕХИМ здесь есть две разновидности: свет обратной стороны (ахор) и лицевой стороны (паним). Корень этого различия приводится в словах Учителя выше, в Ветви 15: нижняя хэй (</w:t>
      </w:r>
      <w:r>
        <w:rPr>
          <w:rFonts w:ascii="Georgia" w:hAnsi="Georgia" w:cs="Times New Roman"/>
          <w:b/>
          <w:i w:val="0"/>
          <w:color w:val="000000"/>
          <w:sz w:val="24"/>
          <w:rtl/>
          <w:szCs w:val="32"/>
        </w:rPr>
        <w:t>ה״ת</w:t>
      </w:r>
      <w:r>
        <w:rPr>
          <w:rFonts w:ascii="Georgia" w:hAnsi="Georgia"/>
          <w:b w:val="0"/>
          <w:i w:val="0"/>
          <w:color w:val="000000"/>
          <w:sz w:val="24"/>
        </w:rPr>
        <w:t>) поднялась на место глаз, а буквы йод, хэй, вав (</w:t>
      </w:r>
      <w:r>
        <w:rPr>
          <w:rFonts w:ascii="Georgia" w:hAnsi="Georgia" w:cs="Times New Roman"/>
          <w:b/>
          <w:i w:val="0"/>
          <w:color w:val="000000"/>
          <w:sz w:val="24"/>
          <w:rtl/>
          <w:szCs w:val="32"/>
        </w:rPr>
        <w:t>יה״ו</w:t>
      </w:r>
      <w:r>
        <w:rPr>
          <w:rFonts w:ascii="Georgia" w:hAnsi="Georgia"/>
          <w:b w:val="0"/>
          <w:i w:val="0"/>
          <w:color w:val="000000"/>
          <w:sz w:val="24"/>
        </w:rPr>
        <w:t>) — в АХАП. Ведь корень МАН берет начало от спуска НЕХИ де-САГ во внутренние НЕХИ де-АК, благодаря чему НЕХИ де-САГ скрылись внутри внутренних НЕХИ де-АК. Известно также, что внутренний парцуф АК — это парцуф Гальгальта, чья Малхут представляет собой подлинную четвертую стадию (бхина далет), и потому ее отраженный свет притягивает уровень Кетера. В масахе же парцуфа САГ де-АК содержится лишь вторая стадия (бхина бэт), являющаяся Малхут де-Бина, а не подлинной Малхут.</w:t>
      </w:r>
    </w:p>
    <w:p>
      <w:pPr>
        <w:spacing w:before="40" w:after="120"/>
        <w:jc w:val="both"/>
      </w:pPr>
      <w:r>
        <w:rPr>
          <w:rFonts w:ascii="Georgia" w:hAnsi="Georgia"/>
          <w:b w:val="0"/>
          <w:i w:val="0"/>
          <w:color w:val="000000"/>
          <w:sz w:val="24"/>
        </w:rPr>
        <w:t>И вот теперь вследствие упомянутого спуска НЕХИ де-САГ получилось, что Малхут де-Бина (называемая НЕХИ де-САГ) скрылась в подлинной Малхут (называемой НЕХИ внутреннего парцуфа АК), которая представляет собой нижнюю хэй внутренней АВАЯ де-АК. Благодаря этому у Малхут де-АК появилась сила подняться до самой Хохмы в качестве левой линии, поскольку она соединилась со второй стадией — Биной, а Бина по сути своей происходит от Хохмы, как известно. И потому при своем подъеме до Хохмы она образовала левую линию во всех десяти сфирот, как подробно описано там. А то, что мы называем Хохму глазами (эйнаим), служит указанием на сфирот де-рош: ведь всякий раз, когда речь идет о десяти сфирот де-рош, мы точно обозначаем названия сфирот именами келим головы: Гальгальта, эйнаим и АХАП.</w:t>
      </w:r>
    </w:p>
    <w:p>
      <w:pPr>
        <w:spacing w:before="40" w:after="120"/>
        <w:jc w:val="both"/>
      </w:pPr>
      <w:r>
        <w:rPr>
          <w:rFonts w:ascii="Georgia" w:hAnsi="Georgia"/>
          <w:b w:val="0"/>
          <w:i w:val="0"/>
          <w:color w:val="000000"/>
          <w:sz w:val="24"/>
        </w:rPr>
        <w:t xml:space="preserve">5) Итак, было объяснено, как нижняя хэй поднялась на место никвей эйнаим и стала второй по отношению к сфире Кетер: если до этого она была десятой для Кетера, то теперь стала второй для него, соединившись с Хохмой, как писал там Учитель, по тайне толкования стиха: </w:t>
      </w:r>
      <w:r>
        <w:rPr>
          <w:rFonts w:ascii="Georgia" w:hAnsi="Georgia"/>
          <w:b w:val="0"/>
          <w:i/>
          <w:color w:val="000000"/>
          <w:sz w:val="24"/>
        </w:rPr>
        <w:t>«Я сплю»</w:t>
      </w:r>
      <w:r>
        <w:rPr>
          <w:rFonts w:ascii="Georgia" w:hAnsi="Georgia"/>
          <w:b w:val="0"/>
          <w:i w:val="0"/>
          <w:color w:val="000000"/>
          <w:sz w:val="24"/>
        </w:rPr>
        <w:t xml:space="preserve"> (</w:t>
      </w:r>
      <w:r>
        <w:rPr>
          <w:rFonts w:ascii="Georgia" w:hAnsi="Georgia"/>
          <w:b w:val="0"/>
          <w:i/>
          <w:color w:val="000000"/>
          <w:sz w:val="24"/>
        </w:rPr>
        <w:t>ани йешена</w:t>
      </w:r>
      <w:r>
        <w:rPr>
          <w:rFonts w:ascii="Georgia" w:hAnsi="Georgia"/>
          <w:b w:val="0"/>
          <w:i w:val="0"/>
          <w:color w:val="000000"/>
          <w:sz w:val="24"/>
        </w:rPr>
        <w:t xml:space="preserve">, </w:t>
      </w:r>
      <w:r>
        <w:rPr>
          <w:rFonts w:ascii="Georgia" w:hAnsi="Georgia" w:cs="Times New Roman"/>
          <w:b/>
          <w:i w:val="0"/>
          <w:color w:val="000000"/>
          <w:sz w:val="24"/>
          <w:rtl/>
          <w:szCs w:val="32"/>
        </w:rPr>
        <w:t>אֲנִי יְשֵׁנָה</w:t>
      </w:r>
      <w:r>
        <w:rPr>
          <w:rFonts w:ascii="Georgia" w:hAnsi="Georgia"/>
          <w:b w:val="0"/>
          <w:i w:val="0"/>
          <w:color w:val="000000"/>
          <w:sz w:val="24"/>
        </w:rPr>
        <w:t>) (Шир а-Ширим 5:2) — «я вторая» (</w:t>
      </w:r>
      <w:r>
        <w:rPr>
          <w:rFonts w:ascii="Georgia" w:hAnsi="Georgia"/>
          <w:b w:val="0"/>
          <w:i/>
          <w:color w:val="000000"/>
          <w:sz w:val="24"/>
        </w:rPr>
        <w:t>ани шния</w:t>
      </w:r>
      <w:r>
        <w:rPr>
          <w:rFonts w:ascii="Georgia" w:hAnsi="Georgia"/>
          <w:b w:val="0"/>
          <w:i w:val="0"/>
          <w:color w:val="000000"/>
          <w:sz w:val="24"/>
        </w:rPr>
        <w:t xml:space="preserve">, </w:t>
      </w:r>
      <w:r>
        <w:rPr>
          <w:rFonts w:ascii="Georgia" w:hAnsi="Georgia" w:cs="Times New Roman"/>
          <w:b/>
          <w:i w:val="0"/>
          <w:color w:val="000000"/>
          <w:sz w:val="24"/>
          <w:rtl/>
          <w:szCs w:val="32"/>
        </w:rPr>
        <w:t>אֲנִי שְׁנִיָּה</w:t>
      </w:r>
      <w:r>
        <w:rPr>
          <w:rFonts w:ascii="Georgia" w:hAnsi="Georgia"/>
          <w:b w:val="0"/>
          <w:i w:val="0"/>
          <w:color w:val="000000"/>
          <w:sz w:val="24"/>
        </w:rPr>
        <w:t>), см. там. То есть, как сказано выше, Кетер стал мужским началом, а Хохма — женским. Однако всё это произошло лишь в первой голове парцуфа БОН, которая находится от никвей эйнаим и выше, то есть простирается от табура вверх до хазе. Ведь все десять сфирот головы БОН, именуемые Гальгальта, эйнаим и АХАП, простираются от общего хазе де-АК до окончания Тиферет де-АК, и потому глаза этой головы находятся на уровне табура. Тем самым нижняя хэй оказывается на месте общего табура де-АК, являющегося глазами головы парцуфа БОН. И в этом тайна слов Учителя о том, что нижняя хэй находится в глазах. Во второй же голове, то есть голове Хохмы, облачающей АХАП первой головы, заключена тайна букв йод, хэй, вав без нижней хэй. Ведь тайна масаха парцуфа АБ — это третья стадия (бхина гимель), обозначаемая буквой вав, как подробно объяснялось в Ветви 9 «Паним Меирот у-Масбирот».</w:t>
      </w:r>
    </w:p>
    <w:p>
      <w:pPr>
        <w:spacing w:before="40" w:after="120"/>
        <w:jc w:val="both"/>
      </w:pPr>
      <w:r>
        <w:rPr>
          <w:rFonts w:ascii="Georgia" w:hAnsi="Georgia"/>
          <w:b w:val="0"/>
          <w:i w:val="0"/>
          <w:color w:val="000000"/>
          <w:sz w:val="24"/>
        </w:rPr>
        <w:t>Следовательно, во второй голове нет подлинной нижней хэй, поскольку она осталась в табуре в качестве масаха и МАН первой головы (являющейся Кетером), тогда как масах и МАН второй головы (представляющей собой АБ) уже очистился до уровня буквы вав. В этом тайна слов Учителя: «буквы йод, хэй, вав в АХАП», так как нижняя хэй внутренней АВАЯ осталась в глазах. И в этом же тайна двух состояний — лицевой и обратной сторон (паним и ахор) сфирот НЕХИ. Ведь масах, Малхут и МАН — это одно и то же, и они всегда называются именем НЕХИ, как известно, по имени поднимаемого ими отраженного света, который и есть свет женского начала. Таким образом, здесь возникают два вида МАН: МАН первой головы, находящийся на месте табура, — это тайна НЕХИ обратной стороны (ахор), поскольку тамошняя Малхут представляет собой последнюю ступень из четырех стадий прямого света, то есть нижнюю хэй. МАН же второй головы именуется НЕХИ лицевой стороны (паним), поскольку этот масах уже не является последней стадией, но очистился до третьей стадии; и потому пэ второй головы обозначается буквой вав имени АВАЯ, соответствующей третьей стадии.</w:t>
      </w:r>
    </w:p>
    <w:p>
      <w:pPr>
        <w:spacing w:before="40" w:after="120"/>
        <w:jc w:val="both"/>
      </w:pPr>
      <w:r>
        <w:rPr>
          <w:rFonts w:ascii="Georgia" w:hAnsi="Georgia"/>
          <w:b w:val="0"/>
          <w:i w:val="0"/>
          <w:color w:val="000000"/>
          <w:sz w:val="24"/>
        </w:rPr>
        <w:t xml:space="preserve">Однако знай, что как в первой голове, так и во второй лицевая и обратная стороны МАН включены друг в друга, а различие заключается лишь в том, какое именно свойство открыто наружу, ведь то, что явлено наружу, и властвует. Поэтому в НЕХИ обратной стороны НЕХИ лица скрыты внутри, а их обратная сторона открыта наружу; в НЕХИ же лицевой стороны НЕХИ обратной стороны скрыты внутри по тайне стиха: </w:t>
      </w:r>
      <w:r>
        <w:rPr>
          <w:rFonts w:ascii="Georgia" w:hAnsi="Georgia"/>
          <w:b w:val="0"/>
          <w:i/>
          <w:color w:val="000000"/>
          <w:sz w:val="24"/>
        </w:rPr>
        <w:t>«а все спины их обращены внутрь»</w:t>
      </w:r>
      <w:r>
        <w:rPr>
          <w:rFonts w:ascii="Georgia" w:hAnsi="Georgia"/>
          <w:b w:val="0"/>
          <w:i w:val="0"/>
          <w:color w:val="000000"/>
          <w:sz w:val="24"/>
        </w:rPr>
        <w:t xml:space="preserve"> (Мелахим I 7:25), тогда как НЕХИ лица явлены наружу, и помни это. И благодаря этому ты поймешь слова Учителя в Ветви 30 о том, что ХУБ де-Некудим вышли ахор бе-ахор: их обратные стороны обращены внутрь, а лицевые — то есть НЕХИ лица — открыты наружу. Существуют два вида НЕХИ лица: есть НЕХИ лица от масаха третьей стадии, действующие в рош де-АБ; и есть еще НЕХИ лица от масаха второй стадии, действующие в рош де-САГ, именуемой ИШСУТ, как написано в своем месте.</w:t>
      </w:r>
    </w:p>
    <w:p>
      <w:pPr>
        <w:spacing w:before="40" w:after="120"/>
        <w:jc w:val="both"/>
      </w:pPr>
      <w:r>
        <w:rPr>
          <w:rFonts w:ascii="Georgia" w:hAnsi="Georgia"/>
          <w:b w:val="0"/>
          <w:i w:val="0"/>
          <w:color w:val="000000"/>
          <w:sz w:val="24"/>
        </w:rPr>
        <w:t>Однако здесь вторая голова еще не действовала со стороны имеющихся в ней НЕХИ лица — действовала лишь одна первая голова, поскольку во всем парцуфе в совокупности присутствует лишь свет ЗОН, то есть руах и нефеш: свет руах облачился от табура и выше, а свет нефеш — от табура до окончания тела (то есть Тиферет). Мы же здесь лишь различаем свойства содержащихся в них масахим, которым в итоге предстоит распространиться в три головы. И об этом говорится, что нижняя хэй находится в никвей эйнаим (что представляет собой пэ де-табур де-АК), а буквы йод, хэй, вав — в АХАП, чье место простирается от пэ де-табур де-АК до пэ совокупности десяти сфирот де-рош де-БОН (то есть пэ на уровне окончания Тиферет, являющегося подлинным пэ де-рош де-БОН). При этом пэ де-табур де-АК — это тайна никвей эйнаим, относящихся к пэ де-рош алеф. Таким образом, тайна нижней хэй имени АВАЯ — это пэ де-табур, а тайна буквы вав имени АВАЯ — это пэ де-рош де-БОН у окончания Тиферет. И ты уже знаешь, что всякий раз, когда упоминается рот (пэ) или отверстие (некев), это указывает на наличие там масаха, способного поднимать МАН и отраженный свет и принимать прямой свет; и помни это.</w:t>
      </w:r>
    </w:p>
    <w:p>
      <w:pPr>
        <w:spacing w:before="40" w:after="120"/>
        <w:jc w:val="both"/>
      </w:pPr>
      <w:r>
        <w:rPr>
          <w:rFonts w:ascii="Georgia" w:hAnsi="Georgia"/>
          <w:b w:val="0"/>
          <w:i w:val="0"/>
          <w:color w:val="000000"/>
          <w:sz w:val="24"/>
        </w:rPr>
        <w:t>6) Теперь объясним, как устроен порядок трех линий, сформировавшийся в ГАР де-Некудим. Ведь уже было разъяснено происхождение двух линий, вышедших благодаря подъему МАН к ступени Хохма, представляющей собой второй рош; эти две линии называют ХУБ (Хохма и Бина), соединенными ахор бе-ахор. Лицевая же сторона (паним) НЕХИ обращена наружу, что составляет суть буквы вав (</w:t>
      </w:r>
      <w:r>
        <w:rPr>
          <w:rFonts w:ascii="Georgia" w:hAnsi="Georgia" w:cs="Times New Roman"/>
          <w:b/>
          <w:i w:val="0"/>
          <w:color w:val="000000"/>
          <w:sz w:val="24"/>
          <w:rtl/>
          <w:szCs w:val="32"/>
        </w:rPr>
        <w:t>ו</w:t>
      </w:r>
      <w:r>
        <w:rPr>
          <w:rFonts w:ascii="Georgia" w:hAnsi="Georgia"/>
          <w:b w:val="0"/>
          <w:i w:val="0"/>
          <w:color w:val="000000"/>
          <w:sz w:val="24"/>
        </w:rPr>
        <w:t>), находящейся в общем пэ де-рош де-БОН. Ты также знаешь, что главная причина того, почему этот парцуф изначально вышел в малом состоянии (катнут) — то есть лишь со светами руах и нефеш, — заключается в подъеме МАН в никвей эйнаим (отверстия глаз), из-за чего АХАП вышли наружу из головы. И потому ударное соединение (зивуг) произошло только от Кетера к Хохме, когда уровень [отраженного света достигает] лишь ступени ЗОН.</w:t>
      </w:r>
    </w:p>
    <w:p>
      <w:pPr>
        <w:spacing w:before="40" w:after="120"/>
        <w:jc w:val="both"/>
      </w:pPr>
      <w:r>
        <w:rPr>
          <w:rFonts w:ascii="Georgia" w:hAnsi="Georgia"/>
          <w:b w:val="0"/>
          <w:i w:val="0"/>
          <w:color w:val="000000"/>
          <w:sz w:val="24"/>
        </w:rPr>
        <w:t>Также в «Паним Меирот» (в ветвях 15 и 16) объяснялось, что при пробуждении первого корня де-АК он возвращает АХАП обратно на уровень головы: нижняя хэй опускается из глаз (эйнаим) в пэ де-рош, как это было в предшествующих парцуфим. И тогда происходит полноценный зивуг на Малхут де-рош, и выходят десять сфирот уровня Кетер — то есть все пять совершенных светов НАРАНХАЙ (см. там подробно). Исходя из этого ты поймешь: когда свечение Есод де-АК озарило общее пэ де-БОН, где находился масах буквы вав Имени АВАЯ, по этой причине пробудился первый корень в АК, поскольку он относится к внутренним келим Адам Кадмон, как будет сказано далее. И потому силой своего свечения он возвращает АХАП в рош де-БОН по примеру предшествующих голов АК. Отсюда следует, что масах и суть нижней хэй, находившейся в никвей эйнаим этого рош — то есть в устье табура де-АК, — теперь неизбежно вновь опустились на свое место, в общее пэ этого рош, на место прежней буквы вав. И в этом суть средней линии, объединяющей два края — ХУБ, которые прежде были соединены друг с другом спиной к спине.</w:t>
      </w:r>
    </w:p>
    <w:p>
      <w:pPr>
        <w:spacing w:before="40" w:after="120"/>
        <w:jc w:val="both"/>
      </w:pPr>
      <w:r>
        <w:rPr>
          <w:rFonts w:ascii="Georgia" w:hAnsi="Georgia"/>
          <w:b w:val="0"/>
          <w:i w:val="0"/>
          <w:color w:val="000000"/>
          <w:sz w:val="24"/>
        </w:rPr>
        <w:t>Теперь же силой света Есод де-АК он привлек нижнюю хэй, находившуюся в устье табура, и опустил ее вниз, до окончания Тиферет. И это протяжение нижней хэй сверху вниз рассматривается как некая линия, протянутая от пэ первого рош до общей Малхут де-рош де-БОН, являющейся пэ второго рош. И тогда зивуг происходит на общую Малхут де-рош де-БОН, которая уже опустилась на свое место, и потому теперь выходят десять полных сфирот уровня Кетер — то есть со всеми светами НАРАНХАЙ. По этой причине данная средняя линия называется именем НЕХИ де-Кетер: ведь с самого начала выделения [парцуфа из Источника], прежде чем осветил Есод, этот масах служил только первому рош в виде нижней хэй в глазах; теперь же он служит в качестве НЕХИ всего рош де-БОН в целом, то есть для трех голов вместе, как сказано.</w:t>
      </w:r>
    </w:p>
    <w:p>
      <w:pPr>
        <w:spacing w:before="40" w:after="120"/>
        <w:jc w:val="both"/>
      </w:pPr>
      <w:r>
        <w:rPr>
          <w:rFonts w:ascii="Georgia" w:hAnsi="Georgia"/>
          <w:b w:val="0"/>
          <w:i w:val="0"/>
          <w:color w:val="000000"/>
          <w:sz w:val="24"/>
        </w:rPr>
        <w:t>7) И знай: в этом заключается тайна знака сгольта из [системы] таамим (знаков кантиллены), приводимого в Зоаре и во всех книгах АРИ, благословенной памяти: ведь эти знаки берут начало от упомянутого порядка линий в ГАР де-Некудим. В нем НЕХИ де-Кетер протянулись между ХУБ. И поскольку средняя линия тянется сверху вниз — то есть от Кетера между находящимися под ним ХУБ, — порядок линий обозначается одной точкой посередине сверху и двумя точками справа и слева снизу, вот так: (перевернутый сеголь). Также этот порядок называют КАХАБ, а не ХАБАД, ведь ХАБАД — это огласовка сеголь, где правая и левая точки находятся выше средней линии, вот так: (сеголь), где ХУБ расположены вверху, а Даат — ниже этих двух краев, как с Б-жьей помощью будет сказано далее.</w:t>
      </w:r>
    </w:p>
    <w:p>
      <w:pPr>
        <w:spacing w:before="40" w:after="120"/>
        <w:jc w:val="both"/>
      </w:pPr>
      <w:r>
        <w:rPr>
          <w:rFonts w:ascii="Georgia" w:hAnsi="Georgia"/>
          <w:b w:val="0"/>
          <w:i w:val="0"/>
          <w:color w:val="000000"/>
          <w:sz w:val="24"/>
        </w:rPr>
        <w:t>Итак, порядок линий был разъяснен в точности от самого их корня: изначально, до подъема МАН от Малхут к Хохме, в парцуфе была лишь одна линия — то есть порядок десяти сфирот друг под другом, а масах находился под всеми ними, в виде одной лишь Малхут. Затем, по причине соединения НЕХИ де-САГ со внутренними НЕХИ, представляющего собой [включение] Малхут де-Бина в Малхут внутреннего АК, Малхут поднялась до Хохмы, и сила сокращения и суда (дин), присущая Малхут, укоренилась в каждой сфире вплоть до Хохмы. Эта сторона суда, возникшая в десяти сфирот, стала определяться как левая линия. Тем самым установились две линии — Хесед и Дин, где линия Хесед — это сама суть десяти сфирот, а линия Дин — это Малхут и сила суда, включившаяся в каждую из них. А затем силой света Есод де-АК, протянувшего масах из никвей эйнаим на его место внизу, в пэ де-рош, благодаря чему правая и левая линии вступили в зивуг и поднялись десять сфирот со всеми светами НАРАНХАЙ, — это протяжение и стало называться средней линией.</w:t>
      </w:r>
    </w:p>
    <w:p>
      <w:pPr>
        <w:spacing w:before="40" w:after="120"/>
        <w:jc w:val="both"/>
      </w:pPr>
      <w:r>
        <w:rPr>
          <w:rFonts w:ascii="Georgia" w:hAnsi="Georgia"/>
          <w:b w:val="0"/>
          <w:i w:val="0"/>
          <w:color w:val="000000"/>
          <w:sz w:val="24"/>
        </w:rPr>
        <w:t>Таким образом, правая линия — это собственное свойство самой сфиры, левая линия — сила суда, включившаяся в нее вследствие подъема МАН, а средняя линия — распространение исправленного масаха, пригодного для того, чтобы принимать прямой свет и поднимать отраженный свет. И помни это для всех мест, ведь без этого нет никакого движения в мудрости истины. Кроме того, здесь необходимо понять: порядок линий, заново возникший силой свечения Есод де-АК, произошел только во втором рош — то есть в Хохме, находящейся от места никвей эйнаим и ниже (то есть от устья табура де-АК до окончания Тиферет), но вовсе не от табура и выше до хазе, являющегося самим первым рош. Причина же в том, что в первом рош нет келим. И благодаря этому ты поймешь, почему два верхних сустава НЕХИ, называемые бедренными костями (ацамот а-колийот), располагаются в точности от места табура до окончания тела, где и находится второй рош. В отличие от этого, от табура и выше до хазе, на месте первого рош общего БОН, есть только одна линия. Ведь вновь образованные келим, приходящие от БОН, не способны действовать выше места своего выхода, а ты уже знаешь, что место их начала — это ступень никвей эйнаим рош де-БОН, облачающая в точности устье табура самого АК. И потому их действие проявляется лишь от устья табура и ниже, в виде двух верхних суставов Нецах и Ход, именуемых вершинами бедер (рашей ярхин) или суставами колийот (паркей а-колийот). Тебе также следует помнить здесь: все, что есть в парцуфе с самого начала его выделения [из Источника], составляет саму основу строения парцуфа — то есть то, что присутствует в нем сразу же в момент его выхода в малом состоянии (катнут).</w:t>
      </w:r>
    </w:p>
    <w:p>
      <w:pPr>
        <w:spacing w:before="40" w:after="120"/>
        <w:jc w:val="both"/>
      </w:pPr>
      <w:r>
        <w:rPr>
          <w:rFonts w:ascii="Georgia" w:hAnsi="Georgia"/>
          <w:b w:val="0"/>
          <w:i w:val="0"/>
          <w:color w:val="000000"/>
          <w:sz w:val="24"/>
        </w:rPr>
        <w:t xml:space="preserve">Однако то, что привлекается в него впоследствии в виде добавки света большого состояния (гадлут) — подобно свечению Есод де-АК в пэ де-рош де-БОН, добавившему в парцуф среднюю линию, которая разрешила спор между двумя краями двух верхних суставов НЕХИ и тем самым добавила в парцуф три света: нешама, хая, ехида, называемые светами гадлута, — все это не считается самой основой строения парцуфа, поскольку этих [светов] не было в нем в начале его выделения. Ведь изначально в нем было лишь две линии и лишь уровень ЗОН, представляющий собой только два света: руах и нефеш. Они также называются лицевой и обратной сторонами (паним ве-ахор): то, что присутствует в нем изначально, называется келим де-паним, и они не разбились; а то, что добавилось к нему от зивуга Есод де-АК, называется келим де-ахор, и именно они аннулировались даже в ГАР, и помни это. В предыдущей ветви было обстоятельно и подробно разъяснено, в чем заключается причина разбиения сосудов (швират а-келим): свечение Есод де-АК пришло в указанные НЕХИ де-ахор, тогда как силой исправления МАН уже была установлена средняя точка для завершения светов на новой границе, расположенной несколько выше самой центральной точки, где проходила граница в Первом сокращении. Ведь сама центральная точка указывает на третью ступень четвертой стадии (бхина далет), завершавшую весь внутренний парцуф АК в виде головы, внутренней части и завершения (рош, тох, соф), как сказано выше в пункте 1 (см. там подробно). Эта граница — буквально наш материальный мир, согласно тайне стиха: </w:t>
      </w:r>
      <w:r>
        <w:rPr>
          <w:rFonts w:ascii="Georgia" w:hAnsi="Georgia"/>
          <w:b w:val="0"/>
          <w:i/>
          <w:color w:val="000000"/>
          <w:sz w:val="24"/>
        </w:rPr>
        <w:t>«И станут ноги Его в тот день на Масличной горе…»</w:t>
      </w:r>
      <w:r>
        <w:rPr>
          <w:rFonts w:ascii="Georgia" w:hAnsi="Georgia"/>
          <w:b w:val="0"/>
          <w:i w:val="0"/>
          <w:color w:val="000000"/>
          <w:sz w:val="24"/>
        </w:rPr>
        <w:t xml:space="preserve"> (Зхарья 14:4). И эта четвертая стадия пребывала в виде «Малхут сама по себе», то есть как одно лишь свойство суда без участия свойства милосердия, и потому Учитель называет ее «самой центральной точкой». По этой причине после того, как НЕХИ де-САГ опустились и скрылись внутри НЕХИ внутреннего парцуфа АК — где НЕХИ де-САГ представляют собой Малхут второй стадии (бхина бэт), называемую Биной, а внутренние НЕХИ — это сама Малхут четвертой стадии и нижняя хэй внутреннего [Имени] АВАЯ, — — тем самым соединились свойство милосердия и свойство суда в точке сокращения: Малхут де-Бина, являющаяся свойством милосердия, и Малхут четвертой стадии, являющаяся свойством суда, как сказано выше. И из соединения этих двух Малхут образовалась точка нового сокращения и новая граница, находящаяся выше этого мира, протянувшегося от прежней центральной точки.</w:t>
      </w:r>
    </w:p>
    <w:p>
      <w:pPr>
        <w:spacing w:before="40" w:after="120"/>
        <w:jc w:val="both"/>
      </w:pPr>
      <w:r>
        <w:rPr>
          <w:rFonts w:ascii="Georgia" w:hAnsi="Georgia"/>
          <w:b w:val="0"/>
          <w:i w:val="0"/>
          <w:color w:val="000000"/>
          <w:sz w:val="24"/>
        </w:rPr>
        <w:t>И знай: пространство от новой точки до прежней точки — это место трех миров разделения БЕА (Брия, Ецира, Асия), поскольку парцуфим Ацилута завершаются на новой границе, возникшей от участия свойства милосердия, а от нее и до этого мира — уже место разделения, так как свет Эйн Соф заканчивается на указанной новой границе, и помни это. Тебе следует в точности знать место упомянутой точки Второго сокращения (ЦБ) — где именно она находится во внутреннем АК. Это знание совершенно необходимо, так как там завершается мир Ацилут и начинается разделение. А ты уже знаешь, что все темы в целом зависят от АК, и невозможно понять частные детали и самые нижние ветви иначе как из их высшего корня — прежде всего для того, чтобы ты понял множество разъяснений в Зоаре, Тиккуним и словах Учителя, затрагивающих этот вопрос. Порядок парцуфим АК я уже приводил выше, а их разъяснение дано в ветви 9 «Паним Меирот».</w:t>
      </w:r>
    </w:p>
    <w:p>
      <w:pPr>
        <w:spacing w:before="40" w:after="120"/>
        <w:jc w:val="both"/>
      </w:pPr>
      <w:r>
        <w:rPr>
          <w:rFonts w:ascii="Georgia" w:hAnsi="Georgia"/>
          <w:b w:val="0"/>
          <w:i w:val="0"/>
          <w:color w:val="000000"/>
          <w:sz w:val="24"/>
        </w:rPr>
        <w:t>Однако знай: главное различение относится лишь к внутреннему парцуфу АК; и точно так же во всех местах, где мы говорим о пяти парцуфим, знай, что их основа — только во внутреннем парцуфе, называемом парцуфом Кетер. Именно его мы называем «внутренним АК» — то есть первые рош, тох, соф, протянувшиеся от Эйн Соф, благословен Он, в виде одной линии (кав) до этого мира, называемого самой центральной точкой; и он во всех местах именуется внутренним [Именем] АВАЯ де-АК. Прежде всего тебе необходимо помнить слова Учителя, приведенные выше в ветви 5: во всем АК нет совершенно никакого корня для келим АБЕА, и все рассуждения о нем ведутся лишь иносказательно, чтобы понять нижние ветви из их высшего корня в АК, поскольку он включает в себя всю действительность всех миров АБЕА. Ведь если у нас не будет ключей от первых чертогов, как мы сможем понять и постичь последние? Именно поэтому Учитель во всем продолжении исследований начал с пяти парцуфим АК, чтобы раскрыть нам каждую вещь из ее высшего корня в АК. И хотя их там нет, они неизбежно выходят и нисходят оттуда, и все силы, имеющиеся в высшем, непременно раскрываются в действиях нижнего. Пойми это и помни.</w:t>
      </w:r>
    </w:p>
    <w:p>
      <w:pPr>
        <w:spacing w:before="40" w:after="120"/>
        <w:jc w:val="both"/>
      </w:pPr>
      <w:r>
        <w:rPr>
          <w:rFonts w:ascii="Georgia" w:hAnsi="Georgia"/>
          <w:b w:val="0"/>
          <w:i w:val="0"/>
          <w:color w:val="000000"/>
          <w:sz w:val="24"/>
        </w:rPr>
        <w:t>9) Первые силы, раскрывшиеся в указанном внутреннем АК, — это четыре парцуфа: АБ, САГ, БОН и МА, вышедшие из четырех букв внутреннего [Имени] АВАЯ, как написано в «Паним Меирот» (ветвь 9) с указанием их причин, и оттуда ты можешь это узнать. Парцуф АБ начинается от пэ де-рош внутреннего АК, и рош де-АБ тянется до табура внутреннего АК, так как второе созерцание (истаклют бэт) высшего становится первым созерцанием (истаклют алеф) нижнего, и потому табур внутреннего АК становится пэ де-рош де-АБ. И оказывается, что десять сфирот прямого и отраженного света де-АК протянулись от пэ де-рош внутреннего АК до табура; и подобным же образом — во всех парцуфим. А от табура и ниже внутреннего АК, где находится место пэ де-рош де-АБ, как сказано выше, — оттуда и до точки этого мира простирается категория десяти сфирот НЕХИ завершения внутреннего АК.</w:t>
      </w:r>
    </w:p>
    <w:p>
      <w:pPr>
        <w:spacing w:before="40" w:after="120"/>
        <w:jc w:val="both"/>
      </w:pPr>
      <w:r>
        <w:rPr>
          <w:rFonts w:ascii="Georgia" w:hAnsi="Georgia"/>
          <w:b w:val="0"/>
          <w:i w:val="0"/>
          <w:color w:val="000000"/>
          <w:sz w:val="24"/>
        </w:rPr>
        <w:t>Поэтому оттуда раскрываются три силы, именуемые тремя третями НЕХИ: верхней, средней и нижней; или же три сустава, именуемые суставами колийот (паркей а-колийот), суставами бедер (паркей а-ярхин) и суставами ног (паркей а-раглин), куда входят также ступни с пальцами ног. И корень этих трех сил, раскрывшихся оттуда, проистекает по причине парцуфа САГ де-АК, облачающего [пространство] от табура внутреннего АК и ниже, до точки этого мира. А поскольку парцуф САГ неизбежно делится на рош, тох, соф, как сказано там, и эти рош, тох, соф облачают НЕХИ внутреннего АК, как упоминалось выше, — потому там образовались три сустава, соединенных узлами. Эти узлы представляют собой тайну трех ступеней Малхут, разделяющих каждый парцуф на рош, тох, соф, как сказано выше в пункте 1 (см. там). И Малхут называется здесь узлом по тайне отраженного света, который она поднимает к верхнему суставу снизу вверх, а затем к нижнему суставу сверху вниз, тем самым связывая их друг с другом.</w:t>
      </w:r>
    </w:p>
    <w:p>
      <w:pPr>
        <w:spacing w:before="40" w:after="120"/>
        <w:jc w:val="both"/>
      </w:pPr>
      <w:r>
        <w:rPr>
          <w:rFonts w:ascii="Georgia" w:hAnsi="Georgia"/>
          <w:b w:val="0"/>
          <w:i w:val="0"/>
          <w:color w:val="000000"/>
          <w:sz w:val="24"/>
        </w:rPr>
        <w:t>Таким образом, три верхних сустава НЕХИ, то есть суставы колийот, облачаются в рош де-САГ. Средние же суставы, называемые ярхин (бедра), облачаются в тох де-САГ до его табура. А нижние суставы облачаются от табура де-САГ и ниже. И из объясненного здесь ты хорошо поймешь значение мест, которые мы называем «общим хазе де-АК» и «общим табуром де-АК». Ведь пэ де-рош де-АБ находится на месте табура внутреннего АК, и оттуда и ниже до хазе простирается тох де-АБ, а от хазе и ниже до общего табура простирается соф де-АБ, как известно. Поэтому рош парцуфа САГ начинается от пэ де-рош де-АБ, где расположена Гальгальта де-САГ, и тянется до общего хазе. Оказывается, что этот общий хазе включает в себя: ступень пэ де-рош де-САГ, ступень табур де-гуф де-АБ, а также устье Есода и окончание тела от высших суставов НЕХИ внутреннего АК, именуемых суставами колийот или вершинами бедер (рашей ярхин), которые начинаются от табура тела и заканчиваются вровень с телом. И это место повсюду называется общим хазе парцуфа. Оттуда же до общего табура облачает гуф де-САГ, поскольку общий хазе представляет собой пэ де-рош де-САГ, а тох простирается от пэ до табура, как известно. И ты находишь, что общий табур служит табуром только для гуф де-САГ, являясь одновременно окончанием пальцев ног де-АБ и окончанием средних суставов внутреннего парцуфа АК, именуемых ярхин; и это место называют общим табуром. А оттуда и ниже простираются НЕХИ де-САГ де-АК, находящиеся уже вне парцуфа АБ, который завершается выше общего табура. Таким образом, НЕХИ де-САГ, распространяющиеся от общего табура и ниже, облачают нижние суставы НЕХИ внутреннего АК, именуемые ногами (раглин), куда входят ступни и пальцы ног; и оба они тянутся до точки этого мира, как сказано выше. Сохрани это хорошенько.</w:t>
      </w:r>
    </w:p>
    <w:p>
      <w:pPr>
        <w:spacing w:before="40" w:after="120"/>
        <w:jc w:val="both"/>
      </w:pPr>
      <w:r>
        <w:rPr>
          <w:rFonts w:ascii="Georgia" w:hAnsi="Georgia"/>
          <w:b w:val="0"/>
          <w:i w:val="0"/>
          <w:color w:val="000000"/>
          <w:sz w:val="24"/>
        </w:rPr>
        <w:t xml:space="preserve">10) И нам осталось понять устройство нижних суставов внутреннего АК — ног (раглин) и ступней с пальцами, поскольку там тоже находятся еще четыре сустава с четырьмя узлами: узел между ногами и ступнями и три узла на пальцах. И нужно понять, как они происходят из АК: ведь мы не находим там ничего, кроме одной ступени САГ, облачающей их все, — как же раскрываются из них эти суставы? Однако ты уже знаешь, что общий парцуф БОН облачает пространство от хазе де-САГ и ниже — то есть десять сфирот де-Некудим, как сказано выше в пункте 2. И известно, что он тоже тянулся до точки этого мира, как и внутренний АК до установления точки Второго сокращения (ЦБ), как пишет Учитель в «Эц Хаим» (врата АХАП [в тексте </w:t>
      </w:r>
      <w:r>
        <w:rPr>
          <w:rFonts w:ascii="Georgia" w:hAnsi="Georgia" w:cs="Times New Roman"/>
          <w:b/>
          <w:i w:val="0"/>
          <w:color w:val="000000"/>
          <w:sz w:val="24"/>
          <w:rtl/>
          <w:szCs w:val="32"/>
        </w:rPr>
        <w:t>אנ״ך</w:t>
      </w:r>
      <w:r>
        <w:rPr>
          <w:rFonts w:ascii="Georgia" w:hAnsi="Georgia"/>
          <w:b w:val="0"/>
          <w:i w:val="0"/>
          <w:color w:val="000000"/>
          <w:sz w:val="24"/>
        </w:rPr>
        <w:t xml:space="preserve">], гл. 5), и вот его слова: </w:t>
      </w:r>
      <w:r>
        <w:rPr>
          <w:rFonts w:ascii="Georgia" w:hAnsi="Georgia"/>
          <w:b w:val="0"/>
          <w:i/>
          <w:color w:val="000000"/>
          <w:sz w:val="24"/>
        </w:rPr>
        <w:t>«И знай: не только те вышли на уровень Ацилута, что являются лицевой стороной (паним) де-БОН, но и их обратная сторона (ахораим) — БЕА — вышла вместе с ними…»</w:t>
      </w:r>
      <w:r>
        <w:rPr>
          <w:rFonts w:ascii="Georgia" w:hAnsi="Georgia"/>
          <w:b w:val="0"/>
          <w:i w:val="0"/>
          <w:color w:val="000000"/>
          <w:sz w:val="24"/>
        </w:rPr>
        <w:t xml:space="preserve"> — конец цитаты, см. там подробно. И как написано в «Паним Меирот» и «Паним Масбирот» в ветви 24, именно это послужило причиной их разбиения. Ведь свечение Есод де-АК протянуло нижнюю хэй из никвей эйнаим де-БОН до Малхут общего рош де-БОН, и Бина с ЗОН вновь вошли в рош вследствие пробуждения первого корня внутреннего АК до исправления МАН, когда все АХАП находились на уровне головы. И потому оттуда протянулись ступени рош, тох, соф, как в первом корне внутреннего АК — то есть до точки этого мира. Оказалось, что они перешли границу точки Второго сокращения, то есть основание (пол) Ацилута; а как только они перешли эту границу, они разбились, как написано там в «Паним Меирот» и «Паним Масбирот». И ты видишь, что вся суть разбиения произошла по той причине, что средняя линия относилась к категории НЕХИ де-ахор, представляющей собой четвертую стадию, открытую наружу, которая прежде находилась в виде нижней хэй в глазах, как сказано выше в пунктах 6 и 7 (см. там подробно), что является Малхут внутреннего АК, и пойми это хорошенько. Вернемся к нашей теме: было разъяснено, что общий парцуф БОН, начинающийся от хазе внутреннего АК, до разбиения семи нижних сфирот (ЗАТ) тоже заканчивался в той самой центральной точке, где завершался внутренний АК в первом корне до подъема МАН. И он также неизбежно делится на рош, тох, соф, поскольку Малхут не завершает парцуф прежде, чем пройдет три ступени, упомянутые выше в пункте 1 (см. там). Благодаря этому ты поймешь, что те две нижние трети внутреннего АК, облаченные от общего табура и ниже и именуемые ногами со ступнями и пальцами, тоже заново разделились на рош, тох, соф соответственно тому, как парцуф БОН облачил их. И в самих этих нижних третях заново образовались три узла, проистекающие из трех ступеней Малхут, создавшей в БОН рош, тох, соф.</w:t>
      </w:r>
    </w:p>
    <w:p>
      <w:pPr>
        <w:spacing w:before="40" w:after="120"/>
        <w:jc w:val="both"/>
      </w:pPr>
      <w:r>
        <w:rPr>
          <w:rFonts w:ascii="Georgia" w:hAnsi="Georgia"/>
          <w:b w:val="0"/>
          <w:i w:val="0"/>
          <w:color w:val="000000"/>
          <w:sz w:val="24"/>
        </w:rPr>
        <w:t>Таким образом: рош де-БОН облачает три верхних сустава этих нижних третей НЕХИ внутреннего АК — то есть именуемые ногами (раглин) до ступней; тох де-БОН — то есть от пэ де-рош до табура его тела — облачает средние суставы, именуемые ступнями ног внутреннего АК; а соф де-БОН — то есть НЕХИ де-БОН — облачает нижние суставы, именуемые пальцами ног внутреннего АК.</w:t>
      </w:r>
    </w:p>
    <w:p>
      <w:pPr>
        <w:spacing w:before="40" w:after="120"/>
        <w:jc w:val="both"/>
      </w:pPr>
      <w:r>
        <w:rPr>
          <w:rFonts w:ascii="Georgia" w:hAnsi="Georgia"/>
          <w:b w:val="0"/>
          <w:i w:val="0"/>
          <w:color w:val="000000"/>
          <w:sz w:val="24"/>
        </w:rPr>
        <w:t>11) Теперь для нас в точности определилось место границы Ацилута, намеченной от внутреннего АК: ведь выше в пункте 10 уже объяснялось, что граница Ацилута проходит в табуре общего БОН (см. там причину и обоснование). И получается, что рош и тох парцуфа БОН, облачающие ноги и ступни внутреннего АК, все еще находятся в пределах границы Ацилута. И только от табура де-БОН и ниже, где он облачает десять пальцев ног де-АК, они протянулись от пола Ацилута до точки этого мира, где расположено место трех миров: Брия, Ецира, Асия. Таким образом, протяженность всех трех миров БЕА равна мере пальцев ног де-АК; а тот узел, который находится между суставами ступней и пальцев, представляет собой кровлю Брии и пол Ацилута. Из сказанного ты поймешь, почему сами пальцы разделились на три сустава: это потому, что три мира БЕА представляют собой единый парцуф, рош которого называется Брия, его тох называется Ецира, а его НЕХИ называются Асия, как известно.</w:t>
      </w:r>
    </w:p>
    <w:p>
      <w:pPr>
        <w:spacing w:before="40" w:after="120"/>
        <w:jc w:val="both"/>
      </w:pPr>
      <w:r>
        <w:rPr>
          <w:rFonts w:ascii="Georgia" w:hAnsi="Georgia"/>
          <w:b w:val="0"/>
          <w:i w:val="0"/>
          <w:color w:val="000000"/>
          <w:sz w:val="24"/>
        </w:rPr>
        <w:t xml:space="preserve">Поэтому пальцы ног этого внутреннего АК также разделились на три сустава, соединенных друг с другом узлами, являющимися тремя ступенями в мирах, образующими рош, тох, соф в парцуфе, как сказано выше в пункте 2. А то, что они называются ступнями ног (кафот раглаим), объясняется тем, что по своему желанию он выпрямляет их, а по своему желанию сгибает. Ведь их можно вытянуть в длину, и тогда высота (кома) парцуфа возрастает — подобно человеку, который упирается пальцами ног в землю и встает на них, отчего его рост увеличивается и он вытягивается до точки этого мира. Когда же он сгибает их и встает на ступни, оказывается, что его высота уменьшается и укорачивается до пола Ацилута, как сказано выше. И в этом тайна того, на что намекнул Учитель выше в ветви 17 (пункт 8, со слов «И это»): </w:t>
      </w:r>
      <w:r>
        <w:rPr>
          <w:rFonts w:ascii="Georgia" w:hAnsi="Georgia"/>
          <w:b w:val="0"/>
          <w:i/>
          <w:color w:val="000000"/>
          <w:sz w:val="24"/>
        </w:rPr>
        <w:t>«И это также тайна сказанного в трактате Шавуот (лист 18б): „Тот, кому жена сказала во время соития: 'Я стала нечистой', пусть вонзит ногти [ног] в землю, и семя выйдет через ногти ног, и пусть отделится с омертвевшим органом“»</w:t>
      </w:r>
      <w:r>
        <w:rPr>
          <w:rFonts w:ascii="Georgia" w:hAnsi="Georgia"/>
          <w:b w:val="0"/>
          <w:i w:val="0"/>
          <w:color w:val="000000"/>
          <w:sz w:val="24"/>
        </w:rPr>
        <w:t xml:space="preserve"> — конец цитаты, см. там подробно. Это происходит из категории разбиения сосудов: ведь вонзание в землю этого мира — это мера выхода ступени наружу из Ацилута, как сказано выше, что послужило причиной смерти мелахим и их падения в БЕА. В этом и заключается суть выхода семени через ногти его пальцев, ибо он вонзил их в землю этого мира, как сказано выше; тем самым они преступили границу Ацилута, и возникло место для БЕА, чтобы облачить эти пальцы. И рассеялись света и искры Ацилута через десять пальцев его ног — то есть те, что вышли за пределы границы; понятливому этого достаточно, и не следует распространяться более.</w:t>
      </w:r>
    </w:p>
    <w:p>
      <w:pPr>
        <w:spacing w:before="40" w:after="120"/>
        <w:jc w:val="both"/>
      </w:pPr>
      <w:r>
        <w:rPr>
          <w:rFonts w:ascii="Georgia" w:hAnsi="Georgia"/>
          <w:b w:val="0"/>
          <w:i w:val="0"/>
          <w:color w:val="000000"/>
          <w:sz w:val="24"/>
        </w:rPr>
        <w:t>12) На первый взгляд здесь можно задать вопрос согласно тому, что объяснялось в предшествующей ветви при разборе последовательного нисхождения парцуфим АБ, САГ, МА, БОН, порождаемого силой очищения экрана (издохехут а-масах). Источник масаха — это упомянутая Малхут внутреннего АК, являющаяся четвертой стадией из четырех стадий прямого света, называемых Хохма, Бина, Тиферет и Малхут, что представляет собой саму центральную точку, на которую произошло указанное сокращение. И поэтому лишь четвертая стадия притягивает уровень отраженного света в зивуге с высшим светом на все десять сфирот прямого света вплоть до окружающего Эйн Соф, благословен Он. Однако затем, когда по причине умножения изобилия (шефа) упомянутый масах очистился, как написано там, оказалось, что по мере его очищения ослабевала сила соударения (зивуг де-акаа) с высшим светом, и тем самым уменьшалась высота уровня отраженного света, поднимающегося от масаха снизу вверх. Так, при его очищении до третьей стадии (бхина гимель) уровень снизился с высоты Кетера и остался на высоте Хохмы; при очищении до второй стадии (бхина бэт) он снизился с высоты Хохмы и остался на высоте Бины; при очищении до первой стадии (бхина алеф) он снизился с высоты Бины и остался на высоте ЗА; а когда он очистился и от первой стадии, тогда авиют (толща желания) вовсе исчезла из масаха, и он стал более не пригоден ни к какому соударению с высшим светом, как обо всем этом подробно написано выше в «Паним Меирот» (ветвь 4) и в «Птихе» (см. там подробно). Исходя из этого трудно понять: как же говорится об общем БОН, что из него вышли три головы — Гальгальта, АБ, САГ, как приведено в словах Учителя выше (см. «Паним Меирот», стр. 426)? Ведь вся основа общего БОН — из тайны масаха, поднявшегося к ступени Хохма, именуемой никвей эйнаим, и тогда она оказывается на первой стадии, когда зивуг высшего света выходит от Кетера к Хохме, откуда отраженный свет поднимается на уровень ЗОН до Кетера, как написано там. И если так, как же можно представить дальнейшее нисхождение парцуфим АБ, САГ, МА, БОН из этого масаха, чей корень — лишь первая стадия, которая далее уже не способна очищаться так, чтобы в ней осталась хоть какая-то авиют и сила зивуга? И это безусловно необходимо понять очень глубоко, ведь это основа всей мудрости. Для этого тебе нужно понять различие между процессом очищения, действующим в парцуфим АК (то есть в масахе Первого сокращения), и процессом очищения, действующим от парцуфа БОН и далее (то есть в новом масахе Второго сокращения де-АК, объясненном выше). Казалось бы, относительно БОН возникает еще более трудный вопрос: Учитель говорит, что по причине подъема зивуга в никвей эйнаим АХАП вышли наружу и свет уха (озэн) прекратил поступать к нижнему; почему же в парцуфе САГ, где масах поднялся к ступени Бина, он не говорит, что из-за этого ЗОН вышли наружу из головы и превратились в тело? И нельзя разделять между никвей эйнаим и Биной, ведь далее при разборе нового МА Учитель говорит, что ЗОН вышли со лба (мэцах) — то есть наружу из головы, на уровень тела, — хотя там зивуг произошел в Бине де-Кетер, и тем не менее он говорит, что ЗА выходит из головы!</w:t>
      </w:r>
    </w:p>
    <w:p>
      <w:pPr>
        <w:spacing w:before="40" w:after="120"/>
        <w:jc w:val="both"/>
      </w:pPr>
      <w:r>
        <w:rPr>
          <w:rFonts w:ascii="Georgia" w:hAnsi="Georgia"/>
          <w:b w:val="0"/>
          <w:i w:val="0"/>
          <w:color w:val="000000"/>
          <w:sz w:val="24"/>
        </w:rPr>
        <w:t>И кроме того, можно спросить: о парцуфим АК говорится, что очищение, происходившее в теле каждого парцуфа, вовсе не затрагивало голову, а касалось исключительно [пространства] от пэ и ниже (как написано выше, стр. 117, со слов «И в этом ты поймешь»); здесь же, в БОН, он сказал, что коль скоро разбились семь нижних сфирот (ЗАТ), свет ушел также и из трех первых (ГАР), как сказано выше в ветви 22 (пункт 2, со слов «И во время»).</w:t>
      </w:r>
    </w:p>
    <w:p>
      <w:pPr>
        <w:spacing w:before="40" w:after="120"/>
        <w:jc w:val="both"/>
      </w:pPr>
      <w:r>
        <w:rPr>
          <w:rFonts w:ascii="Georgia" w:hAnsi="Georgia"/>
          <w:b w:val="0"/>
          <w:i w:val="0"/>
          <w:color w:val="000000"/>
          <w:sz w:val="24"/>
        </w:rPr>
        <w:t>13) Дело в том, что хотя вследствие очищения масаха зивуг поднялся в высшие сфирот, сами эти сфирот вовсе не огрубились из-за подъема масаха в них. Ведь даже сам масах, представляющий собой Малхут, очищается — тем более он не вызвал огрубления сфирот, находящихся выше него. И то, что высота уровня уменьшилась из-за этого, произошло не по причине авиюта и суда (дин), а напротив — вследствие очищения от авиюта: ведь из-за этого сила сдерживания высшего света в нем уже не столь велика, отчего соударение высшего света с ним происходит не с прежней мощью, и потому мера отраженного света уменьшается, и он не поднимается и не облачает до самого верха, как написано в «Паним Меирот» (ветвь 3, см. там подробно). Поэтому когда он очистился до второй стадии (бхина бэт) и зивуг произошел от Кетера к Бине и от Бины к Кетеру, породив десять сфирот уровня Бины, ЗОН головы от этого нисколько не огрубились. Ведь в конечном счете зивуг совершался лишь на ступени Малхут, а Бина вовсе не приобрела авиют; напротив, это Малхут очистилась и возвысилась до достоинства Бины, и потому зивуг прямого света с масахом рассматривается так, будто он произошел в ступени Бина. Сама же Бина от этого заведомо ничуть не огрубляется и тем более не считается ступенью Нуквы и пэ де-рош; а раз так, нет совершенно никакой причины, чтобы ЗА огрубился из-за нее и вышел из категории головы в тело.</w:t>
      </w:r>
    </w:p>
    <w:p>
      <w:pPr>
        <w:spacing w:before="40" w:after="120"/>
        <w:jc w:val="both"/>
      </w:pPr>
      <w:r>
        <w:rPr>
          <w:rFonts w:ascii="Georgia" w:hAnsi="Georgia"/>
          <w:b w:val="0"/>
          <w:i w:val="0"/>
          <w:color w:val="000000"/>
          <w:sz w:val="24"/>
        </w:rPr>
        <w:t xml:space="preserve">Пойми это хорошенько. Совсем иначе обстоит дело при подъеме МАН в никвей эйнаим. Ты ведь уже знаешь, что эти МАН состоят из двух категорий вместе — из второй и четвертой стадий, по тайне объединения свойства милосердия с судом. Более того: при первом подъеме этих МАН вторая стадия была сокрыта, а четвертая стадия — раскрыта, ибо именно так они соединились по тайне внутренних НЕХИ, как пишет Учитель выше в ветви 8 о том, что НЕХИ де-САГ скрылись во внутренних МА и БОН де-АК (см. там подробно и в «Паним Меирот», ветвь 9). А известно, что властвует все открытое наружу; и раз так, эти МАН в тайне первого подъема в никвей эйнаим рассматриваются почти как сама четвертая стадия, за тем лишь исключением, что силой скрытой в ней второй стадии она набрала мощь и поднялась по всем сфирот до Хохмы. Вследствие этого Хохма установилась подобно Нукве четвертой стадии и почти буквально как она. И в этом суть того, о чем точно выразился Учитель в ветви 14 (пункт 9), излагая толкование Тиккуним на стих </w:t>
      </w:r>
      <w:r>
        <w:rPr>
          <w:rFonts w:ascii="Georgia" w:hAnsi="Georgia"/>
          <w:b w:val="0"/>
          <w:i/>
          <w:color w:val="000000"/>
          <w:sz w:val="24"/>
        </w:rPr>
        <w:t>«Я сплю…»</w:t>
      </w:r>
      <w:r>
        <w:rPr>
          <w:rFonts w:ascii="Georgia" w:hAnsi="Georgia"/>
          <w:b w:val="0"/>
          <w:i w:val="0"/>
          <w:color w:val="000000"/>
          <w:sz w:val="24"/>
        </w:rPr>
        <w:t xml:space="preserve"> (</w:t>
      </w:r>
      <w:r>
        <w:rPr>
          <w:rFonts w:ascii="Georgia" w:hAnsi="Georgia"/>
          <w:b w:val="0"/>
          <w:i/>
          <w:color w:val="000000"/>
          <w:sz w:val="24"/>
        </w:rPr>
        <w:t>ани йешена</w:t>
      </w:r>
      <w:r>
        <w:rPr>
          <w:rFonts w:ascii="Georgia" w:hAnsi="Georgia"/>
          <w:b w:val="0"/>
          <w:i w:val="0"/>
          <w:color w:val="000000"/>
          <w:sz w:val="24"/>
        </w:rPr>
        <w:t xml:space="preserve">, </w:t>
      </w:r>
      <w:r>
        <w:rPr>
          <w:rFonts w:ascii="Georgia" w:hAnsi="Georgia" w:cs="Times New Roman"/>
          <w:b/>
          <w:i w:val="0"/>
          <w:color w:val="000000"/>
          <w:sz w:val="24"/>
          <w:rtl/>
          <w:szCs w:val="32"/>
        </w:rPr>
        <w:t>אֲנִי יְשֵׁנָה</w:t>
      </w:r>
      <w:r>
        <w:rPr>
          <w:rFonts w:ascii="Georgia" w:hAnsi="Georgia"/>
          <w:b w:val="0"/>
          <w:i w:val="0"/>
          <w:color w:val="000000"/>
          <w:sz w:val="24"/>
        </w:rPr>
        <w:t xml:space="preserve">): «не читай </w:t>
      </w:r>
      <w:r>
        <w:rPr>
          <w:rFonts w:ascii="Georgia" w:hAnsi="Georgia"/>
          <w:b w:val="0"/>
          <w:i/>
          <w:color w:val="000000"/>
          <w:sz w:val="24"/>
        </w:rPr>
        <w:t>йешена</w:t>
      </w:r>
      <w:r>
        <w:rPr>
          <w:rFonts w:ascii="Georgia" w:hAnsi="Georgia"/>
          <w:b w:val="0"/>
          <w:i w:val="0"/>
          <w:color w:val="000000"/>
          <w:sz w:val="24"/>
        </w:rPr>
        <w:t xml:space="preserve">, а читай </w:t>
      </w:r>
      <w:r>
        <w:rPr>
          <w:rFonts w:ascii="Georgia" w:hAnsi="Georgia"/>
          <w:b w:val="0"/>
          <w:i/>
          <w:color w:val="000000"/>
          <w:sz w:val="24"/>
        </w:rPr>
        <w:t>шнийа</w:t>
      </w:r>
      <w:r>
        <w:rPr>
          <w:rFonts w:ascii="Georgia" w:hAnsi="Georgia"/>
          <w:b w:val="0"/>
          <w:i w:val="0"/>
          <w:color w:val="000000"/>
          <w:sz w:val="24"/>
        </w:rPr>
        <w:t xml:space="preserve"> (</w:t>
      </w:r>
      <w:r>
        <w:rPr>
          <w:rFonts w:ascii="Georgia" w:hAnsi="Georgia" w:cs="Times New Roman"/>
          <w:b/>
          <w:i w:val="0"/>
          <w:color w:val="000000"/>
          <w:sz w:val="24"/>
          <w:rtl/>
          <w:szCs w:val="32"/>
        </w:rPr>
        <w:t>שְׁנִיָּה</w:t>
      </w:r>
      <w:r>
        <w:rPr>
          <w:rFonts w:ascii="Georgia" w:hAnsi="Georgia"/>
          <w:b w:val="0"/>
          <w:i w:val="0"/>
          <w:color w:val="000000"/>
          <w:sz w:val="24"/>
        </w:rPr>
        <w:t>) — „вторая“» (</w:t>
      </w:r>
      <w:r>
        <w:rPr>
          <w:rFonts w:ascii="Georgia" w:hAnsi="Georgia"/>
          <w:b w:val="0"/>
          <w:i/>
          <w:color w:val="000000"/>
          <w:sz w:val="24"/>
        </w:rPr>
        <w:t>«Я сплю — я вторая»</w:t>
      </w:r>
      <w:r>
        <w:rPr>
          <w:rFonts w:ascii="Georgia" w:hAnsi="Georgia"/>
          <w:b w:val="0"/>
          <w:i w:val="0"/>
          <w:color w:val="000000"/>
          <w:sz w:val="24"/>
        </w:rPr>
        <w:t xml:space="preserve"> [</w:t>
      </w:r>
      <w:r>
        <w:rPr>
          <w:rFonts w:ascii="Georgia" w:hAnsi="Georgia" w:cs="Times New Roman"/>
          <w:b/>
          <w:i w:val="0"/>
          <w:color w:val="000000"/>
          <w:sz w:val="24"/>
          <w:rtl/>
          <w:szCs w:val="32"/>
        </w:rPr>
        <w:t>אֲנִי יְשֵׁנָה אֲנִי שְׁנִיָּה</w:t>
      </w:r>
      <w:r>
        <w:rPr>
          <w:rFonts w:ascii="Georgia" w:hAnsi="Georgia"/>
          <w:b w:val="0"/>
          <w:i w:val="0"/>
          <w:color w:val="000000"/>
          <w:sz w:val="24"/>
        </w:rPr>
        <w:t>]), то есть Малхут стала второй после Кетера. Иными словами, вместо того чтобы Хохме быть второй сфирой после Кетера, Малхут заняла ее место и стала второй после Кетера, что составляет тайну нижней хэй в глазах, см. там подробно. Все это произошло потому, что вторая стадия была скрыта, а четвертая — раскрыта, как сказано выше.</w:t>
      </w:r>
    </w:p>
    <w:p>
      <w:pPr>
        <w:spacing w:before="40" w:after="120"/>
        <w:jc w:val="both"/>
      </w:pPr>
      <w:r>
        <w:rPr>
          <w:rFonts w:ascii="Georgia" w:hAnsi="Georgia"/>
          <w:b w:val="0"/>
          <w:i w:val="0"/>
          <w:color w:val="000000"/>
          <w:sz w:val="24"/>
        </w:rPr>
        <w:t>Поэтому когда посредством зивуга оттуда вышли десять сфирот головы от Хохмы до Кетера, Хохма переняла свойство прежней Малхут де-рош, находившейся внизу, в пэ. Таким образом, здесь возникает двойной катнут: во-первых, из-за того что масах поднялся в Хохму и зивуг произошел от Хохмы к Кетеру — то есть охватывая лишь две ступени, — там образуется лишь уровень ЗОН; а во-вторых, сама первая стадия огрубилась силой суда раскрытой четвертой стадии, и получилось, что три сфиры головы — Бина и ЗОН, именуемые АХАП, — оказались на уровне тела, расположенного ниже пэ де-рош, и пойми это хорошенько. И поэтому, поскольку изначальный выход БОН из света глаз происходил в малом состоянии (катнут), как сказано выше в пункте 3, а затем силой свечения Есод де-АК нижняя хэй протянулась из никвей эйнаим рош де-БОН и опустилась на свое первое место по тайне средней линии сверху вниз в виде знака сгольта, и АХАП возвратились в рош, так что тогда вышли десять полных сфирот уровня Кетер и голова обрела три высших света: нешама, хая, ехида, — то все это увеличение произошло благодаря нижней хэй и МАН, находившимся в никвей эйнаим: ведь теперь она вернулась на свое место, и тем самым статус головы вернулся также и к АХАП.</w:t>
      </w:r>
    </w:p>
    <w:p>
      <w:pPr>
        <w:spacing w:before="40" w:after="120"/>
        <w:jc w:val="both"/>
      </w:pPr>
      <w:r>
        <w:rPr>
          <w:rFonts w:ascii="Georgia" w:hAnsi="Georgia"/>
          <w:b w:val="0"/>
          <w:i w:val="0"/>
          <w:color w:val="000000"/>
          <w:sz w:val="24"/>
        </w:rPr>
        <w:t xml:space="preserve">Но поскольку этот масах и эти МАН относились к тайне второго созерцания (истаклют бэт) — то есть к телу (гуф), а там [сосуды] разбились, — этот масах тем самым аннулировался также и в самой голове, поскольку там он пребывает лишь как корень келим и проявляется исключительно через второе созерцание в теле, как пишет Учитель выше в ветви 22 и в «Паним Меирот» (пункт 1). И потому масах вернулся на свое место в никвей эйнаим, и три сфиры Бина и ЗОН, именуемые АХАП, вновь вышли из категории головы в тело, как и прежде. И становится совершенно ясно, что разбиение сосудов тела повлекло за собой уход света и выход сосудов также и из головы. Это совершенно не свойственно процессу очищения, действующему в парцуфим АК, где сфирот четырех стадий прямого света в голове никогда не огрублялись из-за очищения масаха, пусть даже их высота и уменьшалась; а потому происходящее с телом ничуть не касается головы, в которой все десять сфирот прямого света находятся выше масаха, и пойми это хорошенько. Более того: хотя при ее возвращении в никвей эйнаим четвертая стадия уже была скрыта, а первая — раскрыта, как будет сказано далее, тем не менее считается, что сама Хохма вновь стала ступенью Нуквы и нижней хэй для Кетера, по тайне: </w:t>
      </w:r>
      <w:r>
        <w:rPr>
          <w:rFonts w:ascii="Georgia" w:hAnsi="Georgia"/>
          <w:b w:val="0"/>
          <w:i/>
          <w:color w:val="000000"/>
          <w:sz w:val="24"/>
        </w:rPr>
        <w:t>«Я сплю — я вторая»</w:t>
      </w:r>
      <w:r>
        <w:rPr>
          <w:rFonts w:ascii="Georgia" w:hAnsi="Georgia"/>
          <w:b w:val="0"/>
          <w:i w:val="0"/>
          <w:color w:val="000000"/>
          <w:sz w:val="24"/>
        </w:rPr>
        <w:t xml:space="preserve"> (</w:t>
      </w:r>
      <w:r>
        <w:rPr>
          <w:rFonts w:ascii="Georgia" w:hAnsi="Georgia"/>
          <w:b w:val="0"/>
          <w:i/>
          <w:color w:val="000000"/>
          <w:sz w:val="24"/>
        </w:rPr>
        <w:t>ани йешена, ани шнийа</w:t>
      </w:r>
      <w:r>
        <w:rPr>
          <w:rFonts w:ascii="Georgia" w:hAnsi="Georgia"/>
          <w:b w:val="0"/>
          <w:i w:val="0"/>
          <w:color w:val="000000"/>
          <w:sz w:val="24"/>
        </w:rPr>
        <w:t xml:space="preserve">, </w:t>
      </w:r>
      <w:r>
        <w:rPr>
          <w:rFonts w:ascii="Georgia" w:hAnsi="Georgia" w:cs="Times New Roman"/>
          <w:b/>
          <w:i w:val="0"/>
          <w:color w:val="000000"/>
          <w:sz w:val="24"/>
          <w:rtl/>
          <w:szCs w:val="32"/>
        </w:rPr>
        <w:t>אֲנִי יְשֵׁנָה אֲנִי שְׁנִיָּה</w:t>
      </w:r>
      <w:r>
        <w:rPr>
          <w:rFonts w:ascii="Georgia" w:hAnsi="Georgia"/>
          <w:b w:val="0"/>
          <w:i w:val="0"/>
          <w:color w:val="000000"/>
          <w:sz w:val="24"/>
        </w:rPr>
        <w:t>), как сказано выше. Это происходит потому, что четвертая стадия по своей сути все еще сокрыта там, в первой стадии. И потому считается, что Бина и ЗОН головы вновь вышли и опустились под Нукву де-рош, то есть на уровень ХАГАТ де-гуф. Пойми это и помни.</w:t>
      </w:r>
    </w:p>
    <w:p>
      <w:pPr>
        <w:spacing w:before="40" w:after="120"/>
        <w:jc w:val="both"/>
      </w:pPr>
      <w:r>
        <w:rPr>
          <w:rFonts w:ascii="Georgia" w:hAnsi="Georgia"/>
          <w:b w:val="0"/>
          <w:i w:val="0"/>
          <w:color w:val="000000"/>
          <w:sz w:val="24"/>
        </w:rPr>
        <w:t>14) Пойми, однако, что возвращение масаха на свое место, в никвей эйнаим де-БОН, происходило исключительно в порядке постепенного очищения масаха. Ведь все силы, действующие в высшем, обязательно действуют и в нижнем. И поскольку четвертой стадии свойственно очищаться по порядку ступеней АБ-САГ-МА-БОН, как упоминалось выше относительно АК, так и здесь, в БОН, она скрывалась тем же путем: сначала [масах] очистился до третьей стадии (бхина гимель), и тогда вышел второй рош, называемый АБ, или Аба ве-Има Илаин (Высшие Аба ве-Има), а его гуф именуется ХАГАТ де-Некудим — то есть до табура, поскольку он всегда оканчивается на уровне табура парцуфа. Затем, когда разбились ХАГАТ, масах очистился до второй стадии (бхина бэт), и тогда вышел третий рош парцуфа БОН, называемый САГ, или ИШСУТ, а его гуф называется НЕХИ де-Некудим, поскольку он всегда облачает НЕХИМ внутреннего парцуфа, распространяясь до точки окончания парцуфа, как сказано выше в пункте 2 (см. там).</w:t>
      </w:r>
    </w:p>
    <w:p>
      <w:pPr>
        <w:spacing w:before="40" w:after="120"/>
        <w:jc w:val="both"/>
      </w:pPr>
      <w:r>
        <w:rPr>
          <w:rFonts w:ascii="Georgia" w:hAnsi="Georgia"/>
          <w:b w:val="0"/>
          <w:i w:val="0"/>
          <w:color w:val="000000"/>
          <w:sz w:val="24"/>
        </w:rPr>
        <w:t>Затем [масах] очистился до первой стадии (бхина алеф), и тогда вернулся на свое прежнее место, в никвей эйнаим, каким он был до зивуга де-гадлут от Есод де-АК. Все это приведено в словах Учителя выше, в ветви 22 и в «Паним Меирот» там. Однако здесь есть еще одно важное отличие в очищении масаха де-МАН по сравнению с очищением масаха, описанным в парцуфим де-АК: здесь масах двойной, состоящий из двух свойств — из второй стадии (бхина бэт) и четвертой стадии (бхина далет). И держись общего правила: с тех пор как они соединились друг с другом, эта связь уже никогда не прекращалась. Как дал нам общее правило Учитель в «Маамар рабби Шимона бар Йохай» (Берешит): нет ни одной точки, которая не была бы включена в другую. И все различия, которые ты найдешь в порядке нисхождения парцуфим и смене ступеней, — это лишь вопрос внутренней и внешней стороны: то есть иногда четвертая стадия открыта наружу, а иногда скрыта внутри. И получается, что во время выхода зивуга де-гадлут де-БОН до высоты Кетер четвертая стадия, как объяснялось, была раскрыта.</w:t>
      </w:r>
    </w:p>
    <w:p>
      <w:pPr>
        <w:spacing w:before="40" w:after="120"/>
        <w:jc w:val="both"/>
      </w:pPr>
      <w:r>
        <w:rPr>
          <w:rFonts w:ascii="Georgia" w:hAnsi="Georgia"/>
          <w:b w:val="0"/>
          <w:i w:val="0"/>
          <w:color w:val="000000"/>
          <w:sz w:val="24"/>
        </w:rPr>
        <w:t xml:space="preserve">И пойми, что затем, когда [масах] очистился до третьей стадии, четвертая стадия не ушла оттуда полностью, а вошла внутрь по принципу </w:t>
      </w:r>
      <w:r>
        <w:rPr>
          <w:rFonts w:ascii="Georgia" w:hAnsi="Georgia"/>
          <w:b w:val="0"/>
          <w:i/>
          <w:color w:val="000000"/>
          <w:sz w:val="24"/>
        </w:rPr>
        <w:t>«а задняя часть их обращена внутрь»</w:t>
      </w:r>
      <w:r>
        <w:rPr>
          <w:rFonts w:ascii="Georgia" w:hAnsi="Georgia"/>
          <w:b w:val="0"/>
          <w:i w:val="0"/>
          <w:color w:val="000000"/>
          <w:sz w:val="24"/>
        </w:rPr>
        <w:t xml:space="preserve"> (Мелахим I 7:25), как сказано выше в пункте 5, тогда как третья стадия была раскрыта наружу. Затем, когда он очистился до второй стадии, определяется, что и третья стадия скрылась внутри, а вторая стадия оказалась открыта наружу. Затем, когда он очистился до первой стадии, определяется, что и вторая стадия скрылась внутри, а первая стадия оказалась открыта наружу; и тогда она уже вернулась на свое место — в Хохму, где находится место первой стадии, то есть в никвей эйнаим. И получается, что полностью ушла вся средняя линия, которая прежде тянулась до пэ благодаря силе свечения Есод де-АК. И рош остался, как прежде, лишь с двумя линиями — правой и левой, называемыми ХУБ, соединенными ахор бе-ахор. То есть «задняя часть их обращена внутрь»: масах третьей стадии, являющийся задней частью (ахор) Хохмы, и масах второй стадии, являющийся задней частью Бины, — все это было сокрыто и спрятано во внутренней части масаха. А передняя часть (паним) масаха, то есть первая стадия, осталась раскрытой наружу в тех ХУБ, то есть в двух линиях — правой и левой, оставшихся в рош де-БОН.</w:t>
      </w:r>
    </w:p>
    <w:p>
      <w:pPr>
        <w:spacing w:before="40" w:after="120"/>
        <w:jc w:val="both"/>
      </w:pPr>
      <w:r>
        <w:rPr>
          <w:rFonts w:ascii="Georgia" w:hAnsi="Georgia"/>
          <w:b w:val="0"/>
          <w:i w:val="0"/>
          <w:color w:val="000000"/>
          <w:sz w:val="24"/>
        </w:rPr>
        <w:t xml:space="preserve">Таким образом, определяется, что вся средняя линия, именуемая НЕХИ де-Кетер — что представляет собой тайну нижней хэй, которая находилась в никвей эйнаим и протянулась сверху вниз до четвертой стадии на месте пэ де-рош, — полностью вернулась обратно в никвей эйнаим. Однако с огромным отличием: ведь до выхода гадлута в виде средней линии четвертая стадия была раскрыта, а вторая стадия находилась внутри, как сказано выше (см. там). Теперь же, после разбиения и очищения, хотя она и вернулась на свое место, все же четвертая стадия оказалась скрыта, а первая стадия открыта, согласно смыслу стиха </w:t>
      </w:r>
      <w:r>
        <w:rPr>
          <w:rFonts w:ascii="Georgia" w:hAnsi="Georgia"/>
          <w:b w:val="0"/>
          <w:i/>
          <w:color w:val="000000"/>
          <w:sz w:val="24"/>
        </w:rPr>
        <w:t>«а задняя часть их обращена внутрь»</w:t>
      </w:r>
      <w:r>
        <w:rPr>
          <w:rFonts w:ascii="Georgia" w:hAnsi="Georgia"/>
          <w:b w:val="0"/>
          <w:i w:val="0"/>
          <w:color w:val="000000"/>
          <w:sz w:val="24"/>
        </w:rPr>
        <w:t>, лицо же их обращено наружу. И в этом тайна того, что в САГ де-АК от силы вышедшего из него БОН остались лишь две бедренные кости (</w:t>
      </w:r>
      <w:r>
        <w:rPr>
          <w:rFonts w:ascii="Georgia" w:hAnsi="Georgia"/>
          <w:b w:val="0"/>
          <w:i/>
          <w:color w:val="000000"/>
          <w:sz w:val="24"/>
        </w:rPr>
        <w:t>ацамот а-колийот</w:t>
      </w:r>
      <w:r>
        <w:rPr>
          <w:rFonts w:ascii="Georgia" w:hAnsi="Georgia"/>
          <w:b w:val="0"/>
          <w:i w:val="0"/>
          <w:color w:val="000000"/>
          <w:sz w:val="24"/>
        </w:rPr>
        <w:t>), являющиеся двумя линиями — правой и левой — в рош де-БОН, называемыми ХУБ. А место средней линии, протянутой прежде, осталось свободным и пустым пространством.</w:t>
      </w:r>
    </w:p>
    <w:p>
      <w:pPr>
        <w:spacing w:before="40" w:after="120"/>
        <w:jc w:val="both"/>
      </w:pPr>
      <w:r>
        <w:rPr>
          <w:rFonts w:ascii="Georgia" w:hAnsi="Georgia"/>
          <w:b w:val="0"/>
          <w:i w:val="0"/>
          <w:color w:val="000000"/>
          <w:sz w:val="24"/>
        </w:rPr>
        <w:t>15) И не следует возражать: раз уж средней линии в итоге суждено было аннулироваться, то зачем Есод де-АК изначально светил ей, протягивая ее туда? Ведь причин для этого много, и главная из них, необходимая для нашей темы, состоит в том, что — как тебе известно — всякий духовный свет, который протягивается, а затем уходит, оставляет на своем месте решимо. А это решимо, остающееся в кли, дает твердую гарантию того, что в конечном счете данное кли неизбежно вновь притянет свет в той мере, в какой он пребывал в нем вначале, до ухода. Именно это и произошло здесь, в рош де-БОН: поскольку Есод де-АК изначально светил в него и протянул туда среднюю линию в великом зивуге до высоты Кетер, то, хотя этот свет затем и ушел, в конце концов он вернется на свое место, как и вначале. Вторая же причина заключается в том, что здесь был исправлен корень спуска и подъема, как это происходило в рош де-БОН: благодаря добавлению света от Есод де-АК нижняя хэй протянулась из никвей эйнаим и опустилась на свое место — в пэ де-рош; и оказалось, что озэн, хотэм, пэ, находившиеся внизу, в ХАГАТ, поднимаются и возвращаются на свое место в рош, как сказано выше в пункте 6. А если этот свет снова уходит, то нижняя хэй опять поднимается из пэ де-рош вверх, в никвей эйнаим, и озэн, хотэм, пэ из-за этого возвращаются наружу из рош, вниз, на место ХАГАТ де-гуфа. Это в точности подобно двум чашам весов: когда одна поднимается вверх, вторая опускается вниз на ту же величину; а если вторая чаша снова поднимается вверх, первая чаша опускается вниз. Так же устроено и то, что было исправлено здесь: при спуске нижней хэй из никвей эйнаим в пэ поднимаются АХАП из ХАГАТ в ГАР; а если нижняя хэй поднимается вверх, в никвей эйнаим, АХАП вновь опускаются из ГАР в ХАГАТ де-гуфа — и так происходит круговращение снова и снова. Однако здесь все еще недостает тайны весов (</w:t>
      </w:r>
      <w:r>
        <w:rPr>
          <w:rFonts w:ascii="Georgia" w:hAnsi="Georgia"/>
          <w:b w:val="0"/>
          <w:i/>
          <w:color w:val="000000"/>
          <w:sz w:val="24"/>
        </w:rPr>
        <w:t>миткала</w:t>
      </w:r>
      <w:r>
        <w:rPr>
          <w:rFonts w:ascii="Georgia" w:hAnsi="Georgia"/>
          <w:b w:val="0"/>
          <w:i w:val="0"/>
          <w:color w:val="000000"/>
          <w:sz w:val="24"/>
        </w:rPr>
        <w:t xml:space="preserve">, </w:t>
      </w:r>
      <w:r>
        <w:rPr>
          <w:rFonts w:ascii="Georgia" w:hAnsi="Georgia" w:cs="Times New Roman"/>
          <w:b/>
          <w:i w:val="0"/>
          <w:color w:val="000000"/>
          <w:sz w:val="24"/>
          <w:rtl/>
          <w:szCs w:val="32"/>
        </w:rPr>
        <w:t>מִתְקָלָא</w:t>
      </w:r>
      <w:r>
        <w:rPr>
          <w:rFonts w:ascii="Georgia" w:hAnsi="Georgia"/>
          <w:b w:val="0"/>
          <w:i w:val="0"/>
          <w:color w:val="000000"/>
          <w:sz w:val="24"/>
        </w:rPr>
        <w:t>), то есть стрелки и отвеса, благодаря которым устанавливается и выверяется равновесие в системе этих двух чаш весов в желаемом состоянии. И это исправилось затем, при выходе нового МА из мэцаха.</w:t>
      </w:r>
    </w:p>
    <w:p>
      <w:pPr>
        <w:spacing w:before="40" w:after="120"/>
        <w:jc w:val="both"/>
      </w:pPr>
      <w:r>
        <w:rPr>
          <w:rFonts w:ascii="Georgia" w:hAnsi="Georgia"/>
          <w:b w:val="0"/>
          <w:i w:val="0"/>
          <w:color w:val="000000"/>
          <w:sz w:val="24"/>
        </w:rPr>
        <w:t xml:space="preserve">16) И из сказанного ты поймешь слова «Сифра де-Цниюта» (пункт 3, а в старинном издании 176б), где сказано: «Мы учили: "Сифра де-Цниюта" — это книга, взвешенная на весах. Ведь пока не было весов, не смотрели [они] лицом к лицу, и прежние мелахим умерли, и вооружение их не нашлось, и земля упразднилась…» (см. там). Смысл в том, что свечение Есода именуется «Сифра де-Цниюта» наподобие сказанного нашими мудрецами (ХАЗАЛЬ): «Как бедро сокрыто…» (Сукка 49б). И сказано: «книга, взвешенная на весах» — то есть совокупность исправленных светов, рождающихся и выходящих благодаря светам Есода, представляющих собой все миры АБЕА и все их наполнение, обобщенно именуется «книгой» согласно смыслу стиха </w:t>
      </w:r>
      <w:r>
        <w:rPr>
          <w:rFonts w:ascii="Georgia" w:hAnsi="Georgia"/>
          <w:b w:val="0"/>
          <w:i/>
          <w:color w:val="000000"/>
          <w:sz w:val="24"/>
        </w:rPr>
        <w:t>«и свернутся, как свиток, небеса»</w:t>
      </w:r>
      <w:r>
        <w:rPr>
          <w:rFonts w:ascii="Georgia" w:hAnsi="Georgia"/>
          <w:b w:val="0"/>
          <w:i w:val="0"/>
          <w:color w:val="000000"/>
          <w:sz w:val="24"/>
        </w:rPr>
        <w:t xml:space="preserve"> (Йешаяу 34:4). И [текст] сообщает нам, что все эти света раскрываются не иначе как через взвешивание на двух описанных выше чашах весов: во-первых, это тайна нижней хэй в никвей эйнаим, а во-вторых — тайна АХАП. Ведь свет Есода поднимает АХАП в ГАР и опускает нижнюю хэй в пэ, а при его уходе АХАП опускаются наружу из рош в ХАГАТ де-гуфа, и нижняя хэй поднимается в никвей эйнаим. И все света, раскрывающиеся и выходящие во всех мирах АБЕА, выходят именно так, и никак иначе. И об этом сказано: «книга, взвешенная на весах» — ведь свет Есода и есть взвешивающий, как сказано выше, и потому он именуется весами (</w:t>
      </w:r>
      <w:r>
        <w:rPr>
          <w:rFonts w:ascii="Georgia" w:hAnsi="Georgia"/>
          <w:b w:val="0"/>
          <w:i/>
          <w:color w:val="000000"/>
          <w:sz w:val="24"/>
        </w:rPr>
        <w:t>миткала</w:t>
      </w:r>
      <w:r>
        <w:rPr>
          <w:rFonts w:ascii="Georgia" w:hAnsi="Georgia"/>
          <w:b w:val="0"/>
          <w:i w:val="0"/>
          <w:color w:val="000000"/>
          <w:sz w:val="24"/>
        </w:rPr>
        <w:t>). И сказано далее: «ведь пока не было весов, не смотрели [они] лицом к лицу».</w:t>
      </w:r>
    </w:p>
    <w:p>
      <w:pPr>
        <w:spacing w:before="40" w:after="120"/>
        <w:jc w:val="both"/>
      </w:pPr>
      <w:r>
        <w:rPr>
          <w:rFonts w:ascii="Georgia" w:hAnsi="Georgia"/>
          <w:b w:val="0"/>
          <w:i w:val="0"/>
          <w:color w:val="000000"/>
          <w:sz w:val="24"/>
        </w:rPr>
        <w:t>Смысл в том, что до исправления нового МА, называемого мелех Адар, который представляет собой тайну Есода, чье свечение именуется весами, как сказано выше, — до его исправления весов еще не было. И поэтому ХУБ не пребывали в состоянии паним бе-паним. То есть хотя Есод и светил в рош де-БОН, опустив нижнюю хэй и подняв АХАП в ГАР, отчего вышли десять полных сфирот де-рош на высоте Кетер — что называется созерцанием глаз Аба ве-Има, и благодаря этому Даат царствовал в рош, тох, соф, как написал Учитель выше в ветви 22, так что ХУБ смотрели лицом к лицу, однако из-за отсутствия весов упомянутого мелеха Адар этот подъем не удержался там, поскольку свет ушел, и Аба ве-Има вернулись в положение ахор бе-ахор. И об этом сказано: «ведь пока не было весов, не смотрели [они] лицом к лицу». И потому сказано: «и прежние мелахим умерли, и вооружение их не нашлось».</w:t>
      </w:r>
    </w:p>
    <w:p>
      <w:pPr>
        <w:spacing w:before="40" w:after="120"/>
        <w:jc w:val="both"/>
      </w:pPr>
      <w:r>
        <w:rPr>
          <w:rFonts w:ascii="Georgia" w:hAnsi="Georgia"/>
          <w:b w:val="0"/>
          <w:i w:val="0"/>
          <w:color w:val="000000"/>
          <w:sz w:val="24"/>
        </w:rPr>
        <w:t>Смысл в том, что ЗАТ общего БОН повсюду именуются «умершими прежними мелахим», как приведено выше в словах Учителя. И приводится причина, почему умерли ЗАТ и прекратилось состояние лицом к лицу в ХУБ: «потому что вооружение их не нашлось». Это означает, что над ними возобладало очищение масаха, как сказано выше в пункте 14 (см. там). А ведь известно, что Малхут, являющаяся тайной масаха упомянутой четвертой стадии, называется седьмой или буквой зайн (</w:t>
      </w:r>
      <w:r>
        <w:rPr>
          <w:rFonts w:ascii="Georgia" w:hAnsi="Georgia" w:cs="Times New Roman"/>
          <w:b/>
          <w:i w:val="0"/>
          <w:color w:val="000000"/>
          <w:sz w:val="24"/>
          <w:rtl/>
          <w:szCs w:val="32"/>
        </w:rPr>
        <w:t>ז</w:t>
      </w:r>
      <w:r>
        <w:rPr>
          <w:rFonts w:ascii="Georgia" w:hAnsi="Georgia"/>
          <w:b w:val="0"/>
          <w:i w:val="0"/>
          <w:color w:val="000000"/>
          <w:sz w:val="24"/>
        </w:rPr>
        <w:t xml:space="preserve"> = 7); и масах поэтому именуется «оружием» (</w:t>
      </w:r>
      <w:r>
        <w:rPr>
          <w:rFonts w:ascii="Georgia" w:hAnsi="Georgia"/>
          <w:b w:val="0"/>
          <w:i/>
          <w:color w:val="000000"/>
          <w:sz w:val="24"/>
        </w:rPr>
        <w:t>кли зайн</w:t>
      </w:r>
      <w:r>
        <w:rPr>
          <w:rFonts w:ascii="Georgia" w:hAnsi="Georgia"/>
          <w:b w:val="0"/>
          <w:i w:val="0"/>
          <w:color w:val="000000"/>
          <w:sz w:val="24"/>
        </w:rPr>
        <w:t xml:space="preserve">, </w:t>
      </w:r>
      <w:r>
        <w:rPr>
          <w:rFonts w:ascii="Georgia" w:hAnsi="Georgia" w:cs="Times New Roman"/>
          <w:b/>
          <w:i w:val="0"/>
          <w:color w:val="000000"/>
          <w:sz w:val="24"/>
          <w:rtl/>
          <w:szCs w:val="32"/>
        </w:rPr>
        <w:t>כְּלִי זַיִּין</w:t>
      </w:r>
      <w:r>
        <w:rPr>
          <w:rFonts w:ascii="Georgia" w:hAnsi="Georgia"/>
          <w:b w:val="0"/>
          <w:i w:val="0"/>
          <w:color w:val="000000"/>
          <w:sz w:val="24"/>
        </w:rPr>
        <w:t>), от выражения «вооруженные люди», а также согласно сказанному нашими мудрецами: «у женщины ее оружие при ней» (Авода Зара 25б). И выше объяснялось, что из-за очищения масаха четвертая стадия ушла в сокрытие в самые сокровенные глубины, то есть: первая стадия открыта снаружи, вторая и третья стадии — внутри, а четвертая стадия — в самых сокровенных глубинах. Это и послужило причиной выхода АХАП наружу, разбиения келим и упразднения ГАР де-Аба ве-Има, как сказано выше. И об этом сказано: «и прежние мелахим умерли, и вооружение их не нашлось». То есть прежние мелахим умерли именно потому, что исчезло оружие из масаха и невозможно было его найти. А это — тайна нижней хэй, называемой «оружием», которая вернулась вверх, в никвей эйнаим де-БОН, и скрылась в самых сокровенных глубинах внутри первой стадии. В этом и заключается смысл слов «и вооружение их не нашлось», и место ее сделалось неведомым. Пойми же это как следует, ведь это — ключ к миру Исправления.</w:t>
      </w:r>
    </w:p>
    <w:p>
      <w:pPr>
        <w:spacing w:before="40" w:after="120"/>
        <w:jc w:val="both"/>
      </w:pPr>
      <w:r>
        <w:rPr>
          <w:rFonts w:ascii="Georgia" w:hAnsi="Georgia"/>
          <w:b w:val="0"/>
          <w:i w:val="0"/>
          <w:color w:val="000000"/>
          <w:sz w:val="24"/>
        </w:rPr>
        <w:t>17) И благодаря этому ты поймешь также слова Старца в Зоаре к разделу Мишпатим (пункт 27): «И это высшая тайна, превосходящая всё: в столпе, стоящем для взвешивания посреди веющего воздуха, есть одна чаша весов с этой стороны и другая чаша весов с той стороны. С этой стороны — весы праведности, а с той стороны — весы обмана. И весы эти никогда не успокаиваются, и души поднимаются и опускаются, входят и возвращаются…» (см. там). И вот, Старец говорит уже о мире Исправления, а этот столп находится в мире Брия, о котором нам еще недостает многих сведений, чтобы истолковать его во всей полноте. Однако корень этих слов берет начало именно из обсуждаемого здесь места. И сначала мы объясним, что такое «веющий воздух» (</w:t>
      </w:r>
      <w:r>
        <w:rPr>
          <w:rFonts w:ascii="Georgia" w:hAnsi="Georgia"/>
          <w:b w:val="0"/>
          <w:i/>
          <w:color w:val="000000"/>
          <w:sz w:val="24"/>
        </w:rPr>
        <w:t>авира де-нашва</w:t>
      </w:r>
      <w:r>
        <w:rPr>
          <w:rFonts w:ascii="Georgia" w:hAnsi="Georgia"/>
          <w:b w:val="0"/>
          <w:i w:val="0"/>
          <w:color w:val="000000"/>
          <w:sz w:val="24"/>
        </w:rPr>
        <w:t xml:space="preserve">, </w:t>
      </w:r>
      <w:r>
        <w:rPr>
          <w:rFonts w:ascii="Georgia" w:hAnsi="Georgia" w:cs="Times New Roman"/>
          <w:b/>
          <w:i w:val="0"/>
          <w:color w:val="000000"/>
          <w:sz w:val="24"/>
          <w:rtl/>
          <w:szCs w:val="32"/>
        </w:rPr>
        <w:t>אֲוִירָא דְּנָשְׁבָה</w:t>
      </w:r>
      <w:r>
        <w:rPr>
          <w:rFonts w:ascii="Georgia" w:hAnsi="Georgia"/>
          <w:b w:val="0"/>
          <w:i w:val="0"/>
          <w:color w:val="000000"/>
          <w:sz w:val="24"/>
        </w:rPr>
        <w:t xml:space="preserve">), ведь этот воздух происходит из сказанного выше. А чтобы понять это, необходимо понять сказанное в Зоаре (Берешит I, пункт 348, а по вариантам текста — в старинном издании 31б) на стих </w:t>
      </w:r>
      <w:r>
        <w:rPr>
          <w:rFonts w:ascii="Georgia" w:hAnsi="Georgia"/>
          <w:b w:val="0"/>
          <w:i/>
          <w:color w:val="000000"/>
          <w:sz w:val="24"/>
        </w:rPr>
        <w:t>«И сказал Всесильный: да будет свет; и стал свет»</w:t>
      </w:r>
      <w:r>
        <w:rPr>
          <w:rFonts w:ascii="Georgia" w:hAnsi="Georgia"/>
          <w:b w:val="0"/>
          <w:i w:val="0"/>
          <w:color w:val="000000"/>
          <w:sz w:val="24"/>
        </w:rPr>
        <w:t xml:space="preserve"> (Берешит 1:3): «"Да будет свет" — для этого мира, "и стал свет" — для мира грядущего. И это тот свет, который Святой, благословен Он, сотворил изначально, и это свет глаз… Сказал рабби Ицхак: свет, который Святой, благословен Он, сотворил при сотворении мира, озарял своим сиянием от края мира до края мира — и был скрыт. Почему он был скрыт? Чтобы им не наслаждались грешники мира, и чтобы миры не наслаждались из-за них. И он сокрыт для праведников — именно для праведника, как написано: </w:t>
      </w:r>
      <w:r>
        <w:rPr>
          <w:rFonts w:ascii="Georgia" w:hAnsi="Georgia"/>
          <w:b w:val="0"/>
          <w:i/>
          <w:color w:val="000000"/>
          <w:sz w:val="24"/>
        </w:rPr>
        <w:t>«Свет посеян для праведника, и для прямодушных — радость»</w:t>
      </w:r>
      <w:r>
        <w:rPr>
          <w:rFonts w:ascii="Georgia" w:hAnsi="Georgia"/>
          <w:b w:val="0"/>
          <w:i w:val="0"/>
          <w:color w:val="000000"/>
          <w:sz w:val="24"/>
        </w:rPr>
        <w:t xml:space="preserve"> (Теилим 97:11). И тогда усладятся миры и станут все единым целым…» И смотри еще там (пункт 28, а в старинном издании 16б) на стих </w:t>
      </w:r>
      <w:r>
        <w:rPr>
          <w:rFonts w:ascii="Georgia" w:hAnsi="Georgia"/>
          <w:b w:val="0"/>
          <w:i/>
          <w:color w:val="000000"/>
          <w:sz w:val="24"/>
        </w:rPr>
        <w:t>«И сказал Всесильный: да будет свет»</w:t>
      </w:r>
      <w:r>
        <w:rPr>
          <w:rFonts w:ascii="Georgia" w:hAnsi="Georgia"/>
          <w:b w:val="0"/>
          <w:i w:val="0"/>
          <w:color w:val="000000"/>
          <w:sz w:val="24"/>
        </w:rPr>
        <w:t>: «"И стал свет" — отсюда начало постижения сокрытого: как был сотворен мир в частностях, ведь до этого момента всё было в общем. А затем общее вернулось, чтобы стать общим, частным и общим. До этого момента все висело в воздухе из тайны Эйн Соф… "Да будет свет" — все, что выходит, выходит по этой тайне. "Да будет" (</w:t>
      </w:r>
      <w:r>
        <w:rPr>
          <w:rFonts w:ascii="Georgia" w:hAnsi="Georgia"/>
          <w:b w:val="0"/>
          <w:i/>
          <w:color w:val="000000"/>
          <w:sz w:val="24"/>
        </w:rPr>
        <w:t>йехи</w:t>
      </w:r>
      <w:r>
        <w:rPr>
          <w:rFonts w:ascii="Georgia" w:hAnsi="Georgia"/>
          <w:b w:val="0"/>
          <w:i w:val="0"/>
          <w:color w:val="000000"/>
          <w:sz w:val="24"/>
        </w:rPr>
        <w:t>) — по тайне Аба ве-Има, то есть букв йод и хэй (</w:t>
      </w:r>
      <w:r>
        <w:rPr>
          <w:rFonts w:ascii="Georgia" w:hAnsi="Georgia" w:cs="Times New Roman"/>
          <w:b/>
          <w:i w:val="0"/>
          <w:color w:val="000000"/>
          <w:sz w:val="24"/>
          <w:rtl/>
          <w:szCs w:val="32"/>
        </w:rPr>
        <w:t>י״ה</w:t>
      </w:r>
      <w:r>
        <w:rPr>
          <w:rFonts w:ascii="Georgia" w:hAnsi="Georgia"/>
          <w:b w:val="0"/>
          <w:i w:val="0"/>
          <w:color w:val="000000"/>
          <w:sz w:val="24"/>
        </w:rPr>
        <w:t>). А затем вернулся к первой точке, чтобы положить начало распространению для иного дела. "Свет и стал свет" — свет, который уже существовал… ведь Эйн Соф пробил Свой воздух и раскрыл эту точку — букву йод (</w:t>
      </w:r>
      <w:r>
        <w:rPr>
          <w:rFonts w:ascii="Georgia" w:hAnsi="Georgia" w:cs="Times New Roman"/>
          <w:b/>
          <w:i w:val="0"/>
          <w:color w:val="000000"/>
          <w:sz w:val="24"/>
          <w:rtl/>
          <w:szCs w:val="32"/>
        </w:rPr>
        <w:t>י</w:t>
      </w:r>
      <w:r>
        <w:rPr>
          <w:rFonts w:ascii="Georgia" w:hAnsi="Georgia"/>
          <w:b w:val="0"/>
          <w:i w:val="0"/>
          <w:color w:val="000000"/>
          <w:sz w:val="24"/>
        </w:rPr>
        <w:t>). А как только эта буква йод распространилась, оставшееся оказалось светом». Конец цитаты.</w:t>
      </w:r>
    </w:p>
    <w:p>
      <w:pPr>
        <w:spacing w:before="40" w:after="120"/>
        <w:jc w:val="both"/>
      </w:pPr>
      <w:r>
        <w:rPr>
          <w:rFonts w:ascii="Georgia" w:hAnsi="Georgia"/>
          <w:b w:val="0"/>
          <w:i w:val="0"/>
          <w:color w:val="000000"/>
          <w:sz w:val="24"/>
        </w:rPr>
        <w:t xml:space="preserve">Смысл этих слов согласуется со сказанным нами в предыдущей ветви: АК не считается корнем для миров, поскольку в его десяти сфирот есть лишь одно кли и одно проявление кли. Истинное же начало корня миров берет исток из общего БОН. И поэтому первое речение, то есть «да будет свет», представляет собой десять сфирот рош де-БОН в состоянии гадлут под действием свечения Есод де-АК, как сказано выше. И это то, о чем сказано: «это свет, который Святой, благословен Он, сотворил изначально, и это свет глаз». То есть парцуф БОН в целом называется светом, вышедшим через никвей эйнаим, согласно словам Учителя в ветви 14, пункт 1 (см. там). И это — первый корень сотворения миров, как мы сказали. И это то, о чем сказал рабби Ицхак: «свет, который Святой, благословен Он, сотворил при сотворении мира, озарял своим сиянием от края мира до края мира — и был скрыт». То есть, как мы уже сказали, вышли десять сфирот на высоте Кетер, являющиеся созерцанием глаз Аба ве-Има, откуда вышел мелех Даат в рош, тох, соф вплоть до точки этого мира. И об этом сказано в начале фрагмента: </w:t>
      </w:r>
      <w:r>
        <w:rPr>
          <w:rFonts w:ascii="Georgia" w:hAnsi="Georgia"/>
          <w:b w:val="0"/>
          <w:i/>
          <w:color w:val="000000"/>
          <w:sz w:val="24"/>
        </w:rPr>
        <w:t>«И сказал Всесильный: да будет свет»</w:t>
      </w:r>
      <w:r>
        <w:rPr>
          <w:rFonts w:ascii="Georgia" w:hAnsi="Georgia"/>
          <w:b w:val="0"/>
          <w:i w:val="0"/>
          <w:color w:val="000000"/>
          <w:sz w:val="24"/>
        </w:rPr>
        <w:t xml:space="preserve"> — для этого мира. И об этом говорит рабби Ицхак, что свет этот светил от края мира до края его и был скрыт.</w:t>
      </w:r>
    </w:p>
    <w:p>
      <w:pPr>
        <w:spacing w:before="40" w:after="120"/>
        <w:jc w:val="both"/>
      </w:pPr>
      <w:r>
        <w:rPr>
          <w:rFonts w:ascii="Georgia" w:hAnsi="Georgia"/>
          <w:b w:val="0"/>
          <w:i w:val="0"/>
          <w:color w:val="000000"/>
          <w:sz w:val="24"/>
        </w:rPr>
        <w:t xml:space="preserve">Смысл в том, что свет не удержался в келим, поскольку они разбились, как известно, и свет ушел к своему источнику. А масах, на котором произошел этот великий зивуг — то есть четвертая стадия, — скрылся в самых сокровенных глубинах внутри масаха первой стадии, и место его сделалось неведомым, как сказано в приведенной выше «Сифра де-Цниюта»: «и вооружение их не нашлось», как упоминалось в предыдущем пункте (см. там). И об этом спрашивает рабби Ицхак: «Почему он был скрыт? Чтобы им не наслаждались грешники мира…» — и это тот же вопрос наших мудрецов: «Разве не мог [мир] быть сотворен одним речением? Зачем же он был сотворен десятью речениями?» (Авот 5:1), что уже истолковано Учителем выше, в ветвях 10 и 11 (см. там, в «Паним Меирот» и «Паним Масбирот»). И сказано: «и он сокрыт для праведников — именно для праведника, как написано: </w:t>
      </w:r>
      <w:r>
        <w:rPr>
          <w:rFonts w:ascii="Georgia" w:hAnsi="Georgia"/>
          <w:b w:val="0"/>
          <w:i/>
          <w:color w:val="000000"/>
          <w:sz w:val="24"/>
        </w:rPr>
        <w:t>«Свет посеян для праведника…»</w:t>
      </w:r>
      <w:r>
        <w:rPr>
          <w:rFonts w:ascii="Georgia" w:hAnsi="Georgia"/>
          <w:b w:val="0"/>
          <w:i w:val="0"/>
          <w:color w:val="000000"/>
          <w:sz w:val="24"/>
        </w:rPr>
        <w:t xml:space="preserve">», то есть он скрыт для праведников, и именно для праведника, как написано: </w:t>
      </w:r>
      <w:r>
        <w:rPr>
          <w:rFonts w:ascii="Georgia" w:hAnsi="Georgia"/>
          <w:b w:val="0"/>
          <w:i/>
          <w:color w:val="000000"/>
          <w:sz w:val="24"/>
        </w:rPr>
        <w:t>«Свет посеян для праведника, и для прямодушных — радость»</w:t>
      </w:r>
      <w:r>
        <w:rPr>
          <w:rFonts w:ascii="Georgia" w:hAnsi="Georgia"/>
          <w:b w:val="0"/>
          <w:i w:val="0"/>
          <w:color w:val="000000"/>
          <w:sz w:val="24"/>
        </w:rPr>
        <w:t xml:space="preserve"> (Теилим 97:11).</w:t>
      </w:r>
    </w:p>
    <w:p>
      <w:pPr>
        <w:spacing w:before="40" w:after="120"/>
        <w:jc w:val="both"/>
      </w:pPr>
      <w:r>
        <w:rPr>
          <w:rFonts w:ascii="Georgia" w:hAnsi="Georgia"/>
          <w:b w:val="0"/>
          <w:i w:val="0"/>
          <w:color w:val="000000"/>
          <w:sz w:val="24"/>
        </w:rPr>
        <w:t>Смысл в том, что этот свет не может вновь раскрыться — ни целиком, ни частично — иначе как по тайне весов (</w:t>
      </w:r>
      <w:r>
        <w:rPr>
          <w:rFonts w:ascii="Georgia" w:hAnsi="Georgia"/>
          <w:b w:val="0"/>
          <w:i/>
          <w:color w:val="000000"/>
          <w:sz w:val="24"/>
        </w:rPr>
        <w:t>миткала</w:t>
      </w:r>
      <w:r>
        <w:rPr>
          <w:rFonts w:ascii="Georgia" w:hAnsi="Georgia"/>
          <w:b w:val="0"/>
          <w:i w:val="0"/>
          <w:color w:val="000000"/>
          <w:sz w:val="24"/>
        </w:rPr>
        <w:t>), являющихся восьмым мелехом по имени Адар, то есть новым МА, представляющим собой праведника — основу мира (</w:t>
      </w:r>
      <w:r>
        <w:rPr>
          <w:rFonts w:ascii="Georgia" w:hAnsi="Georgia"/>
          <w:b w:val="0"/>
          <w:i/>
          <w:color w:val="000000"/>
          <w:sz w:val="24"/>
        </w:rPr>
        <w:t>цадик — есод олам</w:t>
      </w:r>
      <w:r>
        <w:rPr>
          <w:rFonts w:ascii="Georgia" w:hAnsi="Georgia"/>
          <w:b w:val="0"/>
          <w:i w:val="0"/>
          <w:color w:val="000000"/>
          <w:sz w:val="24"/>
        </w:rPr>
        <w:t xml:space="preserve">). И это согласуется со сказанным в «Сифра де-Цниюта»: «пока не было весов, не смотрели [они] лицом к лицу, и прежние мелахим умерли», как говорилось в предыдущем пункте (см. там). И поэтому уточняется: «именно для праведника», как написано: </w:t>
      </w:r>
      <w:r>
        <w:rPr>
          <w:rFonts w:ascii="Georgia" w:hAnsi="Georgia"/>
          <w:b w:val="0"/>
          <w:i/>
          <w:color w:val="000000"/>
          <w:sz w:val="24"/>
        </w:rPr>
        <w:t>«Свет посеян для праведника…»</w:t>
      </w:r>
      <w:r>
        <w:rPr>
          <w:rFonts w:ascii="Georgia" w:hAnsi="Georgia"/>
          <w:b w:val="0"/>
          <w:i w:val="0"/>
          <w:color w:val="000000"/>
          <w:sz w:val="24"/>
        </w:rPr>
        <w:t xml:space="preserve">. Смысл в том, что весь замысел первоначального выхода света именно таким образом, чтобы произошло разбиение келим, при котором света скрылись, а искры рассеялись и были посеяны, — все это изначально замышлялось ради того, чтобы дать добрую награду праведникам, поддерживающим мир, сотворенный десятью речениями, как написано в «Паним Масбирот» и «Паним Меирот» в ветвях 10 и 11 (см. там). В этом и заключается тайна стиха </w:t>
      </w:r>
      <w:r>
        <w:rPr>
          <w:rFonts w:ascii="Georgia" w:hAnsi="Georgia"/>
          <w:b w:val="0"/>
          <w:i/>
          <w:color w:val="000000"/>
          <w:sz w:val="24"/>
        </w:rPr>
        <w:t>«Свет посеян для праведника»</w:t>
      </w:r>
      <w:r>
        <w:rPr>
          <w:rFonts w:ascii="Georgia" w:hAnsi="Georgia"/>
          <w:b w:val="0"/>
          <w:i w:val="0"/>
          <w:color w:val="000000"/>
          <w:sz w:val="24"/>
        </w:rPr>
        <w:t xml:space="preserve"> — то есть ради праведника. И благодаря этому — </w:t>
      </w:r>
      <w:r>
        <w:rPr>
          <w:rFonts w:ascii="Georgia" w:hAnsi="Georgia"/>
          <w:b w:val="0"/>
          <w:i/>
          <w:color w:val="000000"/>
          <w:sz w:val="24"/>
        </w:rPr>
        <w:t>«и для прямодушных»</w:t>
      </w:r>
      <w:r>
        <w:rPr>
          <w:rFonts w:ascii="Georgia" w:hAnsi="Georgia"/>
          <w:b w:val="0"/>
          <w:i w:val="0"/>
          <w:color w:val="000000"/>
          <w:sz w:val="24"/>
        </w:rPr>
        <w:t xml:space="preserve">, то есть для тех, кто направляет свое сердце к Небесному Отцу, — </w:t>
      </w:r>
      <w:r>
        <w:rPr>
          <w:rFonts w:ascii="Georgia" w:hAnsi="Georgia"/>
          <w:b w:val="0"/>
          <w:i/>
          <w:color w:val="000000"/>
          <w:sz w:val="24"/>
        </w:rPr>
        <w:t>«радость»</w:t>
      </w:r>
      <w:r>
        <w:rPr>
          <w:rFonts w:ascii="Georgia" w:hAnsi="Georgia"/>
          <w:b w:val="0"/>
          <w:i w:val="0"/>
          <w:color w:val="000000"/>
          <w:sz w:val="24"/>
        </w:rPr>
        <w:t xml:space="preserve">. И об этом сказано: «и тогда усладятся миры и станут все единым целым» — то есть когда завершится вся жатва поля от тайны упомянутого посеянного света, тогда все вернется к своему первоначальному корню, Творец воцарится на Своем престоле, и будет </w:t>
      </w:r>
      <w:r>
        <w:rPr>
          <w:rFonts w:ascii="Georgia" w:hAnsi="Georgia"/>
          <w:b w:val="0"/>
          <w:i/>
          <w:color w:val="000000"/>
          <w:sz w:val="24"/>
        </w:rPr>
        <w:t>«Г-сподь один, и имя Его едино»</w:t>
      </w:r>
      <w:r>
        <w:rPr>
          <w:rFonts w:ascii="Georgia" w:hAnsi="Georgia"/>
          <w:b w:val="0"/>
          <w:i w:val="0"/>
          <w:color w:val="000000"/>
          <w:sz w:val="24"/>
        </w:rPr>
        <w:t xml:space="preserve"> (Зхарья 14:9), согласно объясненному мною в «Паним Масбирот» в ветви 1 (см. там).</w:t>
      </w:r>
    </w:p>
    <w:p>
      <w:pPr>
        <w:spacing w:before="40" w:after="120"/>
        <w:jc w:val="both"/>
      </w:pPr>
      <w:r>
        <w:rPr>
          <w:rFonts w:ascii="Georgia" w:hAnsi="Georgia"/>
          <w:b w:val="0"/>
          <w:i w:val="0"/>
          <w:color w:val="000000"/>
          <w:sz w:val="24"/>
        </w:rPr>
        <w:t>18) И об этом сказано: «"И стал свет" — отсюда начало постижения сокрытого: как был сотворен мир в частностях, ведь до этого момента всё было в общем». Отсюда открывается доступ к постижению сокровенного: как был сотворен мир в частностях, ведь до этого момента всё пребывало в общем. Смысл в том, что — как известно — из-за точки Малхут, которая исправилась в МАН и поднялась в никвей эйнаим, каждая ступень разделилась и распалась на две половины; и именно это произошло и устроилось в данном речении «да будет свет, и стал свет», являющемся тайной парцуфа БОН. И об этом сказано: «отсюда начало постижения сокрытого: как был сотворен мир в частностях» — то есть каждая ступень разбилась на две частности. И этим нам дается понять, что все разделение ступеней на частности, вплоть до их прихода к состоянию общественного владения (решут а-рабим) и миру разделения (</w:t>
      </w:r>
      <w:r>
        <w:rPr>
          <w:rFonts w:ascii="Georgia" w:hAnsi="Georgia"/>
          <w:b w:val="0"/>
          <w:i/>
          <w:color w:val="000000"/>
          <w:sz w:val="24"/>
        </w:rPr>
        <w:t>альма де-перуда</w:t>
      </w:r>
      <w:r>
        <w:rPr>
          <w:rFonts w:ascii="Georgia" w:hAnsi="Georgia"/>
          <w:b w:val="0"/>
          <w:i w:val="0"/>
          <w:color w:val="000000"/>
          <w:sz w:val="24"/>
        </w:rPr>
        <w:t>), берет свое начало здесь, в свете глаз в парцуфе БОН. «Ведь до этого момента всё было в общем»: до выхода света из глаз каждая ступень пребывала во всех десяти сфирот в совершенстве и полноте готовности. И как сейчас будет сказано, когда все десять сфирот включены в ступень, это тайна света (</w:t>
      </w:r>
      <w:r>
        <w:rPr>
          <w:rFonts w:ascii="Georgia" w:hAnsi="Georgia"/>
          <w:b w:val="0"/>
          <w:i/>
          <w:color w:val="000000"/>
          <w:sz w:val="24"/>
        </w:rPr>
        <w:t>ор</w:t>
      </w:r>
      <w:r>
        <w:rPr>
          <w:rFonts w:ascii="Georgia" w:hAnsi="Georgia"/>
          <w:b w:val="0"/>
          <w:i w:val="0"/>
          <w:color w:val="000000"/>
          <w:sz w:val="24"/>
        </w:rPr>
        <w:t xml:space="preserve">, </w:t>
      </w:r>
      <w:r>
        <w:rPr>
          <w:rFonts w:ascii="Georgia" w:hAnsi="Georgia" w:cs="Times New Roman"/>
          <w:b/>
          <w:i w:val="0"/>
          <w:color w:val="000000"/>
          <w:sz w:val="24"/>
          <w:rtl/>
          <w:szCs w:val="32"/>
        </w:rPr>
        <w:t>אוֹר</w:t>
      </w:r>
      <w:r>
        <w:rPr>
          <w:rFonts w:ascii="Georgia" w:hAnsi="Georgia"/>
          <w:b w:val="0"/>
          <w:i w:val="0"/>
          <w:color w:val="000000"/>
          <w:sz w:val="24"/>
        </w:rPr>
        <w:t>), и тогда она называется общим. Иначе обстоит дело в тайне света глаз: когда точка нижней хэй поднялась и укрепилась в никвей эйнаим, из-за чего ступень распалась на две половины, определяется, что эта точка встала между буквами слова «свет» (</w:t>
      </w:r>
      <w:r>
        <w:rPr>
          <w:rFonts w:ascii="Georgia" w:hAnsi="Georgia" w:cs="Times New Roman"/>
          <w:b/>
          <w:i w:val="0"/>
          <w:color w:val="000000"/>
          <w:sz w:val="24"/>
          <w:rtl/>
          <w:szCs w:val="32"/>
        </w:rPr>
        <w:t>אוֹר</w:t>
      </w:r>
      <w:r>
        <w:rPr>
          <w:rFonts w:ascii="Georgia" w:hAnsi="Georgia"/>
          <w:b w:val="0"/>
          <w:i w:val="0"/>
          <w:color w:val="000000"/>
          <w:sz w:val="24"/>
        </w:rPr>
        <w:t>) и образовала из них сочетание «воздух» (</w:t>
      </w:r>
      <w:r>
        <w:rPr>
          <w:rFonts w:ascii="Georgia" w:hAnsi="Georgia"/>
          <w:b w:val="0"/>
          <w:i/>
          <w:color w:val="000000"/>
          <w:sz w:val="24"/>
        </w:rPr>
        <w:t>авир</w:t>
      </w:r>
      <w:r>
        <w:rPr>
          <w:rFonts w:ascii="Georgia" w:hAnsi="Georgia"/>
          <w:b w:val="0"/>
          <w:i w:val="0"/>
          <w:color w:val="000000"/>
          <w:sz w:val="24"/>
        </w:rPr>
        <w:t xml:space="preserve">, </w:t>
      </w:r>
      <w:r>
        <w:rPr>
          <w:rFonts w:ascii="Georgia" w:hAnsi="Georgia" w:cs="Times New Roman"/>
          <w:b/>
          <w:i w:val="0"/>
          <w:color w:val="000000"/>
          <w:sz w:val="24"/>
          <w:rtl/>
          <w:szCs w:val="32"/>
        </w:rPr>
        <w:t>אֲוִיר</w:t>
      </w:r>
      <w:r>
        <w:rPr>
          <w:rFonts w:ascii="Georgia" w:hAnsi="Georgia"/>
          <w:b w:val="0"/>
          <w:i w:val="0"/>
          <w:color w:val="000000"/>
          <w:sz w:val="24"/>
        </w:rPr>
        <w:t>). Ведь добавленная буква йод (</w:t>
      </w:r>
      <w:r>
        <w:rPr>
          <w:rFonts w:ascii="Georgia" w:hAnsi="Georgia" w:cs="Times New Roman"/>
          <w:b/>
          <w:i w:val="0"/>
          <w:color w:val="000000"/>
          <w:sz w:val="24"/>
          <w:rtl/>
          <w:szCs w:val="32"/>
        </w:rPr>
        <w:t>י</w:t>
      </w:r>
      <w:r>
        <w:rPr>
          <w:rFonts w:ascii="Georgia" w:hAnsi="Georgia"/>
          <w:b w:val="0"/>
          <w:i w:val="0"/>
          <w:color w:val="000000"/>
          <w:sz w:val="24"/>
        </w:rPr>
        <w:t>) — это и есть точка, поднявшаяся в глаза, из-за которой ступень распалась на частности и они именуются «частным». К тому же из нее ушел свет ГАР, и она осталась лишь на высоте свойства руах, называемого воздухом (</w:t>
      </w:r>
      <w:r>
        <w:rPr>
          <w:rFonts w:ascii="Georgia" w:hAnsi="Georgia"/>
          <w:b w:val="0"/>
          <w:i/>
          <w:color w:val="000000"/>
          <w:sz w:val="24"/>
        </w:rPr>
        <w:t>авир</w:t>
      </w:r>
      <w:r>
        <w:rPr>
          <w:rFonts w:ascii="Georgia" w:hAnsi="Georgia"/>
          <w:b w:val="0"/>
          <w:i w:val="0"/>
          <w:color w:val="000000"/>
          <w:sz w:val="24"/>
        </w:rPr>
        <w:t>), и пойми это. И об этом сказано: «А затем общее вернулось, чтобы стать общим, частным и общим». То есть затем общее вернулось, чтобы стать общим, частным и общим: как говорилось выше, в тайне гадлута и свечения Есода АХАП вновь возвратились и воссоединились на своей ступени, как и вначале, и вновь вышли десять сфирот на высоте ехида, как прежде, поскольку точка вышла из воздуха (</w:t>
      </w:r>
      <w:r>
        <w:rPr>
          <w:rFonts w:ascii="Georgia" w:hAnsi="Georgia"/>
          <w:b w:val="0"/>
          <w:i/>
          <w:color w:val="000000"/>
          <w:sz w:val="24"/>
        </w:rPr>
        <w:t>авир</w:t>
      </w:r>
      <w:r>
        <w:rPr>
          <w:rFonts w:ascii="Georgia" w:hAnsi="Georgia"/>
          <w:b w:val="0"/>
          <w:i w:val="0"/>
          <w:color w:val="000000"/>
          <w:sz w:val="24"/>
        </w:rPr>
        <w:t>) и опустилась на свое место в пэ, в самый низ АХАП. И само собой получается, что на ступень вернулся свет — и в этом тайна парцуфа БОН и света глаз в состоянии гадлут, как сказал рабби Ицхак выше: человек видел с его помощью от края мира до края его (см. там). И об этом сказано: «А затем общее вернулось…» — то есть после катнута света глаз, когда света разбились на частности по тайне воздуха (</w:t>
      </w:r>
      <w:r>
        <w:rPr>
          <w:rFonts w:ascii="Georgia" w:hAnsi="Georgia"/>
          <w:b w:val="0"/>
          <w:i/>
          <w:color w:val="000000"/>
          <w:sz w:val="24"/>
        </w:rPr>
        <w:t>авир</w:t>
      </w:r>
      <w:r>
        <w:rPr>
          <w:rFonts w:ascii="Georgia" w:hAnsi="Georgia"/>
          <w:b w:val="0"/>
          <w:i w:val="0"/>
          <w:color w:val="000000"/>
          <w:sz w:val="24"/>
        </w:rPr>
        <w:t>), они затем снова вернулись к тому, чтобы стать общим, ведь при свечении Есода АХАП возвратились на ступень, и свет вернулся, как прежде. И об этом сказано, что они вернулись, однако, чтобы «стать общим, частным и общим»: то есть они не остались постоянно пребывать в этом великом свете свойства «общее» — и именно об этом сказал рабби Ицхак, что он был скрыт для праведников. И вновь точка вернулась и поднялась между буквами слова «свет» (</w:t>
      </w:r>
      <w:r>
        <w:rPr>
          <w:rFonts w:ascii="Georgia" w:hAnsi="Georgia" w:cs="Times New Roman"/>
          <w:b/>
          <w:i w:val="0"/>
          <w:color w:val="000000"/>
          <w:sz w:val="24"/>
          <w:rtl/>
          <w:szCs w:val="32"/>
        </w:rPr>
        <w:t>אוֹר</w:t>
      </w:r>
      <w:r>
        <w:rPr>
          <w:rFonts w:ascii="Georgia" w:hAnsi="Georgia"/>
          <w:b w:val="0"/>
          <w:i w:val="0"/>
          <w:color w:val="000000"/>
          <w:sz w:val="24"/>
        </w:rPr>
        <w:t>), и вновь ушли ГАР, и вернулись к свойству воздуха (</w:t>
      </w:r>
      <w:r>
        <w:rPr>
          <w:rFonts w:ascii="Georgia" w:hAnsi="Georgia"/>
          <w:b w:val="0"/>
          <w:i/>
          <w:color w:val="000000"/>
          <w:sz w:val="24"/>
        </w:rPr>
        <w:t>авир</w:t>
      </w:r>
      <w:r>
        <w:rPr>
          <w:rFonts w:ascii="Georgia" w:hAnsi="Georgia"/>
          <w:b w:val="0"/>
          <w:i w:val="0"/>
          <w:color w:val="000000"/>
          <w:sz w:val="24"/>
        </w:rPr>
        <w:t>), и ступени опять распались на половины, представляющие собой «частное».</w:t>
      </w:r>
    </w:p>
    <w:p>
      <w:pPr>
        <w:spacing w:before="40" w:after="120"/>
        <w:jc w:val="both"/>
      </w:pPr>
      <w:r>
        <w:rPr>
          <w:rFonts w:ascii="Georgia" w:hAnsi="Georgia"/>
          <w:b w:val="0"/>
          <w:i w:val="0"/>
          <w:color w:val="000000"/>
          <w:sz w:val="24"/>
        </w:rPr>
        <w:t>А тебе уже известно, что после этого вышел новый МА и снова вернул АХАП на ступень; поэтому буква йод вновь вышла из воздуха (</w:t>
      </w:r>
      <w:r>
        <w:rPr>
          <w:rFonts w:ascii="Georgia" w:hAnsi="Georgia"/>
          <w:b w:val="0"/>
          <w:i/>
          <w:color w:val="000000"/>
          <w:sz w:val="24"/>
        </w:rPr>
        <w:t>авир</w:t>
      </w:r>
      <w:r>
        <w:rPr>
          <w:rFonts w:ascii="Georgia" w:hAnsi="Georgia"/>
          <w:b w:val="0"/>
          <w:i w:val="0"/>
          <w:color w:val="000000"/>
          <w:sz w:val="24"/>
        </w:rPr>
        <w:t xml:space="preserve">) и возвратилась к свойству света, как будет сказано ниже. И вот, в этом заключается тайна последнего «общего». И об этом сказано: «А затем общее вернулось, чтобы стать общим, частным и общим». Ведь первое «общее», существовавшее до выхода света глаз, не могло осуществиться в виде правила «общее, частное и общее» — а ведь именно в этом средоточие всего желаемого исправления по тайне десяти речений и смыслу стиха </w:t>
      </w:r>
      <w:r>
        <w:rPr>
          <w:rFonts w:ascii="Georgia" w:hAnsi="Georgia"/>
          <w:b w:val="0"/>
          <w:i/>
          <w:color w:val="000000"/>
          <w:sz w:val="24"/>
        </w:rPr>
        <w:t>«Свет посеян для праведника»</w:t>
      </w:r>
      <w:r>
        <w:rPr>
          <w:rFonts w:ascii="Georgia" w:hAnsi="Georgia"/>
          <w:b w:val="0"/>
          <w:i w:val="0"/>
          <w:color w:val="000000"/>
          <w:sz w:val="24"/>
        </w:rPr>
        <w:t>, как сказано выше в пункте 17. Но в этом «общем», которое выделилось из Источника и вышло в свете глаз, здесь укоренилось это великое исправление по порядку «общее, частное и общее», как было сказано. И сказано далее: «До этого момента все висело в воздухе из тайны Эйн Соф…».</w:t>
      </w:r>
    </w:p>
    <w:p>
      <w:pPr>
        <w:spacing w:before="40" w:after="120"/>
        <w:jc w:val="both"/>
      </w:pPr>
      <w:r>
        <w:rPr>
          <w:rFonts w:ascii="Georgia" w:hAnsi="Georgia"/>
          <w:b w:val="0"/>
          <w:i w:val="0"/>
          <w:color w:val="000000"/>
          <w:sz w:val="24"/>
        </w:rPr>
        <w:t>Смысл в том, как пишет Зоар в другом месте (Берешит I, пункт 33): буква йод (</w:t>
      </w:r>
      <w:r>
        <w:rPr>
          <w:rFonts w:ascii="Georgia" w:hAnsi="Georgia" w:cs="Times New Roman"/>
          <w:b/>
          <w:i w:val="0"/>
          <w:color w:val="000000"/>
          <w:sz w:val="24"/>
          <w:rtl/>
          <w:szCs w:val="32"/>
        </w:rPr>
        <w:t>י</w:t>
      </w:r>
      <w:r>
        <w:rPr>
          <w:rFonts w:ascii="Georgia" w:hAnsi="Georgia"/>
          <w:b w:val="0"/>
          <w:i w:val="0"/>
          <w:color w:val="000000"/>
          <w:sz w:val="24"/>
        </w:rPr>
        <w:t>) вошла в свет (</w:t>
      </w:r>
      <w:r>
        <w:rPr>
          <w:rFonts w:ascii="Georgia" w:hAnsi="Georgia"/>
          <w:b w:val="0"/>
          <w:i/>
          <w:color w:val="000000"/>
          <w:sz w:val="24"/>
        </w:rPr>
        <w:t>ор</w:t>
      </w:r>
      <w:r>
        <w:rPr>
          <w:rFonts w:ascii="Georgia" w:hAnsi="Georgia"/>
          <w:b w:val="0"/>
          <w:i w:val="0"/>
          <w:color w:val="000000"/>
          <w:sz w:val="24"/>
        </w:rPr>
        <w:t xml:space="preserve">, </w:t>
      </w:r>
      <w:r>
        <w:rPr>
          <w:rFonts w:ascii="Georgia" w:hAnsi="Georgia" w:cs="Times New Roman"/>
          <w:b/>
          <w:i w:val="0"/>
          <w:color w:val="000000"/>
          <w:sz w:val="24"/>
          <w:rtl/>
          <w:szCs w:val="32"/>
        </w:rPr>
        <w:t>אוֹר</w:t>
      </w:r>
      <w:r>
        <w:rPr>
          <w:rFonts w:ascii="Georgia" w:hAnsi="Georgia"/>
          <w:b w:val="0"/>
          <w:i w:val="0"/>
          <w:color w:val="000000"/>
          <w:sz w:val="24"/>
        </w:rPr>
        <w:t>) — и получился воздух (</w:t>
      </w:r>
      <w:r>
        <w:rPr>
          <w:rFonts w:ascii="Georgia" w:hAnsi="Georgia"/>
          <w:b w:val="0"/>
          <w:i/>
          <w:color w:val="000000"/>
          <w:sz w:val="24"/>
        </w:rPr>
        <w:t>авир</w:t>
      </w:r>
      <w:r>
        <w:rPr>
          <w:rFonts w:ascii="Georgia" w:hAnsi="Georgia"/>
          <w:b w:val="0"/>
          <w:i w:val="0"/>
          <w:color w:val="000000"/>
          <w:sz w:val="24"/>
        </w:rPr>
        <w:t xml:space="preserve">, </w:t>
      </w:r>
      <w:r>
        <w:rPr>
          <w:rFonts w:ascii="Georgia" w:hAnsi="Georgia" w:cs="Times New Roman"/>
          <w:b/>
          <w:i w:val="0"/>
          <w:color w:val="000000"/>
          <w:sz w:val="24"/>
          <w:rtl/>
          <w:szCs w:val="32"/>
        </w:rPr>
        <w:t>אֲוִיר</w:t>
      </w:r>
      <w:r>
        <w:rPr>
          <w:rFonts w:ascii="Georgia" w:hAnsi="Georgia"/>
          <w:b w:val="0"/>
          <w:i w:val="0"/>
          <w:color w:val="000000"/>
          <w:sz w:val="24"/>
        </w:rPr>
        <w:t>). То есть новая точка сокращения, поднявшаяся по тайне МАН, именуется буквой йод, ведь всякая точка — это йод (</w:t>
      </w:r>
      <w:r>
        <w:rPr>
          <w:rFonts w:ascii="Georgia" w:hAnsi="Georgia" w:cs="Times New Roman"/>
          <w:b/>
          <w:i w:val="0"/>
          <w:color w:val="000000"/>
          <w:sz w:val="24"/>
          <w:rtl/>
          <w:szCs w:val="32"/>
        </w:rPr>
        <w:t>י</w:t>
      </w:r>
      <w:r>
        <w:rPr>
          <w:rFonts w:ascii="Georgia" w:hAnsi="Georgia"/>
          <w:b w:val="0"/>
          <w:i w:val="0"/>
          <w:color w:val="000000"/>
          <w:sz w:val="24"/>
        </w:rPr>
        <w:t>). А что касается света, о котором идет речь, то тебе уже известно, что это свет глаз, как сказано в начале фрагмента. Таким образом, тайна точки МАН, поднявшейся в никвей эйнаим, — это буква йод, вошедшая в свет, отчего в никвей эйнаим образовалась тайна воздуха (</w:t>
      </w:r>
      <w:r>
        <w:rPr>
          <w:rFonts w:ascii="Georgia" w:hAnsi="Georgia"/>
          <w:b w:val="0"/>
          <w:i/>
          <w:color w:val="000000"/>
          <w:sz w:val="24"/>
        </w:rPr>
        <w:t>авир</w:t>
      </w:r>
      <w:r>
        <w:rPr>
          <w:rFonts w:ascii="Georgia" w:hAnsi="Georgia"/>
          <w:b w:val="0"/>
          <w:i w:val="0"/>
          <w:color w:val="000000"/>
          <w:sz w:val="24"/>
        </w:rPr>
        <w:t>). И в пункте 8 выше объяснялось, что это первый рош де-БОН, называемый Кетер и представляющий собой Эйн Соф. И об этом сказано: «все висело в воздухе из тайны Эйн Соф» — то есть при выходе рош де-БОН пребывал лишь в тайне руах-нефеш, как сказано выше в пункте 4. И это произошло потому, что точка МАН вошла в свет и получился воздух, а все это было вызвано выходом АХАП наружу, из-за чего ступень разделилась на две части. Так что рош де-БОН «висел в воздухе из тайны Эйн Соф» — то есть находился на высоте руах, представляющей собой ЗА, по тайне воздуха в никвей эйнаим. Ведь АХАП вышли вниз из рош на уровень ХАГАТ де-гуфа, и по этой причине в самом первом рош есть лишь свойство воздушного мозга (</w:t>
      </w:r>
      <w:r>
        <w:rPr>
          <w:rFonts w:ascii="Georgia" w:hAnsi="Georgia"/>
          <w:b w:val="0"/>
          <w:i/>
          <w:color w:val="000000"/>
          <w:sz w:val="24"/>
        </w:rPr>
        <w:t>моха де-авира</w:t>
      </w:r>
      <w:r>
        <w:rPr>
          <w:rFonts w:ascii="Georgia" w:hAnsi="Georgia"/>
          <w:b w:val="0"/>
          <w:i w:val="0"/>
          <w:color w:val="000000"/>
          <w:sz w:val="24"/>
        </w:rPr>
        <w:t>), являющегося только лишь руах-нефеш, как сказано выше.</w:t>
      </w:r>
    </w:p>
    <w:p>
      <w:pPr>
        <w:spacing w:before="40" w:after="120"/>
        <w:jc w:val="both"/>
      </w:pPr>
      <w:r>
        <w:rPr>
          <w:rFonts w:ascii="Georgia" w:hAnsi="Georgia"/>
          <w:b w:val="0"/>
          <w:i w:val="0"/>
          <w:color w:val="000000"/>
          <w:sz w:val="24"/>
        </w:rPr>
        <w:t>И пойми как следует, что свет Эйн Соф раскрывается исключительно в первом рош каждого парцуфа. И поэтому подчеркивается: «до этого момента все висело в воздухе из тайны Эйн Соф» — то есть от света Эйн Соф, благословен Он, до нижних доходило лишь свойство воздуха вместо света. И знай, что только света ГАР называются светом, тогда как света ВАК повсюду именуются свойствами руах и нефеш. Запомни же это из самого источника здесь: свет ЗА называется именем руах именно потому, что он происходит от этого зивуга, когда точка МАН поднялась к свету глаз, вошла в свет и получился воздух, как мы объяснили выше. И в этом тайна «моха де-авира», указывающая главным образом на то, что там недостает света ГАР, и пойми это.</w:t>
      </w:r>
    </w:p>
    <w:p>
      <w:pPr>
        <w:spacing w:before="40" w:after="120"/>
        <w:jc w:val="both"/>
      </w:pPr>
      <w:r>
        <w:rPr>
          <w:rFonts w:ascii="Georgia" w:hAnsi="Georgia"/>
          <w:b w:val="0"/>
          <w:i w:val="0"/>
          <w:color w:val="000000"/>
          <w:sz w:val="24"/>
        </w:rPr>
        <w:t>19) И об этом сказано: «"Да будет свет" — все, что выходит, выходит по этой тайне. "Да будет" (</w:t>
      </w:r>
      <w:r>
        <w:rPr>
          <w:rFonts w:ascii="Georgia" w:hAnsi="Georgia"/>
          <w:b w:val="0"/>
          <w:i/>
          <w:color w:val="000000"/>
          <w:sz w:val="24"/>
        </w:rPr>
        <w:t>йехи</w:t>
      </w:r>
      <w:r>
        <w:rPr>
          <w:rFonts w:ascii="Georgia" w:hAnsi="Georgia"/>
          <w:b w:val="0"/>
          <w:i w:val="0"/>
          <w:color w:val="000000"/>
          <w:sz w:val="24"/>
        </w:rPr>
        <w:t>) — по тайне Аба ве-Има, то есть букв йод и хэй (</w:t>
      </w:r>
      <w:r>
        <w:rPr>
          <w:rFonts w:ascii="Georgia" w:hAnsi="Georgia" w:cs="Times New Roman"/>
          <w:b/>
          <w:i w:val="0"/>
          <w:color w:val="000000"/>
          <w:sz w:val="24"/>
          <w:rtl/>
          <w:szCs w:val="32"/>
        </w:rPr>
        <w:t>י״ה</w:t>
      </w:r>
      <w:r>
        <w:rPr>
          <w:rFonts w:ascii="Georgia" w:hAnsi="Georgia"/>
          <w:b w:val="0"/>
          <w:i w:val="0"/>
          <w:color w:val="000000"/>
          <w:sz w:val="24"/>
        </w:rPr>
        <w:t>)». То есть все новое, что возникает и выходит в миры, выходит по тайне речения «да будет свет», по тайне Аба ве-Има, являющихся буквами йод и хэй (</w:t>
      </w:r>
      <w:r>
        <w:rPr>
          <w:rFonts w:ascii="Georgia" w:hAnsi="Georgia" w:cs="Times New Roman"/>
          <w:b/>
          <w:i w:val="0"/>
          <w:color w:val="000000"/>
          <w:sz w:val="24"/>
          <w:rtl/>
          <w:szCs w:val="32"/>
        </w:rPr>
        <w:t>י״ה</w:t>
      </w:r>
      <w:r>
        <w:rPr>
          <w:rFonts w:ascii="Georgia" w:hAnsi="Georgia"/>
          <w:b w:val="0"/>
          <w:i w:val="0"/>
          <w:color w:val="000000"/>
          <w:sz w:val="24"/>
        </w:rPr>
        <w:t>). Смысл в том, что ни один парцуф и ни одна ступень не выходят и не рождаются иначе как по тайне выхода БОН, описанной выше через тайну двух чаш весов, когда свет Есода поднимает АХАП обратно в рош, как они стояли в парцуфим де-АК, предшествовавших МАН, как сказано выше в пункте 16. И об этом сказано: «по тайне Аба ве-Има, то есть букв йод и хэй (</w:t>
      </w:r>
      <w:r>
        <w:rPr>
          <w:rFonts w:ascii="Georgia" w:hAnsi="Georgia" w:cs="Times New Roman"/>
          <w:b/>
          <w:i w:val="0"/>
          <w:color w:val="000000"/>
          <w:sz w:val="24"/>
          <w:rtl/>
          <w:szCs w:val="32"/>
        </w:rPr>
        <w:t>י״ה</w:t>
      </w:r>
      <w:r>
        <w:rPr>
          <w:rFonts w:ascii="Georgia" w:hAnsi="Georgia"/>
          <w:b w:val="0"/>
          <w:i w:val="0"/>
          <w:color w:val="000000"/>
          <w:sz w:val="24"/>
        </w:rPr>
        <w:t>)» — ведь тогда в рожденном раскрывается свет ГАР, являющийся тайной букв йод и хэй, как сказано выше. И об этом сказано: «А затем вернулся к первой точке, чтобы положить начало распространению для иного дела» — то есть после этого вернулся к первоначальной точке, чтобы возникло начало для распространения рожденного ради иного дела.</w:t>
      </w:r>
    </w:p>
    <w:p>
      <w:pPr>
        <w:spacing w:before="40" w:after="120"/>
        <w:jc w:val="both"/>
      </w:pPr>
      <w:r>
        <w:rPr>
          <w:rFonts w:ascii="Georgia" w:hAnsi="Georgia"/>
          <w:b w:val="0"/>
          <w:i w:val="0"/>
          <w:color w:val="000000"/>
          <w:sz w:val="24"/>
        </w:rPr>
        <w:t>Смысл таков: хотя это протяжение и не сохраняется — ведь силы высших обязательно действуют в нижнем, а раз так, поскольку и в коренном БОН де-АК это распространение не удержалось, но пребывало в тайне посеянного света, как сказано выше, то почему каждый нижний обязан вновь выходить через это? И об этом сказано: «А затем вернулся к первой точке» — то есть на самом деле это распространение не удерживается в рожденном, так как свет вновь уходит в тайну точки в никвей эйнаим, как прежде. Однако он выигрывает благодаря этому то, что в нем непременно возникнет начало и корень для иного дела — а именно для света ГАР мира Исправления, образуемого совместно из МА и БОН вместе, как будет сказано далее. И знай, что в этом тайна сказанного нашими мудрецами: «Женщина не беременеет от первого сожития» (Йевамот 34а); и в этом же тайна слов: «Женщина заключает союз только с тем, кто сделал ее сосудом (кли)» (Санхедрин 22б). Поскольку всякое начало непременно берет исток от начала творения, а ты уже знаешь, что это упомянутый общий БОН, то, раз уж в нем произошло событие разбиения келим, и распространение линии вернулось на свое место, а ЗАТ умерли и упали в БЕА, отсюда же следует и то, что женщина не беременеет от первого сожития, и семя его не воспринимается для вынашивания и родов. Ведь при первом сожитии это семя обязано пройти через тайну речения начала творения и тайну разбиения келим.</w:t>
      </w:r>
    </w:p>
    <w:p>
      <w:pPr>
        <w:spacing w:before="40" w:after="120"/>
        <w:jc w:val="both"/>
      </w:pPr>
      <w:r>
        <w:rPr>
          <w:rFonts w:ascii="Georgia" w:hAnsi="Georgia"/>
          <w:b w:val="0"/>
          <w:i w:val="0"/>
          <w:color w:val="000000"/>
          <w:sz w:val="24"/>
        </w:rPr>
        <w:t>Однако это служит благой причиной тому, что женщина благодаря этой близости обретает кли, в котором она способна поднимать МАН и рождать живых детей с мохин де-хая — в чем и состоит тайна слов «женщина заключает союз только с тем, кто сделал ее сосудом (кли)», как еще будет сказано с Б-жьей помощью. И об этом сказано далее: «"Свет и стал свет" — свет, который уже существовал». Смысл в том, что этот зивуг определяется так: в нем нет обновления света, но он вновь раскрывает то, что было в нем прежде, как сказано выше. Ведь под действием свечения Есод де-АК нижняя хэй из никвей эйнаим вновь протягивается на то место, где она находилась изначально в парцуфим де-АК, то есть в пэ парцуфа. Благодаря этому само собой получается, что АХАП, которые вышли наружу и вниз за пределы масаха де-рош из-за того, что он находился в глазах — то есть в кли Хохма, расположенном выше уха, — теперь, после того как масах нижней хэй опустился в пэ, возвращаются на уровень рош, то есть выше масаха де-МАН, находящегося теперь в пэ, как и прежде.</w:t>
      </w:r>
    </w:p>
    <w:p>
      <w:pPr>
        <w:spacing w:before="40" w:after="120"/>
        <w:jc w:val="both"/>
      </w:pPr>
      <w:r>
        <w:rPr>
          <w:rFonts w:ascii="Georgia" w:hAnsi="Georgia"/>
          <w:b w:val="0"/>
          <w:i w:val="0"/>
          <w:color w:val="000000"/>
          <w:sz w:val="24"/>
        </w:rPr>
        <w:t>И тогда вновь возобновляется совершенный зивуг от Малхут до Кетера, как это было в парцуфим де-АК до МАН, и потому вновь выходят десять сфирот на высоте Кетер, как и раньше. Следовательно, здесь нет нового света, но лишь та мера света, которая скрылась из-за подъема МАН в никвей эйнаим, теперь вернулась и раскрылась благодаря возвращению [нижней хэй] на место пэ. И в этом тайна слов «и стал свет» — свет, который уже существовал до МАН, а не новый свет, как было сказано.</w:t>
      </w:r>
    </w:p>
    <w:p>
      <w:pPr>
        <w:spacing w:before="40" w:after="120"/>
        <w:jc w:val="both"/>
      </w:pPr>
      <w:r>
        <w:rPr>
          <w:rFonts w:ascii="Georgia" w:hAnsi="Georgia"/>
          <w:b w:val="0"/>
          <w:i w:val="0"/>
          <w:color w:val="000000"/>
          <w:sz w:val="24"/>
        </w:rPr>
        <w:t>20) И вот об этом сказано: «Ведь Эйн Соф пробил Свой воздух и раскрыл эту точку — букву йод. А как только эта буква йод распространилась, оставшееся оказалось светом». Эйн Соф пробил Свой воздух и раскрыл эту точку йод, а после того как этот йод распространился, оставшееся оказалось светом. Смысл в том, что понятие «воздух» (</w:t>
      </w:r>
      <w:r>
        <w:rPr>
          <w:rFonts w:ascii="Georgia" w:hAnsi="Georgia"/>
          <w:b w:val="0"/>
          <w:i/>
          <w:color w:val="000000"/>
          <w:sz w:val="24"/>
        </w:rPr>
        <w:t>авир</w:t>
      </w:r>
      <w:r>
        <w:rPr>
          <w:rFonts w:ascii="Georgia" w:hAnsi="Georgia"/>
          <w:b w:val="0"/>
          <w:i w:val="0"/>
          <w:color w:val="000000"/>
          <w:sz w:val="24"/>
        </w:rPr>
        <w:t>) уже объяснялось выше, в пункте 19: это тайна точки МАН, называемой буквой йод (</w:t>
      </w:r>
      <w:r>
        <w:rPr>
          <w:rFonts w:ascii="Georgia" w:hAnsi="Georgia" w:cs="Times New Roman"/>
          <w:b/>
          <w:i w:val="0"/>
          <w:color w:val="000000"/>
          <w:sz w:val="24"/>
          <w:rtl/>
          <w:szCs w:val="32"/>
        </w:rPr>
        <w:t>י</w:t>
      </w:r>
      <w:r>
        <w:rPr>
          <w:rFonts w:ascii="Georgia" w:hAnsi="Georgia"/>
          <w:b w:val="0"/>
          <w:i w:val="0"/>
          <w:color w:val="000000"/>
          <w:sz w:val="24"/>
        </w:rPr>
        <w:t>), которая поднялась на место света глаз, образовав там свойство воздуха, см. там. И об этом сказано, что затем, в мире Исправления, Эйн Соф вновь пробил Свой воздух и раскрыл эту точку йод. То есть Он раскрыл, что ее место — не здесь, в свете глаз, а внизу, в пэ де-рош, как сказано выше (см. там). И тем самым буква йод распространилась и опустилась из воздуха, а оставшееся оказалось светом. Ведь после того как она опустилась на свое место в пэ, АХАП вновь возвратились и поднялись в рош, соединившись со ступенью, как и прежде, и ступень восполнилась до десяти сфирот; и вновь нисходит свет Эйн Соф на совершенный зивуг в пэ на высоте ехида, и тем самым свет Эйн Соф вновь раскрылся там ретроспективно, по тайне света, который уже существовал, как сказано выше (см. там). И благодаря этому мы поймем приведенные выше слова Старца в разделе Мишпатим: «И это высшая тайна, превосходящая всё: в столпе, стоящем для взвешивания посреди веющего воздуха…» — что это высшая тайна превыше всего, в том столпе, предназначенном для взвешивания внутри веющего воздуха.</w:t>
      </w:r>
    </w:p>
    <w:p>
      <w:pPr>
        <w:spacing w:before="40" w:after="120"/>
        <w:jc w:val="both"/>
      </w:pPr>
      <w:r>
        <w:rPr>
          <w:rFonts w:ascii="Georgia" w:hAnsi="Georgia"/>
          <w:b w:val="0"/>
          <w:i w:val="0"/>
          <w:color w:val="000000"/>
          <w:sz w:val="24"/>
        </w:rPr>
        <w:t>Смысл в том, что свечение Есода в мире Исправления от нового МА называется «столпом» в значении отвеса (линии весов), и он предназначен для взвешивания посреди веющего воздуха. А то, что вместо света появился веющий воздух, уже объяснялось выше: это произошло по причине подъема точки в глаза; и объяснялось, что силой свечения Есода эта точка притягивается и возвращается на место пэ, как прежде, вследствие чего АХАП притягиваются из гуфа в рош, что и составляет тайну весов, как сказано выше. И оказывается, что этот столп постоянно действует для взвешивания, чтобы склонять АХАП к свету ГАР благодаря тому, что он опускает букву йод из воздуха, оставляя там свет ГАР, как и прежде. И об этом сказано: «есть одни весы: с этой стороны — весы праведности, а с той стороны — весы обмана» — то есть существуют одни весы, где с этой стороны — весы праведности, а с той стороны — весы обмана.</w:t>
      </w:r>
    </w:p>
    <w:p>
      <w:pPr>
        <w:spacing w:before="40" w:after="120"/>
        <w:jc w:val="both"/>
      </w:pPr>
      <w:r>
        <w:rPr>
          <w:rFonts w:ascii="Georgia" w:hAnsi="Georgia"/>
          <w:b w:val="0"/>
          <w:i w:val="0"/>
          <w:color w:val="000000"/>
          <w:sz w:val="24"/>
        </w:rPr>
        <w:t>Смысл в том, что эти весы находятся в мире Брия, в тайне источника душ. Когда светит МА, представляющий собой праведника — основу мира, называемого «столпом, стоящим для взвешивания», тогда МАН притягивается из кли Хохма де-Нуква де-ЗА к свойству Малхут в ней, по тайне буквы йод, которая распространяется и опускается из воздуха. И тогда БЕА поднимаются вверх, в Ацилут, как это происходит в субботы, как известно. И тогда властвует та сторона весов, которая называется «весами праведности». Однако когда в нижних возникает изъян, тогда свечение МА уходит оттуда, и масах сам собой возвращается на свое место — в кли Хохма, а АХАП де-Нуква, являющиеся мирами БЕА, сами собой опускаются вниз, в место разделения и клипот. И тем самым души, которые уже пребывали в Ацилуте, вновь выходят в нижние миры БЕА; и тогда властвует та сторона весов, которая называется «весами обмана», и пойми это. И об этом сказано: «И весы эти никогда не успокаиваются, и души поднимаются и опускаются, входят и возвращаются». То есть весы эти никогда не затихают, и души поднимаются и опускаются, приходят и возвращаются. Иными словами, каждый человек судится там по степени чистоты своей души: во время чистоты он удостаивается того, чтобы высший праведник светил в Нукве, и тогда склоняются весы к власти весов праведности, так что его НАРАН поднимаются в Ацилут, и он удостаивается свойства Ацилута в своем НАРАН. Если же, не дай Б-г, он затем совершает какой-либо проступок, свечение МА уходит от частного корня его души, не дай Б-г, и тогда его НАРАН, являющиеся АХАП от корня его души в Нукве де-Ацилут, опускаются вниз, возвращаясь и выходя в БЕА, в место клипот; и его НАРАН угасают, не дай Б-г, поскольку он склонил чашу весов к вине — под власть весов обмана, то есть клипот, находящихся в нижних мирах БЕА. И об этом сказано: «И весы эти никогда не успокаиваются». То есть в любое время и в каждое мгновение люди судятся там — склонить ли [чашу] к оправданию или же, не дай Б-г, к обвинению, согласно сказанному выше. И об этом сказано: «и души поднимаются и опускаются, входят и возвращаются» — то есть поднимаются и приходят в Ацилут, возвращаются и опускаются в БЕА, и пойми это как следует.</w:t>
      </w:r>
    </w:p>
    <w:p>
      <w:pPr>
        <w:spacing w:before="40" w:after="120"/>
        <w:jc w:val="both"/>
      </w:pPr>
      <w:r>
        <w:rPr>
          <w:rFonts w:ascii="Georgia" w:hAnsi="Georgia"/>
          <w:b w:val="0"/>
          <w:i w:val="0"/>
          <w:color w:val="000000"/>
          <w:sz w:val="24"/>
        </w:rPr>
        <w:t>И вот, прекрасно разъяснилась тайна двух чаш весов: [одна из них] — это точка МАН по тайне нижней хэй в никвей эйнаим, ведь из-за подъема этой чаши от места пэ в никвей эйнаим и укоренения ее там в качестве Нуквы де-рош, по этой причине чаша Бины и ЗОН де-рош опустилась на уровень ХАГАТ де-гуфа, расположенный ниже масаха де-рош. Если же чаша точки МАН опускается из никвей эйнаим ниже Бины и ЗОН де-рош, то есть на место пэ, то чаша Бины и ЗОН возвращается на уровень ГАР де-рош. Однако сама суть весов (</w:t>
      </w:r>
      <w:r>
        <w:rPr>
          <w:rFonts w:ascii="Georgia" w:hAnsi="Georgia"/>
          <w:b w:val="0"/>
          <w:i/>
          <w:color w:val="000000"/>
          <w:sz w:val="24"/>
        </w:rPr>
        <w:t>миткала</w:t>
      </w:r>
      <w:r>
        <w:rPr>
          <w:rFonts w:ascii="Georgia" w:hAnsi="Georgia"/>
          <w:b w:val="0"/>
          <w:i w:val="0"/>
          <w:color w:val="000000"/>
          <w:sz w:val="24"/>
        </w:rPr>
        <w:t>) пока еще вовсе не была объяснена и разъяснится ниже, с Б-жьей помощью.</w:t>
      </w:r>
    </w:p>
    <w:p>
      <w:pPr>
        <w:spacing w:before="40" w:after="120"/>
        <w:jc w:val="both"/>
      </w:pPr>
      <w:r>
        <w:rPr>
          <w:rFonts w:ascii="Georgia" w:hAnsi="Georgia"/>
          <w:b w:val="0"/>
          <w:i w:val="0"/>
          <w:color w:val="000000"/>
          <w:sz w:val="24"/>
        </w:rPr>
        <w:t>21) Исходя из объясненного, мы поймем то, что сказал Учитель в книге «Эц Хаим» (врата 39, часть 4) о сокровенном смысле зивуга поцелуев (зивуг де-нешикин): что есть два вида зивуга де-нешикин — поцелуи, предшествующие телесному зивугу, и поцелуи, приходящие во время телесного зивуга (см. там). И сначала разберем суть самого зивуга де-нешикин, о котором он говорит там же, в части 9. Вот его слова: «И получается, что нижний зивуг исходит главным образом от ЗАТ, тогда как высший зивуг поцелуев исходит от его ГАР, которые соединяются с ее ГАР. Дело в том, что каждый поцелуй возникает от дыхания рта, выходящего из легких в горло, которое представляет собой Бину, и так далее; получается, что их сила — от ЗАТ. Однако тот свет, что тянулся от тех ГАР в голове к телу, прежде чем войти во внутреннюю часть тела в ЗАТ, выходит наружу через рот в виде дыхания и так далее». «Суть же этого соединения — внутри рта: нёбо — это Хохма, горло — Бина, а язык — это Даат, соединяющий их, и там они соединяются вместе и так далее. И это два духа (</w:t>
      </w:r>
      <w:r>
        <w:rPr>
          <w:rFonts w:ascii="Georgia" w:hAnsi="Georgia"/>
          <w:b w:val="0"/>
          <w:i/>
          <w:color w:val="000000"/>
          <w:sz w:val="24"/>
        </w:rPr>
        <w:t>трин рухин</w:t>
      </w:r>
      <w:r>
        <w:rPr>
          <w:rFonts w:ascii="Georgia" w:hAnsi="Georgia"/>
          <w:b w:val="0"/>
          <w:i w:val="0"/>
          <w:color w:val="000000"/>
          <w:sz w:val="24"/>
        </w:rPr>
        <w:t xml:space="preserve">): один мужской, а другой женский и так далее. И каждый из этих двух духов делится на два, как сказано в Зоаре (раздел Трума): </w:t>
      </w:r>
      <w:r>
        <w:rPr>
          <w:rFonts w:ascii="Georgia" w:hAnsi="Georgia"/>
          <w:b w:val="0"/>
          <w:i/>
          <w:color w:val="000000"/>
          <w:sz w:val="24"/>
        </w:rPr>
        <w:t>«Четыре духа в поцелуе, и каждый включен в другого»</w:t>
      </w:r>
      <w:r>
        <w:rPr>
          <w:rFonts w:ascii="Georgia" w:hAnsi="Georgia"/>
          <w:b w:val="0"/>
          <w:i w:val="0"/>
          <w:color w:val="000000"/>
          <w:sz w:val="24"/>
        </w:rPr>
        <w:t xml:space="preserve"> и так далее», — конец цитаты, см. там подробно. Как уже объяснялось, то новшество, которое возникло в силу Второго сокращения (ЦБ) в АК и исправления МАН: каждая ступень из рош, тох и соф парцуфа делится на внутреннюю и внешнюю (см. там).</w:t>
      </w:r>
    </w:p>
    <w:p>
      <w:pPr>
        <w:spacing w:before="40" w:after="120"/>
        <w:jc w:val="both"/>
      </w:pPr>
      <w:r>
        <w:rPr>
          <w:rFonts w:ascii="Georgia" w:hAnsi="Georgia"/>
          <w:b w:val="0"/>
          <w:i w:val="0"/>
          <w:color w:val="000000"/>
          <w:sz w:val="24"/>
        </w:rPr>
        <w:t>Также объяснялось, что каждая из них делится еще и на две половины — верхнюю и нижнюю: Гальгальта ве-эйнаим, представляющие собой Кетер и Хохму ступени, остаются на своем месте, а АХАП, то есть Бина и ЗОН, вышли наружу за пределы этой ступени и стали нижней частью (см. там подробно, а также в «Паним Меирот» на с. 620). Таким образом, каждая из частей рош, тох и соф разделилась на четыре четверти: внутренняя часть — на верхнюю и нижнюю, и внешняя часть — на верхнюю и нижнюю. И получается, что из трех парцуфов АБ, САГ и БОН де-Адам Кадмон, которые составляют рош, тох и соф, здесь образовалось 12 парцуфим, ведь каждый разделился на четыре четверти, как сказано. Также объяснялось, что весь сокровенный смысл зивуга внутреннего и внешнего, называемых мужским и женским [началами], заключается лишь в том, чтобы вернуть АХАП, опустившиеся за пределы ступени. Ведь пока ступени недостает этих АХАП, в ней есть лишь руах и нефеш, а когда они возвращаются к ней, она обретает полные света НАРАНХАЙ, как сказано выше в пункте 13 и в «Паним Меирот» на с. 620. И отсюда пойми, что зивуг мужского и женского начал обязательно должен происходить во всех 12 парцуфим высшего, чтобы выделить из себя нижний парцуф — то есть чтобы восполнить три ступени рош, тох и соф самого себя, а именно: АБ, САГ и БОН, чтобы в каждом были полные света НАРАНХАЙ. Ведь по причине упомянутого сокращения они разделились на 12 ступеней, из-за чего ушли ГАР де-АБ (суть головы), ГАР де-САГ (суть внутренней части) и ГАР де-БОН (суть завершения). В таком состоянии парцуф не способен передавать изобилие и выделить из себя второй парцуф, и потому они нуждаются в зивуге внутреннего и внешнего, называемых мужским и женским [началами], благодаря чему АХАП возвращаются на свое место. И так как внутреннее и внешнее каждой ступени соединились, а нижняя часть — то есть АХАП — вернулась к верхней части ступени, то тем самым соединились все 12 парцуфим и вновь стали лишь тремя парцуфами — рош, тох и соф, как до сокращения; и тогда он способен порождать. И тебе нужно помнить, что обязательное различение рош, тох и соф в каждом парцуфе обусловлено тем, что келим не завершаются первым созерцанием (истаклют алеф), и потому необходим истаклют бэт (второе созерцание), что и обязывает наличие рош, тох и соф: ведь первое созерцание происходит в пэ де-рош, а второе созерцание — в хазе, и тогда формирование келим завершается. И это действительно две головы, называемые «рош» и «тох», или АБ и САГ, где САГ считается внутренней частью по отношению к АБ, поскольку начинается ниже его пэ и доходит до хазе, как сказано выше. А десять сфирот завершения, распространяющиеся от хазе до окончания парцуфа по закону «какова мера входящих, такова мера выходящих» (как упомянуто в «Паним Меирот», ветвь 42, пункт 6, со слов «Поэтому»), — это то, что называется МА и БОН, или ступень соф парцуфа. И по этой причине в каждом частном парцуфе различаются рош, тох и соф: ведь если в нем появляется какое-либо обновление экрана, в нем обязательно есть рош, тох и соф, называемые АБ, САГ и БОН, так как это новое кли не может существовать без них, как сказано; и пусть это не отходит от твоих глаз, ведь это корень всякой вещи.</w:t>
      </w:r>
    </w:p>
    <w:p>
      <w:pPr>
        <w:spacing w:before="40" w:after="120"/>
        <w:jc w:val="both"/>
      </w:pPr>
      <w:r>
        <w:rPr>
          <w:rFonts w:ascii="Georgia" w:hAnsi="Georgia"/>
          <w:b w:val="0"/>
          <w:i w:val="0"/>
          <w:color w:val="000000"/>
          <w:sz w:val="24"/>
        </w:rPr>
        <w:t>Однако по этому правилу на первый взгляд возникает трудность: почему в зивуге мужского и женского начал мы находим лишь первый зивуг в пэ и второй зивуг в окончании тела? Ведь согласно сказанному, второй зивуг должен был быть в табуре или в хазе, как в парцуфим де-АК! Дело в том, что в силу исправления МАН место зивуга удлинилось, и то, что прежде было точкой, стало теперь протяженным местом наподобие линии (кав). Точка первого созерцания, которая прежде находилась только в пэ, удлинилась в линию, представляющую собой дыхательное горло легких. А точка второго созерцания, которая прежде находилась в хазе или в табуре, протянулась от пи а-табур до окончания тела, называемого «лоном» во внешнем парцуфе, упомянутом выше.</w:t>
      </w:r>
    </w:p>
    <w:p>
      <w:pPr>
        <w:spacing w:before="40" w:after="120"/>
        <w:jc w:val="both"/>
      </w:pPr>
      <w:r>
        <w:rPr>
          <w:rFonts w:ascii="Georgia" w:hAnsi="Georgia"/>
          <w:b w:val="0"/>
          <w:i w:val="0"/>
          <w:color w:val="000000"/>
          <w:sz w:val="24"/>
        </w:rPr>
        <w:t>22) Суть этого удлинения была объяснена в пункте 13: под действием свечения Есод де-АК в рош де-БОН нижняя хэй, находившаяся в пи а-табур де-САГ де-АК, притянулась и опустилась в пэ де-рош де-БОН, находящееся в окончании тела де-САГ де-АК. И потому считается, что точка второго созерцания, находившаяся прежде лишь в месте табура, стала отныне длинной линией, занимающей все это пространство от табура до окончания тела. И ты уже знаешь, что до свечения Есод де-АК сначала произошел зивуг внутреннего и внешнего в рош де-АБ де-АК, в его пэ, и там нижняя хэй, находившаяся в никвей эйнаим де-АБ, также опустилась в пэ де-рош; в этом — сокровенный смысл носа и отверстия внутри рта до уровня дыхательного горла легких. И это исправление относительно ступени самой головы, называемой АБ.</w:t>
      </w:r>
    </w:p>
    <w:p>
      <w:pPr>
        <w:spacing w:before="40" w:after="120"/>
        <w:jc w:val="both"/>
      </w:pPr>
      <w:r>
        <w:rPr>
          <w:rFonts w:ascii="Georgia" w:hAnsi="Georgia"/>
          <w:b w:val="0"/>
          <w:i w:val="0"/>
          <w:color w:val="000000"/>
          <w:sz w:val="24"/>
        </w:rPr>
        <w:t>Однако относительно САГ, являющегося ступенью внутренней части (тох), как сказано выше, его пэ де-рош — это хазе. А никвей эйнаим его — это колос бороды (</w:t>
      </w:r>
      <w:r>
        <w:rPr>
          <w:rFonts w:ascii="Georgia" w:hAnsi="Georgia"/>
          <w:b w:val="0"/>
          <w:i/>
          <w:color w:val="000000"/>
          <w:sz w:val="24"/>
        </w:rPr>
        <w:t>шиболет а-закан</w:t>
      </w:r>
      <w:r>
        <w:rPr>
          <w:rFonts w:ascii="Georgia" w:hAnsi="Georgia"/>
          <w:b w:val="0"/>
          <w:i w:val="0"/>
          <w:color w:val="000000"/>
          <w:sz w:val="24"/>
        </w:rPr>
        <w:t>) или нижняя губа (</w:t>
      </w:r>
      <w:r>
        <w:rPr>
          <w:rFonts w:ascii="Georgia" w:hAnsi="Georgia"/>
          <w:b w:val="0"/>
          <w:i/>
          <w:color w:val="000000"/>
          <w:sz w:val="24"/>
        </w:rPr>
        <w:t>сафа татаа</w:t>
      </w:r>
      <w:r>
        <w:rPr>
          <w:rFonts w:ascii="Georgia" w:hAnsi="Georgia"/>
          <w:b w:val="0"/>
          <w:i w:val="0"/>
          <w:color w:val="000000"/>
          <w:sz w:val="24"/>
        </w:rPr>
        <w:t>), соединенная с горлом, и потому там прекращается свет уха, как сказано выше в предыдущей ветви (см. там). Получается теперь, что точка нижней хэй опустилась из никвей эйнаим де-САГ и вернулась на свое прежнее место в хазе, и эта точка стала длинной линией от горла до хазе, представляющей собой дыхательное горло легких. Итак, объяснено, как каждая точка, существовавшая прежде, исправилась и стала длинной линией. И знай, что это корень исправления линий — то есть в виде средней линии (кав эмцаи), чтобы объединить правую и левую линии благодаря возвращению АХАП каждой ступени в прежнее состояние, как сказано выше в пункте 16 (см. там). И ты видишь, как второй зивуг для завершения кли, именуемый вторым созерцанием, который в парцуфим де-АК был точкой в месте пи а-табур, удлинился и достиг окончания тела. И потому отныне и впредь рот (пэ) закрепляется за первым созерцанием и корнем келим, а отверстие окончания тела закрепляется за вторым созерцанием для завершения келим.</w:t>
      </w:r>
    </w:p>
    <w:p>
      <w:pPr>
        <w:spacing w:before="40" w:after="120"/>
        <w:jc w:val="both"/>
      </w:pPr>
      <w:r>
        <w:rPr>
          <w:rFonts w:ascii="Georgia" w:hAnsi="Georgia"/>
          <w:b w:val="0"/>
          <w:i w:val="0"/>
          <w:color w:val="000000"/>
          <w:sz w:val="24"/>
        </w:rPr>
        <w:t>И знай, что первое созерцание называется у Учителя зивугом поцелуев (зивуг де-нешикин) или духовным зивугом; и причина в том, что в голове келим совершенно неразличимы, считаясь подобными свету без келим. А второе созерцание, находящееся теперь в окончании тела, называется у Учителя зивугом сфирот Есод (зивуг а-есодот) или телесным зивугом; и причина в том, что там завершаются келим. И на основании этого ты хорошо поймешь, что ни один парцуф не может выделить из себя нижний иначе как через зивуг внутреннего и внешнего этого парцуфа, называемых мужским и женским [началами]. Ведь пока внутреннее и внешнее парцуфа отделены друг от друга, они оба пребывают в ущербе: в каждом есть лишь два кли — Кетер и Хохма, в которых находятся два света — руах и нефеш, и им недостает ГАР — нешама, хая и ехида; и поэтому этих светов хватает лишь для их собственной жизни, но не для того, чтобы отдавать и порождать. Когда же внутреннее и внешнее соединяются, Бина и ЗОН каждого из них вновь поднимаются на свою ступень, и они восполняются ступенями ГАР — нешама, хая и ехида, и тогда способны отдавать, чтобы порождать, как сказано в «Паним Меирот» на с. 619 и 620 (см. там).</w:t>
      </w:r>
    </w:p>
    <w:p>
      <w:pPr>
        <w:spacing w:before="40" w:after="120"/>
        <w:jc w:val="both"/>
      </w:pPr>
      <w:r>
        <w:rPr>
          <w:rFonts w:ascii="Georgia" w:hAnsi="Georgia"/>
          <w:b w:val="0"/>
          <w:i w:val="0"/>
          <w:color w:val="000000"/>
          <w:sz w:val="24"/>
        </w:rPr>
        <w:t>Однако первого зивуга им недостаточно для порождения нижнего, поскольку от первого зивуга исходит лишь духовное начало для корня келим, и потому они нуждаются во втором зивуге в окончании тела, откуда келим притягиваются к нижнему. И знай, что в зивуге внутреннего и внешнего ступени рош, составляющих соединяющиеся [начала] первого созерцания, мужское начало именуется АБ, а женское — САГ; а в зивуге внутреннего и внешнего ступени тела, являющихся вторым созерцанием, мужское начало именуется МА, а женское — БОН. И из этого ты поймешь суть зивуга МА и БОН де-АК, именуемых у Учителя новым светом, который пробил Парсу, опустился и осветил через Есод де-АК ступени ГАР де-Некудим. как сказано выше, — ведь они суть сокровенные внутреннее и внешнее тела де-АК во втором созерцании его зивуга ради того, чтобы породить ЗАТ де-Некудим. При этом внутреннее — это упомянутый новый свет, представляющий собой свет мужского начала, а внешнее — это упомянутые ГАР де-Некудим, представляющие собой женское начало. И ты уже знаешь, что соединяющиеся во втором созерцании всегда именуются МА и БОН; и получается, что новый свет, пробивший Парсу и осветивший через Есод и так далее, — это МА де-АК, а ГАР де-Некудим, получившие от него, — это БОН де-АК; и помни это. И этим разрешается то, о чем мы высказали замечание выше в «Паним Меирот» (ветвь 42, пункт 6, со слов «И тогда») по поводу того, что БОН де-АК вышел раньше нового МА. Там мы объяснили, что относительно АБЕА мира Исправления БОН де-АК везде рассматривается как корневой САГ для парцуфа МА, и потому он и здесь должен был выйти раньше нового МА, будучи корнем МА (см. там подробно).</w:t>
      </w:r>
    </w:p>
    <w:p>
      <w:pPr>
        <w:spacing w:before="40" w:after="120"/>
        <w:jc w:val="both"/>
      </w:pPr>
      <w:r>
        <w:rPr>
          <w:rFonts w:ascii="Georgia" w:hAnsi="Georgia"/>
          <w:b w:val="0"/>
          <w:i w:val="0"/>
          <w:color w:val="000000"/>
          <w:sz w:val="24"/>
        </w:rPr>
        <w:t xml:space="preserve">Однако пусть так относительно АБЕА, но все же нужно понять это применительно к самому АК. И из сказанного ты хорошо поймешь: МА де-АК — это упомянутый новый свет, осветивший через Есод пэ де-Аба ве-Има де-Некудим, и он, безусловно, предшествовал своему БОН, как сказано, ведь они представляют собой внутреннее и внешнее второго созерцания, где внутреннее заведомо предшествует внешнему, и это очевидно. А то, что написал рав Хаим Виталь, благословенной памяти, в книге «Эц Хаим» (врата ТАНТА, в конце главы 1), что это тайна стиха </w:t>
      </w:r>
      <w:r>
        <w:rPr>
          <w:rFonts w:ascii="Georgia" w:hAnsi="Georgia"/>
          <w:b w:val="0"/>
          <w:i/>
          <w:color w:val="000000"/>
          <w:sz w:val="24"/>
        </w:rPr>
        <w:t>«Женщина окружит мужчину»</w:t>
      </w:r>
      <w:r>
        <w:rPr>
          <w:rFonts w:ascii="Georgia" w:hAnsi="Georgia"/>
          <w:b w:val="0"/>
          <w:i w:val="0"/>
          <w:color w:val="000000"/>
          <w:sz w:val="24"/>
        </w:rPr>
        <w:t xml:space="preserve"> (Ирмеяу 31:22, см. там), — его намерение здесь соответствует сказанному нами в упомянутом месте в «Паним Меирот»: у него соотношение САГ к МА всех парцуфим АБЕА, что и составляет сокровенный смысл стиха </w:t>
      </w:r>
      <w:r>
        <w:rPr>
          <w:rFonts w:ascii="Georgia" w:hAnsi="Georgia"/>
          <w:b w:val="0"/>
          <w:i/>
          <w:color w:val="000000"/>
          <w:sz w:val="24"/>
        </w:rPr>
        <w:t>«Женщина окружит мужчину»</w:t>
      </w:r>
      <w:r>
        <w:rPr>
          <w:rFonts w:ascii="Georgia" w:hAnsi="Georgia"/>
          <w:b w:val="0"/>
          <w:i w:val="0"/>
          <w:color w:val="000000"/>
          <w:sz w:val="24"/>
        </w:rPr>
        <w:t>. Ведь все преимущество мужского начала, то есть МА, к которому суды не имеют никакой зацепки, состоит в том, что женское начало головы, то есть САГ, окружает его со всех сторон, как будет сказано на своем месте с Б-жьей помощью.</w:t>
      </w:r>
    </w:p>
    <w:p>
      <w:pPr>
        <w:spacing w:before="40" w:after="120"/>
        <w:jc w:val="both"/>
      </w:pPr>
      <w:r>
        <w:rPr>
          <w:rFonts w:ascii="Georgia" w:hAnsi="Georgia"/>
          <w:b w:val="0"/>
          <w:i w:val="0"/>
          <w:color w:val="000000"/>
          <w:sz w:val="24"/>
        </w:rPr>
        <w:t>Однако и там для рождения ЗАТ де-Некудим в АК произошло два зивуга: а именно первое созерцание, называемое зивугом поцелуев (зивуг де-нешикин) в пэ де-рош, где соединяющиеся именуются АБ и САГ; а также второй зивуг, являющийся вторым созерцанием, который называется зивугом сфирот Есод. Ведь после исправления МАН точка табура удлинилась наподобие буквы вав (</w:t>
      </w:r>
      <w:r>
        <w:rPr>
          <w:rFonts w:ascii="Georgia" w:hAnsi="Georgia" w:cs="Times New Roman"/>
          <w:b/>
          <w:i w:val="0"/>
          <w:color w:val="000000"/>
          <w:sz w:val="24"/>
          <w:rtl/>
          <w:szCs w:val="32"/>
        </w:rPr>
        <w:t>ו</w:t>
      </w:r>
      <w:r>
        <w:rPr>
          <w:rFonts w:ascii="Georgia" w:hAnsi="Georgia"/>
          <w:b w:val="0"/>
          <w:i w:val="0"/>
          <w:color w:val="000000"/>
          <w:sz w:val="24"/>
        </w:rPr>
        <w:t>) и достигла окончания тела, и потому называется зивугом Есодот; соединяющиеся же именуются МА и БОН. Именно так прямо сказано там Учителем: «Сначала соединились АБ и САГ де-АК и породили новый свет, и этот новый свет пробил Парсу и пришел к Есод де-АК, облаченному в пэ де-Аба ве-Има де-Некудим», — конец цитаты (см. там подробно). Это составляет рош де-БОН, облачающую НЕХИ де-АК, и тогда они породили пять нижних [сфирот] де-Некудим, как сказано там. И ты видишь, что сначала там произошел первый зивуг в рош де-АК, называемый АБ и САГ, а затем произошел второй зивуг в окончании тела де-АК, именуемом НЕХИ де-АК и ГАР де-Некудим, которые суть МА и БОН, и тогда они породили ЗАТ.</w:t>
      </w:r>
    </w:p>
    <w:p>
      <w:pPr>
        <w:spacing w:before="40" w:after="120"/>
        <w:jc w:val="both"/>
      </w:pPr>
      <w:r>
        <w:rPr>
          <w:rFonts w:ascii="Georgia" w:hAnsi="Georgia"/>
          <w:b w:val="0"/>
          <w:i w:val="0"/>
          <w:color w:val="000000"/>
          <w:sz w:val="24"/>
        </w:rPr>
        <w:t>23) И нам действительно необходимо хорошо понять внутреннюю суть упомянутого зивуга внутреннего и внешнего, называемых мужским и женским [началами], в АК для рождения ЗАТ де-Некудим, поскольку они служат корнем мужского и женского начал для всех парцуфим АБЕА, и без их постижения невозможно что-либо понять в этой мудрости. И сначала знай одно правило, действующее в келим мужского и женского начал как в целом, так и в деталях: келим женского начала всегда на одну ступень выше, чем келим мужского начала; и это берет начало из их истока в МА и БОН де-АК. Ведь уже объяснялось, что во внутреннем парцуфе де-Некудим вышли две первые ступени, называемые Гальгальта и АБ, и в обеих присутствовали [лишь] руах и нефеш: в верхней половине Гальгальты, простирающейся от хазе до табура де-АК, был свет руах, а в нижней половине Гальгальты, представляющей собой вышедшие наружу АХАП и простирающейся от табура до окончания тела, был свет нефеш; и на этом ступень Гальгальты завершилась. Во внутреннем же парцуфе, где нижний всегда исходит [из высшего] и облачается на АХАП высшего, из сокровенной сути никвей эйнаим в Гальгальте (то есть табура) выделяется вторая ступень — ступень АБ. Ее верхняя половина начинается от никвей эйнаим де-Гальгальта (то есть пи а-табур) и тянется до окончания тела де-АБ, и там пребывает свет руах де-АБ; а ее нижняя половина де-АБ — то есть ее АХАП — тянется от окончания тела вниз, к месту средних третей НЕХИ, и там облачен свет нефеш де-АБ.</w:t>
      </w:r>
    </w:p>
    <w:p>
      <w:pPr>
        <w:spacing w:before="40" w:after="120"/>
        <w:jc w:val="both"/>
      </w:pPr>
      <w:r>
        <w:rPr>
          <w:rFonts w:ascii="Georgia" w:hAnsi="Georgia"/>
          <w:b w:val="0"/>
          <w:i w:val="0"/>
          <w:color w:val="000000"/>
          <w:sz w:val="24"/>
        </w:rPr>
        <w:t>И знай, что эти АХАП де-АБ, выходящие наружу за пределы тела, называются Есод де-АК. Во внешнем же парцуфе, представляющем собой сами десять сфирот де-Некудим, вышла лишь одна ступень Гальгальты со светом руах-нефеш: в ее верхней половине (то есть от никвей эйнаим и выше), простирающейся от хазе до табура, облачен свет руах, а в ее нижней половине (то есть в АХАП, вышедших за пределы головы), простирающейся от табура до окончания тела, там облачен свет нефеш. И так как внешний парцуф не может подняться выше пэ де-рош и облачиться на АХАП высшего подобно внутреннему, как сказано выше, ступень АБ в нем не может выйти во внешнем: ведь ее место — ниже пэ де-Гальгальта, то есть ниже окончания тела де-АК, где уже иссякает даже свет нефеш де-Гальгальта (см. там). И ты находишь, что в МА де-АК вышли две ступени — Гальгальта и АБ — даже в состоянии его катнута.</w:t>
      </w:r>
    </w:p>
    <w:p>
      <w:pPr>
        <w:spacing w:before="40" w:after="120"/>
        <w:jc w:val="both"/>
      </w:pPr>
      <w:r>
        <w:rPr>
          <w:rFonts w:ascii="Georgia" w:hAnsi="Georgia"/>
          <w:b w:val="0"/>
          <w:i w:val="0"/>
          <w:color w:val="000000"/>
          <w:sz w:val="24"/>
        </w:rPr>
        <w:t>Кроме того, у него есть, во всяком случае, рош, тох и соф: ведь от хазе до табура, где находятся Кетер и Хохма де-Гальгальта (то есть от эйнаим и выше), — это суть головы (рош); от табура до окончания тела, где находятся Бина и ЗОН де-Гальгальта (то есть АХАП), на которые облачаются Кетер и Хохма де-АБ, — это суть внутренней части (тох); а нижняя половина АБ (то есть АХАП де-АБ, вышедшие наружу за пределы тела) — это соф и это Есод. И получается, что верхняя половина АБ — то есть от никвей эйнаим и выше, представляющие собой Кетер и Хохму де-АБ, — относится к голове, поскольку они облачаются на АХАП де-Гальгальта. Тогда как ее нижняя половина, называемая Есод и являющаяся Биной и ЗОН, находится ниже всей совокупности головы парцуфа БОН. И ты уже знаешь, что из-за этого выхода нижней половины наружу за пределы ступени ущерб нанесен и ее верхней половине: ведь даже в Кетере и Хохме де-АБ присутствует лишь свет руах де-АБ и недостает ГАР; то же самое относится и к Гальгальте.</w:t>
      </w:r>
    </w:p>
    <w:p>
      <w:pPr>
        <w:spacing w:before="40" w:after="120"/>
        <w:jc w:val="both"/>
      </w:pPr>
      <w:r>
        <w:rPr>
          <w:rFonts w:ascii="Georgia" w:hAnsi="Georgia"/>
          <w:b w:val="0"/>
          <w:i w:val="0"/>
          <w:color w:val="000000"/>
          <w:sz w:val="24"/>
        </w:rPr>
        <w:t>Таким образом, все преимущество верхней половины АБ над ее нижней половиной заключается лишь в месте: ведь верхняя половина находится во дворце Гальгальты (то есть, во всяком случае, в АХАП де-Гальгальта), тогда как нижняя половина АБ уже находится вне всех десяти сфирот де-Гальгальта, и в ней нет ничего от света головы. Подобным же образом пойми и в отношении внутреннего и внешнего, называемых АБ и САГ де-АК, которые соединяются в пэ де-АК: в рош де-АБ, являющемся внутренним, присутствуют две ступени — Гальгальта и АБ, однако нижняя половина ступени АБ внутреннего вышла наружу за пределы головы, представляя собой горло. По своему значению оно в точности подобно Есоду, выходящему наружу за пределы окончания тела, и между ними нет никакой разницы, кроме той, что горло выходит наружу за пределы рош де-АБ этого парцуфа, а Есод выходит наружу за пределы рош де-МА этого парцуфа, место которого во всем парцуфе в целом — от точки хазе до окончания тела; и оказывается Есод вне окончания тела всего парцуфа в целом; и запомни это хорошенько. Во внешнем же парцуфе, называемом САГ, там также есть лишь одна ступень — ступень его Гальгальты со светом руах-нефеш, где руах — от никвей эйнаим и выше, а нефеш — в АХАП де-Гальгальта; а от пэ и ниже (то есть в горле) света нет вовсе, ведь даже свет нефеш полностью заканчивается в пэ. Все это в точности так же, как во внутреннем и внешнем тела.</w:t>
      </w:r>
    </w:p>
    <w:p>
      <w:pPr>
        <w:spacing w:before="40" w:after="120"/>
        <w:jc w:val="both"/>
      </w:pPr>
      <w:r>
        <w:rPr>
          <w:rFonts w:ascii="Georgia" w:hAnsi="Georgia"/>
          <w:b w:val="0"/>
          <w:i w:val="0"/>
          <w:color w:val="000000"/>
          <w:sz w:val="24"/>
        </w:rPr>
        <w:t>24) И в этом сокровенный смысл зивуга поцелуев (зивуг де-нешикин): при соединении пэ де-АБ и де-САГ оказывается, что добавляется кли де-рош для облачения света нефеш де-АБ, пребывающего в горле. Ведь пока этот свет находился в горле внутреннего, то есть вне его головы, ступень АБ внутреннего оставалась разделенной на две половины, из-за чего даже ее верхней половине недоставало ГАР, как сказано выше. Теперь же, когда нижняя половина АБ внутреннего также притянулась и поднялась из горла и легких в пэ внешнего парцуфа, где находится место АХАП де-Гальгальта и уровень головы, считается, что АХАП де-АБ поднялись на уровень головы подобно его Кетер и Хохме. И теперь обе половины находятся во дворце Гальгальты на равных правах, но при совместном участии келим двух парцуфим: его верхняя половина находится во дворце его собственной Гальгальты, а его нижняя половина — во дворце ее Гальгальты; и пойми [это]. И так как АХАП де-АБ вновь соединились в одну ступень со своими Гальгальтой ве-эйнаим, непрекращающийся высший свет нисходит для зивуга на Малхут внутреннего де-АБ, находящуюся на уровне головы внешнего, и выходят полные десять сфирот вплоть до уровня ехида. И было объяснено, как две половины ступени АБ внутреннего парцуфа соединились и восполнились светами НАРАНХАЙ благодаря подъему света Бины и ЗОН де-АБ (находившихся вне его головы) в пэ де-рош женского начала; благодаря этому две половины АБ соединились воедино, и на них произошел зивуг в полный уровень НАРАНХАЙ. И это действительно называется мужскими водами (маин духрин, МАД), представляющими собой изобилие для восполнения половин самого внутреннего парцуфа.</w:t>
      </w:r>
    </w:p>
    <w:p>
      <w:pPr>
        <w:spacing w:before="40" w:after="120"/>
        <w:jc w:val="both"/>
      </w:pPr>
      <w:r>
        <w:rPr>
          <w:rFonts w:ascii="Georgia" w:hAnsi="Georgia"/>
          <w:b w:val="0"/>
          <w:i w:val="0"/>
          <w:color w:val="000000"/>
          <w:sz w:val="24"/>
        </w:rPr>
        <w:t>Однако вместе с тем, так как оба рта соединились подобно единому кли, из-за чего высший свет вышел на зивуг на Малхут внутреннего, облаченную в ее пэ, в это время притянулась также нижняя хэй (Малхут внешнего), стоявшая в ее никвей эйнаим, и опустилась на место ее пэ, куда теперь облачилась Малхут внутреннего. И тогда обе Малхут соединились вместе, и зивуг высшего света произошел от них обеих; и потому считается, что и ее АХАП вернулись на уровень головы и Гальгальты. И получается, что подобно тому как выходят десять сфирот в уровне НАРАНХАЙ для внутреннего парцуфа, точно так же выходят вместе с ними десять сфирот в уровне НАРАНХАЙ для внешнего парцуфа, и они именуются МАН (женские воды). Они выходят вместе потому, что келим объединены у них обоих воедино благодаря соединению пэ, как сказано выше; и поэтому это называется зивугом поцелуев (зивуг де-нешикин).</w:t>
      </w:r>
    </w:p>
    <w:p>
      <w:pPr>
        <w:spacing w:before="40" w:after="120"/>
        <w:jc w:val="both"/>
      </w:pPr>
      <w:r>
        <w:rPr>
          <w:rFonts w:ascii="Georgia" w:hAnsi="Georgia"/>
          <w:b w:val="0"/>
          <w:i w:val="0"/>
          <w:color w:val="000000"/>
          <w:sz w:val="24"/>
        </w:rPr>
        <w:t>Однако есть различие между десятью сфирот его и десятью сфирот ее: десять сфирот его выходят от ступени АБ, поскольку лишь АХАП де-АБ внутреннего облачились в ее пэ; тогда как десять сфирот ее выходят от ступени Гальгальта, ведь нижняя хэй из никвей эйнаим ее Гальгальты опускается в ее пэ, и потому от этого экрана выходят десять сфирот ступени Гальгальта. И это еще будет разъяснено на своем месте с Б-жьей помощью. И из этого ты поймешь, почему этот зивуг повсюду называется у Учителя духовным зивугом, а в Зоаре — слиянием духа с духом (</w:t>
      </w:r>
      <w:r>
        <w:rPr>
          <w:rFonts w:ascii="Georgia" w:hAnsi="Georgia"/>
          <w:b w:val="0"/>
          <w:i/>
          <w:color w:val="000000"/>
          <w:sz w:val="24"/>
        </w:rPr>
        <w:t>итдавкута де-руха бе-руха</w:t>
      </w:r>
      <w:r>
        <w:rPr>
          <w:rFonts w:ascii="Georgia" w:hAnsi="Georgia"/>
          <w:b w:val="0"/>
          <w:i w:val="0"/>
          <w:color w:val="000000"/>
          <w:sz w:val="24"/>
        </w:rPr>
        <w:t>). Ведь ты видишь относительно прихода внешних АХАП мужского начала в пэ де-рош женского начала, что сами тела этих келим (то есть горло и легкие) не поднялись и не вошли в ее рот, но вошел лишь свет, находящийся в них, как сказано выше. И этот свет называется духом (руах), поскольку лишь совершенные по ступеням ГАР называют свои НАРАНХАЙ «пятью светами». Иное дело при исправлении МАН, когда точка — тайна буквы йод (</w:t>
      </w:r>
      <w:r>
        <w:rPr>
          <w:rFonts w:ascii="Georgia" w:hAnsi="Georgia" w:cs="Times New Roman"/>
          <w:b/>
          <w:i w:val="0"/>
          <w:color w:val="000000"/>
          <w:sz w:val="24"/>
          <w:rtl/>
          <w:szCs w:val="32"/>
        </w:rPr>
        <w:t>י</w:t>
      </w:r>
      <w:r>
        <w:rPr>
          <w:rFonts w:ascii="Georgia" w:hAnsi="Georgia"/>
          <w:b w:val="0"/>
          <w:i w:val="0"/>
          <w:color w:val="000000"/>
          <w:sz w:val="24"/>
        </w:rPr>
        <w:t>) — поднялась из пэ в никвей эйнаим, где прежде находился свет ГАР; и теперь из-за подъема МАН этой упомянутой точки ушли ГАР и остался лишь уровень руах — тайна того, как точка (тайна буквы йод) соединилась со словом «свет» (</w:t>
      </w:r>
      <w:r>
        <w:rPr>
          <w:rFonts w:ascii="Georgia" w:hAnsi="Georgia"/>
          <w:b w:val="0"/>
          <w:i/>
          <w:color w:val="000000"/>
          <w:sz w:val="24"/>
        </w:rPr>
        <w:t>ор</w:t>
      </w:r>
      <w:r>
        <w:rPr>
          <w:rFonts w:ascii="Georgia" w:hAnsi="Georgia"/>
          <w:b w:val="0"/>
          <w:i w:val="0"/>
          <w:color w:val="000000"/>
          <w:sz w:val="24"/>
        </w:rPr>
        <w:t xml:space="preserve">, </w:t>
      </w:r>
      <w:r>
        <w:rPr>
          <w:rFonts w:ascii="Georgia" w:hAnsi="Georgia" w:cs="Times New Roman"/>
          <w:b/>
          <w:i w:val="0"/>
          <w:color w:val="000000"/>
          <w:sz w:val="24"/>
          <w:rtl/>
          <w:szCs w:val="32"/>
        </w:rPr>
        <w:t>אוֹר</w:t>
      </w:r>
      <w:r>
        <w:rPr>
          <w:rFonts w:ascii="Georgia" w:hAnsi="Georgia"/>
          <w:b w:val="0"/>
          <w:i w:val="0"/>
          <w:color w:val="000000"/>
          <w:sz w:val="24"/>
        </w:rPr>
        <w:t>) и образовалось слово «воздух» (</w:t>
      </w:r>
      <w:r>
        <w:rPr>
          <w:rFonts w:ascii="Georgia" w:hAnsi="Georgia"/>
          <w:b w:val="0"/>
          <w:i/>
          <w:color w:val="000000"/>
          <w:sz w:val="24"/>
        </w:rPr>
        <w:t>авир</w:t>
      </w:r>
      <w:r>
        <w:rPr>
          <w:rFonts w:ascii="Georgia" w:hAnsi="Georgia"/>
          <w:b w:val="0"/>
          <w:i w:val="0"/>
          <w:color w:val="000000"/>
          <w:sz w:val="24"/>
        </w:rPr>
        <w:t xml:space="preserve">, </w:t>
      </w:r>
      <w:r>
        <w:rPr>
          <w:rFonts w:ascii="Georgia" w:hAnsi="Georgia" w:cs="Times New Roman"/>
          <w:b/>
          <w:i w:val="0"/>
          <w:color w:val="000000"/>
          <w:sz w:val="24"/>
          <w:rtl/>
          <w:szCs w:val="32"/>
        </w:rPr>
        <w:t>אֲוִיר</w:t>
      </w:r>
      <w:r>
        <w:rPr>
          <w:rFonts w:ascii="Georgia" w:hAnsi="Georgia"/>
          <w:b w:val="0"/>
          <w:i w:val="0"/>
          <w:color w:val="000000"/>
          <w:sz w:val="24"/>
        </w:rPr>
        <w:t>), то есть лишь уровень руах, как сказано выше в пункте 18 (см. там). И потому света мужского и женского начал до их соударения называются духом (руах). А поскольку со стороны мужского начала в ее рот не вошло никакого свойства келим, но лишь дух, как сказано выше, этот зивуг и называется духовным зивугом — то есть зивугом духа без келим, слиянием его духа с ее духом; тогда как в зивуге сфирот Есод в зивуг входят также и келим, как будет сказано ниже.</w:t>
      </w:r>
    </w:p>
    <w:p>
      <w:pPr>
        <w:spacing w:before="40" w:after="120"/>
        <w:jc w:val="both"/>
      </w:pPr>
      <w:r>
        <w:rPr>
          <w:rFonts w:ascii="Georgia" w:hAnsi="Georgia"/>
          <w:b w:val="0"/>
          <w:i w:val="0"/>
          <w:color w:val="000000"/>
          <w:sz w:val="24"/>
        </w:rPr>
        <w:t>И пойми также, что со стороны мужского начала здесь нет никакого даяния или нового действия, кроме того, что он опускает масах из никвей эйнаим женского начала в пэ, на его исправленное место: ведь тогда высший свет нисходит на масах и порождает уровень полных светов НАРАНХАЙ. И ты находишь, что высший свет исходит от Бесконечного (Эйн Соф), благословен Он, а масах, совершающий с ним зивуг, — это ее собственный масах, опустившийся из ее никвей эйнаим в ее пэ. И вся сила и воздействие мужского начала состоят лишь в том, чтобы опустить масах на исправленное место для привлечения полных светов НАРАНХАЙ. И из этого пойми, что до исправления МАН не было необходимости в том, чтобы в зивуг высшего света на масах вступали два парцуфа — мужской и женский.</w:t>
      </w:r>
    </w:p>
    <w:p>
      <w:pPr>
        <w:spacing w:before="40" w:after="120"/>
        <w:jc w:val="both"/>
      </w:pPr>
      <w:r>
        <w:rPr>
          <w:rFonts w:ascii="Georgia" w:hAnsi="Georgia"/>
          <w:b w:val="0"/>
          <w:i w:val="0"/>
          <w:color w:val="000000"/>
          <w:sz w:val="24"/>
        </w:rPr>
        <w:t>Причина в том, что в экранах де-АК, хотя в них и происходило изменение действия (пять изменений при очищении экрана), тем не менее каждая ступень экрана оставалась на своем месте: масах четвертой стадии (бхина далет) находился в Малхут, масах третьей стадии (бхина гимель) — на месте ЗА, а масах второй стадии (бхина бэт) — на месте Бины. И так как высший свет от Бесконечного, благословен Он, не прекращается для нижних ни на миг, зивуг происходил сам собой на масах на всех ступенях его очищения. Иное дело при исправлении МАН и подъеме масаха четвертой стадии в никвей эйнаим, когда появилось изменение места в дополнение к изменению действия при очищении экрана; а это изменение места исправляется не иначе как с помощью взаимного соединения двух парцуфим, как сказано выше. И потому от исправления МАН и далее в мирах АБЕА никакая новая сущность не может раскрыться иначе как через зивуг двух парцуфим — мужского и женского; и пойми это хорошенько.</w:t>
      </w:r>
    </w:p>
    <w:p>
      <w:pPr>
        <w:spacing w:before="40" w:after="120"/>
        <w:jc w:val="both"/>
      </w:pPr>
      <w:r>
        <w:rPr>
          <w:rFonts w:ascii="Georgia" w:hAnsi="Georgia"/>
          <w:b w:val="0"/>
          <w:i w:val="0"/>
          <w:color w:val="000000"/>
          <w:sz w:val="24"/>
        </w:rPr>
        <w:t>Однако этого духовного зивуга мужского и женского начал в голове, называемых АБ и САГ, недостаточно для того, чтобы выделить из себя нижний по отношению к ним парцуф, поскольку он относится к первому созерцанию, в котором нет соударения келим, но лишь соударение светов — тайна слияния духа с духом (</w:t>
      </w:r>
      <w:r>
        <w:rPr>
          <w:rFonts w:ascii="Georgia" w:hAnsi="Georgia"/>
          <w:b w:val="0"/>
          <w:i/>
          <w:color w:val="000000"/>
          <w:sz w:val="24"/>
        </w:rPr>
        <w:t>итдавкута де-руха бе-руха</w:t>
      </w:r>
      <w:r>
        <w:rPr>
          <w:rFonts w:ascii="Georgia" w:hAnsi="Georgia"/>
          <w:b w:val="0"/>
          <w:i w:val="0"/>
          <w:color w:val="000000"/>
          <w:sz w:val="24"/>
        </w:rPr>
        <w:t>). И потому они все еще нуждаются в зивуге сфирот Есод, являющемся вторым созерцанием. И эти соединяющиеся [начала] — также внутреннее и внешнее, но уже внутреннее и внешнее тела, где внутреннее — это мужское начало, именуемое здесь МА, а внешнее тела — это женское начало, именуемое БОН. Однако МА и БОН пробуждаются к соединению лишь после предварительного зивуга внутреннего и внешнего головы, называемых АБ и САГ, или духовного зивуга, или зивуга поцелуев. Ведь после того как АБ соединился с САГ в тайне слияния духа с духом, в них возникает сокровенный смысл четырех духов слова «любовь» (</w:t>
      </w:r>
      <w:r>
        <w:rPr>
          <w:rFonts w:ascii="Georgia" w:hAnsi="Georgia"/>
          <w:b w:val="0"/>
          <w:i/>
          <w:color w:val="000000"/>
          <w:sz w:val="24"/>
        </w:rPr>
        <w:t>ахава</w:t>
      </w:r>
      <w:r>
        <w:rPr>
          <w:rFonts w:ascii="Georgia" w:hAnsi="Georgia"/>
          <w:b w:val="0"/>
          <w:i w:val="0"/>
          <w:color w:val="000000"/>
          <w:sz w:val="24"/>
        </w:rPr>
        <w:t xml:space="preserve">, </w:t>
      </w:r>
      <w:r>
        <w:rPr>
          <w:rFonts w:ascii="Georgia" w:hAnsi="Georgia" w:cs="Times New Roman"/>
          <w:b/>
          <w:i w:val="0"/>
          <w:color w:val="000000"/>
          <w:sz w:val="24"/>
          <w:rtl/>
          <w:szCs w:val="32"/>
        </w:rPr>
        <w:t>אַהֲבָה</w:t>
      </w:r>
      <w:r>
        <w:rPr>
          <w:rFonts w:ascii="Georgia" w:hAnsi="Georgia"/>
          <w:b w:val="0"/>
          <w:i w:val="0"/>
          <w:color w:val="000000"/>
          <w:sz w:val="24"/>
        </w:rPr>
        <w:t>), как сказано в «Эц Хаим» (врата МАН и МАД, часть 4), где духи удваиваются друг от друга. И есть два духа мужского и женского начал во рту мужского начала в тайне букв алеф-хэй (</w:t>
      </w:r>
      <w:r>
        <w:rPr>
          <w:rFonts w:ascii="Georgia" w:hAnsi="Georgia" w:cs="Times New Roman"/>
          <w:b/>
          <w:i w:val="0"/>
          <w:color w:val="000000"/>
          <w:sz w:val="24"/>
          <w:rtl/>
          <w:szCs w:val="32"/>
        </w:rPr>
        <w:t>א״ה</w:t>
      </w:r>
      <w:r>
        <w:rPr>
          <w:rFonts w:ascii="Georgia" w:hAnsi="Georgia"/>
          <w:b w:val="0"/>
          <w:i w:val="0"/>
          <w:color w:val="000000"/>
          <w:sz w:val="24"/>
        </w:rPr>
        <w:t>) слова «любовь», и есть два духа мужского и женского начал во рту женского начала, являющиеся тайной букв бэт-хэй (</w:t>
      </w:r>
      <w:r>
        <w:rPr>
          <w:rFonts w:ascii="Georgia" w:hAnsi="Georgia" w:cs="Times New Roman"/>
          <w:b/>
          <w:i w:val="0"/>
          <w:color w:val="000000"/>
          <w:sz w:val="24"/>
          <w:rtl/>
          <w:szCs w:val="32"/>
        </w:rPr>
        <w:t>ב״ה</w:t>
      </w:r>
      <w:r>
        <w:rPr>
          <w:rFonts w:ascii="Georgia" w:hAnsi="Georgia"/>
          <w:b w:val="0"/>
          <w:i w:val="0"/>
          <w:color w:val="000000"/>
          <w:sz w:val="24"/>
        </w:rPr>
        <w:t>) слова «любовь» (см. там). Разъяснение же этого — как сказано выше: дух АХАП де-АБ мужского начала, поднявшийся из его горла и легких в ее пэ, вернулся там на уровень головы благодаря его Гальгальте ве-эйнаим, так что тем самым соединились все десять сфирот де-АБ в одном месте, и благодаря этому к нему притянулись пять полных светов НАРАНХАЙ. И одновременно с восполнением десяти сфирот де-АБ мужского начала при содействии ее пэ оказывается, что он опускает масах и из ее никвей эйнаим в пэ, и АХАП ее Гальгальты также возвращаются на ступень Гальгальты. А так как обе ее половины соединились, к ней также притянулись пять светов НАРАНХАЙ де-Гальгальта. И между этими двумя видами НАРАНХАЙ — его и ее — есть большая разница: ведь его НАРАНХАЙ — это ступень НАРАНХАЙ де-АБ, тогда как ее НАРАНХАЙ — это ступень НАРАНХАЙ де-Гальгальта.</w:t>
      </w:r>
    </w:p>
    <w:p>
      <w:pPr>
        <w:spacing w:before="40" w:after="120"/>
        <w:jc w:val="both"/>
      </w:pPr>
      <w:r>
        <w:rPr>
          <w:rFonts w:ascii="Georgia" w:hAnsi="Georgia"/>
          <w:b w:val="0"/>
          <w:i w:val="0"/>
          <w:color w:val="000000"/>
          <w:sz w:val="24"/>
        </w:rPr>
        <w:t>Однако известно, что после того как десять сфирот выходят снизу вверх в первом созерцании, они затем распространяются сверху вниз в тело во втором созерцании — до табура или до окончания тела. И при этом распространении сверху вниз его дух и ее дух смешиваются друг с другом. Ведь экраны и Малхут мужского и женского начал уже соединились и перемешались друг с другом, и высший свет от Бесконечного нисходит на них обоих вместе. Но в тайне НАРАНХАЙ головы, где масах находится ниже десяти сфирот, света не смешиваются из-за экранов. Однако в распространении, исходящем от этих экранов сверху вниз для второго созерцания к окончанию тела, света также смешиваются друг с другом по причине своего источника, коим являются экраны. И потому в тело мужского начала от рта и ниже притягиваются два света вместе — его и ее, и они называются алеф-хэй слова «любовь». Также и в тело женского начала от рта и ниже притягиваются два света — его и ее, называемые бэт-хэй слова «любовь».</w:t>
      </w:r>
    </w:p>
    <w:p>
      <w:pPr>
        <w:spacing w:before="40" w:after="120"/>
        <w:jc w:val="both"/>
      </w:pPr>
      <w:r>
        <w:rPr>
          <w:rFonts w:ascii="Georgia" w:hAnsi="Georgia"/>
          <w:b w:val="0"/>
          <w:i w:val="0"/>
          <w:color w:val="000000"/>
          <w:sz w:val="24"/>
        </w:rPr>
        <w:t>25) Уже объяснялась тайна экрана второго созерцания, который представляет собой Малхут самого экрана первого созерцания: ведь сам экран первого созерцания, то есть Малхут де-рош, распространяется сам по себе вплоть до Малхут де-Малхут, именуемой табуром или окончанием тела. И они обязательно принадлежат к одной и той же ступени — либо оба к Гальгальте, либо оба к АБ и так далее, ведь от первого созерцания Гальгальты распространяется также и второе созерцание Гальгальты, и совершенно невозможно, чтобы от него распространилось второе созерцание ступени АБ или иной ступени, что само собой разумеется. И согласно этому понятно также, что дух второго созерцания из рта женского начала, смешанный с духом второго созерцания из рта упомянутого мужского начала, никоим образом не может совершить зивуг на экран второго созерцания мужского начала, представляющий собой экран третьей стадии (бхина гимель) и АБ. Ведь смешанный там дух женского начала — это дух для второго созерцания Гальгальты, которому требуется экран четвертой стадии (бхина далет), а этот экран находится в никвей эйнаим де-БОН, то есть в пи а-табур всего парцуфа в целом. И точно так же дух мужского начала, распространяющийся для второго созерцания к экрану третьей стадии (суть АБ) и смешанный с духом женского начала, распространяющимся к ее второму созерцанию, не может совершить зивуг на экран ее второго созерцания, который относится к четвертой стадии. Ему необходим экран третьей стадии, а этот экран находится в окончании тела мужского начала, являясь никвей эйнаим де-АБ де-МА: ведь никвей эйнаим де-Гальгальта де-МА находится в табуре всего парцуфа в целом, а никвей эйнаим де-АБ де-МА — в окончании тела (см. там подробно).</w:t>
      </w:r>
    </w:p>
    <w:p>
      <w:pPr>
        <w:spacing w:before="40" w:after="120"/>
        <w:jc w:val="both"/>
      </w:pPr>
      <w:r>
        <w:rPr>
          <w:rFonts w:ascii="Georgia" w:hAnsi="Georgia"/>
          <w:b w:val="0"/>
          <w:i w:val="0"/>
          <w:color w:val="000000"/>
          <w:sz w:val="24"/>
        </w:rPr>
        <w:t>Поэтому после того как мужское и женское начала головы соединились в тайне первого созерцания, и завершились, и вышли света НАРАНХАЙ их головы снизу вверх, откуда они распространились для второго созерцания в тайне слияния его духа с ее духом, — из-за чего мужскому началу необходим экран нижней хэй в ее никвей эйнаим, истоком которого является табур всего парцуфа в целом, а она также нуждается в экране третьей стадии, представляющем собой букву вав (</w:t>
      </w:r>
      <w:r>
        <w:rPr>
          <w:rFonts w:ascii="Georgia" w:hAnsi="Georgia" w:cs="Times New Roman"/>
          <w:b/>
          <w:i w:val="0"/>
          <w:color w:val="000000"/>
          <w:sz w:val="24"/>
          <w:rtl/>
          <w:szCs w:val="32"/>
        </w:rPr>
        <w:t>ו</w:t>
      </w:r>
      <w:r>
        <w:rPr>
          <w:rFonts w:ascii="Georgia" w:hAnsi="Georgia"/>
          <w:b w:val="0"/>
          <w:i w:val="0"/>
          <w:color w:val="000000"/>
          <w:sz w:val="24"/>
        </w:rPr>
        <w:t>) в окончании его тела, — именно по этой причине в зивуг мужского и женского начал тела привлекаются и входят также келим, чтобы завершить второе созерцание удвоенных духов слова «любовь» (</w:t>
      </w:r>
      <w:r>
        <w:rPr>
          <w:rFonts w:ascii="Georgia" w:hAnsi="Georgia" w:cs="Times New Roman"/>
          <w:b/>
          <w:i w:val="0"/>
          <w:color w:val="000000"/>
          <w:sz w:val="24"/>
          <w:rtl/>
          <w:szCs w:val="32"/>
        </w:rPr>
        <w:t>אַהֲבָה</w:t>
      </w:r>
      <w:r>
        <w:rPr>
          <w:rFonts w:ascii="Georgia" w:hAnsi="Georgia"/>
          <w:b w:val="0"/>
          <w:i w:val="0"/>
          <w:color w:val="000000"/>
          <w:sz w:val="24"/>
        </w:rPr>
        <w:t>). И этот зивуг данных МА и БОН совершенно подобен соединяющимся [началам] головы парцуфа, именуемым АБ и САГ. А именно: АХАП де-АБ де-МА также вошли в АХАП де-Гальгальта де-БОН, так что благодаря приходу АХАП де-АБ во дворец Гальгальты обе половины ступени АБ де-МА соединяются в единую ступень головы, но только при содействии второго парцуфа. Ведь Кетер и Хохма де-АБ находятся в АХАП де-Гальгальта самого МА, а его Бина и ЗОН де-АБ находятся в АХАП де-Гальгальта парцуфа... во дворце Гальгальты соединяются обе половины ступени АБ де-МА в единую ступень головы, но только при содействии второго парцуфа. Ведь Кетер и Хохма де-АБ находятся в АХАП де-Гальгальта самого МА, а его Бина и ЗОН де-АБ находятся в АХАП де-Гальгальта парцуфа БОН.</w:t>
      </w:r>
    </w:p>
    <w:p>
      <w:pPr>
        <w:spacing w:before="40" w:after="120"/>
        <w:jc w:val="both"/>
      </w:pPr>
      <w:r>
        <w:rPr>
          <w:rFonts w:ascii="Georgia" w:hAnsi="Georgia"/>
          <w:b w:val="0"/>
          <w:i w:val="0"/>
          <w:color w:val="000000"/>
          <w:sz w:val="24"/>
        </w:rPr>
        <w:t>Однако, поскольку обе половины АБ де-МА находятся, во всяком случае, на одной ступени — то есть в АХАП де-Гальгальта, — они тем самым соединились [так же], как до разделения, и выходят полные десять сфирот со светами НАРАНХАЙ в рош де-МА. Тогда притягивается также нижняя хэй, стоявшая в никвей эйнаим де-БОН, и опускается на свое место в пэ де-БОН, благодаря чему обе половины ступени Гальгальта де-БОН соединяются воедино, и потому полные десять сфирот в уровне НАРАНХАЙ выходят также и в рош де-БОН. И это происходит в точности в том же порядке, какой был объяснен для мужского и женского начал головы; все же отличие, имеющееся в мужском и женском началах тела, состоит лишь в том, что и сами тела келим АХАП де-АБ мужского начала вошли своей сутью в АХАП де-Гальгальта. И потому этот зивуг называется телесным зивугом, поскольку сами тела келим вступают в зивуг, как сказано. В силу этого от данного зивуга выделяется законченное порождение в светах и келим, чего не могло бы произойти от духовного зивуга головы, так как там есть лишь зивуг духов без келим: ведь соединились между собой только сами Малхут, представляющие собой лишь их рты (пийот), а не сами келим АХАП; и пойми это хорошенько.</w:t>
      </w:r>
    </w:p>
    <w:p>
      <w:pPr>
        <w:spacing w:before="40" w:after="120"/>
        <w:jc w:val="both"/>
      </w:pPr>
      <w:r>
        <w:rPr>
          <w:rFonts w:ascii="Georgia" w:hAnsi="Georgia"/>
          <w:b w:val="0"/>
          <w:i w:val="0"/>
          <w:color w:val="000000"/>
          <w:sz w:val="24"/>
        </w:rPr>
        <w:t>26) На основе разъясненного о двух зивугах — духовном и телесном — ты сможешь хорошо понять слова Учителя выше, в ветви 15, о тайне зивуга АБ-САГ де-АК, являющегося духовным зивугом, и о тайне зивуга нового света, который светил через Есод для Аба ве-Има де-Некудим, породивших ЗАТ де-Некудим, что представляет собой зивуг МА и БОН, то есть телесный зивуг. И благодаря сказанному ты в совершенстве поймешь все тамошнее дальнейшее изложение. Однако там [ступени] все еще оставались без исправления, и поэтому рожденный БОН опустился в БЕА в тайне смерти семи мелахим де-Некудим, и мир пребывал в разрушении и запустении, пока Источник не выделил из Себя новый МА, вышедший из мэцах де-АК, как написано здесь в словах Учителя в ветви 40, обратись туда. И знай, что этот новый МА также вышел как внутреннее и внешнее, представляющие собой мужское и женское начало, подобно тому как мы объясняли выше относительно общего БОН. И они-то и названы в Торе Адар и Меэйтавэль (Берешит 36:39), где Адар — это мужское начало и внутреннее, называемое МА, а Меэйтавэль — внешнее и женское начало, называемое БОН. И эти МА и БОН вовсе не входят в число пяти парцуфим АК, чьи [парцуфим] Гальгальта, АБ, САГ, МА, БОН уже завершаются в десяти сфирот мира Некудим. А новый МА, вышедший из мэцах и называемый Адар и Меэйтавэль, представляет собой совершенно обновленные келим, во многом отличающиеся от [парцуфим] Гальгальта, АБ, САГ, МА, БОН де-АК, как с Б-жьей помощью будет изложено далее. И именно они называются четырьмя мирами АБЕА, или миром Исправления.</w:t>
      </w:r>
    </w:p>
    <w:p>
      <w:pPr>
        <w:spacing w:before="40" w:after="120"/>
        <w:jc w:val="both"/>
      </w:pPr>
      <w:r>
        <w:rPr>
          <w:rFonts w:ascii="Georgia" w:hAnsi="Georgia"/>
          <w:b w:val="0"/>
          <w:i w:val="0"/>
          <w:color w:val="000000"/>
          <w:sz w:val="24"/>
        </w:rPr>
        <w:t xml:space="preserve">27) </w:t>
      </w:r>
      <w:r>
        <w:rPr>
          <w:rFonts w:ascii="Georgia" w:hAnsi="Georgia"/>
          <w:b/>
          <w:i w:val="0"/>
          <w:color w:val="000000"/>
          <w:sz w:val="24"/>
        </w:rPr>
        <w:t>Обновление келим нового МА.</w:t>
      </w:r>
    </w:p>
    <w:p>
      <w:pPr>
        <w:spacing w:before="40" w:after="120"/>
        <w:jc w:val="both"/>
      </w:pPr>
      <w:r>
        <w:rPr>
          <w:rFonts w:ascii="Georgia" w:hAnsi="Georgia"/>
          <w:b w:val="0"/>
          <w:i w:val="0"/>
          <w:color w:val="000000"/>
          <w:sz w:val="24"/>
        </w:rPr>
        <w:t>В «Паним Меирот», ветвь 42, уже было объяснено, в чем тайна нового МА, вышедшего из мэцах: это подъем МАН в Бину де-Кетер, см. там. По этой причине сам Кетер разделился на рош и гуф: зивуг высшего света на МАН произошел в Бине де-Кетер, и десять сфирот де-рош вышли от Бины и выше. Вследствие этого ЗОН де-Кетер отделились и вышли за пределы головы, то есть перешли в категорию тох и соф, называемую телом (гуф) и ЗАТ де-Кетер. Таким образом, сама сфира Кетер распространилась на рош, тох, соф вплоть до окончания Ацилута и вершины мира Брия; и это называется парцуфом Атик де-Ацилут. Подобным же образом вышли и остальные сфирот. И здесь необходимо различать, что в силу этого ступень разделилась на пять частей. Иными словами, та ступень, которая в общем БОН разделилась на две части из-за подъема МАН в никвей эйнаим (то есть Кетер и Хохма остались в рош, а АХАП вышли в гуф), теперь разделилась на пять частей сообразно пяти содержащимся в ней сфирот: КАХАБ и ЗОН, где в каждой без исключения сфире есть рош и гуф. И это происходит из-за подъема МАН в Бину де-Кетер, именуемую мэцах; отсюда следует, что сам мэцах распространился на рош и гуф: КАХАБ де-мэцах остались в рош, а ЗОН де-мэцах распространились в тох и соф до самого окончания Ацилута. Подобным же образом сфира Хохма, именуемая эйнаим, сама распространилась в цельный парцуф, имеющий рош и гуф, до самого окончания Ацилута; точно так же сфира Бина, именуемая озэн, и сфира ЗОН, именуемые хотэм и пэ.</w:t>
      </w:r>
    </w:p>
    <w:p>
      <w:pPr>
        <w:spacing w:before="40" w:after="120"/>
        <w:jc w:val="both"/>
      </w:pPr>
      <w:r>
        <w:rPr>
          <w:rFonts w:ascii="Georgia" w:hAnsi="Georgia"/>
          <w:b w:val="0"/>
          <w:i w:val="0"/>
          <w:color w:val="000000"/>
          <w:sz w:val="24"/>
        </w:rPr>
        <w:t>Таким образом, тот самый рош де-БОН, который изначально делился лишь на две части — Гальгальта и эйнаим в рош, а АХАП в гуф, — теперь со стороны нового МА оказывается разделенной на пять полных парцуфим, в каждом из которых есть два деления — рош и гуф, как сказано. Причина же в том, что, поскольку ЗОН самого Кетера вышли в категорию гуф до самого окончания Ацилута, получается, что Хохма должна выйти ниже Малхут этого Кетера, ведь место Хохмы, как известно, всегда ниже сфиры Кетер. А если так, то Хохма должна была бы оказаться ниже основания Ацилута, ведь именно там завершилась Малхут де-Кетер, как сказано выше. Подобным же образом Бина должна была бы оказаться ниже окончания Хохмы, и тогда они были бы чрезвычайно удалены друг от друга и к тому же остались бы в БЕА.</w:t>
      </w:r>
    </w:p>
    <w:p>
      <w:pPr>
        <w:spacing w:before="40" w:after="120"/>
        <w:jc w:val="both"/>
      </w:pPr>
      <w:r>
        <w:rPr>
          <w:rFonts w:ascii="Georgia" w:hAnsi="Georgia"/>
          <w:b w:val="0"/>
          <w:i w:val="0"/>
          <w:color w:val="000000"/>
          <w:sz w:val="24"/>
        </w:rPr>
        <w:t>Однако в силу пяти парцуфим АК — Гальгальта, АБ, САГ, МА, БОН, где каждый становится порождением предыдущего и выходит через пэ де-рош высшего, как написано выше в ветви 9 в «Паним Меирот», см. там, — под их воздействием и здесь протянулось это исправление. И потому упомянутые пять сфирот головы не разделились [по высоте] окончательно: каждая облачает следующую от пэ де-рош и ниже по подобию [парцуфим] Гальгальта, АБ, САГ, МА, БОН де-АК, так что Хохма облачает гуф де-Кетер и завершается в Ацилуте. Точно так же Бина облачает гуф де-Хохма, а ЗОН облачают гуф де-Бина, и потому все они завершаются в мире Ацилут. С той лишь разницей, что они облачают друг друга по толщине; и именно поэтому те пять частных сфирот головы, называемые Гальгальта, эйнаим и АХАП, устроились и исправились в пять парцуфим Гальгальта, АБ, САГ, МА, БОН, пойми это.</w:t>
      </w:r>
    </w:p>
    <w:p>
      <w:pPr>
        <w:spacing w:before="40" w:after="120"/>
        <w:jc w:val="both"/>
      </w:pPr>
      <w:r>
        <w:rPr>
          <w:rFonts w:ascii="Georgia" w:hAnsi="Georgia"/>
          <w:b w:val="0"/>
          <w:i w:val="0"/>
          <w:color w:val="000000"/>
          <w:sz w:val="24"/>
        </w:rPr>
        <w:t>И вот слова Учителя в ветви 10, пункт 60, и вот что он пишет: «И оказывается, что ЗАТ де-Атик заняли место тех первых семи точек; и благодаря этому ты поймешь, что высота ступени Атик Йомин — это весь Ацилут целиком. Однако когда они вытесняли те семь точек, то, конечно же, вытесняли их не вниз — ведь мы уже объясняли выше, что смерть бывает только в келим, что и составляет суть падения, тогда как света, которые не умерли, не падали; то же, что мы сказали, будто они вытеснили их, означает: вытеснили в стороны. То есть точка Атика входила внутрь одной из семи точек, в их внутреннюю часть, и тогда эта точка оставалась для нее одеянием. И так было со всеми семью точками и т.д.», — до сих пор его слова, обратись туда. И это соответствует сказанному нами: действительно, коль скоро одна лишь сфира Кетер, называемая Атик Йомин, сама по себе распространилась на рош, тох, соф до самого окончания всего Ацилута, логика подсказывает, что остальные сфирот должны были бы начаться ниже нее, то есть ниже основания Ацилута, и в таком случае они были бы вынуждены сойти в БЕА, что и означает смерть.</w:t>
      </w:r>
    </w:p>
    <w:p>
      <w:pPr>
        <w:spacing w:before="40" w:after="120"/>
        <w:jc w:val="both"/>
      </w:pPr>
      <w:r>
        <w:rPr>
          <w:rFonts w:ascii="Georgia" w:hAnsi="Georgia"/>
          <w:b w:val="0"/>
          <w:i w:val="0"/>
          <w:color w:val="000000"/>
          <w:sz w:val="24"/>
        </w:rPr>
        <w:t>Поэтому он сообщает нам: хотя сфира Кетер и распространилась до самого окончания Ацилута, она тем не менее не вытеснила остальные сфирот в БЕА, но вытеснила их изнутри наружу — то есть они облачили друг друга по подобию [парцуфим] Гальгальта, АБ, САГ, МА, БОН де-АК, как сказано выше. А то, что Учитель называет пять парцуфим семью точками, уже объяснено там, в «Паним Меирот», обратись туда.</w:t>
      </w:r>
    </w:p>
    <w:p>
      <w:pPr>
        <w:spacing w:before="40" w:after="120"/>
        <w:jc w:val="both"/>
      </w:pPr>
      <w:r>
        <w:rPr>
          <w:rFonts w:ascii="Georgia" w:hAnsi="Georgia"/>
          <w:b w:val="0"/>
          <w:i w:val="0"/>
          <w:color w:val="000000"/>
          <w:sz w:val="24"/>
        </w:rPr>
        <w:t>28) Выше уже было объяснено, каким образом внешние органы каждого парцуфа происходят от пяти парцуфим АК, см. там. И знай, что все это верно за исключением пальцев рук и ног. Ведь корень пяти пальцев — в новом МА: тайна разделения одной ступени на пять ступеней обновилась теперь в новом МА благодаря подъему МАН в мэцах. И поскольку новый МА вышел после завершения пяти парцуфим АК — Гальгальта, АБ, САГ, МА, БОН, эти пять разделений запечатлелись только на концах рук и на концах ног. Вспомни, однако, что разделение пальцев на четыре сустава в длину, представляющие собой ладони (или стопы) и рош, тох, соф каждого пальца, укоренилось еще в БОН де-АК. Ведь все десять сфирот этого БОН облачают две нижние трети НЕХИ внутреннего АК, то есть ту часть ног, что расположена ниже его бедер. А так как десять сфирот де-БОН разделены на ГАР и ЗАТ, эти ноги также разделились на две части: от бедер и ниже до уровня стоп и пальцев [ноги] облачены в ГАР де-БОН, а стопы и пальцы облачены в семь нижних [сфирот] де-БОН, которые распространялись вплоть до точки этого мира, то есть на протяжении четырех миров АБЕА.</w:t>
      </w:r>
    </w:p>
    <w:p>
      <w:pPr>
        <w:spacing w:before="40" w:after="120"/>
        <w:jc w:val="both"/>
      </w:pPr>
      <w:r>
        <w:rPr>
          <w:rFonts w:ascii="Georgia" w:hAnsi="Georgia"/>
          <w:b w:val="0"/>
          <w:i w:val="0"/>
          <w:color w:val="000000"/>
          <w:sz w:val="24"/>
        </w:rPr>
        <w:t>И поэтому они разделились на четыре части: верхняя часть, называемая стопами, облачилась в мир Ацилут, а три сустава пальцев облачились в три мира БЕА вплоть до этого мира, что составляет тайный смысл сказанного: «вонзает ногти пальцев своих в землю», как написано выше в пункте 11, обратись туда. Однако там в них еще не было пяти делений по ширине, то есть пяти пальцев, а существовали лишь две стороны — правая и левая. Каждая сторона делилась на четыре сустава в длину и облачалась в четыре мира АБЕА — от окончания тела САГ де-АК и до этого мира, как написано там. Но теперь, с выходом нового МА, когда возникло это обновление — деление частной ступени на пять частей, стопы и пальцы разделились на пять особых органов, именуемых пальцами, в каждом из которых четыре сустава — как справа, так и слева. И все еще предстоит понять, почему кисти и стопы выглядят снаружи как один орган и в них не видно, что это пять отдельных органов, ведь их покрывает единая кожа.</w:t>
      </w:r>
    </w:p>
    <w:p>
      <w:pPr>
        <w:spacing w:before="40" w:after="120"/>
        <w:jc w:val="both"/>
      </w:pPr>
      <w:r>
        <w:rPr>
          <w:rFonts w:ascii="Georgia" w:hAnsi="Georgia"/>
          <w:b w:val="0"/>
          <w:i w:val="0"/>
          <w:color w:val="000000"/>
          <w:sz w:val="24"/>
        </w:rPr>
        <w:t>Тогда как ниже кистей и стоп пальцы выходят в явном разделении на пять органов. Суть же в том, что, как уже было объяснено, все эти пять парцуфим нового МА, вышедшие в Ацилуте, представляют собой пять сфирот КАХАБ и ЗОН одной головы, называемой Гальгальта, эйнаим и АХАП. Однако в силу подъема МАН в Бину де-Кетер этой головы ЗОН того же Кетера вышли и стали телом; и точно так же произошло в ХУБ и ЗОН, как сказано выше, см. там. А тебе уже известно, что ни в какой голове нет [проявленных] келим — они есть лишь в теле. Поэтому пять пальцев, являющиеся разделением келим нового МА, проявились лишь от ЗОН де-Кетер и ниже — то есть от хотэм и пэ де-Атик, которые вышли из рош и перешли в категорию тела; и они облачены в пять парцуфим Ацилута, чье место — от окончания тела САГ де-АК, что соответствует месту стоп ног внутреннего АК.</w:t>
      </w:r>
    </w:p>
    <w:p>
      <w:pPr>
        <w:spacing w:before="40" w:after="120"/>
        <w:jc w:val="both"/>
      </w:pPr>
      <w:r>
        <w:rPr>
          <w:rFonts w:ascii="Georgia" w:hAnsi="Georgia"/>
          <w:b w:val="0"/>
          <w:i w:val="0"/>
          <w:color w:val="000000"/>
          <w:sz w:val="24"/>
        </w:rPr>
        <w:t>Тогда как выше стоп до бедер, [в той части], которая облачена в ГАР де-Атик, являющиеся головой и располагающиеся в САГ де-АК от его табура до окончания тела (как сказано выше в пунктах 11 и 9, см. там), — и поскольку там свойство рош нового МА, свойства пяти пальцев там совершенно не видно: там есть лишь прежние правые и левые келим де-БОН, то есть правая и левая ноги внутреннего АК от бедер и ниже до уровня стоп. Сами же стопы, уже облаченные в ЗОН де-Атик (которые вышли за пределы ГАР де-Атик и стали телом нового МА), уже содержат в себе признаки пяти пальцев, являющихся пятью разделениями келим самого нового МА. Однако при всем том, поскольку со стороны своего прежнего корня все пять парцуфим Ацилута пребывают в статусе единой головы, как сказано выше, — то с этой стороны келим нового МА еще вовсе не могут раскрыться во всем мире Ацилут.</w:t>
      </w:r>
    </w:p>
    <w:p>
      <w:pPr>
        <w:spacing w:before="40" w:after="120"/>
        <w:jc w:val="both"/>
      </w:pPr>
      <w:r>
        <w:rPr>
          <w:rFonts w:ascii="Georgia" w:hAnsi="Georgia"/>
          <w:b w:val="0"/>
          <w:i w:val="0"/>
          <w:color w:val="000000"/>
          <w:sz w:val="24"/>
        </w:rPr>
        <w:t>Поэтому пять пальцев покрыты единой кожей, так что разделение пяти келим по крайней мере не заметно глазу. Тогда как ниже уровня стоп, что соответствует уровню ниже основания Ацилута, где они представляют собой законченное тело даже со стороны изначального корня, разделение пяти келим де-МА открылось явно перед глазами: это и есть пять открытых пальцев, в каждом из которых три сустава — в соответствии с тремя мирами БЕА. И это подобно двум бедренным костям — правой и левой, чье происхождение из БОН де-АК, то есть из АХАП де-рош де-БОН де-АК. Вследствие выхода этих АХАП в категорию тела, как написано там, в них уже заметно обновление парных келим, появившееся в БОН (что и представляет собой эти две бедренные кости); однако, поскольку со стороны изначального корня эти АХАП также относятся к голове и не предназначены для раскрытия келим, они скрыты под единой кожей, так что правое и левое не различимы для глаз.</w:t>
      </w:r>
    </w:p>
    <w:p>
      <w:pPr>
        <w:spacing w:before="40" w:after="120"/>
        <w:jc w:val="both"/>
      </w:pPr>
      <w:r>
        <w:rPr>
          <w:rFonts w:ascii="Georgia" w:hAnsi="Georgia"/>
          <w:b w:val="0"/>
          <w:i w:val="0"/>
          <w:color w:val="000000"/>
          <w:sz w:val="24"/>
        </w:rPr>
        <w:t>И вот общее правило: везде, где со стороны изначального корня [сфирот] еще не относятся к телу, но теперь в них произошел выход в тело, обновленные в них келим непременно должны покрыться кожей, чтобы не быть различимыми снаружи. В этом причина сокрытия бедренных костей, так как они являются свойством АХАП де-рош общего БОН. В этом причина сокрытия пяти пальцев в месте стоп (и кистей), так как они являются свойством хотэм и пэ де-рош нового МА, как сказано. И в этом причина сокрытия двух плеч внутри тела, как будет сказано ниже.</w:t>
      </w:r>
    </w:p>
    <w:p>
      <w:pPr>
        <w:spacing w:before="40" w:after="120"/>
        <w:jc w:val="both"/>
      </w:pPr>
      <w:r>
        <w:rPr>
          <w:rFonts w:ascii="Georgia" w:hAnsi="Georgia"/>
          <w:b w:val="0"/>
          <w:i w:val="0"/>
          <w:color w:val="000000"/>
          <w:sz w:val="24"/>
        </w:rPr>
        <w:t>29) Однако согласно этому нам остается понять, почему пять пальцев повторились и запечатлелись также на концах рук. Ведь судя по сказанному выше, им надлежало бы находиться только на концах ног каждого парцуфа, поскольку лишь ноги общего БОН вышли в БЕА, как известно; почему же в таком случае четыре сустава пальцев запечатлелись и на концах рук каждого парцуфа? И чтобы понять это, тебе необходимо хорошо знать строение органов парцуфа от их корня в пяти парцуфим АК. Относительно пяти органов в голове каждого парцуфа уже было объяснено выше в «Паним Меирот», стр. 622, раздел, начинающийся со слов «И причина нисхождения...», см. там: они происходят от пяти голов [парцуфим] Гальгальта, АБ, САГ, МА, БОН де-АК, причем от каждой головы происходит только одно кли: кли рта (пэ) — от рош де-Гальгальта, кли носа (хотэм) — от рош де-АБ, кли уха (озэн) — от рош де-САГ. А в рош де-БОН добавилось кли глаз (эйнаим), а также свойство парности: два отверстия носа, два уха и два глаза, представляющие собой правое и левое, укоренившиеся там в каждой сфире благодаря подъему Малхут до глаз в виде МАН. А пятое кли, кли лба (мэцах), раскрылось в голове нового МА.</w:t>
      </w:r>
    </w:p>
    <w:p>
      <w:pPr>
        <w:spacing w:before="40" w:after="120"/>
        <w:jc w:val="both"/>
      </w:pPr>
      <w:r>
        <w:rPr>
          <w:rFonts w:ascii="Georgia" w:hAnsi="Georgia"/>
          <w:b w:val="0"/>
          <w:i w:val="0"/>
          <w:color w:val="000000"/>
          <w:sz w:val="24"/>
        </w:rPr>
        <w:t xml:space="preserve">Однако до выхода нового МА это кли отсутствовало; и в этом тайный смысл «места, где темечко младенца мягкое», поскольку свечение нового МА в нем еще не завершилось. И потому в то время все это место все еще называется «между глазами твоими», согласно тайному смыслу стиха: </w:t>
      </w:r>
      <w:r>
        <w:rPr>
          <w:rFonts w:ascii="Georgia" w:hAnsi="Georgia"/>
          <w:b w:val="0"/>
          <w:i/>
          <w:color w:val="000000"/>
          <w:sz w:val="24"/>
        </w:rPr>
        <w:t>«и будут они знаками между глазами твоими»</w:t>
      </w:r>
      <w:r>
        <w:rPr>
          <w:rFonts w:ascii="Georgia" w:hAnsi="Georgia"/>
          <w:b w:val="0"/>
          <w:i w:val="0"/>
          <w:color w:val="000000"/>
          <w:sz w:val="24"/>
        </w:rPr>
        <w:t xml:space="preserve"> (Дварим 6:8), о чем мудрецы, благословенной памяти, разъяснили: «на месте, где темечко младенца мягкое». Ведь особое свойство тфилин — притягивать свечение нового МА посредством принадлежащего ему кли, называемого мэцах. До этого же, пока там присутствует лишь свечение БОН, свойства мэцах там нет, и потому темечко [младенца] мягкое — по причине отсутствия там Гальгальты и мэцах; и потому это место определяется как «между глазами», ведь голова БОН заканчивается глазами, так как сам мэцах в этой голове не выделяется, как сказано, и пойми... это. Что же касается келим тела, называемых шестью концами или ХАГАТ-НЕХИ, то первое их проявление в качестве телесных келим — рук, ног и так далее — начинается с ЗАТ де-Некудим, то есть в гуф де-БОН де-АК, представляющем собой четыре тела, правивших там одно за другим. Вначале Источник выделил из Себя и распространил десять сфирот де-рош Аба ве-Има и два их тела, именуемые ХАГАТ, как написал Учитель в ветви 22, см. там; и они суть корень двух рук каждого парцуфа до хазе.</w:t>
      </w:r>
    </w:p>
    <w:p>
      <w:pPr>
        <w:spacing w:before="40" w:after="120"/>
        <w:jc w:val="both"/>
      </w:pPr>
      <w:r>
        <w:rPr>
          <w:rFonts w:ascii="Georgia" w:hAnsi="Georgia"/>
          <w:b w:val="0"/>
          <w:i w:val="0"/>
          <w:color w:val="000000"/>
          <w:sz w:val="24"/>
        </w:rPr>
        <w:t>Сначала тело Абы распространилось в кли Хесед в виде рош, тох, соф, и тогда укоренились три части правой руки: часть руки, соединенная с кистью и пальцами, — это свойство рош; часть зроа — это тох; а часть плеча, соединенная с телом, — это соф и НЕХИ, как написал Учитель в «Шаар Маамарей Рашби», в комментарии на Идра Зута, стр. 251. И известно, что плечевые кости заканчиваются на одном уровне с хазе со стороны спины. Отсюда следует, что окончание тела Абы завершается в точке хазе с правой стороны. И все эти три части — а именно предплечье руки, зроа и плечо до уровня хазе — вместе именуются мелехом Хеседа или гуф де-Аба Илаа. А после разбиения мелеха Хеседа вышел парцуф Има Илаа, и ее тело распространилось в кли Гвура в виде рош, тох, соф.</w:t>
      </w:r>
    </w:p>
    <w:p>
      <w:pPr>
        <w:spacing w:before="40" w:after="120"/>
        <w:jc w:val="both"/>
      </w:pPr>
      <w:r>
        <w:rPr>
          <w:rFonts w:ascii="Georgia" w:hAnsi="Georgia"/>
          <w:b w:val="0"/>
          <w:i w:val="0"/>
          <w:color w:val="000000"/>
          <w:sz w:val="24"/>
        </w:rPr>
        <w:t>И тогда укоренились три части левой руки каждого парцуфа, подобно сказанному выше о теле Абы, то есть о правой руке: рука с кистью считаются верхней частью, зроа — средней, а плечи на теле — окончанием и НЕХИ, завершаясь напротив точки хазе со стороны спины. И все эти три категории рош, тох, соф вместе именуются мелехом Гвуры или телом Имы. И ты видишь, что строение обеих рук каждого парцуфа до точки хазе в верхней трети его тела берет свое начало от правления трех мелахим ХАГАТ де-Некудим. Тебе следует также уяснить отсюда, что когда Источник вначале выделил из Себя обе эти руки, они были обращены кверху. Таким образом, их нижние части представляли собой два плеча, которые облачают спину тела и выстраиваются на ней до уровня хазе, как написал там Учитель в ветви 22, указав, что там находится место есодов Аба ве-Има, см. там. Ведь нижние части — это НЕХИ, выше них — два зроа, представляющие собой ХАГАТ рук, а выше них — часть рук с кистями и пальцами, являющаяся ХАБАД рук. И ты обнаруживаешь также, что сверху они разделены: ведь в рош и тох рук правая рука стоит отдельно сама по себе, а левая — сама по себе.</w:t>
      </w:r>
    </w:p>
    <w:p>
      <w:pPr>
        <w:spacing w:before="40" w:after="120"/>
        <w:jc w:val="both"/>
      </w:pPr>
      <w:r>
        <w:rPr>
          <w:rFonts w:ascii="Georgia" w:hAnsi="Georgia"/>
          <w:b w:val="0"/>
          <w:i w:val="0"/>
          <w:color w:val="000000"/>
          <w:sz w:val="24"/>
        </w:rPr>
        <w:t>Тогда как в своей конечной части они связались и соединились вместе в верхней трети тела до хазе — подобно двум бедренным костям, соединившимся от табура и ниже, причина чего была объяснена выше. А после разбиения тела Имы до верхней трети мелеха Тиферет вышли два парцуфа ИШСУТ один за другим; их голова вышла на месте упомянутых мелахим ХАГАТ в тайне распространения трех линий КАХАБ в ХАГАТ, как написал там Учитель, см. там. Тело же ИШС — это правая нога в трех частях рош, тох, соф, а именно: бедренная кость — рош, бедро — тох, а часть голени со стопой и пальцами — соф. И все эти рош, тох, соф вместе называются мелехом Нецаха или телом ИШС. А после его разбиения вышли голова и тело Твуны: ее голова — в Тиферет, а ее тело — это левая нога в трех частях рош, тох, соф, подобно сказанному выше о правой ноге. И вместе они называются мелехом Хода или телом Твуны. И в словах Учителя там объяснено, что парцуфим ИШСУТ, правившие после разбиения мелахим ХАГАТ, облачились... однако в ахораим тех мелахим после их разбиения и падения в БЕА. Учитель был там краток, как обычно, однако смысл в том, что как в светах, так и в келим они облачились друг в друга вплоть до точки этого мира, что понятно и очевидно. И оказывается, что мелахим ХАГАТ служили в два периода: вначале они служили как два тела для Аба ве-Има Илаин. А после того как состояние Аба ве-Има Илаин упразднилось и правление их разбилось, они вновь стали служить посредством облачения в ИШСУТ, ведь парцуфим ИШСУТ облачились в эти ахораим Аба ве-Има после того, как те упразднились и пали. Посмотри в словах Учителя, ветвь 23, пункт 20, раздел, начинающийся со слова «Вернемся...», где сказано, что это облачение остается постоянным вплоть до грядущего будущего, см. там.</w:t>
      </w:r>
    </w:p>
    <w:p>
      <w:pPr>
        <w:spacing w:before="40" w:after="120"/>
        <w:jc w:val="both"/>
      </w:pPr>
      <w:r>
        <w:rPr>
          <w:rFonts w:ascii="Georgia" w:hAnsi="Georgia"/>
          <w:b w:val="0"/>
          <w:i w:val="0"/>
          <w:color w:val="000000"/>
          <w:sz w:val="24"/>
        </w:rPr>
        <w:t>30) Однако нужно помнить то, что написал Учитель выше в ветви 24 о положении келим ХАГАТ после их разбиения: тогда высшие перевернулись вниз, а нижние — вверх, как в отношении ахораим, оставшихся в Ацилуте, так и в отношении келим, распространившихся в БЕА. Ведь кли Тиферет, бывшее во времена Аба ве-Има Илаин свойством НЕХИ и окончанием, теперь поднялось и стало высшей частью и головой, см. там. И как написано в «Паним Меирот», стр. 450, раздел «А затем...», с основательным объяснением, см. там. И вот вследствие этого руки опустились вниз, так что обе плечевые части, находящиеся в Тиферет до места хазе, стали свойством рош рук, оба зроа стали свойством тох рук, а части кисти с ладонями и пальцами стали свойством соф и окончания рук. И благодаря этому ты поймешь огромную разницу, существующую в келим ХАГАТ между временем их служения в качестве Аба ве-Има Илаин и временем их служения через облачение в ИШСУТ после упразднения Аба ве-Има Илаин. Ведь во времена Аба ве-Има руки были обращены кверху, и части руки с кистями и пальцами находились в категории ХАБАД, зроа — в категории ХАГАТ, а плечи — в категории НЕХИМ и окончания.</w:t>
      </w:r>
    </w:p>
    <w:p>
      <w:pPr>
        <w:spacing w:before="40" w:after="120"/>
        <w:jc w:val="both"/>
      </w:pPr>
      <w:r>
        <w:rPr>
          <w:rFonts w:ascii="Georgia" w:hAnsi="Georgia"/>
          <w:b w:val="0"/>
          <w:i w:val="0"/>
          <w:color w:val="000000"/>
          <w:sz w:val="24"/>
        </w:rPr>
        <w:t xml:space="preserve">Однако во времена ИШСУТ, после того как они опустели от света Аба ве-Има Илаин, [руки] опустились вниз. И плечи оказались в категории ХАБАД, зроа — в категории ХАГАТ, а части руки с кистями и пальцами — в категории НЕХИМ и окончания, то есть верхние внизу, а нижние вверху. И как написал Учитель в ветви 24, это облачение, произошедшее в ИШСУТ, закрепилось на постоянной основе, см. там. И знай, что оба эти состояния рук действуют в мире Исправления. Иногда в парцуфе раскрывается уровень Аба ве-Има Илаин, и тогда руки парцуфа определяются как воздетые кверху; в этот момент ладони и пальцы рук находятся на уровне ХАБАД и ГАР, в чем и заключается смысл стиха: </w:t>
      </w:r>
      <w:r>
        <w:rPr>
          <w:rFonts w:ascii="Georgia" w:hAnsi="Georgia"/>
          <w:b w:val="0"/>
          <w:i/>
          <w:color w:val="000000"/>
          <w:sz w:val="24"/>
        </w:rPr>
        <w:t>«Вознесите руки ваши к святилищу и благословите Г-спода»</w:t>
      </w:r>
      <w:r>
        <w:rPr>
          <w:rFonts w:ascii="Georgia" w:hAnsi="Georgia"/>
          <w:b w:val="0"/>
          <w:i w:val="0"/>
          <w:color w:val="000000"/>
          <w:sz w:val="24"/>
        </w:rPr>
        <w:t xml:space="preserve"> (Теилим 134:2); это же составляет и тайный смысл омовения рук перед благословением. И это состояние непостоянно, но дается в виде добавления. Иногда же Аба ве-Има Илаин облачаются в уровень ИШСУТ, то есть по типу упомянутого второго состояния.</w:t>
      </w:r>
    </w:p>
    <w:p>
      <w:pPr>
        <w:spacing w:before="40" w:after="120"/>
        <w:jc w:val="both"/>
      </w:pPr>
      <w:r>
        <w:rPr>
          <w:rFonts w:ascii="Georgia" w:hAnsi="Georgia"/>
          <w:b w:val="0"/>
          <w:i w:val="0"/>
          <w:color w:val="000000"/>
          <w:sz w:val="24"/>
        </w:rPr>
        <w:t>И тогда руки определяются как опущенные вниз, где плечи стали ХАБАД, а ладони и пальцы — НЕХИМ и окончанием. Происходит это потому, что уровень Аба ве-Има Илаин скрывается из парцуфа; это состояние считается постоянным, как сказано выше и как обстоятельно разъяснено в своем месте. И запомни это крепко, ведь я передал тебе здесь надежные ключи к пониманию мохин де-Аба ве-Има и ИШСУТ.</w:t>
      </w:r>
    </w:p>
    <w:p>
      <w:pPr>
        <w:spacing w:before="40" w:after="120"/>
        <w:jc w:val="both"/>
      </w:pPr>
      <w:r>
        <w:rPr>
          <w:rFonts w:ascii="Georgia" w:hAnsi="Georgia"/>
          <w:b w:val="0"/>
          <w:i w:val="0"/>
          <w:color w:val="000000"/>
          <w:sz w:val="24"/>
        </w:rPr>
        <w:t>31) И в этом ты также поймешь тайный смысл четвероногих животных. Ведь исправление двух названных состояний в парцуфе было установлено только для человека (говорящего), поскольку лишь он достоин того, чтобы в нем раскрылся уровень Аба ве-Има Илаин, представляющий собой мохин де-хая и Хохма — то есть букву йод (</w:t>
      </w:r>
      <w:r>
        <w:rPr>
          <w:rFonts w:ascii="Georgia" w:hAnsi="Georgia" w:cs="Times New Roman"/>
          <w:b/>
          <w:i w:val="0"/>
          <w:color w:val="000000"/>
          <w:sz w:val="24"/>
          <w:rtl/>
          <w:szCs w:val="32"/>
        </w:rPr>
        <w:t>י</w:t>
      </w:r>
      <w:r>
        <w:rPr>
          <w:rFonts w:ascii="Georgia" w:hAnsi="Georgia"/>
          <w:b w:val="0"/>
          <w:i w:val="0"/>
          <w:color w:val="000000"/>
          <w:sz w:val="24"/>
        </w:rPr>
        <w:t xml:space="preserve">) Имени АВАЯ, как известно. Ведь ступени «неживой, растительный, животный, говорящий» соответствуют четырем буквам АВАЯ и светам нефеш, руах, нешама, хая; и уровень «говорящий», то есть хая и Хохма, подобает лишь человеку, как известно. Поэтому в человеческом парцуфе и было установлено это исправление — воздевание рук и их опускание. И потому руки человеческого парцуфа иногда представляют собой уровень Хохма — а именно во время раскрытия Аба ве-Има Илаин, как сказано выше. И в этом тайный смысл стиха: </w:t>
      </w:r>
      <w:r>
        <w:rPr>
          <w:rFonts w:ascii="Georgia" w:hAnsi="Georgia"/>
          <w:b w:val="0"/>
          <w:i/>
          <w:color w:val="000000"/>
          <w:sz w:val="24"/>
        </w:rPr>
        <w:t>«И всякая женщина, мудрая сердцем, пряла своими руками»</w:t>
      </w:r>
      <w:r>
        <w:rPr>
          <w:rFonts w:ascii="Georgia" w:hAnsi="Georgia"/>
          <w:b w:val="0"/>
          <w:i w:val="0"/>
          <w:color w:val="000000"/>
          <w:sz w:val="24"/>
        </w:rPr>
        <w:t xml:space="preserve"> (Шмот 35:25) — то есть Хохма раскрывается в руках.</w:t>
      </w:r>
    </w:p>
    <w:p>
      <w:pPr>
        <w:spacing w:before="40" w:after="120"/>
        <w:jc w:val="both"/>
      </w:pPr>
      <w:r>
        <w:rPr>
          <w:rFonts w:ascii="Georgia" w:hAnsi="Georgia"/>
          <w:b w:val="0"/>
          <w:i w:val="0"/>
          <w:color w:val="000000"/>
          <w:sz w:val="24"/>
        </w:rPr>
        <w:t>Однако животные (бессловесные), не способные получать от свечения нового МА в мире Исправления, но происходящие из мира Хаоса без исправления, как известно, получают всю свою жизненную силу лишь от второго состояния мира Некудим, то есть исключительно от уровня ИШСУТ и трех мелахим НЕХИ. Однако из-за их облачения в ХАГАТ и в ахораим Аба ве-Има после их разбиения, в них также есть свойство передних конечностей (рук), происходящих из ХАГАТ. Только в них закрепилось перевернутое состояние — верхние внизу, — каким было их положение во время разбиения сосудов, называемого миром Хаоса: плечи — это рош, зроа — тох, а кисти — соф. Кроме того, они не имеют никакого особого преимущества перед задними конечностями (ногами), поскольку все свечение их передних конечностей происходит от тел ИШСУТ, являющихся ногами, они ничуть не выше ног, и назначение у них одно — для ходьбы, ведь их передние ноги вовсе не приспособлены для раскрытия Хохмы, как сказано, и пойми это как следует. И теперь ты поймешь то, на чем мы остановились выше в пункте 29 относительно пальцев, чей корень берет начало в разбиении сосудов и их распространении в БЕА, когда мы спросили: почему в таком случае пальцы должны были запечатлеться только на ногах? См. там. И теперь ты поймешь это со всей ясностью: ведь во времена ИШСУТ мелахим НЕХИ облачились в мелахим ХАГАТ, как сказано выше, и потому все, что произошло с ногами, произошло и с руками. По этой причине кисти и пальцы запечатлелись также и на руках.</w:t>
      </w:r>
    </w:p>
    <w:p>
      <w:pPr>
        <w:spacing w:before="40" w:after="120"/>
        <w:jc w:val="both"/>
      </w:pPr>
      <w:r>
        <w:rPr>
          <w:rFonts w:ascii="Georgia" w:hAnsi="Georgia"/>
          <w:b w:val="0"/>
          <w:i w:val="0"/>
          <w:color w:val="000000"/>
          <w:sz w:val="24"/>
        </w:rPr>
        <w:t xml:space="preserve">Таким образом, относительно рук следует понимать два вида разбиения от двух этих состояний, ведь оба они запечатлелись в них, как сказано, и пойми это как следует. В то же время нижняя треть ХАГАТ — то есть суставы руки, соединенные с кистями и пальцами, — запечатлелась так же, как произошло это с нижней третью НЕХИ де-АК (которая представляет собой суставы ног, соединенные со стопами и пальцами ног де-АК), как объяснено выше в «Паним Меирот», пункт 10, раздел «И вернемся...», см. там. Ведь эти силы подействовали и в нижней трети рук де-АК, разделившейся на пять частей: верхняя часть этой трети — то есть часть руки ниже зроа до кистей — облачилась от табура до окончания тела: в ГАР де-Некудим. А часть кистей облачилась от окончания тела до границы Ацилута — в ЗАТ де-Некудим. Часть же пальцев с их тремя суставами облачилась в три мира: Брия, Ецира, Асия, — то есть в точности так же, как ноги де-АК. Ведь во втором состоянии они облачились друг в друга абсолютно одинаково. И в этом тайный смысл стиха: </w:t>
      </w:r>
      <w:r>
        <w:rPr>
          <w:rFonts w:ascii="Georgia" w:hAnsi="Georgia"/>
          <w:b w:val="0"/>
          <w:i/>
          <w:color w:val="000000"/>
          <w:sz w:val="24"/>
        </w:rPr>
        <w:t>«и подвижны были мышцы рук его»</w:t>
      </w:r>
      <w:r>
        <w:rPr>
          <w:rFonts w:ascii="Georgia" w:hAnsi="Georgia"/>
          <w:b w:val="0"/>
          <w:i w:val="0"/>
          <w:color w:val="000000"/>
          <w:sz w:val="24"/>
        </w:rPr>
        <w:t xml:space="preserve"> (Берешит 49:24), о чем Учитель говорит выше на стр. 338, что это тайна десяти капель, брызнувших из-под ногтей, — то есть опускание концов рук в БЕА во втором состоянии, а именно во время их облачения в ИШСУТ, как сказано. И благодаря этому ты поймешь также, почему иногда Учитель приводит тайну разбиения так, будто семя вышло через пальцы его рук, а иногда говорит — через пальцы его ног: причина кроется в сказанном выше, ведь во втором состоянии они облачились друг в друга.</w:t>
      </w:r>
    </w:p>
    <w:p>
      <w:pPr>
        <w:spacing w:before="40" w:after="120"/>
        <w:jc w:val="both"/>
      </w:pPr>
      <w:r>
        <w:rPr>
          <w:rFonts w:ascii="Georgia" w:hAnsi="Georgia"/>
          <w:b w:val="0"/>
          <w:i w:val="0"/>
          <w:color w:val="000000"/>
          <w:sz w:val="24"/>
        </w:rPr>
        <w:t>И вот перед тобой прояснился важнейший фундаментальный принцип этой мудрости, из-за незнания которого многие споткнулись в понимании слов Учителя: суть этих ЗАТ — ХАГАТ и НЕХИМ, намекаемых в теле, руках и ногах каждого парцуфа, — совершенно не относится к обычному порядку десяти сфирот, принятому в словах Учителя по тайне десяти сфирот прямого света КАХАБ и ЗОН. Но [они строятся так], как он пространно излагает выше в ветви 22 относительно ЗАТ де-Некудим, где Хесед — это правая рука, представляющая собой полные десять сфирот в виде рош, тох, соф из тела Аба Илаа, как написано выше подробно. А Гвура — это левая рука, представляющая собой распространение десяти сфирот из тела Има Илаа в виде рош, тох, соф. И в них действует также перемена светов — верхние внизу, а нижние вверху, чему нет подобия ни в одной [иной] сфире, и так далее, согласно тому, как объяснено выше. Точно так же и три сфиры НЕХИ, являющиеся распространением десяти сфирот тел ИШС и Твуны в виде рош, тох, соф и т.д., подобно сказанному выше, обладают особыми свойствами, которые совершенно не зависят от порядка сфирот КАХАБ и ЗОН прямого света, как с Б-жьей помощью будет подробно написано в своем месте.</w:t>
      </w:r>
    </w:p>
    <w:p>
      <w:pPr>
        <w:spacing w:before="40" w:after="120"/>
        <w:jc w:val="both"/>
      </w:pPr>
      <w:r>
        <w:rPr>
          <w:rFonts w:ascii="Georgia" w:hAnsi="Georgia"/>
          <w:b w:val="0"/>
          <w:i w:val="0"/>
          <w:color w:val="000000"/>
          <w:sz w:val="24"/>
        </w:rPr>
        <w:t>32) И главное — необходимо помнить объясненное о третях, [исследуя] всякую вещь от ее корня. Ведь начало третей, действующих в парцуфе в целом, проистекает из двух созерцаний, которые непременно должны произойти, чтобы раскрыть келим в парцуфе. Первое созерцание образует голову от пэ до Гальгальты, а второе созерцание, приходящееся на табур, образует тох и соф: от табура (или от хазе) и выше называется тох, а от хазе и ниже называется соф. И потому в парцуфе необходимо должны присутствовать эти три трети — рош, тох, соф, как сказано. Кроме того, существует деление на трети в категории соф каждого парцуфа — то есть исключительно в той части, что находится от табура и ниже. И самое начало их корня раскрылось в НЕХИ парцуфа Гальгальта де-АК в силу их облачения в рош, тох, соф парцуфа САГ, как сказано выше в пункте 9, раздел «И вот...», см. там. Нужно также помнить, что из этого корня пальцы, стопы и ноги до бедер образуют одну нижнюю треть из трех третей ноги, как написано выше в пункте 9, см. там. Кроме этого, существует еще более частное деление на трети: нижняя треть ноги также делится на три трети — рош, тох, соф. Начало их корня раскрылось в нижней трети ног де-АК во время их облачения в парцуф БОН де-АК, то есть в десять сфирот де-Некудим.</w:t>
      </w:r>
    </w:p>
    <w:p>
      <w:pPr>
        <w:spacing w:before="40" w:after="120"/>
        <w:jc w:val="both"/>
      </w:pPr>
      <w:r>
        <w:rPr>
          <w:rFonts w:ascii="Georgia" w:hAnsi="Georgia"/>
          <w:b w:val="0"/>
          <w:i w:val="0"/>
          <w:color w:val="000000"/>
          <w:sz w:val="24"/>
        </w:rPr>
        <w:t>И тогда они разделились сообразно рош, тох, соф этого БОН: ноги от бедер и ниже облачились в рош де-БОН, стопы — в тох де-БОН до его табура, а пальцы — в соф де-БОН от его табура и ниже, что и составляет три мира БЕА, как сказано выше в пункте 10. В дополнение ко всему этому существует еще один вид разделения на три трети. Их корень берет начало от упомянутых пальцев де-АК, облачившихся в БЕА разделения; ведь эти три мира также представляют собой три свойства рош, тох, соф: кончики пальцев — это категория мира Брия, середина пальцев — категория мира Ецира, а концы пальцев — категория мира Асия, как сказано выше в пункте 11. И ты находишь четыре уровня различных делений на трети, которые раскрылись и возникли последовательно в самом АК и между которыми существуют особые различия, как с Б-жьей помощью будет сказано о каждом на своем месте. А ты уже знаешь, что все силы, имеющиеся в высшем, непременно должны присутствовать и в нижнем. Исходя из этого понятно, что сразу же в парцуфим Ацилута, пришедших вслед за [парцуфим] Гальгальта, АБ, САГ, МА, БОН де-АК, непременно должны находиться все четыре упомянутых уровня деления на трети; однако в них добавляется разделение на пять пальцев на концах рук и ног, как сказано выше в пункте 28, раздел «Вспомни, однако...». Необходимо также помнить, что те три уровня деления на трети, о которых говорится в отношении ног — а именно: рош, тох, соф ног в целом, от бедренных костей до ногтей на пальцах; рош, тох, соф одной лишь нижней трети, то есть от уровня ниже бедер до ногтей; и рош, тох, соф в самих пальцах, — все эти уровни рассматриваются также и в руках, испытавших совершенно то же действие, что и ноги, во время второго состояния, как сказано выше в пункте 31, раздел «И теперь...». И благодаря этому ты уразумеешь причину сокрытия верхних третей рук внутри тела — а именно плеч, которые не выделяются вместе с руками, подобно верхним третям ног, называемым бедренными костями, которые также скрылись в теле и не выделяются вместе с ногами: ведь причина у обоих одна, как написано выше в пункте 28, раздел «И все еще...», см. там.</w:t>
      </w:r>
    </w:p>
    <w:p>
      <w:pPr>
        <w:spacing w:before="40" w:after="120"/>
        <w:jc w:val="both"/>
      </w:pPr>
      <w:r>
        <w:rPr>
          <w:rFonts w:ascii="Georgia" w:hAnsi="Georgia"/>
          <w:b w:val="0"/>
          <w:i w:val="0"/>
          <w:color w:val="000000"/>
          <w:sz w:val="24"/>
        </w:rPr>
        <w:t>И знай, что отсюда в парцуфим Ацилута возник новый вид деления на рош, тох, соф — помимо плеч и бедренных костей, скрывшихся в теле. И в нем предплечья рук и кисти считаются за две части, а зроа — за третью часть. Подобным же образом голени и стопы считаются за две части, а бедра — за третью часть, тогда как бедренные кости и плечи там в расчет не входят. И вот выяснился пятый вид деления на рош, тох, соф, берущий начало от парцуфим нового МА. И запомни эти корни как следует, ведь сущность всякой вещи познается только из ее корня — то есть с начала ее раскрытия в мирах; ведь начало всегда определяет ее свойство во всех происходящих от нее ступенях, как с Б-жьей помощью обо всем этом будет написано на своем месте.</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«Создаются из двух свойств: имени МА и [имени] БОН, которое прежде называлось именем САГ»</w:t>
      </w:r>
      <w:r>
        <w:rPr>
          <w:rFonts w:ascii="Georgia" w:hAnsi="Georgia"/>
          <w:b w:val="0"/>
          <w:i w:val="0"/>
          <w:color w:val="000000"/>
          <w:sz w:val="24"/>
        </w:rPr>
        <w:t>:</w:t>
      </w:r>
    </w:p>
    <w:p>
      <w:pPr>
        <w:spacing w:before="40" w:after="120"/>
        <w:jc w:val="both"/>
      </w:pPr>
      <w:r>
        <w:rPr>
          <w:rFonts w:ascii="Georgia" w:hAnsi="Georgia"/>
          <w:b w:val="0"/>
          <w:i w:val="0"/>
          <w:color w:val="000000"/>
          <w:sz w:val="24"/>
        </w:rPr>
        <w:t>Выше уже объяснялись две причины того, почему десять сфирот де-Некудим называются именем САГ (см. там). К этому следует добавить, что они называются именем САГ по отношению к новому МА еще и по признаку выхода за пределы ступени. Ведь в общем БОН ступень разделилась надвое: в ее верхней половине остались Гальгальта и эйнаим, а АХАП — то есть САГ, МА и БОН — вышли за пределы ступени рош, на уровень ХАГАТ и гуф, как сказано выше. И получается, что свойство САГ высшего также выходит и присоединяется к нижней ступени. Иначе обстоит дело в новом МА, который делится на три части: в нем хотэм и пэ тоже отделяются от общей совокупности АХАП, вышедших на упомянутый уровень ХАГАТ, и выходят на уровень НЕХИ и соф де-гуф, как сказано выше в «Паним Меирот», стр. 629, со слов «И уже…». И потому считается, что на нижней ступени нет ничего от свойства САГ высшего, то есть озэн, а есть только хотэм и пэ, которые суть МА и БОН. Из сказанного ты увидишь большую разницу между келим нового МА и келим, которые выясняются и поднимаются из БЕА в качестве МАН. Ведь в келим нового МА нет ничего от свойства САГ высшего, и от высшего в них есть лишь хотэм и пэ. Иначе обстоит дело с келим, поднимающимися из БЕА в качестве МАН: они происходят из прежних келим десяти сфирот де-Некудим, в которых есть также и от свойства САГ высшего, как сказано выше.</w:t>
      </w:r>
    </w:p>
    <w:p>
      <w:pPr>
        <w:spacing w:before="40" w:after="120"/>
        <w:jc w:val="both"/>
      </w:pPr>
      <w:r>
        <w:rPr>
          <w:rFonts w:ascii="Georgia" w:hAnsi="Georgia"/>
          <w:b w:val="0"/>
          <w:i w:val="0"/>
          <w:color w:val="000000"/>
          <w:sz w:val="24"/>
        </w:rPr>
        <w:t>Поэтому в одном отношении они оказываются важнее келим нового МА — а именно со стороны свойства САГ, которое присутствует в келим де-БОН и отсутствует в новом МА, как сказано. И об этом говорит [Аризаль]: весь Ацилут, то есть пять парцуфим, создаются из двух свойств — имени МА и [имени] БОН, которое прежде называлось именем САГ. Тем самым он учит нас, что во всех пяти парцуфим де-Ацилут необходимо различать все эти изменения, возникающие по причине данного различия в БОН, келим которого содержат свойство САГ высшего, благодаря чему он в одном отношении важнее МА.</w:t>
      </w:r>
    </w:p>
    <w:p>
      <w:pPr>
        <w:spacing w:before="40" w:after="120"/>
        <w:jc w:val="both"/>
      </w:pPr>
      <w:r>
        <w:rPr>
          <w:rFonts w:ascii="Georgia" w:hAnsi="Georgia"/>
          <w:b w:val="0"/>
          <w:i w:val="0"/>
          <w:color w:val="000000"/>
          <w:sz w:val="24"/>
        </w:rPr>
        <w:t xml:space="preserve">2) </w:t>
      </w:r>
      <w:r>
        <w:rPr>
          <w:rFonts w:ascii="Georgia" w:hAnsi="Georgia"/>
          <w:b/>
          <w:i w:val="0"/>
          <w:color w:val="000000"/>
          <w:sz w:val="24"/>
        </w:rPr>
        <w:t>«И вот, в Атике есть имя МА, которое в нем мужское начало, и т.д.»</w:t>
      </w:r>
      <w:r>
        <w:rPr>
          <w:rFonts w:ascii="Georgia" w:hAnsi="Georgia"/>
          <w:b w:val="0"/>
          <w:i w:val="0"/>
          <w:color w:val="000000"/>
          <w:sz w:val="24"/>
        </w:rPr>
        <w:t>:</w:t>
      </w:r>
    </w:p>
    <w:p>
      <w:pPr>
        <w:spacing w:before="40" w:after="120"/>
        <w:jc w:val="both"/>
      </w:pPr>
      <w:r>
        <w:rPr>
          <w:rFonts w:ascii="Georgia" w:hAnsi="Georgia"/>
          <w:b w:val="0"/>
          <w:i w:val="0"/>
          <w:color w:val="000000"/>
          <w:sz w:val="24"/>
        </w:rPr>
        <w:t>Выше в «Паним Меирот», стр. 481, со слов «Нет…», уже объяснялось, что в АБЕА нет ни единой искры, которая не состояла бы из МА и БОН, поскольку зивуг высшего света происходит на них обоих одновременно (см. там все продолжение). И об этом сказано, что в Атике есть МА и БОН, и так же в АА — МА и БОН. И хотя в Атике «нет левой стороны, и весь он — правая», все же зивуг неизбежно совершается на масах, включающий их обоих. А значит, в нем есть МА и БОН, которые представляют собой внутреннее и внешнее, мужское и женское [начала] — как сказано в «Паним Меирот», стр. 632, со слов «Там…», что во внутреннем есть свет руах, являющийся светом мужского начала, а во внешнем — лишь свет женского начала, то есть свет нефеш, согласно приводимым здесь словам Учителя. Однако БОН де-Атик не относится к свойству левой стороны, как будет сказано в следующей ветви с Б-жьей помощью. И точно так же вопрос о раздельных мужских и женских [парцуфим] будет разъяснен там с Б-жьей помощью.</w:t>
      </w:r>
    </w:p>
    <w:p>
      <w:pPr>
        <w:spacing w:before="40" w:after="120"/>
        <w:jc w:val="both"/>
      </w:pPr>
      <w:r>
        <w:rPr>
          <w:rFonts w:ascii="Georgia" w:hAnsi="Georgia"/>
          <w:b w:val="0"/>
          <w:i w:val="0"/>
          <w:color w:val="000000"/>
          <w:sz w:val="24"/>
        </w:rPr>
        <w:t xml:space="preserve">4) </w:t>
      </w:r>
      <w:r>
        <w:rPr>
          <w:rFonts w:ascii="Georgia" w:hAnsi="Georgia"/>
          <w:b/>
          <w:i w:val="0"/>
          <w:color w:val="000000"/>
          <w:sz w:val="24"/>
        </w:rPr>
        <w:t>«В имени МА есть АБ, САГ, МА и БОН, и так же в имени БОН есть и т.д.»</w:t>
      </w:r>
      <w:r>
        <w:rPr>
          <w:rFonts w:ascii="Georgia" w:hAnsi="Georgia"/>
          <w:b w:val="0"/>
          <w:i w:val="0"/>
          <w:color w:val="000000"/>
          <w:sz w:val="24"/>
        </w:rPr>
        <w:t>:</w:t>
      </w:r>
    </w:p>
    <w:p>
      <w:pPr>
        <w:spacing w:before="40" w:after="120"/>
        <w:jc w:val="both"/>
      </w:pPr>
      <w:r>
        <w:rPr>
          <w:rFonts w:ascii="Georgia" w:hAnsi="Georgia"/>
          <w:b w:val="0"/>
          <w:i w:val="0"/>
          <w:color w:val="000000"/>
          <w:sz w:val="24"/>
        </w:rPr>
        <w:t>И тебе следует всегда различать в отношении [наполнений] АБ, САГ, МА и БОН, которые приводит Учитель, о каком именно проявлении АБ–САГ–МА–БОН идет речь, ведь есть много аспектов АБ–САГ–МА–БОН, как объяснялось в предыдущей ветви. И здесь речь идет об АБ–САГ–МА–БОН четырех ступеней ТАНТА: АБ — это таамим, САГ — некудот, МА — тагин, а БОН — отиет (буквы). Таамим — это первый рош и Кетер; некудот — второй рош и Хохма; тагин — третий рош и Бина; а отиет — это ЗАТ и гуф, то есть ЗОН.</w:t>
      </w:r>
    </w:p>
    <w:p>
      <w:pPr>
        <w:spacing w:before="40" w:after="120"/>
        <w:jc w:val="both"/>
      </w:pPr>
      <w:r>
        <w:rPr>
          <w:rFonts w:ascii="Georgia" w:hAnsi="Georgia"/>
          <w:b/>
          <w:i w:val="0"/>
          <w:color w:val="000000"/>
          <w:sz w:val="24"/>
        </w:rPr>
        <w:t>«И вот, мужское начало Атика взяло АБ де-МА и т.д.»</w:t>
      </w:r>
      <w:r>
        <w:rPr>
          <w:rFonts w:ascii="Georgia" w:hAnsi="Georgia"/>
          <w:b w:val="0"/>
          <w:i w:val="0"/>
          <w:color w:val="000000"/>
          <w:sz w:val="24"/>
        </w:rPr>
        <w:t>:</w:t>
      </w:r>
    </w:p>
    <w:p>
      <w:pPr>
        <w:spacing w:before="40" w:after="120"/>
        <w:jc w:val="both"/>
      </w:pPr>
      <w:r>
        <w:rPr>
          <w:rFonts w:ascii="Georgia" w:hAnsi="Georgia"/>
          <w:b w:val="0"/>
          <w:i w:val="0"/>
          <w:color w:val="000000"/>
          <w:sz w:val="24"/>
        </w:rPr>
        <w:t>То есть, как уже объяснялось: хотя света МА и БОН исходят от одного зивуга высшего света, между ними тем не менее есть различие по соотношению келим, поскольку келим де-БОН в одном отношении выше келим де-МА, как сказано выше в «Паним Меирот» (см. там). И потому со стороны МА Атик и АА рассматриваются как два рош: Атик — это первый рош, называемый таамим, или Кетер, а АА — второй рош, называемый некудот, или Хохма. Однако со стороны БОН они оба относятся к уровню таамим, или Кетер, являясь лишь двумя половинами одной ступени по той причине, что БОН делится надвое, как сказано выше. Поэтому верхняя половина ступени Кетер отходит свойству Атик, а нижняя половина — свойству АА. Что же касается двух парцуфов Аба ве-Има и ИШСУТ, то здесь все обстоит противоположным образом: со стороны МА они составляют лишь один парцуф, то есть третий рош, или Бину.</w:t>
      </w:r>
    </w:p>
    <w:p>
      <w:pPr>
        <w:spacing w:before="40" w:after="120"/>
        <w:jc w:val="both"/>
      </w:pPr>
      <w:r>
        <w:rPr>
          <w:rFonts w:ascii="Georgia" w:hAnsi="Georgia"/>
          <w:b w:val="0"/>
          <w:i w:val="0"/>
          <w:color w:val="000000"/>
          <w:sz w:val="24"/>
        </w:rPr>
        <w:t>Таким образом, Атик де-МА — это первый рош и Кетер, АА де-МА — второй рош и Хохма, а Аба ве-Има и ИШСУТ де-МА — третий рош и Бина. Однако со стороны БОН Аба ве-Има и ИШСУТ рассматриваются как два рош: где Аба ве-Има де-БОН — это второй рош и Хохма, а ИШСУТ де-БОН — третий рош и Бина. Таким образом, Атик и АА де-БОН — это вместе первый рош и Кетер де-БОН; Аба ве-Има де-БОН — второй рош и Хохма де-БОН; а Исраэль Саба ве-Твуна — третий рош и Бина де-БОН. Что же касается ЗАТ, то есть ЗОН де-Ацилут, они представляют собой гуф как для МА, так и для БОН. А вопрос об упомянутой противоположности в ГАР между МА и БОН — в том, что в МА Атик и АА считаются двумя отдельными ступенями, тогда как Аба ве-Има и ИШСУТ рассматриваются вместе как одна ступень, а в БОН наоборот: Атик и АА составляют одну ступень, тогда как Аба ве-Има и ИШСУТ представляют собой две раздельные ступени, — будет разъяснен ниже, в следующей ветви, с Б-жьей помощью.</w:t>
      </w:r>
    </w:p>
    <w:p>
      <w:pPr>
        <w:spacing w:before="40" w:after="120"/>
        <w:jc w:val="both"/>
      </w:pPr>
      <w:r>
        <w:rPr>
          <w:rFonts w:ascii="Georgia" w:hAnsi="Georgia"/>
          <w:b/>
          <w:i w:val="0"/>
          <w:color w:val="000000"/>
          <w:sz w:val="24"/>
        </w:rPr>
        <w:t>«И мужское начало Аба взяло половину МА де-МА и т.д., а женское начало Има взяло половину МА де-МА и т.д.»</w:t>
      </w:r>
      <w:r>
        <w:rPr>
          <w:rFonts w:ascii="Georgia" w:hAnsi="Georgia"/>
          <w:b w:val="0"/>
          <w:i w:val="0"/>
          <w:color w:val="000000"/>
          <w:sz w:val="24"/>
        </w:rPr>
        <w:t>: То есть, как сказано выше, Аба ве-Има и ИШСУТ в МА представляют собой одну ступень, являющуюся третьим рош, который называется Бина. И об этом сказано, что мужское начало Аба, то есть Аба ве-Има, которые вместе также называются именем Аба, взял правую линию — Хохма, Хесед, Нецах — и половину средней линии — Даат, Тиферет, Есод — [ступени] МА де-МА, называемой Бина де-МА. А женское начало Има, то есть ИШСУТ, которые вместе иногда называются именем Има, взяла левую линию — Бина, Гвура, Ход — а также половину средней линии — Даат, Тиферет, Есод — ступени Бина де-МА. И тебе необходимо понять, почему Аба ве-Има и ИШСУТ называются иногда просто Аба ве-Има, то есть Аба ве-Има вместе называются Аба, а ИШСУТ называются Има. Дело в том, что в действительности они составляют одну ступень — десять сфирот третьего рош де-МА, включающего Гальгальту и эйнаим и АХАП; однако в состоянии катнута они разделились на две половины: ее верхняя половина — Кетер и Хохма — называется высшими Аба ве-Има (Аба ве-Има Илаин), а нижняя половина — Бина и ЗОН — называется ИШСУТ; и таково деление надвое в корне БОН. В корне же МА оказывается, что и сам ИШСУТ, являющийся АХАП де-Бина де-МА, тоже делится надвое: свойство Бина, называемое озэн, остается во всяком случае в рош де-ИШСУТ, а свойство ЗАТ, называемое хотэм и пэ, полностью выходит на уровень гуф.</w:t>
      </w:r>
    </w:p>
    <w:p>
      <w:pPr>
        <w:spacing w:before="40" w:after="120"/>
        <w:jc w:val="both"/>
      </w:pPr>
      <w:r>
        <w:rPr>
          <w:rFonts w:ascii="Georgia" w:hAnsi="Georgia"/>
          <w:b w:val="0"/>
          <w:i w:val="0"/>
          <w:color w:val="000000"/>
          <w:sz w:val="24"/>
        </w:rPr>
        <w:t>Таким образом, одна ступень, называемая Бина и МА де-МА, разделяется на три трети: Кетер и Хохма де-Бина де-МА стали высшими Аба ве-Има; одна лишь Бина из Бина де-МА стала рош де-ИШСУТ; а ЗАТ де-Бина де-МА стали уровнем гуф и сиюма, и они именуются также вторыми ИШСУТ. И тебе уже известно, что во время гадлута половины ступеней вновь соединяются, как до их разделения, и тогда оказывается, что мужское начало Аба берет Кетер и Хохму ступени, то есть всю часть высших Аба ве-Има времени катнута, — и это для своего рош; кроме того, он берет свойство ВАК вторых ИШСУТ, то есть ЗА в них, и это становится гуф де-Аба. А напротив него женское начало Има берет свойство упомянутого рош де-ИШСУТ, являющегося Биной де-Бина де-МА: то есть он поднимается со своего места вверх, на уровень высших Аба ве-Има, и выстраивается с левой стороны относительно свойства Аба, становясь нуквой для высшего Аба. Свойство же упомянутой второй Твуны также поднялось и обустраивается как гуф для женского начала Има.</w:t>
      </w:r>
    </w:p>
    <w:p>
      <w:pPr>
        <w:spacing w:before="40" w:after="120"/>
        <w:jc w:val="both"/>
      </w:pPr>
      <w:r>
        <w:rPr>
          <w:rFonts w:ascii="Georgia" w:hAnsi="Georgia"/>
          <w:b w:val="0"/>
          <w:i w:val="0"/>
          <w:color w:val="000000"/>
          <w:sz w:val="24"/>
        </w:rPr>
        <w:t>Таким образом, все шесть парцуфим, составляющие три трети ступени десяти сфирот де-Бина де-МА — а именно: высшие Аба ве-Има, являющиеся Кетер и Хохмой этих десяти сфирот; первые ИШСУТ, являющиеся Биной этих десяти сфирот; и вторые ИШСУТ, являющиеся ЗОН этих десяти сфирот, — соединяются в одну ступень рош и гуф, называемую просто Аба ве-Има: правая сторона ступени включает высших Аба ве-Има в рош и второго Исраэль Саба в гуф и называется мужским началом Аба, а левая сторона ступени включает первых ИШСУТ в рош и вторую Твуну в гуф и называется женским началом Има. И об этом сказано, что мужское начало Аба взяло правую линию и половину средней линии де-Бина де-МА: то есть свойство высших Аба ве-Има в рош и свойство второго Исраэль Саба в гуф, что составляет правую половину ступени Бина де-МА по ее длине. И подобным же образом женское начало Има берет левую половину ступени, то есть также полторы линии с левой стороны: ее рош состоит из первых ИШСУТ, а ее гуф — из Твуны, как сказано выше.</w:t>
      </w:r>
    </w:p>
    <w:p>
      <w:pPr>
        <w:spacing w:before="40" w:after="120"/>
        <w:jc w:val="both"/>
      </w:pPr>
      <w:r>
        <w:rPr>
          <w:rFonts w:ascii="Georgia" w:hAnsi="Georgia"/>
          <w:b w:val="0"/>
          <w:i w:val="0"/>
          <w:color w:val="000000"/>
          <w:sz w:val="24"/>
        </w:rPr>
        <w:t>Причина же подъема половин ступеней и их соединения подобным образом будет разъяснена далее с Б-жьей помощью. И благодаря этому ты поймешь слова Учителя в «Эц Хаим» (врата 20, глава 10), где он пишет: «Вот, Аба берет из имени МА от Бины, которая в нем, Кетер и Хохму, что в десяти сфирот этой Бины; а Има берет Бину де-Бина де-МА; а Исраэль Саба взял ВАК де-Бина де-МА и т.д., а Твуна берет Малхут де-Бина де-МА» (конец цитаты, см. там). Ведь, на первый взгляд, эти слова противоречат сказанному здесь Учителем о том, что десять сфирот де-Бина де-МА разделились по своей длине только между Аба ве-Има. Однако из объясненного выше ты ясно поймешь, что там речь идет о времени катнута, когда десять сфирот ступени Бина де-МА разделены на три трети. И потому там сказано, что Аба берет Кетер и Хохму в десяти сфирот этой Бины, которые представляют собой Гальгальту и эйнаим третьего рош, называемого Бина де-МА, и они именуются высшими Аба ве-Има катнута.</w:t>
      </w:r>
    </w:p>
    <w:p>
      <w:pPr>
        <w:spacing w:before="40" w:after="120"/>
        <w:jc w:val="both"/>
      </w:pPr>
      <w:r>
        <w:rPr>
          <w:rFonts w:ascii="Georgia" w:hAnsi="Georgia"/>
          <w:b w:val="0"/>
          <w:i w:val="0"/>
          <w:color w:val="000000"/>
          <w:sz w:val="24"/>
        </w:rPr>
        <w:t>Однако поскольку в гадлуте они становятся рош де-Аба, их можно называть также и именем Аба. И об этом сказано, что Има берет Бину де-Бина де-МА, являющуюся озэн этого третьего рош; и они называются первыми ИШСУТ катнута, как сказано выше. Однако поскольку в гадлуте они становятся рош де-Има, как сказано выше, их можно назвать также именем Има. И об этом сказано: «А Исраэль Саба взял ВАК де-Бина де-МА, а Твуна берет Малхут де-Бина де-МА». Ведь они представляют собой хотэм и пэ третьего рош, называемого Бина де-МА: хотэм — это ЗА, включающий ВАК (ХАГАТ–НЕХИ), а пэ — это Малхут. И они являются свойством вторых ИШСУТ де-гуф, как говорилось выше. Во время же гадлута Аба берет Исраэль Саба, то есть хотэм, для своего гуф, а Има берет Твуну, то есть пэ, для своего гуф, как сказано выше. И помни это.</w:t>
      </w:r>
    </w:p>
    <w:p>
      <w:r>
        <w:br w:type="page"/>
      </w:r>
    </w:p>
    <w:p>
      <w:pPr>
        <w:keepNext/>
        <w:spacing w:before="360" w:after="160"/>
        <w:jc w:val="center"/>
      </w:pPr>
      <w:r>
        <w:rPr>
          <w:rFonts w:ascii="Georgia" w:hAnsi="Georgia"/>
          <w:b w:val="0"/>
          <w:i w:val="0"/>
          <w:color w:val="000000"/>
          <w:sz w:val="40"/>
        </w:rPr>
        <w:t>Ветвь 47</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Знай, что Эйн Соф распространяется по всему Ацилуту вплоть до стадии Малхут. Однако очевидно, что уровень света, распространяющегося в АА, выше света, распространяющегося в Аба ве-Има, и точно так же обстоит дело на остальных ступенях. И подобно тому как жизненная сила и свет распространяются во внутренней части Ацилута, точно так же должна быть иная жизненная сила — свет, полностью окружающий его со всех сторон. И очевидно, что окружающий свет больше внутреннего, так как из-за великой святости не имеет предела и ограниченной меры и не может сократиться, тогда как внутренний [свет] распространяется во всех них. Порядок же таков: Эйн Соф проводит свой свет в АА как внутренний свет и как окружающий его [свет]; и из внутреннего света АА образуется окружающий свет для Аба ве-Има, ведь очевидно, что внутренний свет де-АА по своему достоинству выше, чем окружающий свет де-Аба ве-Има, и потому внутренний свет де-АА становится окружающим светом для Аба ве-Има; а внутренний свет де-Аба ве-Има становится окружающим [светом] для ЗА; внутренний же свет де-ЗА становится окружающим [светом] для Нуквы де-ЗА, которая повсюду называется Малхут.</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«окружающий свет больше внутреннего, так как из-за великой святости не имеет предела и ограниченной меры...»</w:t>
      </w:r>
      <w:r>
        <w:rPr>
          <w:rFonts w:ascii="Georgia" w:hAnsi="Georgia"/>
          <w:b w:val="0"/>
          <w:i w:val="0"/>
          <w:color w:val="000000"/>
          <w:sz w:val="24"/>
        </w:rPr>
        <w:t xml:space="preserve"> — ведь внутренний свет — это тот свет, который кли способно принять, и масах (экран) в нем [этому] не препятствует. И знай, что вся суть кли определяется масахом в нем, а корень масаха восходит к точке Первого сокращения. И как тебе известно, в этой точке действуют пять ступеней очищения экрана (издохехут), и потому существуют пять видов келим, называемых КАХАБ и ЗОН. Знай также, что сила сокращения на каждом уровне масаха называется Буцина де-кардинута: это сила суда (дин) в нем, которая удерживает высший свет от распространения через его уровень и ниже и тем самым налагает на свет меру и границу, в согласии со стихом: </w:t>
      </w:r>
      <w:r>
        <w:rPr>
          <w:rFonts w:ascii="Georgia" w:hAnsi="Georgia"/>
          <w:b w:val="0"/>
          <w:i/>
          <w:color w:val="000000"/>
          <w:sz w:val="24"/>
        </w:rPr>
        <w:t>«До сих пор дойдешь и не перейдешь, и здесь предел надменным волнам твоим»</w:t>
      </w:r>
      <w:r>
        <w:rPr>
          <w:rFonts w:ascii="Georgia" w:hAnsi="Georgia"/>
          <w:b w:val="0"/>
          <w:i w:val="0"/>
          <w:color w:val="000000"/>
          <w:sz w:val="24"/>
        </w:rPr>
        <w:t xml:space="preserve"> (Иов 38:11). Вследствие этого свет удерживается от опускания вниз и не распространяется вниз в полную свою силу, как написал Учитель в «Шаар Акдамот» (лист 288, в рассуждении о песне; см. там внимательно). И об этом сказано: </w:t>
      </w:r>
      <w:r>
        <w:rPr>
          <w:rFonts w:ascii="Georgia" w:hAnsi="Georgia"/>
          <w:b/>
          <w:i w:val="0"/>
          <w:color w:val="000000"/>
          <w:sz w:val="24"/>
        </w:rPr>
        <w:t>«И очевидно, что окружающий свет больше внутреннего, так как из-за великой святости не имеет предела и ограниченной меры и не может сократиться»</w:t>
      </w:r>
      <w:r>
        <w:rPr>
          <w:rFonts w:ascii="Georgia" w:hAnsi="Georgia"/>
          <w:b w:val="0"/>
          <w:i w:val="0"/>
          <w:color w:val="000000"/>
          <w:sz w:val="24"/>
        </w:rPr>
        <w:t>. То есть речь идет о том свете, которому точка сокращения препятствует светить сквозь ее уровень.</w:t>
      </w:r>
    </w:p>
    <w:p>
      <w:pPr>
        <w:spacing w:before="40" w:after="120"/>
        <w:jc w:val="both"/>
      </w:pPr>
      <w:r>
        <w:rPr>
          <w:rFonts w:ascii="Georgia" w:hAnsi="Georgia"/>
          <w:b w:val="0"/>
          <w:i w:val="0"/>
          <w:color w:val="000000"/>
          <w:sz w:val="24"/>
        </w:rPr>
        <w:t xml:space="preserve">Поэтому считается, что свет не может облачиться туда из-за авиюта (толщи желания), силы сокращения и суда в кли. И если так, то очевидно, что этот свет несравненно больше того внутреннего света, которому авиют кли не препятствует, ведь тот способен распространяться и сокращаться внутри кли, и оказывается, что у него во всяком случае есть соответствие с ним. Пойми это. </w:t>
      </w:r>
      <w:r>
        <w:rPr>
          <w:rFonts w:ascii="Georgia" w:hAnsi="Georgia"/>
          <w:b/>
          <w:i w:val="0"/>
          <w:color w:val="000000"/>
          <w:sz w:val="24"/>
        </w:rPr>
        <w:t>«Порядок же таков...»</w:t>
      </w:r>
      <w:r>
        <w:rPr>
          <w:rFonts w:ascii="Georgia" w:hAnsi="Georgia"/>
          <w:b w:val="0"/>
          <w:i w:val="0"/>
          <w:color w:val="000000"/>
          <w:sz w:val="24"/>
        </w:rPr>
        <w:t xml:space="preserve"> — это будет объяснено ниже с Б-жьей помощью.</w:t>
      </w:r>
    </w:p>
    <w:p>
      <w:r>
        <w:br w:type="page"/>
      </w:r>
    </w:p>
    <w:p>
      <w:pPr>
        <w:keepNext/>
        <w:spacing w:before="360" w:after="160"/>
        <w:jc w:val="center"/>
      </w:pPr>
      <w:r>
        <w:rPr>
          <w:rFonts w:ascii="Georgia" w:hAnsi="Georgia"/>
          <w:b w:val="0"/>
          <w:i w:val="0"/>
          <w:color w:val="000000"/>
          <w:sz w:val="40"/>
        </w:rPr>
        <w:t>Ветвь 48</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Суть внутреннего и окружающего светов. Знай, что во всем Ацилуте сила Эйн Соф присутствует как внутри него, так и снаружи — в виде окружающего [света]. И уже объяснялось, что этот внутренний свет ограничен, сокращен и скрыт во внутренней части сфирот, чего нельзя сказать об окружающем свете, ведь он не ограничен и не отмерен никакой мерой. Это указывает на превосходство окружающего [света] над внутренним, хотя оба они исходят от Эйн Соф. В Ацилуте есть пять уровней — пять парцуфим: АА, Аба ве-Има и ЗОН. Они разделяются на внутренние и окружающие [света], притом что все [они] — от Эйн Соф; поэтому мы разъясним их порядок.</w:t>
      </w:r>
    </w:p>
    <w:p>
      <w:pPr>
        <w:spacing w:before="40" w:after="120"/>
        <w:jc w:val="both"/>
      </w:pPr>
      <w:r>
        <w:rPr>
          <w:rFonts w:ascii="Georgia" w:hAnsi="Georgia"/>
          <w:b w:val="0"/>
          <w:i w:val="0"/>
          <w:color w:val="000000"/>
          <w:sz w:val="24"/>
        </w:rPr>
        <w:t>2) Знай, что девять сфирот де-АА служат душой (нешама) для всего Ацилута, и он облачается во внутреннюю часть всех них. Это и есть внутренний свет Ацилута, и, разумеется, свет ГАР в нем не равен [свету] ХАГАТ в нем, как и в других [сфирот]. В этом и заключается различие, существующее в Ацилуте.</w:t>
      </w:r>
    </w:p>
    <w:p>
      <w:pPr>
        <w:spacing w:before="40" w:after="120"/>
        <w:jc w:val="both"/>
      </w:pPr>
      <w:r>
        <w:rPr>
          <w:rFonts w:ascii="Georgia" w:hAnsi="Georgia"/>
          <w:b w:val="0"/>
          <w:i w:val="0"/>
          <w:color w:val="000000"/>
          <w:sz w:val="24"/>
        </w:rPr>
        <w:t>3) У нас уже объяснялось, что рош де-АА, то есть его ГАР, вовсе не облачились, а остаются открытыми. Окружающий же свет де-АА окружает и осеняет его на расстоянии, и в нем нет ограничения, а лишь великий простор, будучи на небольшом отдалении, — но у нас нет разрешения говорить о сокровенном.</w:t>
      </w:r>
    </w:p>
    <w:p>
      <w:pPr>
        <w:spacing w:before="40" w:after="120"/>
        <w:jc w:val="both"/>
      </w:pPr>
      <w:r>
        <w:rPr>
          <w:rFonts w:ascii="Georgia" w:hAnsi="Georgia"/>
          <w:b w:val="0"/>
          <w:i w:val="0"/>
          <w:color w:val="000000"/>
          <w:sz w:val="24"/>
        </w:rPr>
        <w:t>4) И ты, вдумчивый читатель, поймешь сам, как [устроены] окружающий и внутренний света у ГАР де-Атик: окружающий свет непостижим и не распространяется ниже этих трех [сфирот]. Внутренние же [света] этих трех — именно они вышли затем из него и становятся окружающим светом внизу, для его ЗАТ. Ведь хотя наверху [этот свет] и был ограничен [своей] мерой, здесь эта мера не способна вместить и ограничить его, и потому он остается для нее окружающим светом для ЗАТ — из того самого внутреннего света ГАР. Внутренний же свет входит в него по линии ешер (кав а-ешер) и протягивается от окончания внутреннего света высшего по отношению к нему; однако это не он сам, ведь тот остается снаружи в качестве окружающего света.</w:t>
      </w:r>
    </w:p>
    <w:p>
      <w:pPr>
        <w:spacing w:before="40" w:after="120"/>
        <w:jc w:val="both"/>
      </w:pPr>
      <w:r>
        <w:rPr>
          <w:rFonts w:ascii="Georgia" w:hAnsi="Georgia"/>
          <w:b w:val="0"/>
          <w:i w:val="0"/>
          <w:color w:val="000000"/>
          <w:sz w:val="24"/>
        </w:rPr>
        <w:t>5) Внутренний же свет этих семи [сфирот де-Атик] служит окружающим светом для ГАР де-АА. А внутренний свет ГАР де-АА становится окружающим светом для его семи [сфирот], тогда как внутренний свет в нем исходит от окончания внутреннего света высшего, как известно. И так продолжается до самого завершения Ацилута.</w:t>
      </w:r>
    </w:p>
    <w:p>
      <w:pPr>
        <w:spacing w:before="40" w:after="120"/>
        <w:jc w:val="both"/>
      </w:pPr>
      <w:r>
        <w:rPr>
          <w:rFonts w:ascii="Georgia" w:hAnsi="Georgia"/>
          <w:b w:val="0"/>
          <w:i w:val="0"/>
          <w:color w:val="000000"/>
          <w:sz w:val="24"/>
        </w:rPr>
        <w:t>6) Известно, что Аба ве-Има облачают ХАГАТ де-АА, а ХАГАТ де-АА облачены внутрь Аба ве-Има. Следовательно, внутренний свет его ГАР, ставший окружающим светом для его ЗАТ, неизбежно должен окружать и Аба ве-Има, которые служат одеянием для ХАГАТ де-АА. Однако для них были устроены волосы бороды (дикна) де-АА, которые осеняют их и покрывают спереди, а волосы рош де-АА, свисающие сзади него, покрывают их с обратной стороны. Благодаря этому возникает разделение между ними и окружающим светом, и благодаря этому они могут принимать его свечение. Внутренний же свет Аба ве-Има, которые сами являются ХАГАТ де-АА, образует окружающий свет для ЗАТ де-Аба ве-Има.</w:t>
      </w:r>
    </w:p>
    <w:p>
      <w:pPr>
        <w:spacing w:before="40" w:after="120"/>
        <w:jc w:val="both"/>
      </w:pPr>
      <w:r>
        <w:rPr>
          <w:rFonts w:ascii="Georgia" w:hAnsi="Georgia"/>
          <w:b w:val="0"/>
          <w:i w:val="0"/>
          <w:color w:val="000000"/>
          <w:sz w:val="24"/>
        </w:rPr>
        <w:t>7) Этот внутренний свет ЗАТ де-Аба ве-Има делится на две половины: одна половина, составляющая три с половиной сфиры, служит окружающим светом для ЗА до его середины, до пупа сердца (табура де-либа); а другие три с половиной сфиры окружают также Нукву де-Зеир Анпин, стоящую от табура де-ЗА и ниже, как известно.</w:t>
      </w:r>
    </w:p>
    <w:p>
      <w:pPr>
        <w:spacing w:before="40" w:after="120"/>
        <w:jc w:val="both"/>
      </w:pPr>
      <w:r>
        <w:rPr>
          <w:rFonts w:ascii="Georgia" w:hAnsi="Georgia"/>
          <w:b w:val="0"/>
          <w:i w:val="0"/>
          <w:color w:val="000000"/>
          <w:sz w:val="24"/>
        </w:rPr>
        <w:t>8) Также и Нецах и Ход де-Арих Анпин, являющиеся внутренним светом Зеир Анпина, делятся надвое: половина — для ЗА, а вторая половина — для Нуквы де-ЗА, которая стоит от середины ЗА и ниже.</w:t>
      </w:r>
    </w:p>
    <w:p>
      <w:pPr>
        <w:spacing w:before="40" w:after="120"/>
        <w:jc w:val="both"/>
      </w:pPr>
      <w:r>
        <w:rPr>
          <w:rFonts w:ascii="Georgia" w:hAnsi="Georgia"/>
          <w:b w:val="0"/>
          <w:i w:val="0"/>
          <w:color w:val="000000"/>
          <w:sz w:val="24"/>
        </w:rPr>
        <w:t>9) Итак, выяснилось, как на каждой ступени Ацилута [света] переходят от трех [первых сфирот] к семи [нижним]. Но знай, что свет ГАР каждого уровня полностью одинаков; точно так же одинаков и свет ЗАТ каждого уровня. И нет между ними иного различия, кроме того, что свет на второй ступени удален сильнее, чем на первой, а на третьей — сильнее, чем на второй, и точно так же на всех ступенях. Однако сам по себе свет на [соответствующем] уровне полностью одинаков.</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«Во всем Ацилуте сила Эйн Соф присутствует как внутри него, так и снаружи — в виде окружающего [света] и т. д.»</w:t>
      </w:r>
      <w:r>
        <w:rPr>
          <w:rFonts w:ascii="Georgia" w:hAnsi="Georgia"/>
          <w:b w:val="0"/>
          <w:i w:val="0"/>
          <w:color w:val="000000"/>
          <w:sz w:val="24"/>
        </w:rPr>
        <w:t xml:space="preserve"> — И нужно хорошо понять, что означает сила Эйн Соф, о которой говорит здесь Учитель. Речь идет о точке сокращения, упомянутой выше в предыдущей ветви: именно от нее зависит как внутренний свет, облаченный в парцуф, так и величина окружающего света, которому надлежало бы войти в парцуф, если бы не задерживающая сила экрана (масаха) этого парцуфа. Получается, что и окружающий свет, и внутренний свет зависят от силы этой точки. И об этом сказано, что «во всем Ацилуте сила Эйн Соф...» и т. д. — то есть сила, исходящая от Первого сокращения (ЦА). Пойми это. И благодаря этому ты поймешь, что окружающий свет, рассматриваемый от Эйн Соф, благословен Он, берет начало в Первом сокращении и в одной линии (кав), представляющей собой десять первых сфирот, протянувшихся от Эйн Соф, благословен Он, и называемых пятью парцуфим АК: Гальгальта, АБ, САГ, МА, БОН, как известно. И там по причине этой точки вышли пять внутренних светов и пять окружающих светов в следующем порядке: сначала, при выходе парцуфа Гальгальта де-АК, подобного парцуфу Атик, о его рош речи нет, поскольку там есть лишь корень экрана, а сам экран впервые проявился в его ЗАТ, то есть в теле (гуф) парцуфа Гальгальта.</w:t>
      </w:r>
    </w:p>
    <w:p>
      <w:pPr>
        <w:spacing w:before="40" w:after="120"/>
        <w:jc w:val="both"/>
      </w:pPr>
      <w:r>
        <w:rPr>
          <w:rFonts w:ascii="Georgia" w:hAnsi="Georgia"/>
          <w:b w:val="0"/>
          <w:i w:val="0"/>
          <w:color w:val="000000"/>
          <w:sz w:val="24"/>
        </w:rPr>
        <w:t>И поэтому знай, что именно в этом гуф де-Гальгальта впервые раскрылось ограничение света Эйн Соф, благословен Он, ведь Его свет не раскрывался в этих сосудах (келим) иначе как по мере их экрана. И вследствие экрана в свете Эйн Соф, благословен Он, различаются два аспекта: та часть света Эйн Соф, благословен Он, которой надлежало бы распространиться в эти келим, если бы не сила экрана, задерживающая ее, — это окружающий свет де-Эйн Соф, благословен Он. А та часть света от Эйн Соф, благословен Он, которая облачилась в келим, поскольку экран ее не задерживает, называется внутренним светом от Эйн Соф, благословен Он. Ты знаешь также, что в каждом теле происходят два распространения, как писал Учитель выше в ветви 6 и в «Паним Меирот» в ветви 9: распространившийся в теле свет Эйн Соф вновь скрылся в Малхут де-рош, а на его место вновь пришло второе распространение, заполнившее место скрывшегося первого распространения. Известно, что в этом втором распространении недостает Кетера первого распространения; оно считается также вторым парцуфом, исходящим из Малхут де-рош первого парцуфа, потому что экран второго распространения всегда оказывается очищенным на одну ступень по сравнению с первым распространением, как объяснялось в «Паним Меирот» в ветви 9 (см. там).</w:t>
      </w:r>
    </w:p>
    <w:p>
      <w:pPr>
        <w:spacing w:before="40" w:after="120"/>
        <w:jc w:val="both"/>
      </w:pPr>
      <w:r>
        <w:rPr>
          <w:rFonts w:ascii="Georgia" w:hAnsi="Georgia"/>
          <w:b w:val="0"/>
          <w:i w:val="0"/>
          <w:color w:val="000000"/>
          <w:sz w:val="24"/>
        </w:rPr>
        <w:t>Поэтому в нем недостает Кетера по сравнению с первым распространением: ведь экран первого распространения был от четвертой стадии (бхина далет), а экран второго распространения — уже от третьей стадии (бхина гимель), чьи десять сфирот достигают лишь уровня (кома) Хохма. Поэтому у него обновленные келим, и потому он считается порождением и вторым парцуфом, который называется АБ. Точно так же распространение гуф де-АБ ушло в Малхут своего рош, а затем вновь распространилось новое распространение на экран второй стадии (бхина бэт), называемое парцуфом САГ, и так далее (см. там). И ты видишь, как каждому нижнему парцуфу недостает Кетера, являющегося ГАР, по сравнению с высшим парцуфом: АБ недостает Кетера по сравнению с парцуфом Гальгальта, САГ недостает Кетера по сравнению с парцуфом АБ, а МА и БОН лишены Кетера по сравнению с парцуфом САГ.</w:t>
      </w:r>
    </w:p>
    <w:p>
      <w:pPr>
        <w:spacing w:before="40" w:after="120"/>
        <w:jc w:val="both"/>
      </w:pPr>
      <w:r>
        <w:rPr>
          <w:rFonts w:ascii="Georgia" w:hAnsi="Georgia"/>
          <w:b w:val="0"/>
          <w:i w:val="0"/>
          <w:color w:val="000000"/>
          <w:sz w:val="24"/>
        </w:rPr>
        <w:t>Поэтому в общем парцуфе АК различаются пять внутренних и пять окружающих [светов], ведь каждый рош высшего парцуфа считается окружающим светом для нижнего по отношению к нему парцуфа. Таким образом, Эйн Соф, благословен Он, — это первый окружающий [свет] по причине экрана первого распространения парцуфа Гальгальта де-АК, задержавшего его от облачения внутрь, как сказано выше. Рош де-Гальгальта — это второй окружающий свет, а именно для парцуфа АБ. А рош де-АБ — это третий окружающий свет, окружающий парцуф САГ. А рош де-САГ — это четвертый и пятый окружающие [света] для парцуфим МА и БОН де-АК. Ниже в словах Учителя будет объяснено, что есть два вида окружающих светов: первый — окружающий свет де-ешер, или окружающий [свет] де-ехида; второй — возвратившийся окружающий свет (макиф хозер), или окружающий [свет] де-хая. Различие между ними состоит в том, что первый окружающий свет, называемый «макиф де-ешер», — это тот свет, который никогда не входил в кли. Второй же окружающий свет, называемый «макиф хозер», — это свет, который уже облачался в келим, но затем вышел из них, остался снаружи и стал окружающим светом, как будет сказано ниже. И исходя из этого ты поймешь, что вышеупомянутые пять окружающих светов в пяти парцуфим Гальгальта, АБ, САГ, МА, БОН де-АК — все они относятся к категории окружающего света де-ешер, и среди них вовсе нет возвратившихся окружающих светов, поскольку они никогда не облачались в келим. Ведь окружающий свет де-Гальгальта, являющийся светом Эйн Соф, благословен Он, заведомо никогда не облачался в келим де-Гальгальта, как сказано выше.</w:t>
      </w:r>
    </w:p>
    <w:p>
      <w:pPr>
        <w:spacing w:before="40" w:after="120"/>
        <w:jc w:val="both"/>
      </w:pPr>
      <w:r>
        <w:rPr>
          <w:rFonts w:ascii="Georgia" w:hAnsi="Georgia"/>
          <w:b w:val="0"/>
          <w:i w:val="0"/>
          <w:color w:val="000000"/>
          <w:sz w:val="24"/>
        </w:rPr>
        <w:t>Также и окружающий свет де-АБ, являющийся светом Кетера де-Гальгальта, относительно АБ считается светом, никогда не облачавшимся в келим де-АБ. И хотя он облачался в рош де-Гальгальта, для парцуфа АБ это не имеет значения, так как у него келим отличны от Гальгальты, как сказано выше. К тому же он и сейчас продолжает служить там, в высшем, в качестве внутреннего света де-рош и не выходит из тех келим. Поэтому свет Кетера де-Гальгальта считается окружающим светом де-ешер и де-ехида для парцуфа АБ. По той же причине Кетер де-АБ считается окружающим светом де-ешер для парцуфа САГ. И точно так же Кетер де-САГ считается окружающим светом де-ешер для парцуфим МА и БОН — именно потому, что они никогда не облачались в те келим, для которых служат окружающими светами.</w:t>
      </w:r>
    </w:p>
    <w:p>
      <w:pPr>
        <w:spacing w:before="40" w:after="120"/>
        <w:jc w:val="both"/>
      </w:pPr>
      <w:r>
        <w:rPr>
          <w:rFonts w:ascii="Georgia" w:hAnsi="Georgia"/>
          <w:b w:val="0"/>
          <w:i w:val="0"/>
          <w:color w:val="000000"/>
          <w:sz w:val="24"/>
        </w:rPr>
        <w:t>Пойми это как следует. И вот тебе должным образом разъяснена суть пяти окружающих светов де-ешер де-АК: А именно: Эйн Соф, благословен Он, — это первый великий окружающий [свет], а три Кетера — де-Гальгальта, де-АБ и де-САГ — каждый из них окружает нижний по отношению к нему [парцуф]. Однако в САГ есть два окружающих света: для МА и для БОН, поскольку МА и БОН выходят вместе от очищения экрана (издохехут) первой стадии (бхина алеф), как сказано выше в ветви 9. Против них есть внутренние света: те света, которые облачились в упомянутые пять парцуфим Гальгальта, АБ, САГ, МА, БОН де-АК, считаются внутренними. И знай, что частное подобно общему, как пишет Учитель далее, и потому в каждом из пяти парцуфим АК также происходит очищение экрана по пяти ступеням КАХАБ-ЗОН. Следовательно, в нем также действуют пять внутренних и пять окружающих [светов] подобно вышеописанному — в точности так же, как в пяти общих парцуфим АК. Пойми это как следует. Остальные же слова Учителя в этой ветви будут с Б-жьей помощью объяснены в следующей ветви.</w:t>
      </w:r>
    </w:p>
    <w:p>
      <w:r>
        <w:br w:type="page"/>
      </w:r>
    </w:p>
    <w:p>
      <w:pPr>
        <w:keepNext/>
        <w:spacing w:before="360" w:after="160"/>
        <w:jc w:val="center"/>
      </w:pPr>
      <w:r>
        <w:rPr>
          <w:rFonts w:ascii="Georgia" w:hAnsi="Georgia"/>
          <w:b w:val="0"/>
          <w:i w:val="0"/>
          <w:color w:val="000000"/>
          <w:sz w:val="40"/>
        </w:rPr>
        <w:t>Ветвь 49</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Суть окружающих светов Ацилута: знай, что сначала от Эйн Соф изошел великий свет и разделился на две части. Одна часть изошла и вошла в качестве внутреннего света, а то, что из-за своего огромного величия не смогло войти и сократиться, осталось снаружи в качестве окружающего света, как объяснено в учении об АК. И этот окружающий свет охватывает весь Ацилут целиком, ведь и Кетер — представляющий собой Атик и АА, как известно, — распространяется по всему Ацилуту, как объясняется у нас. И этот окружающий свет представляет собой прямой свет, [распространяющийся] сверху вниз.</w:t>
      </w:r>
    </w:p>
    <w:p>
      <w:pPr>
        <w:spacing w:before="40" w:after="120"/>
        <w:jc w:val="both"/>
      </w:pPr>
      <w:r>
        <w:rPr>
          <w:rFonts w:ascii="Georgia" w:hAnsi="Georgia"/>
          <w:b w:val="0"/>
          <w:i w:val="0"/>
          <w:color w:val="000000"/>
          <w:sz w:val="24"/>
        </w:rPr>
        <w:t>2) Однако свет, вошедший как внутренний свет, Кетер тоже не в силах вместить целиком. Поэтому одна его часть остается внутри Кетера, а другая часть выходит снизу вверх: ведь после того как [свет] вошел и распрострадился внутри него, он вновь поднимается и выходит через волосы. В этом и заключается суть волос головы: они служат каналами и путями проведения этого выходящего света. И когда на самых кончиках волос, являющихся завершением этих каналов, он выходит наружу, то становится окружающим светом, поднявшимся снизу вверх, и называется отраженным светом.</w:t>
      </w:r>
    </w:p>
    <w:p>
      <w:pPr>
        <w:spacing w:before="40" w:after="120"/>
        <w:jc w:val="both"/>
      </w:pPr>
      <w:r>
        <w:rPr>
          <w:rFonts w:ascii="Georgia" w:hAnsi="Georgia"/>
          <w:b w:val="0"/>
          <w:i w:val="0"/>
          <w:color w:val="000000"/>
          <w:sz w:val="24"/>
        </w:rPr>
        <w:t>3) Итак, выяснилось, что существуют два вида окружающих светов: один — прямой свет, а другой — отраженный свет. Однако прямой свет охватывает весь Ацилут целиком, тогда как отраженный окружающий свет охватывает лишь частные ступени Кетера, но не остальной Ацилут.</w:t>
      </w:r>
    </w:p>
    <w:p>
      <w:pPr>
        <w:spacing w:before="40" w:after="120"/>
        <w:jc w:val="both"/>
      </w:pPr>
      <w:r>
        <w:rPr>
          <w:rFonts w:ascii="Georgia" w:hAnsi="Georgia"/>
          <w:b w:val="0"/>
          <w:i w:val="0"/>
          <w:color w:val="000000"/>
          <w:sz w:val="24"/>
        </w:rPr>
        <w:t>4) И если ты спросишь: если в итоге этому свету все равно суждено выйти наружу в качестве окружающего света, поскольку Кетер не мог удержать его внутри целиком, то зачем ему вообще нужно было входить вначале? Ему следовало бы остаться окружающим светом, подобно первому [свету], который не входил вовсе!</w:t>
      </w:r>
    </w:p>
    <w:p>
      <w:pPr>
        <w:spacing w:before="40" w:after="120"/>
        <w:jc w:val="both"/>
      </w:pPr>
      <w:r>
        <w:rPr>
          <w:rFonts w:ascii="Georgia" w:hAnsi="Georgia"/>
          <w:b w:val="0"/>
          <w:i w:val="0"/>
          <w:color w:val="000000"/>
          <w:sz w:val="24"/>
        </w:rPr>
        <w:t>Ответ таков: замысел Источника состоял в том, чтобы существовали два окружающих света: один — охватывающий весь Ацилут прямой свет уровня ехида, а второй — окружающий свет Кетера из отраженного света, на уровне хая, который сначала вошел внутрь, а затем [вышел] наружу. И как уже известно из учения об АК, во всех парцуфим от табура и ниже де-АК не может быть больше двух окружающих светов. Поэтому [этот свет] был обязан сначала войти как внутренний свет. Ведь если бы он с самого начала остался снаружи и не вошел внутрь, его свечение было бы слишком велико, и он тоже распространился бы до самого конца Ацилута, как это сделал первый окружающий свет. Теперь же, когда он вошел внутрь и распространился сверху вниз, затем вновь стал распространяться и подниматься снизу вверх, а после этого снова распространился сверху вниз снаружи в качестве окружающего света, — за счет этого его свет уменьшился, и он охватывает только Кетер.</w:t>
      </w:r>
    </w:p>
    <w:p>
      <w:pPr>
        <w:spacing w:before="40" w:after="120"/>
        <w:jc w:val="both"/>
      </w:pPr>
      <w:r>
        <w:rPr>
          <w:rFonts w:ascii="Georgia" w:hAnsi="Georgia"/>
          <w:b w:val="0"/>
          <w:i w:val="0"/>
          <w:color w:val="000000"/>
          <w:sz w:val="24"/>
        </w:rPr>
        <w:t>5) И в этом смысл истока родника: сообразно высоте того места и истока, откуда вода берет начало, она способна затем подняться. И хотя бы она опустилась в самую глубокую впадину, она способна подняться на исходную высоту истока, откуда вышла, как это видно из законов природы. Так же обстоит дело и здесь: после того как этот свет вошел и вновь стал подниматься, у него уже нет силы подняться выше, чем до рош де-Кетер, который стал местом истока этого света, и потому он не может подняться до Эйн Соф. Иначе было бы, если бы этот свет вначале не вошел в Кетер: тогда он мог бы подняться выше и соединиться со своим первоначальным Источником — Эйн Соф, и тогда его свечение было бы огромным, и он смог бы распространиться до самого конца Ацилута.</w:t>
      </w:r>
    </w:p>
    <w:p>
      <w:pPr>
        <w:spacing w:before="40" w:after="120"/>
        <w:jc w:val="both"/>
      </w:pPr>
      <w:r>
        <w:rPr>
          <w:rFonts w:ascii="Georgia" w:hAnsi="Georgia"/>
          <w:b w:val="0"/>
          <w:i w:val="0"/>
          <w:color w:val="000000"/>
          <w:sz w:val="24"/>
        </w:rPr>
        <w:t>6) Затем из Есода де-АА — который, как ты уже знаешь, содержит в себе хасадим и гвурот в виде имени МА и имени САГ, одно справа, другое слева, как объяснено в учении об АК, и оба они соединились в этом Есоде, — когда они выходят наружу через отверстие Есода, они разделяются: хасадим, находящиеся справа, передаются Абе, облачающему правое плечо АА, как известно, а гвурот передаются Име, находящейся на левой стороне АА, то есть Кетера. И хотя все они собрались вместе и соединились в Есоде, тем не менее, поскольку сверху они приходят разделенными — одни через Хесед и Нецах, а другие через Гвуру и Ход де-АА, как известно, — при выходе наружу через отверстие Есода они вновь разделяются, как было вначале.</w:t>
      </w:r>
    </w:p>
    <w:p>
      <w:pPr>
        <w:spacing w:before="40" w:after="120"/>
        <w:jc w:val="both"/>
      </w:pPr>
      <w:r>
        <w:rPr>
          <w:rFonts w:ascii="Georgia" w:hAnsi="Georgia"/>
          <w:b w:val="0"/>
          <w:i w:val="0"/>
          <w:color w:val="000000"/>
          <w:sz w:val="24"/>
        </w:rPr>
        <w:t>7) И благодаря этому ты теперь поймешь сказанное об Абе ве-Име в Идра Зута: «Оба они равны вместе и пребывают вместе». Причина в том, что оба они светят от одного света совершенно одинаково, и нет между ними различия, кроме того, что Аба взял света хасадим справа, а Има — света гвуры слева. И об этом же сказано в Идра Зута: «Аба сокрыт более [всех]».</w:t>
      </w:r>
    </w:p>
    <w:p>
      <w:pPr>
        <w:spacing w:before="40" w:after="120"/>
        <w:jc w:val="both"/>
      </w:pPr>
      <w:r>
        <w:rPr>
          <w:rFonts w:ascii="Georgia" w:hAnsi="Georgia"/>
          <w:b w:val="0"/>
          <w:i w:val="0"/>
          <w:color w:val="000000"/>
          <w:sz w:val="24"/>
        </w:rPr>
        <w:t>8) Свет правой стороны тоже делится на две части: одна входит внутрь как внутренний свет, а другая остается окружающим светом для него. Подобным же образом разделяется и свет левой стороны: одна часть входит как внутренний свет Имы, а другая остается снаружи окружающим светом для нее.</w:t>
      </w:r>
    </w:p>
    <w:p>
      <w:pPr>
        <w:spacing w:before="40" w:after="120"/>
        <w:jc w:val="both"/>
      </w:pPr>
      <w:r>
        <w:rPr>
          <w:rFonts w:ascii="Georgia" w:hAnsi="Georgia"/>
          <w:b w:val="0"/>
          <w:i w:val="0"/>
          <w:color w:val="000000"/>
          <w:sz w:val="24"/>
        </w:rPr>
        <w:t>9) Однако поскольку Аба более сокрыт и утаен, как сказано выше, свет правой стороны, вошедший в него как внутренний свет, затем выходит наружу через собственный Есод Абы. И половина его входит в Иму как внутренний свет, а половина остается для Имы окружающим светом. И теперь ты поймешь, что точно так же, как Има получает от Кетера, то есть от АА, она получает и от самого Абы и нуждается в нем. И пойми это.</w:t>
      </w:r>
    </w:p>
    <w:p>
      <w:pPr>
        <w:spacing w:before="40" w:after="120"/>
        <w:jc w:val="both"/>
      </w:pPr>
      <w:r>
        <w:rPr>
          <w:rFonts w:ascii="Georgia" w:hAnsi="Georgia"/>
          <w:b w:val="0"/>
          <w:i w:val="0"/>
          <w:color w:val="000000"/>
          <w:sz w:val="24"/>
        </w:rPr>
        <w:t>10) И если ты скажешь: «В таком случае свет Имы больше света Абы, ведь Има получает и от левой стороны, и от правой, тогда как Аба получает только по правой стороне!» — то суть в том, что, как тебе уже известно, левая сторона всегда включена в правую. И когда мы говорим «правая», тем более левая включена в нее, но не называется по имени, поскольку она вторична по отношению к правой и не заметна в ней, и потому упоминается лишь правая сторона. Выходит, что у Абы, принимающего правую сторону, тем более включена и левая, но ее свет там не заметен; следовательно, у него есть и правое, и левое. Однако у Нуквы есть только левая сторона, а от правого света она получает лишь то, что осталось от Абы; к тому же она принимает его смешанным со светом Абы, и он называется уже не светом АА, а светом Абы. (Следовательно, свет Абы больше света Имы).</w:t>
      </w:r>
    </w:p>
    <w:p>
      <w:pPr>
        <w:spacing w:before="40" w:after="120"/>
        <w:jc w:val="both"/>
      </w:pPr>
      <w:r>
        <w:rPr>
          <w:rFonts w:ascii="Georgia" w:hAnsi="Georgia"/>
          <w:b w:val="0"/>
          <w:i w:val="0"/>
          <w:color w:val="000000"/>
          <w:sz w:val="24"/>
        </w:rPr>
        <w:t>11) Итак, у Кетера есть один общий окружающий свет и один частный. У Абы есть тот же общий окружающий свет, что и у Кетера, как сказано выше, а также еще один собственный окружающий свет, относящийся только к нему. То же самое относится и к Име.</w:t>
      </w:r>
    </w:p>
    <w:p>
      <w:pPr>
        <w:spacing w:before="40" w:after="120"/>
        <w:jc w:val="both"/>
      </w:pPr>
      <w:r>
        <w:rPr>
          <w:rFonts w:ascii="Georgia" w:hAnsi="Georgia"/>
          <w:b w:val="0"/>
          <w:i w:val="0"/>
          <w:color w:val="000000"/>
          <w:sz w:val="24"/>
        </w:rPr>
        <w:t>12) При этом у Имы окружающего и внутреннего света больше, чем у Абы, поскольку она получила от АА так же, как получил Аба, и сверх того получила еще и от Абы, как сказано выше. И из внутреннего света Абы также вновь выходит окружающий свет снизу вверх — отраженный свет в виде волос, подобно тому как это происходит в АА. Так же обстоит дело и в Име, и нет нужды распространяться об этом.</w:t>
      </w:r>
    </w:p>
    <w:p>
      <w:pPr>
        <w:spacing w:before="40" w:after="120"/>
        <w:jc w:val="both"/>
      </w:pPr>
      <w:r>
        <w:rPr>
          <w:rFonts w:ascii="Georgia" w:hAnsi="Georgia"/>
          <w:b w:val="0"/>
          <w:i w:val="0"/>
          <w:color w:val="000000"/>
          <w:sz w:val="24"/>
        </w:rPr>
        <w:t>13) Затем из внутреннего света Имы через отверстие ее Есода вышел свет ко всем семи нижним [сфирот] (ЗАТ) вместе и разделился на две половины: одна половина вошла как их общий внутренний свет, а вторая половина стала для них окружающим светом. А затем из их внутреннего света вновь вышел окружающий отраженный свет в виде упомянутых волос — подобно тому, как было описано в отношении АА и Аба ве-Има.</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4) </w:t>
      </w:r>
      <w:r>
        <w:rPr>
          <w:rFonts w:ascii="Georgia" w:hAnsi="Georgia"/>
          <w:b/>
          <w:i w:val="0"/>
          <w:color w:val="000000"/>
          <w:sz w:val="24"/>
        </w:rPr>
        <w:t>«Во всех парцуфим от табура и ниже де-АК не может быть больше двух окружающих светов»</w:t>
      </w:r>
      <w:r>
        <w:rPr>
          <w:rFonts w:ascii="Georgia" w:hAnsi="Georgia"/>
          <w:b w:val="0"/>
          <w:i w:val="0"/>
          <w:color w:val="000000"/>
          <w:sz w:val="24"/>
        </w:rPr>
        <w:t xml:space="preserve"> — в предыдущей ветви уже было подробно разъяснено, что все три парцуфа — Гальгальта, АБ и САГ де-АК, которыми завершаются пять ступеней де-АК, как сказано выше в предыдущей ветви в «Паним Меирот», — заканчиваются выше табура де-АК. И лишь два парцуфа, МА и БОН де-АК, находятся ниже табура (см. там). Также было объяснено, что там вышли десять сфирот Некудим, называемые общим парцуфом БОН, который относится к ступени от табура и ниже де-АК, как написано там в «Паним Масбирот» в ветви 9 и в предисловии к миру Исправления, и не будем здесь задерживаться на этом. И там же был объяснен источник выхода этих десяти сфирот Некудим: они возникли благодаря подъему нижней хэй в никвей эйнаим (отверстия глаз), из-за чего каждая ступень разделилась пополам, и с нее ушли первые три света (ГАР) — нешама, хая, ехида, а остались в ней только руах и нефеш (см. там). И получается, что те света, которые уже облачились в Гальгальту, АБ, САГ, МА и БОН де-АК, уходят из пяти парцуфим Некудим. Ведь в парцуфе Гальгальта де-Некудим не осталось ничего, кроме руах и нефеш, как сказано выше.</w:t>
      </w:r>
    </w:p>
    <w:p>
      <w:pPr>
        <w:spacing w:before="40" w:after="120"/>
        <w:jc w:val="both"/>
      </w:pPr>
      <w:r>
        <w:rPr>
          <w:rFonts w:ascii="Georgia" w:hAnsi="Georgia"/>
          <w:b w:val="0"/>
          <w:i w:val="0"/>
          <w:color w:val="000000"/>
          <w:sz w:val="24"/>
        </w:rPr>
        <w:t>Выходит, что три внутренних света — нешама, хая, ехида, — которые должны были прийти в этот парцуф Гальгальта, не могут войти и облачиться здесь из-за экрана (масаха), возникшего при подъеме нижней хэй в никвей эйнаим. И потому они оказываются снаружи в качестве окружающих светов по причине задерживающего их экрана де-БОН, как сказано выше в «Паним Меирот» в прошлой ветви (см. там). Точно так же в парцуфе АБ де-Некудим отсутствуют три внутренних первых света де-АБ, и то же самое — в САГ, МА и БОН де-Некудим. Таким образом, все внутренние света нешама, хая, ехида, уже облачавшиеся в сосуды (келим) в пяти парцуфим АК, вновь вышли из пяти парцуфим — Гальгальты, АБ, САГ, МА и БОН де-Некудим — по причине рассечения ступени пополам и выхода АХАП каждой ступени наружу, как написано там. И не осталось в них от пяти внутренних светов НАРАНХАЙ де-АК ничего, кроме двух внутренних светов — руах и нефеш (см. там).</w:t>
      </w:r>
    </w:p>
    <w:p>
      <w:pPr>
        <w:spacing w:before="40" w:after="120"/>
        <w:jc w:val="both"/>
      </w:pPr>
      <w:r>
        <w:rPr>
          <w:rFonts w:ascii="Georgia" w:hAnsi="Georgia"/>
          <w:b w:val="0"/>
          <w:i w:val="0"/>
          <w:color w:val="000000"/>
          <w:sz w:val="24"/>
        </w:rPr>
        <w:t>И знай, что мы не рассматриваем прямой окружающий свет и отраженный окружающий свет в одном и том же качестве одной ступени. Причина в том, что действует простое умозаключение от большего к меньшему: если мы определяем, что там есть отраженный окружающий свет, то нет никакой необходимости различать в ней еще и прямой окружающий свет. Ведь прежде чем ступень постигнет имеющийся в ней отраженный окружающий свет на уровне внутреннего облачения, она совершенно не способна принять свой прямой окружающий свет, как будет сказано ниже. И поэтому там нет оснований говорить о нехватке прямого окружающего света, и мы различаем только отраженный окружающий свет, называемый окружающим светом уровня хая. И благодаря этому ты поймешь, что из всех пяти окружающих светов, действующих в АК (о которых говорилось в предыдущей ветви), в десяти сфирот Некудим остался лишь самый первый окружающий свет — то есть свет благословенного Эйн Соф, окружающий парцуф Гальгальта де-АК.</w:t>
      </w:r>
    </w:p>
    <w:p>
      <w:pPr>
        <w:spacing w:before="40" w:after="120"/>
        <w:jc w:val="both"/>
      </w:pPr>
      <w:r>
        <w:rPr>
          <w:rFonts w:ascii="Georgia" w:hAnsi="Georgia"/>
          <w:b w:val="0"/>
          <w:i w:val="0"/>
          <w:color w:val="000000"/>
          <w:sz w:val="24"/>
        </w:rPr>
        <w:t>Однако остальные четыре окружающих света — а именно: окружающий свет парцуфа АБ от Гальгальты, окружающий свет парцуфа САГ от рош де-АБ и два окружающих света для МА и БОН от рош де-САГ — все они скрылись и ушли из пяти парцуфим БОН со времени подъема нижней хэй в никвей эйнаим, как сказано выше. Ведь свет Кетера де-Гальгальта, служивший в АК окружающим светом для АБ, скрылся от АБ де-Некудим, поскольку он вновь вышел из Гальгальты де-БОН; и тем более он больше совершенно не светит парцуфу АБ де-Некудим даже в качестве окружающего света. Подобным же образом после того, как ГАР ушли из самой рош де-АБ, он, разумеется, скрылся полностью и не светит парцуфу САГ даже окружающим светом. И так же после того, как ГАР ушли из рош де-САГ, полностью исчезли оба окружающих света для МА и БОН.</w:t>
      </w:r>
    </w:p>
    <w:p>
      <w:pPr>
        <w:spacing w:before="40" w:after="120"/>
        <w:jc w:val="both"/>
      </w:pPr>
      <w:r>
        <w:rPr>
          <w:rFonts w:ascii="Georgia" w:hAnsi="Georgia"/>
          <w:b w:val="0"/>
          <w:i w:val="0"/>
          <w:color w:val="000000"/>
          <w:sz w:val="24"/>
        </w:rPr>
        <w:t>И вот ты видишь, что из всех пяти окружающих светов де-АК в пяти парцуфим Некудим не осталось ничего, кроме первого окружающего света — от благословенного Эйн Соф. И пойми как следует, что только этот окружающий свет благословенного Эйн Соф светит каждому из пяти парцуфим одинаково. Иными словами, он совершенно не делает различий между изменениями масахов, по которым определяются пять ступеней. Причина в том, что он никогда не входил даже в величайшую из них — то есть в четвертую стадию (бхина далет) экрана, являющуюся парцуфом Гальгальта де-АК, и тем более в менее возвышенные ступени. И потому он вовсе не различает пяти ступеней, возникающих вследствие очищения экрана (издохехут), так что малое и великое перед ним равны, и он светит всем абсолютно одинаковым свечением, без малейшей разницы. Запомни же это как следует.</w:t>
      </w:r>
    </w:p>
    <w:p>
      <w:pPr>
        <w:spacing w:before="40" w:after="120"/>
        <w:jc w:val="both"/>
      </w:pPr>
      <w:r>
        <w:rPr>
          <w:rFonts w:ascii="Georgia" w:hAnsi="Georgia"/>
          <w:b w:val="0"/>
          <w:i w:val="0"/>
          <w:color w:val="000000"/>
          <w:sz w:val="24"/>
        </w:rPr>
        <w:t>И пойми также, что эти четыре окружающих света, скрывшиеся из пяти парцуфим Некудим, скрылись только для каждого нижнего из этих пяти парцуфим; однако они, безусловно, остаются по меньшей мере окружающим светом для самого высшего — то есть на том самом месте, где прежде были внутренним светом. Ведь тебе уже известно, что внутренний свет рош де-Гальгальта де-АК служил прямым окружающим светом для АБ де-АК. И так же внутренний свет рош де-АБ де-АК служил прямым окружающим светом для парцуфа САГ де-АК и так далее, как написано в «Паним Меирот» в предыдущей ветви (см. там).</w:t>
      </w:r>
    </w:p>
    <w:p>
      <w:pPr>
        <w:spacing w:before="40" w:after="120"/>
        <w:jc w:val="both"/>
      </w:pPr>
      <w:r>
        <w:rPr>
          <w:rFonts w:ascii="Georgia" w:hAnsi="Georgia"/>
          <w:b w:val="0"/>
          <w:i w:val="0"/>
          <w:color w:val="000000"/>
          <w:sz w:val="24"/>
        </w:rPr>
        <w:t>И оказывается, что здесь, в пяти парцуфим Некудим, внутренний свет Гальгальты де-Некудим стал окружающим светом для самой Гальгальты. Ведь теперь он не может облачиться в Гальгальту де-Некудим из-за подъема нижней хэй в никвей эйнаим, и потому стал окружающим светом для самой Гальгальты. Таким образом, тот окружающий свет, который в АК служил для АБ, теперь стал окружающим светом в самой Гальгальте, а нынешний АБ остался вообще без окружающего света со стороны Гальгальты. Подобным же образом внутренний свет АБ превратился в окружающий свет в самом АБ, а САГ остался вообще без окружающего света со стороны своего высшего — то есть АБ. И точно так же внутренний свет САГ превратился в окружающий свет для самого САГ, а МА и БОН остались без окружающего света со стороны своего высшего. И пойми это как следует. И ты обнаруживаешь, что каждый из четырех парцуфим — АБ, САГ, МА, БОН — утратил прямой окружающий свет, который был у него со стороны его высшего, и не осталось у них ничего, кроме прямого окружающего света от благословенного Эйн Соф, поскольку он светит всем одинаково, как сказано выше. Однако, как было объяснено, эти скрывшиеся внутренние света превратились в окружающие света для каждого высшего самого по себе.</w:t>
      </w:r>
    </w:p>
    <w:p>
      <w:pPr>
        <w:spacing w:before="40" w:after="120"/>
        <w:jc w:val="both"/>
      </w:pPr>
      <w:r>
        <w:rPr>
          <w:rFonts w:ascii="Georgia" w:hAnsi="Georgia"/>
          <w:b w:val="0"/>
          <w:i w:val="0"/>
          <w:color w:val="000000"/>
          <w:sz w:val="24"/>
        </w:rPr>
        <w:t>И знай, что они называются отраженным окружающим светом. Это значит, что они уже были в том же самом парцуфе облачены во внутреннюю часть келим, но вновь вышли из келим и стали окружающим светом над теми келим по причине подъема нижней хэй в никвей эйнаим, как сказано. Он называется также окружающим светом уровня хая, потому что от этих окружающих светов исходит тайна оживления мертвых (тхият а-метим), как будет с Б-жьей помощью написано в своем месте.</w:t>
      </w:r>
    </w:p>
    <w:p>
      <w:pPr>
        <w:spacing w:before="40" w:after="120"/>
        <w:jc w:val="both"/>
      </w:pPr>
      <w:r>
        <w:rPr>
          <w:rFonts w:ascii="Georgia" w:hAnsi="Georgia"/>
          <w:b w:val="0"/>
          <w:i w:val="0"/>
          <w:color w:val="000000"/>
          <w:sz w:val="24"/>
        </w:rPr>
        <w:t>И это то, о чем сказано [Учителем], что от табура и ниже де-АК не может быть больше двух окружающих светов. То есть по два окружающих света для каждого парцуфа: один окружающий свет от благословенного Эйн Соф, который светит всем ступеням одинаково, без всякого различия, и называется окружающим светом уровня ехида или прямым окружающим светом. А второй окружающий свет — это тот самый внутренний свет, который скрылся и вышел со ступени и превратился в окружающий свет снаружи от нее; он называется окружающим светом уровня хая или отраженным окружающим светом, как сказано выше.</w:t>
      </w:r>
    </w:p>
    <w:p>
      <w:pPr>
        <w:spacing w:before="40" w:after="120"/>
        <w:jc w:val="both"/>
      </w:pPr>
      <w:r>
        <w:rPr>
          <w:rFonts w:ascii="Georgia" w:hAnsi="Georgia"/>
          <w:b w:val="0"/>
          <w:i w:val="0"/>
          <w:color w:val="000000"/>
          <w:sz w:val="24"/>
        </w:rPr>
        <w:t>И именно поэтому [Учитель] сравнивает его (в пункте 5) с истоком родника: «сообразно высоте того места и истока, откуда вода берет начало, она способна затем подняться, и хотя бы она опустилась в самую глубокую впадину... Так же обстоит дело и здесь: после того как этот свет вошел и снова стал подниматься, у него уже нет силы подняться выше, чем до рош де-Кетер...» — до конца цитаты. Ведь вопрос заключался в том, что если этому внутреннему свету в итоге все равно суждено было вновь выйти из кли и стать окружающим светом снаружи, то зачем ему с самого начала нужно было входить, становясь внутренним светом и облачаясь во внутреннюю часть келим? Иначе говоря, зачем ГАР в пяти парцуфим АК нужно было входить в качестве внутреннего света, а затем вновь выходить из пяти парцуфим БОН (и точно так же в Ацилуте)? Ведь если главный замысел неизбежно состоял в том, чтобы они не облачались как внутренний свет, а пребывали так, как они находятся сейчас в мире Исправления, то зачем им нужно было предварительно облачаться внутренним светом в парцуфим АК?</w:t>
      </w:r>
    </w:p>
    <w:p>
      <w:pPr>
        <w:spacing w:before="40" w:after="120"/>
        <w:jc w:val="both"/>
      </w:pPr>
      <w:r>
        <w:rPr>
          <w:rFonts w:ascii="Georgia" w:hAnsi="Georgia"/>
          <w:b w:val="0"/>
          <w:i w:val="0"/>
          <w:color w:val="000000"/>
          <w:sz w:val="24"/>
        </w:rPr>
        <w:t>И на это он отвечает, приводя сравнение с истоком родника: когда мы хотим провести родник через глубокое место в самой низине и вывести его оттуда на желаемую возвышенность, нам необходимо поднять исток родника на такую высоту, которая соответствовала бы высоте того места, куда мы хотим направить воды. Тогда можно провести воду через глубину, и благодаря тому, что изначально у них высокий исток, мы уверены, что они сами по себе обретут силу и мощь вновь подняться из глубины на ту же прежнюю высоту. Так же обстоит дело и здесь: благодаря тому, что для этих ГАР была сделана подготовка — чтобы они предварительно находились внутри кли как внутренний свет на уровне Кетера каждого частного парцуфа из пяти парцуфим, — хотя они затем вновь скрылись из них и стали окружающими светами снаружи, тем не менее для них уже укоренился корень высоты на уровне Кетера каждого парцуфа. И мы уверены, что ГАР вернутся на свое место, как было в АК, и нисколько не повредятся на протяжении шести тысяч лет, хотя и опустились очень глубоко со своей ступени. Ведь благодаря тому, что для них был подготовлен корень и исток в столь высоком и возвышенном Кетере, в конечном счете они обязательно вернутся туда, как было вначале.</w:t>
      </w:r>
    </w:p>
    <w:p>
      <w:pPr>
        <w:spacing w:before="40" w:after="120"/>
        <w:jc w:val="both"/>
      </w:pPr>
      <w:r>
        <w:rPr>
          <w:rFonts w:ascii="Georgia" w:hAnsi="Georgia"/>
          <w:b w:val="0"/>
          <w:i w:val="0"/>
          <w:color w:val="000000"/>
          <w:sz w:val="24"/>
        </w:rPr>
        <w:t>Однако тем временем [в состоянии разбиения], ради того чтобы нижние смогли получить [свет], возникла необходимость уменьшить свет до самых низших ступеней, так чтобы нижние смогли его принять. И поэтому четыре прямых окружающих света — хая, нешама, руах, нефеш — скрылись из пяти парцуфим Некудим, и не осталось от них ничего, кроме окружающего света благословенного Эйн Соф, окружающего Кетер, что представляет собой прямой свет уровня ехида, как сказано. И пойми это как следует. Остальное содержание ветви с Б-жьей помощью разъяснится ниже.</w:t>
      </w:r>
    </w:p>
    <w:p>
      <w:r>
        <w:br w:type="page"/>
      </w:r>
    </w:p>
    <w:p>
      <w:pPr>
        <w:keepNext/>
        <w:spacing w:before="360" w:after="160"/>
        <w:jc w:val="center"/>
      </w:pPr>
      <w:r>
        <w:rPr>
          <w:rFonts w:ascii="Georgia" w:hAnsi="Georgia"/>
          <w:b w:val="0"/>
          <w:i w:val="0"/>
          <w:color w:val="000000"/>
          <w:sz w:val="40"/>
        </w:rPr>
        <w:t>Ветвь 50</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До сих пор мы говорили о мире Ацилут в целом, а теперь поговорим о частностях. Ведь и в десяти частных сфирот самого АА есть буквально все то же самое: сначала в Кетер в нем вошли свойства внутреннего и окружающего света, а из внутреннего света через волосы вышел отраженный свет. Затем из Есод де-Кетер де-АА [свет] выходит из внутреннего света к ХУБ в нем — все точно так же, как и в общих десяти сфирот, включающих весь мир Ацилут. И не нужно распространяться об этом, так как все это само собой понятно для всех частных деталей Ацилут.</w:t>
      </w:r>
    </w:p>
    <w:p>
      <w:pPr>
        <w:spacing w:before="40" w:after="120"/>
        <w:jc w:val="both"/>
      </w:pPr>
      <w:r>
        <w:rPr>
          <w:rFonts w:ascii="Georgia" w:hAnsi="Georgia"/>
          <w:b w:val="0"/>
          <w:i w:val="0"/>
          <w:color w:val="000000"/>
          <w:sz w:val="24"/>
        </w:rPr>
        <w:t>2) Однако мы должны уведомить тебя, что есть различие между тремя первыми сфирами Ацилута и ЗАТ Ацилута. И точно так же есть различие между ГАР де-АА и ЗАТ в нем, и так же в Абе, и в Име, и в ЗА, и в Нукве де-ЗА — как я уже отмечал ранее: все, что есть в общем, в точности есть и в частном, и не нужно распространяться об этом.</w:t>
      </w:r>
    </w:p>
    <w:p>
      <w:pPr>
        <w:spacing w:before="40" w:after="120"/>
        <w:jc w:val="both"/>
      </w:pPr>
      <w:r>
        <w:rPr>
          <w:rFonts w:ascii="Georgia" w:hAnsi="Georgia"/>
          <w:b w:val="0"/>
          <w:i w:val="0"/>
          <w:color w:val="000000"/>
          <w:sz w:val="24"/>
        </w:rPr>
        <w:t>3) Дело в том, что ГАР не нуждаются друг в друге: ведь тот окружающий свет, который возвращается снизу вверх в Кетере или в ХУБ, окружает только один Кетер, или только одну Хохму, или только одну Бину. Однако высший окружающий свет Кетера, [идущий] путем прямого света сверху вниз, включает весь Ацилут от Кетера и ниже.</w:t>
      </w:r>
    </w:p>
    <w:p>
      <w:pPr>
        <w:spacing w:before="40" w:after="120"/>
        <w:jc w:val="both"/>
      </w:pPr>
      <w:r>
        <w:rPr>
          <w:rFonts w:ascii="Georgia" w:hAnsi="Georgia"/>
          <w:b w:val="0"/>
          <w:i w:val="0"/>
          <w:color w:val="000000"/>
          <w:sz w:val="24"/>
        </w:rPr>
        <w:t>4) Каким образом? окружающий свет Кетера окружает от Кетера до конца всего Ацилута. окружающий свет Хохмы окружает от Хохмы до конца Ацилута. И точно так же окружающий свет Бины окружает от нее и ниже, до конца Ацилута. И все это — окружающий свет, [происходящий] от прямого света. Но окружающий свет, [происходящий] от отраженного света [и поднимающийся] снизу вверх, окружает только того, из кого выходит и возвращается, поднимаясь [вверх]. Как именно? Ведь возвращающийся окружающий свет волос Кетера окружает только один Кетер, [окружающий свет волос] Хохмы — Хохму, а Бины — Бину. Однако в ЗАТ нет отдельного окружающего света для каждой [сфиры]: то есть не так, чтобы свет входил в Хесед и от него образовывался окружающий свет от него и ниже, до конца всего Ацилута, а из его внутренней части свет выходил бы к Гвуре и разделялся надвое — на внутренний свет и окружающий свет, и точно так же из Гвуры к Тиферет и тому подобное. Нет, дело обстоит иначе: из Бины вышел один свет и разделился надвое — половина его осталась в качестве прямого окружающего света для всех них, а половина вошла в качестве внутреннего света внутрь всех ВАК вместе. А затем из Есод де-ЗА выходит свет и разделяется: половина идет на внутренний свет для Нуквы, а половина — на ее прямой окружающий свет. И необходимо дать этому объяснение, и благодаря ему разъяснится заповедь о начатке стрижки овец (</w:t>
      </w:r>
      <w:r>
        <w:rPr>
          <w:rFonts w:ascii="Georgia" w:hAnsi="Georgia"/>
          <w:b w:val="0"/>
          <w:i/>
          <w:color w:val="000000"/>
          <w:sz w:val="24"/>
        </w:rPr>
        <w:t>решит а-гез</w:t>
      </w:r>
      <w:r>
        <w:rPr>
          <w:rFonts w:ascii="Georgia" w:hAnsi="Georgia"/>
          <w:b w:val="0"/>
          <w:i w:val="0"/>
          <w:color w:val="000000"/>
          <w:sz w:val="24"/>
        </w:rPr>
        <w:t>), отдаваемом коэну.</w:t>
      </w:r>
    </w:p>
    <w:p>
      <w:pPr>
        <w:spacing w:before="40" w:after="120"/>
        <w:jc w:val="both"/>
      </w:pPr>
      <w:r>
        <w:rPr>
          <w:rFonts w:ascii="Georgia" w:hAnsi="Georgia"/>
          <w:b w:val="0"/>
          <w:i w:val="0"/>
          <w:color w:val="000000"/>
          <w:sz w:val="24"/>
        </w:rPr>
        <w:t>5) И сначала мы объясним алфавит АТ-БАХ (</w:t>
      </w:r>
      <w:r>
        <w:rPr>
          <w:rFonts w:ascii="Georgia" w:hAnsi="Georgia" w:cs="Times New Roman"/>
          <w:b/>
          <w:i w:val="0"/>
          <w:color w:val="000000"/>
          <w:sz w:val="24"/>
          <w:rtl/>
          <w:szCs w:val="32"/>
        </w:rPr>
        <w:t>א״ט ב״ח ג״ז ד״ו</w:t>
      </w:r>
      <w:r>
        <w:rPr>
          <w:rFonts w:ascii="Georgia" w:hAnsi="Georgia"/>
          <w:b w:val="0"/>
          <w:i w:val="0"/>
          <w:color w:val="000000"/>
          <w:sz w:val="24"/>
        </w:rPr>
        <w:t xml:space="preserve"> и т.д.), ведь он говорит о тайне упомянутых окружающих светов. Так вот, [сочетание] алеф-тэт (</w:t>
      </w:r>
      <w:r>
        <w:rPr>
          <w:rFonts w:ascii="Georgia" w:hAnsi="Georgia" w:cs="Times New Roman"/>
          <w:b/>
          <w:i w:val="0"/>
          <w:color w:val="000000"/>
          <w:sz w:val="24"/>
          <w:rtl/>
          <w:szCs w:val="32"/>
        </w:rPr>
        <w:t>א״ט</w:t>
      </w:r>
      <w:r>
        <w:rPr>
          <w:rFonts w:ascii="Georgia" w:hAnsi="Georgia"/>
          <w:b w:val="0"/>
          <w:i w:val="0"/>
          <w:color w:val="000000"/>
          <w:sz w:val="24"/>
        </w:rPr>
        <w:t>) относится к Кетер и указывает, что Кетер — это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 1) из пары алеф-тэт: это намекает, что лишь у него одного есть один собственный окружающий свет, а девять [сфирот], находящиеся под ним (буква тэт, </w:t>
      </w:r>
      <w:r>
        <w:rPr>
          <w:rFonts w:ascii="Georgia" w:hAnsi="Georgia" w:cs="Times New Roman"/>
          <w:b/>
          <w:i w:val="0"/>
          <w:color w:val="000000"/>
          <w:sz w:val="24"/>
          <w:rtl/>
          <w:szCs w:val="32"/>
        </w:rPr>
        <w:t>ט</w:t>
      </w:r>
      <w:r>
        <w:rPr>
          <w:rFonts w:ascii="Georgia" w:hAnsi="Georgia"/>
          <w:b w:val="0"/>
          <w:i w:val="0"/>
          <w:color w:val="000000"/>
          <w:sz w:val="24"/>
        </w:rPr>
        <w:t xml:space="preserve"> = 9), отделены от него и не входят в его окружающий свет. И в этом смысл пары алеф-тэт: одна [сфира] отдельно, и девять [сфирот] отдельно. И точно так же буквы бэт-хэт (</w:t>
      </w:r>
      <w:r>
        <w:rPr>
          <w:rFonts w:ascii="Georgia" w:hAnsi="Georgia" w:cs="Times New Roman"/>
          <w:b/>
          <w:i w:val="0"/>
          <w:color w:val="000000"/>
          <w:sz w:val="24"/>
          <w:rtl/>
          <w:szCs w:val="32"/>
        </w:rPr>
        <w:t>ב״ח</w:t>
      </w:r>
      <w:r>
        <w:rPr>
          <w:rFonts w:ascii="Georgia" w:hAnsi="Georgia"/>
          <w:b w:val="0"/>
          <w:i w:val="0"/>
          <w:color w:val="000000"/>
          <w:sz w:val="24"/>
        </w:rPr>
        <w:t xml:space="preserve">) относятся к Хохме: ведь у Хохмы, являющейся второй [сфирой] (буква бэт, </w:t>
      </w:r>
      <w:r>
        <w:rPr>
          <w:rFonts w:ascii="Georgia" w:hAnsi="Georgia" w:cs="Times New Roman"/>
          <w:b/>
          <w:i w:val="0"/>
          <w:color w:val="000000"/>
          <w:sz w:val="24"/>
          <w:rtl/>
          <w:szCs w:val="32"/>
        </w:rPr>
        <w:t>ב</w:t>
      </w:r>
      <w:r>
        <w:rPr>
          <w:rFonts w:ascii="Georgia" w:hAnsi="Georgia"/>
          <w:b w:val="0"/>
          <w:i w:val="0"/>
          <w:color w:val="000000"/>
          <w:sz w:val="24"/>
        </w:rPr>
        <w:t xml:space="preserve"> = 2), есть один собственный окружающий свет, а остальные восемь сфирот под ней (буква хэт, </w:t>
      </w:r>
      <w:r>
        <w:rPr>
          <w:rFonts w:ascii="Georgia" w:hAnsi="Georgia" w:cs="Times New Roman"/>
          <w:b/>
          <w:i w:val="0"/>
          <w:color w:val="000000"/>
          <w:sz w:val="24"/>
          <w:rtl/>
          <w:szCs w:val="32"/>
        </w:rPr>
        <w:t>ח</w:t>
      </w:r>
      <w:r>
        <w:rPr>
          <w:rFonts w:ascii="Georgia" w:hAnsi="Georgia"/>
          <w:b w:val="0"/>
          <w:i w:val="0"/>
          <w:color w:val="000000"/>
          <w:sz w:val="24"/>
        </w:rPr>
        <w:t xml:space="preserve"> = 8) отделены от нее — и в этом суть букв бэт-хэт. [Сочетание] гимель-зайн (</w:t>
      </w:r>
      <w:r>
        <w:rPr>
          <w:rFonts w:ascii="Georgia" w:hAnsi="Georgia" w:cs="Times New Roman"/>
          <w:b/>
          <w:i w:val="0"/>
          <w:color w:val="000000"/>
          <w:sz w:val="24"/>
          <w:rtl/>
          <w:szCs w:val="32"/>
        </w:rPr>
        <w:t>ג״ז</w:t>
      </w:r>
      <w:r>
        <w:rPr>
          <w:rFonts w:ascii="Georgia" w:hAnsi="Georgia"/>
          <w:b w:val="0"/>
          <w:i w:val="0"/>
          <w:color w:val="000000"/>
          <w:sz w:val="24"/>
        </w:rPr>
        <w:t xml:space="preserve">) относится к Бине: ведь Бина, будучи третьей [сфирой] (буква гимель, </w:t>
      </w:r>
      <w:r>
        <w:rPr>
          <w:rFonts w:ascii="Georgia" w:hAnsi="Georgia" w:cs="Times New Roman"/>
          <w:b/>
          <w:i w:val="0"/>
          <w:color w:val="000000"/>
          <w:sz w:val="24"/>
          <w:rtl/>
          <w:szCs w:val="32"/>
        </w:rPr>
        <w:t>ג</w:t>
      </w:r>
      <w:r>
        <w:rPr>
          <w:rFonts w:ascii="Georgia" w:hAnsi="Georgia"/>
          <w:b w:val="0"/>
          <w:i w:val="0"/>
          <w:color w:val="000000"/>
          <w:sz w:val="24"/>
        </w:rPr>
        <w:t xml:space="preserve"> = 3), отделена от семи [сфирот], находящихся под ней (буква зайн, </w:t>
      </w:r>
      <w:r>
        <w:rPr>
          <w:rFonts w:ascii="Georgia" w:hAnsi="Georgia" w:cs="Times New Roman"/>
          <w:b/>
          <w:i w:val="0"/>
          <w:color w:val="000000"/>
          <w:sz w:val="24"/>
          <w:rtl/>
          <w:szCs w:val="32"/>
        </w:rPr>
        <w:t>ז</w:t>
      </w:r>
      <w:r>
        <w:rPr>
          <w:rFonts w:ascii="Georgia" w:hAnsi="Georgia"/>
          <w:b w:val="0"/>
          <w:i w:val="0"/>
          <w:color w:val="000000"/>
          <w:sz w:val="24"/>
        </w:rPr>
        <w:t xml:space="preserve"> = 7), — и в этом смысл гимель-зайн.</w:t>
      </w:r>
    </w:p>
    <w:p>
      <w:pPr>
        <w:spacing w:before="40" w:after="120"/>
        <w:jc w:val="both"/>
      </w:pPr>
      <w:r>
        <w:rPr>
          <w:rFonts w:ascii="Georgia" w:hAnsi="Georgia"/>
          <w:b w:val="0"/>
          <w:i w:val="0"/>
          <w:color w:val="000000"/>
          <w:sz w:val="24"/>
        </w:rPr>
        <w:t>Однако ЗАТ связаны все вместе друг с другом, и Хесед не отделен от ЗАТ собственным окружающим светом — Но первый [свет] Хеседа окружает все семь [сфирот] вместе без разделения и связывает их воедино. И получается, что окружающий свет Хеседа, первого из ЗАТ, окружает их всех вместе, и все они включаются в него. В этом и заключается смысл тайны начатка стрижки (</w:t>
      </w:r>
      <w:r>
        <w:rPr>
          <w:rFonts w:ascii="Georgia" w:hAnsi="Georgia"/>
          <w:b w:val="0"/>
          <w:i/>
          <w:color w:val="000000"/>
          <w:sz w:val="24"/>
        </w:rPr>
        <w:t>решит а-гез</w:t>
      </w:r>
      <w:r>
        <w:rPr>
          <w:rFonts w:ascii="Georgia" w:hAnsi="Georgia"/>
          <w:b w:val="0"/>
          <w:i w:val="0"/>
          <w:color w:val="000000"/>
          <w:sz w:val="24"/>
        </w:rPr>
        <w:t xml:space="preserve">, </w:t>
      </w:r>
      <w:r>
        <w:rPr>
          <w:rFonts w:ascii="Georgia" w:hAnsi="Georgia" w:cs="Times New Roman"/>
          <w:b/>
          <w:i w:val="0"/>
          <w:color w:val="000000"/>
          <w:sz w:val="24"/>
          <w:rtl/>
          <w:szCs w:val="32"/>
        </w:rPr>
        <w:t>רֵאשִׁית הַגֵּז</w:t>
      </w:r>
      <w:r>
        <w:rPr>
          <w:rFonts w:ascii="Georgia" w:hAnsi="Georgia"/>
          <w:b w:val="0"/>
          <w:i w:val="0"/>
          <w:color w:val="000000"/>
          <w:sz w:val="24"/>
        </w:rPr>
        <w:t xml:space="preserve">), отдаваемого коэну: ведь от третьей [сфиры] (буква гимель, </w:t>
      </w:r>
      <w:r>
        <w:rPr>
          <w:rFonts w:ascii="Georgia" w:hAnsi="Georgia" w:cs="Times New Roman"/>
          <w:b/>
          <w:i w:val="0"/>
          <w:color w:val="000000"/>
          <w:sz w:val="24"/>
          <w:rtl/>
          <w:szCs w:val="32"/>
        </w:rPr>
        <w:t>ג</w:t>
      </w:r>
      <w:r>
        <w:rPr>
          <w:rFonts w:ascii="Georgia" w:hAnsi="Georgia"/>
          <w:b w:val="0"/>
          <w:i w:val="0"/>
          <w:color w:val="000000"/>
          <w:sz w:val="24"/>
        </w:rPr>
        <w:t xml:space="preserve"> = 3), то есть от Бины, выходит один окружающий свет ко всем семи сфирот (буква зайн, </w:t>
      </w:r>
      <w:r>
        <w:rPr>
          <w:rFonts w:ascii="Georgia" w:hAnsi="Georgia" w:cs="Times New Roman"/>
          <w:b/>
          <w:i w:val="0"/>
          <w:color w:val="000000"/>
          <w:sz w:val="24"/>
          <w:rtl/>
          <w:szCs w:val="32"/>
        </w:rPr>
        <w:t>ז</w:t>
      </w:r>
      <w:r>
        <w:rPr>
          <w:rFonts w:ascii="Georgia" w:hAnsi="Georgia"/>
          <w:b w:val="0"/>
          <w:i w:val="0"/>
          <w:color w:val="000000"/>
          <w:sz w:val="24"/>
        </w:rPr>
        <w:t xml:space="preserve"> = 7), на что и указывают буквы слова «стрижка» (</w:t>
      </w:r>
      <w:r>
        <w:rPr>
          <w:rFonts w:ascii="Georgia" w:hAnsi="Georgia"/>
          <w:b w:val="0"/>
          <w:i/>
          <w:color w:val="000000"/>
          <w:sz w:val="24"/>
        </w:rPr>
        <w:t>гез</w:t>
      </w:r>
      <w:r>
        <w:rPr>
          <w:rFonts w:ascii="Georgia" w:hAnsi="Georgia"/>
          <w:b w:val="0"/>
          <w:i w:val="0"/>
          <w:color w:val="000000"/>
          <w:sz w:val="24"/>
        </w:rPr>
        <w:t xml:space="preserve">, </w:t>
      </w:r>
      <w:r>
        <w:rPr>
          <w:rFonts w:ascii="Georgia" w:hAnsi="Georgia" w:cs="Times New Roman"/>
          <w:b/>
          <w:i w:val="0"/>
          <w:color w:val="000000"/>
          <w:sz w:val="24"/>
          <w:rtl/>
          <w:szCs w:val="32"/>
        </w:rPr>
        <w:t>גֵּז</w:t>
      </w:r>
      <w:r>
        <w:rPr>
          <w:rFonts w:ascii="Georgia" w:hAnsi="Georgia"/>
          <w:b w:val="0"/>
          <w:i w:val="0"/>
          <w:color w:val="000000"/>
          <w:sz w:val="24"/>
        </w:rPr>
        <w:t>) — гимель-зайн (</w:t>
      </w:r>
      <w:r>
        <w:rPr>
          <w:rFonts w:ascii="Georgia" w:hAnsi="Georgia" w:cs="Times New Roman"/>
          <w:b/>
          <w:i w:val="0"/>
          <w:color w:val="000000"/>
          <w:sz w:val="24"/>
          <w:rtl/>
          <w:szCs w:val="32"/>
        </w:rPr>
        <w:t>ג״ז</w:t>
      </w:r>
      <w:r>
        <w:rPr>
          <w:rFonts w:ascii="Georgia" w:hAnsi="Georgia"/>
          <w:b w:val="0"/>
          <w:i w:val="0"/>
          <w:color w:val="000000"/>
          <w:sz w:val="24"/>
        </w:rPr>
        <w:t>). Все это отдается коэну, который представляет собой Хесед, чтобы весь окружающий свет семи [сфирот], исходящих из третьей [сфиры] (что и служит разъяснением букв гимель-зайн), полностью включился в Хесед, являющийся коэном.</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«Ведь сначала в Кетер в нем вошли свойства внутреннего и окружающего света, а из внутреннего света вышел отраженный свет и т.д.»</w:t>
      </w:r>
      <w:r>
        <w:rPr>
          <w:rFonts w:ascii="Georgia" w:hAnsi="Georgia"/>
          <w:b w:val="0"/>
          <w:i w:val="0"/>
          <w:color w:val="000000"/>
          <w:sz w:val="24"/>
        </w:rPr>
        <w:t xml:space="preserve"> — и так же [Учитель] говорит в предыдущей ветви, в пункте 6, относительно общности десяти сфирот, включающих весь мир Ацилут, и вот его слова: «А затем из Есод де-АА и т.д. хасадим справа передаются Абе и т.д., а гвурот передаются Име и т.д. Кроме того, правый свет Абы, вошедший в него в качестве внутреннего света, затем выходит наружу через собственный Есод Абы: половина его входит в качестве внутреннего света в Иму, а половина остается в качестве окружающего света для Имы. И теперь ты поймешь, что как Има получает от Кетера, то есть от АА, точно так же она получает и от самого Абы и нуждается в нем, и пойми это», до сих пор его слова, смотри там внимательно. И ты поймешь все это из объясненного в «Паним Меирот» в предыдущей ветви: от корня, предшествовавшего МАН, то есть в пяти парцуфим Гальгальта, АБ, САГ, МА и БОН де-АК — как частных, так и общих, — есть пять внутренних и пять окружающих [светов], так как внутренний свет каждого высшего рош становится окружающим светом для нижнего по отношению к нему.</w:t>
      </w:r>
    </w:p>
    <w:p>
      <w:pPr>
        <w:spacing w:before="40" w:after="120"/>
        <w:jc w:val="both"/>
      </w:pPr>
      <w:r>
        <w:rPr>
          <w:rFonts w:ascii="Georgia" w:hAnsi="Georgia"/>
          <w:b w:val="0"/>
          <w:i w:val="0"/>
          <w:color w:val="000000"/>
          <w:sz w:val="24"/>
        </w:rPr>
        <w:t>Однако во втором корне — то есть во время подъема МАН для десяти сфирот [мира] Некудим — скрылись эти окружающие света ешер, которые служили внутренним светом в рош высшего и окружающим светом ешер для нижнего. Это произошло потому, что они вышли из самого рош высшего из его внутренней части наружу в качестве окружающего отраженного света для его собственной сущности, и потому они полностью перестали светить нижнему по отношению к ним: ведь окружающий свет высшего не может светить для нижнего. Ведь только в первом корне, когда они находились в свойстве внутреннего света, облачающегося во внутреннюю часть высшего, этого хватало по крайней мере для того, чтобы светить нижнему снаружи его келим в качестве внешнего свечения. Тогда как во втором корне, когда [свет] и высшему светит не внутри его келим, а снаружи них, от него к нижнему не доходит даже внешнее свечение. И потому от окружающих светов ешер первого корня остался только высший окружающий свет от Бесконечного благословенного, который совершенно не делает различий между ступенями, как сказано выше. Смотри там внимательно. И тебе нужно помнить объясненное в предыдущей ветви: в каждом парцуфе действуют два корня, то есть на нижних обязательно воздействуют все силы, которые уже раскрылись в высших.</w:t>
      </w:r>
    </w:p>
    <w:p>
      <w:pPr>
        <w:spacing w:before="40" w:after="120"/>
        <w:jc w:val="both"/>
      </w:pPr>
      <w:r>
        <w:rPr>
          <w:rFonts w:ascii="Georgia" w:hAnsi="Georgia"/>
          <w:b w:val="0"/>
          <w:i w:val="0"/>
          <w:color w:val="000000"/>
          <w:sz w:val="24"/>
        </w:rPr>
        <w:t>И поэтому, когда высший свет достиг парцуфа Кетер, то есть АА, хотя [свет] уже разделился надвое в силу второго корня, все же сначала на него воздействует первый корень — то есть та сила, что существовала до исправления МАН. И поэтому сначала в него вошли внутренний свет и окружающий свет в совершенстве, подобно тому как это было на его ступени в пяти парцуфим АК. Но затем в нем пробудилась сила второго корня, из-за которой АХАП выходят со ступени; и тогда из него уходит ГАР внутреннего света и выходит наружу в качестве одного лишь окружающего отраженного света, как сказано выше в предыдущей ветви, смотри там внимательно. И об этом [Учитель] сказал: «Ведь сначала в Кетер в нем вошли свойства внутреннего и окружающего света». То есть окружающий свет Кетера притягивается от Бесконечного благословенного, как сказано выше, а его внутренний свет — это вся та мера, которая была на его ступени в первом корне, то есть в Кетер де-АК, представляющем собой полный свет НАРАНХАЙ. И об этом [Учитель] сказал: «а из внутреннего света через волосы вышел отраженный свет» — то есть в силу пробуждения в нем второго корня, когда АХАП ступени отделяются и выходят наружу на ступень нижнего, из него обязательно должна уйти часть ГАР внутреннего света, вошедшая в него сначала; она выходит и светит ему снаружи в качестве окружающего отраженного света, а в его внутреннем свете остаются лишь нефеш и руах. И этот вход и выход порождают волосы головы, как будет сказано на своем месте с Б-жьей помощью. И об этом [Учитель] сказал: «Затем из Есод де-Кетер де-АА выходит внутренний свет к его Хохме и Бине» — то есть нёбо в пэ де-АА, называемое Есод. И он имеет в виду свои слова из предыдущей ветви о том, что из Есод де-АА выходят хасадим и гвурот к парцуфу Аба ве-Има, где хасадим берет Аба, и они делятся на две части: одна — для внутреннего света, а одна — для окружающего света; а гвурот берет Има, и они также делятся на две части: одна — для внутреннего света, а одна — для окружающего света», до сих пор его слова.</w:t>
      </w:r>
    </w:p>
    <w:p>
      <w:pPr>
        <w:spacing w:before="40" w:after="120"/>
        <w:jc w:val="both"/>
      </w:pPr>
      <w:r>
        <w:rPr>
          <w:rFonts w:ascii="Georgia" w:hAnsi="Georgia"/>
          <w:b w:val="0"/>
          <w:i w:val="0"/>
          <w:color w:val="000000"/>
          <w:sz w:val="24"/>
        </w:rPr>
        <w:t>Смысл [здесь в следующем]: подобно тому как было объяснено относительно Кетера, получающего от высшего света внутренний свет и окружающий свет, так же обстоит дело и с Аба ве-Има, которые получают свои света из пэ де-рош де-АА, называемого Кетер; и из внутреннего света, оставшегося в рош де-АА, он передает Аба ве-Има внутренний свет и окружающий свет. При этом окружающий свет представляет собой окружающий свет Бесконечного благословенного, именуемый окружающим светом ехида (макиф де-ехида) — общий окружающий свет, действующий одинаково во всех частных парцуфим, как сказано выше. А внутренний свет Абы он сначала получает по свойству первого корня, то есть как полный внутренний свет НАРАНХАЙ, подобно тому как это было на его ступени в пяти парцуфим АК. А после этого на него воздействует второй корень, отделяющий АХАП де-Аба ве-Има на нижнюю ступень, называемую ИШСУТ, и тогда из него неизбежно вновь уходит ГАР де-НАРАНХАЙ внутреннего света, вошедший в него сначала, и превращается в окружающий отраженный свет для Аба ве-Има. И об этом он сказал там: «И вот, у Кетера есть один общий окружающий свет и один частный окружающий свет; и у Абы есть тот же общий окружающий свет, что и в Кетере, как сказано выше, а также еще один окружающий свет, принадлежащий лишь ему самому, как сказано выше; и то же самое относится к Име», до сих пор его слова. И это соответствует сказанному нами: внутренний свет также вошел в Абу сначала в полном совершенстве НАРАНХАЙ, как на его ступени в пяти парцуфим АК; а затем нешама, хая и ехида возвращаются и уходят из него через волосы его головы и превращаются в окружающий отраженный свет, и во внутреннем свете Абы остается лишь ГАР. И точно так же в Име — поскольку они являются единым парцуфом, подобно парцуфу АБ де-АК, но разделяются по принципу линий на правую и левую сторону, как известно.</w:t>
      </w:r>
    </w:p>
    <w:p>
      <w:pPr>
        <w:spacing w:before="40" w:after="120"/>
        <w:jc w:val="both"/>
      </w:pPr>
      <w:r>
        <w:rPr>
          <w:rFonts w:ascii="Georgia" w:hAnsi="Georgia"/>
          <w:b w:val="0"/>
          <w:i w:val="0"/>
          <w:color w:val="000000"/>
          <w:sz w:val="24"/>
        </w:rPr>
        <w:t>Поэтому они вместе поровну получают свет из пэ де-рош де-АА, подобно АБ де-АК, получающему свет от парцуфа Кетер де-АК, и ни один из них не предшествует другому, как сказано в Зоаре: Аба ве-Има «взвешены как один» (</w:t>
      </w:r>
      <w:r>
        <w:rPr>
          <w:rFonts w:ascii="Georgia" w:hAnsi="Georgia"/>
          <w:b w:val="0"/>
          <w:i/>
          <w:color w:val="000000"/>
          <w:sz w:val="24"/>
        </w:rPr>
        <w:t>шкилей ка-хада</w:t>
      </w:r>
      <w:r>
        <w:rPr>
          <w:rFonts w:ascii="Georgia" w:hAnsi="Georgia"/>
          <w:b w:val="0"/>
          <w:i w:val="0"/>
          <w:color w:val="000000"/>
          <w:sz w:val="24"/>
        </w:rPr>
        <w:t>), как известно. И об этом он сказал там: «И нет различия между ними и т.д.» Итак, разъяснилось, каким образом у каждого есть общий окружающий свет — то есть окружающий свет Бесконечного, называемый окружающим светом ешер, который действует на всех ступенях одинаково. А затем есть частный окружающий свет — то есть внутренний свет, который сначала вошел, а затем снова вышел через его волосы; и этот окружающий свет называется отраженным окружающим светом или окружающим светом хая. И он светит не нижнему, а только высшему — то есть тому самому месту, куда [света] сначала вошли, а затем вышли обратно, но не тому, кто ниже их, как они светили в АК.</w:t>
      </w:r>
    </w:p>
    <w:p>
      <w:pPr>
        <w:spacing w:before="40" w:after="120"/>
        <w:jc w:val="both"/>
      </w:pPr>
      <w:r>
        <w:rPr>
          <w:rFonts w:ascii="Georgia" w:hAnsi="Georgia"/>
          <w:b w:val="0"/>
          <w:i w:val="0"/>
          <w:color w:val="000000"/>
          <w:sz w:val="24"/>
        </w:rPr>
        <w:t>Причина же [заключается в сказанном] выше: внутренний свет высшего может светить и нижнему, но от окружающего света высшего [свечение] к нижнему не доходит, смотри там внимательно. И об этом он сказал там: «Однако поскольку Аба более сокрыт и упрятан (</w:t>
      </w:r>
      <w:r>
        <w:rPr>
          <w:rFonts w:ascii="Georgia" w:hAnsi="Georgia"/>
          <w:b w:val="0"/>
          <w:i/>
          <w:color w:val="000000"/>
          <w:sz w:val="24"/>
        </w:rPr>
        <w:t>тамир ве-ганиз ятир</w:t>
      </w:r>
      <w:r>
        <w:rPr>
          <w:rFonts w:ascii="Georgia" w:hAnsi="Georgia"/>
          <w:b w:val="0"/>
          <w:i w:val="0"/>
          <w:color w:val="000000"/>
          <w:sz w:val="24"/>
        </w:rPr>
        <w:t>), то и правый свет Абы, вошедший в него в качестве внутреннего света, затем выходит наружу через собственный Есод Абы: половина его входит в качестве внутреннего света в Иму, а половина остается снаружи в качестве окружающего света для Имы», до сих пор его слова. И здесь тебе нужно вспомнить объясненное выше в «Паним Меирот», стр. 646, со слов «И тебе нужно понять», смотри там внимательно: как АХАП де-Аба ве-Има выходят на ступень ИШСУТ, а в состоянии гадлута этот ИШСУТ возвращается и поднимается на свое место к высшим Аба ве-Има, чтобы стать свойством Имы, его женской части (Нуквы); и в этом смысл того, что Аба более сокрыт и упрятан, чем Има. Ведь Има спускается вниз как выходящие наружу АХАП и раскрывается в качестве рош и мохин для ЗОН, которые представляют собой раскрытый мир (</w:t>
      </w:r>
      <w:r>
        <w:rPr>
          <w:rFonts w:ascii="Georgia" w:hAnsi="Georgia"/>
          <w:b w:val="0"/>
          <w:i/>
          <w:color w:val="000000"/>
          <w:sz w:val="24"/>
        </w:rPr>
        <w:t>альма де-итгалья</w:t>
      </w:r>
      <w:r>
        <w:rPr>
          <w:rFonts w:ascii="Georgia" w:hAnsi="Georgia"/>
          <w:b w:val="0"/>
          <w:i w:val="0"/>
          <w:color w:val="000000"/>
          <w:sz w:val="24"/>
        </w:rPr>
        <w:t>).</w:t>
      </w:r>
    </w:p>
    <w:p>
      <w:pPr>
        <w:spacing w:before="40" w:after="120"/>
        <w:jc w:val="both"/>
      </w:pPr>
      <w:r>
        <w:rPr>
          <w:rFonts w:ascii="Georgia" w:hAnsi="Georgia"/>
          <w:b w:val="0"/>
          <w:i w:val="0"/>
          <w:color w:val="000000"/>
          <w:sz w:val="24"/>
        </w:rPr>
        <w:t>Тогда как Аба всегда остается наверху в качестве [парцуфа] АБ и оказывается скрытым и упрятанным от нижних, поскольку не спускается, чтобы раскрыться в ЗОН. И вот тогда Аба ве-Има считаются двумя отдельными парцуфим по принципу высшего и нижнего, отца и сына: ведь свойство Кетер и Хохма, оставшееся наверху, называется Аба и представляет собой парцуф АБ, а Има, спустившаяся с АХАП наружу из Абы, называется Има и представляет собой парцуф САГ. И из-за этого получается, что Аба, являющийся АБ, должен теперь передавать Име, являющейся САГ, все ее света — по принципу высшего и нижнего. И об этом он сказал там: «И вот теперь ты поймешь, что как Има получает от Кетера, то есть от АА, так же она получает и от самого Абы и нуждается в нем, и пойми это». То есть согласно сказанному нами: до разделения Аба ве-Има на две ступени высшего и нижнего — АБ и САГ — они оба равны, ведь оба они представляют собой один парцуф, правую и левую сторону АБ. И в таком случае они получают свои света от Кетера, ведь Кетер — это высший по отношению к АБ.</w:t>
      </w:r>
    </w:p>
    <w:p>
      <w:pPr>
        <w:spacing w:before="40" w:after="120"/>
        <w:jc w:val="both"/>
      </w:pPr>
      <w:r>
        <w:rPr>
          <w:rFonts w:ascii="Georgia" w:hAnsi="Georgia"/>
          <w:b w:val="0"/>
          <w:i w:val="0"/>
          <w:color w:val="000000"/>
          <w:sz w:val="24"/>
        </w:rPr>
        <w:t>Тогда как затем, когда они разделяются на два парцуфа, где Има выходит по принципу АХАП, выходящих из АБ на нижнюю ступень, называемую САГ, — парцуф Има, являющийся нижним и представляющий собой САГ, должен теперь получать от парцуфа Аба, являющегося высшим и представляющего собой АБ. И получается, что у Имы есть два аспекта получения света: один аспект — когда она еще пребывает на ступени АБ вместе с Абой, и тогда она получает от Кетера; а второй аспект — после того как она спускается на уровень САГ и становится отдельным парцуфом, нижним по отношению к Абе, и тем самым оказывается получающей от Абы и нуждающейся в нем, ведь у нижнего нет ничего, кроме того, что дает ему его высший. И об этом он сказал там: «И вот, из внутреннего света Абы и т.д., и то же самое относится к Име». Этим он учит нас тому, что все сказанное о парцуфе АА и парцуфе АБ относится и к Име, спустившейся в парцуф САГ: то есть у нее есть общий окружающий свет и частный окружающий свет во всем описанном порядке.</w:t>
      </w:r>
    </w:p>
    <w:p>
      <w:pPr>
        <w:spacing w:before="40" w:after="120"/>
        <w:jc w:val="both"/>
      </w:pPr>
      <w:r>
        <w:rPr>
          <w:rFonts w:ascii="Georgia" w:hAnsi="Georgia"/>
          <w:b w:val="0"/>
          <w:i w:val="0"/>
          <w:color w:val="000000"/>
          <w:sz w:val="24"/>
        </w:rPr>
        <w:t xml:space="preserve">5) </w:t>
      </w:r>
      <w:r>
        <w:rPr>
          <w:rFonts w:ascii="Georgia" w:hAnsi="Georgia"/>
          <w:b/>
          <w:i w:val="0"/>
          <w:color w:val="000000"/>
          <w:sz w:val="24"/>
        </w:rPr>
        <w:t>«И в этом смысл начатка стрижки [овец], отдаваемого коэну: ведь от третьей [сфиры], то есть от Бины, выходит один окружающий свет ко всем ЗАТ»</w:t>
      </w:r>
      <w:r>
        <w:rPr>
          <w:rFonts w:ascii="Georgia" w:hAnsi="Georgia"/>
          <w:b w:val="0"/>
          <w:i w:val="0"/>
          <w:color w:val="000000"/>
          <w:sz w:val="24"/>
        </w:rPr>
        <w:t xml:space="preserve"> — и нужно знать, что все десять сфирот — КАХАБ, ХАГАТ, НЕХИМ — в своем корне в АК представляют собой лишь пять ступеней, а именно: Кетер, Хохма, Бина, Тиферет, Малхут. Однако сфира Тиферет включает в себя ВАК — ХАГАТ и НЕХИ, — как написал Учитель выше на стр. 180, со слов «Таким образом». Однако в ЗАТ де-Некудим эти ЗАТ укоренились как семь отдельных ступеней: три сфиры ХАГАТ стали там тремя линиями — правой, левой и средней — свойства гуф де-АБ, а НЕХИ стали тремя линиями де-САГ, как написал Учитель в ветви 22 в «Паним Меирот», стр. 413, со слов «И теперь», смотри там внимательно. И если так, то, конечно же, в каждой из ЗАТ есть внутренний свет и окружающий свет, ведь нет такого света, в котором не было бы внутреннего и окружающего света. Они также сильно далеки друг от друга: ведь гуф де-АБ не похож на гуф де-САГ, а правая линия не похожа на левую или на среднюю, как все это описано на своем месте.</w:t>
      </w:r>
    </w:p>
    <w:p>
      <w:pPr>
        <w:spacing w:before="40" w:after="120"/>
        <w:jc w:val="both"/>
      </w:pPr>
      <w:r>
        <w:rPr>
          <w:rFonts w:ascii="Georgia" w:hAnsi="Georgia"/>
          <w:b w:val="0"/>
          <w:i w:val="0"/>
          <w:color w:val="000000"/>
          <w:sz w:val="24"/>
        </w:rPr>
        <w:t>Однако вопрос о двух окружающих светах, который разбирает здесь Учитель, относится к тем [светам], что притягиваются от пяти парцуфим АК, как сказано выше, смотри там внимательно. И потому во всех ЗАТ следует различать лишь одну ступень — а именно ступень ЗА, включающую все ВАК вместе, а также Малхут, как известно из предыдущей ветви. И именно поэтому Учитель приводит в конце своих слов [отрывок о] начатке стрижки (</w:t>
      </w:r>
      <w:r>
        <w:rPr>
          <w:rFonts w:ascii="Georgia" w:hAnsi="Georgia"/>
          <w:b w:val="0"/>
          <w:i/>
          <w:color w:val="000000"/>
          <w:sz w:val="24"/>
        </w:rPr>
        <w:t>решит а-гез</w:t>
      </w:r>
      <w:r>
        <w:rPr>
          <w:rFonts w:ascii="Georgia" w:hAnsi="Georgia"/>
          <w:b w:val="0"/>
          <w:i w:val="0"/>
          <w:color w:val="000000"/>
          <w:sz w:val="24"/>
        </w:rPr>
        <w:t xml:space="preserve">, </w:t>
      </w:r>
      <w:r>
        <w:rPr>
          <w:rFonts w:ascii="Georgia" w:hAnsi="Georgia" w:cs="Times New Roman"/>
          <w:b/>
          <w:i w:val="0"/>
          <w:color w:val="000000"/>
          <w:sz w:val="24"/>
          <w:rtl/>
          <w:szCs w:val="32"/>
        </w:rPr>
        <w:t>רֵאשִׁית הַגֵּז</w:t>
      </w:r>
      <w:r>
        <w:rPr>
          <w:rFonts w:ascii="Georgia" w:hAnsi="Georgia"/>
          <w:b w:val="0"/>
          <w:i w:val="0"/>
          <w:color w:val="000000"/>
          <w:sz w:val="24"/>
        </w:rPr>
        <w:t>), отдаваемом коэну. Ведь везде, где упоминается «начаток» (</w:t>
      </w:r>
      <w:r>
        <w:rPr>
          <w:rFonts w:ascii="Georgia" w:hAnsi="Georgia"/>
          <w:b w:val="0"/>
          <w:i/>
          <w:color w:val="000000"/>
          <w:sz w:val="24"/>
        </w:rPr>
        <w:t>решит</w:t>
      </w:r>
      <w:r>
        <w:rPr>
          <w:rFonts w:ascii="Georgia" w:hAnsi="Georgia"/>
          <w:b w:val="0"/>
          <w:i w:val="0"/>
          <w:color w:val="000000"/>
          <w:sz w:val="24"/>
        </w:rPr>
        <w:t xml:space="preserve">, </w:t>
      </w:r>
      <w:r>
        <w:rPr>
          <w:rFonts w:ascii="Georgia" w:hAnsi="Georgia" w:cs="Times New Roman"/>
          <w:b/>
          <w:i w:val="0"/>
          <w:color w:val="000000"/>
          <w:sz w:val="24"/>
          <w:rtl/>
          <w:szCs w:val="32"/>
        </w:rPr>
        <w:t>רֵאשִׁית</w:t>
      </w:r>
      <w:r>
        <w:rPr>
          <w:rFonts w:ascii="Georgia" w:hAnsi="Georgia"/>
          <w:b w:val="0"/>
          <w:i w:val="0"/>
          <w:color w:val="000000"/>
          <w:sz w:val="24"/>
        </w:rPr>
        <w:t>), это указывает на притяжение [света] от Кетера и пяти парцуфим АК, то есть из самого корня. И поэтому там намекается на разделение только ГАР на три отдельные ступени, включенные в Бину, которая передает внутренний свет и окружающий свет всем ЗАТ одновременно. И оказывается, что в них есть лишь один внутренний свет внутри них и один окружающий свет снаружи них, который охватывает кли де-Хесед; а коэн представляет собой Хесед и т.д., и пойми [это]. Остальные слова этой ветви будут разъяснены в следующей ветви с Б-жьей помощью.</w:t>
      </w:r>
    </w:p>
    <w:p>
      <w:r>
        <w:br w:type="page"/>
      </w:r>
    </w:p>
    <w:p>
      <w:pPr>
        <w:keepNext/>
        <w:spacing w:before="360" w:after="160"/>
        <w:jc w:val="center"/>
      </w:pPr>
      <w:r>
        <w:rPr>
          <w:rFonts w:ascii="Georgia" w:hAnsi="Georgia"/>
          <w:b w:val="0"/>
          <w:i w:val="0"/>
          <w:color w:val="000000"/>
          <w:sz w:val="40"/>
        </w:rPr>
        <w:t>Ветвь 51</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В каждой ступени (бхине) есть четыре проявления:</w:t>
      </w:r>
    </w:p>
    <w:p>
      <w:pPr>
        <w:spacing w:before="40" w:after="120"/>
        <w:jc w:val="both"/>
      </w:pPr>
      <w:r>
        <w:rPr>
          <w:rFonts w:ascii="Georgia" w:hAnsi="Georgia"/>
          <w:b w:val="0"/>
          <w:i w:val="0"/>
          <w:color w:val="000000"/>
          <w:sz w:val="24"/>
        </w:rPr>
        <w:t>1 — келим;</w:t>
      </w:r>
    </w:p>
    <w:p>
      <w:pPr>
        <w:spacing w:before="40" w:after="120"/>
        <w:jc w:val="both"/>
      </w:pPr>
      <w:r>
        <w:rPr>
          <w:rFonts w:ascii="Georgia" w:hAnsi="Georgia"/>
          <w:b w:val="0"/>
          <w:i w:val="0"/>
          <w:color w:val="000000"/>
          <w:sz w:val="24"/>
        </w:rPr>
        <w:t>2 — внутренние [света] НАРАН;</w:t>
      </w:r>
    </w:p>
    <w:p>
      <w:pPr>
        <w:spacing w:before="40" w:after="120"/>
        <w:jc w:val="both"/>
      </w:pPr>
      <w:r>
        <w:rPr>
          <w:rFonts w:ascii="Georgia" w:hAnsi="Georgia"/>
          <w:b w:val="0"/>
          <w:i w:val="0"/>
          <w:color w:val="000000"/>
          <w:sz w:val="24"/>
        </w:rPr>
        <w:t>3 — хая, окружающий [свет];</w:t>
      </w:r>
    </w:p>
    <w:p>
      <w:pPr>
        <w:spacing w:before="40" w:after="120"/>
        <w:jc w:val="both"/>
      </w:pPr>
      <w:r>
        <w:rPr>
          <w:rFonts w:ascii="Georgia" w:hAnsi="Georgia"/>
          <w:b w:val="0"/>
          <w:i w:val="0"/>
          <w:color w:val="000000"/>
          <w:sz w:val="24"/>
        </w:rPr>
        <w:t>4 — ехида, окружающий для окружающего [свет].</w:t>
      </w:r>
    </w:p>
    <w:p>
      <w:pPr>
        <w:spacing w:before="40" w:after="120"/>
        <w:jc w:val="both"/>
      </w:pPr>
      <w:r>
        <w:rPr>
          <w:rFonts w:ascii="Georgia" w:hAnsi="Georgia"/>
          <w:b w:val="0"/>
          <w:i w:val="0"/>
          <w:color w:val="000000"/>
          <w:sz w:val="24"/>
        </w:rPr>
        <w:t>И из двух последних ступеней:</w:t>
      </w:r>
    </w:p>
    <w:p>
      <w:pPr>
        <w:spacing w:before="40" w:after="120"/>
        <w:jc w:val="both"/>
      </w:pPr>
      <w:r>
        <w:rPr>
          <w:rFonts w:ascii="Georgia" w:hAnsi="Georgia"/>
          <w:b w:val="0"/>
          <w:i w:val="0"/>
          <w:color w:val="000000"/>
          <w:sz w:val="24"/>
        </w:rPr>
        <w:t xml:space="preserve">первая называется хая — это первый окружающий свет, именуемый также «нешама для нешамы» (душа души); и он происходит от Хохмы, в соответствии со стихом: </w:t>
      </w:r>
      <w:r>
        <w:rPr>
          <w:rFonts w:ascii="Georgia" w:hAnsi="Georgia"/>
          <w:b w:val="0"/>
          <w:i/>
          <w:color w:val="000000"/>
          <w:sz w:val="24"/>
        </w:rPr>
        <w:t>«…мудрость оживляет владеющего ею»</w:t>
      </w:r>
      <w:r>
        <w:rPr>
          <w:rFonts w:ascii="Georgia" w:hAnsi="Georgia"/>
          <w:b w:val="0"/>
          <w:i w:val="0"/>
          <w:color w:val="000000"/>
          <w:sz w:val="24"/>
        </w:rPr>
        <w:t xml:space="preserve"> (Коэлет 7:12), и слово </w:t>
      </w:r>
      <w:r>
        <w:rPr>
          <w:rFonts w:ascii="Georgia" w:hAnsi="Georgia"/>
          <w:b w:val="0"/>
          <w:i/>
          <w:color w:val="000000"/>
          <w:sz w:val="24"/>
        </w:rPr>
        <w:t>хаим</w:t>
      </w:r>
      <w:r>
        <w:rPr>
          <w:rFonts w:ascii="Georgia" w:hAnsi="Georgia"/>
          <w:b w:val="0"/>
          <w:i w:val="0"/>
          <w:color w:val="000000"/>
          <w:sz w:val="24"/>
        </w:rPr>
        <w:t xml:space="preserve"> — «жизнь» (</w:t>
      </w:r>
      <w:r>
        <w:rPr>
          <w:rFonts w:ascii="Georgia" w:hAnsi="Georgia" w:cs="Times New Roman"/>
          <w:b/>
          <w:i w:val="0"/>
          <w:color w:val="000000"/>
          <w:sz w:val="24"/>
          <w:rtl/>
          <w:szCs w:val="32"/>
        </w:rPr>
        <w:t>חַיִּי״ם</w:t>
      </w:r>
      <w:r>
        <w:rPr>
          <w:rFonts w:ascii="Georgia" w:hAnsi="Georgia"/>
          <w:b w:val="0"/>
          <w:i w:val="0"/>
          <w:color w:val="000000"/>
          <w:sz w:val="24"/>
        </w:rPr>
        <w:t xml:space="preserve">) по гематрии равно слову </w:t>
      </w:r>
      <w:r>
        <w:rPr>
          <w:rFonts w:ascii="Georgia" w:hAnsi="Georgia"/>
          <w:b w:val="0"/>
          <w:i/>
          <w:color w:val="000000"/>
          <w:sz w:val="24"/>
        </w:rPr>
        <w:t>хахам</w:t>
      </w:r>
      <w:r>
        <w:rPr>
          <w:rFonts w:ascii="Georgia" w:hAnsi="Georgia"/>
          <w:b w:val="0"/>
          <w:i w:val="0"/>
          <w:color w:val="000000"/>
          <w:sz w:val="24"/>
        </w:rPr>
        <w:t xml:space="preserve"> — «мудрец» (</w:t>
      </w:r>
      <w:r>
        <w:rPr>
          <w:rFonts w:ascii="Georgia" w:hAnsi="Georgia" w:cs="Times New Roman"/>
          <w:b/>
          <w:i w:val="0"/>
          <w:color w:val="000000"/>
          <w:sz w:val="24"/>
          <w:rtl/>
          <w:szCs w:val="32"/>
        </w:rPr>
        <w:t>חָכָם</w:t>
      </w:r>
      <w:r>
        <w:rPr>
          <w:rFonts w:ascii="Georgia" w:hAnsi="Georgia"/>
          <w:b w:val="0"/>
          <w:i w:val="0"/>
          <w:color w:val="000000"/>
          <w:sz w:val="24"/>
        </w:rPr>
        <w:t xml:space="preserve"> = 68).</w:t>
      </w:r>
    </w:p>
    <w:p>
      <w:pPr>
        <w:spacing w:before="40" w:after="120"/>
        <w:jc w:val="both"/>
      </w:pPr>
      <w:r>
        <w:rPr>
          <w:rFonts w:ascii="Georgia" w:hAnsi="Georgia"/>
          <w:b w:val="0"/>
          <w:i w:val="0"/>
          <w:color w:val="000000"/>
          <w:sz w:val="24"/>
        </w:rPr>
        <w:t xml:space="preserve">Вторая же ступень, являющаяся вторым окружающим светом, называется ехида, и она происходит от Кетера. Поскольку у Ариха [Анпина] нет Нуквы, в отличие от ЗА, [этот свет] называется «ехида» («единственная») — и нет второй [рядом с ней], и о ней сказано: </w:t>
      </w:r>
      <w:r>
        <w:rPr>
          <w:rFonts w:ascii="Georgia" w:hAnsi="Georgia"/>
          <w:b w:val="0"/>
          <w:i/>
          <w:color w:val="000000"/>
          <w:sz w:val="24"/>
        </w:rPr>
        <w:t>«Ибо одного призвал Я его…»</w:t>
      </w:r>
      <w:r>
        <w:rPr>
          <w:rFonts w:ascii="Georgia" w:hAnsi="Georgia"/>
          <w:b w:val="0"/>
          <w:i w:val="0"/>
          <w:color w:val="000000"/>
          <w:sz w:val="24"/>
        </w:rPr>
        <w:t xml:space="preserve"> (Йешаяу 51:2).</w:t>
      </w:r>
    </w:p>
    <w:p>
      <w:pPr>
        <w:spacing w:before="40" w:after="120"/>
        <w:jc w:val="both"/>
      </w:pPr>
      <w:r>
        <w:rPr>
          <w:rFonts w:ascii="Georgia" w:hAnsi="Georgia"/>
          <w:b w:val="0"/>
          <w:i w:val="0"/>
          <w:color w:val="000000"/>
          <w:sz w:val="24"/>
        </w:rPr>
        <w:t>В этом же смысл сказанного мудрецами (ХАЗАЛЬ): «Пять имен есть у души», и они соответствуют пяти парцуфим: нефеш — Малхут, руах — Тиферет, нешама — Бина, хая — Хохма, ехида — Кетер.</w:t>
      </w:r>
    </w:p>
    <w:p>
      <w:pPr>
        <w:spacing w:before="40" w:after="120"/>
        <w:jc w:val="both"/>
      </w:pPr>
      <w:r>
        <w:rPr>
          <w:rFonts w:ascii="Georgia" w:hAnsi="Georgia"/>
          <w:b w:val="0"/>
          <w:i w:val="0"/>
          <w:color w:val="000000"/>
          <w:sz w:val="24"/>
        </w:rPr>
        <w:t>И в Малхут присутствуют все эти пять ступеней, потому что сама она — нефеш, а [свет] нефеш от Тиферет светит в ней и служит для Малхут ступенью руах. А нефеш от Бины служит для Малхут ступенью нешама. Нефеш от Хохмы — это «нешама для нешамы» для Малхут. А нефеш от Кетера — ехида для Малхут.</w:t>
      </w:r>
    </w:p>
    <w:p>
      <w:pPr>
        <w:spacing w:before="40" w:after="120"/>
        <w:jc w:val="both"/>
      </w:pPr>
      <w:r>
        <w:rPr>
          <w:rFonts w:ascii="Georgia" w:hAnsi="Georgia"/>
          <w:b w:val="0"/>
          <w:i w:val="0"/>
          <w:color w:val="000000"/>
          <w:sz w:val="24"/>
        </w:rPr>
        <w:t>Точно так же и в Тиферет: ступень руах от Малхут служит для него ступенью нефеш, а сам он — руах; руах от Бины служит для него ступенью нешама, руах от Абы — ступенью хая, а руах от Кетера — ступенью ехида.</w:t>
      </w:r>
    </w:p>
    <w:p>
      <w:pPr>
        <w:spacing w:before="40" w:after="120"/>
        <w:jc w:val="both"/>
      </w:pPr>
      <w:r>
        <w:rPr>
          <w:rFonts w:ascii="Georgia" w:hAnsi="Georgia"/>
          <w:b w:val="0"/>
          <w:i w:val="0"/>
          <w:color w:val="000000"/>
          <w:sz w:val="24"/>
        </w:rPr>
        <w:t>Также и в Бине есть собственные НАРАН, а нешама де-Аба — это хая для нее, и нешама де-АА — ехида для нее.</w:t>
      </w:r>
    </w:p>
    <w:p>
      <w:pPr>
        <w:spacing w:before="40" w:after="120"/>
        <w:jc w:val="both"/>
      </w:pPr>
      <w:r>
        <w:rPr>
          <w:rFonts w:ascii="Georgia" w:hAnsi="Georgia"/>
          <w:b w:val="0"/>
          <w:i w:val="0"/>
          <w:color w:val="000000"/>
          <w:sz w:val="24"/>
        </w:rPr>
        <w:t>Также и в Абе есть эти четыре ступени, кроме ехиды, которую он получает от уровня хая де-АА.</w:t>
      </w:r>
    </w:p>
    <w:p>
      <w:pPr>
        <w:spacing w:before="40" w:after="120"/>
        <w:jc w:val="both"/>
      </w:pPr>
      <w:r>
        <w:rPr>
          <w:rFonts w:ascii="Georgia" w:hAnsi="Georgia"/>
          <w:b w:val="0"/>
          <w:i w:val="0"/>
          <w:color w:val="000000"/>
          <w:sz w:val="24"/>
        </w:rPr>
        <w:t>2) У человека есть внутренняя жизненная сила — НАРАН. Однако этого света было бы недостаточно, чтобы осветить его материальное тело, и потому человеку необходима также «нешама для нешамы» — окружающий [свет] снаружи.</w:t>
      </w:r>
    </w:p>
    <w:p>
      <w:pPr>
        <w:spacing w:before="40" w:after="120"/>
        <w:jc w:val="both"/>
      </w:pPr>
      <w:r>
        <w:rPr>
          <w:rFonts w:ascii="Georgia" w:hAnsi="Georgia"/>
          <w:b w:val="0"/>
          <w:i w:val="0"/>
          <w:color w:val="000000"/>
          <w:sz w:val="24"/>
        </w:rPr>
        <w:t>Поскольку внутренняя нешама — это ступень Имы, а «нешама для нешамы» [по другой версии: и сам окружающий свет], окружающая ее снаружи, — это ступень Абы (а они оба — Аба ве-Има, которые не разделяются вовек), то внутренний свет де-Има от великого стремления соединиться со светом Абы соударяется и с силой выходит, проходит сквозь материальное тело, светит снаружи [по другой версии: и оттуда] и там соединяется с Абой.</w:t>
      </w:r>
    </w:p>
    <w:p>
      <w:pPr>
        <w:spacing w:before="40" w:after="120"/>
        <w:jc w:val="both"/>
      </w:pPr>
      <w:r>
        <w:rPr>
          <w:rFonts w:ascii="Georgia" w:hAnsi="Georgia"/>
          <w:b w:val="0"/>
          <w:i w:val="0"/>
          <w:color w:val="000000"/>
          <w:sz w:val="24"/>
        </w:rPr>
        <w:t>И точно так же наоборот: свет Абы проходит, проникает внутрь и там соединяется с Имой. Благодаря этому тело существует, ведь оно освещается со всех сторон.</w:t>
      </w:r>
    </w:p>
    <w:p>
      <w:pPr>
        <w:spacing w:before="40" w:after="120"/>
        <w:jc w:val="both"/>
      </w:pPr>
      <w:r>
        <w:rPr>
          <w:rFonts w:ascii="Georgia" w:hAnsi="Georgia"/>
          <w:b w:val="0"/>
          <w:i w:val="0"/>
          <w:color w:val="000000"/>
          <w:sz w:val="24"/>
        </w:rPr>
        <w:t>3) Этот окружающий свет — «нешама для нешамы», называемый хая. Он окружает все тело в целом, однако окружает и светит в каждую его часть сообразно тому, какова она: части нешама он светит как окружающий свет уровня нешама, для руах — как окружающий свет уровня руах, а для нефеш — как окружающий свет уровня нефеш.</w:t>
      </w:r>
    </w:p>
    <w:p>
      <w:pPr>
        <w:spacing w:before="40" w:after="120"/>
        <w:jc w:val="both"/>
      </w:pPr>
      <w:r>
        <w:rPr>
          <w:rFonts w:ascii="Georgia" w:hAnsi="Georgia"/>
          <w:b w:val="0"/>
          <w:i w:val="0"/>
          <w:color w:val="000000"/>
          <w:sz w:val="24"/>
        </w:rPr>
        <w:t>Но великий окружающий свет — ехида, относящийся к ступени АА, — окружает не по отдельным частям, а охватывает все в равной мере и всем дает свет уровня нешама.</w:t>
      </w:r>
    </w:p>
    <w:p>
      <w:pPr>
        <w:spacing w:before="40" w:after="120"/>
        <w:jc w:val="both"/>
      </w:pPr>
      <w:r>
        <w:rPr>
          <w:rFonts w:ascii="Georgia" w:hAnsi="Georgia"/>
          <w:b w:val="0"/>
          <w:i w:val="0"/>
          <w:color w:val="000000"/>
          <w:sz w:val="24"/>
        </w:rPr>
        <w:t>Поэтому он и называется «ехида» («единая»), так как обладает лишь одним свойством и светит всем одинаково.</w:t>
      </w:r>
    </w:p>
    <w:p>
      <w:pPr>
        <w:spacing w:before="40" w:after="120"/>
        <w:jc w:val="both"/>
      </w:pPr>
      <w:r>
        <w:rPr>
          <w:rFonts w:ascii="Georgia" w:hAnsi="Georgia"/>
          <w:b w:val="0"/>
          <w:i w:val="0"/>
          <w:color w:val="000000"/>
          <w:sz w:val="24"/>
        </w:rPr>
        <w:t>4) Что же касается внутренних светов НАРАН человека, о которых говорилось выше, то нешама светит в голове человека — в мозге, руах — в сердце, а нефеш — в печени, в плоти и крови.</w:t>
      </w:r>
    </w:p>
    <w:p>
      <w:pPr>
        <w:spacing w:before="40" w:after="120"/>
        <w:jc w:val="both"/>
      </w:pPr>
      <w:r>
        <w:rPr>
          <w:rFonts w:ascii="Georgia" w:hAnsi="Georgia"/>
          <w:b w:val="0"/>
          <w:i w:val="0"/>
          <w:color w:val="000000"/>
          <w:sz w:val="24"/>
        </w:rPr>
        <w:t>И знай, что и в самой голове присутствуют все три эти ступени, однако в голове преобладает нешама, и главное ее место — в мозге; руах же [в голове] пребывает в носу (хотэм), а нефеш — во рту (пэ). И точно так же на каждом уровне есть все упомянутое.</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«В каждой ступени есть четыре проявления: 1 — келим и т. д.»</w:t>
      </w:r>
      <w:r>
        <w:rPr>
          <w:rFonts w:ascii="Georgia" w:hAnsi="Georgia"/>
          <w:b w:val="0"/>
          <w:i w:val="0"/>
          <w:color w:val="000000"/>
          <w:sz w:val="24"/>
        </w:rPr>
        <w:t xml:space="preserve"> — Следует глубоко вникнуть в эти слова нашего Учителя в рассматриваемой ветви, поскольку это важнейшие общие правила, проникающие в самые глубины мудрости.</w:t>
      </w:r>
    </w:p>
    <w:p>
      <w:pPr>
        <w:spacing w:before="40" w:after="120"/>
        <w:jc w:val="both"/>
      </w:pPr>
      <w:r>
        <w:rPr>
          <w:rFonts w:ascii="Georgia" w:hAnsi="Georgia"/>
          <w:b w:val="0"/>
          <w:i w:val="0"/>
          <w:color w:val="000000"/>
          <w:sz w:val="24"/>
        </w:rPr>
        <w:t>Ведь на первый взгляд удивительно, почему он обобщает здесь, утверждая, будто в каждом парцуфе и на каждом уровне есть лишь три внутренних света — НАРАН — и два окружающих света. Это, казалось бы, противоречит большинству мест, где прямо говорится, что в каждом парцуфе есть пять внутренних светов — НАРАНХАЙ, и кроме того, у него есть еще два окружающих света — хая и ехида, как известно.</w:t>
      </w:r>
    </w:p>
    <w:p>
      <w:pPr>
        <w:spacing w:before="40" w:after="120"/>
        <w:jc w:val="both"/>
      </w:pPr>
      <w:r>
        <w:rPr>
          <w:rFonts w:ascii="Georgia" w:hAnsi="Georgia"/>
          <w:b w:val="0"/>
          <w:i w:val="0"/>
          <w:color w:val="000000"/>
          <w:sz w:val="24"/>
        </w:rPr>
        <w:t>Также и то, что сказано ниже: Аба — это окружающий свет, а Има — это внутренние НАРАН тела, и их соединение (зивуг) друг с другом — это свойство зивуга Аба ве-Има, которые не разделяются вовек. Это тоже, на первый взгляд, поразительно: ведь согласно этому выходит, будто во всем парцуфе есть только два света — Аба и Има, причем свет Имы находится внутри, а свет Абы — снаружи, что выглядит более чем странно. И тебе следует вспомнить объясненное в «Паним Меирот у-Масбирот» (лист 162, со слов «И чтобы понять») о противоположном соотношении, существующем между келим и светами:</w:t>
      </w:r>
    </w:p>
    <w:p>
      <w:pPr>
        <w:spacing w:before="40" w:after="120"/>
        <w:jc w:val="both"/>
      </w:pPr>
      <w:r>
        <w:rPr>
          <w:rFonts w:ascii="Georgia" w:hAnsi="Georgia"/>
          <w:b w:val="0"/>
          <w:i w:val="0"/>
          <w:color w:val="000000"/>
          <w:sz w:val="24"/>
        </w:rPr>
        <w:t>высшие келим растут первыми, то есть сверху вниз: сначала в парцуфе проявляется кли де-Кетер; когда он растет дальше, в нем раскрывается кли де-Хохма; затем при дальнейшем росте раскрывается кли де-Бина, пока при завершении его роста не раскроется кли де-Малхут.</w:t>
      </w:r>
    </w:p>
    <w:p>
      <w:pPr>
        <w:spacing w:before="40" w:after="120"/>
        <w:jc w:val="both"/>
      </w:pPr>
      <w:r>
        <w:rPr>
          <w:rFonts w:ascii="Georgia" w:hAnsi="Georgia"/>
          <w:b w:val="0"/>
          <w:i w:val="0"/>
          <w:color w:val="000000"/>
          <w:sz w:val="24"/>
        </w:rPr>
        <w:t>Со светами же дело обстоит противоположным образом: в них первыми раскрываются нижние, то есть снизу вверх. Сначала раскрывается [свет] нефеш и облачается в кли де-Кетер; затем, по мере роста, раскрывается свет руах, и тогда нефеш опускается в кли де-Хохма, а свет руах [входит] в Кетер. Когда же он вырастает еще больше, раскрывается нешама, и тогда нефеш опускается в кли де-Бина, руах — в кли де-Хохма, а нешама облачается в кли де-Кетер, как писал Учитель в «Эц Хаим» (врата 23, гл. 6), см. там. Таким образом, когда в парцуфе отсутствует кли де-Малхут, среди светов ему недостает ступени ехида. Когда ему недостает также и кли де-ЗА, отсутствует ступень хая. А когда недостает и кли де-Бина, в светах недостает ступени нешама, поскольку в нем есть только келим Кетер и Хохма и света нефеш и руах, где руах облачен в кли де-Кетер, а нефеш — в кли де-Хохма, как все это подробно объяснено в предыдущих ветвях с указанием их причин и оснований.</w:t>
      </w:r>
    </w:p>
    <w:p>
      <w:pPr>
        <w:spacing w:before="40" w:after="120"/>
        <w:jc w:val="both"/>
      </w:pPr>
      <w:r>
        <w:rPr>
          <w:rFonts w:ascii="Georgia" w:hAnsi="Georgia"/>
          <w:b w:val="0"/>
          <w:i w:val="0"/>
          <w:color w:val="000000"/>
          <w:sz w:val="24"/>
        </w:rPr>
        <w:t>Также было подробно разъяснено понятие возвращающегося окружающего света (макиф хозер), который возник начиная с мира Некудим и далее вследствие подъема МАН в никвей эйнаим, из-за чего каждая ступень разделилась на две половины, и АХАП каждой ступени вышли и опустились на нижестоящую ступень. В результате в рош остались только два кли — Гальгальта и эйнаим, являющиеся ступенями Кетер и Хохма. А поскольку выпали келим Бина и ЗОН, с необходимостью вышло так, что среди светов скрылись ехида, хая и нешама, как сказано выше, и те три света, которые вышли из рош, превратились там в возвращающийся окружающий свет, как подробно написано в предыдущих ветвях, см. там.</w:t>
      </w:r>
    </w:p>
    <w:p>
      <w:pPr>
        <w:spacing w:before="40" w:after="120"/>
        <w:jc w:val="both"/>
      </w:pPr>
      <w:r>
        <w:rPr>
          <w:rFonts w:ascii="Georgia" w:hAnsi="Georgia"/>
          <w:b w:val="0"/>
          <w:i w:val="0"/>
          <w:color w:val="000000"/>
          <w:sz w:val="24"/>
        </w:rPr>
        <w:t>Однако в мире Исправления благодаря подъему МАН из БЕА в Бину де-Кетер (и так же в остальных парцуфим) Бина вернулась и закрепилась в рош, так что в рош исправились три кли: Кетер, Хохма и Бина. Следовательно, в рош недостает только двух келим — ЗОН, которым в светах соответствуют две недостающие ступени: хая и ехида.</w:t>
      </w:r>
    </w:p>
    <w:p>
      <w:pPr>
        <w:spacing w:before="40" w:after="120"/>
        <w:jc w:val="both"/>
      </w:pPr>
      <w:r>
        <w:rPr>
          <w:rFonts w:ascii="Georgia" w:hAnsi="Georgia"/>
          <w:b w:val="0"/>
          <w:i w:val="0"/>
          <w:color w:val="000000"/>
          <w:sz w:val="24"/>
        </w:rPr>
        <w:t>И отсюда знай, что эти хая и ехида оформились как возвращающийся окружающий свет, и в каждом рош не осталось никакого внутреннего света, кроме трех светов: нешама, руах и нефеш.</w:t>
      </w:r>
    </w:p>
    <w:p>
      <w:pPr>
        <w:spacing w:before="40" w:after="120"/>
        <w:jc w:val="both"/>
      </w:pPr>
      <w:r>
        <w:rPr>
          <w:rFonts w:ascii="Georgia" w:hAnsi="Georgia"/>
          <w:b w:val="0"/>
          <w:i w:val="0"/>
          <w:color w:val="000000"/>
          <w:sz w:val="24"/>
        </w:rPr>
        <w:t>И благодаря этому ты поймешь слова Учителя во многих местах о том, что для хая и ехида в парцуфе нет келим. И смысл здесь именно в том, о чем мы сказали: начиная с мира Исправления и далее в рош исправились только три кли — Кетер, Хохма и Бина, в которые облачаются НАРАН: нешама — в Кетер, руах — в Хохму, а нефеш — в Бину. А раз так, в рош нет келим для ехида и хая, ведь нешама и руах заняли их место, и потому они пребывают вне парцуфа в качестве возвращающихся окружающих светов, как сказано выше.</w:t>
      </w:r>
    </w:p>
    <w:p>
      <w:pPr>
        <w:spacing w:before="40" w:after="120"/>
        <w:jc w:val="both"/>
      </w:pPr>
      <w:r>
        <w:rPr>
          <w:rFonts w:ascii="Georgia" w:hAnsi="Georgia"/>
          <w:b w:val="0"/>
          <w:i w:val="0"/>
          <w:color w:val="000000"/>
          <w:sz w:val="24"/>
        </w:rPr>
        <w:t>И об этом сказано: «В каждой ступени есть четыре проявления: 1 — келим; 2 — внутренние НАРАН; 3 — хая окружающий; 4 — ехида окружающий», до сих пор его слова.</w:t>
      </w:r>
    </w:p>
    <w:p>
      <w:pPr>
        <w:spacing w:before="40" w:after="120"/>
        <w:jc w:val="both"/>
      </w:pPr>
      <w:r>
        <w:rPr>
          <w:rFonts w:ascii="Georgia" w:hAnsi="Georgia"/>
          <w:b w:val="0"/>
          <w:i w:val="0"/>
          <w:color w:val="000000"/>
          <w:sz w:val="24"/>
        </w:rPr>
        <w:t>И из сказанного ты хорошо поймешь эти четыре первоосновы:</w:t>
      </w:r>
    </w:p>
    <w:p>
      <w:pPr>
        <w:spacing w:before="40" w:after="120"/>
        <w:jc w:val="both"/>
      </w:pPr>
      <w:r>
        <w:rPr>
          <w:rFonts w:ascii="Georgia" w:hAnsi="Georgia"/>
          <w:b w:val="0"/>
          <w:i w:val="0"/>
          <w:color w:val="000000"/>
          <w:sz w:val="24"/>
        </w:rPr>
        <w:t>проявление келим каждого парцуфа — это три кли КАХАБ, исправившиеся в каждом рош сверху вниз, как говорилось выше;</w:t>
      </w:r>
    </w:p>
    <w:p>
      <w:pPr>
        <w:spacing w:before="40" w:after="120"/>
        <w:jc w:val="both"/>
      </w:pPr>
      <w:r>
        <w:rPr>
          <w:rFonts w:ascii="Georgia" w:hAnsi="Georgia"/>
          <w:b w:val="0"/>
          <w:i w:val="0"/>
          <w:color w:val="000000"/>
          <w:sz w:val="24"/>
        </w:rPr>
        <w:t>проявление светов — это нефеш, руах и нешама, постоянно облаченные в эти КАХАБ;</w:t>
      </w:r>
    </w:p>
    <w:p>
      <w:pPr>
        <w:spacing w:before="40" w:after="120"/>
        <w:jc w:val="both"/>
      </w:pPr>
      <w:r>
        <w:rPr>
          <w:rFonts w:ascii="Georgia" w:hAnsi="Georgia"/>
          <w:b w:val="0"/>
          <w:i w:val="0"/>
          <w:color w:val="000000"/>
          <w:sz w:val="24"/>
        </w:rPr>
        <w:t>третье проявление — это возвращающийся окружающий свет, то есть те света, которые прежде уже были облачены в келим в виде внутреннего света, а затем снова вышли наружу из-за отсутствия двух нижних келим — ЗА и Нуквы. И это на самом деле два света — ехида и хая. Однако оба они рассматриваются лишь как уровень хая и свет хохма, поскольку здесь присутствует прямой окружающий свет (макиф яшар) — тайна ступени ехида от Эйн Соф, благословен Он, чей свет бесконечно превосходит эту ступень ехида возвращающегося окружающего света. Поэтому ехида возвращающегося [света] не упоминается отдельным именем, и мы определяем оба этих [возвращающихся света] по имени света хохма, пойми это.</w:t>
      </w:r>
    </w:p>
    <w:p>
      <w:pPr>
        <w:spacing w:before="40" w:after="120"/>
        <w:jc w:val="both"/>
      </w:pPr>
      <w:r>
        <w:rPr>
          <w:rFonts w:ascii="Georgia" w:hAnsi="Georgia"/>
          <w:b w:val="0"/>
          <w:i w:val="0"/>
          <w:color w:val="000000"/>
          <w:sz w:val="24"/>
        </w:rPr>
        <w:t>Пятая же составляющая — это прямой окружающий свет от Эйн Соф, благословен Он, называемый также «общим окружающим светом» (макиф колель), поскольку он светит всем ступеням одинаково, как подробно разъяснено в предыдущих ветвях, см. там.</w:t>
      </w:r>
    </w:p>
    <w:p>
      <w:pPr>
        <w:spacing w:before="40" w:after="120"/>
        <w:jc w:val="both"/>
      </w:pPr>
      <w:r>
        <w:rPr>
          <w:rFonts w:ascii="Georgia" w:hAnsi="Georgia"/>
          <w:b w:val="0"/>
          <w:i w:val="0"/>
          <w:color w:val="000000"/>
          <w:sz w:val="24"/>
        </w:rPr>
        <w:t>А то, почему во многих местах [Учитель] насчитывает пять внутренних светов, будет объяснено далее.</w:t>
      </w:r>
    </w:p>
    <w:p>
      <w:pPr>
        <w:spacing w:before="40" w:after="120"/>
        <w:jc w:val="both"/>
      </w:pPr>
      <w:r>
        <w:rPr>
          <w:rFonts w:ascii="Georgia" w:hAnsi="Georgia"/>
          <w:b/>
          <w:i w:val="0"/>
          <w:color w:val="000000"/>
          <w:sz w:val="24"/>
        </w:rPr>
        <w:t>«В этом же смысл сказанного мудрецами (ХАЗАЛЬ): "Пять имен есть у души", и они соответствуют пяти парцуфим и т. д.»</w:t>
      </w:r>
      <w:r>
        <w:rPr>
          <w:rFonts w:ascii="Georgia" w:hAnsi="Georgia"/>
          <w:b w:val="0"/>
          <w:i w:val="0"/>
          <w:color w:val="000000"/>
          <w:sz w:val="24"/>
        </w:rPr>
        <w:t xml:space="preserve"> — это сказано в трактате Брахот (лист 10) и в «Дварим Рабба» (раздел 2, [пункт] 26), см. там. И это тайна десяти сфирот, в которые облачаются эти пять светов, именуемые НАРАНХАЙ. Это также тайна пяти парцуфим, как написано в предыдущих ветвях: десять сфирот, пять парцуфим и четыре стадии прямого света (далет бхинот де-ор яшар) обладают одним и тем же соответствием, как обоснованно разъяснено там.</w:t>
      </w:r>
    </w:p>
    <w:p>
      <w:pPr>
        <w:spacing w:before="40" w:after="120"/>
        <w:jc w:val="both"/>
      </w:pPr>
      <w:r>
        <w:rPr>
          <w:rFonts w:ascii="Georgia" w:hAnsi="Georgia"/>
          <w:b w:val="0"/>
          <w:i w:val="0"/>
          <w:color w:val="000000"/>
          <w:sz w:val="24"/>
        </w:rPr>
        <w:t>И здесь мы видим, что все пять светов НАРАНХАЙ облачаются во внутреннюю часть тела — в отличие от прежних его слов о том, что хая и ехида находятся вне его.</w:t>
      </w:r>
    </w:p>
    <w:p>
      <w:pPr>
        <w:spacing w:before="40" w:after="120"/>
        <w:jc w:val="both"/>
      </w:pPr>
      <w:r>
        <w:rPr>
          <w:rFonts w:ascii="Georgia" w:hAnsi="Georgia"/>
          <w:b w:val="0"/>
          <w:i w:val="0"/>
          <w:color w:val="000000"/>
          <w:sz w:val="24"/>
        </w:rPr>
        <w:t>Суть же в том, что в качестве келим следует рассматривать только те келим, которые постоянно присутствуют в теле: это всего три кли — КАХАБ, в которые облачены три света НАРАН. Однако существует также аспект дополнительных келим — то есть таких, которые находятся [там] не постоянно, а лишь во время подъема (бе-сод а-алия). А именно: когда ЗОН, вышедшие из рош на нижестоящую ступень, возвращаются и поднимаются в рош, как вначале, в это время в рош вновь оказываются пять келим — КАХАБ ЗОН. И тогда три света НАРАН опускаются в соответствующие им келим, то есть в Бину и ЗОН, и освобождается место в келим Кетер и Хохма де-рош, и в них снова опускаются два света — ехида и хая, находившиеся до тех пор снаружи. И получается, что теперь в рош в полноте присутствуют пять светов НАРАНХАЙ, облаченные в свои пять келим — КАХАБ ЗОН, как это было в пяти парцуфим АК до подъема МАН и разделения ступени; пойми это как следует.</w:t>
      </w:r>
    </w:p>
    <w:p>
      <w:pPr>
        <w:spacing w:before="40" w:after="120"/>
        <w:jc w:val="both"/>
      </w:pPr>
      <w:r>
        <w:rPr>
          <w:rFonts w:ascii="Georgia" w:hAnsi="Georgia"/>
          <w:b w:val="0"/>
          <w:i w:val="0"/>
          <w:color w:val="000000"/>
          <w:sz w:val="24"/>
        </w:rPr>
        <w:t>Однако эти поднявшиеся ЗОН не могут оставаться там постоянно — им суждено вновь опуститься вниз. Поэтому они не считаются подлинными келим де-рош даже во время подъема, но определяются как дополнительные келим. И по этой же причине возвращающийся окружающий свет, о котором мы говорили, что он вернулся и вошел как внутренний свет в Кетер и Хохму, вошел не целиком, а вошло лишь его свечение. Таким образом, сама суть возвращающегося окружающего света по-прежнему остается снаружи, и только его свечение вошло во внутреннюю часть рош.</w:t>
      </w:r>
    </w:p>
    <w:p>
      <w:pPr>
        <w:spacing w:before="40" w:after="120"/>
        <w:jc w:val="both"/>
      </w:pPr>
      <w:r>
        <w:rPr>
          <w:rFonts w:ascii="Georgia" w:hAnsi="Georgia"/>
          <w:b w:val="0"/>
          <w:i w:val="0"/>
          <w:color w:val="000000"/>
          <w:sz w:val="24"/>
        </w:rPr>
        <w:t>Поэтому считается, что теперь в рош есть пять светов НАРАНХАЙ в качестве внутреннего света, но тем не менее снаружи также остаются два света возвращающегося окружающего света; запомни это.</w:t>
      </w:r>
    </w:p>
    <w:p>
      <w:pPr>
        <w:spacing w:before="40" w:after="120"/>
        <w:jc w:val="both"/>
      </w:pPr>
      <w:r>
        <w:rPr>
          <w:rFonts w:ascii="Georgia" w:hAnsi="Georgia"/>
          <w:b w:val="0"/>
          <w:i w:val="0"/>
          <w:color w:val="000000"/>
          <w:sz w:val="24"/>
        </w:rPr>
        <w:t xml:space="preserve">2) </w:t>
      </w:r>
      <w:r>
        <w:rPr>
          <w:rFonts w:ascii="Georgia" w:hAnsi="Georgia"/>
          <w:b/>
          <w:i w:val="0"/>
          <w:color w:val="000000"/>
          <w:sz w:val="24"/>
        </w:rPr>
        <w:t>«Соударяется и с силой выходит, проходит сквозь тело и т. д. Свет Абы проходит, проникает и входит внутрь и т. д.»</w:t>
      </w:r>
      <w:r>
        <w:rPr>
          <w:rFonts w:ascii="Georgia" w:hAnsi="Georgia"/>
          <w:b w:val="0"/>
          <w:i w:val="0"/>
          <w:color w:val="000000"/>
          <w:sz w:val="24"/>
        </w:rPr>
        <w:t xml:space="preserve"> — И тебе следует вспомнить объясненное в предыдущих ветвях: все различие между келим обусловлено экраном (масахом), находящимся в кли. И поскольку в очищении (издохехут) экрана есть пять градаций, из них раскрываются пять келим — КАХАБ ЗОН, как писал Учитель выше на листе 98: кли де-Нуква обладает экраном четвертой стадии (бхина далет), кли де-ЗА — экраном третьей стадии (бхина гимель), а кли де-Бина — экраном второй стадии (бхина бэт), см. там и в «Паним Меирот у-Масбирот».</w:t>
      </w:r>
    </w:p>
    <w:p>
      <w:pPr>
        <w:spacing w:before="40" w:after="120"/>
        <w:jc w:val="both"/>
      </w:pPr>
      <w:r>
        <w:rPr>
          <w:rFonts w:ascii="Georgia" w:hAnsi="Georgia"/>
          <w:b w:val="0"/>
          <w:i w:val="0"/>
          <w:color w:val="000000"/>
          <w:sz w:val="24"/>
        </w:rPr>
        <w:t>Также тебе необходимо знать сказанное Учителем во многих местах: свет Абы ни в коем случае не раскрывается иначе, как в одеянии от Бины, облачающем его снаружи.</w:t>
      </w:r>
    </w:p>
    <w:p>
      <w:pPr>
        <w:spacing w:before="40" w:after="120"/>
        <w:jc w:val="both"/>
      </w:pPr>
      <w:r>
        <w:rPr>
          <w:rFonts w:ascii="Georgia" w:hAnsi="Georgia"/>
          <w:b w:val="0"/>
          <w:i w:val="0"/>
          <w:color w:val="000000"/>
          <w:sz w:val="24"/>
        </w:rPr>
        <w:t>И поэтому во время подъема ЗОН в рош, когда окружающие света ехида и хая, находящиеся снаружи и именуемые возвращающимся окружающим светом или светом Абы, возвращаются во внутреннюю часть рош, сначала этот окружающий свет должен вступить в ударное соединение (зивуг) с Биной де-рош, которая является второй стадией. Тогда от Бины поднимается отраженный свет и облачает окружающий свет хая, называемый свойством Абы, снаружи; а после этого свет хая распространяется до кли де-Нуква. И об этом сказано: «внутренний свет де-Има от великого стремления соединиться со светом Абы соударяется и с силой выходит, проходит сквозь материальное тело, светит снаружи и там соединяется с Абой». Смысл в том, что возвращающийся окружающий свет не может войти в тело без внешнего одеяния из отраженного света де-Има, как сказано выше. Поэтому сначала происходит соударение света с экраном второй стадии, и тогда свет Имы выходит за пределы келим и облачает возвращающийся окружающий свет, являющийся свойством Абы, благодаря чему этот свет становится способным войти внутрь келим.</w:t>
      </w:r>
    </w:p>
    <w:p>
      <w:pPr>
        <w:spacing w:before="40" w:after="120"/>
        <w:jc w:val="both"/>
      </w:pPr>
      <w:r>
        <w:rPr>
          <w:rFonts w:ascii="Georgia" w:hAnsi="Georgia"/>
          <w:b w:val="0"/>
          <w:i w:val="0"/>
          <w:color w:val="000000"/>
          <w:sz w:val="24"/>
        </w:rPr>
        <w:t>И об этом сказано: «И точно так же наоборот: свет Абы проходит, проникает и входит внутрь и т. д.». То есть после того как он облачился в одеяние от Имы, происходит зивуг в свойстве Нуквы, вернувшейся в пэ де-рош, и тогда отраженный свет поднимается до уровня ехида.</w:t>
      </w:r>
    </w:p>
    <w:p>
      <w:pPr>
        <w:spacing w:before="40" w:after="120"/>
        <w:jc w:val="both"/>
      </w:pPr>
      <w:r>
        <w:rPr>
          <w:rFonts w:ascii="Georgia" w:hAnsi="Georgia"/>
          <w:b w:val="0"/>
          <w:i w:val="0"/>
          <w:color w:val="000000"/>
          <w:sz w:val="24"/>
        </w:rPr>
        <w:t>И об этом говорит [Учитель]: свет Абы — то есть возвращающийся окружающий свет ехида и хая — «проходит и проникает», то есть его свет распространяется до Нуквы, и тогда он входит и облачается внутрь келим, как сказано.</w:t>
      </w:r>
    </w:p>
    <w:p>
      <w:pPr>
        <w:spacing w:before="40" w:after="120"/>
        <w:jc w:val="both"/>
      </w:pPr>
      <w:r>
        <w:rPr>
          <w:rFonts w:ascii="Georgia" w:hAnsi="Georgia"/>
          <w:b w:val="0"/>
          <w:i w:val="0"/>
          <w:color w:val="000000"/>
          <w:sz w:val="24"/>
        </w:rPr>
        <w:t>А ты уже знаешь закон облачения света в келим: оно происходит исключительно благодаря отраженному свету, поднимающемуся от экрана. И поэтому до тех пор, пока свет не дойдет до Нуквы, поднимающей отраженный свет, это еще не считается вхождением и облачением. Именно поэтому Учитель сначала упоминает о том, что он «проходит и проникает», а уже затем говорит, что он «входит внутрь» — то есть облачается в отраженный свет, поднимающийся от Нуквы; пойми же это.</w:t>
      </w:r>
    </w:p>
    <w:p>
      <w:pPr>
        <w:spacing w:before="40" w:after="120"/>
        <w:jc w:val="both"/>
      </w:pPr>
      <w:r>
        <w:rPr>
          <w:rFonts w:ascii="Georgia" w:hAnsi="Georgia"/>
          <w:b w:val="0"/>
          <w:i w:val="0"/>
          <w:color w:val="000000"/>
          <w:sz w:val="24"/>
        </w:rPr>
        <w:t xml:space="preserve">3) </w:t>
      </w:r>
      <w:r>
        <w:rPr>
          <w:rFonts w:ascii="Georgia" w:hAnsi="Georgia"/>
          <w:b/>
          <w:i w:val="0"/>
          <w:color w:val="000000"/>
          <w:sz w:val="24"/>
        </w:rPr>
        <w:t>«Однако он окружает и светит в каждую часть сообразно тому, какова она, и т. д.»</w:t>
      </w:r>
      <w:r>
        <w:rPr>
          <w:rFonts w:ascii="Georgia" w:hAnsi="Georgia"/>
          <w:b w:val="0"/>
          <w:i w:val="0"/>
          <w:color w:val="000000"/>
          <w:sz w:val="24"/>
        </w:rPr>
        <w:t xml:space="preserve"> — В предыдущих ветвях уже было подробно объяснено, что возвращающийся окружающий свет — это ехида и хая, которые уже пребывали в головах пяти парцуфим, но затем вышли из них. И само собой понятно, что хая и ехида де-АБ не подобны хая и ехида де-САГ и хая и ехида де-ЗОН. Поэтому совершенно естественно, что, светя телу в качестве окружающих светов, они светят каждой части сообразно ее уровню, через ее внешнюю сторону.</w:t>
      </w:r>
    </w:p>
    <w:p>
      <w:pPr>
        <w:spacing w:before="40" w:after="120"/>
        <w:jc w:val="both"/>
      </w:pPr>
      <w:r>
        <w:rPr>
          <w:rFonts w:ascii="Georgia" w:hAnsi="Georgia"/>
          <w:b/>
          <w:i w:val="0"/>
          <w:color w:val="000000"/>
          <w:sz w:val="24"/>
        </w:rPr>
        <w:t>«Но великий окружающий свет и т. д. охватывает все в равной мере и т. д.»</w:t>
      </w:r>
      <w:r>
        <w:rPr>
          <w:rFonts w:ascii="Georgia" w:hAnsi="Georgia"/>
          <w:b w:val="0"/>
          <w:i w:val="0"/>
          <w:color w:val="000000"/>
          <w:sz w:val="24"/>
        </w:rPr>
        <w:t xml:space="preserve"> — И смысл здесь в том, о чем говорилось выше: это свет Эйн Соф, благословен Он, который никогда не входил в келим даже в пяти парцуфим АК — из-за точки сокращения четвертой стадии в АК. И поэтому он совершенно не различает между ступенями, ведь все их отличия друг от друга возникают лишь из свойств экранов, происходящих от очищения четвертой стадии. Ведь [свет Эйн Соф] не облачился даже в саму четвертую стадию, тем более — в остальные ступени; но точно так же, как он светит четвертой стадии только снаружи, он светит одинаково и всем ступеням вне их, ведь у него нет никаких причин делать между ними различия; пойми это.</w:t>
      </w:r>
    </w:p>
    <w:p>
      <w:pPr>
        <w:spacing w:before="40" w:after="120"/>
        <w:jc w:val="both"/>
      </w:pPr>
      <w:r>
        <w:rPr>
          <w:rFonts w:ascii="Georgia" w:hAnsi="Georgia"/>
          <w:b w:val="0"/>
          <w:i w:val="0"/>
          <w:color w:val="000000"/>
          <w:sz w:val="24"/>
        </w:rPr>
        <w:t xml:space="preserve">4) </w:t>
      </w:r>
      <w:r>
        <w:rPr>
          <w:rFonts w:ascii="Georgia" w:hAnsi="Georgia"/>
          <w:b/>
          <w:i w:val="0"/>
          <w:color w:val="000000"/>
          <w:sz w:val="24"/>
        </w:rPr>
        <w:t>«И знай, что и в самой голове присутствуют все три эти ступени и т. д., и точно так же на каждом уровне»</w:t>
      </w:r>
      <w:r>
        <w:rPr>
          <w:rFonts w:ascii="Georgia" w:hAnsi="Georgia"/>
          <w:b w:val="0"/>
          <w:i w:val="0"/>
          <w:color w:val="000000"/>
          <w:sz w:val="24"/>
        </w:rPr>
        <w:t xml:space="preserve"> — ведь основной зивуг происходит в рош ступени, а когда в рош есть НАРАН, они изливаются также в тох и соф ступени, как писал Учитель в «Эц Хаим» (врата 40, гл. 4): каково число входящих, таково и число выходящих и т. д., см. там.</w:t>
      </w:r>
    </w:p>
    <w:p>
      <w:pPr>
        <w:spacing w:before="40" w:after="120"/>
        <w:jc w:val="both"/>
      </w:pPr>
      <w:r>
        <w:rPr>
          <w:rFonts w:ascii="Georgia" w:hAnsi="Georgia"/>
          <w:b w:val="0"/>
          <w:i w:val="0"/>
          <w:color w:val="000000"/>
          <w:sz w:val="24"/>
        </w:rPr>
        <w:t>И потому НАРАН присутствуют также в части тох, и точно так же НАРАН есть в части соф.</w:t>
      </w:r>
    </w:p>
    <w:p>
      <w:pPr>
        <w:spacing w:before="40" w:after="120"/>
        <w:jc w:val="both"/>
      </w:pPr>
      <w:r>
        <w:rPr>
          <w:rFonts w:ascii="Georgia" w:hAnsi="Georgia"/>
          <w:b w:val="0"/>
          <w:i w:val="0"/>
          <w:color w:val="000000"/>
          <w:sz w:val="24"/>
        </w:rPr>
        <w:t>И все это сказано лишь относительно высоты уровня (кома). Однако, безусловно, существует бесконечное множество различий между рош и тох, а также между тох и соф каждой ступени, не говоря уже о различиях между самими ступенями, несмотря на то что в каждой из них есть НАРАН, как сказано в предыдущих ветвях и будет с Б-жьей помощью подробнее объяснено в следующих ветвях.</w:t>
      </w:r>
    </w:p>
    <w:p>
      <w:r>
        <w:br w:type="page"/>
      </w:r>
    </w:p>
    <w:p>
      <w:pPr>
        <w:keepNext/>
        <w:spacing w:before="360" w:after="160"/>
        <w:jc w:val="center"/>
      </w:pPr>
      <w:r>
        <w:rPr>
          <w:rFonts w:ascii="Georgia" w:hAnsi="Georgia"/>
          <w:b w:val="0"/>
          <w:i w:val="0"/>
          <w:color w:val="000000"/>
          <w:sz w:val="40"/>
        </w:rPr>
        <w:t>Ветвь 52</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Теперь мы начнем и объясним, как исправился весь мир Ацилут, образованный из двух названных свойств — МА и БОН. [Свойство БОН] — это умершие мелахим, то есть огласовки (некудот) де-САГ, а [свойство МА] — это новое имя МА. И необходимо разъяснить, какую часть берет Атик из имени МА и какую — из имени БОН, ведь выше уже объяснялось, что в Атике есть мужская и женская части (захар и нуква), и точно так же — в АА, в Аба ве-Има и в ЗОН. И тебе уже известно, что в имени МА есть свойства ТАНТА — таамим, некудот, тагин, отиет (вкусы, точки, коронки, буквы), и точно так же имя БОН, представляющее собой огласовки САГ, делится на четыре эти свойства ТАНТА. Знай также: подобно тому как в имени БОН, то есть в огласовках де-САГ, есть десять точек, являющихся десятью сфирот, как упоминалось выше, так и имя МА содержит десять сфирот. И когда два эти имени, МА и БОН, соединяются как мужское и женское, как сказано выше, они соединяются десятью сфирот с десятью сфирот.</w:t>
      </w:r>
    </w:p>
    <w:p>
      <w:pPr>
        <w:spacing w:before="40" w:after="120"/>
        <w:jc w:val="both"/>
      </w:pPr>
      <w:r>
        <w:rPr>
          <w:rFonts w:ascii="Georgia" w:hAnsi="Georgia"/>
          <w:b w:val="0"/>
          <w:i w:val="0"/>
          <w:color w:val="000000"/>
          <w:sz w:val="24"/>
        </w:rPr>
        <w:t>2) Сначала нужно объяснить вопрос о вкусах (по другой версии: о ТАНТА) и о разделении на десять сфирот. Знай, что в Зоаре сказано: таамим относятся к Кетеру, некудот — к Хохме, тагин — к Бине, а отиет — к семи нижним сфирот (ЗАТ) Ацилута, называемым ЗОН. Однако знай, что это разделение относится к самим десяти сфирот МА, которые распределяются в таком порядке. Когда же эти свойства распределяются по парцуфим — в Атике, в АА и далее, — порядок иной. Запомни это предисловие.</w:t>
      </w:r>
    </w:p>
    <w:p>
      <w:pPr>
        <w:spacing w:before="40" w:after="120"/>
        <w:jc w:val="both"/>
      </w:pPr>
      <w:r>
        <w:rPr>
          <w:rFonts w:ascii="Georgia" w:hAnsi="Georgia"/>
          <w:b w:val="0"/>
          <w:i w:val="0"/>
          <w:color w:val="000000"/>
          <w:sz w:val="24"/>
        </w:rPr>
        <w:t>3) И вот их подробное описание: Атик и АА оба включены в Кетер Ацилута, как будет сказано с Б-жьей помощью. Атик взял из имени МА свойство Кетера целиком — то есть таамим. А из БОН он взял пять первых сфирот его Кетера, которые также относятся к таамим. Кроме того, он взял три первые сфирот (ГАР) де-Хохма де-БОН, четыре первые сфирот де-Бина де-БОН и семь кетеров де-ЗАТ де-БОН, как упоминалось выше. АА же взял из имени МА свойство Хохма — то есть некудот. А из имени БОН он взял пять нижних [сфирот] Кетера де-БОН — то есть от его Тиферет и ниже.</w:t>
      </w:r>
    </w:p>
    <w:p>
      <w:pPr>
        <w:spacing w:before="40" w:after="120"/>
        <w:jc w:val="both"/>
      </w:pPr>
      <w:r>
        <w:rPr>
          <w:rFonts w:ascii="Georgia" w:hAnsi="Georgia"/>
          <w:b w:val="0"/>
          <w:i w:val="0"/>
          <w:color w:val="000000"/>
          <w:sz w:val="24"/>
        </w:rPr>
        <w:t>4) Из других свойств — Хохмы и Бины (ХУБ) де-САГ — часть тоже была отобрана, чтобы образовать из них Атик, ведь из свойства Кетер он взял лишь половину, как сказано выше. И то, что он берет из Хохмы, — это ГАР; выходит, что для самой Хохмы остались ЗАТ, и из них образовался Аба. Об этом и сказано в Зоаре: «Аба держится за Хесед и зависит от него», ведь от Хеседа Хохмы и ниже — оттуда начинается Аба.</w:t>
      </w:r>
    </w:p>
    <w:p>
      <w:pPr>
        <w:spacing w:before="40" w:after="120"/>
        <w:jc w:val="both"/>
      </w:pPr>
      <w:r>
        <w:rPr>
          <w:rFonts w:ascii="Georgia" w:hAnsi="Georgia"/>
          <w:b w:val="0"/>
          <w:i w:val="0"/>
          <w:color w:val="000000"/>
          <w:sz w:val="24"/>
        </w:rPr>
        <w:t>5) А из Бины он взял четыре первые сфирот; таким образом, у Имы есть только [сфирот] от Гвуры Бины и ниже. В этом и заключается смысл сказанного: «Има держится за Гвуру и зависит от нее».</w:t>
      </w:r>
    </w:p>
    <w:p>
      <w:pPr>
        <w:spacing w:before="40" w:after="120"/>
        <w:jc w:val="both"/>
      </w:pPr>
      <w:r>
        <w:rPr>
          <w:rFonts w:ascii="Georgia" w:hAnsi="Georgia"/>
          <w:b w:val="0"/>
          <w:i w:val="0"/>
          <w:color w:val="000000"/>
          <w:sz w:val="24"/>
        </w:rPr>
        <w:t>6) Итак, мы объяснили свойство Атика: у него есть весь Кетер де-МА, и из него образуется мужская часть (дехура); а также он взял пять первых [сфирот] Кетера де-БОН, ГАР де-Хохма де-САГ и четыре первые [сфирот] де-Бина де-САГ; и из этих трех свойств де-САГ образуется Нуква де-Атик. АА же взял Хохму де-МА целиком и пять нижних [сфирот] Кетера де-БОН, поскольку пять первых [сфирот] де-БОН взял Атик. Аба — это Хохма Ацилута; он берет из имени МА половину Бины, то есть тагин, а из имени БОН берет ЗАТ Хохмы де-БОН, поскольку ГАР взял Атик, как сказано выше. Има — это Бина Ацилута; она берет из имени МА половину Бины, то есть тагин, а из имени БОН берет шесть нижних [сфирот] Бины де-БОН, поскольку четыре первые [сфирот] взял Атик. ЗОН же взяли отиет из имени МА — то есть ЗАТ де-МА, а из имени БОН взяли ЗАТ в нем, кроме кетеров этих ЗАТ де-БОН, которые Атик также взял себе.</w:t>
      </w:r>
    </w:p>
    <w:p>
      <w:pPr>
        <w:spacing w:before="40" w:after="120"/>
        <w:jc w:val="both"/>
      </w:pPr>
      <w:r>
        <w:rPr>
          <w:rFonts w:ascii="Georgia" w:hAnsi="Georgia"/>
          <w:b w:val="0"/>
          <w:i w:val="0"/>
          <w:color w:val="000000"/>
          <w:sz w:val="24"/>
        </w:rPr>
        <w:t>7) И не ошибись в наших словах, решив, будто они представляют собой некое одно свойство, а то, что они берут, — это нечто иное. Наш смысл в том, что вся сущность Атика Йомин де-Ацилут образована из двух этих свойств — МА и БОН: свойство МА в нем называется Атиком-мужчиной (Атик дехура), а свойство БОН в нем называется Нуквой де-Атик. Помни это и не забывай.</w:t>
      </w:r>
    </w:p>
    <w:p>
      <w:pPr>
        <w:spacing w:before="40" w:after="120"/>
        <w:jc w:val="both"/>
      </w:pPr>
      <w:r>
        <w:rPr>
          <w:rFonts w:ascii="Georgia" w:hAnsi="Georgia"/>
          <w:b w:val="0"/>
          <w:i w:val="0"/>
          <w:color w:val="000000"/>
          <w:sz w:val="24"/>
        </w:rPr>
        <w:t>8) Общий итог: в мире Ацилут есть десять сфирот. Кетер — это Атик и АА, Хохма — это Аба, Бина — это Има, шесть концов (ВАК), то есть ХАГАТ-НЕХИ, — это ЗА, а Малхут — это Нуква де-ЗА. И сущность всех этих свойств образуется из двух свойств — МА и БОН: все мужские свойства происходят от МА, а женские — от БОН, как сказано выше. Всё это еще будет разъяснено ниже с Б-жьей помощью.</w:t>
      </w:r>
    </w:p>
    <w:p>
      <w:pPr>
        <w:spacing w:before="40" w:after="120"/>
        <w:jc w:val="both"/>
      </w:pPr>
      <w:r>
        <w:rPr>
          <w:rFonts w:ascii="Georgia" w:hAnsi="Georgia"/>
          <w:b w:val="0"/>
          <w:i w:val="0"/>
          <w:color w:val="000000"/>
          <w:sz w:val="24"/>
        </w:rPr>
        <w:t>9) Теперь мы разберем их подробно: начнем объяснять сущность Атика Йомин и сначала выясним, кто именно называется Атиком Йомин. В начале Идра Зута (лист 288, часть 1) сказано следующее: этот Атик Кадиша сокрыт и спрятан... три головы запечатлелись: одна внутри другой, одна выше другой... И объяснение таково:</w:t>
      </w:r>
    </w:p>
    <w:p>
      <w:pPr>
        <w:spacing w:before="40" w:after="120"/>
        <w:jc w:val="both"/>
      </w:pPr>
      <w:r>
        <w:rPr>
          <w:rFonts w:ascii="Georgia" w:hAnsi="Georgia"/>
          <w:b w:val="0"/>
          <w:i w:val="0"/>
          <w:color w:val="000000"/>
          <w:sz w:val="24"/>
        </w:rPr>
        <w:t>10) Знай: упомянутый здесь Атик Кадиша относится не к мужскому началу, образованному из имени МА, а к Нукве де-Атик и к [Нукве] де-АА, которые образованы из сфиры Кетер де-БОН огласовок умерших мелахим. И запомни это предисловие, ведь оно необходимо тебе во всей Идре для всех рассуждений об Атике и об АА, как сказано выше. И этот Кетер во всей своей совокупности называется Атик Кадиша. Пойми же это как следует.</w:t>
      </w:r>
    </w:p>
    <w:p>
      <w:pPr>
        <w:spacing w:before="40" w:after="120"/>
        <w:jc w:val="both"/>
      </w:pPr>
      <w:r>
        <w:rPr>
          <w:rFonts w:ascii="Georgia" w:hAnsi="Georgia"/>
          <w:b w:val="0"/>
          <w:i w:val="0"/>
          <w:color w:val="000000"/>
          <w:sz w:val="24"/>
        </w:rPr>
        <w:t>11) Кетер, представляющий собой совокупность Атика Кадиша, делится на две части, которые на самом деле три. То есть он делится на Атика Йомин и АА. Затем и сам АА делится на две головы: собственный Кетер самого АА и Хохму самого АА, представляющую собой сокрытый мозг (моха стимаа) в АА. Таким образом, названный здесь Атик Кадиша включает три головы: первая голова называется Атиком Йомин — это высшая голова в Атике Кадиша; а две нижние головы в Атике Кадиша называются АА, который делится на собственный Кетер и собственную Хохму. Ведь Атик Кадиша — это общее имя для Атика Йомин и для АА в свойстве имени БОН, что в нем. Пойми же это как следует. И потому он называется Атик Кадиша («Святой Древний»), ведь он происходит от огласовок Кетера — «старца» (</w:t>
      </w:r>
      <w:r>
        <w:rPr>
          <w:rFonts w:ascii="Georgia" w:hAnsi="Georgia"/>
          <w:b w:val="0"/>
          <w:i/>
          <w:color w:val="000000"/>
          <w:sz w:val="24"/>
        </w:rPr>
        <w:t>закен</w:t>
      </w:r>
      <w:r>
        <w:rPr>
          <w:rFonts w:ascii="Georgia" w:hAnsi="Georgia"/>
          <w:b w:val="0"/>
          <w:i w:val="0"/>
          <w:color w:val="000000"/>
          <w:sz w:val="24"/>
        </w:rPr>
        <w:t xml:space="preserve">, </w:t>
      </w:r>
      <w:r>
        <w:rPr>
          <w:rFonts w:ascii="Georgia" w:hAnsi="Georgia" w:cs="Times New Roman"/>
          <w:b/>
          <w:i w:val="0"/>
          <w:color w:val="000000"/>
          <w:sz w:val="24"/>
          <w:rtl/>
          <w:szCs w:val="32"/>
        </w:rPr>
        <w:t>זָקֵן</w:t>
      </w:r>
      <w:r>
        <w:rPr>
          <w:rFonts w:ascii="Georgia" w:hAnsi="Georgia"/>
          <w:b w:val="0"/>
          <w:i w:val="0"/>
          <w:color w:val="000000"/>
          <w:sz w:val="24"/>
        </w:rPr>
        <w:t>) среди всех десяти сфирот, из которого образовались Атик и АА. Иначе обстоит дело с мужским именем МА: из Кетера де-МА образовался только Атик, тогда как АА образовался исключительно из Хохмы де-МА.</w:t>
      </w:r>
    </w:p>
    <w:p>
      <w:pPr>
        <w:spacing w:before="40" w:after="120"/>
        <w:jc w:val="both"/>
      </w:pPr>
      <w:r>
        <w:rPr>
          <w:rFonts w:ascii="Georgia" w:hAnsi="Georgia"/>
          <w:b w:val="0"/>
          <w:i w:val="0"/>
          <w:color w:val="000000"/>
          <w:sz w:val="24"/>
        </w:rPr>
        <w:t>12) То, что берется из имени МА, из которого образуется Атик-мужчина, уже было объяснено: это Кетер вкусов де-МА. Однако относительно Нуквы де-Атик Йомин — высшей головы из трех первых голов (ГАР), в совокупности называемых Атиком Кадиша, как сказано выше, — существуют большие сомнения о том, какие именно свойства берутся из имени БОН, чтобы образовать из них Нукву де-Атик.</w:t>
      </w:r>
    </w:p>
    <w:p>
      <w:pPr>
        <w:spacing w:before="40" w:after="120"/>
        <w:jc w:val="both"/>
      </w:pPr>
      <w:r>
        <w:rPr>
          <w:rFonts w:ascii="Georgia" w:hAnsi="Georgia"/>
          <w:b w:val="0"/>
          <w:i w:val="0"/>
          <w:color w:val="000000"/>
          <w:sz w:val="24"/>
        </w:rPr>
        <w:t>13) Об этом и сказано в Идра Зута: «Три головы запечатлелись...». И [автор] разъяснил их суть и сказал, что нижняя голова из них — это сокрытый мозг де-АА, представляющий собой свойство Хохма в нем. И об этом сказано: «Одна голова — сокрытая хохма, которая закрыта, не раскрыта и не отворяется...».</w:t>
      </w:r>
    </w:p>
    <w:p>
      <w:pPr>
        <w:spacing w:before="40" w:after="120"/>
        <w:jc w:val="both"/>
      </w:pPr>
      <w:r>
        <w:rPr>
          <w:rFonts w:ascii="Georgia" w:hAnsi="Georgia"/>
          <w:b w:val="0"/>
          <w:i w:val="0"/>
          <w:color w:val="000000"/>
          <w:sz w:val="24"/>
        </w:rPr>
        <w:t>14) Выше нее находится высшая голова: Атик Кадиша, сокрытый из всех сокрытых — это сам Кетер де-АА, который также называется Атиком Кадиша, будучи свойством Кетер.</w:t>
      </w:r>
    </w:p>
    <w:p>
      <w:pPr>
        <w:spacing w:before="40" w:after="120"/>
        <w:jc w:val="both"/>
      </w:pPr>
      <w:r>
        <w:rPr>
          <w:rFonts w:ascii="Georgia" w:hAnsi="Georgia"/>
          <w:b w:val="0"/>
          <w:i w:val="0"/>
          <w:color w:val="000000"/>
          <w:sz w:val="24"/>
        </w:rPr>
        <w:t>15) А выше нее — голова всех голов: голова, которая не голова; неизвестно и вовсе непознаваемо, что находится в этой голове... И эта третья снизу вверх голова, высшая из всех, представляет собой свойство Нуквы де-Атик Йомин. Поэтому и сказано: «Непознаваемо, что находится в этой голове», — ведь относительно Атика-мужчины мы уже объяснили, что известно, что в нем находится, а именно Кетер из имени МА; но в отношении того, что берется из имени БОН для этой третьей головы, есть множество сомнений, как будет сказано с Б-жьей помощью. И об этом сказано: «Непознаваемо, что находится в этой голове».</w:t>
      </w:r>
    </w:p>
    <w:p>
      <w:pPr>
        <w:spacing w:before="40" w:after="120"/>
        <w:jc w:val="both"/>
      </w:pPr>
      <w:r>
        <w:rPr>
          <w:rFonts w:ascii="Georgia" w:hAnsi="Georgia"/>
          <w:b w:val="0"/>
          <w:i w:val="0"/>
          <w:color w:val="000000"/>
          <w:sz w:val="24"/>
        </w:rPr>
        <w:t>16) Казалось бы, здесь нужно обратить внимание на точность формулировки: почему не сказано «и непознаваемо, чем является эта голова»? Значит, саму эту голову мы уже знаем — что это Атик Йомин, как сказано выше. Но вот то, что находится внутри нее, нам неизвестно; и объяснение относится к свойству имени БОН, которое там находится. Ведь он отбирает из выяснений (по другой версии: из кетеров), которые есть в имени БОН, и они соединяются с ним и становятся Нуквой для него. Вот это нам и неизвестно: сколько именно он отобрал от него и присоединил к себе.</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2) </w:t>
      </w:r>
      <w:r>
        <w:rPr>
          <w:rFonts w:ascii="Georgia" w:hAnsi="Georgia"/>
          <w:b/>
          <w:i w:val="0"/>
          <w:color w:val="000000"/>
          <w:sz w:val="24"/>
        </w:rPr>
        <w:t>«Это разделение относится к самим десяти сфирот МА...»</w:t>
      </w:r>
      <w:r>
        <w:rPr>
          <w:rFonts w:ascii="Georgia" w:hAnsi="Georgia"/>
          <w:b w:val="0"/>
          <w:i w:val="0"/>
          <w:color w:val="000000"/>
          <w:sz w:val="24"/>
        </w:rPr>
        <w:t xml:space="preserve"> — то есть когда мы рассматриваем лишь десять сфирот КАХАБ и ЗОН парцуфа, они разделяются именно так. Но когда мы переходим к рассмотрению пяти парцуфим, они распределяются иначе: ведь мы находим таамим и некудот вместе в АА, являющемся Кетером, а также некудот и тагин вместе в Аба ве-Има, являющихся Хохмой, как будет сказано далее.</w:t>
      </w:r>
    </w:p>
    <w:p>
      <w:pPr>
        <w:spacing w:before="40" w:after="120"/>
        <w:jc w:val="both"/>
      </w:pPr>
      <w:r>
        <w:rPr>
          <w:rFonts w:ascii="Georgia" w:hAnsi="Georgia"/>
          <w:b w:val="0"/>
          <w:i w:val="0"/>
          <w:color w:val="000000"/>
          <w:sz w:val="24"/>
        </w:rPr>
        <w:t xml:space="preserve">3) </w:t>
      </w:r>
      <w:r>
        <w:rPr>
          <w:rFonts w:ascii="Georgia" w:hAnsi="Georgia"/>
          <w:b/>
          <w:i w:val="0"/>
          <w:color w:val="000000"/>
          <w:sz w:val="24"/>
        </w:rPr>
        <w:t>«И вот их подробное описание: Атик и АА оба включены в Кетер Ацилута»</w:t>
      </w:r>
      <w:r>
        <w:rPr>
          <w:rFonts w:ascii="Georgia" w:hAnsi="Georgia"/>
          <w:b w:val="0"/>
          <w:i w:val="0"/>
          <w:color w:val="000000"/>
          <w:sz w:val="24"/>
        </w:rPr>
        <w:t xml:space="preserve"> — то есть в Кетер де-БОН. И необходимо помнить, что есть три характеристики в общем Кетере де-БОН — то есть в Кетере десяти сфирот де-Некудим. Ведь он начинается от хазе де-АК и распространяется до места ХАГАТ де-Некудим, как сказано выше (лист 476). И та часть Кетера, что находится от хазе де-АК до его табура, вовсе не входит в расчет этого парцуфа БОН, будучи тайной первой головы, в которой нет келим; и это первая характеристика. Поэтому считается, что его основа начинается от табура де-АК и ниже — то есть тайной АХАП первой головы, вышедших наружу из головы вследствие подъема МАН к глазам, как объяснялось в предыдущей ветви. Вследствие этого в нем уже есть свойство келим де-БОН, и потому он входит в расчет парцуфа и называется первой точкой ГАР де-Некудим. И это вторая характеристика Кетера де-БОН: он начинается от табура и оканчивается у завершения тела де-АК, то есть у окончания Тиферет де-АК, где находится свойство пэ общей головы БОН. А третья характеристика Кетера БОН заключается в том, что он протянулся в виде распространения трех линий КАХАБ в ХАГАТ и облачился в голову ИШСУТ, находясь совершенно вне тела де-АК и вне головы БОН — прямо на месте ХАГАТ де-БОН. И о первой характеристике Кетера БОН нет никакой речи, поскольку в ней нет келим, и по этой причине она считается лишь окружающим светом снаружи относительно келим головы; всё рассмотрение начинается только со второй и третьей характеристик.</w:t>
      </w:r>
    </w:p>
    <w:p>
      <w:pPr>
        <w:spacing w:before="40" w:after="120"/>
        <w:jc w:val="both"/>
      </w:pPr>
      <w:r>
        <w:rPr>
          <w:rFonts w:ascii="Georgia" w:hAnsi="Georgia"/>
          <w:b w:val="0"/>
          <w:i w:val="0"/>
          <w:color w:val="000000"/>
          <w:sz w:val="24"/>
        </w:rPr>
        <w:t xml:space="preserve">Пойми же, что между двумя этими частями Кетера существует огромное расстояние, и причина в том, что третья характеристика Кетера уже находится на уровне тела де-Некудим. Тебе уже известно, что только голова называется Кетером и таамим; поэтому его уровень снизился, так как он распространился в место, которое ему не принадлежит, пойми это как следует. И знай, что именно поэтому Кетер де-БОН разделился между двумя парцуфим — Атиком и АА. Ведь вторую характеристику Кетера, находящуюся от табура де-АК до завершения его тела и представляющую собой свойство АХАП де-рош де-БОН (которая во всяком случае находится на месте головы, как сказано выше), взял Атик. Но третью характеристику Кетера, распространившуюся ниже пэ де-рош де-БОН в место келим тела, называемых ХАГАТ, и облачившуюся в голову ИШСУТ де-Некудим, взял АА. Об этом и говорит Учитель: </w:t>
      </w:r>
      <w:r>
        <w:rPr>
          <w:rFonts w:ascii="Georgia" w:hAnsi="Georgia"/>
          <w:b/>
          <w:i w:val="0"/>
          <w:color w:val="000000"/>
          <w:sz w:val="24"/>
        </w:rPr>
        <w:t>«Атик и АА оба включены в Кетер Ацилута... и Атик взял из БОН пять первых [сфирот] его Кетера...»</w:t>
      </w:r>
      <w:r>
        <w:rPr>
          <w:rFonts w:ascii="Georgia" w:hAnsi="Georgia"/>
          <w:b w:val="0"/>
          <w:i w:val="0"/>
          <w:color w:val="000000"/>
          <w:sz w:val="24"/>
        </w:rPr>
        <w:t xml:space="preserve"> — то есть взял половину Кетера, стоящую на месте АХАП де-рош де-БОН, что и составляет вторую характеристику, как сказано выше. И об этом сказано: </w:t>
      </w:r>
      <w:r>
        <w:rPr>
          <w:rFonts w:ascii="Georgia" w:hAnsi="Georgia"/>
          <w:b/>
          <w:i w:val="0"/>
          <w:color w:val="000000"/>
          <w:sz w:val="24"/>
        </w:rPr>
        <w:t>«АА взял из Кетера де-БОН только пять нижних [сфирот] в Кетере — от его Тиферет и ниже»</w:t>
      </w:r>
      <w:r>
        <w:rPr>
          <w:rFonts w:ascii="Georgia" w:hAnsi="Georgia"/>
          <w:b w:val="0"/>
          <w:i w:val="0"/>
          <w:color w:val="000000"/>
          <w:sz w:val="24"/>
        </w:rPr>
        <w:t>. И это третья характеристика. А сказанное «от Тиферет и ниже» означает от табура и ниже: высший Кетер, стоящий в КАХАБ де-БОН (представляющий собой АХАП первой головы де-БОН и являющийся основой Кетера де-Некудим), распространил свои ТАНЕХИ из КАХАБ в ХАГАТ, и они облачились в голову ИШСУТ, поскольку высший парцуф облачается в нижний лишь своими ТАНЕХИМ, как известно.</w:t>
      </w:r>
    </w:p>
    <w:p>
      <w:pPr>
        <w:spacing w:before="40" w:after="120"/>
        <w:jc w:val="both"/>
      </w:pPr>
      <w:r>
        <w:rPr>
          <w:rFonts w:ascii="Georgia" w:hAnsi="Georgia"/>
          <w:b w:val="0"/>
          <w:i w:val="0"/>
          <w:color w:val="000000"/>
          <w:sz w:val="24"/>
        </w:rPr>
        <w:t>Поэтому Учитель и говорит, что АА взял пять нижних [сфирот] Кетера де-БОН — то есть ту часть, которая распространилась из КАХАБ в место ХАГАТ как мохин для ИШСУТ, представляющую собой лишь свойство «от табура и ниже», то есть ТАНЕХИМ. В этом же соотношении [Учитель] говорит, что Атик взял пять первых [сфирот] — то есть КАХАБ и Хесед-Гвуру (ХАГ), оставшиеся на месте АХАП де-БОН. Однако сами по себе оба они содержат полные десять сфирот, так как ТАНЕХИМ, распространяющиеся от высшего, нисколько не уменьшают сфирот самого высшего; и равным образом, хотя нижний получает от высшего лишь ТАНЕХИМ, они сами по себе распространяются в месте нижнего в совершенные десять сфирот КАХАБ и ЗОН, как будет сказано на своем месте с Б-жьей помощью. Запомни это.</w:t>
      </w:r>
    </w:p>
    <w:p>
      <w:pPr>
        <w:spacing w:before="40" w:after="120"/>
        <w:jc w:val="both"/>
      </w:pPr>
      <w:r>
        <w:rPr>
          <w:rFonts w:ascii="Georgia" w:hAnsi="Georgia"/>
          <w:b w:val="0"/>
          <w:i w:val="0"/>
          <w:color w:val="000000"/>
          <w:sz w:val="24"/>
        </w:rPr>
        <w:t xml:space="preserve">8) </w:t>
      </w:r>
      <w:r>
        <w:rPr>
          <w:rFonts w:ascii="Georgia" w:hAnsi="Georgia"/>
          <w:b/>
          <w:i w:val="0"/>
          <w:color w:val="000000"/>
          <w:sz w:val="24"/>
        </w:rPr>
        <w:t>«Общий итог... и все мужские свойства происходят от МА, а женские — от БОН»</w:t>
      </w:r>
      <w:r>
        <w:rPr>
          <w:rFonts w:ascii="Georgia" w:hAnsi="Georgia"/>
          <w:b w:val="0"/>
          <w:i w:val="0"/>
          <w:color w:val="000000"/>
          <w:sz w:val="24"/>
        </w:rPr>
        <w:t xml:space="preserve"> — однако есть два вида мужского и женского: первый — мужское и женское в одном теле; второй — мужское и женское, разделенные на два отдельных тела. И знай, что общее правило Учителя о том, что все мужские свойства происходят от МА, а женские — от БОН, действует лишь для мужского и женского в одном теле. Иначе обстоит дело с мужским и женским, разделенными на два тела: тогда и в мужском парцуфе отдельно есть МА и БОН, и в Нукве отдельно есть МА и БОН.</w:t>
      </w:r>
    </w:p>
    <w:p>
      <w:pPr>
        <w:spacing w:before="40" w:after="120"/>
        <w:jc w:val="both"/>
      </w:pPr>
      <w:r>
        <w:rPr>
          <w:rFonts w:ascii="Georgia" w:hAnsi="Georgia"/>
          <w:b w:val="0"/>
          <w:i w:val="0"/>
          <w:color w:val="000000"/>
          <w:sz w:val="24"/>
        </w:rPr>
        <w:t>А то, что он говорит: «Общий итог: в мире Ацилут есть десять сфирот, и Кетер — это Атик и АА...» — это правило относится лишь к свойству БОН Ацилута, тогда как десять сфирот МА разделяются иначе, как подробно объяснялось выше.</w:t>
      </w:r>
    </w:p>
    <w:p>
      <w:pPr>
        <w:spacing w:before="40" w:after="120"/>
        <w:jc w:val="both"/>
      </w:pPr>
      <w:r>
        <w:rPr>
          <w:rFonts w:ascii="Georgia" w:hAnsi="Georgia"/>
          <w:b w:val="0"/>
          <w:i w:val="0"/>
          <w:color w:val="000000"/>
          <w:sz w:val="24"/>
        </w:rPr>
        <w:t>Из всех приведенных здесь его слов нам становится ясно, что в каждом теле парцуфим Ацилута, будь то мужские или женские [парцуфим], в каждом из них есть мужская сторона от свойства МА и женская сторона от свойства БОН, и они распределяются следующим образом: Атик-мужчина — это Кетер де-МА.</w:t>
      </w:r>
    </w:p>
    <w:p>
      <w:pPr>
        <w:spacing w:before="40" w:after="120"/>
        <w:jc w:val="both"/>
      </w:pPr>
      <w:r>
        <w:rPr>
          <w:rFonts w:ascii="Georgia" w:hAnsi="Georgia"/>
          <w:b w:val="0"/>
          <w:i w:val="0"/>
          <w:color w:val="000000"/>
          <w:sz w:val="24"/>
        </w:rPr>
        <w:t>Нуква де-Атик была сформирована из свойств а-гадаз (</w:t>
      </w:r>
      <w:r>
        <w:rPr>
          <w:rFonts w:ascii="Georgia" w:hAnsi="Georgia" w:cs="Times New Roman"/>
          <w:b/>
          <w:i w:val="0"/>
          <w:color w:val="000000"/>
          <w:sz w:val="24"/>
          <w:rtl/>
          <w:szCs w:val="32"/>
        </w:rPr>
        <w:t>הגד״ז</w:t>
      </w:r>
      <w:r>
        <w:rPr>
          <w:rFonts w:ascii="Georgia" w:hAnsi="Georgia"/>
          <w:b w:val="0"/>
          <w:i w:val="0"/>
          <w:color w:val="000000"/>
          <w:sz w:val="24"/>
        </w:rPr>
        <w:t>) де-БОН, что означает: пять первых сфирот Кетера де-БОН, три первые сфирот (ГАР) Хохмы де-БОН, четыре первые сфирот Бины де-БОН и семь кетеров ЗАТ де-БОН; из всего этого сформировалась Нуква де-Атик.</w:t>
      </w:r>
    </w:p>
    <w:p>
      <w:pPr>
        <w:spacing w:before="40" w:after="120"/>
        <w:jc w:val="both"/>
      </w:pPr>
      <w:r>
        <w:rPr>
          <w:rFonts w:ascii="Georgia" w:hAnsi="Georgia"/>
          <w:b w:val="0"/>
          <w:i w:val="0"/>
          <w:color w:val="000000"/>
          <w:sz w:val="24"/>
        </w:rPr>
        <w:t>Однако оба они составляют одно тело и один парцуф, спаянные друг с другом ахор бе-ахор: обратная сторона де-МА спаяна с обратной стороной де-БОН, а их лица обращены наружу. Но лицо де-БОН также считается обратной стороной относительно лица де-МА, и потому считается, что мужская и женская части Атика стоят в положении «лицом и спиной» (паним ве-ахор). Положение же мужского и женского справа и слева к нему неприменимо, как сказано в Зоаре: «нет левой стороны в этом Атике», поскольку левая сторона мужчины — это тоже свойство МА, а правая сторона Нуквы — тоже свойство БОН, и оба они вместе называются парцуфом Атик де-Ацилут. Арих-мужчина — это свойство Хохма де-МА. Арих-женщина была сформирована из пяти нижних сфирот Кетера де-БОН. При этом оба они составляют одно тело и один парцуф, спаянные вместе в положении справа и слева: МА справа от него, а БОН слева. И оба они называются парцуфом АА де-Ацилут, облачающим ЗАТ де-Атик.</w:t>
      </w:r>
    </w:p>
    <w:p>
      <w:pPr>
        <w:spacing w:before="40" w:after="120"/>
        <w:jc w:val="both"/>
      </w:pPr>
      <w:r>
        <w:rPr>
          <w:rFonts w:ascii="Georgia" w:hAnsi="Georgia"/>
          <w:b w:val="0"/>
          <w:i w:val="0"/>
          <w:color w:val="000000"/>
          <w:sz w:val="24"/>
        </w:rPr>
        <w:t>Аба-мужчина происходит из половины Бины де-МА. То есть десять сфирот Бины де-МА делятся вдоль, и правую сторону в них — Кетер, Хохму и ЗА этой Бины — взял себе Аба-мужчина.</w:t>
      </w:r>
    </w:p>
    <w:p>
      <w:pPr>
        <w:spacing w:before="40" w:after="120"/>
        <w:jc w:val="both"/>
      </w:pPr>
      <w:r>
        <w:rPr>
          <w:rFonts w:ascii="Georgia" w:hAnsi="Georgia"/>
          <w:b w:val="0"/>
          <w:i w:val="0"/>
          <w:color w:val="000000"/>
          <w:sz w:val="24"/>
        </w:rPr>
        <w:t>Аба-женщина была сформирована из семи нижних сфирот: ХАГАТ и НЕХИМ Хохмы де-БОН. И оба они составляют одно тело и один парцуф, спаянные справа и слева: МА справа от него, а БОН слева. И оба они называются парцуфом Аба де-Ацилут, облачающим правую сторону парцуфа АА.</w:t>
      </w:r>
    </w:p>
    <w:p>
      <w:pPr>
        <w:spacing w:before="40" w:after="120"/>
        <w:jc w:val="both"/>
      </w:pPr>
      <w:r>
        <w:rPr>
          <w:rFonts w:ascii="Georgia" w:hAnsi="Georgia"/>
          <w:b w:val="0"/>
          <w:i w:val="0"/>
          <w:color w:val="000000"/>
          <w:sz w:val="24"/>
        </w:rPr>
        <w:t>Има-мужчина — это левая половина Бины де-МА, тогда как правую сторону десяти сфирот этой Бины, то есть Кетер, Хохму и ЗА, взял Аба-мужчина, как сказано выше. И Има-мужчина взяла левую сторону в этих десяти сфирот, то есть Бину и Малхут Бины де-МА.</w:t>
      </w:r>
    </w:p>
    <w:p>
      <w:pPr>
        <w:spacing w:before="40" w:after="120"/>
        <w:jc w:val="both"/>
      </w:pPr>
      <w:r>
        <w:rPr>
          <w:rFonts w:ascii="Georgia" w:hAnsi="Georgia"/>
          <w:b w:val="0"/>
          <w:i w:val="0"/>
          <w:color w:val="000000"/>
          <w:sz w:val="24"/>
        </w:rPr>
        <w:t>Има-женщина была сформирована из шести нижних сфирот: Гвуры, Тиферет и НЕХИМ Бины де-БОН, так как четыре первые сфирот — КАХАБ и Хесед этой Бины — уже взял Атик, как сказано выше.</w:t>
      </w:r>
    </w:p>
    <w:p>
      <w:pPr>
        <w:spacing w:before="40" w:after="120"/>
        <w:jc w:val="both"/>
      </w:pPr>
      <w:r>
        <w:rPr>
          <w:rFonts w:ascii="Georgia" w:hAnsi="Georgia"/>
          <w:b w:val="0"/>
          <w:i w:val="0"/>
          <w:color w:val="000000"/>
          <w:sz w:val="24"/>
        </w:rPr>
        <w:t>И эти мужская и женская части также составляют одно тело и один парцуф, спаянные справа и слева: МА справа от нее, а БОН слева. И обе они вместе называются парцуфом Има де-Ацилут, облачающим левую сторону АА.</w:t>
      </w:r>
    </w:p>
    <w:p>
      <w:pPr>
        <w:spacing w:before="40" w:after="120"/>
        <w:jc w:val="both"/>
      </w:pPr>
      <w:r>
        <w:rPr>
          <w:rFonts w:ascii="Georgia" w:hAnsi="Georgia"/>
          <w:b w:val="0"/>
          <w:i w:val="0"/>
          <w:color w:val="000000"/>
          <w:sz w:val="24"/>
        </w:rPr>
        <w:t>ЗА-мужчина — это шесть сфирот ХАГАТ-НЕХИ де-МА.</w:t>
      </w:r>
    </w:p>
    <w:p>
      <w:pPr>
        <w:spacing w:before="40" w:after="120"/>
        <w:jc w:val="both"/>
      </w:pPr>
      <w:r>
        <w:rPr>
          <w:rFonts w:ascii="Georgia" w:hAnsi="Georgia"/>
          <w:b w:val="0"/>
          <w:i w:val="0"/>
          <w:color w:val="000000"/>
          <w:sz w:val="24"/>
        </w:rPr>
        <w:t>ЗА-женщина была сформирована из шести сфирот ХАГАТ-НЕХИ де-БОН, кроме кетеров. И оба они — один парцуф и одно тело, спаянные вместе справа и слева: МА справа от него, а БОН слева. И оба они называются парцуфом ЗА де-Ацилут, облачающим АА от его табура и ниже. Нуква-мужчина — это свойство Малхут де-МА.</w:t>
      </w:r>
    </w:p>
    <w:p>
      <w:pPr>
        <w:spacing w:before="40" w:after="120"/>
        <w:jc w:val="both"/>
      </w:pPr>
      <w:r>
        <w:rPr>
          <w:rFonts w:ascii="Georgia" w:hAnsi="Georgia"/>
          <w:b w:val="0"/>
          <w:i w:val="0"/>
          <w:color w:val="000000"/>
          <w:sz w:val="24"/>
        </w:rPr>
        <w:t>Нуква-женщина была сформирована из Малхут де-БОН.</w:t>
      </w:r>
    </w:p>
    <w:p>
      <w:pPr>
        <w:spacing w:before="40" w:after="120"/>
        <w:jc w:val="both"/>
      </w:pPr>
      <w:r>
        <w:rPr>
          <w:rFonts w:ascii="Georgia" w:hAnsi="Georgia"/>
          <w:b w:val="0"/>
          <w:i w:val="0"/>
          <w:color w:val="000000"/>
          <w:sz w:val="24"/>
        </w:rPr>
        <w:t>И обе они — одно тело и один парцуф, спаянные вместе справа и слева: МА справа от нее, а БОН слева. И обе они называются Нуквой де-ЗА де-Ацилут, облачающей ЗА от хазе и ниже.</w:t>
      </w:r>
    </w:p>
    <w:p>
      <w:pPr>
        <w:spacing w:before="40" w:after="120"/>
        <w:jc w:val="both"/>
      </w:pPr>
      <w:r>
        <w:rPr>
          <w:rFonts w:ascii="Georgia" w:hAnsi="Georgia"/>
          <w:b w:val="0"/>
          <w:i w:val="0"/>
          <w:color w:val="000000"/>
          <w:sz w:val="24"/>
        </w:rPr>
        <w:t>И вот ты видишь, что мужские части всех парцуфим — то есть их правая сторона — происходят от МА, а женские части всех них происходят от БОН — то есть их левая сторона.</w:t>
      </w:r>
    </w:p>
    <w:p>
      <w:pPr>
        <w:spacing w:before="40" w:after="120"/>
        <w:jc w:val="both"/>
      </w:pPr>
      <w:r>
        <w:rPr>
          <w:rFonts w:ascii="Georgia" w:hAnsi="Georgia"/>
          <w:b w:val="0"/>
          <w:i w:val="0"/>
          <w:color w:val="000000"/>
          <w:sz w:val="24"/>
        </w:rPr>
        <w:t>Однако знай, что мужская и женская части парцуфа Аба обе рассматриваются лишь как мужское свойство. И точно так же мужская и женская части парцуфа Има обе рассматриваются как женское свойство. И потому мужская и женская части Абы обе стоят справа от АА, то есть на стороне МА де-АА; а мужская и женская части Имы обе стоят слева от АА, то есть на стороне БОН де-АА.</w:t>
      </w:r>
    </w:p>
    <w:p>
      <w:pPr>
        <w:spacing w:before="40" w:after="120"/>
        <w:jc w:val="both"/>
      </w:pPr>
      <w:r>
        <w:rPr>
          <w:rFonts w:ascii="Georgia" w:hAnsi="Georgia"/>
          <w:b w:val="0"/>
          <w:i w:val="0"/>
          <w:color w:val="000000"/>
          <w:sz w:val="24"/>
        </w:rPr>
        <w:t>И подобно этому, мужская и женская части парцуфа ЗА обе рассматриваются как мужское свойство, а мужская и женская части парцуфа Нуквы обе рассматриваются как женское свойство. Причина этих порядков разъяснится с Б-жьей помощью далее, каждого на своем месте.</w:t>
      </w:r>
    </w:p>
    <w:p>
      <w:pPr>
        <w:spacing w:before="40" w:after="120"/>
        <w:jc w:val="both"/>
      </w:pPr>
      <w:r>
        <w:rPr>
          <w:rFonts w:ascii="Georgia" w:hAnsi="Georgia"/>
          <w:b w:val="0"/>
          <w:i w:val="0"/>
          <w:color w:val="000000"/>
          <w:sz w:val="24"/>
        </w:rPr>
        <w:t>И всё это сказано лишь при рассмотрении парцуфим Ацилута по порядку десяти сфирот, состоящих всего из пяти свойств: Кетер, Хохма, Бина, Тиферет и Малхут, согласно чему во всем Ацилуте различают лишь пять парцуфим: АА, Аба, Има, ЗА и Нукву; а парцуф Атик представляет собой тайну головы, которая непознаваема (рейша де-ла итъяда), и он не присоединяется к [основным пяти] парцуфим Ацилута. Однако они разделяются также и по принципу двенадцати парцуфим, как будет сказано на своем месте с Б-жьей помощью.</w:t>
      </w:r>
    </w:p>
    <w:p>
      <w:pPr>
        <w:spacing w:before="40" w:after="120"/>
        <w:jc w:val="both"/>
      </w:pPr>
      <w:r>
        <w:rPr>
          <w:rFonts w:ascii="Georgia" w:hAnsi="Georgia"/>
          <w:b w:val="0"/>
          <w:i w:val="0"/>
          <w:color w:val="000000"/>
          <w:sz w:val="24"/>
        </w:rPr>
        <w:t xml:space="preserve">15) </w:t>
      </w:r>
      <w:r>
        <w:rPr>
          <w:rFonts w:ascii="Georgia" w:hAnsi="Georgia"/>
          <w:b/>
          <w:i w:val="0"/>
          <w:color w:val="000000"/>
          <w:sz w:val="24"/>
        </w:rPr>
        <w:t>«Ведь относительно Атика-мужчины мы уже объяснили, что известно, что находится в нем — а именно Кетер из имени МА»</w:t>
      </w:r>
      <w:r>
        <w:rPr>
          <w:rFonts w:ascii="Georgia" w:hAnsi="Georgia"/>
          <w:b w:val="0"/>
          <w:i w:val="0"/>
          <w:color w:val="000000"/>
          <w:sz w:val="24"/>
        </w:rPr>
        <w:t xml:space="preserve"> — то есть свойство внутреннего света в голове Атика-мужчины нам известно: это Кетер де-МА; тогда как внутренний свет головы Атика-женщины неизвестен. Однако окружающий свет нам неизвестен даже в Атике-мужчине, как сказано ниже в ветви 54, обратись туда. А объяснение трех этих голов будет с Б-жьей помощью дано ниже, во вратах АА, поскольку там их место.</w:t>
      </w:r>
    </w:p>
    <w:p>
      <w:pPr>
        <w:spacing w:before="40" w:after="120"/>
        <w:jc w:val="both"/>
      </w:pPr>
      <w:r>
        <w:rPr>
          <w:rFonts w:ascii="Georgia" w:hAnsi="Georgia"/>
          <w:b w:val="0"/>
          <w:i w:val="0"/>
          <w:color w:val="000000"/>
          <w:sz w:val="24"/>
        </w:rPr>
        <w:t xml:space="preserve">16) </w:t>
      </w:r>
      <w:r>
        <w:rPr>
          <w:rFonts w:ascii="Georgia" w:hAnsi="Georgia"/>
          <w:b/>
          <w:i w:val="0"/>
          <w:color w:val="000000"/>
          <w:sz w:val="24"/>
        </w:rPr>
        <w:t>«Значит, саму эту голову мы уже знаем...»</w:t>
      </w:r>
      <w:r>
        <w:rPr>
          <w:rFonts w:ascii="Georgia" w:hAnsi="Georgia"/>
          <w:b w:val="0"/>
          <w:i w:val="0"/>
          <w:color w:val="000000"/>
          <w:sz w:val="24"/>
        </w:rPr>
        <w:t xml:space="preserve"> — ведь МА в каждом парцуфе считается основой сущности строения парцуфа, и потому оно считается правой стороной парцуфа или свойством лица. А БОН — это свойство, подчиненное ему; и потому считается, что само существование головы Атика построено из имени МА, тогда как свойство имени БОН в ней считается лишь частью внутри нее, присоединенной к нему, пойми это.</w:t>
      </w:r>
    </w:p>
    <w:p>
      <w:pPr>
        <w:spacing w:before="40" w:after="120"/>
        <w:jc w:val="both"/>
      </w:pPr>
      <w:r>
        <w:rPr>
          <w:rFonts w:ascii="Georgia" w:hAnsi="Georgia"/>
          <w:b/>
          <w:i w:val="0"/>
          <w:color w:val="000000"/>
          <w:sz w:val="24"/>
        </w:rPr>
        <w:t>«И объяснение относится к свойству имени БОН, которое там находится: ведь он отбирает... и они соединяются с ним...»</w:t>
      </w:r>
      <w:r>
        <w:rPr>
          <w:rFonts w:ascii="Georgia" w:hAnsi="Georgia"/>
          <w:b w:val="0"/>
          <w:i w:val="0"/>
          <w:color w:val="000000"/>
          <w:sz w:val="24"/>
        </w:rPr>
        <w:t xml:space="preserve"> — то есть каждое свойство БОН всякого парцуфа соединяется и приходит к парцуфу благодаря имени МА этого парцуфа, которое отбирает его и присоединяет к себе.</w:t>
      </w:r>
    </w:p>
    <w:p>
      <w:pPr>
        <w:spacing w:before="40" w:after="120"/>
        <w:jc w:val="both"/>
      </w:pPr>
      <w:r>
        <w:rPr>
          <w:rFonts w:ascii="Georgia" w:hAnsi="Georgia"/>
          <w:b w:val="0"/>
          <w:i w:val="0"/>
          <w:color w:val="000000"/>
          <w:sz w:val="24"/>
        </w:rPr>
        <w:t>И причина этого такова, как сказано в предыдущей ветви: вся суть мира Ацилут представляет собой тайну десяти сфирот нового МА, вышедшего изо лба БОН де-АК, являющегося парцуфом десяти сфирот де-Некудим, который облачает САГ де-АК от его табура и ниже и называется БОН де-АК. И он начинается от хазе де-АК, где находится пэ де-рош де-САГ; а от хазе до табура расположено место первой головы парцуфа БОН де-АК, которая не входит в расчет парцуфа, как сказано там. И из этой головы, из ее лба, вышел парцуф нового МА, включающий все парцуфим Ацилута.</w:t>
      </w:r>
    </w:p>
    <w:p>
      <w:pPr>
        <w:spacing w:before="40" w:after="120"/>
        <w:jc w:val="both"/>
      </w:pPr>
      <w:r>
        <w:rPr>
          <w:rFonts w:ascii="Georgia" w:hAnsi="Georgia"/>
          <w:b w:val="0"/>
          <w:i w:val="0"/>
          <w:color w:val="000000"/>
          <w:sz w:val="24"/>
        </w:rPr>
        <w:t>Тебе уже известен исток высшего и нижнего: нижний протягивается и выходит вследствие скрытия света первого распространения десяти сфирот тела высшего, когда они поднимаются к пэ высшего в качестве МАН, и тогда на них совершается второе соударение (зивуг), и вновь распространяются вторые десять сфирот на место первых, которые скрылись; и они называются вторым распространением в теле высшего. И они считаются другой ступенью, отдельной от высшего, из-за изменения уровня в его масахе, порождающем в нем новые келим, отличные от келим первого распространения. И это считается также порождением высшего, ведь оно выделилось [из Источника] благодаря зивугу в пэ де-рош высшего. Однако пойми главное: хотя это порождение и сын высшего, тем не менее именно он исправляет тело высшего, ведь его света опустели из него, и нет ему исправления иначе как через нижнего, облачающего его во всем этом опустевшем пространстве и возвращающего ему его света тайной второго распространения, как сказано, — см. Паним Масбирот, ветвь 9, пункт 2, обратись туда.</w:t>
      </w:r>
    </w:p>
    <w:p>
      <w:pPr>
        <w:spacing w:before="40" w:after="120"/>
        <w:jc w:val="both"/>
      </w:pPr>
      <w:r>
        <w:rPr>
          <w:rFonts w:ascii="Georgia" w:hAnsi="Georgia"/>
          <w:b w:val="0"/>
          <w:i w:val="0"/>
          <w:color w:val="000000"/>
          <w:sz w:val="24"/>
        </w:rPr>
        <w:t>И из этого ты поймешь суть облачения нижнего на высшего: оно необходимо ради исправления самого же высшего. А поскольку МА — это порождение БОН де-АК и свойство его второго распространения (как написал Учитель выше, лист 150, что оно вышло после разбиения сосудов в ЗАТ и ухода светов большого состояния из ГАР упомянутого парцуфа БОН де-АК), постольку оно облачает все эти десять сфирот — ГАР и ЗАТ — де-БОН де-АК, кроме первой головы в нем, находящейся от хазе до табура, поскольку в ней не произошло никакого ухода света в ее первом распространении во время разбиения сосудов. И вот при этом облачении, когда МА облачает БОН де-АК от пэ первой головы и ниже — ГАР и ЗАТ, — получается, что оно исправляет и возвращает света первого распространения, ушедшие оттуда во время разбиения келим, пойми это как следует. И благодаря этому знай, что мера возвращения им светов высшего зависит от величины уровня, который он облачает на высшего, помни это.</w:t>
      </w:r>
    </w:p>
    <w:p>
      <w:pPr>
        <w:spacing w:before="40" w:after="120"/>
        <w:jc w:val="both"/>
      </w:pPr>
      <w:r>
        <w:rPr>
          <w:rFonts w:ascii="Georgia" w:hAnsi="Georgia"/>
          <w:b w:val="0"/>
          <w:i w:val="0"/>
          <w:color w:val="000000"/>
          <w:sz w:val="24"/>
        </w:rPr>
        <w:t>В этом и заключается суть выяснения: МА отбирает келим и света де-БОН и присоединяет их к себе, к собственному телу, что указывает на возвращение им светов ГАР и ЗАТ де-БОН, упомянутых выше, будучи его вторым распространением, которое исправляет и возвращает ушедшие света первого распространения тела высшего. И по этой причине возвращение светов называется выяснениями, которыми он отбирает и исправляет высшего. Помни это на всем протяжении предстоящих нам ветвей.</w:t>
      </w:r>
    </w:p>
    <w:p>
      <w:pPr>
        <w:spacing w:before="40" w:after="120"/>
        <w:jc w:val="both"/>
      </w:pPr>
      <w:r>
        <w:rPr>
          <w:rFonts w:ascii="Georgia" w:hAnsi="Georgia"/>
          <w:b w:val="0"/>
          <w:i w:val="0"/>
          <w:color w:val="000000"/>
          <w:sz w:val="24"/>
        </w:rPr>
        <w:t>И об этом сказано выше, в начале ветви, в пункте 3, что Атик взял из БОН: пять первых [сфирот] Кетера де-БОН, ГАР Хохмы де-БОН, четыре первые [сфирот] Бины де-БОН и семь кетеров ЗАТ де-БОН, обратись туда.</w:t>
      </w:r>
    </w:p>
    <w:p>
      <w:pPr>
        <w:spacing w:before="40" w:after="120"/>
        <w:jc w:val="both"/>
      </w:pPr>
      <w:r>
        <w:rPr>
          <w:rFonts w:ascii="Georgia" w:hAnsi="Georgia"/>
          <w:b w:val="0"/>
          <w:i w:val="0"/>
          <w:color w:val="000000"/>
          <w:sz w:val="24"/>
        </w:rPr>
        <w:t>Казалось бы, это удивительно: ведь Атик целиком — и ГАР, и ЗАТ в нем — представляет собой тайну Кетера; а известно, что во время исправления Кетера Ацилута ниже него ничего не исправилось, как сказано выше в словах Учителя (лист 609, со слов «нужно»); как же тогда здесь говорится, что ГАР и четыре первые [сфирот] ХУБ исправились вместе с парцуфом Атик?</w:t>
      </w:r>
    </w:p>
    <w:p>
      <w:pPr>
        <w:spacing w:before="40" w:after="120"/>
        <w:jc w:val="both"/>
      </w:pPr>
      <w:r>
        <w:rPr>
          <w:rFonts w:ascii="Georgia" w:hAnsi="Georgia"/>
          <w:b w:val="0"/>
          <w:i w:val="0"/>
          <w:color w:val="000000"/>
          <w:sz w:val="24"/>
        </w:rPr>
        <w:t>Однако в действительности так и есть: в свойстве МА де-Атик все его рош, тох, соф происходят исключительно от свойства Кетер, и в нем нет ничего от Хохмы и Бины, как сказано выше. Но что касается выяснений де-БОН, присоединяющихся к МА, тебе уже известно, что это зависит только от величины облачения МА в тайне второго распространения.</w:t>
      </w:r>
    </w:p>
    <w:p>
      <w:pPr>
        <w:spacing w:before="40" w:after="120"/>
        <w:jc w:val="both"/>
      </w:pPr>
      <w:r>
        <w:rPr>
          <w:rFonts w:ascii="Georgia" w:hAnsi="Georgia"/>
          <w:b w:val="0"/>
          <w:i w:val="0"/>
          <w:color w:val="000000"/>
          <w:sz w:val="24"/>
        </w:rPr>
        <w:t>И в Паним Масбирот (лист 679, со слов «и причина») объяснено, что первый парцуф нового МА, вышедший из пэ первой головы де-БОН де-АК (представляющий собой парцуф Кетера де-МА, называемый Атиком), облачает от пэ первой головы — то есть от точки табура — и до завершения Ацилута, обратись туда за его обоснованием и объяснением. И получается, что рош де-Атик начинается от табура де-АК и завершается у окончания его тела и его Тиферет — то есть на всем протяжении места трех первых сфирот: КАХАБ де-Некудим.</w:t>
      </w:r>
    </w:p>
    <w:p>
      <w:pPr>
        <w:spacing w:before="40" w:after="120"/>
        <w:jc w:val="both"/>
      </w:pPr>
      <w:r>
        <w:rPr>
          <w:rFonts w:ascii="Georgia" w:hAnsi="Georgia"/>
          <w:b w:val="0"/>
          <w:i w:val="0"/>
          <w:color w:val="000000"/>
          <w:sz w:val="24"/>
        </w:rPr>
        <w:t>А второй парцуф МА, называемый АА, у которого все рош, тох, соф происходят из сфиры Хохма де-МА, начинается от пэ де-рош де-Атик (находящегося на месте завершения тела де-АК) и тянется до завершения Ацилута — то есть на всем протяжении места ЗАТ де-Некудим.</w:t>
      </w:r>
    </w:p>
    <w:p>
      <w:pPr>
        <w:spacing w:before="40" w:after="120"/>
        <w:jc w:val="both"/>
      </w:pPr>
      <w:r>
        <w:rPr>
          <w:rFonts w:ascii="Georgia" w:hAnsi="Georgia"/>
          <w:b w:val="0"/>
          <w:i w:val="0"/>
          <w:color w:val="000000"/>
          <w:sz w:val="24"/>
        </w:rPr>
        <w:t>В соответствии с этим выходит, что возвращение светов ГАР де-Некудим полностью зависит только от парцуфа Атик: ведь лишь он один является свойством второго распространения, облачающим ГАР де-Некудим.</w:t>
      </w:r>
    </w:p>
    <w:p>
      <w:pPr>
        <w:spacing w:before="40" w:after="120"/>
        <w:jc w:val="both"/>
      </w:pPr>
      <w:r>
        <w:rPr>
          <w:rFonts w:ascii="Georgia" w:hAnsi="Georgia"/>
          <w:b w:val="0"/>
          <w:i w:val="0"/>
          <w:color w:val="000000"/>
          <w:sz w:val="24"/>
        </w:rPr>
        <w:t>Иначе обстоит дело с АА, который начинается уже ниже ГАР, на месте ЗАТ, как сказано выше, — как же он мог бы вернуть света в место, которое он не облачает? И тем более Аба ве-Има де-Ацилут, облачающие ниже головы де-АА, заведомо ничем не помогают ГАР де-Некудим. Итак, выяснилось, что все свойства БОН, относящиеся к ГАР де-Некудим, отбираются и возвращаются туда исключительно благодаря облачению одного лишь парцуфа Атик. Об этом и сказали, что Атик взял свойства а-гадаз (</w:t>
      </w:r>
      <w:r>
        <w:rPr>
          <w:rFonts w:ascii="Georgia" w:hAnsi="Georgia" w:cs="Times New Roman"/>
          <w:b/>
          <w:i w:val="0"/>
          <w:color w:val="000000"/>
          <w:sz w:val="24"/>
          <w:rtl/>
          <w:szCs w:val="32"/>
        </w:rPr>
        <w:t>הגד״ז</w:t>
      </w:r>
      <w:r>
        <w:rPr>
          <w:rFonts w:ascii="Georgia" w:hAnsi="Georgia"/>
          <w:b w:val="0"/>
          <w:i w:val="0"/>
          <w:color w:val="000000"/>
          <w:sz w:val="24"/>
        </w:rPr>
        <w:t>) де-БОН, ведь все они — свойства ГАР де-Некудим: а именно, пять первых [сфирот] Кетера де-БОН (то есть та часть Кетера ГАР де-Некудим, которая не протянулась в место ХАГАТ де-Некудим, облачившись в голову ИШСУТ, и потому ее взял Атик); а также ГАР и четыре первые [сфирот] ХУБ — тайна голов Аба ве-Има, которые не распространились ниже ГАР; и также семь кетеров ЗАТ, как написано выше в Паним Меирот (лист 506, со слов «И благодаря этому поймешь»). Ведь нет никакого другого парцуфа, кроме него, который мог бы вернуть эти света, как сказано. Пойми же это как следует и см. Паним Меирот (лист 505, со слов «И суть»), обратись туда на всем протяжении [рассуждения].</w:t>
      </w:r>
    </w:p>
    <w:p>
      <w:r>
        <w:br w:type="page"/>
      </w:r>
    </w:p>
    <w:p>
      <w:pPr>
        <w:keepNext/>
        <w:spacing w:before="360" w:after="160"/>
        <w:jc w:val="center"/>
      </w:pPr>
      <w:r>
        <w:rPr>
          <w:rFonts w:ascii="Georgia" w:hAnsi="Georgia"/>
          <w:b w:val="0"/>
          <w:i w:val="0"/>
          <w:color w:val="000000"/>
          <w:sz w:val="40"/>
        </w:rPr>
        <w:t>Ветвь 53</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Прежде всего, до того как мы разберем эти сомнения, необходимо сначала объяснить суть женских начал (нуквот), существующих в мире Ацилут, — как в Атик Йомин, так и в АА и так далее. Дело в том, что выше я уже сообщал тебе: есть [парцуфим] Атик и Нуква, АА и Нуква, Аба ве-Има, а также ЗОН. Однако в отношении упомянутых женских начал есть существенное различие: женское начало — это суды (диним), и оно происходит от выяснения мелахим. Как же тогда применимо название «нуква» к Атик и АА, которые представляют собой совершенное милосердие, как сказано в двух «Идрах»?</w:t>
      </w:r>
    </w:p>
    <w:p>
      <w:pPr>
        <w:spacing w:before="40" w:after="120"/>
        <w:jc w:val="both"/>
      </w:pPr>
      <w:r>
        <w:rPr>
          <w:rFonts w:ascii="Georgia" w:hAnsi="Georgia"/>
          <w:b w:val="0"/>
          <w:i w:val="0"/>
          <w:color w:val="000000"/>
          <w:sz w:val="24"/>
        </w:rPr>
        <w:t xml:space="preserve">2) Кроме того, само наличие мужского и женского начал указывает на уменьшение и разделение, и здесь нет полного единства, какое бывает, когда мужское начало пребывает одно. И ведь мы находим во многих местах в книге Зоар и в «Идра Раба» (лист 141б): «В этом образе человека началось и установилось общее [правило] мужского и женского начал, чего нет в Атике». Также во многих местах мы находим, что разделение на мужское и женское началось лишь от Аба ве-Има и ниже, как упоминается в «Идра Зута» (лист 290а): «Эта Хохма распространилась и обнаружилась как мужское и женское [начала]», то есть: Хохма — отец, Бина — мать, и благодаря им всё существует как мужское и женское [начала], и так далее. Если так, как же мы говорим, что даже в Атик и АА есть свойство Нуквы? Ведь мы находим противоположное во многих местах, и в особенности в книге Зоар (недельная глава Берешит, лист 24б), где [сказано, что] Причина всех причин произносит стих: </w:t>
      </w:r>
      <w:r>
        <w:rPr>
          <w:rFonts w:ascii="Georgia" w:hAnsi="Georgia"/>
          <w:b w:val="0"/>
          <w:i/>
          <w:color w:val="000000"/>
          <w:sz w:val="24"/>
        </w:rPr>
        <w:t>«Увидьте ныне, что Я — это Я, и нет Б-га со Мною…»</w:t>
      </w:r>
      <w:r>
        <w:rPr>
          <w:rFonts w:ascii="Georgia" w:hAnsi="Georgia"/>
          <w:b w:val="0"/>
          <w:i w:val="0"/>
          <w:color w:val="000000"/>
          <w:sz w:val="24"/>
        </w:rPr>
        <w:t xml:space="preserve"> (Дварим 32:39). Ведь бывает «один» в соединении, как мужское и женское начала, о которых сказано: </w:t>
      </w:r>
      <w:r>
        <w:rPr>
          <w:rFonts w:ascii="Georgia" w:hAnsi="Georgia"/>
          <w:b w:val="0"/>
          <w:i/>
          <w:color w:val="000000"/>
          <w:sz w:val="24"/>
        </w:rPr>
        <w:t>«Ибо одного призвал Я его…»</w:t>
      </w:r>
      <w:r>
        <w:rPr>
          <w:rFonts w:ascii="Georgia" w:hAnsi="Georgia"/>
          <w:b w:val="0"/>
          <w:i w:val="0"/>
          <w:color w:val="000000"/>
          <w:sz w:val="24"/>
        </w:rPr>
        <w:t xml:space="preserve"> (Йешаяу 51:2). Однако Он — Один, не по счету и не через соединение [с кем-либо], и поэтому сказано: </w:t>
      </w:r>
      <w:r>
        <w:rPr>
          <w:rFonts w:ascii="Georgia" w:hAnsi="Georgia"/>
          <w:b w:val="0"/>
          <w:i/>
          <w:color w:val="000000"/>
          <w:sz w:val="24"/>
        </w:rPr>
        <w:t>«…и нет Б-га со Мною»</w:t>
      </w:r>
      <w:r>
        <w:rPr>
          <w:rFonts w:ascii="Georgia" w:hAnsi="Georgia"/>
          <w:b w:val="0"/>
          <w:i w:val="0"/>
          <w:color w:val="000000"/>
          <w:sz w:val="24"/>
        </w:rPr>
        <w:t xml:space="preserve"> — то есть свойства Нуквы, называемого именем ЭЛОКИМ, которое означает суд (дин).</w:t>
      </w:r>
    </w:p>
    <w:p>
      <w:pPr>
        <w:spacing w:before="40" w:after="120"/>
        <w:jc w:val="both"/>
      </w:pPr>
      <w:r>
        <w:rPr>
          <w:rFonts w:ascii="Georgia" w:hAnsi="Georgia"/>
          <w:b w:val="0"/>
          <w:i w:val="0"/>
          <w:color w:val="000000"/>
          <w:sz w:val="24"/>
        </w:rPr>
        <w:t>3) Чтобы согласовать эти высказывания, знай: несомненно, во всех десяти сфирот есть мужское и женское [начала], однако существует различие в том, как именно они устроены. Разъяснение этого таково: поскольку к ЗОН относится главное [событие] смерти — ведь именно в них были семь умерших мелахим, — мужское и женское начала существуют в них в виде отдельных друг от друга парцуфим. А то, что иногда ты находишь их соединенными, происходит лишь тогда, когда они находятся ахор бе-ахор: тогда их задние стороны (ахораим) соединены вместе, одна стенка служит им обоим, и требуется пиление (несира) сзади, чтобы разделить их.</w:t>
      </w:r>
    </w:p>
    <w:p>
      <w:pPr>
        <w:spacing w:before="40" w:after="120"/>
        <w:jc w:val="both"/>
      </w:pPr>
      <w:r>
        <w:rPr>
          <w:rFonts w:ascii="Georgia" w:hAnsi="Georgia"/>
          <w:b w:val="0"/>
          <w:i w:val="0"/>
          <w:color w:val="000000"/>
          <w:sz w:val="24"/>
        </w:rPr>
        <w:t>4) В Аба ве-Има же произошла лишь отмена (битуль), а реальной смерти, как в ЗОН, не было, как сказано выше. Поэтому мужское и женское начала в них также существуют каждое само по себе, то есть в виде двух парцуфим, подобно ЗОН. Однако у них появилось исключительно мощное соединение: они всегда соединены паним бе-паним, только одна стенка служит им обоим, и между ними нет никакого разделения. Они устроены не так, как ЗОН, которые соединяются, находясь ахор бе-ахор, а когда [поворачиваются] паним бе-паним — разделяются. По этой причине во многих местах в книге Зоар (недельная глава Ахарей, лист 61а) и в «Идра Зута» (лист 290б) сказано: «Но взаимное желание Аба ве-Има никогда не прекращается: вместе они выходят и вместе пребывают, не отделяясь друг от друга». И потому их ударное соединение (зивуг) постоянно и не прекращается.</w:t>
      </w:r>
    </w:p>
    <w:p>
      <w:pPr>
        <w:spacing w:before="40" w:after="120"/>
        <w:jc w:val="both"/>
      </w:pPr>
      <w:r>
        <w:rPr>
          <w:rFonts w:ascii="Georgia" w:hAnsi="Georgia"/>
          <w:b w:val="0"/>
          <w:i w:val="0"/>
          <w:color w:val="000000"/>
          <w:sz w:val="24"/>
        </w:rPr>
        <w:t>5) Что же касается АА, который относится к Кетер мира Некудот (Некудим), то в нем не произошло даже отмены, как сказано выше. Однако он происходит из пяти нижних [сфирот] Кетер де-БОН, как говорилось выше, а ведь известно, что в НЕХИ де-Кетер де-Некудим была некоторая отмена, когда они опустились, чтобы стать светом разума (мохин) для Аба ве-Има. Поэтому в нем также возникло свойство ЗОН. Но мужское и женское начала в нем получили исправление и дополнительное соединение: они образовали один парцуф следующим образом. Свойство имени МА расположено по всей его правой стороне, а свойство имени БОН — по его левой стороне, и оба они соединены вместе как один парцуф. И в этом смысл сказанного в книге Зоар, что Кетер — исключительно мужское начало без Нуквы, то есть без отделенной от него Нуквы. А когда мы говорим, что в нем есть мужское и женское [начала], это означает лишь присутствие в нем двух этих свойств — МА и БОН — справа и слева от него, которые повсюду соответствуют мужскому и женскому началам; но это не означает, что в нем есть ЗОН, разделенные на два отдельных парцуфа. И пойми это очень глубоко.</w:t>
      </w:r>
    </w:p>
    <w:p>
      <w:pPr>
        <w:spacing w:before="40" w:after="120"/>
        <w:jc w:val="both"/>
      </w:pPr>
      <w:r>
        <w:rPr>
          <w:rFonts w:ascii="Georgia" w:hAnsi="Georgia"/>
          <w:b w:val="0"/>
          <w:i w:val="0"/>
          <w:color w:val="000000"/>
          <w:sz w:val="24"/>
        </w:rPr>
        <w:t>6) Из этого ты поймешь, как Аба ве-Има облачают АА — один справа, а другой слева. Ведь так же обстоит дело и в самом АА: правая сторона в нем — это МА, мужское начало, а левая сторона — БОН, женское начало. Однако в Атик Йомин, который происходит от пяти первых [сфирот] Кетер мира Некудим, где никогда вообще не происходило никакой отмены, мужское и женское начала — МА и БОН — полностью перемешались друг с другом. Они взаимно переплетены как отдельно справа, так и слева, и устроены иначе, чем в АА. И об этом сказано в «Идра Раба» (лист 129а): «Нет левой стороны в этом сокрытом Атике, весь он — правая сторона».</w:t>
      </w:r>
    </w:p>
    <w:p>
      <w:pPr>
        <w:spacing w:before="40" w:after="120"/>
        <w:jc w:val="both"/>
      </w:pPr>
      <w:r>
        <w:rPr>
          <w:rFonts w:ascii="Georgia" w:hAnsi="Georgia"/>
          <w:b w:val="0"/>
          <w:i w:val="0"/>
          <w:color w:val="000000"/>
          <w:sz w:val="24"/>
        </w:rPr>
        <w:t>7) Суть в том, что в АА мужское начало находится справа, а женское — слева; но в Атик Йомин его правая сторона включает в себя МА и БОН, и точно так же — левая сторона. Следовательно, они равны, и нет различия между его правой и левой сторонами.</w:t>
      </w:r>
    </w:p>
    <w:p>
      <w:pPr>
        <w:spacing w:before="40" w:after="120"/>
        <w:jc w:val="both"/>
      </w:pPr>
      <w:r>
        <w:rPr>
          <w:rFonts w:ascii="Georgia" w:hAnsi="Georgia"/>
          <w:b w:val="0"/>
          <w:i w:val="0"/>
          <w:color w:val="000000"/>
          <w:sz w:val="24"/>
        </w:rPr>
        <w:t>8) Однако мужское и женское начала в нем устроены иначе: они представляют собой два свойства — лицевую сторону (паним) и тыльную сторону (ахор). То есть как с правой, так и с левой его стороны свойство МА находится спереди (со стороны паним), а свойство БОН — сзади (со стороны ахор). И в этом [заключается] великое и удивительное соединение.</w:t>
      </w:r>
    </w:p>
    <w:p>
      <w:pPr>
        <w:spacing w:before="40" w:after="120"/>
        <w:jc w:val="both"/>
      </w:pPr>
      <w:r>
        <w:rPr>
          <w:rFonts w:ascii="Georgia" w:hAnsi="Georgia"/>
          <w:b w:val="0"/>
          <w:i w:val="0"/>
          <w:color w:val="000000"/>
          <w:sz w:val="24"/>
        </w:rPr>
        <w:t>9) Из этого ты поймешь, что в Атике ты не найдешь паним и ахор в том виде, как во всех остальных [парцуфим], расположенных ниже него. Суть в том, что в Атике с одной стороны находится МА, а с другой — БОН. Происходит это следующим образом: несомненно, в имени МА есть паним и ахор, и точно так же в имени БОН есть паним и ахор. При этом ахор де-МА соединен с ахор де-БОН, так что паним де-МА обращены в одну сторону, а паним де-БОН — в другую. Получается, что с одной стороны видны и различимы паним де-МА, а с другой — паним де-БОН, тогда как обе тыльные стороны (ахораим) — как МА, так и БОН — скрыты друг в друге изнутри, между двумя этими паним. Следовательно, в Атике вообще не проявляется свойство ахор, и потому весь он называется «паним».</w:t>
      </w:r>
    </w:p>
    <w:p>
      <w:pPr>
        <w:spacing w:before="40" w:after="120"/>
        <w:jc w:val="both"/>
      </w:pPr>
      <w:r>
        <w:rPr>
          <w:rFonts w:ascii="Georgia" w:hAnsi="Georgia"/>
          <w:b w:val="0"/>
          <w:i w:val="0"/>
          <w:color w:val="000000"/>
          <w:sz w:val="24"/>
        </w:rPr>
        <w:t>10) Однако в АА, где имя МА стоит отдельно справа от него, паним обращены в одну сторону, а ахор — в другую. Точно так же и слева от него: паним де-БОН обращены в одну сторону, а ахораим — в другую. Получается, что обе лицевые стороны (паним) МА и БОН находятся с одной стороны, а обе тыльные стороны (ахораим) МА и БОН — с другой стороны. Поэтому к нему правомерно применимо разделение на паним и ахор.</w:t>
      </w:r>
    </w:p>
    <w:p>
      <w:pPr>
        <w:spacing w:before="40" w:after="120"/>
        <w:jc w:val="both"/>
      </w:pPr>
      <w:r>
        <w:rPr>
          <w:rFonts w:ascii="Georgia" w:hAnsi="Georgia"/>
          <w:b w:val="0"/>
          <w:i w:val="0"/>
          <w:color w:val="000000"/>
          <w:sz w:val="24"/>
        </w:rPr>
        <w:t>11) Когда же мы иногда говорим о наличии паним и ахор также и в Атике, имеется в виду соотношение двух свойств — МА и БОН. Ведь свойство БОН, даже его лицевая сторона (паним), называется «ахор» относительно МА, находящегося с противоположной стороны. Таким образом, паним де-МА с этой стороны называются «паним», а свойство паним де-БОН, находящееся с другой стороны, называется «ахор» по отношению к имени МА.</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«Сначала объясним суть этих женских начал, которые есть в мире Ацилут…»</w:t>
      </w:r>
      <w:r>
        <w:rPr>
          <w:rFonts w:ascii="Georgia" w:hAnsi="Georgia"/>
          <w:b w:val="0"/>
          <w:i w:val="0"/>
          <w:color w:val="000000"/>
          <w:sz w:val="24"/>
        </w:rPr>
        <w:t xml:space="preserve"> — до конца ветви.</w:t>
      </w:r>
    </w:p>
    <w:p>
      <w:pPr>
        <w:spacing w:before="40" w:after="120"/>
        <w:jc w:val="both"/>
      </w:pPr>
      <w:r>
        <w:rPr>
          <w:rFonts w:ascii="Georgia" w:hAnsi="Georgia"/>
          <w:b w:val="0"/>
          <w:i w:val="0"/>
          <w:color w:val="000000"/>
          <w:sz w:val="24"/>
        </w:rPr>
        <w:t>В этой ветви объясняется, что основное различие между мужским и женским началами состоит в том, что они представляют собой отдельные друг от друга парцуфим, как ЗОН мира Ацилут. Это разделение вызвано тем, что семь нижних [сфирот] (ЗАТ) мира Некудим разбились и умерли. Поэтому, пока эти мелахим не будут исправлены, ЗОН мира Ацилут пребывают в виде отдельных парцуфим, и их соударение прерывается. Но подобно тому как разбиение сосудов (швират а-келим) в мире Некудим проявилось постепенно — ведь в Кетер де-Некудим был лишь изъян в его НЕХИ, а именно в той части, которая облачилась как мохин в ХУБ, тогда как в нем самом изъяна не было вовсе; в ХУБ произошла лишь отмена задней части (ахораим) их ХАГАТ-НЕХИ, но не было разбиения и смерти; и лишь в ЗОН де-Некудим произошло реальное разбиение келим и смерть, то есть они вышли за пределы границы Ацилута, как сказано там, — так и свойство Нуквы было исправлено и проявилось в парцуфим мира Ацилут постепенно. В Атике мужское и женское начала соединяются в один парцуф, и даже тыльная сторона (ахораим) Нуквы де-Атик не проявляется и не видна снаружи, поскольку ее ахораим сокрыты внутри лицевой стороны (паним) Атика. В АА Нуква уже проявляется явно — в виде левой стороны по отношению к мужскому началу, поскольку он относится к нижней половине Кетера, где есть по крайней мере изъян в НЕХИ, в отличие от Атика, в котором нет никакого изъяна, и поэтому Нуква в нем не выделяется вовсе. За ними следуют Аба ве-Има, относящиеся к ХУБ, в которых мужское и женское начала представляют собой два раздельных парцуфа, так как в их ВАК уже произошла отмена; однако они все еще соединены одной стенкой, и их соударение никогда не прекращается. В ЗОН же, где произошло реальное разбиение келим и смерть, мужское и женское начала находятся в двух раздельных парцуфим с двумя разными стенками, и их соударение прерывается. И не следует возражать на это на основании сказанного Равом выше, в ветви 27, — что даже в Атик и АА произошло настоящее разбиение келим в их ЗАТ, а также в ветви 22 (обратись туда). Ведь эти ЗАТ пяти парцуфим мира Некудим не вошли сразу в исправление пяти парцуфим мира Ацилут со стороны Источника: вначале были исправлены только их головы, и именно о них говорит здесь Рав, утверждая, что в Атике не было никакого изъяна, в АА был изъян в НЕХИ, а в Аба ве-Има — отмена задней стороны их ВАК. Все это относится исключительно к их головам; исправление же ЗАТ пяти парцуфим мира Некудим, которые разбились и умерли, началось только в ЗОН мира Ацилут, и потому они были устроены в виде отдельных парцуфим, как сказано выше. Подробно это будет разъяснено далее в соответствующем месте.</w:t>
      </w:r>
    </w:p>
    <w:p>
      <w:r>
        <w:br w:type="page"/>
      </w:r>
    </w:p>
    <w:p>
      <w:pPr>
        <w:keepNext/>
        <w:spacing w:before="360" w:after="160"/>
        <w:jc w:val="center"/>
      </w:pPr>
      <w:r>
        <w:rPr>
          <w:rFonts w:ascii="Georgia" w:hAnsi="Georgia"/>
          <w:b w:val="0"/>
          <w:i w:val="0"/>
          <w:color w:val="000000"/>
          <w:sz w:val="40"/>
        </w:rPr>
        <w:t>Ветвь 54</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Теперь вернемся к выяснению упомянутых выше сомнений, о которых мы говорили относительно Атик Йомин: что именно он берет себе из части [имени] БОН — огласовок (некудот), являющихся мелахим. Уже объяснялось, что нет ни одного света, в котором не было бы двух свойств: внутреннего и окружающего; а значит, и в имени БОН есть внутренний и окружающий [свет], и так же в имени МА.</w:t>
      </w:r>
    </w:p>
    <w:p>
      <w:pPr>
        <w:spacing w:before="40" w:after="120"/>
        <w:jc w:val="both"/>
      </w:pPr>
      <w:r>
        <w:rPr>
          <w:rFonts w:ascii="Georgia" w:hAnsi="Georgia"/>
          <w:b w:val="0"/>
          <w:i w:val="0"/>
          <w:color w:val="000000"/>
          <w:sz w:val="24"/>
        </w:rPr>
        <w:t>2) И здесь нам необходимо сделать одно предварительное замечание: Атик Йомин относится к Кетер де-МА, и в нем есть десять сфирот, как известно. Эти десять сфирот данного Кетер разделяются, распространяются и образуют целостный парцуф, называемый мужской [частью] Атик Йомин (дехура).</w:t>
      </w:r>
    </w:p>
    <w:p>
      <w:pPr>
        <w:spacing w:before="40" w:after="120"/>
        <w:jc w:val="both"/>
      </w:pPr>
      <w:r>
        <w:rPr>
          <w:rFonts w:ascii="Georgia" w:hAnsi="Georgia"/>
          <w:b w:val="0"/>
          <w:i w:val="0"/>
          <w:color w:val="000000"/>
          <w:sz w:val="24"/>
        </w:rPr>
        <w:t>3) И когда он производил выяснение (бирур) из имени БОН — то есть упомянутых мелахим, в которых есть десять сфирот, — он выясняет одну часть из Кетер де-БОН и присоединяет ее к Кетер де-МА. Затем выясняет еще одну часть из Хохма де-Кетер имени БОН и соединяет ее с Хохма в Кетер де-МА. И так со всеми остальными, пока не выяснит десятую часть из имени БОН и не соединит ее с Малхут де-Кетер де-МА, и тогда завершается [формирование] парцуфа Атик Йомин.</w:t>
      </w:r>
    </w:p>
    <w:p>
      <w:pPr>
        <w:spacing w:before="40" w:after="120"/>
        <w:jc w:val="both"/>
      </w:pPr>
      <w:r>
        <w:rPr>
          <w:rFonts w:ascii="Georgia" w:hAnsi="Georgia"/>
          <w:b w:val="0"/>
          <w:i w:val="0"/>
          <w:color w:val="000000"/>
          <w:sz w:val="24"/>
        </w:rPr>
        <w:t>4) И сомнение здесь состоит в том, чтобы узнать, какие именно части он выясняет и присоединяет к своей рош, а какие части выясняет и присоединяет к гуф. Нам уже ясно, что Кетер де-Атик образуется из Кетер де-Кетер де-МА и из выяснения пяти первых [сфирот] (хэй ришонот) де-Кетер де-БОН. И кроме этого здесь нет никакого иного выяснения. Однако сомнение заключается в том, что мы сейчас объясним: здесь есть две стороны рассмотрения. В первой стороне есть два сомнения, а во второй — одно сомнение.</w:t>
      </w:r>
    </w:p>
    <w:p>
      <w:pPr>
        <w:spacing w:before="40" w:after="120"/>
        <w:jc w:val="both"/>
      </w:pPr>
      <w:r>
        <w:rPr>
          <w:rFonts w:ascii="Georgia" w:hAnsi="Georgia"/>
          <w:b w:val="0"/>
          <w:i w:val="0"/>
          <w:color w:val="000000"/>
          <w:sz w:val="24"/>
        </w:rPr>
        <w:t>5) Первая сторона: скажем ли мы, что окружающий свет имени БОН по причине своего огромного величия не нуждался в том, чтобы имя МА исправляло его, — ведь окружающий свет больше и возвышеннее внутреннего, как известно, и потому он остался наверху в своем корне и не вышел для соединения с именем МА, а лишь внутренний [свет] де-БОН должен был снова выйти, и именно он соединился с именем МА.</w:t>
      </w:r>
    </w:p>
    <w:p>
      <w:pPr>
        <w:spacing w:before="40" w:after="120"/>
        <w:jc w:val="both"/>
      </w:pPr>
      <w:r>
        <w:rPr>
          <w:rFonts w:ascii="Georgia" w:hAnsi="Georgia"/>
          <w:b w:val="0"/>
          <w:i w:val="0"/>
          <w:color w:val="000000"/>
          <w:sz w:val="24"/>
        </w:rPr>
        <w:t>6) Вторая же сторона: скажем ли мы, что и окружающий свет, и внутренний свет де-БОН должны были прийти, чтобы исправиться и соединиться с именем МА.</w:t>
      </w:r>
    </w:p>
    <w:p>
      <w:pPr>
        <w:spacing w:before="40" w:after="120"/>
        <w:jc w:val="both"/>
      </w:pPr>
      <w:r>
        <w:rPr>
          <w:rFonts w:ascii="Georgia" w:hAnsi="Georgia"/>
          <w:b w:val="0"/>
          <w:i w:val="0"/>
          <w:color w:val="000000"/>
          <w:sz w:val="24"/>
        </w:rPr>
        <w:t>7) И вот, согласно первой стороне, в ней есть два таких сомнения:</w:t>
      </w:r>
    </w:p>
    <w:p>
      <w:pPr>
        <w:spacing w:before="40" w:after="120"/>
        <w:jc w:val="both"/>
      </w:pPr>
      <w:r>
        <w:rPr>
          <w:rFonts w:ascii="Georgia" w:hAnsi="Georgia"/>
          <w:b w:val="0"/>
          <w:i w:val="0"/>
          <w:color w:val="000000"/>
          <w:sz w:val="24"/>
        </w:rPr>
        <w:t>Скажем ли мы, что раз пришел лишь внутренний [свет] де-БОН, то и от имени МА пришел только внутренний [свет]? И тогда внутренний [свет] де-БОН, чей корень — огласовки де-САГ, как сказано выше, становится свойством окружающего для внутреннего света де-МА, поскольку имя САГ всегда на одну ступень выше имени МА, как говорилось ранее. И получается, что внутреннее имя БОН становится окружающим для внутреннего [света] де-МА. А если дело обстоит так, то оказывается, что сейчас есть только один окружающий свет и один внутренний свет. А именно: Кетер де-Кетер де-МА становится внутренним светом в Кетер де-Атик, а внутренний свет пяти первых [сфирот] де-Кетер де-БОН становится для него окружающим светом.</w:t>
      </w:r>
    </w:p>
    <w:p>
      <w:pPr>
        <w:spacing w:before="40" w:after="120"/>
        <w:jc w:val="both"/>
      </w:pPr>
      <w:r>
        <w:rPr>
          <w:rFonts w:ascii="Georgia" w:hAnsi="Georgia"/>
          <w:b w:val="0"/>
          <w:i w:val="0"/>
          <w:color w:val="000000"/>
          <w:sz w:val="24"/>
        </w:rPr>
        <w:t>8) Или же скажем иначе: от имени БОН действительно должен был прийти только внутренний [свет], но от имени МА пришли и окружающий, и внутренний свет. И тогда внутренний [свет] де-БОН также становится свойством окружающего. И получается два окружающих: один де-МА и один де-БОН, и только один внутренний — де-МА.</w:t>
      </w:r>
    </w:p>
    <w:p>
      <w:pPr>
        <w:spacing w:before="40" w:after="120"/>
        <w:jc w:val="both"/>
      </w:pPr>
      <w:r>
        <w:rPr>
          <w:rFonts w:ascii="Georgia" w:hAnsi="Georgia"/>
          <w:b w:val="0"/>
          <w:i w:val="0"/>
          <w:color w:val="000000"/>
          <w:sz w:val="24"/>
        </w:rPr>
        <w:t>9) Вторая сторона: если мы скажем, что от имени БОН пришли оба — и окружающий, и внутренний свет, и так же от имени МА пришли оба — и окружающий, и внутренний свет. И тогда есть два окружающих де-МА и де-БОН, и два внутренних де-МА и де-БОН. Вот и разъяснены сомнения, существующие в Кетер де-Кетер де-Атик, и то, что сомнения в нем касаются только светов.</w:t>
      </w:r>
    </w:p>
    <w:p>
      <w:pPr>
        <w:spacing w:before="40" w:after="120"/>
        <w:jc w:val="both"/>
      </w:pPr>
      <w:r>
        <w:rPr>
          <w:rFonts w:ascii="Georgia" w:hAnsi="Georgia"/>
          <w:b w:val="0"/>
          <w:i w:val="0"/>
          <w:color w:val="000000"/>
          <w:sz w:val="24"/>
        </w:rPr>
        <w:t>10) Кроме того, есть сомнения в ХУБ (Хохма и Бина) де-Атик, и эти сомнения зависят от сомнений, имеющихся выше в Кетер де-Атик, с той лишь разницей, что здесь есть сомнение как относительно светов, так и относительно келим.</w:t>
      </w:r>
    </w:p>
    <w:p>
      <w:pPr>
        <w:spacing w:before="40" w:after="120"/>
        <w:jc w:val="both"/>
      </w:pPr>
      <w:r>
        <w:rPr>
          <w:rFonts w:ascii="Georgia" w:hAnsi="Georgia"/>
          <w:b w:val="0"/>
          <w:i w:val="0"/>
          <w:color w:val="000000"/>
          <w:sz w:val="24"/>
        </w:rPr>
        <w:t>11) И суть в том, что и здесь нам известно, что в них есть ХУБ де-Кетер де-МА. А относительно имени БОН нам также известно, что Атик взял три первых [сфиры] де-Хохма де-БОН и четыре первых [сфиры] де-Бина де-БОН. И ясно, что даже свойства кетеров, имеющиеся в ХУБ де-БОН, никоим образом не могут подняться в Кетер де-Атик. Ведь мы уже писали выше, что Кетер де-Атик образовался только из Кетер де-Кетер де-МА и из пяти первых [сфирот] де-Кетер де-БОН. Причина же в том, что весь Атик целиком, с головы до ног, весь называется Кетер по отношению к ХУБ. Как же в таком случае кетеры [сфирот] ХУБ могут подняться в Кетер, который в нем? Поэтому совершенно неизбежно и очевидно, что они не поднимаются в Кетер де-Атик, но непременно располагаются от него и ниже.</w:t>
      </w:r>
    </w:p>
    <w:p>
      <w:pPr>
        <w:spacing w:before="40" w:after="120"/>
        <w:jc w:val="both"/>
      </w:pPr>
      <w:r>
        <w:rPr>
          <w:rFonts w:ascii="Georgia" w:hAnsi="Georgia"/>
          <w:b w:val="0"/>
          <w:i w:val="0"/>
          <w:color w:val="000000"/>
          <w:sz w:val="24"/>
        </w:rPr>
        <w:t>12) И в этом состоит сомнение: поднимаются ли два кетера [сфирот] ХУБ де-БОН в ХУБ де-Атик, или же мы скажем, что хотя это и кетеры, все же они относятся к свойству ХУБ, уступающему ступени Атик? И как же тогда они поднимутся в его ХУБ? В таком случае они поднялись лишь в его гуф. И это сомнение касается как келим, так и светов; и в этих двух аспектах есть несколько частных вопросов, как будет написано ниже с Б-жьей помощью.</w:t>
      </w:r>
    </w:p>
    <w:p>
      <w:pPr>
        <w:spacing w:before="40" w:after="120"/>
        <w:jc w:val="both"/>
      </w:pPr>
      <w:r>
        <w:rPr>
          <w:rFonts w:ascii="Georgia" w:hAnsi="Georgia"/>
          <w:b w:val="0"/>
          <w:i w:val="0"/>
          <w:color w:val="000000"/>
          <w:sz w:val="24"/>
        </w:rPr>
        <w:t>13) Однако в отношении ХУБ де-Хохма де-БОН, а также ХУБ и Хесед де-Бина де-БОН очевидно, что они не могут подняться в рош де-Атик, в его ХУБ, и наверняка остались в его гуф.</w:t>
      </w:r>
    </w:p>
    <w:p>
      <w:pPr>
        <w:spacing w:before="40" w:after="120"/>
        <w:jc w:val="both"/>
      </w:pPr>
      <w:r>
        <w:rPr>
          <w:rFonts w:ascii="Georgia" w:hAnsi="Georgia"/>
          <w:b w:val="0"/>
          <w:i w:val="0"/>
          <w:color w:val="000000"/>
          <w:sz w:val="24"/>
        </w:rPr>
        <w:t>14) Есть также сомнение относительно ЗАТ (семи нижних сфирот) де-Атик, которым, как очевидно, достались ЗАТ де-Кетер де-МА. Сомнение же в том, берет ли он от имени БОН семь кетеров, имеющихся в ЗАТ де-БОН, или нет. Ведь относительно остальных их свойств — даже ХУБ в них — очевидно: поскольку вся совокупность семи нижних мелахим де-БОН представляет собой лишь гуф, как известно, постольку они не могут подняться даже в гуф де-Атик. Но сомнение касается именно семи кетеров в ЗАТ де-БОН: скажем ли мы, что, будучи кетерами, они могут подняться в гуф де-Атик и соединиться также с ХУБ де-Хохма де-БОН и с ХУБ и Хесед де-Бина де-БОН, которые наверняка остались в гуф де-Атик, как сказано выше.</w:t>
      </w:r>
    </w:p>
    <w:p>
      <w:pPr>
        <w:spacing w:before="40" w:after="120"/>
        <w:jc w:val="both"/>
      </w:pPr>
      <w:r>
        <w:rPr>
          <w:rFonts w:ascii="Georgia" w:hAnsi="Georgia"/>
          <w:b w:val="0"/>
          <w:i w:val="0"/>
          <w:color w:val="000000"/>
          <w:sz w:val="24"/>
        </w:rPr>
        <w:t>15) Или же мы скажем, что эти семь кетеров вовсе не поднимутся в Атик, даже в его гуф. И эти сомнения относятся как к светам, так и к келим, подобно упомянутому выше.</w:t>
      </w:r>
    </w:p>
    <w:p>
      <w:pPr>
        <w:spacing w:before="40" w:after="120"/>
        <w:jc w:val="both"/>
      </w:pPr>
      <w:r>
        <w:rPr>
          <w:rFonts w:ascii="Georgia" w:hAnsi="Georgia"/>
          <w:b w:val="0"/>
          <w:i w:val="0"/>
          <w:color w:val="000000"/>
          <w:sz w:val="24"/>
        </w:rPr>
        <w:t>16) Пойми же теперь причину всего сказанного выше: поскольку от имени МА Атик берет всю сфиру Кетер целиком, в которой есть десять сфирот, как известно, ее оказалось достаточно для его мужской части (дехура). Однако его Нуква образуется из имени БОН, от которого берется лишь половина сфиры Кетер де-БОН — только пять ее первых [сфирот] (хэй ришонот); следовательно, ему необходимо взять [части] из других мест для возмещения пяти нижних [сфирот] (нижней хэй), которых ему недостает из Кетер де-БОН. И потому он берет ГАР (три первых) де-Хохма де-БОН, четыре первых [сфиры] де-Бина де-БОН и семь кетеров де-ЗАТ де-БОН. И хоть бы всего этого хватило для возмещения пяти нижних [сфирот] (нижней хэй) де-Кетер де-БОН, недостающих ему, как сказано выше.</w:t>
      </w:r>
    </w:p>
    <w:p>
      <w:pPr>
        <w:spacing w:before="40" w:after="120"/>
        <w:jc w:val="both"/>
      </w:pPr>
      <w:r>
        <w:rPr>
          <w:rFonts w:ascii="Georgia" w:hAnsi="Georgia"/>
          <w:b w:val="0"/>
          <w:i w:val="0"/>
          <w:color w:val="000000"/>
          <w:sz w:val="24"/>
        </w:rPr>
        <w:t>17) И все эти последние сомнения относятся к свойствам [имени] БОН, каковыми являются пять первых [сфирот] Кетер де-БОН, ГАР де-Хохма де-БОН, четыре первых [сфиры] де-Бина де-БОН и кетер в каждой из семи нижних (ЗАТ) де-БОН. И в отношении этих свойств возникают сомнения: как именно они распределятся в структуре десяти сфирот Нуквы де-Атик? И разумный поймет, сколь велико число возможных здесь вариантов деления.</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5–6) </w:t>
      </w:r>
      <w:r>
        <w:rPr>
          <w:rFonts w:ascii="Georgia" w:hAnsi="Georgia"/>
          <w:b/>
          <w:i w:val="0"/>
          <w:color w:val="000000"/>
          <w:sz w:val="24"/>
        </w:rPr>
        <w:t>«Первая сторона... Вторая же сторона...»</w:t>
      </w:r>
      <w:r>
        <w:rPr>
          <w:rFonts w:ascii="Georgia" w:hAnsi="Georgia"/>
          <w:b w:val="0"/>
          <w:i w:val="0"/>
          <w:color w:val="000000"/>
          <w:sz w:val="24"/>
        </w:rPr>
        <w:t>: ты уже знаешь, что в первой рош каждого парцуфа нет келим, потому что масах действует там снизу вверх, а авиют в масахе, из которой [образуется] сама суть келим, не может подняться выше источника своего выхода. И поэтому первая рош не входит в счет парцуфа, как написано в предыдущей ветви. Однако она считается свойством окружающего света для парцуфа, светящим ему извне. Также выше в «Паним Масбирот» (стр. 654, со слов «И вот») объяснялось, что вся рош де-Некудим в целом начинается в хазе де-АК, а ее пэ оканчивается вместе с окончанием гуф де-АК. Однако по причине подъема МАН к эйнаим она разделилась на две половины: от эйнаим и выше выходит основная часть рош де-Некудим, и она оканчивается на уровне табура. Вторая же часть — это озэн, хотэм и пэ (АХАП): поскольку они уже находятся ниже масаха, стоящего в эйнаим, они считаются вышедшими из категории первой рош, так как получают света от масаха сверху вниз, и потому в них есть статус келим; и эта часть начинается ниже табура де-АК и оканчивается вместе с окончанием гуф. И известно, что парцуф Некудим начинается только от табура и ниже — то есть во второй упомянутой части, где стоят КАХАБ де-Некудим; а первая рош, которая выше табура, не входит в счет парцуфа Некудим, так как в ней нет келим, и потому она представляет собой окружающий свет. И ты уже знаешь, что новый МА выделился [из Источника] и вышел из пэ упомянутой первой рош де-Некудим, и потому его высота начинается от табура и ниже, так что его ГАР облачают место КАХАБ де-Некудим, а его ЗОН облачают место ЗАТ де-Некудим.</w:t>
      </w:r>
    </w:p>
    <w:p>
      <w:pPr>
        <w:spacing w:before="40" w:after="120"/>
        <w:jc w:val="both"/>
      </w:pPr>
      <w:r>
        <w:rPr>
          <w:rFonts w:ascii="Georgia" w:hAnsi="Georgia"/>
          <w:b w:val="0"/>
          <w:i w:val="0"/>
          <w:color w:val="000000"/>
          <w:sz w:val="24"/>
        </w:rPr>
        <w:t xml:space="preserve">Однако здесь есть место для размышления, ведь уже объяснялось, что новый МА выходит из мэцах первой рош: ведь МАН поднялись к мэцах, представляющему собой Бину де-Гальгальта первой рош, и там произошло ударное соединение (зивуг) от высшего света на поднявшиеся МАН, и от этого зивуга выделился и вышел новый МА. А если так, его высота должна была начинаться от мэцах первой рош де-Некудим. И несомненно, что относительно самой первой рош де-Некудим в ней произошли изменения в силу подъема МАН и масаха к ее мэцах: ведь в итоге та часть этой рош, которая от мэцах и ниже, уже получает свет сверху вниз, подобно тому как это было в части АХАП де-Некудим. И оказывается вследствие этого, что уровень от мэцах и ниже до табура де-АК сравнялся теперь со свойством АХАП, облачающим [пространство] от табура и ниже де-АК до окончания гуф, поскольку обе эти части получают света от масаха и МАН, стоящих в мэцах первой рош, сверху вниз; пойми это как следует. И уже подробно объяснялось в «Паним Меирот» выше (стр. 713, со слов «И разъяснение этого...»), что суть нового МА — это второе распространение де-Некудим, возвращающее ушедшие света и келим де-Некудим; обратись туда. И потому его высота должна начинаться с места недостатка в высшем, как и во всяком втором распространении, как известно. И именно в этом сомневается Учитель, вот его слова: </w:t>
      </w:r>
      <w:r>
        <w:rPr>
          <w:rFonts w:ascii="Georgia" w:hAnsi="Georgia"/>
          <w:b/>
          <w:i w:val="0"/>
          <w:color w:val="000000"/>
          <w:sz w:val="24"/>
        </w:rPr>
        <w:t>«Скажем ли мы, что окружающий свет имени БОН по причине своего огромного величия не нуждался в том, чтобы имя МА исправляло его...»</w:t>
      </w:r>
      <w:r>
        <w:rPr>
          <w:rFonts w:ascii="Georgia" w:hAnsi="Georgia"/>
          <w:b w:val="0"/>
          <w:i w:val="0"/>
          <w:color w:val="000000"/>
          <w:sz w:val="24"/>
        </w:rPr>
        <w:t>. Он имеет в виду первую рош де-БОН, находящуюся выше табура, которая представляет собой окружающий свет де-Некудим, поскольку в ней нет келим; и потому он говорит, что она, несомненно, не нуждается в исправлении новым МА и во втором распространении, так как в ней не было никакого сокрытия светов, ради которого требовалось бы второе распространение.</w:t>
      </w:r>
    </w:p>
    <w:p>
      <w:pPr>
        <w:spacing w:before="40" w:after="120"/>
        <w:jc w:val="both"/>
      </w:pPr>
      <w:r>
        <w:rPr>
          <w:rFonts w:ascii="Georgia" w:hAnsi="Georgia"/>
          <w:b w:val="0"/>
          <w:i w:val="0"/>
          <w:color w:val="000000"/>
          <w:sz w:val="24"/>
        </w:rPr>
        <w:t>И поэтому, хотя МА и вышел из ее мэцах, он все же начинает облачать ее лишь от табура де-АК и ниже — то есть на месте КАХАБ де-Некудим, где произошло исчезновение светов; и это первая сторона. Вторая же сторона состоит в том, что, быть может, несмотря на это, в ней есть некий аспект исправления, требующий нового МА, чтобы тот облачил ее там, и потому высота МА начинается от мэцах первой рош и ниже.</w:t>
      </w:r>
    </w:p>
    <w:p>
      <w:pPr>
        <w:spacing w:before="40" w:after="120"/>
        <w:jc w:val="both"/>
      </w:pPr>
      <w:r>
        <w:rPr>
          <w:rFonts w:ascii="Georgia" w:hAnsi="Georgia"/>
          <w:b w:val="0"/>
          <w:i w:val="0"/>
          <w:color w:val="000000"/>
          <w:sz w:val="24"/>
        </w:rPr>
        <w:t xml:space="preserve">7) </w:t>
      </w:r>
      <w:r>
        <w:rPr>
          <w:rFonts w:ascii="Georgia" w:hAnsi="Georgia"/>
          <w:b/>
          <w:i w:val="0"/>
          <w:color w:val="000000"/>
          <w:sz w:val="24"/>
        </w:rPr>
        <w:t>«И вот, согласно первой стороне, в ней есть два таких сомнения...»</w:t>
      </w:r>
      <w:r>
        <w:rPr>
          <w:rFonts w:ascii="Georgia" w:hAnsi="Georgia"/>
          <w:b w:val="0"/>
          <w:i w:val="0"/>
          <w:color w:val="000000"/>
          <w:sz w:val="24"/>
        </w:rPr>
        <w:t xml:space="preserve">: ведь поскольку окружающий свет де-БОН, представляющий собой [участок] от мэцах и ниже до табура, не соединяется с окружающим светом де-МА, он считается внутренним светом де-БОН. И это потому, что из-за новшества МАН, поднявшихся к мэцах, в нем от мэцах и ниже возник статус келим, поскольку он получает свет от мэцах сверху вниз. И именно это Учитель называет внутренним светом де-БОН. Рош же имени МА, начинающаяся от табура де-АК и ниже до окончания гуф, представляет собой внутренний свет де-МА, поскольку облачается в старые келим де-БОН, как написано в предыдущей ветви. И об этом он говорит: </w:t>
      </w:r>
      <w:r>
        <w:rPr>
          <w:rFonts w:ascii="Georgia" w:hAnsi="Georgia"/>
          <w:b/>
          <w:i w:val="0"/>
          <w:color w:val="000000"/>
          <w:sz w:val="24"/>
        </w:rPr>
        <w:t>«И тогда внутренний [свет] де-БОН, чей корень — огласовки де-САГ, становится свойством окружающего для внутреннего света де-МА...»</w:t>
      </w:r>
      <w:r>
        <w:rPr>
          <w:rFonts w:ascii="Georgia" w:hAnsi="Georgia"/>
          <w:b w:val="0"/>
          <w:i w:val="0"/>
          <w:color w:val="000000"/>
          <w:sz w:val="24"/>
        </w:rPr>
        <w:t>. То есть: так как рош де-МА начинается ниже табура де-АК на месте АХАП де-Некудим, то внутренний свет де-БОН, простирающийся от мэцах до табура, выше него на одну ступень, относясь к Гальгальта ве-Эйнаим де-Некудим — к первой рош, которая вовсе не присоединилась к миру Некудим, так как во время Некудим в ней не было келим; и по этой причине она считается высшим парцуфом по отношению к Некудим, то есть САГ де-АК. И об этом он говорит: «чей корень — огласовки де-САГ, и потому он становится свойством окружающего для внутреннего света де-МА...». Получается, что сейчас есть только один окружающий свет и один внутренний свет.</w:t>
      </w:r>
    </w:p>
    <w:p>
      <w:pPr>
        <w:spacing w:before="40" w:after="120"/>
        <w:jc w:val="both"/>
      </w:pPr>
      <w:r>
        <w:rPr>
          <w:rFonts w:ascii="Georgia" w:hAnsi="Georgia"/>
          <w:b w:val="0"/>
          <w:i w:val="0"/>
          <w:color w:val="000000"/>
          <w:sz w:val="24"/>
        </w:rPr>
        <w:t xml:space="preserve">8) </w:t>
      </w:r>
      <w:r>
        <w:rPr>
          <w:rFonts w:ascii="Georgia" w:hAnsi="Georgia"/>
          <w:b/>
          <w:i w:val="0"/>
          <w:color w:val="000000"/>
          <w:sz w:val="24"/>
        </w:rPr>
        <w:t>«Или же скажем иначе: от имени БОН...»</w:t>
      </w:r>
      <w:r>
        <w:rPr>
          <w:rFonts w:ascii="Georgia" w:hAnsi="Georgia"/>
          <w:b w:val="0"/>
          <w:i w:val="0"/>
          <w:color w:val="000000"/>
          <w:sz w:val="24"/>
        </w:rPr>
        <w:t>: и это второе сомнение в первой стороне: [Учитель] сомневается, не может ли рош де-МА начать свою высоту от мэцах первой рош, поскольку там место ее выхода, как сказано выше, — даже если мы предположим, что первой рош вовсе не требуется исправление [именем] МА, так как в ней нет места недостатка. И тогда та часть рош де-МА, которая облачает [пространство] от мэцах де-БОН до табура де-АК, считается окружающим светом де-МА — то есть ее первой рош, в которой нет келим. А та часть, которая от табура и ниже, считается внутренним светом де-МА — то есть в ней есть келим, поскольку она уже получает света сверху вниз. И в итоге получается, что здесь есть два окружающих света: де-МА и де-БОН, и один внутренний свет де-МА ниже табура; пойми это.</w:t>
      </w:r>
    </w:p>
    <w:p>
      <w:pPr>
        <w:spacing w:before="40" w:after="120"/>
        <w:jc w:val="both"/>
      </w:pPr>
      <w:r>
        <w:rPr>
          <w:rFonts w:ascii="Georgia" w:hAnsi="Georgia"/>
          <w:b w:val="0"/>
          <w:i w:val="0"/>
          <w:color w:val="000000"/>
          <w:sz w:val="24"/>
        </w:rPr>
        <w:t xml:space="preserve">9) </w:t>
      </w:r>
      <w:r>
        <w:rPr>
          <w:rFonts w:ascii="Georgia" w:hAnsi="Georgia"/>
          <w:b/>
          <w:i w:val="0"/>
          <w:color w:val="000000"/>
          <w:sz w:val="24"/>
        </w:rPr>
        <w:t>«Вторая сторона: если мы скажем, что от имени БОН пришли оба — и окружающий, и внутренний свет...»</w:t>
      </w:r>
      <w:r>
        <w:rPr>
          <w:rFonts w:ascii="Georgia" w:hAnsi="Georgia"/>
          <w:b w:val="0"/>
          <w:i w:val="0"/>
          <w:color w:val="000000"/>
          <w:sz w:val="24"/>
        </w:rPr>
        <w:t>: главное различие между этими двумя сторонами состоит в распространении пяти первых [сфирот] де-Кетер де-БОН ниже табура в качестве внутреннего света. Ведь согласно первой стороне, где МА не соединяется с пятью первыми сфирами де-Кетер де-БОН (представляющими собой [участок] от мэцах первой рош де-БОН до табура, как сказано выше), нет распространения пяти первых де-Кетер де-БОН ниже табура, поскольку БОН не может распространяться сам по себе без соединения (зивуга) с МА, как известно. И согласно этому пять первых [сфирот] де-Кетер де-БОН остаются лишь свойством окружающего света выше табура и далее не распространяются. Согласно же второй стороне, при которой МА также начинается и выходит от мэцах и ниже, а также соединяется там с пятью первыми сфирами де-Кетер де-БОН в один парцуф, подобно всем парцуфим Ацилута, оказывается, что у пяти первых [сфирот] де-Кетер де-БОН есть сила распространиться вместе с МА также и ниже табура де-АК до окончания гуф в качестве внутреннего света. И об этом [Учитель] сказал: «И тогда есть два окружающих де-МА и де-БОН, и два внутренних де-МА и де-БОН». Ведь первая рош де-МА начинается от мэцах рош де-БОН и оканчивается у табура, и именуется окружающим светом де-МА. А вся часть БОН, которая облачает ее и соединяется с ней в этом месте — то есть также от мэцах до табура, — представляет собой окружающий свет де-БОН, то есть пять первых [сфирот] де-Кетер де-БОН. И они называются окружающим светом, потому что относятся к категории первой рош, как сказано выше. Точно так же распространение рош де-МА от табура де-АК до окончания гуф де-АК на месте КАХАБ де-Некудим именуется внутренним светом де-МА, а распространение пяти первых [сфирот] де-Кетер де-БОН в соединении с МА также ниже табура до окончания гуф именуется внутренним светом де-БОН. И они называются внутренними [светами], потому что уже вышли за пределы первой рош, оканчивающейся у табура, как было сказано выше.</w:t>
      </w:r>
    </w:p>
    <w:p>
      <w:pPr>
        <w:spacing w:before="40" w:after="120"/>
        <w:jc w:val="both"/>
      </w:pPr>
      <w:r>
        <w:rPr>
          <w:rFonts w:ascii="Georgia" w:hAnsi="Georgia"/>
          <w:b w:val="0"/>
          <w:i w:val="0"/>
          <w:color w:val="000000"/>
          <w:sz w:val="24"/>
        </w:rPr>
        <w:t xml:space="preserve">10–11) </w:t>
      </w:r>
      <w:r>
        <w:rPr>
          <w:rFonts w:ascii="Georgia" w:hAnsi="Georgia"/>
          <w:b/>
          <w:i w:val="0"/>
          <w:color w:val="000000"/>
          <w:sz w:val="24"/>
        </w:rPr>
        <w:t>«Кроме того, есть сомнения в ХУБ де-Атик... И ясно, что даже свойства кетеров, имеющиеся в ХУБ де-БОН, никоим образом не могут подняться в Кетер де-Атик...»</w:t>
      </w:r>
      <w:r>
        <w:rPr>
          <w:rFonts w:ascii="Georgia" w:hAnsi="Georgia"/>
          <w:b w:val="0"/>
          <w:i w:val="0"/>
          <w:color w:val="000000"/>
          <w:sz w:val="24"/>
        </w:rPr>
        <w:t>: то есть подобно тому, как общая рош де-Некудим, называемая Гальгальта де-БОН, разделилась на две половины ступени: Гальгальта ве-Эйнаим — в ее верхнюю половину, а АХАП де-Гальгальта — в ее нижнюю половину (и это произошло по причине подъема МАН к эйнаим), — так же и рош нового МА, называемая Кетер де-МА, или Атик, тоже разделилась на две половины ступени: КАХАБ — в ее верхнюю половину, а ЗОН — в ее нижнюю половину, что происходит по причине подъема МАН к Бине, как известно. И подобно тому, как АБ де-БОН, называемый ХУБ де-Некудим, вышел там и облачил только АХАП де-Гальгальта де-БОН — то есть ее нижнюю половину, — так же обстоит дело и впоследствии, когда этот АБ де-БОН выходит для исправления в Кетер де-МА: он также обязан выйти в нижней половине Кетер де-Атик, то есть в его ЗОН, называемых ЗАТ де-Кетер де-МА.</w:t>
      </w:r>
    </w:p>
    <w:p>
      <w:pPr>
        <w:spacing w:before="40" w:after="120"/>
        <w:jc w:val="both"/>
      </w:pPr>
      <w:r>
        <w:rPr>
          <w:rFonts w:ascii="Georgia" w:hAnsi="Georgia"/>
          <w:b w:val="0"/>
          <w:i w:val="0"/>
          <w:color w:val="000000"/>
          <w:sz w:val="24"/>
        </w:rPr>
        <w:t>Причина же этого заключается в том, что АБ является второй ступенью по отношению к парцуфу Кетер — то есть получает свои света сверху вниз от парцуфа Кетер. И поэтому он никак не может облачать верхнюю половину ступени Кетер, где находится суть Кетер, в которой масах действует снизу вверх; напротив, он во всяком случае обязан облачать нижнюю половину ступени Кетер, которая считается вышедшей наружу из Кетер и также получает свои света сверху вниз, подобно АБ, и потому АБ может облачить его там. И благодаря этому понятно: хотя очевидно, что ГАР и четыре первых [сфиры] де-ХУБ (то есть упомянутый АБ де-Некудим) берет Атик, являющийся упомянутым Кетер де-МА, — поскольку эти ГАР и четыре первых [сфиры] облачают АХАП де-Гальгальта де-БОН, куда высота никакого другого парцуфа не достигает, кроме одного лишь Атика, и потому ясно, что только Атик исправляет и возвращает эти света в БОН, а не какой-либо другой парцуф...</w:t>
      </w:r>
    </w:p>
    <w:p>
      <w:pPr>
        <w:spacing w:before="40" w:after="120"/>
        <w:jc w:val="both"/>
      </w:pPr>
      <w:r>
        <w:rPr>
          <w:rFonts w:ascii="Georgia" w:hAnsi="Georgia"/>
          <w:b w:val="0"/>
          <w:i w:val="0"/>
          <w:color w:val="000000"/>
          <w:sz w:val="24"/>
        </w:rPr>
        <w:t>Однако, несмотря на это, упомянутые ГАР и четыре первых [сфиры], происходящие из АБ де-БОН, не могут облачиться в КАХАБ де-Атик, облачающий место АХАП де-Некудим: ведь там находится верхняя половина ступени Кетер де-МА, как сказано выше. А свойство АБ всегда приходит лишь в нижнюю половину ступени Кетер, подобно тому как он пришел в АХАП де-Гальгальта де-Некудим; и точно так же — в ЗОН де-Кетер де-МА, называемые ЗАТ де-Атик, как написано выше. Итак, прекрасно объяснено, что ГАР и четыре первых [сфиры] де-ХУБ де-БОН, исправляемые в Атик де-МА, никоим образом не могут подняться в его КАХАБ, но лишь в его ЗАТ. Однако относительно упомянутых кетеров де-ХУБ де-БОН есть место для сомнения, не поднялись ли они в КАХАБ де-Атик. И здесь кроется глубокий смысл, ведь ты обнаруживаешь дополнительное исправление в новом МА, вернувшем Бину в рош — то есть в верхнюю половину ступени Кетер. Ведь в БОН в мире Некудим, когда МАН поднялись к эйнаим, являющимся Хохмой, оказалось, что Бина и ЗОН вышли из рош: ведь даже Бина получала свои света сверху вниз от масаха, поднявшегося в Хохму. Чего нет в новом МА, где МАН поднялись к Бине, и потому оказалось, что только ЗОН вышли из рош, так как они получают от масаха в Бине, тогда как сама Бина вернулась и стала высшей рош; пойми это как следует.</w:t>
      </w:r>
    </w:p>
    <w:p>
      <w:pPr>
        <w:spacing w:before="40" w:after="120"/>
        <w:jc w:val="both"/>
      </w:pPr>
      <w:r>
        <w:rPr>
          <w:rFonts w:ascii="Georgia" w:hAnsi="Georgia"/>
          <w:b w:val="0"/>
          <w:i w:val="0"/>
          <w:color w:val="000000"/>
          <w:sz w:val="24"/>
        </w:rPr>
        <w:t xml:space="preserve">И знай, что по этой причине вновь поднялись и в БОН те [ступени] Бины, которые вышли наружу во время Некудим, и вновь пришли в высшую ступень благодаря особому свойству имени МА, соединяющегося с БОН; пойми это хорошо. И в этой же мере можно сказать, что поднялись также кетеры из ГАР и четырех первых [сфирот] де-ХУБ и взошли к Бине де-Атик. Ведь по отношению к БОН Бина де-Атик относится не к высшей рош, а к нижней половине ступени, согласно которой в рош де-Атик должны были быть только Кетер и Хохма, а Бина и ЗОН должны были находиться в ее нижней половине; но в силу свойства МА, чьи МАН поднимаются к Бине, Бина де-Атик вернулась и пришла в верхнюю половину, и в рош образовались КАХАБ. И потому по необходимости поднялась вследствие этого и та часть кетеров де-ХУБ, которая там находилась и облачала со стороны БОН место этой Бины, однако из ХУБ де-ХУБ де-БОН наверняка ничего не поднялось, поскольку при исправлении Кетер вовсе не исправляется то, что находится ниже него, так как МАН поднялись только к Бине де-Кетер, как написано выше в «Паним Масбирот» (стр. 679, со слов «Новшества келим»); пойми это. И об этом он сказал: </w:t>
      </w:r>
      <w:r>
        <w:rPr>
          <w:rFonts w:ascii="Georgia" w:hAnsi="Georgia"/>
          <w:b/>
          <w:i w:val="0"/>
          <w:color w:val="000000"/>
          <w:sz w:val="24"/>
        </w:rPr>
        <w:t>«И ясно, что даже свойства кетеров, имеющиеся в ХУБ де-БОН, никоим образом не могут подняться в Кетер де-Атик... и в этом состоит сомнение: поднимаются ли два кетера [сфирот] ХУБ де-БОН в ХУБ де-Атик...»</w:t>
      </w:r>
      <w:r>
        <w:rPr>
          <w:rFonts w:ascii="Georgia" w:hAnsi="Georgia"/>
          <w:b w:val="0"/>
          <w:i w:val="0"/>
          <w:color w:val="000000"/>
          <w:sz w:val="24"/>
        </w:rPr>
        <w:t>. То есть — в Бину де-Атик, как мы сказали. Ведь вся обязанность ГАР и четырех первых [сфирот] де-ХУБ находиться в нижней половине ступени Кетер де-МА обусловлена тем, что в БОН они также заняли свое место в нижней половине ступени Гальгальта де-БОН, то есть в АХАП де-Гальгальта, как сказано выше. А если так, то есть основание полагать, что благодаря особому свойству нового МА, посредством которого Бина поднялась из нижней половины и перешла в верхнюю, она должна взять с собой также и часть тамошних ХУБ — а именно кетеры, находящиеся в них. Правда, их место, несомненно, только на уровне Бины, но поскольку ХУБ де-Атик равны по высоте, это рассматривается как ХУБ в целом; пойми это. Либо возможно, что даже кетеры де-ХУБ тоже не поднялись в КАХАБ де-Атик, поскольку не соединились с Биной де-Атик при ее возвращении в верхнюю ступень. И это потому, что все-таки они недостойны прийти на уровень высшей ступени, являющейся подлинным Кетер: ведь они представляют собой парцуф АБ, получающий свои света от Кетер сверху вниз. И поэтому они по необходимости облачаются в ЗОН де-Атик, также получающие свои света сверху вниз подобно им, как написано выше. А разъяснение сомнений относительно семи кетеров де-ЗАТ и прочего будет дано в следующих ветвях с Б-жьей помощью.</w:t>
      </w:r>
    </w:p>
    <w:p>
      <w:r>
        <w:br w:type="page"/>
      </w:r>
    </w:p>
    <w:p>
      <w:pPr>
        <w:keepNext/>
        <w:spacing w:before="360" w:after="160"/>
        <w:jc w:val="center"/>
      </w:pPr>
      <w:r>
        <w:rPr>
          <w:rFonts w:ascii="Georgia" w:hAnsi="Georgia"/>
          <w:b w:val="0"/>
          <w:i w:val="0"/>
          <w:color w:val="000000"/>
          <w:sz w:val="40"/>
        </w:rPr>
        <w:t>Ветвь 55</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После того как мы объяснили сомнения в общем виде, необходимо разобрать их в деталях. Прежде всего знай, что сомнения относительно светов таковы: есть ли [здесь] внутренний свет или окружающий свет, и есть ли свет обратной стороны (ахор) или свет лицевой стороны (паним). Сомнения же относительно келим таковы: есть ли только свойство ахор, только свойство паним или оба они вместе.</w:t>
      </w:r>
    </w:p>
    <w:p>
      <w:pPr>
        <w:spacing w:before="40" w:after="120"/>
        <w:jc w:val="both"/>
      </w:pPr>
      <w:r>
        <w:rPr>
          <w:rFonts w:ascii="Georgia" w:hAnsi="Georgia"/>
          <w:b w:val="0"/>
          <w:i w:val="0"/>
          <w:color w:val="000000"/>
          <w:sz w:val="24"/>
        </w:rPr>
        <w:t>2) Знай также, что свойства келим зависят от светов: если светов много, то и келим должны быть большими. Ведь вся суть исправления — это увеличение кли и становление его парцуфом, чтобы свет уменьшился [в концентрации], а кли расширилось и смогло выдержать его.</w:t>
      </w:r>
    </w:p>
    <w:p>
      <w:pPr>
        <w:spacing w:before="40" w:after="120"/>
        <w:jc w:val="both"/>
      </w:pPr>
      <w:r>
        <w:rPr>
          <w:rFonts w:ascii="Georgia" w:hAnsi="Georgia"/>
          <w:b w:val="0"/>
          <w:i w:val="0"/>
          <w:color w:val="000000"/>
          <w:sz w:val="24"/>
        </w:rPr>
        <w:t>3) Из [мира] БОН Атик взял келим только от пяти первых [сфирот] Кетера де-БОН. И этого, разумеется, недостаточно, чтобы служить келим для десяти сфирот внутри него. Поэтому, подобно тому как он взял другие света из остальных сфирот имени БОН, он должен взять и келим из остальных сфирот имени БОН.</w:t>
      </w:r>
    </w:p>
    <w:p>
      <w:pPr>
        <w:spacing w:before="40" w:after="120"/>
        <w:jc w:val="both"/>
      </w:pPr>
      <w:r>
        <w:rPr>
          <w:rFonts w:ascii="Georgia" w:hAnsi="Georgia"/>
          <w:b w:val="0"/>
          <w:i w:val="0"/>
          <w:color w:val="000000"/>
          <w:sz w:val="24"/>
        </w:rPr>
        <w:t>4) Тебе необходимо знать еще одно исходное положение: возникновение келим невозможно иначе как через соударение окружающего света с внутренним светом, и кли образуется именно как следствие этого соударения. Помни это.</w:t>
      </w:r>
    </w:p>
    <w:p>
      <w:pPr>
        <w:spacing w:before="40" w:after="120"/>
        <w:jc w:val="both"/>
      </w:pPr>
      <w:r>
        <w:rPr>
          <w:rFonts w:ascii="Georgia" w:hAnsi="Georgia"/>
          <w:b w:val="0"/>
          <w:i w:val="0"/>
          <w:color w:val="000000"/>
          <w:sz w:val="24"/>
        </w:rPr>
        <w:t>5) И начнем объяснять сомнения, относящиеся к трем первым сфирот (ГАР), называемым рош де-Атик. Уже объяснялось, что эти сомнения разделяются на две категории. Первая категория состоит в том, что пришел лишь один внутренний свет имени БОН и стал окружающим светом для внутреннего света де-МА.</w:t>
      </w:r>
    </w:p>
    <w:p>
      <w:pPr>
        <w:spacing w:before="40" w:after="120"/>
        <w:jc w:val="both"/>
      </w:pPr>
      <w:r>
        <w:rPr>
          <w:rFonts w:ascii="Georgia" w:hAnsi="Georgia"/>
          <w:b w:val="0"/>
          <w:i w:val="0"/>
          <w:color w:val="000000"/>
          <w:sz w:val="24"/>
        </w:rPr>
        <w:t>6) В этой категории есть два подразделения. Первое: если мы скажем, что только внутренний свет Кетера де-БОН стал окружающим [светом] для КАХАБ в Кетере де-МА, который является внутренним. И если это так, то этих светов, безусловно, достаточно для всего рош де-Атик. Ведь хотя в этом рош уже есть КАХАБ Кетера де-МА, этого все равно хватит для него, поскольку окружающий свет здесь — это не что иное, как внутренний свет Кетера де-БОН, как сказано выше. Следовательно, внутренний свет не окажется больше окружающего света. И согласно этому, двум светам двух Кетеров де-ХУБ де-БОН не потребовалось подниматься сюда.</w:t>
      </w:r>
    </w:p>
    <w:p>
      <w:pPr>
        <w:spacing w:before="40" w:after="120"/>
        <w:jc w:val="both"/>
      </w:pPr>
      <w:r>
        <w:rPr>
          <w:rFonts w:ascii="Georgia" w:hAnsi="Georgia"/>
          <w:b w:val="0"/>
          <w:i w:val="0"/>
          <w:color w:val="000000"/>
          <w:sz w:val="24"/>
        </w:rPr>
        <w:t>7) Однако свойства ахораим их келим поднялись в ХУБ Кетера де-МА, поскольку здесь, в ХУБ де-МА, вообще нет никакого кли. Ведь когда нет внутреннего света и окружающего света, соударяющихся друг с другом, кли вообще не рождается и не возникает. А здесь, хотя и есть окружающий [свет] де-БОН и внутренний [свет] де-МА, тем не менее этот окружающий — не подлинный окружающий свет, а внутренний свет, ставший окружающим для внутреннего света де-МА, и он не может породить кли из МА. Поэтому должны были подняться те самые ахораим де-келим Кетера де-ХУБ де-БОН; света же их не поднялись по указанной выше причине.</w:t>
      </w:r>
    </w:p>
    <w:p>
      <w:pPr>
        <w:spacing w:before="40" w:after="120"/>
        <w:jc w:val="both"/>
      </w:pPr>
      <w:r>
        <w:rPr>
          <w:rFonts w:ascii="Georgia" w:hAnsi="Georgia"/>
          <w:b w:val="0"/>
          <w:i w:val="0"/>
          <w:color w:val="000000"/>
          <w:sz w:val="24"/>
        </w:rPr>
        <w:t>8) Знак этого сомнения — алеф, алеф, гимель (</w:t>
      </w:r>
      <w:r>
        <w:rPr>
          <w:rFonts w:ascii="Georgia" w:hAnsi="Georgia" w:cs="Times New Roman"/>
          <w:b/>
          <w:i w:val="0"/>
          <w:color w:val="000000"/>
          <w:sz w:val="24"/>
          <w:rtl/>
          <w:szCs w:val="32"/>
        </w:rPr>
        <w:t>אא״ג</w:t>
      </w:r>
      <w:r>
        <w:rPr>
          <w:rFonts w:ascii="Georgia" w:hAnsi="Georgia"/>
          <w:b w:val="0"/>
          <w:i w:val="0"/>
          <w:color w:val="000000"/>
          <w:sz w:val="24"/>
        </w:rPr>
        <w:t>). Это означает: один окружающий [свет], один внутренний свет и три кли, которыми являются: кли Кетера де-БОН и два кли де-ХУБ де-БОН.</w:t>
      </w:r>
    </w:p>
    <w:p>
      <w:pPr>
        <w:spacing w:before="40" w:after="120"/>
        <w:jc w:val="both"/>
      </w:pPr>
      <w:r>
        <w:rPr>
          <w:rFonts w:ascii="Georgia" w:hAnsi="Georgia"/>
          <w:b w:val="0"/>
          <w:i w:val="0"/>
          <w:color w:val="000000"/>
          <w:sz w:val="24"/>
        </w:rPr>
        <w:t>9) Второе сомнение: что если сказать, что был также и окружающий [свет] де-МА. И тогда оказывается, что есть один внутренний свет де-МА и два окружающих: один — окружающий свет де-МА, и еще внутренний свет де-БОН, который стал окружающим по отношению к окружающему свету де-МА.</w:t>
      </w:r>
    </w:p>
    <w:p>
      <w:pPr>
        <w:spacing w:before="40" w:after="120"/>
        <w:jc w:val="both"/>
      </w:pPr>
      <w:r>
        <w:rPr>
          <w:rFonts w:ascii="Georgia" w:hAnsi="Georgia"/>
          <w:b w:val="0"/>
          <w:i w:val="0"/>
          <w:color w:val="000000"/>
          <w:sz w:val="24"/>
        </w:rPr>
        <w:t>10) И в соответствии с этим внутренний свет должен стать равным окружающему свету. А именно: два света двух Кетеров де-ХУБ де-БОН должны подняться наверх, в ХУБ де-Атик. Но это — лишь света свойства ахораим, и благодаря этому внутреннего света также станет много, как и окружающего.</w:t>
      </w:r>
    </w:p>
    <w:p>
      <w:pPr>
        <w:spacing w:before="40" w:after="120"/>
        <w:jc w:val="both"/>
      </w:pPr>
      <w:r>
        <w:rPr>
          <w:rFonts w:ascii="Georgia" w:hAnsi="Georgia"/>
          <w:b w:val="0"/>
          <w:i w:val="0"/>
          <w:color w:val="000000"/>
          <w:sz w:val="24"/>
        </w:rPr>
        <w:t>11) И точно так же свойство ахораим тех келим, что принадлежат упомянутым двум светам в двух Кетерах де-ХУБ де-БОН, поднимется вместе с частью их светов, которые также относятся к свойству ахораим.</w:t>
      </w:r>
    </w:p>
    <w:p>
      <w:pPr>
        <w:spacing w:before="40" w:after="120"/>
        <w:jc w:val="both"/>
      </w:pPr>
      <w:r>
        <w:rPr>
          <w:rFonts w:ascii="Georgia" w:hAnsi="Georgia"/>
          <w:b w:val="0"/>
          <w:i w:val="0"/>
          <w:color w:val="000000"/>
          <w:sz w:val="24"/>
        </w:rPr>
        <w:t>12) И знак этого сомнения — бэт, гимель, далет (</w:t>
      </w:r>
      <w:r>
        <w:rPr>
          <w:rFonts w:ascii="Georgia" w:hAnsi="Georgia" w:cs="Times New Roman"/>
          <w:b/>
          <w:i w:val="0"/>
          <w:color w:val="000000"/>
          <w:sz w:val="24"/>
          <w:rtl/>
          <w:szCs w:val="32"/>
        </w:rPr>
        <w:t>בג״ד</w:t>
      </w:r>
      <w:r>
        <w:rPr>
          <w:rFonts w:ascii="Georgia" w:hAnsi="Georgia"/>
          <w:b w:val="0"/>
          <w:i w:val="0"/>
          <w:color w:val="000000"/>
          <w:sz w:val="24"/>
        </w:rPr>
        <w:t>). То есть: два окружающих [света], три внутренних и четыре кли: кли пяти первых [сфирот] Кетера де-БОН, кли Кетера де-МА (поскольку у МА уже есть окружающий и внутренний света, благодаря которым рождается это кли) и два кли де-ахораим, как сказано выше.</w:t>
      </w:r>
    </w:p>
    <w:p>
      <w:pPr>
        <w:spacing w:before="40" w:after="120"/>
        <w:jc w:val="both"/>
      </w:pPr>
      <w:r>
        <w:rPr>
          <w:rFonts w:ascii="Georgia" w:hAnsi="Georgia"/>
          <w:b w:val="0"/>
          <w:i w:val="0"/>
          <w:color w:val="000000"/>
          <w:sz w:val="24"/>
        </w:rPr>
        <w:t>13) И необходимо знать одну вещь: в этих упомянутых сомнениях есть три варианта подъема светов ХУБ де-БОН в Атик, как сказано выше. Первый: если поднялись только света свойства паним. Тогда они смешиваются с самим ХУБ Кетера де-МА, поскольку они тоже относятся к свойству паним.</w:t>
      </w:r>
    </w:p>
    <w:p>
      <w:pPr>
        <w:spacing w:before="40" w:after="120"/>
        <w:jc w:val="both"/>
      </w:pPr>
      <w:r>
        <w:rPr>
          <w:rFonts w:ascii="Georgia" w:hAnsi="Georgia"/>
          <w:b w:val="0"/>
          <w:i w:val="0"/>
          <w:color w:val="000000"/>
          <w:sz w:val="24"/>
        </w:rPr>
        <w:t>14) Однако если поднимаются лишь их свойства ахораим, они не могут смешаться с самим ХУБ Кетера де-МА, поскольку не являются свойством паним. В этом случае света де-МА будут свойством паним, а эти поднимающиеся ахораим станут свойством ахораим по отношению к указанному паним де-МА.</w:t>
      </w:r>
    </w:p>
    <w:p>
      <w:pPr>
        <w:spacing w:before="40" w:after="120"/>
        <w:jc w:val="both"/>
      </w:pPr>
      <w:r>
        <w:rPr>
          <w:rFonts w:ascii="Georgia" w:hAnsi="Georgia"/>
          <w:b w:val="0"/>
          <w:i w:val="0"/>
          <w:color w:val="000000"/>
          <w:sz w:val="24"/>
        </w:rPr>
        <w:t>15) Если же это третий вариант — когда поднимаются оба свойства, и паним, и ахораим, — тогда паним смешиваются со светами де-МА, а ахораим остаются для них свойством ахор. Но свойство Кетера де-БОН, безусловно, смешивается с Кетером де-МА. И из этих трех упомянутых вариантов один уже был объяснен во втором сомнении, а два последних будут объяснены в остальных сомнениях.</w:t>
      </w:r>
    </w:p>
    <w:p>
      <w:pPr>
        <w:spacing w:before="40" w:after="120"/>
        <w:jc w:val="both"/>
      </w:pPr>
      <w:r>
        <w:rPr>
          <w:rFonts w:ascii="Georgia" w:hAnsi="Georgia"/>
          <w:b w:val="0"/>
          <w:i w:val="0"/>
          <w:color w:val="000000"/>
          <w:sz w:val="24"/>
        </w:rPr>
        <w:t>16) Вторая категория содержит в себе три сомнения: что если сказать, что пришли и внутренний, и окружающий свет — оба также и от БОН. И вот эти три сомнения:</w:t>
      </w:r>
    </w:p>
    <w:p>
      <w:pPr>
        <w:spacing w:before="40" w:after="120"/>
        <w:jc w:val="both"/>
      </w:pPr>
      <w:r>
        <w:rPr>
          <w:rFonts w:ascii="Georgia" w:hAnsi="Georgia"/>
          <w:b w:val="0"/>
          <w:i w:val="0"/>
          <w:color w:val="000000"/>
          <w:sz w:val="24"/>
        </w:rPr>
        <w:t>Первое: если мы скажем, что есть два окружающих света — один де-МА и один де-БОН, и два внутренних света — [один] де-МА и один де-БОН. И согласно этому, светам двух Кетеров де-ХУБ де-БОН нет нужды подниматься, ведь внутренних светов столько же, сколько окружающих. Однако келим подняться необходимо. Причина в том, что у кли де-МА нет силы принять внутренний свет САГ. Ведь если бы каждый свет находился в своем кли, все было бы в порядке; но теперь кли де-МА принимает и свет де-МА, и свет де-БОН, и точно так же кли де-БОН принимает оба [света], а у кли де-МА нет возможности принять внутренний свет де-БОН, являющийся светом САГ. Поэтому данное кли должно увеличиться за счет келим от Кетеров де-ХУБ де-БОН. Следовательно, все келим свойств паним и ахор должны подняться наверх, а их света останутся внизу, в гуф де-Атик, поскольку им нет необходимости подниматься туда, в его рош, как сказано выше.</w:t>
      </w:r>
    </w:p>
    <w:p>
      <w:pPr>
        <w:spacing w:before="40" w:after="120"/>
        <w:jc w:val="both"/>
      </w:pPr>
      <w:r>
        <w:rPr>
          <w:rFonts w:ascii="Georgia" w:hAnsi="Georgia"/>
          <w:b w:val="0"/>
          <w:i w:val="0"/>
          <w:color w:val="000000"/>
          <w:sz w:val="24"/>
        </w:rPr>
        <w:t>И это знак бэт, бэт, вав (</w:t>
      </w:r>
      <w:r>
        <w:rPr>
          <w:rFonts w:ascii="Georgia" w:hAnsi="Georgia" w:cs="Times New Roman"/>
          <w:b/>
          <w:i w:val="0"/>
          <w:color w:val="000000"/>
          <w:sz w:val="24"/>
          <w:rtl/>
          <w:szCs w:val="32"/>
        </w:rPr>
        <w:t>בב״ו</w:t>
      </w:r>
      <w:r>
        <w:rPr>
          <w:rFonts w:ascii="Georgia" w:hAnsi="Georgia"/>
          <w:b w:val="0"/>
          <w:i w:val="0"/>
          <w:color w:val="000000"/>
          <w:sz w:val="24"/>
        </w:rPr>
        <w:t>), то есть: два окружающих света, два внутренних и шесть келим, которыми являются: кли де-БОН и [кли] де-МА, а также два [свойства] паним и два [свойства] ахораим двух келим двух Кетеров де-ХУБ де-БОН.</w:t>
      </w:r>
    </w:p>
    <w:p>
      <w:pPr>
        <w:spacing w:before="40" w:after="120"/>
        <w:jc w:val="both"/>
      </w:pPr>
      <w:r>
        <w:rPr>
          <w:rFonts w:ascii="Georgia" w:hAnsi="Georgia"/>
          <w:b w:val="0"/>
          <w:i w:val="0"/>
          <w:color w:val="000000"/>
          <w:sz w:val="24"/>
        </w:rPr>
        <w:t>17) Второе сомнение обозначается знаком бэт, далет, далет (</w:t>
      </w:r>
      <w:r>
        <w:rPr>
          <w:rFonts w:ascii="Georgia" w:hAnsi="Georgia" w:cs="Times New Roman"/>
          <w:b/>
          <w:i w:val="0"/>
          <w:color w:val="000000"/>
          <w:sz w:val="24"/>
          <w:rtl/>
          <w:szCs w:val="32"/>
        </w:rPr>
        <w:t>בד״ד</w:t>
      </w:r>
      <w:r>
        <w:rPr>
          <w:rFonts w:ascii="Georgia" w:hAnsi="Georgia"/>
          <w:b w:val="0"/>
          <w:i w:val="0"/>
          <w:color w:val="000000"/>
          <w:sz w:val="24"/>
        </w:rPr>
        <w:t>). Это означает: возможно, наверх потребовалось подняться только свойствам паним тех келим, что принадлежат двум Кетерам де-ХУБ де-БОН. Этот знак означает: два окружающих [света]; четыре внутренних: один де-МА и один де-БОН, а также два внутренних света двух Кетеров де-ХУБ де-БОН; и четыре кли: два — де-МА и де-БОН, и два свойства паним тех келим, что принадлежат двум указанным Кетерам де-ХУБ.</w:t>
      </w:r>
    </w:p>
    <w:p>
      <w:pPr>
        <w:spacing w:before="40" w:after="120"/>
        <w:jc w:val="both"/>
      </w:pPr>
      <w:r>
        <w:rPr>
          <w:rFonts w:ascii="Georgia" w:hAnsi="Georgia"/>
          <w:b w:val="0"/>
          <w:i w:val="0"/>
          <w:color w:val="000000"/>
          <w:sz w:val="24"/>
        </w:rPr>
        <w:t>18) И если ты спросишь: почему выше, в первом сомнении, где мы сказали, что поднялись келим свойств паним и ахораим, мы сказали также, что их света не поднялись вовсе; здесь же мы сказали, что поднялись свойства паним этих келим, и при этом сказали, что их света паним также поднялись вместе с ними?</w:t>
      </w:r>
    </w:p>
    <w:p>
      <w:pPr>
        <w:spacing w:before="40" w:after="120"/>
        <w:jc w:val="both"/>
      </w:pPr>
      <w:r>
        <w:rPr>
          <w:rFonts w:ascii="Georgia" w:hAnsi="Georgia"/>
          <w:b w:val="0"/>
          <w:i w:val="0"/>
          <w:color w:val="000000"/>
          <w:sz w:val="24"/>
        </w:rPr>
        <w:t>19) Дело в том, что в первом сомнении, поскольку поднялись и свойства паним, и свойства ахораим этих келим, невозможно, чтобы половина светов поднялась наверх, а половина осталась внизу. Ведь для того, чтобы поднялись все они, у кли рош де-Атик нет силы выдержать в себе столько светов, и потому не поднялся никакой свет. Однако когда поднимаются только свойства паним этих келим, как сказано в этом сомнении, тогда их света могут подняться вместе с ними, и рош де-Атик сможет выдержать их, поскольку их немного.</w:t>
      </w:r>
    </w:p>
    <w:p>
      <w:pPr>
        <w:spacing w:before="40" w:after="120"/>
        <w:jc w:val="both"/>
      </w:pPr>
      <w:r>
        <w:rPr>
          <w:rFonts w:ascii="Georgia" w:hAnsi="Georgia"/>
          <w:b w:val="0"/>
          <w:i w:val="0"/>
          <w:color w:val="000000"/>
          <w:sz w:val="24"/>
        </w:rPr>
        <w:t>Точно так же и в третьем сомнении, которое мы сейчас опишем: если поднялись свойства ахораим этих келим, то и их света могли подняться вместе с ними, так как их немного. В отличие от случая, когда поднялись и паним, и ахор этих келим: ведь если все их света поднимутся вместе с ними, рош не сможет их выдержать; сказать же, что поднимется их половина, тоже невозможно, как известно, и потому все они остались внизу.</w:t>
      </w:r>
    </w:p>
    <w:p>
      <w:pPr>
        <w:spacing w:before="40" w:after="120"/>
        <w:jc w:val="both"/>
      </w:pPr>
      <w:r>
        <w:rPr>
          <w:rFonts w:ascii="Georgia" w:hAnsi="Georgia"/>
          <w:b w:val="0"/>
          <w:i w:val="0"/>
          <w:color w:val="000000"/>
          <w:sz w:val="24"/>
        </w:rPr>
        <w:t>20) Знак третьего сомнения — также бэт, далет, далет (</w:t>
      </w:r>
      <w:r>
        <w:rPr>
          <w:rFonts w:ascii="Georgia" w:hAnsi="Georgia" w:cs="Times New Roman"/>
          <w:b/>
          <w:i w:val="0"/>
          <w:color w:val="000000"/>
          <w:sz w:val="24"/>
          <w:rtl/>
          <w:szCs w:val="32"/>
        </w:rPr>
        <w:t>בד״ד</w:t>
      </w:r>
      <w:r>
        <w:rPr>
          <w:rFonts w:ascii="Georgia" w:hAnsi="Georgia"/>
          <w:b w:val="0"/>
          <w:i w:val="0"/>
          <w:color w:val="000000"/>
          <w:sz w:val="24"/>
        </w:rPr>
        <w:t>), и оно подобно сказанному выше, за одним лишь отличием: вместо того сомнения, которое было у нас во втором случае — поднялись ли свойства паним тех келим, что принадлежат двум Кетерам де-ХУБ де-БОН, — теперь наше сомнение состоит в том, не поднялись ли только свойства ахораим их келим и светов, как сказано выше.</w:t>
      </w:r>
    </w:p>
    <w:p>
      <w:pPr>
        <w:spacing w:before="40" w:after="120"/>
        <w:jc w:val="both"/>
      </w:pPr>
      <w:r>
        <w:rPr>
          <w:rFonts w:ascii="Georgia" w:hAnsi="Georgia"/>
          <w:b w:val="0"/>
          <w:i w:val="0"/>
          <w:color w:val="000000"/>
          <w:sz w:val="24"/>
        </w:rPr>
        <w:t>Итак, все сомнения разъяснены.</w:t>
      </w:r>
    </w:p>
    <w:p>
      <w:pPr>
        <w:spacing w:before="40" w:after="120"/>
        <w:jc w:val="both"/>
      </w:pPr>
      <w:r>
        <w:rPr>
          <w:rFonts w:ascii="Georgia" w:hAnsi="Georgia"/>
          <w:b w:val="0"/>
          <w:i w:val="0"/>
          <w:color w:val="000000"/>
          <w:sz w:val="24"/>
        </w:rPr>
        <w:t>21) Теперь необходимо разъяснить сказанное выше: когда мы сомневаемся и говорим, что, возможно, поднялись свойства ахораим двух Кетеров де-ХУБ де-БОН, не ошибись, подумав, будто свойства паним остались внизу, в гуф де-Атик. Ведь такое невозможно: чтобы ахораим поднялись наверх, в рош, а паним, которые более возвышенны, находились внизу, в гуф! Следует сказать, что свойства паним остались на своем месте, то есть в Аба ве-Има, для их собственных нужд.</w:t>
      </w:r>
    </w:p>
    <w:p>
      <w:pPr>
        <w:spacing w:before="40" w:after="120"/>
        <w:jc w:val="both"/>
      </w:pPr>
      <w:r>
        <w:rPr>
          <w:rFonts w:ascii="Georgia" w:hAnsi="Georgia"/>
          <w:b w:val="0"/>
          <w:i w:val="0"/>
          <w:color w:val="000000"/>
          <w:sz w:val="24"/>
        </w:rPr>
        <w:t>22) И если ты спросишь: все равно трудно утверждать, будто ахораим поднимаются в рош де-Атик, а паним [остаются] в Аба ве-Има! Ведь Аба ве-Има стоят ниже, чем гуф де-Атик!</w:t>
      </w:r>
    </w:p>
    <w:p>
      <w:pPr>
        <w:spacing w:before="40" w:after="120"/>
        <w:jc w:val="both"/>
      </w:pPr>
      <w:r>
        <w:rPr>
          <w:rFonts w:ascii="Georgia" w:hAnsi="Georgia"/>
          <w:b w:val="0"/>
          <w:i w:val="0"/>
          <w:color w:val="000000"/>
          <w:sz w:val="24"/>
        </w:rPr>
        <w:t>На это можно дать ответ, и с его помощью разрешатся также другие недоумения, возникающие здесь в отношении этих сомнений. Выше уже объяснялось, что есть аспект, в котором паним превосходит ахораим, и есть аспект, в котором ахораим превосходит паним. Ведь с точки зрения того, что свет паним соединяет их, чтобы они обратились паним бе-паним, свет паним велик. Но с точки зрения того, что свет ахораим строит весь основной парцуф, тогда как свет паним служит лишь для того, чтобы повернуть их паним бе-паним, — свет ахораим больше, чем свет паним.</w:t>
      </w:r>
    </w:p>
    <w:p>
      <w:pPr>
        <w:spacing w:before="40" w:after="120"/>
        <w:jc w:val="both"/>
      </w:pPr>
      <w:r>
        <w:rPr>
          <w:rFonts w:ascii="Georgia" w:hAnsi="Georgia"/>
          <w:b w:val="0"/>
          <w:i w:val="0"/>
          <w:color w:val="000000"/>
          <w:sz w:val="24"/>
        </w:rPr>
        <w:t>И раз существуют эти два аспекта, мы разрешим это и скажем: несомненно, когда оба этих свойства, паним и ахораим, приходят вместе, свет паним оказывается выше, поскольку он приходит в виде добавки к уже имеющемуся свету ахор, умножая его, прибавляясь к нему и поворачивая их паним бе-паним. Поэтому во втором сомнении мы сказали, что можно допустить подъем света паним наверх, в рош, в то время как свет ахораим остался внизу, в его гуф.</w:t>
      </w:r>
    </w:p>
    <w:p>
      <w:pPr>
        <w:spacing w:before="40" w:after="120"/>
        <w:jc w:val="both"/>
      </w:pPr>
      <w:r>
        <w:rPr>
          <w:rFonts w:ascii="Georgia" w:hAnsi="Georgia"/>
          <w:b w:val="0"/>
          <w:i w:val="0"/>
          <w:color w:val="000000"/>
          <w:sz w:val="24"/>
        </w:rPr>
        <w:t>Но в третьем сомнении, где в Атик пришло только свойство ахор, нельзя сказать, будто и свойство паним тоже придет и окажется внизу, в гуф де-Атик. Ведь в таком случае они были бы соединены, а как могут паним быть внизу, тогда как ахор — наверху?! Поэтому паним остались в Аба ве-Има, а свет ахор поднимается в Атик. Ведь поскольку они не соединены вместе в одном парцуфе, несомненно, свет ахор больше света паним: если свет паним не добавляется к ахор, а существует сам по себе, он оказывается ниже и меньше света ахор, и потому остался для Аба ве-Има.</w:t>
      </w:r>
    </w:p>
    <w:p>
      <w:pPr>
        <w:spacing w:before="40" w:after="120"/>
        <w:jc w:val="both"/>
      </w:pPr>
      <w:r>
        <w:rPr>
          <w:rFonts w:ascii="Georgia" w:hAnsi="Georgia"/>
          <w:b w:val="0"/>
          <w:i w:val="0"/>
          <w:color w:val="000000"/>
          <w:sz w:val="24"/>
        </w:rPr>
        <w:t>(Из первой редакции: а у меня, пишущего, остался вопрос. Ведь мы уже учили, что из Кетера САГ Атик берет только пять первых [светов], как сказано выше. И у меня возникает сомнение: сказать ли, что все они смешались с одним лишь Кетером, что в Кетере де-МА, или же сказать, что поскольку эти пять светов представляют собой один парцуф, они затем выросли, удвоились и стали одним парцуфом из десяти сфирот, и тогда эти десять сфирот соответствовали десяти сфирот Кетера де-МА. — Конец цитаты.)</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7) </w:t>
      </w:r>
      <w:r>
        <w:rPr>
          <w:rFonts w:ascii="Georgia" w:hAnsi="Georgia"/>
          <w:b/>
          <w:i w:val="0"/>
          <w:color w:val="000000"/>
          <w:sz w:val="24"/>
        </w:rPr>
        <w:t>«Поскольку здесь, в Хохме и Бине де-МА, нет никакого кли вовсе, ведь если нет внутреннего и окружающего светов и т.д.»</w:t>
      </w:r>
      <w:r>
        <w:rPr>
          <w:rFonts w:ascii="Georgia" w:hAnsi="Georgia"/>
          <w:b w:val="0"/>
          <w:i w:val="0"/>
          <w:color w:val="000000"/>
          <w:sz w:val="24"/>
        </w:rPr>
        <w:t xml:space="preserve"> — как писал Учитель выше в ветви 6, пункт 70, что возникновение келим происходит в силу соударения (битуша) внутреннего и окружающего светов при их выходе от пэ де-рош и ниже, то есть в светах, распространяющихся сверху вниз, как сказано там в «Паним Меирот» и в «Паним Масбирот», см. там внимательно; и как сказано в «Паним Меирот» в предыдущей ветви, свойство келим существует только от экрана (масаха) и МАН и ниже, тогда как в первом рош, где масах действует снизу вверх, келим нет. Поэтому согласно первому варианту, то есть когда первый рош де-БОН вовсе не соединяется с МА, поскольку не нуждается в нем — ведь в нем не было ухода светов, — пять первых [сфирот] Кетера де-БОН вышли только в первом рош де-БОН, от лба (мэцах) и ниже, и этот рош оканчивается в пэ табура. А рош де-МА начинается от пэ первого рош, то есть от пэ табура и ниже, до сиюм гуфа де-АК. И получается, что пять первых [сфирот] Кетера де-БОН стали окружающим светом для КАХАБ Кетера де-МА. А КАХАБ Кетера де-МА являются сейчас первым рош де-МА. В силу этого в рош де-МА нет келим, поскольку его масах стоит в Бине и действует снизу вверх. А как известно, первый рош называется окружающим светом, так как в нем нет келим. И об этом сказано: «ведь когда нет внутреннего и окружающего светов, чтобы соударяться друг с другом, кли вовсе не рождается и не возникает», до сих пор его слова. Первый рош указывает на окружающий свет, как сказано выше, а внутренний свет — это то, что распространяется от пэ первого рош и ниже, где свет уже облачен в кли. Ведь благодаря тому, что он получает свет от экрана, находящегося выше него, в нем проявляется толща (авиют) экрана, а также воздействие соударения окружающего света с ним, что составляет суть пяти ступеней очищения (издохехут) экрана, как сказано там. И здесь со стороны самого МА еще нет окружающего и внутреннего светов. Ведь хотя мы и называем рош де-МА внутренним светом, это верно лишь относительно первого рош де-БОН, находящегося выше табура, который служит высшим окружающим светом по отношению к нему со стороны БОН; в соотношении с ним МА считается внутренним светом, поскольку выходит из его пэ сверху вниз, как сказано выше. Что же касается МА по отношению к самому себе, он все еще находится в статусе первого рош и своего первого выхода, ведь начинается от табура и ниже, как было сказано; поэтому сам по себе он считается окружающим светом, то есть лишен келим вовсе. И об этом сказано: «И здесь, хотя есть окружающий де-БОН и внутренний де-МА, тем не менее этот окружающий — не категория окружающего света, а внутренний свет, ставший окружающим для внутреннего де-МА», до сих пор его слова. Иными словами, это два отдельных свойства, не имеющих отношения друг к другу, поскольку они вовсе не соединились, так как БОН не нуждается в нем, как сказано выше. И потому о них можно сказать, что оба они — внутренний свет.</w:t>
      </w:r>
    </w:p>
    <w:p>
      <w:pPr>
        <w:spacing w:before="40" w:after="120"/>
        <w:jc w:val="both"/>
      </w:pPr>
      <w:r>
        <w:rPr>
          <w:rFonts w:ascii="Georgia" w:hAnsi="Georgia"/>
          <w:b w:val="0"/>
          <w:i w:val="0"/>
          <w:color w:val="000000"/>
          <w:sz w:val="24"/>
        </w:rPr>
        <w:t>Ведь на самом деле и пять первых [сфирот] де-БОН по отношению к тому, что от лба и выше в первом рош, тоже получают свет сверху вниз, как сказано выше в «Паним Меирот» (стр. 721, со слов «И это»); а значит, и он — внутренний свет, подобно рош де-МА. Также можно сказать, что оба они — окружающий свет. Ведь пять первых [сфирот] де-БОН считаются окружающим светом для МА, поскольку относятся к тому, что выше табура; а рош де-МА также считается окружающим светом по отношению к самому себе, ведь в нем самом все еще нет келим, поскольку масах действует в нем снизу вверх — то есть в его Бине, находящейся на месте общего пэ де-рош де-Некудим, как сказано выше.</w:t>
      </w:r>
    </w:p>
    <w:p>
      <w:pPr>
        <w:spacing w:before="40" w:after="120"/>
        <w:jc w:val="both"/>
      </w:pPr>
      <w:r>
        <w:rPr>
          <w:rFonts w:ascii="Georgia" w:hAnsi="Georgia"/>
          <w:b/>
          <w:i w:val="0"/>
          <w:color w:val="000000"/>
          <w:sz w:val="24"/>
        </w:rPr>
        <w:t>«И потому должны были подняться те ахораим сосудов Кетера Хохмы и Бины де-БОН и т.д.»</w:t>
      </w:r>
      <w:r>
        <w:rPr>
          <w:rFonts w:ascii="Georgia" w:hAnsi="Georgia"/>
          <w:b w:val="0"/>
          <w:i w:val="0"/>
          <w:color w:val="000000"/>
          <w:sz w:val="24"/>
        </w:rPr>
        <w:t xml:space="preserve"> — уже объяснялось в «Паним Масбирот» (стр. 754, пункт 2), что сами АХАП де-Гальгальта представляют собой три огласовки (некудот) — Кетер, Хохма, Бина де-Некудим, и определяются как второй рош, или АБ. И это потому, что в начале своего проявления Гальгальта разделилась на две половины, причем верхняя половина не входит в расчет парцуфа. И потому впоследствии, когда Есод де-АК светил и опустил масах из пэ табура де-АК, являющегося уровнем глаз (эйнаим), к завершению тела (сиюм гуфа), являющемуся уровнем пэ де-АХАП, обе половины ступеней Гальгальты вновь объединились в одну цельную ступень из пяти келим: Гальгальта, эйнаим, ухо (озэн), нос (хотэм) и рот (пэ), и тогда в ней также выходят пять светов НАРАНХАЙ в полноте. Иначе обстояло дело прежде, в начале их проявления, когда они были разделены на две половины, и даже в высшем рош было всего две сфиры — Гальгальта и эйнаим.</w:t>
      </w:r>
    </w:p>
    <w:p>
      <w:pPr>
        <w:spacing w:before="40" w:after="120"/>
        <w:jc w:val="both"/>
      </w:pPr>
      <w:r>
        <w:rPr>
          <w:rFonts w:ascii="Georgia" w:hAnsi="Georgia"/>
          <w:b w:val="0"/>
          <w:i w:val="0"/>
          <w:color w:val="000000"/>
          <w:sz w:val="24"/>
        </w:rPr>
        <w:t>Поэтому в нем было только два нижних света — руах и нефеш: свет руах находился в кли Гальгальта, а свет нефеш — в кли эйнаим, то есть в сфире Хохма; три же высших света — ехида, хая, нешама — полностью отсутствовали даже в первом рош из-за нехватки трех нижних келим: озэн, хотэм, пэ, являющихся Биной, Зеир Анпином (ЗА) и Малхут, ведь известно, что нехватка нижних келим влечет нехватку высших светов. И потому в нижнем рош не было ничего, кроме одного лишь женского света, то есть света нефеш, который он получает от высшего рош. Однако после того как Есод де-АК светил и опустил масах из эйнаим в пэ, и они вновь соединились в один рош, высший рош обрел недостающие ему АХАП.</w:t>
      </w:r>
    </w:p>
    <w:p>
      <w:pPr>
        <w:spacing w:before="40" w:after="120"/>
        <w:jc w:val="both"/>
      </w:pPr>
      <w:r>
        <w:rPr>
          <w:rFonts w:ascii="Georgia" w:hAnsi="Georgia"/>
          <w:b w:val="0"/>
          <w:i w:val="0"/>
          <w:color w:val="000000"/>
          <w:sz w:val="24"/>
        </w:rPr>
        <w:t>Тогда к нему притянулись и три недостававших ему высших света, и каждый свет вошел в соответствующее ему кли. Ведь света руах и нефеш, находившиеся в Кетере и Хохме, опустились оттуда в хотэм и пэ, а света ехида, хая, нешама приходят в Гальгальту, эйнаим и озэн. И эти новые света — ехида, хая, нешама, — как и эти новые келим — озэн, хотэм, пэ, — называются добавлением, что указывает на их непостоянство в парцуфе, поскольку их не было в таком виде в начале его проявления. И по этой причине нижний рош начала проявления — прежние АХАП — не упразднился: хотя они и воссоединились с высшим рош, как сказано, это произошло лишь для того, чтобы восполнить высший рош до совершенного НАРАНХАЙ; и это рассматривается как их подъем туда в качестве МАН во время выхода светов, при котором они оставили там свою силу.</w:t>
      </w:r>
    </w:p>
    <w:p>
      <w:pPr>
        <w:spacing w:before="40" w:after="120"/>
        <w:jc w:val="both"/>
      </w:pPr>
      <w:r>
        <w:rPr>
          <w:rFonts w:ascii="Georgia" w:hAnsi="Georgia"/>
          <w:b w:val="0"/>
          <w:i w:val="0"/>
          <w:color w:val="000000"/>
          <w:sz w:val="24"/>
        </w:rPr>
        <w:t>Таким образом, они сами, восполнив высший рош, вновь распространились оттуда на свое место — то есть в качестве второго рош (рош бэт), как в начале своего проявления. И тогда к ним поднялись нижние келим — Зеир Анпин и Малхут — со ступени, находящейся ниже них, то есть из ЗАТ де-Некудим, так что и они восполнились до пяти полных келим. Ведь изначально в них были АХАП, представляющие собой Кетер, Хохму и Бину, а теперь они обрели также Зеир Анпин и Малхут благодаря подъему нижнего. И тогда в них также вышли пять светов НАРАНХАЙ в полноте, в пяти восполнившихся келим КАХАБ-ЗОН. Однако и ЗАТ де-Некудим не аннулировались из-за своего подъема в АХАП: их пребывание там определяется как МАН, то есть для восполнения келим, недостающих там для полного соударения (зивуга), с тем чтобы после этого вернуться на свое место, как было сказано о нижнем рош, называемом АХАП. И помни это для всех мест. Помни также это правило: хотя по отношению к высшему нижний считается его АХАП, сам по себе он считается уровнем Гальгальта ве-эйнаим, а ступень, расположенная ниже него, считается уже его собственными АХАП — и так далее со ступени на ступень во всех ступенях БОН. И благодаря этому тебе станут понятны все слова Учителя выше, в ветви 20, относительно подъема ЗОН в качестве МАН и поддержания ими там Хасадим и Гвурот, пока они не выйдут оттуда, см. там внимательно; то есть [это происходит] для восполнения недостающих там келим. И ты поймешь различия между келим де-паним и келим де-ахораим, см. там. Для нашей же темы необходимо то, что написано там в ветви 20, пункт 4, и вот его слова: «И получается, что с этой точки зрения новое свечение Хасадим и Гвурот, приходящее к ним, несомненно больше того свечения, которое было у них изначально. Ведь первоначальное свечение оставляло их в состоянии ахор бе-ахор, тогда как это новое свечение вернуло их в состояние паним бе-паним; и получается, что это обновленное свечение называется состоянием паним бе-паним». «Однако с другой точки зрения оно будет называться только состоянием ахор бе-ахор, поскольку увеличило лишь обратную сторону, а в состояние паним бе-паним они вернулись уже сами собой; и в этом отношении данное свечение будет ниже и меньше первоначального, ведь первое исправило и сделало совершенными все парцуфим, тогда как это лишь увеличило заднюю половину», конец цитаты.</w:t>
      </w:r>
    </w:p>
    <w:p>
      <w:pPr>
        <w:spacing w:before="40" w:after="120"/>
        <w:jc w:val="both"/>
      </w:pPr>
      <w:r>
        <w:rPr>
          <w:rFonts w:ascii="Georgia" w:hAnsi="Georgia"/>
          <w:b w:val="0"/>
          <w:i w:val="0"/>
          <w:color w:val="000000"/>
          <w:sz w:val="24"/>
        </w:rPr>
        <w:t>Далее там же Учитель проводит различие между келим де-паним де-Аба ве-Има и келим де-ахораим де-Аба ве-Има: келим де-ахораим, упразднившиеся в Аба ве-Има, — это буквы бадак хая (</w:t>
      </w:r>
      <w:r>
        <w:rPr>
          <w:rFonts w:ascii="Georgia" w:hAnsi="Georgia" w:cs="Times New Roman"/>
          <w:b/>
          <w:i w:val="0"/>
          <w:color w:val="000000"/>
          <w:sz w:val="24"/>
          <w:rtl/>
          <w:szCs w:val="32"/>
        </w:rPr>
        <w:t>בד״ק חי״ה</w:t>
      </w:r>
      <w:r>
        <w:rPr>
          <w:rFonts w:ascii="Georgia" w:hAnsi="Georgia"/>
          <w:b w:val="0"/>
          <w:i w:val="0"/>
          <w:color w:val="000000"/>
          <w:sz w:val="24"/>
        </w:rPr>
        <w:t>), а келим де-паним, оставшиеся в Аба ве-Има и не упразднившиеся во время разбиения сосудов, — это буквы охель месаперет (</w:t>
      </w:r>
      <w:r>
        <w:rPr>
          <w:rFonts w:ascii="Georgia" w:hAnsi="Georgia" w:cs="Times New Roman"/>
          <w:b/>
          <w:i w:val="0"/>
          <w:color w:val="000000"/>
          <w:sz w:val="24"/>
          <w:rtl/>
          <w:szCs w:val="32"/>
        </w:rPr>
        <w:t>אוכ״ל מספר״ת</w:t>
      </w:r>
      <w:r>
        <w:rPr>
          <w:rFonts w:ascii="Georgia" w:hAnsi="Georgia"/>
          <w:b w:val="0"/>
          <w:i w:val="0"/>
          <w:color w:val="000000"/>
          <w:sz w:val="24"/>
        </w:rPr>
        <w:t>), см. там внимательно. И помни их хорошо на протяжении всего последующего изложения здесь. Смысл этого в том, что в КАХАБ де-Некудим, стоящих от табура до сиюм гуфа де-АК в АХАП де-Гальгальта, как сказано выше, — в которых впоследствии, в силу подъема Зеир Анпина и Малхут из ЗАТ де-Некудим, восполнились пять келим КАХАБ-ЗОН, необходимых для полного соударения (зивуга) НАРАНХАЙ, — следует различать то, что в них постоянно... ...то есть то, что пришло к ним в начале их проявления, и то, что обновилось в них впоследствии благодаря свечению Есода де-АК, привлекшего эти келим. И об этом сказано, что охель месаперет — это постоянные келим Хохмы и Бины де-Некудим, то есть в том виде, как они вышли в начале своего проявления в качестве нижней половины ступени Гальгальты — в ее озэн, хотэм и пэ, как сказано выше. А келим бадак хая — это те келим, которые вышли и обновились в них в силу [подъема] Зеир Анпина и Малхут, поднявшихся и соединившихся с ними для восполнения в них пяти келим. Ведь хотя эти Зеир Анпин и Малхут затем вновь распространились на свое место, как сказано выше, тем не менее обновление келим, которые они восполнили в КАХАБ, осталось там буквально в своей форме все то время, пока эти ЗОН существовали на своем месте внизу, как сказано там. И об этом сказано: «новое свечение Хасадим и Гвурот, приходящее к ним, больше того свечения, которое было у них изначально, ведь первоначальное свечение оставляло их в состоянии ахор бе-ахор, тогда как это новое свечение вернуло их в состояние паним бе-паним», конец цитаты. То есть хотя новые келим, поднявшиеся под действием свечения Есода де-АК, — это нижние келим: Зеир Анпин и Малхут, а келим, которые были у них изначально, — это высшие келим КАХАБ, тем не менее новые добавочные келим предпочтительнее. Ведь до того, как они добавились туда, в келим КАХАБ де-Некудим не было ничего, кроме женского света и света нефеш, как сказано выше, что называется состоянием ахор бе-ахор, как написано там. Напротив, после того как к ним добавились келим Зеир Анпина и Малхут, они восполнились до пяти келим, и потому в них произошло полное соударение (зивуг) и вышли пять светов НАРАНХАЙ в совершенстве, что называется состоянием паним бе-паним. И об этом сказано: «и получается, что это обновленное свечение называется состоянием паним бе-паним». Ведь по этой причине можно назвать обновленные добавочные келим именем келим де-паним, а келим, которые были у них изначально, то есть КАХАБ — охель месаперет, — именем келим де-ахораим. И об этом сказано: «однако с другой точки зрения оно будет называться только состоянием ахор бе-ахор, поскольку увеличило лишь обратную сторону». То есть если мы посмотрим со стороны того, чем они восполнили КАХАБ, то восполнили им лишь нижние келим — Зеир Анпин и Малхут, ведь большего им и не недоставало, как сказано выше.</w:t>
      </w:r>
    </w:p>
    <w:p>
      <w:pPr>
        <w:spacing w:before="40" w:after="120"/>
        <w:jc w:val="both"/>
      </w:pPr>
      <w:r>
        <w:rPr>
          <w:rFonts w:ascii="Georgia" w:hAnsi="Georgia"/>
          <w:b w:val="0"/>
          <w:i w:val="0"/>
          <w:color w:val="000000"/>
          <w:sz w:val="24"/>
        </w:rPr>
        <w:t>И потому это добавление, обновившееся в силу подъема Зеир Анпина и Малхут в КАХАБ — то есть бадак хая, — можно назвать свойством келим де-ахораим, а постоянные келим, то есть КАХАБ, бывшие в них с самого начала их проявления, — именем келим де-паним; то есть прямо противоположно сказанному выше. И по поводу этой перемены названий тебе необходимо понять, что вынудило Учителя менять эти обозначения одно на другое. Тебе также нужно понять их определение: в конечном счете, что именно называется «паним», а что — «ахор». Однако тебе уже объяснялось в предыдущей ветви, что кли определяется исключительно по свету, облаченному в него. И даже если само кли относится к Кетеру, но в него облачен свет нефеш, оно именуется сфирой света нефеш — то есть сфирой Малхут; ведь имя сфиры мы всегда определяем только по ее свечению, кроме тех случаев, когда нам необходимо проанализировать и детально разобрать ее суть для понимания того или иного вопроса, — тогда мы проникаем во внутреннее содержание самого кли согласно его корню. И из этого понятно, что келим, именуемые охель месаперет — то есть келим КАХАБ, облачающие [АК] от табура до сиюм гуфа де-АК и составляющие суть АХАП де-Гальгальта де-Некудим, — в которых в начале их проявления был только свет нефеш, как сказано выше, в то время несомненно называются келим де-ахор, а не де-паним. Ведь таково правило: пока в келим нет светов ГАР — нешама, хая, ехида, — они называются келим де-ахораим без всякого учета внутренней сути самих этих келим, как сказано выше. И это ясно. В соответствии с этим понятно также, что впоследствии, когда Есод де-АК светил и поднял к ним келим ЗОН — те самые келим, что именуются бадак хая, — когда в них вышли пять светов НАРАНХАЙ в полноте, как сказано выше, так что света нефеш и руах опустились в келим бадак хая, а света нешама, хая, ехида вошли в келим охель месаперет, — совершенно ясно, что тогда келим охель месаперет называются келим де-паним, ведь в них облачены света ГАР, а келим бадак хая называются келим де-ахор, поскольку в них облачены света нефеш и руах.</w:t>
      </w:r>
    </w:p>
    <w:p>
      <w:pPr>
        <w:spacing w:before="40" w:after="120"/>
        <w:jc w:val="both"/>
      </w:pPr>
      <w:r>
        <w:rPr>
          <w:rFonts w:ascii="Georgia" w:hAnsi="Georgia"/>
          <w:b w:val="0"/>
          <w:i w:val="0"/>
          <w:color w:val="000000"/>
          <w:sz w:val="24"/>
        </w:rPr>
        <w:t>Однако во время разбиения сосудов (швират а-келим) в ЗАТ де-Некудим, повлекшего за собой то, что и сосуды ахораим де-Аба ве-Има, называемые бадак хая, вновь аннулировались и упали вниз, и там не осталось ничего, кроме того, что было в них в начале их проявления, то есть келим охель месаперет, — в силу этого вновь скрылись и света ГАР, находившиеся в этих келим охель месаперет, и в них не осталось ничего, кроме одного лишь света нефеш, как вначале; поэтому очевидно, что охель месаперет вновь вернулись к статусу келим де-ахораим. И знай: лишь в этом месте и в этот момент, когда мы хотим говорить о келим бадак хая в аспекте их несоединенности с охель месаперет, мы вынуждены временно называть их келим де-паним. И это потому, что из-за их отсутствия в парцуфе утрачивается свет паним парцуфа, а если они вернутся в парцуф, то вернут туда и свет паним; ради этого различия мы временно и называем их именем келим де-паним. Хотя сами по себе эти келим никогда вовсе не являются категорией «паним»: ведь даже во время гадлута, прежде чем они аннулировались, когда они еще были соединены с парцуфом, в них самих тем не менее не было ничего, кроме света ахораим, как сказано выше; и уж тем более после того, как они опустились и аннулировались, совершенно утратив свое достоинство, они заведомо не относятся к «паним», но были названы так переносно по вышеуказанной причине. И помни это для всех мест. Выше в «Паним Меирот» (стр. 724, со слова «И вот») уже объяснялось, что новый МА, обладающий КАХАБ в рош — то есть уровнями Гальгальта, эйнаим и озэн, — возвращает категорию озэн и в рош де-БОН, откуда она упразднилась и вышла вследствие разбиения сосудов. Ведь там все три кли — озэн, хотэм и пэ — не постоянны, а имеют статус добавления, и потому кли озэн во время разбиения сосудов также аннулировалось и вышло из рош.</w:t>
      </w:r>
    </w:p>
    <w:p>
      <w:pPr>
        <w:spacing w:before="40" w:after="120"/>
        <w:jc w:val="both"/>
      </w:pPr>
      <w:r>
        <w:rPr>
          <w:rFonts w:ascii="Georgia" w:hAnsi="Georgia"/>
          <w:b w:val="0"/>
          <w:i w:val="0"/>
          <w:color w:val="000000"/>
          <w:sz w:val="24"/>
        </w:rPr>
        <w:t xml:space="preserve">И вот теперь, с приходом нового МА, имеющего КАХАБ в своем рош, оказывается, что он возвращает в рош и Бину де-БОН, см. там все продолжение. И в соответствии с этим получается, что МА вновь поднял некоторую часть упомянутых келим бадак хая — а именно относящуюся к Бине в них — и вернул их в рош, как было до разбиения сосудов; в этой мере Аба ве-Има вновь обрели световую категорию ГАР, какая была у них до аннулирования, и это только ГАР де-нешама. Ведь все три кли АХАП еще не поднялись и не соединились с Гальгальтой и эйнаим так, как это было во время гадлута де-Некудим: в рош вернулась только Бина, то есть озэн, а значит, здесь есть лишь ГАР от Бины. И из этого знай, что все высказанные здесь сомнения относительно ГАР и четырех первых [сфирот] ХУБ касаются исключительно ГАР де-нешама, ведь большее в силу МА сейчас не поднялось, как было сказано. И помни это на протяжении всего последующего исследования перед нами. И об этом сказано: </w:t>
      </w:r>
      <w:r>
        <w:rPr>
          <w:rFonts w:ascii="Georgia" w:hAnsi="Georgia"/>
          <w:b/>
          <w:i w:val="0"/>
          <w:color w:val="000000"/>
          <w:sz w:val="24"/>
        </w:rPr>
        <w:t>«И потому должны были подняться те ахораим сосудов Кетеров Хохмы и Бины и т.д.»</w:t>
      </w:r>
      <w:r>
        <w:rPr>
          <w:rFonts w:ascii="Georgia" w:hAnsi="Georgia"/>
          <w:b w:val="0"/>
          <w:i w:val="0"/>
          <w:color w:val="000000"/>
          <w:sz w:val="24"/>
        </w:rPr>
        <w:t xml:space="preserve"> — смысл в том, что поскольку согласно данному сомнению, разбираемому здесь, считается, что даже Кетеры ХУБ, поднявшиеся благодаря свойству МА в силу его Бины, облачаются не в рош де-Атик, а в его ЗАТ, как будет сказано ниже, — в таком случае в ГАР де-Некудим, облаченных в рош де-Атик, заведомо не осталось ничего, кроме келим де-ахораим Кетеров ХУБ, как говорилось выше (стр. 724, со слова «И вот»), а они относятся к сосудам, называемым охель месаперет. То есть это те постоянные келим, что были в них с самого начала их проявления, которые никогда не аннулировались и не опускались оттуда по причине разбиения сосудов.</w:t>
      </w:r>
    </w:p>
    <w:p>
      <w:pPr>
        <w:spacing w:before="40" w:after="120"/>
        <w:jc w:val="both"/>
      </w:pPr>
      <w:r>
        <w:rPr>
          <w:rFonts w:ascii="Georgia" w:hAnsi="Georgia"/>
          <w:b w:val="0"/>
          <w:i w:val="0"/>
          <w:color w:val="000000"/>
          <w:sz w:val="24"/>
        </w:rPr>
        <w:t>Таким образом, в рош де-Атик сейчас находятся три кли: кли пяти первых [сфирот] Кетера де-Некудим, в которое облачается Кетер де-Атик де-МА, и два кли де-ахораим Кетеров ХУБ, в которые облачаются Хохма и Бина де-Атик де-МА. И благодаря этому также считается, что ахораим де-ХУБ поднялись от свойства «ахор» к свойству «паним»: ведь Хохма и Бина де-Атик являются светами паним и облачены в ахораим Кетеров ХУБ, а значит, они приобрели в них категорию ГАР. И об этом сказано: «И потому должны были подняться...» и т.д., и пойми. И крепко помни все объясненное здесь, ведь это основы, благодаря которым можно понять все дальнейшее изложение сомнений относительно непостижимого рош (реша де-ло итъяда), поскольку мы не можем повторять эти пространные разъяснения к каждому слову.</w:t>
      </w:r>
    </w:p>
    <w:p>
      <w:pPr>
        <w:spacing w:before="40" w:after="120"/>
        <w:jc w:val="both"/>
      </w:pPr>
      <w:r>
        <w:rPr>
          <w:rFonts w:ascii="Georgia" w:hAnsi="Georgia"/>
          <w:b/>
          <w:i w:val="0"/>
          <w:color w:val="000000"/>
          <w:sz w:val="24"/>
        </w:rPr>
        <w:t>«Но света их не поднялись по вышеуказанной причине»</w:t>
      </w:r>
      <w:r>
        <w:rPr>
          <w:rFonts w:ascii="Georgia" w:hAnsi="Georgia"/>
          <w:b w:val="0"/>
          <w:i w:val="0"/>
          <w:color w:val="000000"/>
          <w:sz w:val="24"/>
        </w:rPr>
        <w:t xml:space="preserve"> — ведь в них облачились света, превосходящие их — то есть света Хохмы и Бины де-МА, как сказано выше, являющиеся светами паним.</w:t>
      </w:r>
    </w:p>
    <w:p>
      <w:pPr>
        <w:spacing w:before="40" w:after="120"/>
        <w:jc w:val="both"/>
      </w:pPr>
      <w:r>
        <w:rPr>
          <w:rFonts w:ascii="Georgia" w:hAnsi="Georgia"/>
          <w:b w:val="0"/>
          <w:i w:val="0"/>
          <w:color w:val="000000"/>
          <w:sz w:val="24"/>
        </w:rPr>
        <w:t xml:space="preserve">8) </w:t>
      </w:r>
      <w:r>
        <w:rPr>
          <w:rFonts w:ascii="Georgia" w:hAnsi="Georgia"/>
          <w:b/>
          <w:i w:val="0"/>
          <w:color w:val="000000"/>
          <w:sz w:val="24"/>
        </w:rPr>
        <w:t>«Знак алеф-алеф-гимель (</w:t>
      </w:r>
      <w:r>
        <w:rPr>
          <w:rFonts w:ascii="Georgia" w:hAnsi="Georgia" w:cs="Times New Roman"/>
          <w:b/>
          <w:i w:val="0"/>
          <w:color w:val="000000"/>
          <w:sz w:val="24"/>
          <w:rtl/>
          <w:szCs w:val="32"/>
        </w:rPr>
        <w:t>אא״ג</w:t>
      </w:r>
      <w:r>
        <w:rPr>
          <w:rFonts w:ascii="Georgia" w:hAnsi="Georgia"/>
          <w:b/>
          <w:i w:val="0"/>
          <w:color w:val="000000"/>
          <w:sz w:val="24"/>
        </w:rPr>
        <w:t>): то есть один окружающий, один внутренний свет и три кли, представляющие собой кли Кетера де-БОН и два кли Хохмы и Бины де-БОН»</w:t>
      </w:r>
      <w:r>
        <w:rPr>
          <w:rFonts w:ascii="Georgia" w:hAnsi="Georgia"/>
          <w:b w:val="0"/>
          <w:i w:val="0"/>
          <w:color w:val="000000"/>
          <w:sz w:val="24"/>
        </w:rPr>
        <w:t xml:space="preserve"> — ведь пять первых [сфирот] Кетера де-БОН, начинающиеся от лба первого рош де-БОН, находящегося выше табура де-АК, считаются окружающим светом для рош де-Атик, начинающегося ниже табура де-АК, как написано выше в «Паним Меирот» (стр. 721, со слова «И уже»). А ГАР Кетера де-МА составляют суть внутреннего света и облачены в рош де-Атик в три кли, оставшиеся в ГАР де-Некудим, которых не коснулось аннулирование, — а именно в постоянные там АХАП де-Гальгальта де-БОН, в которых нет аспекта добавления, и потому аннулирование не коснулось их, как сказано выше. Причем озэн там рассматривается как кли пяти первых [сфирот] Кетера де-БОН, а хотэм и пэ — как два ахораим Кетеров ХУБ де-БОН, то есть из категории охель месаперет, как сказано выше. И вот перед тобой: один окружающий свет, один внутренний свет и три кли.</w:t>
      </w:r>
    </w:p>
    <w:p>
      <w:pPr>
        <w:spacing w:before="40" w:after="120"/>
        <w:jc w:val="both"/>
      </w:pPr>
      <w:r>
        <w:rPr>
          <w:rFonts w:ascii="Georgia" w:hAnsi="Georgia"/>
          <w:b w:val="0"/>
          <w:i w:val="0"/>
          <w:color w:val="000000"/>
          <w:sz w:val="24"/>
        </w:rPr>
        <w:t xml:space="preserve">9) </w:t>
      </w:r>
      <w:r>
        <w:rPr>
          <w:rFonts w:ascii="Georgia" w:hAnsi="Georgia"/>
          <w:b/>
          <w:i w:val="0"/>
          <w:color w:val="000000"/>
          <w:sz w:val="24"/>
        </w:rPr>
        <w:t>«Второе сомнение и т.д., что есть один внутренний свет де-МА и два окружающих и т.д.»</w:t>
      </w:r>
      <w:r>
        <w:rPr>
          <w:rFonts w:ascii="Georgia" w:hAnsi="Georgia"/>
          <w:b w:val="0"/>
          <w:i w:val="0"/>
          <w:color w:val="000000"/>
          <w:sz w:val="24"/>
        </w:rPr>
        <w:t xml:space="preserve"> — и это второе подразделение первого варианта, упомянутого выше в словах Учителя: хотя окружающему свету де-МА и не подобает соединяться с БОН выше табура де-АК — поскольку там нет места ущерба, ради восполнения которого требовалось бы второе распространение, как сказано выше в «Паним Меирот» (стр. 722, со слова «Или»), — тем не менее возможно, что окружающий свет де-МА также вышел выше табура, а именно от лба первого рош де-БОН до пэ табура, но только не соединяется там в единый парцуф с окружающим светом де-БОН, поскольку тот не нуждается в нем, см. там. И согласно этому, пять первых [сфирот] Кетера де-БОН все еще никак не распространяются ниже табура де-АК, то есть во внутреннюю часть рош де-Атик, поскольку этот рош стоит сам по себе в качестве первого рош де-БОН от лба до пэ табура и там завершается, ведь он не соединяется с МА, чтобы распространиться подобно ему от табура и ниже в ГАР де-Атик. И об этом сказано: «И получается теперь, что есть один внутренний свет де-МА». То есть нет никакого распространения от пяти первых [сфирот] Кетера де-БОН во внутреннюю часть рош де-Атик, так как по причине своего великого совершенства он вовсе не соединяется с МА. И оказывается, что внутри рош де-Атик нет ничего, кроме одних лишь КАХАБ де-МА. Однако там есть два окружающих света — окружающий свет де-БОН и окружающий свет де-МА, — но они не соединяются друг с другом, как было сказано.</w:t>
      </w:r>
    </w:p>
    <w:p>
      <w:pPr>
        <w:spacing w:before="40" w:after="120"/>
        <w:jc w:val="both"/>
      </w:pPr>
      <w:r>
        <w:rPr>
          <w:rFonts w:ascii="Georgia" w:hAnsi="Georgia"/>
          <w:b w:val="0"/>
          <w:i w:val="0"/>
          <w:color w:val="000000"/>
          <w:sz w:val="24"/>
        </w:rPr>
        <w:t xml:space="preserve">12) </w:t>
      </w:r>
      <w:r>
        <w:rPr>
          <w:rFonts w:ascii="Georgia" w:hAnsi="Georgia"/>
          <w:b/>
          <w:i w:val="0"/>
          <w:color w:val="000000"/>
          <w:sz w:val="24"/>
        </w:rPr>
        <w:t>«Знак бэт-гимель-далет (</w:t>
      </w:r>
      <w:r>
        <w:rPr>
          <w:rFonts w:ascii="Georgia" w:hAnsi="Georgia" w:cs="Times New Roman"/>
          <w:b/>
          <w:i w:val="0"/>
          <w:color w:val="000000"/>
          <w:sz w:val="24"/>
          <w:rtl/>
          <w:szCs w:val="32"/>
        </w:rPr>
        <w:t>בג״ד</w:t>
      </w:r>
      <w:r>
        <w:rPr>
          <w:rFonts w:ascii="Georgia" w:hAnsi="Georgia"/>
          <w:b/>
          <w:i w:val="0"/>
          <w:color w:val="000000"/>
          <w:sz w:val="24"/>
        </w:rPr>
        <w:t>): то есть два окружающих, три внутренних света и четыре кли и т.д.»</w:t>
      </w:r>
      <w:r>
        <w:rPr>
          <w:rFonts w:ascii="Georgia" w:hAnsi="Georgia"/>
          <w:b w:val="0"/>
          <w:i w:val="0"/>
          <w:color w:val="000000"/>
          <w:sz w:val="24"/>
        </w:rPr>
        <w:t xml:space="preserve"> — ведь здесь есть два окружающих света: один де-БОН и один де-МА, как сказано выше, см. там. А поскольку есть также окружающий свет де-МА, начинающийся от лба первого рош и оканчивающийся в пэ табура де-АК, как сказано выше, — этот окружающий свет считается первым рош де-МА, от пэ которого и ниже (то есть от пэ табура де-АК) рош де-Атик де-МА распространяется сверху вниз в аспекте второго созерцания (истаклют бэт); а значит, в рош де-Атик де-МА есть келим для трех его сфирот КАХАБ, и светам Хохмы и Бины Кетера де-МА нет нужды облачаться в ахораим Кетеров ХУБ де-БОН, так как у них уже есть собственные келим, как сказано выше. И потому света ахораим Кетеров ХУБ должны подняться, чтобы обосноваться в своих келим. Ведь то, что мы говорили в сомнении алеф-алеф-гимель (</w:t>
      </w:r>
      <w:r>
        <w:rPr>
          <w:rFonts w:ascii="Georgia" w:hAnsi="Georgia" w:cs="Times New Roman"/>
          <w:b/>
          <w:i w:val="0"/>
          <w:color w:val="000000"/>
          <w:sz w:val="24"/>
          <w:rtl/>
          <w:szCs w:val="32"/>
        </w:rPr>
        <w:t>אא״ג</w:t>
      </w:r>
      <w:r>
        <w:rPr>
          <w:rFonts w:ascii="Georgia" w:hAnsi="Georgia"/>
          <w:b w:val="0"/>
          <w:i w:val="0"/>
          <w:color w:val="000000"/>
          <w:sz w:val="24"/>
        </w:rPr>
        <w:t>) — будто эти света не поднялись, — происходило оттого, что света Хохмы и Бины Кетера де-МА заняли их место, см. там; теперь же, когда у светов Хохмы и Бины Кетера де-МА есть собственные келим, света ахораим Кетеров ХУБ де-БОН, несомненно, остаются на своем месте в своих сосудах, и об этом сказано, что теперь есть три внутренних света. А именно: первый внутренний — КАХАБ Кетера де-МА, второй внутренний — свет ахор Кетера Хохмы де-БОН, третий внутренний — свет ахор Кетера Бины де-БОН. И об этом сказано, что теперь есть четыре кли. А именно: три кли, оставшиеся в ГАР де-Некудим, которых не коснулось аннулирование, называемые озэн, хотэм, пэ де-Гальгальта и относящиеся к охель месаперет, как сказано выше: ведь озэн — это кли пяти первых [сфирот] Кетера де-БОН, хотэм — ахор Кетера Хохмы, а пэ — ахор Кетера Бины. И кроме того, есть новое кли самих КАХАБ Кетера де-МА, вновь притянувшееся от пэ первого рош де-МА, как сказано выше; итого здесь четыре кли.</w:t>
      </w:r>
    </w:p>
    <w:p>
      <w:pPr>
        <w:spacing w:before="40" w:after="120"/>
        <w:jc w:val="both"/>
      </w:pPr>
      <w:r>
        <w:rPr>
          <w:rFonts w:ascii="Georgia" w:hAnsi="Georgia"/>
          <w:b w:val="0"/>
          <w:i w:val="0"/>
          <w:color w:val="000000"/>
          <w:sz w:val="24"/>
        </w:rPr>
        <w:t xml:space="preserve">16) </w:t>
      </w:r>
      <w:r>
        <w:rPr>
          <w:rFonts w:ascii="Georgia" w:hAnsi="Georgia"/>
          <w:b/>
          <w:i w:val="0"/>
          <w:color w:val="000000"/>
          <w:sz w:val="24"/>
        </w:rPr>
        <w:t>«И согласно этому нет нужды, чтобы поднимались света двух Кетеров Хохмы и Бины де-БОН и т.д.»</w:t>
      </w:r>
      <w:r>
        <w:rPr>
          <w:rFonts w:ascii="Georgia" w:hAnsi="Georgia"/>
          <w:b w:val="0"/>
          <w:i w:val="0"/>
          <w:color w:val="000000"/>
          <w:sz w:val="24"/>
        </w:rPr>
        <w:t xml:space="preserve"> — то есть поскольку окружающий свет де-БОН соединяется с окружающим светом де-МА в единый парцуф выше табура де-АК, как сказано выше, — пять первых [сфирот] Кетера де-БОН заведомо распространяются вместе с МА также от табура и ниже в АК и во внутреннюю часть рош де-Атик, как говорилось выше (стр. 723, со слов «Второй вариант»); и оказывается, что здесь есть также внутренний свет де-БОН. А он, несомненно, не может облачаться в келим де-МА, но нуждается именно в келим де-БОН; поэтому данный внутренний свет де-БОН обязательно облачается в сосуды ахораим Кетеров ХУБ де-БОН, которые находятся на этом месте и никогда не опускались, относясь к охель месаперет, как сказано выше. И об этом сказано: «И согласно этому нет нужды, чтобы поднимались света двух Кетеров Хохмы и Бины де-БОН». Это потому, что внутренний свет Кетера де-БОН облачился в них и занял место этих светов Кетеров ХУБ. И таково правило: везде, где более возвышенный свет должен облачиться в кли, он вытесняет из этого кли свет, уступающий ему по уровню, — даже там, где менее возвышенный свет имеет более близкое отношение к этому кли, как сказано выше при знаке алеф-алеф-гимель (</w:t>
      </w:r>
      <w:r>
        <w:rPr>
          <w:rFonts w:ascii="Georgia" w:hAnsi="Georgia" w:cs="Times New Roman"/>
          <w:b/>
          <w:i w:val="0"/>
          <w:color w:val="000000"/>
          <w:sz w:val="24"/>
          <w:rtl/>
          <w:szCs w:val="32"/>
        </w:rPr>
        <w:t>אא״ג</w:t>
      </w:r>
      <w:r>
        <w:rPr>
          <w:rFonts w:ascii="Georgia" w:hAnsi="Georgia"/>
          <w:b w:val="0"/>
          <w:i w:val="0"/>
          <w:color w:val="000000"/>
          <w:sz w:val="24"/>
        </w:rPr>
        <w:t>).</w:t>
      </w:r>
    </w:p>
    <w:p>
      <w:pPr>
        <w:spacing w:before="40" w:after="120"/>
        <w:jc w:val="both"/>
      </w:pPr>
      <w:r>
        <w:rPr>
          <w:rFonts w:ascii="Georgia" w:hAnsi="Georgia"/>
          <w:b/>
          <w:i w:val="0"/>
          <w:color w:val="000000"/>
          <w:sz w:val="24"/>
        </w:rPr>
        <w:t>«Однако сами келим должны подняться и т.д.»</w:t>
      </w:r>
      <w:r>
        <w:rPr>
          <w:rFonts w:ascii="Georgia" w:hAnsi="Georgia"/>
          <w:b w:val="0"/>
          <w:i w:val="0"/>
          <w:color w:val="000000"/>
          <w:sz w:val="24"/>
        </w:rPr>
        <w:t xml:space="preserve"> — то есть это сосуды ахораим Кетеров ХУБ, относящиеся к охель месаперет, как сказано выше, которые теперь обязательно возвысились: ведь прежде в них были облачены лишь света ахораим — и к тому же со стороны Кетеров ХУБ, — а теперь в них облачился свет паним, и притом сам свет Кетера, представляющий собой распространение пяти первых [сфирот] Кетера де-БОН, как сказано выше. И об этом сказано, что они должны подняться, и пойми это как следует. И не ошибись, истолковав, будто в этих келим во время разбиения сосудов произошли аннулирование и падение, а теперь они вновь поднялись: ведь уже объяснялось, что они относятся к сосудам охель месаперет, постоянным в парцуфе и не подлежащим аннулированию; [смысл же подъема здесь] — лишь в вышесказанном. И потому во всех обсуждаемых здесь сомнениях мы сомневаемся лишь относительно светов паним Кетеров ХУБ, а также относительно их келим де-паним из категории бадак хая, поскольку они относятся к добавлению, как сказано выше. Что же касается келим де-ахораим этих Кетеров, нам совершенно ясно, что они находятся в рош, ведь они никогда не аннулировались и не опускались из ГАР де-Некудим, как написано выше (стр. 731, со слов «И в этом»), см. там.</w:t>
      </w:r>
    </w:p>
    <w:p>
      <w:pPr>
        <w:spacing w:before="40" w:after="120"/>
        <w:jc w:val="both"/>
      </w:pPr>
      <w:r>
        <w:rPr>
          <w:rFonts w:ascii="Georgia" w:hAnsi="Georgia"/>
          <w:b/>
          <w:i w:val="0"/>
          <w:color w:val="000000"/>
          <w:sz w:val="24"/>
        </w:rPr>
        <w:t>«Знак бэт-бэт-вав (</w:t>
      </w:r>
      <w:r>
        <w:rPr>
          <w:rFonts w:ascii="Georgia" w:hAnsi="Georgia" w:cs="Times New Roman"/>
          <w:b/>
          <w:i w:val="0"/>
          <w:color w:val="000000"/>
          <w:sz w:val="24"/>
          <w:rtl/>
          <w:szCs w:val="32"/>
        </w:rPr>
        <w:t>בב״ו</w:t>
      </w:r>
      <w:r>
        <w:rPr>
          <w:rFonts w:ascii="Georgia" w:hAnsi="Georgia"/>
          <w:b/>
          <w:i w:val="0"/>
          <w:color w:val="000000"/>
          <w:sz w:val="24"/>
        </w:rPr>
        <w:t>): то есть два окружающих света, два внутренних света и шесть келим и т.д.»</w:t>
      </w:r>
      <w:r>
        <w:rPr>
          <w:rFonts w:ascii="Georgia" w:hAnsi="Georgia"/>
          <w:b w:val="0"/>
          <w:i w:val="0"/>
          <w:color w:val="000000"/>
          <w:sz w:val="24"/>
        </w:rPr>
        <w:t xml:space="preserve"> — и здесь оказывается, что окружающий свет де-МА соединился с окружающим светом де-БОН в один парцуф, точно так же, как в остальных парцуфим Ацилута. И они начинаются от лба первого рош де-БОН де-АК до пэ табура де-АК, и потому пять первых [сфирот] Кетера де-БОН смогли распространиться также ниже табура вместе с МА и стать внутренним светом для ГАР де-Атик. Следовательно, в ГАР де-Атик есть два внутренних света: один де-МА и второй де-БОН. Также есть там шесть келим:</w:t>
      </w:r>
    </w:p>
    <w:p>
      <w:pPr>
        <w:spacing w:before="40" w:after="120"/>
        <w:jc w:val="both"/>
      </w:pPr>
      <w:r>
        <w:rPr>
          <w:rFonts w:ascii="Georgia" w:hAnsi="Georgia"/>
          <w:b w:val="0"/>
          <w:i w:val="0"/>
          <w:color w:val="000000"/>
          <w:sz w:val="24"/>
        </w:rPr>
        <w:t>1) кли пяти первых [сфирот] Кетера де-БОН;</w:t>
      </w:r>
    </w:p>
    <w:p>
      <w:pPr>
        <w:spacing w:before="40" w:after="120"/>
        <w:jc w:val="both"/>
      </w:pPr>
      <w:r>
        <w:rPr>
          <w:rFonts w:ascii="Georgia" w:hAnsi="Georgia"/>
          <w:b w:val="0"/>
          <w:i w:val="0"/>
          <w:color w:val="000000"/>
          <w:sz w:val="24"/>
        </w:rPr>
        <w:t>2) кли де-ахораим Кетера Хохмы де-БОН;</w:t>
      </w:r>
    </w:p>
    <w:p>
      <w:pPr>
        <w:spacing w:before="40" w:after="120"/>
        <w:jc w:val="both"/>
      </w:pPr>
      <w:r>
        <w:rPr>
          <w:rFonts w:ascii="Georgia" w:hAnsi="Georgia"/>
          <w:b w:val="0"/>
          <w:i w:val="0"/>
          <w:color w:val="000000"/>
          <w:sz w:val="24"/>
        </w:rPr>
        <w:t>3) кли де-ахораим Кетера Бины де-БОН.</w:t>
      </w:r>
    </w:p>
    <w:p>
      <w:pPr>
        <w:spacing w:before="40" w:after="120"/>
        <w:jc w:val="both"/>
      </w:pPr>
      <w:r>
        <w:rPr>
          <w:rFonts w:ascii="Georgia" w:hAnsi="Georgia"/>
          <w:b w:val="0"/>
          <w:i w:val="0"/>
          <w:color w:val="000000"/>
          <w:sz w:val="24"/>
        </w:rPr>
        <w:t>И обо всех этих трех келим ты уже знаешь, что они постоянно остаются там, в ГАР де-Некудим, и их не коснулся никакой ущерб или аннулирование, поскольку они относятся к охель месаперет.</w:t>
      </w:r>
    </w:p>
    <w:p>
      <w:pPr>
        <w:spacing w:before="40" w:after="120"/>
        <w:jc w:val="both"/>
      </w:pPr>
      <w:r>
        <w:rPr>
          <w:rFonts w:ascii="Georgia" w:hAnsi="Georgia"/>
          <w:b w:val="0"/>
          <w:i w:val="0"/>
          <w:color w:val="000000"/>
          <w:sz w:val="24"/>
        </w:rPr>
        <w:t>4) кли де-паним Кетера Хохмы де-БОН;</w:t>
      </w:r>
    </w:p>
    <w:p>
      <w:pPr>
        <w:spacing w:before="40" w:after="120"/>
        <w:jc w:val="both"/>
      </w:pPr>
      <w:r>
        <w:rPr>
          <w:rFonts w:ascii="Georgia" w:hAnsi="Georgia"/>
          <w:b w:val="0"/>
          <w:i w:val="0"/>
          <w:color w:val="000000"/>
          <w:sz w:val="24"/>
        </w:rPr>
        <w:t>5) кли де-паним Кетера Бины де-БОН.</w:t>
      </w:r>
    </w:p>
    <w:p>
      <w:pPr>
        <w:spacing w:before="40" w:after="120"/>
        <w:jc w:val="both"/>
      </w:pPr>
      <w:r>
        <w:rPr>
          <w:rFonts w:ascii="Georgia" w:hAnsi="Georgia"/>
          <w:b w:val="0"/>
          <w:i w:val="0"/>
          <w:color w:val="000000"/>
          <w:sz w:val="24"/>
        </w:rPr>
        <w:t>И вот, эти два кли де-паним — из бадак хая; в них произошло аннулирование во время разбиения [сосудов], так как они не принадлежат к постоянным келим парцуфа, как сказано выше. И оказывается, что они выяснились теперь и поднялись в силу МА, который соединился с БОН также выше табура, благодаря чему пять первых [сфирот] Кетера де-БОН распространились в качестве внутреннего света в КАХАБ де-Атик, как сказано выше. И получается, что здесь есть три новых света КАХАБ от БОН в виде того самого внутреннего света Кетера де-БОН; и поэтому света Хохмы и Бины этого внутреннего света нуждаются во всех аспектах келим Кетеров ХУБ де-Некудим, и даже в келим де-паним тоже. Поэтому данные келим выяснились теперь от аннулирования и изъяна и поднялись к Хохме и Бине внутреннего света Кетера де-БОН, как было сказано, и пойми это как следует. А шестое кли — это новое кли КАХАБ де-МА, как сказано выше (стр. 733, со слов «Знак бэт-гимель-далет (</w:t>
      </w:r>
      <w:r>
        <w:rPr>
          <w:rFonts w:ascii="Georgia" w:hAnsi="Georgia" w:cs="Times New Roman"/>
          <w:b/>
          <w:i w:val="0"/>
          <w:color w:val="000000"/>
          <w:sz w:val="24"/>
          <w:rtl/>
          <w:szCs w:val="32"/>
        </w:rPr>
        <w:t>בג״ד</w:t>
      </w:r>
      <w:r>
        <w:rPr>
          <w:rFonts w:ascii="Georgia" w:hAnsi="Georgia"/>
          <w:b w:val="0"/>
          <w:i w:val="0"/>
          <w:color w:val="000000"/>
          <w:sz w:val="24"/>
        </w:rPr>
        <w:t>)»), см. там.</w:t>
      </w:r>
    </w:p>
    <w:p>
      <w:pPr>
        <w:spacing w:before="40" w:after="120"/>
        <w:jc w:val="both"/>
      </w:pPr>
      <w:r>
        <w:rPr>
          <w:rFonts w:ascii="Georgia" w:hAnsi="Georgia"/>
          <w:b w:val="0"/>
          <w:i w:val="0"/>
          <w:color w:val="000000"/>
          <w:sz w:val="24"/>
        </w:rPr>
        <w:t xml:space="preserve">17) </w:t>
      </w:r>
      <w:r>
        <w:rPr>
          <w:rFonts w:ascii="Georgia" w:hAnsi="Georgia"/>
          <w:b/>
          <w:i w:val="0"/>
          <w:color w:val="000000"/>
          <w:sz w:val="24"/>
        </w:rPr>
        <w:t>«Знак Бадад: то есть, возможно, не требовалось, чтобы поднялась наверх [какая-либо часть], кроме келим де-паним двух кетеров Хохмы и Бины де-БОН»</w:t>
      </w:r>
      <w:r>
        <w:rPr>
          <w:rFonts w:ascii="Georgia" w:hAnsi="Georgia"/>
          <w:b w:val="0"/>
          <w:i w:val="0"/>
          <w:color w:val="000000"/>
          <w:sz w:val="24"/>
        </w:rPr>
        <w:t xml:space="preserve"> — и знай, что здесь он изменил свое выражение и называет келим свойства охель мисперет (</w:t>
      </w:r>
      <w:r>
        <w:rPr>
          <w:rFonts w:ascii="Georgia" w:hAnsi="Georgia" w:cs="Times New Roman"/>
          <w:b/>
          <w:i w:val="0"/>
          <w:color w:val="000000"/>
          <w:sz w:val="24"/>
          <w:rtl/>
          <w:szCs w:val="32"/>
        </w:rPr>
        <w:t>אוכ״ל מספר״ת</w:t>
      </w:r>
      <w:r>
        <w:rPr>
          <w:rFonts w:ascii="Georgia" w:hAnsi="Georgia"/>
          <w:b w:val="0"/>
          <w:i w:val="0"/>
          <w:color w:val="000000"/>
          <w:sz w:val="24"/>
        </w:rPr>
        <w:t>) именем «келим де-паним», подобно тому как называет их выше, на странице 381, начиная со слов «И вот» (см. там). И это по причине, которая приводится ниже: келим де-бедек хая (</w:t>
      </w:r>
      <w:r>
        <w:rPr>
          <w:rFonts w:ascii="Georgia" w:hAnsi="Georgia" w:cs="Times New Roman"/>
          <w:b/>
          <w:i w:val="0"/>
          <w:color w:val="000000"/>
          <w:sz w:val="24"/>
          <w:rtl/>
          <w:szCs w:val="32"/>
        </w:rPr>
        <w:t>בדק חיה</w:t>
      </w:r>
      <w:r>
        <w:rPr>
          <w:rFonts w:ascii="Georgia" w:hAnsi="Georgia"/>
          <w:b w:val="0"/>
          <w:i w:val="0"/>
          <w:color w:val="000000"/>
          <w:sz w:val="24"/>
        </w:rPr>
        <w:t>) присоединяются здесь к ним в один парцуф, в рош и гуф, находясь в ЗАТ де-Атик. И уже объяснялось в «Паним Меирот» выше, на странице 731, начиная со слов «Однако», что в то время, когда келим де-бедек хая соединяются с келим де-охель мисперет в один парцуф, келим де-охель мисперет вновь возвращаются к свойству келим де-паним, а келим де-бедек хая называются тогда келим де-ахораим (см. там подробно). Сомнение же здесь в том, что, возможно, нет необходимости, чтобы поднимались и келим де-бедек хая, ведь ступень можно восполнить ими и тогда, когда они находятся в ЗАТ. И потому здесь есть два окружающих [света], четыре внутренних и четыре кли, а именно: два окружающих света де-МА и БОН; четыре внутренних — внутренний де-МА, внутренний де-БОН, внутренний де-Кетер Хохма и внутренний де-Кетер Бина; и четыре кли — кли пяти первых [сфирот] де-Кетер БОН, кли КАХАБ де-Кетер МА, кли де-паним де-Кетер Хохма и кли де-паним де-Кетер Бина. А внутренний [свет] де-БОН совершенно не нуждается в келим кетеров Хохмы и Бины.</w:t>
      </w:r>
    </w:p>
    <w:p>
      <w:pPr>
        <w:spacing w:before="40" w:after="120"/>
        <w:jc w:val="both"/>
      </w:pPr>
      <w:r>
        <w:rPr>
          <w:rFonts w:ascii="Georgia" w:hAnsi="Georgia"/>
          <w:b w:val="0"/>
          <w:i w:val="0"/>
          <w:color w:val="000000"/>
          <w:sz w:val="24"/>
        </w:rPr>
        <w:t xml:space="preserve">20) </w:t>
      </w:r>
      <w:r>
        <w:rPr>
          <w:rFonts w:ascii="Georgia" w:hAnsi="Georgia"/>
          <w:b/>
          <w:i w:val="0"/>
          <w:color w:val="000000"/>
          <w:sz w:val="24"/>
        </w:rPr>
        <w:t>«Знак Бадад (второй), и это подобно сказанному выше и т. д., если поднялись только ахораим и т. д.»</w:t>
      </w:r>
      <w:r>
        <w:rPr>
          <w:rFonts w:ascii="Georgia" w:hAnsi="Georgia"/>
          <w:b w:val="0"/>
          <w:i w:val="0"/>
          <w:color w:val="000000"/>
          <w:sz w:val="24"/>
        </w:rPr>
        <w:t xml:space="preserve"> — то есть, возможно, келим де-бедек хая вовсе не приходят в ЗАТ де-Атик, и тогда в рош де-Атик нет ничего, кроме половины ступени от двух кетеров Хохмы и Бины де-БОН. В таком случае они утрачивают свойство паним и остаются лишь келим и светами де-ахораим, как сказано выше в «Паним Меирот» на странице 731, начиная со слов «И благодаря этому» (см. там подробно). И ты видишь, что как в первом знаке Бадад, так и во втором знаке Бадад нам ясно: келим де-охель мисперет кетеров Хохмы и Бины де-БОН остаются в ГАР де-Атик, а все сомнение касается только келим де-бедек хая — присутствуют ли они в ЗАТ де-Атик или же их там нет и они находятся лишь в Аба ве-Има де-Ацилут. Ведь если они есть в ЗАТ де-Атик, то соединяются с келим де-охель мисперет в один парцуф, и тогда келим де-охель мисперет вновь становятся келим де-ГАР, а келим де-бедек хая — келим де-ЗАТ, так что они образуют одну цельную ступень: рош и гуф. Если же их действительно нет в ЗАТ де-Атик, то келим де-охель мисперет недостает их свойства ЗАТ, и потому им недостает светов ГАР.</w:t>
      </w:r>
    </w:p>
    <w:p>
      <w:pPr>
        <w:spacing w:before="40" w:after="120"/>
        <w:jc w:val="both"/>
      </w:pPr>
      <w:r>
        <w:rPr>
          <w:rFonts w:ascii="Georgia" w:hAnsi="Georgia"/>
          <w:b w:val="0"/>
          <w:i w:val="0"/>
          <w:color w:val="000000"/>
          <w:sz w:val="24"/>
        </w:rPr>
        <w:t>Следовательно, в рош остаются лишь ахораим кетеров Хохмы и Бины — как из келим, так и из светов, то есть исключительно уровня руах и нефеш, как сказано выше в «Паним Меирот» на странице 731, начиная со слов «Однако» (см. там). Причина же этого сомнения заключается в том, что совершенно ясно: ЗАТ Хохмы и Бины де-БОН забирают Аба ве-Има, как говорилось выше в словах Учителя на странице 710. И потому возникает сомнение: быть может, они забрали также и свойство ЗАТ кетеров Хохмы и Бины де-БОН, то есть упомянутые келим де-бедек хая. И пойми это как следует.</w:t>
      </w:r>
    </w:p>
    <w:p>
      <w:pPr>
        <w:spacing w:before="40" w:after="120"/>
        <w:jc w:val="both"/>
      </w:pPr>
      <w:r>
        <w:rPr>
          <w:rFonts w:ascii="Georgia" w:hAnsi="Georgia"/>
          <w:b w:val="0"/>
          <w:i w:val="0"/>
          <w:color w:val="000000"/>
          <w:sz w:val="24"/>
        </w:rPr>
        <w:t xml:space="preserve">22) </w:t>
      </w:r>
      <w:r>
        <w:rPr>
          <w:rFonts w:ascii="Georgia" w:hAnsi="Georgia"/>
          <w:b/>
          <w:i w:val="0"/>
          <w:color w:val="000000"/>
          <w:sz w:val="24"/>
        </w:rPr>
        <w:t>«Есть аспект, в котором паним превосходят ахораим, а есть аспект, в котором ахораим и т. д.»</w:t>
      </w:r>
      <w:r>
        <w:rPr>
          <w:rFonts w:ascii="Georgia" w:hAnsi="Georgia"/>
          <w:b w:val="0"/>
          <w:i w:val="0"/>
          <w:color w:val="000000"/>
          <w:sz w:val="24"/>
        </w:rPr>
        <w:t xml:space="preserve"> — здесь он называет келим де-бедек хая именем «келим де-паним». И это по той причине, о которой он говорит далее: ведь именно свет паним соединяет их, возвращая в состояние паним бе-паним. Когда нижних келим АХАП, то есть бедек хая, недостает в рош парцуфа и там остаются лишь келим де-Кетер и Хохма, представляющие собой исключительно охель мисперет, тогда они считаются находящимися в состоянии ахор бе-ахор. Ведь там присутствуют лишь света руах и нефеш в келим де-Кетер и Хохма, а это, как известно, называется ахор бе-ахор. Однако в то время, когда келим де-бедек хая вновь соединяются с келим де-охель мисперет в один парцуф, масах опускается из Хохмы в Малхут, на свое место, и в результате этого соударения выходят полные света НАРАНХАЙ: света хая и ехида облачаются в охель мисперет, а света нешама, руах и нефеш облачаются в бедек хая. И ты видишь, что хотя сами келим де-бедек хая относятся к свойству ЗАТ и представляют собой АХАП, вышедшие за пределы ступени и возвращаемые туда лишь в качестве добавления, а не на постоянной основе, тем не менее достоинство их очень велико: ведь без них парцуф не может обрести ступень ГАР и состояние паним бе-паним, как сказано. И об этом он говорит: «В том отношении, что свет паним соединяет их для возвращения в состояние паним бе-паним, оказывается, что свет паним велик». То есть те келим де-бедек хая, которые называются свойством паним и свойством добавления, обладают огромной ценностью благодаря тому, что при своем возвращении в парцуф они возвращают ему свойства паним бе-паним и ГАР, как сказано выше.</w:t>
      </w:r>
    </w:p>
    <w:p>
      <w:pPr>
        <w:spacing w:before="40" w:after="120"/>
        <w:jc w:val="both"/>
      </w:pPr>
      <w:r>
        <w:rPr>
          <w:rFonts w:ascii="Georgia" w:hAnsi="Georgia"/>
          <w:b w:val="0"/>
          <w:i w:val="0"/>
          <w:color w:val="000000"/>
          <w:sz w:val="24"/>
        </w:rPr>
        <w:t xml:space="preserve">Поэтому можно сказать, что они превосходнее келим де-охель мисперет: хотя те и являются келим де-Кетер и Хохма, постоянно присутствующими в парцуфе, однако сами по себе, когда они одни, в них есть лишь ГАР в состоянии ахор бе-ахор. А значит, келим де-бедек хая важнее, поскольку благодаря им возвращаются света паним, как сказано. И об этом он говорит: «А в том отношении, что свет ахораим строит весь основной парцуф, тогда как свет паним служит лишь для возвращения его в состояние паним бе-паним и т. д.». То есть свет де-ахораим, облаченный в келим де-охель мисперет, обладает тем преимуществом, что они составляют основу строения парцуфа, ведь эти келим пребывают в нем постоянно, без прибавлений и убавлений. Свет же паним, возвращаемый в парцуф посредством келим де-бедек хая, не остается там постоянно, но [присутствует] в качестве добавления, пребывая там временно — то поднимаясь, то опускаясь. И об этом сказано: «И потому свет ахораим больше света паним» — поскольку они находятся в парцуфе постоянно, как сказано. </w:t>
      </w:r>
      <w:r>
        <w:rPr>
          <w:rFonts w:ascii="Georgia" w:hAnsi="Georgia"/>
          <w:b/>
          <w:i w:val="0"/>
          <w:color w:val="000000"/>
          <w:sz w:val="24"/>
        </w:rPr>
        <w:t>«Несомненно, свет паним превосходнее, поскольку он приходит в виде добавления и т. д.»</w:t>
      </w:r>
      <w:r>
        <w:rPr>
          <w:rFonts w:ascii="Georgia" w:hAnsi="Georgia"/>
          <w:b w:val="0"/>
          <w:i w:val="0"/>
          <w:color w:val="000000"/>
          <w:sz w:val="24"/>
        </w:rPr>
        <w:t xml:space="preserve"> — то есть после того как келим де-бедек хая соединяются с парцуфом, те света ахораим, которые находились в охель мисперет, вновь опускаются на свое место, то есть в келим де-бедек хая, являющиеся свойством ЗАТ и истинными келим для этих светов. А свет паним, приходящий в виде добавления, облачается тогда в высшие келим, то есть в охель мисперет, как сказано выше, и если так, то несомненно, что в то время, когда в парцуфе присутствуют оба [света], свет паним находится наверху, в рош, а свет де-ахораим — внизу, в гуф.</w:t>
      </w:r>
    </w:p>
    <w:p>
      <w:pPr>
        <w:spacing w:before="40" w:after="120"/>
        <w:jc w:val="both"/>
      </w:pPr>
      <w:r>
        <w:rPr>
          <w:rFonts w:ascii="Georgia" w:hAnsi="Georgia"/>
          <w:b w:val="0"/>
          <w:i w:val="0"/>
          <w:color w:val="000000"/>
          <w:sz w:val="24"/>
        </w:rPr>
        <w:t xml:space="preserve">Однако в то время, когда они вновь отделяются от келим де-охель мисперет, света ГАР снова скрываются, а света руах и нефеш поднимаются в келим де-охель мисперет, как сказано выше. Следовательно, для парцуфа свет руах и нефеш важнее светов ГАР, поскольку света руах и нефеш никогда не уходят из него, но светят и созидают его постоянно во всякое время. И пойми это как следует. И ты уже знаешь, что свет ГАР называется светом паним, а свет руах и нефеш называется светом ахораим. </w:t>
      </w:r>
      <w:r>
        <w:rPr>
          <w:rFonts w:ascii="Georgia" w:hAnsi="Georgia"/>
          <w:b/>
          <w:i w:val="0"/>
          <w:color w:val="000000"/>
          <w:sz w:val="24"/>
        </w:rPr>
        <w:t>«Поэтому паним остались в Аба ве-Има»</w:t>
      </w:r>
      <w:r>
        <w:rPr>
          <w:rFonts w:ascii="Georgia" w:hAnsi="Georgia"/>
          <w:b w:val="0"/>
          <w:i w:val="0"/>
          <w:color w:val="000000"/>
          <w:sz w:val="24"/>
        </w:rPr>
        <w:t xml:space="preserve"> — то есть келим, возвращающие паним, которые суть бедек хая; а поскольку они являются свойством ЗАТ де-ГАР Хохмы и Бины де-БОН, они относятся к Аба ве-Има де-Ацилут, забравшим ЗАТ Хохмы и Бины де-БОН, как известно. </w:t>
      </w:r>
      <w:r>
        <w:rPr>
          <w:rFonts w:ascii="Georgia" w:hAnsi="Georgia"/>
          <w:b/>
          <w:i w:val="0"/>
          <w:color w:val="000000"/>
          <w:sz w:val="24"/>
        </w:rPr>
        <w:t>«Когда они не соединены вместе в один парцуф, несомненно, свет ахор больше и т. д.»</w:t>
      </w:r>
      <w:r>
        <w:rPr>
          <w:rFonts w:ascii="Georgia" w:hAnsi="Georgia"/>
          <w:b w:val="0"/>
          <w:i w:val="0"/>
          <w:color w:val="000000"/>
          <w:sz w:val="24"/>
        </w:rPr>
        <w:t xml:space="preserve"> — то есть света руах и нефеш, оставшиеся в келим де-охель мисперет, больше того света, который остался в келим де-бедек хая. Но, разумеется, тогда в них нет от света паним совершенно ничего, ведь даже когда они соединены в парцуфе, в них присутствует лишь свет ахор.</w:t>
      </w:r>
    </w:p>
    <w:p>
      <w:pPr>
        <w:spacing w:before="40" w:after="120"/>
        <w:jc w:val="both"/>
      </w:pPr>
      <w:r>
        <w:rPr>
          <w:rFonts w:ascii="Georgia" w:hAnsi="Georgia"/>
          <w:b w:val="0"/>
          <w:i w:val="0"/>
          <w:color w:val="000000"/>
          <w:sz w:val="24"/>
        </w:rPr>
        <w:t>Однако он называет их именем «свет паним» потому, что они служат причиной [появления] света паним, как сказано выше, и потому это лишь переносное наименование. Помни же это и не сбивайся: ведь совершенно невозможно даже помыслить, будто свет ахор, представляющий собой нефеш и руах и являющийся свойством ВАК, больше света паним, который всегда есть исключительно свойство ГАР и ничто иное, как известно. Также совершенно невозможно представить, чтобы свет паним присутствовал сам по себе, без нефеш и руах, ведь таков порядок светов: сначала в келим приходят низшие, а затем — высшие, как известно. Но, как сказано, это лишь переносное наименование по вышеупомянутой причине, а также потому, что свет ахор постоянно служит в парцуфе и созидает его всегда, как сказано выше.</w:t>
      </w:r>
    </w:p>
    <w:p>
      <w:r>
        <w:br w:type="page"/>
      </w:r>
    </w:p>
    <w:p>
      <w:pPr>
        <w:keepNext/>
        <w:spacing w:before="360" w:after="160"/>
        <w:jc w:val="center"/>
      </w:pPr>
      <w:r>
        <w:rPr>
          <w:rFonts w:ascii="Georgia" w:hAnsi="Georgia"/>
          <w:b w:val="0"/>
          <w:i w:val="0"/>
          <w:color w:val="000000"/>
          <w:sz w:val="40"/>
        </w:rPr>
        <w:t>Ветвь 56</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Были объяснены сомнения относительно рош де-Атик, и теперь мы разберем свойства семи кетерим де-ЗАТ — умерших мелахим. Выше уже говорилось, что они, возможно, поднялись в Атик. Что же касается гуф де-Атик, то в зависимости от того, как разрешаются сомнения относительно рош де-Атик, выясняется и то, что осталось внизу в его гуф от свойства ХУБ де-БОН: ведь в той мере, в какой они поднялись в рош де-Атик, становится известно, что осталось внизу в его гуф от ХУБ де-БОН.</w:t>
      </w:r>
    </w:p>
    <w:p>
      <w:pPr>
        <w:spacing w:before="40" w:after="120"/>
        <w:jc w:val="both"/>
      </w:pPr>
      <w:r>
        <w:rPr>
          <w:rFonts w:ascii="Georgia" w:hAnsi="Georgia"/>
          <w:b w:val="0"/>
          <w:i w:val="0"/>
          <w:color w:val="000000"/>
          <w:sz w:val="24"/>
        </w:rPr>
        <w:t>2) Что же касается кетерим де-ЗАТ де-БОН, теперь необходимо разобрать все относящиеся к ним сомнения. Согласно первому варианту и первому сомнению, знак которого — алеф, алеф, гимель (</w:t>
      </w:r>
      <w:r>
        <w:rPr>
          <w:rFonts w:ascii="Georgia" w:hAnsi="Georgia" w:cs="Times New Roman"/>
          <w:b/>
          <w:i w:val="0"/>
          <w:color w:val="000000"/>
          <w:sz w:val="24"/>
          <w:rtl/>
          <w:szCs w:val="32"/>
        </w:rPr>
        <w:t>אא״ג</w:t>
      </w:r>
      <w:r>
        <w:rPr>
          <w:rFonts w:ascii="Georgia" w:hAnsi="Georgia"/>
          <w:b w:val="0"/>
          <w:i w:val="0"/>
          <w:color w:val="000000"/>
          <w:sz w:val="24"/>
        </w:rPr>
        <w:t>), света ахор де-ХУБ де-БОН остались внизу в гуф де-Атик, то есть в ЗАТ, а свет паним остался в Аба ве-Има.</w:t>
      </w:r>
    </w:p>
    <w:p>
      <w:pPr>
        <w:spacing w:before="40" w:after="120"/>
        <w:jc w:val="both"/>
      </w:pPr>
      <w:r>
        <w:rPr>
          <w:rFonts w:ascii="Georgia" w:hAnsi="Georgia"/>
          <w:b w:val="0"/>
          <w:i w:val="0"/>
          <w:color w:val="000000"/>
          <w:sz w:val="24"/>
        </w:rPr>
        <w:t>3) И таково их место при их уходе туда: свет ахор де-Кетер де-Хохма де-БОН находится в Хеседе Атика и оттуда светит трем средним [сфирот] — ХАГАТ в нем. А свет ахор де-Кетер де-Бина де-БОН находится в Нецахе Атика и оттуда светит трем нижним — НЕХИ в нем.</w:t>
      </w:r>
    </w:p>
    <w:p>
      <w:pPr>
        <w:spacing w:before="40" w:after="120"/>
        <w:jc w:val="both"/>
      </w:pPr>
      <w:r>
        <w:rPr>
          <w:rFonts w:ascii="Georgia" w:hAnsi="Georgia"/>
          <w:b w:val="0"/>
          <w:i w:val="0"/>
          <w:color w:val="000000"/>
          <w:sz w:val="24"/>
        </w:rPr>
        <w:t>4) Знай также: хотя их келим поднялись наверх, в рош де-Атик, как сказано выше, эти их света направляют и посылают свечение к келим снизу вверх, чтобы светить им.</w:t>
      </w:r>
    </w:p>
    <w:p>
      <w:pPr>
        <w:spacing w:before="40" w:after="120"/>
        <w:jc w:val="both"/>
      </w:pPr>
      <w:r>
        <w:rPr>
          <w:rFonts w:ascii="Georgia" w:hAnsi="Georgia"/>
          <w:b w:val="0"/>
          <w:i w:val="0"/>
          <w:color w:val="000000"/>
          <w:sz w:val="24"/>
        </w:rPr>
        <w:t>5) И эти кетерим де-ЗАТ де-БОН распределяются по ЗАТ де-Атик: первый — в Хесед в нем, второй — в Гвура в нем, и так во всех них подобным образом, вплоть до седьмого, который находится в Малхут в нем. И они не разделились по порядку разделения ХУБ де-БОН — так, чтобы три первые (ГАР) из них были с Хохма де-БОН в Хесед де-Атик, а четыре нижние из них были с Бина де-БОН в Нецах де-Атик. Причина в том, что света кетерим де-ХУБ де-БОН светят снизу вверх в свои келим, поднявшиеся в рош де-Атик, как сказано выше; и если бы эти семь кетерим также разделились подобно кетерим де-ХУБ де-БОН, то их свет тоже поднялся бы вверх, и внизу, на своем месте, они оказались бы лишены света. Поэтому они разделились указанным выше образом.</w:t>
      </w:r>
    </w:p>
    <w:p>
      <w:pPr>
        <w:spacing w:before="40" w:after="120"/>
        <w:jc w:val="both"/>
      </w:pPr>
      <w:r>
        <w:rPr>
          <w:rFonts w:ascii="Georgia" w:hAnsi="Georgia"/>
          <w:b w:val="0"/>
          <w:i w:val="0"/>
          <w:color w:val="000000"/>
          <w:sz w:val="24"/>
        </w:rPr>
        <w:t>6) И знай, что каждый из этих семи кетерим светит следующему за ним, меньшему, чем он, причем по линиям (кавим). А именно: Хесед светит в Нецах, Гвура светит в Ход, и подобным же образом остальные.</w:t>
      </w:r>
    </w:p>
    <w:p>
      <w:pPr>
        <w:spacing w:before="40" w:after="120"/>
        <w:jc w:val="both"/>
      </w:pPr>
      <w:r>
        <w:rPr>
          <w:rFonts w:ascii="Georgia" w:hAnsi="Georgia"/>
          <w:b w:val="0"/>
          <w:i w:val="0"/>
          <w:color w:val="000000"/>
          <w:sz w:val="24"/>
        </w:rPr>
        <w:t>7) А согласно второму сомнению, знак которого — бэт, гимель, далет (</w:t>
      </w:r>
      <w:r>
        <w:rPr>
          <w:rFonts w:ascii="Georgia" w:hAnsi="Georgia" w:cs="Times New Roman"/>
          <w:b/>
          <w:i w:val="0"/>
          <w:color w:val="000000"/>
          <w:sz w:val="24"/>
          <w:rtl/>
          <w:szCs w:val="32"/>
        </w:rPr>
        <w:t>בג״ד</w:t>
      </w:r>
      <w:r>
        <w:rPr>
          <w:rFonts w:ascii="Georgia" w:hAnsi="Georgia"/>
          <w:b w:val="0"/>
          <w:i w:val="0"/>
          <w:color w:val="000000"/>
          <w:sz w:val="24"/>
        </w:rPr>
        <w:t>), света ахор де-кетерим де-ХУБ де-БОН поднялись наверх, в рош де-Атик, и тем не менее они светят сверху вниз по линиям в гуф де-Атик. Семь же кетерим де-ЗАТ распределяются по ЗАТ де-Атик указанным выше образом и светят друг другу по линиям, как сказано выше.</w:t>
      </w:r>
    </w:p>
    <w:p>
      <w:pPr>
        <w:spacing w:before="40" w:after="120"/>
        <w:jc w:val="both"/>
      </w:pPr>
      <w:r>
        <w:rPr>
          <w:rFonts w:ascii="Georgia" w:hAnsi="Georgia"/>
          <w:b w:val="0"/>
          <w:i w:val="0"/>
          <w:color w:val="000000"/>
          <w:sz w:val="24"/>
        </w:rPr>
        <w:t>8) Выше, при сомнении алеф, алеф, гимель, когда света ХУБ де-БОН находились внизу и оттуда светили вверх в свои келим, в них была сила светить в семь кетерим и давать им силу светить друг другу по линиям, как сказано выше. Однако, поскольку их устремление было направлено на то, чтобы светить вверх, у них не было силы собрать семь кетерим на своем месте — в Хеседе и Нецахе. Здесь же, при сомнении бэт, гимель, далет, когда света находятся наверху, у них [тем более] нет силы собрать семь кетерим в Хеседе и Нецахе. Но поскольку эти света, хотя и стоят наверху, все же посылают свое свечение вниз, они светят в семь кетерим и дают им силу светить друг другу по линиям, как сказано выше.</w:t>
      </w:r>
    </w:p>
    <w:p>
      <w:pPr>
        <w:spacing w:before="40" w:after="120"/>
        <w:jc w:val="both"/>
      </w:pPr>
      <w:r>
        <w:rPr>
          <w:rFonts w:ascii="Georgia" w:hAnsi="Georgia"/>
          <w:b w:val="0"/>
          <w:i w:val="0"/>
          <w:color w:val="000000"/>
          <w:sz w:val="24"/>
        </w:rPr>
        <w:t>9) Второй же вариант согласно первому сомнению, знак которого — бэт, бэт, вав (</w:t>
      </w:r>
      <w:r>
        <w:rPr>
          <w:rFonts w:ascii="Georgia" w:hAnsi="Georgia" w:cs="Times New Roman"/>
          <w:b/>
          <w:i w:val="0"/>
          <w:color w:val="000000"/>
          <w:sz w:val="24"/>
          <w:rtl/>
          <w:szCs w:val="32"/>
        </w:rPr>
        <w:t>בב״ו</w:t>
      </w:r>
      <w:r>
        <w:rPr>
          <w:rFonts w:ascii="Georgia" w:hAnsi="Georgia"/>
          <w:b w:val="0"/>
          <w:i w:val="0"/>
          <w:color w:val="000000"/>
          <w:sz w:val="24"/>
        </w:rPr>
        <w:t>): тогда света кетерим де-ХУБ де-БОН остались внизу в гуф де-Атик — как свойство паним, так и свойство ахор, и распределяются указанным выше образом: Кетер де-Хохма — в Хесед де-Атик, а Кетер де-Бина — в Нецах де-Атик. И теперь им не нужно светить снизу вверх в свои келим, поднявшиеся в рош де-Атик, так как наверху уже есть два внутренних света, и этого для них достаточно. А поскольку это так, у них есть великое свечение и великая сила, чтобы светить в семь кетерим и собрать их вместе с собой: три первые — в Хесед де-Атик, а четыре нижние — в Нецах де-Атик. И они светят подобно самим кетерим де-ХУБ, которые там находятся: три [сфирот], находящиеся в Хеседе, светят трем средним, а четыре, находящиеся в Нецахе, светят четырем нижним.</w:t>
      </w:r>
    </w:p>
    <w:p>
      <w:pPr>
        <w:spacing w:before="40" w:after="120"/>
        <w:jc w:val="both"/>
      </w:pPr>
      <w:r>
        <w:rPr>
          <w:rFonts w:ascii="Georgia" w:hAnsi="Georgia"/>
          <w:b w:val="0"/>
          <w:i w:val="0"/>
          <w:color w:val="000000"/>
          <w:sz w:val="24"/>
        </w:rPr>
        <w:t>10) А согласно второму сомнению, знак которого — бэт, далет, далет (</w:t>
      </w:r>
      <w:r>
        <w:rPr>
          <w:rFonts w:ascii="Georgia" w:hAnsi="Georgia" w:cs="Times New Roman"/>
          <w:b/>
          <w:i w:val="0"/>
          <w:color w:val="000000"/>
          <w:sz w:val="24"/>
          <w:rtl/>
          <w:szCs w:val="32"/>
        </w:rPr>
        <w:t>בד״ד</w:t>
      </w:r>
      <w:r>
        <w:rPr>
          <w:rFonts w:ascii="Georgia" w:hAnsi="Georgia"/>
          <w:b w:val="0"/>
          <w:i w:val="0"/>
          <w:color w:val="000000"/>
          <w:sz w:val="24"/>
        </w:rPr>
        <w:t>), света паним де-ХУБ де-БОН поднялись в рош де-Атик, а их света ахор остались внизу в гуф де-Атик: свет Кетер де-Хохма — в Хеседе, а свет Кетер де-Бина — в Нецахе, как сказано выше. И тогда свет паним, поднявшийся в рош де-Атик, распространяется по линиям до самого низа следующим образом. А именно: Хохма распространяется по правой линии и светит по этой линии в виде самого непосредственного распространения, а не просто свечения со своего места. Подобным же образом Бина распространяется по левой линии, а Кетер де-САГ и МА распространяется по средней линии.</w:t>
      </w:r>
    </w:p>
    <w:p>
      <w:pPr>
        <w:spacing w:before="40" w:after="120"/>
        <w:jc w:val="both"/>
      </w:pPr>
      <w:r>
        <w:rPr>
          <w:rFonts w:ascii="Georgia" w:hAnsi="Georgia"/>
          <w:b w:val="0"/>
          <w:i w:val="0"/>
          <w:color w:val="000000"/>
          <w:sz w:val="24"/>
        </w:rPr>
        <w:t>11) И согласно этому возникают три сомнения относительно семи кетерим. Первое: сказать ли, что каждый из них стоит на своем месте в ЗАТ де-Атик, или же три из них стоят в Хесед де-Атик, а четыре нижние — в Нецах де-Атик, подобно тому как стоят света ахораим де-ХУБ де-БОН? Либо мы скажем, что раз уж их свет паним распространяется непосредственно вниз, как сказано выше, то им нет необходимости соединяться с ахораим, и потому каждый стоит на своем месте? Также есть сомнение: поскольку высшие света паним распространяются до самого низа по линиям, светят ли и они друг другу по линиям, или же мы скажем, что они светят друг другу не по линиям, а каждый тому, кто находится под ним? И все это остается под сомнением.</w:t>
      </w:r>
    </w:p>
    <w:p>
      <w:pPr>
        <w:spacing w:before="40" w:after="120"/>
        <w:jc w:val="both"/>
      </w:pPr>
      <w:r>
        <w:rPr>
          <w:rFonts w:ascii="Georgia" w:hAnsi="Georgia"/>
          <w:b w:val="0"/>
          <w:i w:val="0"/>
          <w:color w:val="000000"/>
          <w:sz w:val="24"/>
        </w:rPr>
        <w:t>12) Согласно же третьему сомнению, знак которого также бэт, далет, далет, света ахор де-ХУБ поднялись вверх, в рош де-Атик, а света паним находятся внизу, в Аба ве-Има, как сказано выше. И света ахор, хотя и поднялись наверх, все же светят со своего места вниз, в ЗАТ, не по линиям, как сказано выше, а Хохма светит со своего места трем средним, а Бина светит со своего места четырем нижним. И вот теперь возникают два ущерба: во-первых, света находятся не внизу; во-вторых, даже находясь наверху, они светят не по линиям. Поэтому у семи кетерим нет большого свечения и большой силы, и потому они не собираются указанным выше образом в Хеседе и Нецахе Атика. Кроме того, они светят не по линиям, а лишь один на другой. И помни, в чем смысл свечения по линиям: его значение было объяснено выше, во втором варианте при втором сомнении.</w:t>
      </w:r>
    </w:p>
    <w:p>
      <w:pPr>
        <w:spacing w:before="40" w:after="120"/>
        <w:jc w:val="both"/>
      </w:pPr>
      <w:r>
        <w:rPr>
          <w:rFonts w:ascii="Georgia" w:hAnsi="Georgia"/>
          <w:b w:val="0"/>
          <w:i w:val="0"/>
          <w:color w:val="000000"/>
          <w:sz w:val="24"/>
        </w:rPr>
        <w:t>13) И вот были объяснены все сомнения, которые я слышал из уст моего учителя, благословенна его память. Но есть еще сомнения без конца и предела, неисследимые, которых я не удостоился [узнать]. И в соответствии с этими сомнениями в Атике возникают подобные им сомнения и во всем остальном порядке Ацилута. Пример тому: берут ли Аба ве-Има паним де-ХУБ де-БОН или нет.</w:t>
      </w:r>
    </w:p>
    <w:p>
      <w:pPr>
        <w:spacing w:before="40" w:after="120"/>
        <w:jc w:val="both"/>
      </w:pPr>
      <w:r>
        <w:rPr>
          <w:rFonts w:ascii="Georgia" w:hAnsi="Georgia"/>
          <w:b w:val="0"/>
          <w:i w:val="0"/>
          <w:color w:val="000000"/>
          <w:sz w:val="24"/>
        </w:rPr>
        <w:t>14) Общий вывод из всего этого: по причине всех этих сомнений Атик Йомин называется «непостижимая голова» (риша де-ло итъяда), так как неизвестно, какие свойства в нем есть.</w:t>
      </w:r>
    </w:p>
    <w:p>
      <w:pPr>
        <w:spacing w:before="40" w:after="120"/>
        <w:jc w:val="both"/>
      </w:pPr>
      <w:r>
        <w:rPr>
          <w:rFonts w:ascii="Georgia" w:hAnsi="Georgia"/>
          <w:b w:val="0"/>
          <w:i w:val="0"/>
          <w:color w:val="000000"/>
          <w:sz w:val="24"/>
        </w:rPr>
        <w:t xml:space="preserve">15) Пророк Йешаяу, мир ему, тоже сомневался в этих вопросах и на них намекнул [в стихе]: </w:t>
      </w:r>
      <w:r>
        <w:rPr>
          <w:rFonts w:ascii="Georgia" w:hAnsi="Georgia"/>
          <w:b w:val="0"/>
          <w:i/>
          <w:color w:val="000000"/>
          <w:sz w:val="24"/>
        </w:rPr>
        <w:t>«и в засуху насытит душу твою»</w:t>
      </w:r>
      <w:r>
        <w:rPr>
          <w:rFonts w:ascii="Georgia" w:hAnsi="Georgia"/>
          <w:b w:val="0"/>
          <w:i w:val="0"/>
          <w:color w:val="000000"/>
          <w:sz w:val="24"/>
        </w:rPr>
        <w:t xml:space="preserve"> (Йешаяу 58:11). И истолковали в Зоаре (раздел Ваехи, лист 224б): </w:t>
      </w:r>
      <w:r>
        <w:rPr>
          <w:rFonts w:ascii="Georgia" w:hAnsi="Georgia"/>
          <w:b w:val="0"/>
          <w:i/>
          <w:color w:val="000000"/>
          <w:sz w:val="24"/>
        </w:rPr>
        <w:t>цах</w:t>
      </w:r>
      <w:r>
        <w:rPr>
          <w:rFonts w:ascii="Georgia" w:hAnsi="Georgia"/>
          <w:b w:val="0"/>
          <w:i w:val="0"/>
          <w:color w:val="000000"/>
          <w:sz w:val="24"/>
        </w:rPr>
        <w:t xml:space="preserve"> (</w:t>
      </w:r>
      <w:r>
        <w:rPr>
          <w:rFonts w:ascii="Georgia" w:hAnsi="Georgia" w:cs="Times New Roman"/>
          <w:b/>
          <w:i w:val="0"/>
          <w:color w:val="000000"/>
          <w:sz w:val="24"/>
          <w:rtl/>
          <w:szCs w:val="32"/>
        </w:rPr>
        <w:t>צַח</w:t>
      </w:r>
      <w:r>
        <w:rPr>
          <w:rFonts w:ascii="Georgia" w:hAnsi="Georgia"/>
          <w:b w:val="0"/>
          <w:i w:val="0"/>
          <w:color w:val="000000"/>
          <w:sz w:val="24"/>
        </w:rPr>
        <w:t xml:space="preserve">) — это одно, </w:t>
      </w:r>
      <w:r>
        <w:rPr>
          <w:rFonts w:ascii="Georgia" w:hAnsi="Georgia"/>
          <w:b w:val="0"/>
          <w:i/>
          <w:color w:val="000000"/>
          <w:sz w:val="24"/>
        </w:rPr>
        <w:t>цахот</w:t>
      </w:r>
      <w:r>
        <w:rPr>
          <w:rFonts w:ascii="Georgia" w:hAnsi="Georgia"/>
          <w:b w:val="0"/>
          <w:i w:val="0"/>
          <w:color w:val="000000"/>
          <w:sz w:val="24"/>
        </w:rPr>
        <w:t xml:space="preserve"> (</w:t>
      </w:r>
      <w:r>
        <w:rPr>
          <w:rFonts w:ascii="Georgia" w:hAnsi="Georgia" w:cs="Times New Roman"/>
          <w:b/>
          <w:i w:val="0"/>
          <w:color w:val="000000"/>
          <w:sz w:val="24"/>
          <w:rtl/>
          <w:szCs w:val="32"/>
        </w:rPr>
        <w:t>צַחוֹת</w:t>
      </w:r>
      <w:r>
        <w:rPr>
          <w:rFonts w:ascii="Georgia" w:hAnsi="Georgia"/>
          <w:b w:val="0"/>
          <w:i w:val="0"/>
          <w:color w:val="000000"/>
          <w:sz w:val="24"/>
        </w:rPr>
        <w:t xml:space="preserve">) — два. И смысл в том, что для него оставалось под сомнением, есть ли в Атике одно </w:t>
      </w:r>
      <w:r>
        <w:rPr>
          <w:rFonts w:ascii="Georgia" w:hAnsi="Georgia"/>
          <w:b w:val="0"/>
          <w:i/>
          <w:color w:val="000000"/>
          <w:sz w:val="24"/>
        </w:rPr>
        <w:t>цах</w:t>
      </w:r>
      <w:r>
        <w:rPr>
          <w:rFonts w:ascii="Georgia" w:hAnsi="Georgia"/>
          <w:b w:val="0"/>
          <w:i w:val="0"/>
          <w:color w:val="000000"/>
          <w:sz w:val="24"/>
        </w:rPr>
        <w:t xml:space="preserve"> или два </w:t>
      </w:r>
      <w:r>
        <w:rPr>
          <w:rFonts w:ascii="Georgia" w:hAnsi="Georgia"/>
          <w:b w:val="0"/>
          <w:i/>
          <w:color w:val="000000"/>
          <w:sz w:val="24"/>
        </w:rPr>
        <w:t>цахот</w:t>
      </w:r>
      <w:r>
        <w:rPr>
          <w:rFonts w:ascii="Georgia" w:hAnsi="Georgia"/>
          <w:b w:val="0"/>
          <w:i w:val="0"/>
          <w:color w:val="000000"/>
          <w:sz w:val="24"/>
        </w:rPr>
        <w:t xml:space="preserve">. Ведь известно, что свойства цахцахот находятся в Атике, и помни это предисловие. И вот есть сомнение, взял ли он одно </w:t>
      </w:r>
      <w:r>
        <w:rPr>
          <w:rFonts w:ascii="Georgia" w:hAnsi="Georgia"/>
          <w:b w:val="0"/>
          <w:i/>
          <w:color w:val="000000"/>
          <w:sz w:val="24"/>
        </w:rPr>
        <w:t>цах</w:t>
      </w:r>
      <w:r>
        <w:rPr>
          <w:rFonts w:ascii="Georgia" w:hAnsi="Georgia"/>
          <w:b w:val="0"/>
          <w:i w:val="0"/>
          <w:color w:val="000000"/>
          <w:sz w:val="24"/>
        </w:rPr>
        <w:t xml:space="preserve"> или два </w:t>
      </w:r>
      <w:r>
        <w:rPr>
          <w:rFonts w:ascii="Georgia" w:hAnsi="Georgia"/>
          <w:b w:val="0"/>
          <w:i/>
          <w:color w:val="000000"/>
          <w:sz w:val="24"/>
        </w:rPr>
        <w:t>цахот</w:t>
      </w:r>
      <w:r>
        <w:rPr>
          <w:rFonts w:ascii="Georgia" w:hAnsi="Georgia"/>
          <w:b w:val="0"/>
          <w:i w:val="0"/>
          <w:color w:val="000000"/>
          <w:sz w:val="24"/>
        </w:rPr>
        <w:t>.</w:t>
      </w:r>
    </w:p>
    <w:p>
      <w:pPr>
        <w:spacing w:before="40" w:after="120"/>
        <w:jc w:val="both"/>
      </w:pPr>
      <w:r>
        <w:rPr>
          <w:rFonts w:ascii="Georgia" w:hAnsi="Georgia"/>
          <w:b w:val="0"/>
          <w:i w:val="0"/>
          <w:color w:val="000000"/>
          <w:sz w:val="24"/>
        </w:rPr>
        <w:t>16) Суть же в том, что мы уже объясняли: Атик составлен из двух свойств — МА и БОН, которые по гематрии составляют число 98 (</w:t>
      </w:r>
      <w:r>
        <w:rPr>
          <w:rFonts w:ascii="Georgia" w:hAnsi="Georgia" w:cs="Times New Roman"/>
          <w:b/>
          <w:i w:val="0"/>
          <w:color w:val="000000"/>
          <w:sz w:val="24"/>
          <w:rtl/>
          <w:szCs w:val="32"/>
        </w:rPr>
        <w:t>צ״ח</w:t>
      </w:r>
      <w:r>
        <w:rPr>
          <w:rFonts w:ascii="Georgia" w:hAnsi="Georgia"/>
          <w:b w:val="0"/>
          <w:i w:val="0"/>
          <w:color w:val="000000"/>
          <w:sz w:val="24"/>
        </w:rPr>
        <w:t xml:space="preserve"> = 98) с учетом колеля. И можно было бы сказать, что в рош де-Атик есть лишь Кетер де-БОН и Кетер де-МА, и вот [одно] </w:t>
      </w:r>
      <w:r>
        <w:rPr>
          <w:rFonts w:ascii="Georgia" w:hAnsi="Georgia"/>
          <w:b w:val="0"/>
          <w:i/>
          <w:color w:val="000000"/>
          <w:sz w:val="24"/>
        </w:rPr>
        <w:t>цах</w:t>
      </w:r>
      <w:r>
        <w:rPr>
          <w:rFonts w:ascii="Georgia" w:hAnsi="Georgia"/>
          <w:b w:val="0"/>
          <w:i w:val="0"/>
          <w:color w:val="000000"/>
          <w:sz w:val="24"/>
        </w:rPr>
        <w:t xml:space="preserve">. Либо если мы скажем, что поднимаются также ХУБ де-БОН и соединяются с ХУБ де-МА, и вот [еще одно] </w:t>
      </w:r>
      <w:r>
        <w:rPr>
          <w:rFonts w:ascii="Georgia" w:hAnsi="Georgia"/>
          <w:b w:val="0"/>
          <w:i/>
          <w:color w:val="000000"/>
          <w:sz w:val="24"/>
        </w:rPr>
        <w:t>цах</w:t>
      </w:r>
      <w:r>
        <w:rPr>
          <w:rFonts w:ascii="Georgia" w:hAnsi="Georgia"/>
          <w:b w:val="0"/>
          <w:i w:val="0"/>
          <w:color w:val="000000"/>
          <w:sz w:val="24"/>
        </w:rPr>
        <w:t xml:space="preserve">, и [вместе] это два </w:t>
      </w:r>
      <w:r>
        <w:rPr>
          <w:rFonts w:ascii="Georgia" w:hAnsi="Georgia"/>
          <w:b w:val="0"/>
          <w:i/>
          <w:color w:val="000000"/>
          <w:sz w:val="24"/>
        </w:rPr>
        <w:t>цахот</w:t>
      </w:r>
      <w:r>
        <w:rPr>
          <w:rFonts w:ascii="Georgia" w:hAnsi="Georgia"/>
          <w:b w:val="0"/>
          <w:i w:val="0"/>
          <w:color w:val="000000"/>
          <w:sz w:val="24"/>
        </w:rPr>
        <w:t>. В отношении же АА и Аба ве-Има тема Атика прояснится еще больше. (Первоначальная редакция: сообщу тебе, что мы уже объясняли: света Аба ве-Има поднимаются в рош де-Атик и соединяются с самими ХУБ де-МА; но поднялся только их ахор, и они не смешиваются, а [света] МА стали внутренними, тогда как [света] Аба ве-Има — внешними и ахор. Также когда оба они — внутренний и ахораим — поднимаются наверх, тогда паним смешиваются, а ахораим становятся внешними. Однако Кетер де-САГ и Кетер де-МА смешиваются всегда).</w:t>
      </w:r>
    </w:p>
    <w:p>
      <w:pPr>
        <w:keepNext/>
        <w:spacing w:before="320" w:after="120"/>
      </w:pPr>
      <w:r>
        <w:rPr>
          <w:rFonts w:ascii="Georgia" w:hAnsi="Georgia"/>
          <w:b w:val="0"/>
          <w:i w:val="0"/>
          <w:color w:val="000000"/>
          <w:sz w:val="32"/>
        </w:rPr>
        <w:t>Паним Масбирот</w:t>
      </w:r>
    </w:p>
    <w:p>
      <w:pPr>
        <w:spacing w:before="40" w:after="120"/>
        <w:jc w:val="both"/>
      </w:pPr>
      <w:r>
        <w:rPr>
          <w:rFonts w:ascii="Georgia" w:hAnsi="Georgia"/>
          <w:b w:val="0"/>
          <w:i w:val="0"/>
          <w:color w:val="000000"/>
          <w:sz w:val="24"/>
        </w:rPr>
        <w:t>1) Поскольку слова Учителя в этих вратах сказаны предельно кратко, и они заперты так, что никто не выходит и не входит, я вынужден пространно и подробно расширить их объяснение, чтобы открыть их для понимающих и умножить знание.</w:t>
      </w:r>
    </w:p>
    <w:p>
      <w:pPr>
        <w:spacing w:before="40" w:after="120"/>
        <w:jc w:val="both"/>
      </w:pPr>
      <w:r>
        <w:rPr>
          <w:rFonts w:ascii="Georgia" w:hAnsi="Georgia"/>
          <w:b w:val="0"/>
          <w:i w:val="0"/>
          <w:color w:val="000000"/>
          <w:sz w:val="24"/>
        </w:rPr>
        <w:t>И вот уже было объяснено, что все парцуфим Ацилута — это лишь пять сфирот головы, именуемые: Гальгальта, эйнаим, озэн, хотэм, пэ, как сказано выше в «Паним Масбирот» (лист 679, со слов «И нужно»). И таким же образом пойми, что все парцуфим БЕА — это тело (гуф) этой головы, а все эти четыре мира в их совокупности представляют собой второе распространение десяти сфирот Некудим. Это происходит подобно тому, как объяснялось относительно тел парцуфим АК: каждый нижний парцуф является вторым распространением тела высшего, света которого ушли, как подробно написано в «Паним Масбирот» (ветвь 9, см. там подробно).</w:t>
      </w:r>
    </w:p>
    <w:p>
      <w:pPr>
        <w:spacing w:before="40" w:after="120"/>
        <w:jc w:val="both"/>
      </w:pPr>
      <w:r>
        <w:rPr>
          <w:rFonts w:ascii="Georgia" w:hAnsi="Georgia"/>
          <w:b w:val="0"/>
          <w:i w:val="0"/>
          <w:color w:val="000000"/>
          <w:sz w:val="24"/>
        </w:rPr>
        <w:t>И точно так же здесь: после того как аннулировались света гадлута в ГАР де-Некудим и разбились ЗАТ, произошло новое соударение (зивуг) в пэ де-рош, в котором сокрытия светов не произошло, а именно в первой голове мира Некудим, стоящей от хазе до табура, которая вовсе не считается свойством Некудим. И от нового зивуга в ней выделился [из Источника] и вышел этот парцуф, называемый новым МА, имеющий рош и гуф. При этом десять сфирот головы, именуемые Гальгальта, эйнаим и АХАП, вышли в Ацилуте — так, что дно Ацилута и крыша Брия представляют собой две губы в пэ этой головы, как написано в «Эц Хаим» (врата 47, глава 2, см. там подробно). А оттуда и до окончания Асия тянется тело. И получается, что этот парцуф в целом — рош и гуф — является сыном и нижним парцуфом по отношению к миру Некудим, то есть его вторым распространением, которое облачает [мир Некудим] от пэ первой головы, являющегося местом табура АК, и до Асия. (Как написано в «Паним Масбирот», лист 652, пункт 3, о порядке облачения Некудим на парцуф САГ де-АК, см. там подробно и помни это для всего дальнейшего изложения). То есть во всем том пространстве, где выделились [из Источника] и правили ГАР и ЗАТ де-Некудим, света которых ушли. И потому задача второго распространения, являющегося тайной рош и гуф нового МА, — вновь наполнить все эти света, ушедшие во время Некудим. И это уже было объяснено в «Паним Меирот» (лист 714, со слов «И отсюда»). Помни это крепко во всем предстоящем изложении.</w:t>
      </w:r>
    </w:p>
    <w:p>
      <w:pPr>
        <w:spacing w:before="40" w:after="120"/>
        <w:jc w:val="both"/>
      </w:pPr>
      <w:r>
        <w:rPr>
          <w:rFonts w:ascii="Georgia" w:hAnsi="Georgia"/>
          <w:b w:val="0"/>
          <w:i w:val="0"/>
          <w:color w:val="000000"/>
          <w:sz w:val="24"/>
        </w:rPr>
        <w:t>Благодаря этому ты поймешь суть выяснений (бирурим), о которых постоянно говорится в словах Учителя: МА выясняет света, искры (ницоцин) и келим де-БОН, исправляет их и присоединяет к себе. Это то же самое, о чем говорилось относительно каждой нижней ступени пяти парцуфим АК выше в «Паним Масбирот» (ветвь 9, пункт 2): нижняя ступень — это второе распространение, которое всегда приходит на место прежнего распространения тела высшей ступени, чей свет ушел, и потому возвращает в него его света в силу своего облачения на него (см. там подробно).</w:t>
      </w:r>
    </w:p>
    <w:p>
      <w:pPr>
        <w:spacing w:before="40" w:after="120"/>
        <w:jc w:val="both"/>
      </w:pPr>
      <w:r>
        <w:rPr>
          <w:rFonts w:ascii="Georgia" w:hAnsi="Georgia"/>
          <w:b w:val="0"/>
          <w:i w:val="0"/>
          <w:color w:val="000000"/>
          <w:sz w:val="24"/>
        </w:rPr>
        <w:t>Точно так же и новый МА, представляющий собой второе распространение БОН де-АК, возвращает света, искры и келим, разбившиеся во время Некудим, в силу своего облачения на этот БОН. Помни это. Однако то, что мы сказали о парцуфим Ацилута — будто все они считаются одной головой, а парцуфим БЕА — телом этой головы, — применимо только к парцуфу Атик, облаченному во всех них вместе, но не к самим по себе АА, Аба ве-Има и ЗОН по отдельности.</w:t>
      </w:r>
    </w:p>
    <w:p>
      <w:pPr>
        <w:spacing w:before="40" w:after="120"/>
        <w:jc w:val="both"/>
      </w:pPr>
      <w:r>
        <w:rPr>
          <w:rFonts w:ascii="Georgia" w:hAnsi="Georgia"/>
          <w:b w:val="0"/>
          <w:i w:val="0"/>
          <w:color w:val="000000"/>
          <w:sz w:val="24"/>
        </w:rPr>
        <w:t>Чтобы понять это, необходимо вспомнить объяснявшееся в «Паним Масбирот» в предыдущей ветви и в «Предисловии к миру Исправления» (пункт 21) относительно различия между внутренним и внешним в каждом парцуфе, являющимися мужским и женским началами (см. там подробно). Это различие действует начиная со времени подъема МАН в эйнаим и далее, поскольку теперь определяются два места для выхода нижнего.</w:t>
      </w:r>
    </w:p>
    <w:p>
      <w:pPr>
        <w:spacing w:before="40" w:after="120"/>
        <w:jc w:val="both"/>
      </w:pPr>
      <w:r>
        <w:rPr>
          <w:rFonts w:ascii="Georgia" w:hAnsi="Georgia"/>
          <w:b w:val="0"/>
          <w:i w:val="0"/>
          <w:color w:val="000000"/>
          <w:sz w:val="24"/>
        </w:rPr>
        <w:t>Ведь согласно первоначальному корню, предшествовавшему МАН, нижний выходит из пэ де-рош высшего и потому обязан начинать свой уровень от пэ де-рош высшего и ниже. Однако со стороны второго корня, когда обновилось место масаха и соударения в эйнаим высшего, оказывается, что та Малхут, которая прежде находилась в пэ де-рош, протянулась и поднялась в эйнаим головы в виде нижней хэй в эйнаим. Поэтому уровень нижнего возвысился, так что начинает свой рост от эйнаим высшего и ниже, ведь Малхут де-рош, служащая его корнем, поднялась туда.</w:t>
      </w:r>
    </w:p>
    <w:p>
      <w:pPr>
        <w:spacing w:before="40" w:after="120"/>
        <w:jc w:val="both"/>
      </w:pPr>
      <w:r>
        <w:rPr>
          <w:rFonts w:ascii="Georgia" w:hAnsi="Georgia"/>
          <w:b w:val="0"/>
          <w:i w:val="0"/>
          <w:color w:val="000000"/>
          <w:sz w:val="24"/>
        </w:rPr>
        <w:t>И в этом тайна того, что от каждого соударения выходят на самом деле два парцуфа: первый начинается от эйнаим своего высшего — и это внутренний парцуф, а второй начинается от пэ своего высшего — и он называется внешним.</w:t>
      </w:r>
    </w:p>
    <w:p>
      <w:pPr>
        <w:spacing w:before="40" w:after="120"/>
        <w:jc w:val="both"/>
      </w:pPr>
      <w:r>
        <w:rPr>
          <w:rFonts w:ascii="Georgia" w:hAnsi="Georgia"/>
          <w:b w:val="0"/>
          <w:i w:val="0"/>
          <w:color w:val="000000"/>
          <w:sz w:val="24"/>
        </w:rPr>
        <w:t>2) Исходя из этого, мы поймем и в отношении парцуфа нового МА, являющегося сыном и нижним по отношению к миру Некудим, что он также вышел в виде двух парцуфим: внутреннего и внешнего.</w:t>
      </w:r>
    </w:p>
    <w:p>
      <w:pPr>
        <w:spacing w:before="40" w:after="120"/>
        <w:jc w:val="both"/>
      </w:pPr>
      <w:r>
        <w:rPr>
          <w:rFonts w:ascii="Georgia" w:hAnsi="Georgia"/>
          <w:b w:val="0"/>
          <w:i w:val="0"/>
          <w:color w:val="000000"/>
          <w:sz w:val="24"/>
        </w:rPr>
        <w:t>Ты уже знаешь, что рош де-Некудим на самом деле начинается в хазе де-АК, поскольку там находится пэ де-рош его высшего — парцуфа САГ де-АК, а завершается он в окончании тела АК. При этом имеется в виду не окончание ног (раглин) АК, а завершение средней линии, так как Тиферет называется телом, а окончание тела означает окончание Тиферет в месте Есода — помни это для всех мест.</w:t>
      </w:r>
    </w:p>
    <w:p>
      <w:pPr>
        <w:spacing w:before="40" w:after="120"/>
        <w:jc w:val="both"/>
      </w:pPr>
      <w:r>
        <w:rPr>
          <w:rFonts w:ascii="Georgia" w:hAnsi="Georgia"/>
          <w:b w:val="0"/>
          <w:i w:val="0"/>
          <w:color w:val="000000"/>
          <w:sz w:val="24"/>
        </w:rPr>
        <w:t>А то, что везде приводится, будто мир Некудим начинается от табура и ниже, происходит по причине подъема масаха и МАН в эйнаим, из-за чего каждая ступень разделилась на две половины: от эйнаим и выше образовалась первая голова, а АХАП вышли оттуда и стали нижней ступенью — свойством ХАГАТ этой головы, так как Малхут теперь находится выше них, в эйнаим, и они получают отраженный свет сверху вниз, что всегда составляет свойство тела, как написано в предыдущей ветви. И вот первая голова, которая находится от табура и выше, не считается частью парцуфа Некудим, так как в ней еще нет келим, поскольку масах действует там снизу вверх. Келим же начинают проявляться только в АХАП, которые уже получают отраженный свет сверху вниз. Поэтому Некудим начинаются только оттуда, а не выше табура, где келим де-Некудим еще никак не проявлены.</w:t>
      </w:r>
    </w:p>
    <w:p>
      <w:pPr>
        <w:spacing w:before="40" w:after="120"/>
        <w:jc w:val="both"/>
      </w:pPr>
      <w:r>
        <w:rPr>
          <w:rFonts w:ascii="Georgia" w:hAnsi="Georgia"/>
          <w:b w:val="0"/>
          <w:i w:val="0"/>
          <w:color w:val="000000"/>
          <w:sz w:val="24"/>
        </w:rPr>
        <w:t>Вот почему Учитель говорит, что Некудим начинаются лишь от табура и ниже, а выше табура они включены в Акудим — то есть в парцуф САГ де-АК; помни это.</w:t>
      </w:r>
    </w:p>
    <w:p>
      <w:pPr>
        <w:spacing w:before="40" w:after="120"/>
        <w:jc w:val="both"/>
      </w:pPr>
      <w:r>
        <w:rPr>
          <w:rFonts w:ascii="Georgia" w:hAnsi="Georgia"/>
          <w:b w:val="0"/>
          <w:i w:val="0"/>
          <w:color w:val="000000"/>
          <w:sz w:val="24"/>
        </w:rPr>
        <w:t>Исходя из этого, ты поймешь, что в парцуфе нового МА, который выделяется [из Источника] и выходит из парцуфа Некудим, различаются внутренний и внешний парцуфим. Внешний парцуф, начинающийся от пэ совокупной головы высшего, начинается ниже окончания гуф де-АК, ведь окончание пэ совокупной головы Некудим находится именно в завершении гуф де-АК. Внутренний же парцуф, следующий за Малхут, поднявшейся в эйнаим, начинает свой уровень от табура АК — то есть от пэ первой головы, завершающейся над табуром АК. И получается, что новый МА начинает облачать его от табура и ниже, то есть на месте АХАП головы, где, как известно, находится место КАХАБ де-Некудим.</w:t>
      </w:r>
    </w:p>
    <w:p>
      <w:pPr>
        <w:spacing w:before="40" w:after="120"/>
        <w:jc w:val="both"/>
      </w:pPr>
      <w:r>
        <w:rPr>
          <w:rFonts w:ascii="Georgia" w:hAnsi="Georgia"/>
          <w:b w:val="0"/>
          <w:i w:val="0"/>
          <w:color w:val="000000"/>
          <w:sz w:val="24"/>
        </w:rPr>
        <w:t>Ты уже знаешь это правило: второе созерцание (истаклют бэт) высшего, называемое табуром, в нижнем превращается в первое созерцание, называемое пэ де-рош (как сказано выше в «Паним Масбирот», лист 268, со слов «И получается»). Также тебе известно, что табур де-Некудим находится на дне Ацилута (как сказано выше в «Паним Меирот», ветвь 11, пункт 9, со слов «Однако»). И согласно этому ты поймешь, что дно Ацилута становится пэ де-рош в новом МА, поскольку там находится табур его высшего, как было сказано.</w:t>
      </w:r>
    </w:p>
    <w:p>
      <w:pPr>
        <w:spacing w:before="40" w:after="120"/>
        <w:jc w:val="both"/>
      </w:pPr>
      <w:r>
        <w:rPr>
          <w:rFonts w:ascii="Georgia" w:hAnsi="Georgia"/>
          <w:b w:val="0"/>
          <w:i w:val="0"/>
          <w:color w:val="000000"/>
          <w:sz w:val="24"/>
        </w:rPr>
        <w:t>3) Итак, было объяснено, что рош внутреннего парцуфа МА начинает свою Гальгальту от табура АК, где начинаются АХАП де-рош де-Некудим, и заканчивается на дне Ацилута, являющемся табуром де-Некудим и пэ де-рош МА. На протяжении всего этого пространства распространяются десять сфирот головы, именуемые: Гальгальта, эйнаим, озэн, хотэм, пэ. При этом Гальгальта, эйнаим и озэн составляют ГАР головы, а хотэм и пэ — ЗАТ головы, как известно.</w:t>
      </w:r>
    </w:p>
    <w:p>
      <w:pPr>
        <w:spacing w:before="40" w:after="120"/>
        <w:jc w:val="both"/>
      </w:pPr>
      <w:r>
        <w:rPr>
          <w:rFonts w:ascii="Georgia" w:hAnsi="Georgia"/>
          <w:b w:val="0"/>
          <w:i w:val="0"/>
          <w:color w:val="000000"/>
          <w:sz w:val="24"/>
        </w:rPr>
        <w:t>И получается, что оттуда и ниже его тело распространяется в БЕА. В отличие от него, внешний парцуф обязан начинаться от пэ совокупной головы Некудим, находящегося на месте окончания гуф де-АК, где заканчиваются также ГАР головы внутреннего парцуфа. Там начинается Гальгальта внешнего парцуфа и продолжается поверх ЗАТ внутреннего вплоть до его Малхут, находящейся в окончании Ацилута. Таким образом, все десять сфирот головы внешнего парцуфа: Гальгальта, эйнаим и АХАП — занимают исключительно то же самое место, что и ЗАТ внутреннего парцуфа.</w:t>
      </w:r>
    </w:p>
    <w:p>
      <w:pPr>
        <w:spacing w:before="40" w:after="120"/>
        <w:jc w:val="both"/>
      </w:pPr>
      <w:r>
        <w:rPr>
          <w:rFonts w:ascii="Georgia" w:hAnsi="Georgia"/>
          <w:b w:val="0"/>
          <w:i w:val="0"/>
          <w:color w:val="000000"/>
          <w:sz w:val="24"/>
        </w:rPr>
        <w:t>Однако оба эти парцуфа, внутренний и внешний, представляют собой только парцуф Кетер де-МА, называемый Атик де-МА или парцуф Гальгальта. Причина этого была объяснена в «Паним Меирот» (лист 628, со слов «И вот»): поскольку МАН поднялись в Бину де-Кетер, называемую лбом (мэцах), десять сфирот головы вышли от мэцаха и выше, то есть в КАХАБ де-Кетер; а от Бины де-Кетер и ниже вышло второе созерцание для завершения келим, откуда выходят десять сфирот тела, разделяющиеся на тох и соф: тох — это ЗА, или ХАГАТ, а соф — это Малхут, или НЕХИ, как написано в предыдущей ветви.</w:t>
      </w:r>
    </w:p>
    <w:p>
      <w:pPr>
        <w:spacing w:before="40" w:after="120"/>
        <w:jc w:val="both"/>
      </w:pPr>
      <w:r>
        <w:rPr>
          <w:rFonts w:ascii="Georgia" w:hAnsi="Georgia"/>
          <w:b w:val="0"/>
          <w:i w:val="0"/>
          <w:color w:val="000000"/>
          <w:sz w:val="24"/>
        </w:rPr>
        <w:t>И вот ты видишь, что одна лишь сфира Кетер распространилась в целый парцуф, имеющий рош и гуф: КАХАБ сфиры Кетер получили десять сфирот головы, а ЗОН сфиры Кетер получили десять сфирот внутренней части (тох) и десять сфирот завершения (соф). И также в нем различаются два парцуфа: внутренний и внешний. Внутренний начинается от пэ первой головы Некудим, а внешний — от совокупного пэ де-рош Некудим, и оба они выходят в соударении одновременно, как написано в «Паним Масбирот» (лист 344, со слов «И вот»). Поэтому оба они считаются лишь свойством Кетер.</w:t>
      </w:r>
    </w:p>
    <w:p>
      <w:pPr>
        <w:spacing w:before="40" w:after="120"/>
        <w:jc w:val="both"/>
      </w:pPr>
      <w:r>
        <w:rPr>
          <w:rFonts w:ascii="Georgia" w:hAnsi="Georgia"/>
          <w:b w:val="0"/>
          <w:i w:val="0"/>
          <w:color w:val="000000"/>
          <w:sz w:val="24"/>
        </w:rPr>
        <w:t>Из того же, что ниже Кетера, еще не вышло ничего, так как все упомянутые соударения происходили только в сфире Кетер, являющейся мэцахом и Гальгальтой. А в эйнаим, представляющих собой Хохму головы, соударения еще вовсе не происходило.</w:t>
      </w:r>
    </w:p>
    <w:p>
      <w:pPr>
        <w:spacing w:before="40" w:after="120"/>
        <w:jc w:val="both"/>
      </w:pPr>
      <w:r>
        <w:rPr>
          <w:rFonts w:ascii="Georgia" w:hAnsi="Georgia"/>
          <w:b w:val="0"/>
          <w:i w:val="0"/>
          <w:color w:val="000000"/>
          <w:sz w:val="24"/>
        </w:rPr>
        <w:t>Об этом и говорит Учитель в ветви 40, пункт 2: когда выяснялся Атик, все, что находится ниже него, еще совершенно не было выяснено. Пойми это как следует.</w:t>
      </w:r>
    </w:p>
    <w:p>
      <w:pPr>
        <w:spacing w:before="40" w:after="120"/>
        <w:jc w:val="both"/>
      </w:pPr>
      <w:r>
        <w:rPr>
          <w:rFonts w:ascii="Georgia" w:hAnsi="Georgia"/>
          <w:b w:val="0"/>
          <w:i w:val="0"/>
          <w:color w:val="000000"/>
          <w:sz w:val="24"/>
        </w:rPr>
        <w:t>Затем МАН поднялись в сфиру Хохма, и это соударение произошло в пэ де-рош высшего, то есть в парцуфе Атик. И уже было объяснено, что совокупное пэ де-рош Атика находится в окончании Ацилута, и потому парцуф Хохма также вышел внутренним и внешним. Внутренний начинается от пэ ГАР де-Атик, то есть от Бины де-Кетер, называемой мэцахом, и, таким образом, облачает ЗАТ де-Атик наравне с внешним парцуфом Атика. Внешний же [парцуф] Хохмы остался ниже совокупного пэ, то есть в БЕА. И этот парцуф называется АА, являясь тайной Хохма де-МА — свойством эйнаим. А то, что находится ниже Хохмы, совершенно не было включено в это соударение, как сказано выше.</w:t>
      </w:r>
    </w:p>
    <w:p>
      <w:pPr>
        <w:spacing w:before="40" w:after="120"/>
        <w:jc w:val="both"/>
      </w:pPr>
      <w:r>
        <w:rPr>
          <w:rFonts w:ascii="Georgia" w:hAnsi="Georgia"/>
          <w:b w:val="0"/>
          <w:i w:val="0"/>
          <w:color w:val="000000"/>
          <w:sz w:val="24"/>
        </w:rPr>
        <w:t>Затем МАН поднялись в сфиру Бина, и это произошло также в пэ его высшего — парцуфа АА. И потому Бина также вышла двумя парцуфим — внутренним и внешним: внутренний начинается от Бины де-АА и облачает ЗАТ де-АА, а внешний [начинается] ниже совокупного пэ, находящегося под его ЗАТ, то есть в БЕА. И этот парцуф называется Аба ве-Има, являясь тайной Бина де-МА — свойством озэн. И также оказывается, что то, что ниже Бины, вовсе не было включено в это соударение, как сказано выше.</w:t>
      </w:r>
    </w:p>
    <w:p>
      <w:pPr>
        <w:spacing w:before="40" w:after="120"/>
        <w:jc w:val="both"/>
      </w:pPr>
      <w:r>
        <w:rPr>
          <w:rFonts w:ascii="Georgia" w:hAnsi="Georgia"/>
          <w:b w:val="0"/>
          <w:i w:val="0"/>
          <w:color w:val="000000"/>
          <w:sz w:val="24"/>
        </w:rPr>
        <w:t>Подобным же образом вышли ЗОН, являющиеся тайной хотэма и пэ де-рош МА, — то есть также внутренним и внешним [парцуфим] по описанному порядку.</w:t>
      </w:r>
    </w:p>
    <w:p>
      <w:pPr>
        <w:spacing w:before="40" w:after="120"/>
        <w:jc w:val="both"/>
      </w:pPr>
      <w:r>
        <w:rPr>
          <w:rFonts w:ascii="Georgia" w:hAnsi="Georgia"/>
          <w:b w:val="0"/>
          <w:i w:val="0"/>
          <w:color w:val="000000"/>
          <w:sz w:val="24"/>
        </w:rPr>
        <w:t>4) Итак, было объяснено, что рош внутреннего парцуфа Атик, являющегося свойством Гальгальта де-МА, начинается от пэ де-табур де-АК, а пэ де-рош его находится на дне Ацилута. Внешний же парцуф Атика начинается от окончания гуф де-АК. Точно так же АА, являющийся свойством эйнаим, равен по высоте внешнему парцуфу Атика. Парцуф Аба ве-Има, являющийся свойством озэн, начинается от пэ де-рош АА. А парцуф ЗОН, представляющий собой свойства хотэм и пэ, начинается от пэ де-табур де-АА.</w:t>
      </w:r>
    </w:p>
    <w:p>
      <w:pPr>
        <w:spacing w:before="40" w:after="120"/>
        <w:jc w:val="both"/>
      </w:pPr>
      <w:r>
        <w:rPr>
          <w:rFonts w:ascii="Georgia" w:hAnsi="Georgia"/>
          <w:b w:val="0"/>
          <w:i w:val="0"/>
          <w:color w:val="000000"/>
          <w:sz w:val="24"/>
        </w:rPr>
        <w:t>Однако все они сами по себе распространяются в рош и гуф, и их пэ завершаются одинаково на дне Ацилута. Но есть различие между Атиком и остальными парцуфим: ведь среди парцуфим АА, Аба ве-Има и ЗОН только пэ внутренних парцуфим оканчиваются на дне Ацилута, тогда как внешние парцуфим всех их выходят полностью наружу из Ацилута, поскольку их рост начинается ниже дна Ацилута. В отличие от этого, у парцуфа Атик даже внешний парцуф начинается от совокупного пэ Некудим, являющегося окончанием гуф де-АК. И потому пэ де-рош внешнего Атика также находится на дне Ацилута — вровень с пэ его внутреннего парцуфа, и лишь его тело выходит в БЕА, как было объяснено.</w:t>
      </w:r>
    </w:p>
    <w:p>
      <w:pPr>
        <w:spacing w:before="40" w:after="120"/>
        <w:jc w:val="both"/>
      </w:pPr>
      <w:r>
        <w:rPr>
          <w:rFonts w:ascii="Georgia" w:hAnsi="Georgia"/>
          <w:b w:val="0"/>
          <w:i w:val="0"/>
          <w:color w:val="000000"/>
          <w:sz w:val="24"/>
        </w:rPr>
        <w:t>И это то, о чем мы говорили выше в пункте 1, начиная со слов «Однако»: относительно того, что Ацилут и БЕА рассматриваются как рош и гуф, как пишет Учитель в «Эц Хаим» (врата 47, глава 2). Это возможно исключительно в отношении парцуфа Атик, тогда как в остальных пяти парцуфим это правило действует только для их внутренних парцуфим, но не для внешних, ведь голова внешних тоже находится в БЕА, как объяснялось выше.</w:t>
      </w:r>
    </w:p>
    <w:p>
      <w:pPr>
        <w:spacing w:before="40" w:after="120"/>
        <w:jc w:val="both"/>
      </w:pPr>
      <w:r>
        <w:rPr>
          <w:rFonts w:ascii="Georgia" w:hAnsi="Georgia"/>
          <w:b w:val="0"/>
          <w:i w:val="0"/>
          <w:color w:val="000000"/>
          <w:sz w:val="24"/>
        </w:rPr>
        <w:t>И всякий изучающий сказанное там, в «Эц Хаим» (врата 47, глава 2), воочию увидит, что Учитель говорит там о пяти парцуфим Ацилута и объединяет их вместе так, что они представляют собой одну голову; а масах между Ацилутом и Брия является совокупным пэ пяти парцуфим Ацилута, так что высший свет ударяет в этот масах, и света выходят в БЕА в виде голоса и речи, исходящих от дыхания рта благодаря соударению губы о губу и зубов о зубы (до сих пор его слова, см. там подробно). И это, на первый взгляд, трудно понять в свете объясненного: ведь только пэ внутренних парцуфим оканчиваются в Ацилуте, а не пэ внешних парцуфим. Кроме того, известно, что главное управление принадлежит именно внешним парцуфим, которые раскрыты, тогда как внутренние сокрыты и никогда не раскрываются иначе как через внешние парцуфим в виде зивуга, как подробно написано в «Паним Масбирот» (лист 272, пункт 15, см. там подробно). И это обстоятельство, несомненно, требует исчерпывающего объяснения.</w:t>
      </w:r>
    </w:p>
    <w:p>
      <w:pPr>
        <w:spacing w:before="40" w:after="120"/>
        <w:jc w:val="both"/>
      </w:pPr>
      <w:r>
        <w:rPr>
          <w:rFonts w:ascii="Georgia" w:hAnsi="Georgia"/>
          <w:b w:val="0"/>
          <w:i w:val="0"/>
          <w:color w:val="000000"/>
          <w:sz w:val="24"/>
        </w:rPr>
        <w:t>5) Однако ты уже знаешь о новшестве, произошедшем в парцуфе нового МА: он вышел из лба (мэцах), а не через эйнаим, как БОН де-АК. Из этого ты поймешь, что здесь добавился новый корень для выхода нижнего из высшего.</w:t>
      </w:r>
    </w:p>
    <w:p>
      <w:pPr>
        <w:spacing w:before="40" w:after="120"/>
        <w:jc w:val="both"/>
      </w:pPr>
      <w:r>
        <w:rPr>
          <w:rFonts w:ascii="Georgia" w:hAnsi="Georgia"/>
          <w:b w:val="0"/>
          <w:i w:val="0"/>
          <w:color w:val="000000"/>
          <w:sz w:val="24"/>
        </w:rPr>
        <w:t>И теперь есть три корня для выхода нижнего.</w:t>
      </w:r>
    </w:p>
    <w:p>
      <w:pPr>
        <w:spacing w:before="40" w:after="120"/>
        <w:jc w:val="both"/>
      </w:pPr>
      <w:r>
        <w:rPr>
          <w:rFonts w:ascii="Georgia" w:hAnsi="Georgia"/>
          <w:b w:val="0"/>
          <w:i w:val="0"/>
          <w:color w:val="000000"/>
          <w:sz w:val="24"/>
        </w:rPr>
        <w:t>Первый корень — из парцуфим АК, предшествовавших исправлению МАН в эйнаим: там укоренился выход нижнего через пэ высшего.</w:t>
      </w:r>
    </w:p>
    <w:p>
      <w:pPr>
        <w:spacing w:before="40" w:after="120"/>
        <w:jc w:val="both"/>
      </w:pPr>
      <w:r>
        <w:rPr>
          <w:rFonts w:ascii="Georgia" w:hAnsi="Georgia"/>
          <w:b w:val="0"/>
          <w:i w:val="0"/>
          <w:color w:val="000000"/>
          <w:sz w:val="24"/>
        </w:rPr>
        <w:t>Второй корень — в БОН де-АК, то есть в десяти сфирот Некудим: там укоренился выход нижнего через эйнаим высшего.</w:t>
      </w:r>
    </w:p>
    <w:p>
      <w:pPr>
        <w:spacing w:before="40" w:after="120"/>
        <w:jc w:val="both"/>
      </w:pPr>
      <w:r>
        <w:rPr>
          <w:rFonts w:ascii="Georgia" w:hAnsi="Georgia"/>
          <w:b w:val="0"/>
          <w:i w:val="0"/>
          <w:color w:val="000000"/>
          <w:sz w:val="24"/>
        </w:rPr>
        <w:t>Третий корень — в новом МА: в нем укоренился выход нижнего через мэцах высшего.</w:t>
      </w:r>
    </w:p>
    <w:p>
      <w:pPr>
        <w:spacing w:before="40" w:after="120"/>
        <w:jc w:val="both"/>
      </w:pPr>
      <w:r>
        <w:rPr>
          <w:rFonts w:ascii="Georgia" w:hAnsi="Georgia"/>
          <w:b w:val="0"/>
          <w:i w:val="0"/>
          <w:color w:val="000000"/>
          <w:sz w:val="24"/>
        </w:rPr>
        <w:t>И в соответствии с этим ты поймешь также, что в этом новом МА добавилось различие между внутренним и внешним, отличное от того, что было в БОН де-АК: ведь внутренний парцуф, которому свойственно следовать за Малхут и масахом к месту ее подъема, здесь поднимается до самого мэцаха высшего. А внешний парцуф, остающийся ниже Малхут, как это было в прежнем корне, здесь остается на месте АХАП высшего, то есть ниже эйнаим, где находилась Малхут в предшествовавшем ему корне — в БОН де-АК.</w:t>
      </w:r>
    </w:p>
    <w:p>
      <w:pPr>
        <w:spacing w:before="40" w:after="120"/>
        <w:jc w:val="both"/>
      </w:pPr>
      <w:r>
        <w:rPr>
          <w:rFonts w:ascii="Georgia" w:hAnsi="Georgia"/>
          <w:b w:val="0"/>
          <w:i w:val="0"/>
          <w:color w:val="000000"/>
          <w:sz w:val="24"/>
        </w:rPr>
        <w:t>Таким образом, внутренний парцуф Атика нового МА начинается от мэцаха первой головы БОН де-АК, а внешний парцуф Атика начинается от табура АК и ниже — на месте ГАР де-Некудим.</w:t>
      </w:r>
    </w:p>
    <w:p>
      <w:pPr>
        <w:spacing w:before="40" w:after="120"/>
        <w:jc w:val="both"/>
      </w:pPr>
      <w:r>
        <w:rPr>
          <w:rFonts w:ascii="Georgia" w:hAnsi="Georgia"/>
          <w:b w:val="0"/>
          <w:i w:val="0"/>
          <w:color w:val="000000"/>
          <w:sz w:val="24"/>
        </w:rPr>
        <w:t>Подобным же образом во всех остальных пяти парцуфим у каждого есть внутренний парцуф, начинающийся от мэцаха высшего, и внешний парцуф, начинающийся в АХАП высшего.</w:t>
      </w:r>
    </w:p>
    <w:p>
      <w:pPr>
        <w:spacing w:before="40" w:after="120"/>
        <w:jc w:val="both"/>
      </w:pPr>
      <w:r>
        <w:rPr>
          <w:rFonts w:ascii="Georgia" w:hAnsi="Georgia"/>
          <w:b w:val="0"/>
          <w:i w:val="0"/>
          <w:color w:val="000000"/>
          <w:sz w:val="24"/>
        </w:rPr>
        <w:t>И потому все те парцуфим Ацилута, облачающие АХАП высшего, которые мы объяснили выше в пункте 3 (см. там подробно) как внутренние парцуфим, названы так лишь при рассмотрении парцуфа БОН де-АК, чей внутренний парцуф находится в АХАП высшего, а внешний — от пэ и ниже, в ЗАТ высшего. Однако при рассмотрении МА те внутренние парцуфим считаются внешними, так как их истинные внутренние парцуфим начинаются с более высокого места — от мэцаха головы высшего и ниже, как сказано выше. Пойми это как следует. И благодаря этому прекрасно разрешаются приведенные выше слова Учителя во вратах 47, глава 2, где он считает все пять парцуфим Ацилута одной головой, а парцуфим БЕА — их телом. Ведь мы возражали: раз каждый из них облачает АХАП высшего, то они должны считаться внутренними, которые сами по себе вовсе не раскрываются! Теперь же становится совершенно понятно: все это верно лишь со стороны БОН, чей внутренний парцуф начинается от озэн; но со стороны нового МА, являющегося главным управляющим началом в Ацилуте, они представляют собой именно внешние парцуфим, поскольку его внутренний парцуф начинается от мэцаха, как было сказано. Помни это.</w:t>
      </w:r>
    </w:p>
    <w:p>
      <w:pPr>
        <w:spacing w:before="40" w:after="120"/>
        <w:jc w:val="both"/>
      </w:pPr>
      <w:r>
        <w:rPr>
          <w:rFonts w:ascii="Georgia" w:hAnsi="Georgia"/>
          <w:b w:val="0"/>
          <w:i w:val="0"/>
          <w:color w:val="000000"/>
          <w:sz w:val="24"/>
        </w:rPr>
        <w:t>6) И теперь, когда мы удостоились понять все это, перед нами открываются врата к пониманию вопроса о буквах хэй, гимель, далет, зайн (</w:t>
      </w:r>
      <w:r>
        <w:rPr>
          <w:rFonts w:ascii="Georgia" w:hAnsi="Georgia" w:cs="Times New Roman"/>
          <w:b/>
          <w:i w:val="0"/>
          <w:color w:val="000000"/>
          <w:sz w:val="24"/>
          <w:rtl/>
          <w:szCs w:val="32"/>
        </w:rPr>
        <w:t>הגד״ז</w:t>
      </w:r>
      <w:r>
        <w:rPr>
          <w:rFonts w:ascii="Georgia" w:hAnsi="Georgia"/>
          <w:b w:val="0"/>
          <w:i w:val="0"/>
          <w:color w:val="000000"/>
          <w:sz w:val="24"/>
        </w:rPr>
        <w:t>), которые берет Атик. Это означает: пять первых сфирот де-Кетер де-БОН, три первые (ГАР) де-Хохма де-БОН, четыре первые де-Бина де-БОН и семь кетерим де-ЗАТ де-БОН.</w:t>
      </w:r>
    </w:p>
    <w:p>
      <w:pPr>
        <w:spacing w:before="40" w:after="120"/>
        <w:jc w:val="both"/>
      </w:pPr>
      <w:r>
        <w:rPr>
          <w:rFonts w:ascii="Georgia" w:hAnsi="Georgia"/>
          <w:b w:val="0"/>
          <w:i w:val="0"/>
          <w:color w:val="000000"/>
          <w:sz w:val="24"/>
        </w:rPr>
        <w:t>Ведь уже было объяснено, что парцуф Атик начинается от табура АК. А десять сфирот его головы — Гальгальта, эйнаим, озэн, хотэм и пэ — распространяются до дна Ацилута. Таким образом, Гальгальта, эйнаим и озэн, составляющие КАХАБ, облачают ГАР де-Некудим, то есть от пэ табура АК до окончания тела. Его же хотэм и пэ, составляющие ХАГАТ и НЕХИМ, облачают ЗАТ де-Некудим, то есть от окончания гуф де-АК до табура де-БОН, являющегося дном Ацилута, как написано выше в пункте 2 (см. там подробно).</w:t>
      </w:r>
    </w:p>
    <w:p>
      <w:pPr>
        <w:spacing w:before="40" w:after="120"/>
        <w:jc w:val="both"/>
      </w:pPr>
      <w:r>
        <w:rPr>
          <w:rFonts w:ascii="Georgia" w:hAnsi="Georgia"/>
          <w:b w:val="0"/>
          <w:i w:val="0"/>
          <w:color w:val="000000"/>
          <w:sz w:val="24"/>
        </w:rPr>
        <w:t>И вот выше было объяснено, что по причине подъема МАН в мэцах, являющийся Биной де-Кетер, сама сфира Кетер разделилась и распространилась: на рош и гуф: от Бины и выше вышли десять сфирот головы в первом созерцании (истаклют алеф), и голова оказалась в КАХАБ. А от Бины и ниже, то есть в ЗОН де-Кетер, произошло второе созерцание и вышли тох и соф, называемые телом: тох — в ЗА, являющемся свойством хотэм, а соф — в Нукве, являющейся свойством пэ.</w:t>
      </w:r>
    </w:p>
    <w:p>
      <w:pPr>
        <w:spacing w:before="40" w:after="120"/>
        <w:jc w:val="both"/>
      </w:pPr>
      <w:r>
        <w:rPr>
          <w:rFonts w:ascii="Georgia" w:hAnsi="Georgia"/>
          <w:b w:val="0"/>
          <w:i w:val="0"/>
          <w:color w:val="000000"/>
          <w:sz w:val="24"/>
        </w:rPr>
        <w:t>Таким образом, в ГАР де-Кетер, называемых рош де-Атик — свойством Гальгальта, эйнаим и озэн, именуемых КАХАБ, — вышла голова; а в ЗАТ де-Кетер, являющихся хотэмом и пэ, именуемыми ЗА и Нуква, — вышло тело Атика.</w:t>
      </w:r>
    </w:p>
    <w:p>
      <w:pPr>
        <w:spacing w:before="40" w:after="120"/>
        <w:jc w:val="both"/>
      </w:pPr>
      <w:r>
        <w:rPr>
          <w:rFonts w:ascii="Georgia" w:hAnsi="Georgia"/>
          <w:b w:val="0"/>
          <w:i w:val="0"/>
          <w:color w:val="000000"/>
          <w:sz w:val="24"/>
        </w:rPr>
        <w:t>И согласно этому оказывается, что рош де-Атик начинается в пэ табура АК и оканчивается в завершении гуф де-АК, то есть на том самом месте АХАП де-рош де-БОН де-АК, где стояли КАХАБ де-Некудим. И на всем этом месте находится облачающий [их] рош де-Атик, являющийся КАХАБ де-Аба ве-Има, или головами Аба ве-Има. А затем, по закону очищения, вышли остальные парцуфим — Аба ве-Има, ИШСУТ и ЗОН, как написано в «Паним Меирот» (лист 414, со слов «И все»). И установил нам общее правило Учитель выше (лист 199, со слов «И причина»): все, что выходит в парцуфе в начале того, как Источник выделяет его [из Себя], постоянно и неизменно пребывает в нем и не аннулируется; все же, что притягивается к нему затем в состоянии гадлута, называется добавлением, и оно не является постоянным в парцуфе (см. там подробно).</w:t>
      </w:r>
    </w:p>
    <w:p>
      <w:pPr>
        <w:spacing w:before="40" w:after="120"/>
        <w:jc w:val="both"/>
      </w:pPr>
      <w:r>
        <w:rPr>
          <w:rFonts w:ascii="Georgia" w:hAnsi="Georgia"/>
          <w:b w:val="0"/>
          <w:i w:val="0"/>
          <w:color w:val="000000"/>
          <w:sz w:val="24"/>
        </w:rPr>
        <w:t>Исходя из этого, пойми и здесь: ГАР и ЗАТ де-Атик де-БОН, вышедшие в начале того, как Источник выделил Некудим, в свойствах руах и нефеш в двух частях головы вплоть до пэ, считаются основой строения парцуфа и постоянно пребывают в нем. Однако то состояние гадлута, которое вышло в нем затем, когда обе части головы объединились в один парцуф благодаря свечению Есода АК, не является в нем постоянным, и именно оно аннулировалось во время разбиения келим (швират а-келим). Помни это.</w:t>
      </w:r>
    </w:p>
    <w:p>
      <w:pPr>
        <w:spacing w:before="40" w:after="120"/>
        <w:jc w:val="both"/>
      </w:pPr>
      <w:r>
        <w:rPr>
          <w:rFonts w:ascii="Georgia" w:hAnsi="Georgia"/>
          <w:b w:val="0"/>
          <w:i w:val="0"/>
          <w:color w:val="000000"/>
          <w:sz w:val="24"/>
        </w:rPr>
        <w:t>7) Исходя из этого мы поймем упомянутые выше сомнения относительно «чистейших светов» (цахцахот): есть ли в рош де-Атик только МА и БОН де-ктарим (венцов) или также МА и БОН де-ХУБ (Хохмы и Бины), как сказано выше, см. там. Суть в том, что подобно тому как общий рош мира Некудим разделился на две части — Гальгальта ве-эйнаим и АХАП, по причине подъема МАН и экрана (масаха) на уровень глаз, — точно так же и рош нового МА разделился на две части: КАХАБ и ЗОН, по причине подъема экрана в Бину де-Кетер. И подобно тому как рош АБ мира Некудим, называемый ХУБ или высшие Аба ве-Има, вышел в нижней части рош де-Некудим, то есть в его АХАП, — точно так же и в рош нового МА, возвращающего света и келим, которые аннулировались в Некудим: АБ де-Некудим не может выйти в высшей части рош де-МА, то есть в его КАХАБ, а только в его нижней части, то есть исключительно в ЗОН.</w:t>
      </w:r>
    </w:p>
    <w:p>
      <w:pPr>
        <w:spacing w:before="40" w:after="120"/>
        <w:jc w:val="both"/>
      </w:pPr>
      <w:r>
        <w:rPr>
          <w:rFonts w:ascii="Georgia" w:hAnsi="Georgia"/>
          <w:b w:val="0"/>
          <w:i w:val="0"/>
          <w:color w:val="000000"/>
          <w:sz w:val="24"/>
        </w:rPr>
        <w:t>Причина в том, что всякая голова (рош) называется Кетер, как известно. И если рош разделяется на две ступени, оказывается, что подлинный рош и Кетер — это высшая часть, поскольку экран и МАН действуют в ней снизу вверх; в отличие от нижней части, которая уже получает свои света от экрана в верхней части сверху вниз, и потому утрачивает статус головы и Кетера, уподобляясь обычному телу (гуф), суть которого — получение светов сверху вниз, как известно. Однако здесь у нее есть достоинство благодаря тому, что эти келим все же относятся к уровню Кетера, то есть происходят из изначального корня, как сказано в предыдущей ветви. И это потому, что АБ де-Некудим, называемый высшими Аба ве-Има или ХУБ, вышел в келим де-АХАП, являющихся второй частью Кетера, поскольку он уже считается второй ступенью, как сказано выше.</w:t>
      </w:r>
    </w:p>
    <w:p>
      <w:pPr>
        <w:spacing w:before="40" w:after="120"/>
        <w:jc w:val="both"/>
      </w:pPr>
      <w:r>
        <w:rPr>
          <w:rFonts w:ascii="Georgia" w:hAnsi="Georgia"/>
          <w:b w:val="0"/>
          <w:i w:val="0"/>
          <w:color w:val="000000"/>
          <w:sz w:val="24"/>
        </w:rPr>
        <w:t>Отсюда понятно также, почему этот АБ де-Некудим не может соединиться с высшей частью нового МА: ведь там находится уровень подлинного Кетера и рош, тогда как АБ — это вторая по отношению к Кетеру ступень, именуемая ХУБ, которая должна получать от Кетера. И поэтому он может выйти лишь в нижней части рош нового МА, то есть также в хотэм и пэ, именуемых ЗОН или ЗАТ де-Кетер, которые уже получают свет сверху вниз. И пойми это как следует.</w:t>
      </w:r>
    </w:p>
    <w:p>
      <w:pPr>
        <w:spacing w:before="40" w:after="120"/>
        <w:jc w:val="both"/>
      </w:pPr>
      <w:r>
        <w:rPr>
          <w:rFonts w:ascii="Georgia" w:hAnsi="Georgia"/>
          <w:b w:val="0"/>
          <w:i w:val="0"/>
          <w:color w:val="000000"/>
          <w:sz w:val="24"/>
        </w:rPr>
        <w:t>8) Исходя из этого ты поймешь: хотя ГАР и ДАР де-ХУБ де-Некудим [три первых сфирот Хохмы и четыре первых сфирот Бины] взял Атик, являющийся тайной Кетера нового МА, поскольку никакой другой парцуф не способен их выяснить, — тем не менее им нет места в высшей части его рош, то есть в КАХАБ, а только в нижней части, то есть в хотэм и пэ, именуемых ЗАТ, по упомянутой причине: сущность ХУБ — это вторая по отношению к Кетеру ступень, получающая свет сверху вниз, и потому им нет места в его КАХАБ, и это очевидно. Однако относительно Кетера де-АБ де-БОН, то есть двух кетеров Аба ве-Има де-Некудим, являющихся двумя кетерами де-ХУБ, существует сомнение: поднялись ли они и соединились ли с рош, то есть с КАХАБ де-Атик.</w:t>
      </w:r>
    </w:p>
    <w:p>
      <w:pPr>
        <w:spacing w:before="40" w:after="120"/>
        <w:jc w:val="both"/>
      </w:pPr>
      <w:r>
        <w:rPr>
          <w:rFonts w:ascii="Georgia" w:hAnsi="Georgia"/>
          <w:b w:val="0"/>
          <w:i w:val="0"/>
          <w:color w:val="000000"/>
          <w:sz w:val="24"/>
        </w:rPr>
        <w:t>И тогда ГАР и ДАР де-ХУБ разделяются: кетеры де-ХУБ поднялись в КАХАБ де-Атик, а Хохма и Бина де-Хохма вместе с Хохмой, Биной и Хеседом (ХаБаХ) де-Бина остались в ЗАТ де-Атик. Или же оба кетера де-ХУБ также остались в ЗАТ де-Атик, то есть в хотэм и пэ де-Атик. А причина того, что мы сомневаемся лишь относительно двух кетеров де-ХУБ де-БОН, а не относительно Хохмы и Бины де-Хохма и ХаБаХ де-Бина де-БОН, объяснена в «Паним Меирот», стр. 723, начиная со слов «Есть еще», см. там. Ведь главное превосходство МА над БОН заключается в том, что Бина в нем соединилась с рош, и потому в рош де-МА есть три сфиры — КАХАБ. В отличие от БОН де-АК, то есть мира Некудим, где МАН поднялись к глазам, и там в рош есть лишь Кетер и Хохма, тогда как Бина и ЗОН, именуемые АХАП, вышли за пределы рош.</w:t>
      </w:r>
    </w:p>
    <w:p>
      <w:pPr>
        <w:spacing w:before="40" w:after="120"/>
        <w:jc w:val="both"/>
      </w:pPr>
      <w:r>
        <w:rPr>
          <w:rFonts w:ascii="Georgia" w:hAnsi="Georgia"/>
          <w:b w:val="0"/>
          <w:i w:val="0"/>
          <w:color w:val="000000"/>
          <w:sz w:val="24"/>
        </w:rPr>
        <w:t>Поэтому в Ацилуте, где БОН соединяется с МА в единый парцуф, благодаря силе МА ступени Бины де-БОН также должны подняться в рош де-БОН. И потому, хотя место ГАР и ДАР де-ХУБ — в нижней половине ступени, вышедшей наружу из рош (как сказано в пункте 7, почему они и облачились и вышли на месте АХАП де-Некудим, и точно так же теперь в Ацилуте они облачают ЗОН де-Атик, вышедшие наружу из рош де-МА), — однако раз Бина де-Атик осталась в его рош и не вышла наружу, то и часть от ГАР и ДАР, облачающих Бину де-БОН, также должна вновь подняться в ГАР де-Атик. Причем именно только кетеры в них, поскольку здесь исправление происходит исключительно на уровне кетеров и ни в коей мере не затрагивает то, что ниже Кетера. Посмотри внимательно в упомянутом месте в «Паним Меирот» и помни это на протяжении всего дальнейшего исследования сфирот ГАДЗ де-Атик [ГАР, ДАР и семи кетеров де-БОН], ведь нет нужды повторяться без необходимости.</w:t>
      </w:r>
    </w:p>
    <w:p>
      <w:pPr>
        <w:spacing w:before="40" w:after="120"/>
        <w:jc w:val="both"/>
      </w:pPr>
      <w:r>
        <w:rPr>
          <w:rFonts w:ascii="Georgia" w:hAnsi="Georgia"/>
          <w:b w:val="0"/>
          <w:i w:val="0"/>
          <w:color w:val="000000"/>
          <w:sz w:val="24"/>
        </w:rPr>
        <w:t>9) И прежде чем мы погрузимся в глубину этого вопроса, я подробно объясню тебе эти ГАДЗ из БОН, которые взял Атик, согласно тем обозначениям, которыми Учитель именует их здесь. Ты уже знаешь, что три первые точки — КАХАБ де-Некудим — начинаются от табура де-АК, где находится ухо (озэн) рош де-Некудим, и оканчиваются в завершении тела де-АК, где находится рот (пэ) рош де-Некудим, то есть в АХАП головы. В отличие от Гальгальты и эйнаим этой головы, которые не входят в расчет мира Некудим, как сказано выше в пункте 2. Таким образом, Кетер де-Некудим — это тайна озэн, Хохма — тайна хотэм, а Бина — тайна пэ, согласно словам Учителя выше, в 15-й ветви, о порядке их питания от высшего. И вот озэн де-Некудим Учитель называет здесь именем «первые пять [сфирот] Кетера БОН» (хэй ришона де-Кетер БОН), то есть верхняя половина Кетера БОН. А причина в том, что Кетер де-Некудим распространился там дважды: во-первых, на месте ГАР, то есть от табура до завершения тела [де-АК], вместе с которым вышли десять сфирот рош высших Аба ве-Има; а затем он распространился на месте ХАГАТ, расположенном ниже завершения тела де-АК, вместе с которым там вышли десять сфирот рош ИШСУТ, согласно словам Учителя выше, в 24-й ветви. И по этой причине Кетер де-Некудим разделяется на две половины: его верхняя половина, послужившая в высших Аба ве-Има, именуется «первые пять [сфирот] Кетера БОН», а его нижняя половина, послужившая в ИШСУТ, именуется «последние пять [сфирот] Кетера БОН» (хэй тахтона де-Кетер БОН).</w:t>
      </w:r>
    </w:p>
    <w:p>
      <w:pPr>
        <w:spacing w:before="40" w:after="120"/>
        <w:jc w:val="both"/>
      </w:pPr>
      <w:r>
        <w:rPr>
          <w:rFonts w:ascii="Georgia" w:hAnsi="Georgia"/>
          <w:b w:val="0"/>
          <w:i w:val="0"/>
          <w:color w:val="000000"/>
          <w:sz w:val="24"/>
        </w:rPr>
        <w:t>Однако тебе следует помнить определение Кетера, которое я неоднократно разъяснял: оно указывает на то, что экран действует в нем снизу вверх, почему авиют экрана совершенно не заметна в нем, и по этой причине он считается словно лишенным келим. И потому говорит Учитель выше, в 8-й ветви, что ГАР называются Кетером. То есть всякая голова называется Кетером, ведь таково же определение и уровня рош — в ней экран действует снизу вверх, как сказано. Помни также сказанное в «Паним Меирот у-Масбирот» выше, в пункте 7: хотя в АХАП де-Некудим экран расположен выше них, в глазах, тем не менее, поскольку согласно исходному корню, предшествующему [подъему] МАН, экрану надлежит находиться в пэ де-Некудим, — постольку и АХАП де-Некудим считаются уровнем рош, ГАР и Кетера. И по этой причине во время большого состояния (гадлута) экран действительно возвращается на свое место в пэ, как в первом корне, как известно. По этой же причине мы начинаем отсчитывать уровень Кетера только от табура де-АК и ниже, то есть от озэн де-БОН и ниже: ведь в нем есть по меньшей мере тончайшее проявление кли — из-за МАН, поднявшихся к глазам. И хотя полного раскрытия келим там все еще нет, поскольку над ним властвует изначальный корень, предшествовавший МАН, все же там присутствуют истинные корни для келим. В отличие от Гальгальты ве-эйнаим, где вообще нет ничего от свойства [распространения света] сверху вниз: они не считаются даже корнями келим этого парцуфа, но лишь окружающим светом (ор макиф), и потому вовсе не относятся к строению парцуфа. Посему мы и отсчитываем десять сфирот де-Некудим от табура и ниже, то есть от АХАП, а не выше табура, где находятся Гальгальта ве-эйнаим, представляющие собой лишь окружающий свет, как сказано.</w:t>
      </w:r>
    </w:p>
    <w:p>
      <w:pPr>
        <w:spacing w:before="40" w:after="120"/>
        <w:jc w:val="both"/>
      </w:pPr>
      <w:r>
        <w:rPr>
          <w:rFonts w:ascii="Georgia" w:hAnsi="Georgia"/>
          <w:b w:val="0"/>
          <w:i w:val="0"/>
          <w:color w:val="000000"/>
          <w:sz w:val="24"/>
        </w:rPr>
        <w:t>Итак, тебе стало ясно, что рош разделился на две половины: его верхняя половина, называемая первой головой, относится к окружающему свету и еще не служит корнем келим парцуфа; а его нижняя половина, называемая АХАП, служит началом строения парцуфа в качестве корня для келим и потому именуется головой парцуфа. И выше, в пункте 5, было объяснено, что в новом МА добавился третий корень для подъема экрана, поскольку он вышел через лоб (мэцах) высшей головы БОН. Следовательно, место от лба и ниже де-БОН уподобилось уровню АХАП, ведь экран теперь находится на уровне лба. И получается, что во всем этом пространстве от лба до табура свет идет сверху вниз, как прежде в АХАП. И теперь ты видишь, что уровень высшей головы, не входящий в строение парцуфа, находится от лба и выше, и только он считается окружающим светом де-БОН.</w:t>
      </w:r>
    </w:p>
    <w:p>
      <w:pPr>
        <w:spacing w:before="40" w:after="120"/>
        <w:jc w:val="both"/>
      </w:pPr>
      <w:r>
        <w:rPr>
          <w:rFonts w:ascii="Georgia" w:hAnsi="Georgia"/>
          <w:b w:val="0"/>
          <w:i w:val="0"/>
          <w:color w:val="000000"/>
          <w:sz w:val="24"/>
        </w:rPr>
        <w:t>Тогда как от лба и ниже уже есть уровень келим, поскольку свет протягивается сверху вниз, и потому это уровень нижней головы, присоединяющийся к строению парцуфа. По этой причине он именуется теперь внутренним светом (ор пними) Кетера БОН, — то есть там уже присутствуют келим от света, которому предстоит облачиться внутри них. И вследствие этого весь уровень рош де-БОН от лба и ниже определяется теперь как первые пять [сфирот] Кетера БОН, то есть та половина Кетера, относящаяся к строению парцуфа, которая служила в ГАР де-Некудим и принадлежит Атику. В отличие от распространения Кетера в ХАГАТ, именуемого последними пятью [сфирот] Кетера БОН, которые взял АА, как сказано выше. Итак, разъяснено, что все место от лба и ниже называется первыми пятью [сфирот] де-БОН и внутренним светом Кетера БОН и относится к категории озэн де-Некудим; помни это на протяжении всего дальнейшего изложения.</w:t>
      </w:r>
    </w:p>
    <w:p>
      <w:pPr>
        <w:spacing w:before="40" w:after="120"/>
        <w:jc w:val="both"/>
      </w:pPr>
      <w:r>
        <w:rPr>
          <w:rFonts w:ascii="Georgia" w:hAnsi="Georgia"/>
          <w:b w:val="0"/>
          <w:i w:val="0"/>
          <w:color w:val="000000"/>
          <w:sz w:val="24"/>
        </w:rPr>
        <w:t>10) А ГАР и ДАР де-ХУБ де-БОН де-Некудим — это тайна ГАР двух голов, вышедших в Некудим, как сказано выше в словах Учителя в 24-й ветви. Ведь сначала вышли Хохма и Бина в десяти сфирот рош, представляющих собой хотэм и пэ де-Некудим и называемых высшими Аба ве-Има; а их второе распространение, то есть их тело, — это тайна трех мелахим де-ХАГАТ до груди (хазе). Затем, после того как ХАГАТ разбились, туда распространились три линии КАХАБ, и вышел ИШСУТ в десяти сфирот рош, а его второе распространение вышло в четырех мелахим де-НЕХИМ. Там же было объяснено, что этот ИШСУТ считается уровнем пэ и уровнем Бины, тогда как Аба ве-Има считаются уровнем хотэм и уровнем Хохмы. И вот десять сфирот высших Аба ве-Има де-Некудим делятся между двумя парцуфим — Атиком и Абой: их ГАР взял Атик, а их ЗАТ взял Аба. Точно так же и десять сфирот ИШСУТ делятся между двумя парцуфим: Атиком и Имой: их ДАР взял Атик, а шесть нижних сфирот взяла Има, как сказано выше в словах Учителя в ветви 52, см. там и в «Паним Меирот». И здесь тебе необходимо твердо помнить все объясненное в предыдущей ветви о состояниях малости (катнут) и величия (гадлут), различаемых в Некудим (внимательно посмотри в «Паним Меирот», стр. 729, начиная со слов «И потому»): в начале, когда Источник выделил их из Себя мира Некудим там вышли лишь два света — руах и нефеш. При этом свет руах был облачен в верхнюю половину головы Некудим, то есть в Гальгальту ве-эйнаим, а свет нефеш был облачен в ее нижнюю половину, то есть в озэн, хотэм, пэ, именуемые КАХАБ де-Некудим; ЗАТ же, расположенные от пэ и ниже, вышли пустыми, без света.</w:t>
      </w:r>
    </w:p>
    <w:p>
      <w:pPr>
        <w:spacing w:before="40" w:after="120"/>
        <w:jc w:val="both"/>
      </w:pPr>
      <w:r>
        <w:rPr>
          <w:rFonts w:ascii="Georgia" w:hAnsi="Georgia"/>
          <w:b w:val="0"/>
          <w:i w:val="0"/>
          <w:color w:val="000000"/>
          <w:sz w:val="24"/>
        </w:rPr>
        <w:t>Однако во время гадлута экран был опущен в пэ, обе половины головы соединились в единую ступень, и тогда там вышли полные десять сфирот с пятью светами НАРАНХАЙ, с двумя головами и двумя телами Аба ве-Има и ИШСУТ, см. там все дальнейшее изложение. Также выше, в «Паним Меирот у-Масбирот», ветвь 9, пункт 10, было объяснено обратное соотношение между светами и келим: в келим первыми в парцуф приходят высшие, а в светах первыми приходят низшие. И поэтому в малом состоянии у него есть лишь свет нефеш и только кли де-Кетер, и свет нефеш оказывается облаченным в кли де-Кетер, см. там подробное обоснование. А раз так, во время катнута де-Некудим, когда в АХАП есть лишь свет нефеш, там присутствуют исключительно келим де-ктарим. Таким образом, озэн — это кли Кетер де-Кетер, хотэм — кли Кетер де-Хохма, а пэ — кли Кетер де-Бина, согласно словам Учителя в ветви 9: в десяти сфирот Некудим есть лишь десять кетеров от десяти сфирот, и отсутствуют девять нижних сфирот у каждой сфиры, см. там. И это по упомянутой причине: поскольку от начала выделения из Себя в них есть лишь свет нефеш, там неизбежно присутствуют только келим де-ктарим.</w:t>
      </w:r>
    </w:p>
    <w:p>
      <w:pPr>
        <w:spacing w:before="40" w:after="120"/>
        <w:jc w:val="both"/>
      </w:pPr>
      <w:r>
        <w:rPr>
          <w:rFonts w:ascii="Georgia" w:hAnsi="Georgia"/>
          <w:b w:val="0"/>
          <w:i w:val="0"/>
          <w:color w:val="000000"/>
          <w:sz w:val="24"/>
        </w:rPr>
        <w:t>Выходит, что когда мы говорим, будто хотэм и пэ — это ХУБ де-БОН, речь идет лишь о двух кетерах де-ХУБ де-БОН со светами нефеш этих Хохмы и Бины, и там недостает девяти нижних сфирот келим и светов ехида, хая, нешама и руах. И хотя затем, благодаря свечению Есода де-АК, обе половины ступени головы Некудим вновь соединились, благодаря чему каждая из них восполнилась десятью сфирот келим и светами НАРАНХАЙ (как написано в «Паним Меирот», стр. 729, начиная со слов «И потому», ибо АХАП каждой ступени вновь поднялся к Гальгальте ве-эйнаим), — однако там же было объяснено: все, что вышло в начале, когда Источник выделил их из Себя, пребывает в строении парцуфа постоянно и никогда не упраздняется; тогда как добавленные во время гадлута АХАП, восполняющие НАРАНХАЙ, вовсе не обязательно постоянны в парцуфе, но могут упраздняться, и потому именуются добавлением, указывая на то, что они не постоянны, а пребывают в режиме подъема и спуска. То есть, когда они поднимаются, они восполняют НАРАНХАЙ, а когда опускаются, возвращаются в катнут, оставаясь лишь со светом нефеш. И ты видишь, что все восполнение ступени зависит от подъема келим де-АХАП: ведь в начале, когда Источник выделил их из Себя из-за подъема МАН к глазам АХАП каждой головы отсеклись и опустились на нижнюю ступень, и каждая голова осталась только со светами руах и нефеш. А затем, благодаря опусканию экрана, АХАП вновь поднимаются с нижней ступени и как положено соединяются на своем месте в рош.</w:t>
      </w:r>
    </w:p>
    <w:p>
      <w:pPr>
        <w:spacing w:before="40" w:after="120"/>
        <w:jc w:val="both"/>
      </w:pPr>
      <w:r>
        <w:rPr>
          <w:rFonts w:ascii="Georgia" w:hAnsi="Georgia"/>
          <w:b w:val="0"/>
          <w:i w:val="0"/>
          <w:color w:val="000000"/>
          <w:sz w:val="24"/>
        </w:rPr>
        <w:t>Поэтому Учитель выше разделяет десять сфирот рош Аба ве-Има в тайне 22 букв алфавита: те келим, которые присутствуют в рош Аба ве-Има от начала выделения из Себя и вечно пребывают постоянными в строении парцуфа, он определяет девятью буквами охель месаперет (</w:t>
      </w:r>
      <w:r>
        <w:rPr>
          <w:rFonts w:ascii="Georgia" w:hAnsi="Georgia" w:cs="Times New Roman"/>
          <w:b/>
          <w:i w:val="0"/>
          <w:color w:val="000000"/>
          <w:sz w:val="24"/>
          <w:rtl/>
          <w:szCs w:val="32"/>
        </w:rPr>
        <w:t>אוכ״ל מספר״ת</w:t>
      </w:r>
      <w:r>
        <w:rPr>
          <w:rFonts w:ascii="Georgia" w:hAnsi="Georgia"/>
          <w:b w:val="0"/>
          <w:i w:val="0"/>
          <w:color w:val="000000"/>
          <w:sz w:val="24"/>
        </w:rPr>
        <w:t>); а те АХАП, которые пребывают в подъеме и спуске — то восполняя [ступень], то упраздняясь, — он определяет шестью буквами бадек хая (</w:t>
      </w:r>
      <w:r>
        <w:rPr>
          <w:rFonts w:ascii="Georgia" w:hAnsi="Georgia" w:cs="Times New Roman"/>
          <w:b/>
          <w:i w:val="0"/>
          <w:color w:val="000000"/>
          <w:sz w:val="24"/>
          <w:rtl/>
          <w:szCs w:val="32"/>
        </w:rPr>
        <w:t>בד״ק חי״ה</w:t>
      </w:r>
      <w:r>
        <w:rPr>
          <w:rFonts w:ascii="Georgia" w:hAnsi="Georgia"/>
          <w:b w:val="0"/>
          <w:i w:val="0"/>
          <w:color w:val="000000"/>
          <w:sz w:val="24"/>
        </w:rPr>
        <w:t>), см. там. И ради краткости речи я нашел необходимым пользоваться здесь этими названиями на протяжении всего предстоящего изложения: постоянные келим парцуфа я буду называть «охель месаперет», а приходящие в виде добавления — «бадек хая»; поэтому помни их определение согласно объясненному здесь. Из всего этого следует, что из тех ГАР и ДАР де-ХУБ, которые взял Атик, только два их кетера относятся к уровню «охель месаперет».</w:t>
      </w:r>
    </w:p>
    <w:p>
      <w:pPr>
        <w:spacing w:before="40" w:after="120"/>
        <w:jc w:val="both"/>
      </w:pPr>
      <w:r>
        <w:rPr>
          <w:rFonts w:ascii="Georgia" w:hAnsi="Georgia"/>
          <w:b w:val="0"/>
          <w:i w:val="0"/>
          <w:color w:val="000000"/>
          <w:sz w:val="24"/>
        </w:rPr>
        <w:t>Тогда как Хохма и Бина де-Хохма де-БОН и Хохма, Бина и Хесед де-Бина де-БОН относятся исключительно к категории «бадек хая»: ведь только кетеры де-ХУБ де-БОН вышли в начале, когда Источник выделил их из Себя Некудим в тайне хотэм и пэ, а все их девять нижних сфирот пришли затем от свечения Есода де-АК, поднявшего АХАП, как сказано выше, и помни это. Итак, разъяснена суть ГАР и ДАР де-ХУБ, взятых Атиком.</w:t>
      </w:r>
    </w:p>
    <w:p>
      <w:pPr>
        <w:spacing w:before="40" w:after="120"/>
        <w:jc w:val="both"/>
      </w:pPr>
      <w:r>
        <w:rPr>
          <w:rFonts w:ascii="Georgia" w:hAnsi="Georgia"/>
          <w:b w:val="0"/>
          <w:i w:val="0"/>
          <w:color w:val="000000"/>
          <w:sz w:val="24"/>
        </w:rPr>
        <w:t>11) А о семи кетерах де-ЗАТ де-БОН, которые взял Атик, знай, что в них нет ничего от категории «охель месаперет». Ведь у них не было никакого раскрытия в начале, когда Источник выделил их из Себя Некудим, но лишь затем, когда экран силой свечения Есода де-АК был опущен в пэ де-Некудим, и все АХАП, находившиеся на нижней ступени, вновь поднялись и соединились с относящимися к ним Гальгальтой ве-эйнаим: сперва поднялись и соединились АХАП головы Некудим, опустившиеся из первой головы, облачающей от хазе до табура де-АК, и тогда вышли НАРАНХАЙ Кетера Некудим, называемого озэн; а затем поднялись АХАП де-ХУБ, то есть хотэм и пэ, опустившиеся в ЗАТ де-Некудим, и они вновь восполнили хотэм и пэ де-Некудим, и в полноте вышли НАРАНХАЙ де-ХУБ.</w:t>
      </w:r>
    </w:p>
    <w:p>
      <w:pPr>
        <w:spacing w:before="40" w:after="120"/>
        <w:jc w:val="both"/>
      </w:pPr>
      <w:r>
        <w:rPr>
          <w:rFonts w:ascii="Georgia" w:hAnsi="Georgia"/>
          <w:b w:val="0"/>
          <w:i w:val="0"/>
          <w:color w:val="000000"/>
          <w:sz w:val="24"/>
        </w:rPr>
        <w:t>И знай, что эти ЗАТ де-Некудим, которые поднялись и восполнили ХУБ де-Некудим, именуемые «бадек хая», восполнили недостающие АХАП для ступени ХУБ де-Некудим — то есть их Бину и ЗОН, — и благодаря этому стали келим головы. И знай, что уровень пэ этих новых АХАП именуется «семью кетерами семи нижних сфирот». Это потому, что всякие ЗАТ представляют собой тело (гуф), сущность которого — лишь распространение Малхут головы в десять сфирот из себя самой ради второго созерцания (истаклют бэт), как сказано выше в «Паним Меирот у-Масбирот», ветвь 9, пункт 8. Поэтому Малхут головы, то есть пэ, называется Кетером для всех ЗАТ, являющихся телом. И потому она также называется семью кетерами — то есть Кетером для ЗАТ, и пойми это как следует. Итак, прекрасно разъяснена суть семи кетеров де-ЗАТ: это лишь уровень пэ, включенный в «бадек хая» Аба ве-Има де-Некудим, которые поднялись к ним из ЗАТ де-Некудим и служили там в тайне добавления во время гадлута. Этим мы завершили разъяснение сути ГАДЗ де-БОН, взятых Атиком. Теперь же мы разберем все сомнения, высказанные здесь в словах Учителя относительно порядка расположения этих ГАДЗ в парцуфе Атик мира Ацилут.</w:t>
      </w:r>
    </w:p>
    <w:p>
      <w:pPr>
        <w:spacing w:before="40" w:after="120"/>
        <w:jc w:val="both"/>
      </w:pPr>
      <w:r>
        <w:rPr>
          <w:rFonts w:ascii="Georgia" w:hAnsi="Georgia"/>
          <w:b w:val="0"/>
          <w:i w:val="0"/>
          <w:color w:val="000000"/>
          <w:sz w:val="24"/>
        </w:rPr>
        <w:t>12) Причины сомнений относительно ГАДЗ де-БОН. Пять первых сфирот Кетера БОН. Ты уже знаешь, что это уровень от лба и ниже до уха первой головы БОН, который не вошел в строение парцуфа Некудим, поскольку келим начинаются с озэн. И здесь возникает сомнение также относительно первой головы БОН: вошла ли она в строение парцуфа Атик мира Ацилут от своего лба и ниже. Ведь поскольку МАН и зивуг ради выхода Атика де-МА произошли во лбу первой головы БОН, получается, что от его лба и ниже света уже принимаются сверху вниз, а это свойство келим, как известно. И если так, то хотя во время Некудим этот уровень не вошел в строение парцуфа, поскольку экран Некудим действовал в нем снизу вверх, тем не менее теперь, когда в нем уже сформировались келим по причине выхода МА, логика требует, чтобы он соединился со строением парцуфа Атик де-МА. Или же можно сказать: поскольку все назначение МА состоит в том, чтобы восполнить место изъяна в своем высшем, коим является БОН, — а при всяком втором распространении источник выхода [нижнего] и его соединение с высшим начинается с того места, откуда начали уходить света высшего (подобно парцуфим АК, каждый из которых выходит и соединяется с высшим от пэ де-рош и ниже, то есть с места, где начинается уход светов высшего, тогда как выше пэ, где нет ухода светов, нижнему незачем соединяться с ним и облачать его там, поскольку там нет недостатка светов, как сказано в «Паним Меирот у-Масбирот», ветвь 9, см. там), — постольку и в МА, являющемся вторым распространением парцуфа БОН (мира Некудим), подобает соединяться с ним исключительно от озэн и ниже, на месте трех первых точек БОН: ведь там произошли изъян и аннулирование светов, которые МА призван восполнить. В отличие от пространства от озэн и выше до лба, относящегося к первой голове Некудим, где не произошло никакого ущерба и аннулирования — как и во всех головах АК; а значит, МА незачем соединяться с ним там без необходимости. И согласно этому получается: хотя от лба и ниже в первой голове БОН уже возникли келим, она все же остается сама по себе, как и прежде, и вовсе не входит в строение парцуфа Атик де-МА, ибо он в ней не нуждается, как сказано. И если ты скажешь, что она не соединяется с МА, то остается еще сомнение относительно места начала Атика де-МА: начинается ли он ото лба, просто находясь там без соединения с БОН, либо начинается от озэн — то есть от места изъяна, как сказано. И это то, что Учитель на стр. 720 определяет как две стороны [вопроса]: первая сторона — если она не входит и не соединяется с МА; вторая сторона — если она соединяется с МА, см. там, то есть так, как мы сказали.</w:t>
      </w:r>
    </w:p>
    <w:p>
      <w:pPr>
        <w:spacing w:before="40" w:after="120"/>
        <w:jc w:val="both"/>
      </w:pPr>
      <w:r>
        <w:rPr>
          <w:rFonts w:ascii="Georgia" w:hAnsi="Georgia"/>
          <w:b w:val="0"/>
          <w:i w:val="0"/>
          <w:color w:val="000000"/>
          <w:sz w:val="24"/>
        </w:rPr>
        <w:t>13) И вот в отношении первой стороны есть два сомнения, обозначенные буквами алеф-алеф-гимель (</w:t>
      </w:r>
      <w:r>
        <w:rPr>
          <w:rFonts w:ascii="Georgia" w:hAnsi="Georgia" w:cs="Times New Roman"/>
          <w:b/>
          <w:i w:val="0"/>
          <w:color w:val="000000"/>
          <w:sz w:val="24"/>
          <w:rtl/>
          <w:szCs w:val="32"/>
        </w:rPr>
        <w:t>אא״ג</w:t>
      </w:r>
      <w:r>
        <w:rPr>
          <w:rFonts w:ascii="Georgia" w:hAnsi="Georgia"/>
          <w:b w:val="0"/>
          <w:i w:val="0"/>
          <w:color w:val="000000"/>
          <w:sz w:val="24"/>
        </w:rPr>
        <w:t>) и бэт-гимель-далет (</w:t>
      </w:r>
      <w:r>
        <w:rPr>
          <w:rFonts w:ascii="Georgia" w:hAnsi="Georgia" w:cs="Times New Roman"/>
          <w:b/>
          <w:i w:val="0"/>
          <w:color w:val="000000"/>
          <w:sz w:val="24"/>
          <w:rtl/>
          <w:szCs w:val="32"/>
        </w:rPr>
        <w:t>בג״ד</w:t>
      </w:r>
      <w:r>
        <w:rPr>
          <w:rFonts w:ascii="Georgia" w:hAnsi="Georgia"/>
          <w:b w:val="0"/>
          <w:i w:val="0"/>
          <w:color w:val="000000"/>
          <w:sz w:val="24"/>
        </w:rPr>
        <w:t>). А в отношении второй стороны есть три сомнения, обозначенные буквами бэт-бэт-вав (</w:t>
      </w:r>
      <w:r>
        <w:rPr>
          <w:rFonts w:ascii="Georgia" w:hAnsi="Georgia" w:cs="Times New Roman"/>
          <w:b/>
          <w:i w:val="0"/>
          <w:color w:val="000000"/>
          <w:sz w:val="24"/>
          <w:rtl/>
          <w:szCs w:val="32"/>
        </w:rPr>
        <w:t>בב״ו</w:t>
      </w:r>
      <w:r>
        <w:rPr>
          <w:rFonts w:ascii="Georgia" w:hAnsi="Georgia"/>
          <w:b w:val="0"/>
          <w:i w:val="0"/>
          <w:color w:val="000000"/>
          <w:sz w:val="24"/>
        </w:rPr>
        <w:t>), бэт-далет-далет первый (</w:t>
      </w:r>
      <w:r>
        <w:rPr>
          <w:rFonts w:ascii="Georgia" w:hAnsi="Georgia" w:cs="Times New Roman"/>
          <w:b/>
          <w:i w:val="0"/>
          <w:color w:val="000000"/>
          <w:sz w:val="24"/>
          <w:rtl/>
          <w:szCs w:val="32"/>
        </w:rPr>
        <w:t>בד״ד</w:t>
      </w:r>
      <w:r>
        <w:rPr>
          <w:rFonts w:ascii="Georgia" w:hAnsi="Georgia"/>
          <w:b w:val="0"/>
          <w:i w:val="0"/>
          <w:color w:val="000000"/>
          <w:sz w:val="24"/>
        </w:rPr>
        <w:t>) и бэт-далет-далет второй (</w:t>
      </w:r>
      <w:r>
        <w:rPr>
          <w:rFonts w:ascii="Georgia" w:hAnsi="Georgia" w:cs="Times New Roman"/>
          <w:b/>
          <w:i w:val="0"/>
          <w:color w:val="000000"/>
          <w:sz w:val="24"/>
          <w:rtl/>
          <w:szCs w:val="32"/>
        </w:rPr>
        <w:t>בדד ב</w:t>
      </w:r>
      <w:r>
        <w:rPr>
          <w:rFonts w:ascii="Georgia" w:hAnsi="Georgia"/>
          <w:b w:val="0"/>
          <w:i w:val="0"/>
          <w:color w:val="000000"/>
          <w:sz w:val="24"/>
        </w:rPr>
        <w:t>). И прежде чем мы проникнем во внутреннюю суть упомянутых сомнений, необходимо напомнить несколько правил. Правило первое: главное, о чем тебе следует помнить на протяжении всего дальнейшего изложения, — это сказанное выше в пункте 10, начиная со слов «И ты видишь», о различии келим «охель месаперет», над которыми не властвовали разбиение и аннулирование: благодаря этому они и теперь остались на своем месте и в том же состоянии, как вышли в ГАР де-Некудим со светом нефеш, называемым светом обратной стороны (ор ахораим), то есть совершенно без каких-либо изменений.</w:t>
      </w:r>
    </w:p>
    <w:p>
      <w:pPr>
        <w:spacing w:before="40" w:after="120"/>
        <w:jc w:val="both"/>
      </w:pPr>
      <w:r>
        <w:rPr>
          <w:rFonts w:ascii="Georgia" w:hAnsi="Georgia"/>
          <w:b w:val="0"/>
          <w:i w:val="0"/>
          <w:color w:val="000000"/>
          <w:sz w:val="24"/>
        </w:rPr>
        <w:t>Также помни о различии келим «бадек хая», которых коснулись изъян и аннулирование: поэтому они нуждаются в исправлении и соединении со стороны МА, а если МА не исправляет их, они остаются опущенными, какими были во время катнута де-Некудим — то есть на том самом месте, куда вновь упали во время разбиения сосудов (швират а-келим), как сказано выше, см. там. Правило второе: нужно также хорошо понять, что все превосходство МА над БОН заключается в том, что его Бина не вышла наружу из его головы, а это огромное преимущество: поэтому в его голове есть света лица. Ведь раз у него в голове есть три кли — Кетер, Хохма, Бина, — в него могут облачиться три света: нефеш, руах, нешама; свет же нешама — это тайна света лица. В отличие от БОН, в котором Бина и ЗОН вышли из головы в начале, когда Источник выделил их из Себя, и в его голове остались лишь Кетер и Хохма: следовательно, у него есть только два света — нефеш и руах, и недостает света нешама, и именно они называются светом обратной стороны, а не лица. Правило третье: твердо помни также сказанное Учителем выше, на стр. 609: во время исправления парцуфа Атик вовсе не было исправлено то, что находится ниже него. И это по объясненной там причине: поскольку МАН поднялись ко лбу, являющемуся Биной де-Кетер, оказалось, что рош де-Атик вышел от Бины и выше самого Кетера, а те ЗОН де-Кетер, которые вышли наружу из головы, сами стали уровнем ЗАТ де-Атик и распространились до завершения Ацилута. И ты видишь, что во всем рош, тох и соф парцуфа Атик есть лишь проявления самого Кетера и вовсе нет ничего из того, что ниже Кетера. Вместе с тем тебе следует твердо понять, что и БОН, исправляемый им, получил сейчас от него исправление только для своего уровня Кетера: ведь никто не может дать то, чего не имеет сам. Правило четвертое: у БОН нет никакого зивуга и распространения иначе как через соединение с МА. И там, где БОН не соединяется с МА (как в упомянутой первой стороне), он остается на своем месте в своем собственном исходном состоянии, совершенно без распространения и зивуга, как подробно сказано в предыдущей ветви: МА и БОН всегда выходят в едином зивуге. Правило пятое: даже там, где БОН соединяется с МА и имеет вместе с ним зивуг и распространение, света БОН тем не менее облачаются в старые келим самого БОН. И хотя при всяком зивуге неизбежно выходят света и келим, как известно, все же все новые келим, рождающиеся от зивуга МА и БОН, всегда относятся к имени МА, и в них облачаются исключительно света МА; БОН же облачается в свои собственные прежние келим, в которых произошел уход света, подобно парцуфим АК. Ведь хотя всякий нижний, представляющий собой второе распространение, выходит из пэ высшего, тем не менее новые келим, выходящие в тайне второго распространения, вовсе не относятся к телу высшего, а относятся к имени нижней ступени.</w:t>
      </w:r>
    </w:p>
    <w:p>
      <w:pPr>
        <w:spacing w:before="40" w:after="120"/>
        <w:jc w:val="both"/>
      </w:pPr>
      <w:r>
        <w:rPr>
          <w:rFonts w:ascii="Georgia" w:hAnsi="Georgia"/>
          <w:b w:val="0"/>
          <w:i w:val="0"/>
          <w:color w:val="000000"/>
          <w:sz w:val="24"/>
        </w:rPr>
        <w:t>Однако тело высшего получает от свечений нижнего внутрь своих старых келим, в которых произошел случай ухода света, как сказано в ветви 9 «Паним Меирот у-Масбирот». И точно так же БОН всегда принимает новые света, выходящие с зивугом МА, в свои старые келим, где произошел уход света; новые же келим, возникающие при зивуге, целиком приписываются МА. Помни это, ведь это необходимо во многих местах. Правило шестое: хотя мы и говорим, что в первой голове всякого парцуфа нет келим (поскольку экран действует в ней снизу вверх, а авиют экрана, являющаяся материей келим, не способна подняться выше источника своего выхода и места своего раскрытия), тем не менее статус келим тела высшего распространяется и на первую голову нижнего, как дал нам общее правило Учитель выше, на стр. 167: все силы, присущие высшему, обязательно действуют и в нижнем, см. там. И потому считается, что света первой головы всякого нижнего, не имеющего собственных новых келим, оказываются облаченными в старые келим высшего. Правило седьмое: если высший свет облачается в кли нижнего, то свет нижнего, относящийся к этому кли, не может находиться там вместе с высшим светом и неизбежно вытесняется оттуда в нижележащее кли. Правило восьмое: существуют две разновидности головы. Первая — облаченная в келим КАХАБ, и это подлинная голова. Вторая — облаченная в высшую сфиру из ЗАТ, наподобие того как мы говорим о семи сфирот мира Брия, где высший чертог включает в себя ГАР и называется головой ЗАТ. При этом высшая сфира из ЗАТ де-Аба называется Хеседом, а высшая сфира из ЗАТ де-Има называется Нецахом, как сказано выше в «Паним Меирот», стр. 741, со слов «И причина», см. там. Правило девятое: есть два состояния Хохмы и Бины: либо в исправлении линий (тиккун кавин) справа и слева равного уровня, как они пребывали в ГАР де-Некудим; либо в виде двух раздельных ступеней — высшей и нижней, подобно тому как ИШСУТ вышел в ХАГАТ де-Некудим особой ступенью после того, как аннулировался гадлут де-ХУБ в ГАР де-Некудим, как сказано выше в словах Учителя на стр. 419, со слов «И когда», см. там. И это зависит от того, есть ли в них подлинная голова в келим КАХАБ или лишь в высшей сфире из ЗАТ. Ведь если в них есть лишь голова ЗАТ, в них нет совершенного исправления линий, поскольку в Некудим исправление линий существовало лишь в ГАР. ЗАТ же де-Некудим вышли одна под другой в одну линию, хотя и получают от распространения трех линий КАХАБ в ХАГАТ — что представляет собой тайну ИШСУТ, вышедшего из уровня ХУБ де-ГАР отдельной нижней ступенью на место ЗАТ, как сказано выше в словах Учителя, см. там. И потому ХУБ на этом месте вынуждены разделиться на два парцуфа один под другим. Если же в этих Хохме и Бине есть подлинная голова, то есть в келим де-ГАР, тогда в них присутствует полное исправление линий, как во времена Некудим; тогда ИШСУТ вновь поднимается в ГАР и выстраивается левым парцуфом на одном уровне с Хохмой с правой стороны. Правило десятое: нужно также помнить, чтобы не запутаться в обратном соотношении между светами и келим, имеющем место при росте парцуфа: в келим высшие растут и выходят в парцуфе первыми, а в противоположность им в светах низшие света раскрываются и выходят в парцуфе первыми, согласно словам Учителя в «Эц Хаим», врата 23, гл. 6, см. там.</w:t>
      </w:r>
    </w:p>
    <w:p>
      <w:pPr>
        <w:spacing w:before="40" w:after="120"/>
        <w:jc w:val="both"/>
      </w:pPr>
      <w:r>
        <w:rPr>
          <w:rFonts w:ascii="Georgia" w:hAnsi="Georgia"/>
          <w:b w:val="0"/>
          <w:i w:val="0"/>
          <w:color w:val="000000"/>
          <w:sz w:val="24"/>
        </w:rPr>
        <w:t>Таким образом, в начале его выделения из Себя, когда в нем раскрываются лишь один свет и одно кли, знай, что к нему пришел низший из светов — нефеш, и высший из келим — Кетер. А когда он вырастает больше и обретает два света и два кли, это света нефеш и руах и келим Кетер и Хохма. Когда же он вырастает и обретает три света и три кли, это света нефеш, руах, нешама и келим Кетер, Хохма, Бина, и так далее подобным же образом, как сказано в «Паним Меирот у-Масбирот», ветвь 9, пункт 10, см. там. И по этой причине имена келим мы всегда перечисляем сверху вниз — КАХАБ ЗОН, а имена светов всегда наоборот, снизу вверх — НАРАНХАЙ, что соответствует порядку их раскрытия в парцуфе, как сказано. Правило одиннадцатое: света МА, облачающиеся в старые келим де-БОН, не способны в совершенстве питать келим де-БОН, даже если света МА выше, чем келим де-БОН: они нуждаются именно в светах БОН, поскольку всякий свет имеет полное соответствие лишь с относящимся к нему кли. Правило двенадцатое: семь кетеров де-ЗАТ де-БОН происходят от самих ЗАТ де-Некудим, которые в начале выхода Некудим вышли без света глаз и потому остались без исправления, в одну линию один под другим, как сказано выше в словах Учителя на стр. 182. Лишь затем, во время гадлута, когда ЗАТ де-Некудим (являющиеся тайной келим «бадек хая», отделившимися и вышедшими из ГАР де-Некудим в ЗАТ) вновь поднялись силой свечения Есода де-АК, они также включились в исправление линий, существовавшее в ГАР де-Некудим. А затем, во время разбиения сосудов, они вновь упали в ЗАТ де-Некудим, какими были в начале своего выхода, то есть один под другим в одну линию, как подробно сказано в ветви 24, см. там, и в «Паним Меирот». Правило тринадцатое: нет подъема и исправления для семи кетеров де-ЗАТ де-БОН, чтобы они исправились в статусе головы ЗАТ в своей высшей сфире, иначе как через кетеры де-ХУБ де-БОН.</w:t>
      </w:r>
    </w:p>
    <w:p>
      <w:pPr>
        <w:spacing w:before="40" w:after="120"/>
        <w:jc w:val="both"/>
      </w:pPr>
      <w:r>
        <w:rPr>
          <w:rFonts w:ascii="Georgia" w:hAnsi="Georgia"/>
          <w:b w:val="0"/>
          <w:i w:val="0"/>
          <w:color w:val="000000"/>
          <w:sz w:val="24"/>
        </w:rPr>
        <w:t>Причина в том, что если Бина де-Атик де-МА возвращает келим «бадек хая», относящиеся к кетерам де-ХУБ де-БОН, тогда и кетеры де-ЗАТ получают свое исправление от этих келим «бадек хая», поднявшихся в ГАР де-Атик, поскольку они представляют собой вторую ступень этих «бадек хая» (как сказано выше в «Паним Меирот», стр. 745, со слов «И подобно этому», ведь они являются уровнем пэ этих «бадек хая», от которого распространились ЗАТ де-гадлут мира Некудим, см. там). Поэтому, если «бадек хая» кетеров де-ХУБ де-БОН поднимаются в ГАР, семь кетеров также оказываются исправленными в статусе головы второй ступени от головы ГАР — то есть головы ЗАТ; это значит, что они облачены не в келим КАХАБ, а в высшую сфиру из ЗАТ, то есть в Хесед или в Нецах, как сказано выше в правиле восьмом, см. там. Правило четырнадцатое: для этих семи кетеров существует еще и промежуточное исправление — то есть не статус головы ЗАТ, но по меньшей мере свечение исправления линий: правая, левая, средняя; это они получают благодаря свету ГАР де-Некудим, уже исправленному в линиях и находящемуся вместе с ними на одном месте, как будет сказано ниже.</w:t>
      </w:r>
    </w:p>
    <w:p>
      <w:pPr>
        <w:spacing w:before="40" w:after="120"/>
        <w:jc w:val="both"/>
      </w:pPr>
      <w:r>
        <w:rPr>
          <w:rFonts w:ascii="Georgia" w:hAnsi="Georgia"/>
          <w:b w:val="0"/>
          <w:i w:val="0"/>
          <w:color w:val="000000"/>
          <w:sz w:val="24"/>
        </w:rPr>
        <w:t>И вот общее правило: если Бина де-Атик де-МА возвращает «бадек хая» по меньшей мере от кетеров де-ХУБ де-БОН в свой ГАР, тогда семь кетеров де-ЗАТ де-БОН также удостаиваются статуса головы ЗАТ, как сказано выше в правиле 13. Если же «бадек хая» кетеров де-ХУБ не поднимаются силой Бины де-Кетер МА, однако свет обратной стороны кетеров де-ХУБ де-БОН находится на одном месте с ЗАТ, тогда они по меньшей мере исправляют семь кетеров свечением исправления линий наподобие самого этого света ахораим кетеров де-ХУБ, поскольку он является светом ГАР де-Некудим. А если свет ахораим кетеров де-ХУБ не находится на месте ЗАТ, тогда у семи кетеров нет никакого исправления, и они остаются без исправления линий, один под другим, как были во время катнута де-Некудим. И после всего сказанного нам открываются врата к пониманию сути сомнений относительно ГАДЗ де-БОН в их соединении с Атиком де-МА; разъясним же их по порядку пяти знаков, установленных здесь Учителем. Знак алеф-алеф-гимель (</w:t>
      </w:r>
      <w:r>
        <w:rPr>
          <w:rFonts w:ascii="Georgia" w:hAnsi="Georgia" w:cs="Times New Roman"/>
          <w:b/>
          <w:i w:val="0"/>
          <w:color w:val="000000"/>
          <w:sz w:val="24"/>
          <w:rtl/>
          <w:szCs w:val="32"/>
        </w:rPr>
        <w:t>אא״ג</w:t>
      </w:r>
      <w:r>
        <w:rPr>
          <w:rFonts w:ascii="Georgia" w:hAnsi="Georgia"/>
          <w:b w:val="0"/>
          <w:i w:val="0"/>
          <w:color w:val="000000"/>
          <w:sz w:val="24"/>
        </w:rPr>
        <w:t>) означает: один окружающий [свет], один внутренний [свет], три кли. И разъясним их одно за другим. Один окружающий означает пять первых сфирот Кетера БОН, свойства которых были объяснены выше в пункте 9, со слов «Итак, разъяснено». В нем есть два аспекта: первый и главный — в том, что Кетер де-БОН вообще не имеет распространения ниже табура, где находится рош де-Атик, и целиком завершается выше табура, вовсе без соединения с Атиком мира Ацилут, согласно сказанному в правиле четвертом, см. там. Второй аспект: хотя сам по себе Кетер де-БОН от своего лба и ниже до табура считается внутренним светом (как сказано выше в пункте 9 со слов «Итак, разъяснено»), тем не менее по отношению к голове Атика он считается ее окружающим светом, как всякая голова высшего считается окружающим светом по отношению к нижнему — своему порождению. А ты уже знаешь, что весь новый МА является порождением БОН и потому считается его окружающим светом. Один внутренний свет: это КАХАБ Кетера МА, являющийся головой Атика де-МА. И в нем есть три аспекта: первый — в том, что у него нет келим, поскольку он — первая голова Атика, являющаяся тайной первого созерцания, где экран действует снизу вверх, как сказано выше в пункте 9 со слов «Однако тебе следует помнить»; второй — в том, что он облачается в старые келим, оставшиеся от ГАР де-Некудим, коими являются озэн, хотэм, пэ, расположенные от табура и ниже, и с их стороны он называется внутренним светом, ведь со своей стороны он не имеет келим, как сказано, согласно сказанному выше в правиле шестом, см. там; третий — в том, что поскольку света ХУБ де-Атик де-МА облачились в келим хотэм и пэ де-БОН, называемые двумя кетерами де-ХУБ (как сказано выше в правиле 10), они вытеснили тем самым сами света двух кетеров де-ХУБ де-БОН с места ГАР на место ЗАТ де-Атик, согласно сказанному в правиле седьмом, см. там. Три кли: это АХАП головы Некудим в том виде, как они вышли в начале, когда Источник выделил их из Себя Некудим, что служит в них постоянным строением, как сказано выше в «Эц Хаим», стр. 199, со слов «И причина». И потому они остались в этом совершенстве в ГАР также после разбиения сосудов: ведь все, что выходит в начале, когда Источник выделил их из Себя, пребывает в нем постоянно, и там нет аннулирования и разбиения.</w:t>
      </w:r>
    </w:p>
    <w:p>
      <w:pPr>
        <w:spacing w:before="40" w:after="120"/>
        <w:jc w:val="both"/>
      </w:pPr>
      <w:r>
        <w:rPr>
          <w:rFonts w:ascii="Georgia" w:hAnsi="Georgia"/>
          <w:b w:val="0"/>
          <w:i w:val="0"/>
          <w:color w:val="000000"/>
          <w:sz w:val="24"/>
        </w:rPr>
        <w:t>Это суть три кетера келим КАХАБ де-Некудим, в которые облачены три [света] нефеш от КАХАБ, как сказано выше в правиле десятом, см. там; поэтому они называются келим «охель месаперет», как сказано выше в пункте 10 со слов «И ты видишь», и потому называются келим и светами обратной стороны, как сказано там. И ты уже знаешь, что света этих келим освободили это место: свет Кетера БОН (озэн) освободил его и соединился с первой головой БОН выше табура (как сказано выше в пункте 9 со слов «Итак, разъяснено»), а два света двух кетеров де-ХУБ освободили его и опустились оттуда в ЗАТ де-Атик, согласно сказанному выше в правиле седьмом, см. там; и потому в них облачились три света КАХАБ головы Атика де-МА. ГАР и ДАР де-ХУБ: ты уже знаешь, что только кетеры де-ХУБ остались в ГАР де-Некудим, будучи из постоянной основы, которой вовсе не коснулись аннулирование и разбиение. В отличие от девяти нижних сфирот де-ХУБ, вышедших в тайне добавления (как сказано в пункте 10 со слов «И ты видишь»), почему они вновь аннулировались и опустились в ЗАТ. И само собой понятно, что раз через Атик де-МА не пришло никакого исправления к тому, что расположено ниже Кетера БОН (как сказано выше в правиле третьем), постольку очевидно, что Хохма и Бина де-Хохма и ХаБаХ де-Бина также остались в ЗАТ.</w:t>
      </w:r>
    </w:p>
    <w:p>
      <w:pPr>
        <w:spacing w:before="40" w:after="120"/>
        <w:jc w:val="both"/>
      </w:pPr>
      <w:r>
        <w:rPr>
          <w:rFonts w:ascii="Georgia" w:hAnsi="Georgia"/>
          <w:b w:val="0"/>
          <w:i w:val="0"/>
          <w:color w:val="000000"/>
          <w:sz w:val="24"/>
        </w:rPr>
        <w:t>Однако там они исправились и обрели статус головы ЗАТ, как сказано выше (стр. 766, правило восьмое, и в правиле девятом, см. там). Однако что касается двух кетеров в этих Хохме и Бине, чье постоянное место — в ГАР де-Некудим, поскольку они относятся к уровню «охель месаперет», в которые облачились ХУБ де-МА: из-за этого их света неизбежно опустились в ЗАТ де-Некудим, согласно правилу седьмому. Считается также, что келим «бадек хая», относящиеся к этим двум кетерам, опустились в парцуф Аба ве-Има мира Ацилут. То есть Бина де-Атик де-МА, которая должна была бы по меньшей мере поднять уровень «бадек хая» кетеров де-ХУБ и восполнить их светом лица (как сказано выше в правилах втором и первом, см. там), — в этом знаке считается не поднявшей их в ГАР, но оставившей их вместе с «бадек хая», относящимися к остальным ступеням ГАР и ДАР де-ХУБ, для парцуфа Аба ве-Има мира Ацилут.</w:t>
      </w:r>
    </w:p>
    <w:p>
      <w:pPr>
        <w:spacing w:before="40" w:after="120"/>
        <w:jc w:val="both"/>
      </w:pPr>
      <w:r>
        <w:rPr>
          <w:rFonts w:ascii="Georgia" w:hAnsi="Georgia"/>
          <w:b w:val="0"/>
          <w:i w:val="0"/>
          <w:color w:val="000000"/>
          <w:sz w:val="24"/>
        </w:rPr>
        <w:t>Таким образом, здесь нет никакого преимущества у кетеров де-ХУБ перед Хохмой, Биной и ХаБаХ де-ХУБ, поскольку все их ЗАТ забрали Аба ве-Има, как сказано выше в «Паним Меирот», стр. 737, со слов «И его причина», см. там. И здесь есть три аспекта: первый — два кетера де-ХУБ де-БОН, оставшиеся в ГАР де-Атик, представляют собой келим обратной стороны; это потому, что «бадек хая», восполняющие их светом лица, не соединились с ними, но остались с ЗАТ остальных уровней де-ХУБ де-БОН в парцуфе Аба ве-Има, так как Бина де-МА не вернула их в голову. Причина в том, что здесь вообще нет соединения МА и БОН в голове Атика, но есть лишь свет БОН в окружающем свете выше табура и свет КАХАБ де-МА сам по себе в голове Атика от табура и ниже, как сказано выше; поэтому его сила мала, чтобы он мог присоединить «бадек хая», относящиеся к этим кетерам, и они остались лишь келим обратной стороны; второй — света двух обратных сторон кетеров де-ХУБ стоят в ЗАТ де-Атик, поскольку свет ХУБ вытеснил их, согласно правилу седьмому; и они находятся в статусе головы ЗАТ в Хеседе и Нецахе, согласно правилу девятому; третий — две обратные стороны кетеров де-ХУБ де-БОН, находящиеся в ГАР де-Атик, нуждаются в том, чтобы их света, стоящие в ЗАТ, светили им.</w:t>
      </w:r>
    </w:p>
    <w:p>
      <w:pPr>
        <w:spacing w:before="40" w:after="120"/>
        <w:jc w:val="both"/>
      </w:pPr>
      <w:r>
        <w:rPr>
          <w:rFonts w:ascii="Georgia" w:hAnsi="Georgia"/>
          <w:b w:val="0"/>
          <w:i w:val="0"/>
          <w:color w:val="000000"/>
          <w:sz w:val="24"/>
        </w:rPr>
        <w:t>Причина в том, что в них облачен лишь свет ХУБ де-Атик де-МА, а свет МА не способен в полноте питать келим де-БОН, как сказано выше в правиле одиннадцатом, см. там. Поэтому света двух кетеров де-ХУБ де-БОН, стоящие в ЗАТ, должны светить им снизу вверх. Семь кетеров де-ЗАТ де-БОН: в них есть два аспекта: первый — они не смогли получить исправление статуса головы ЗАТ, чтобы собраться в Хеседе и Нецахе, как сказано выше в правиле 13, см. там; и это потому, что Бина де-Атик де-МА не подняла «бадек хая» для двух кетеров де-ХУБ, но оставила их в Аба ве-Има, как сказано выше, см. там; второй — благодаря тому, что два света обратных сторон кетеров де-ХУБ де-БОН остаются стоять в ЗАТ де-Атик, а они принадлежат к постоянным светам ГАР, в которых исправление линий существовало с момента, когда Источник выделил их из Себя, — их силы достаточно, чтобы по меньшей мере светить в семь кетеров присущим им свойством исправления; поэтому и в семи кетерах де-ЗАТ де-БОН есть проявление исправления линий. Знак бэт-гимель-далет (</w:t>
      </w:r>
      <w:r>
        <w:rPr>
          <w:rFonts w:ascii="Georgia" w:hAnsi="Georgia" w:cs="Times New Roman"/>
          <w:b/>
          <w:i w:val="0"/>
          <w:color w:val="000000"/>
          <w:sz w:val="24"/>
          <w:rtl/>
          <w:szCs w:val="32"/>
        </w:rPr>
        <w:t>בג״ד</w:t>
      </w:r>
      <w:r>
        <w:rPr>
          <w:rFonts w:ascii="Georgia" w:hAnsi="Georgia"/>
          <w:b w:val="0"/>
          <w:i w:val="0"/>
          <w:color w:val="000000"/>
          <w:sz w:val="24"/>
        </w:rPr>
        <w:t>). Его значение: два окружающих света — МА и БОН; три внутренних света — внутренний свет МА, внутренний свет Хохмы де-БОН, внутренний свет Бины де-БОН; четыре кли — три кли АХАП головы Некудим, и вдобавок к ним четвертое кли из ГАР самого Атика де-МА. И разъясним их одно за другим. Два окружающих света: предпосылка этого знака вытекает из первого аспекта второго разделения, приведенного выше в пункте 12 со слов «Или же можно сказать»: даже если ты скажешь, что МА не соединяется с БОН выше табура, поскольку он в нем не нуждается, все же возможно, что ГАР де-Атик де-МА начинается ото лба первой головы БОН, см. там. И согласно этому у Атика де-МА также есть голова выше табура де-АК, считающаяся первой головой Атика де-МА, которая начинается во лбу и оканчивается в устье табура де-АК; вторая же голова Атика облачает от табура де-АК и ниже — то есть АХАП де-БОН. И здесь есть два аспекта: первый — у МА также есть окружающий свет выше табура, чей уровень равен внутреннему свету первых пяти [сфирот] Кетера БОН; и оказывается, что здесь есть два окружающих света: один — окружающий свет МА, второй — внутренний свет БОН, который также считается окружающим светом для Атика, как сказано выше в пункте 9; второй аспект — хотя первая голова МА равна по высоте внутреннему свету первых пяти [сфирот] Кетера БОН, между ними тем не менее нет совершенно никакого зивуга и соединения, по той причине, что в БОН нет изъяна, ради восполнения которого он нуждался бы в МА, как сказано выше в пункте 9. А раз так, у Кетера БОН нет никакого распространения от табура и ниже, то есть на месте второй головы Атика де-МА, облачающей АХАП: ведь света БОН не распространяются без зивуга с МА, согласно правилу четвертому, см. там. Три внутренних света: один — от МА, то есть ГАР де-Атик от табура де-АК и ниже, облачающие АХАП де-БОН; второй и третий — от БОН: это два света двух кетеров де-ХУБ, которые остались в АХАП де-БОН и не аннулировались во время разбиения сосудов, как сказано выше в пункте 10.</w:t>
      </w:r>
    </w:p>
    <w:p>
      <w:pPr>
        <w:spacing w:before="40" w:after="120"/>
        <w:jc w:val="both"/>
      </w:pPr>
      <w:r>
        <w:rPr>
          <w:rFonts w:ascii="Georgia" w:hAnsi="Georgia"/>
          <w:b w:val="0"/>
          <w:i w:val="0"/>
          <w:color w:val="000000"/>
          <w:sz w:val="24"/>
        </w:rPr>
        <w:t>И здесь есть пять аспектов: первый касается внутреннего света МА: согласно здешней посылке, у него есть собственные келим для облачения, поскольку он является второй головой МА, как сказано выше, и получает света сверху вниз от экрана в пэ первой головы МА, находящейся на табуре над ним; и потому ему нет нужды облачаться в старые келим, оставшиеся в АХАП де-БОН. И четыре аспекта во внутренних светах Хохмы и Бины де-БОН: первый — они представляют собой света обратной стороны, поскольку Бина де-МА не подняла и не присоединила к ним «бадек хая» для их восполнения, как сказано выше, по той причине, что кетеры МА и БОН не соединились в голове Атика, см. там; второй — они пребывают облаченными в свои келим в ГАР де-Атик, а не так, как мы говорили в знаке алеф-алеф-гимель, где они опустились в ЗАТ де-Атик — в Хесед и Нецах. Там это произошло потому, что ГАР де-Атик де-МА облачились в их келим и тем самым вытеснили их, как сказано там; тогда как здесь, раз у ГАР де-Атик де-МА есть собственные келим, он не нуждается в келим кетеров де-ХУБ де-БОН, и потому эти света наверняка остались там и не были вытеснены в ЗАТ; третий — света лица кетеров де-ХУБ де-БОН (то есть света «бадек хая», от которых зависит возвращение света лица в келим «охель месаперет») перешли в Аба ве-Има мира Ацилут, ведь Бина де-Кетер МА не подняла их на уровень ГАР; а значит, они остались на уровне ЗАТ, подобно свойствам «бадек хая» Хохмы и Бины де-Хохма и ХаБаХ де-Бина, которые забрали Аба ве-Има мира Ацилут; четвертый — они исправились как голова Атика Нуквы по отношению к голове Атика де-МА; пятый — они не смешиваются с ХУБ де-Кетер МА, но пребывают сзади них.</w:t>
      </w:r>
    </w:p>
    <w:p>
      <w:pPr>
        <w:spacing w:before="40" w:after="120"/>
        <w:jc w:val="both"/>
      </w:pPr>
      <w:r>
        <w:rPr>
          <w:rFonts w:ascii="Georgia" w:hAnsi="Georgia"/>
          <w:b w:val="0"/>
          <w:i w:val="0"/>
          <w:color w:val="000000"/>
          <w:sz w:val="24"/>
        </w:rPr>
        <w:t>Таким образом, ГАР де-Атик мужского начала де-МА находится спереди, а голова Атика Нуквы — сзади. Четыре кли: это три старых кли АХАП головы БОН, оставшиеся там, свойства которых были объяснены выше на стр. 733, со слов «Знак БГД»; и вдобавок к ним четвертое кли самого МА, поскольку его первая голова находится здесь выше табура, как сказано выше, см. там. Остальные уровни ГАР и ДАР де-Хохма и Бина, то есть Хохма и Бина де-Хохма и ХаБаХ де-Бина: в них нет никаких изменений во всех приведенных сомнениях, ведь несомненно, что они не поднялись в ГАР де-Атик, но пребывают в статусе головы ЗАТ в ЗАТ де-Атик — в Хеседе и Нецахе, как сказано выше в параграфе «ГАР и ДАР», см. там. Семь кетеров де-ЗАТ де-БОН: в них здесь также есть два упомянутых аспекта из знака алеф-алеф-гимель: первый — они не способны собраться в Хеседе и Нецахе, чтобы стать там головой ЗАТ, как сказано там; второй — они по меньшей мере получают от двух кетеров де-ХУБ де-БОН свечение исправления линий, как сказано там. И хотя здесь они не находятся с ними на одном месте (ведь свет кетеров де-ХУБ пребывает в ГАР де-Атик, как сказано выше), тем не менее, поскольку здесь есть добавочное свечение в этих кетерах де-ХУБ де-БОН, так как они исправились в качестве головы Атика Нуквы (как сказано выше в четвертом аспекте внутренних светов ХУБ, см. там), — благодаря этому они могут светить свечением линий семи кетерам, пусть даже не находясь с ними на одном месте. Третий аспект: эти семь кетеров представляют собой тело Атика Нуквы.</w:t>
      </w:r>
    </w:p>
    <w:p>
      <w:pPr>
        <w:spacing w:before="40" w:after="120"/>
        <w:jc w:val="both"/>
      </w:pPr>
      <w:r>
        <w:rPr>
          <w:rFonts w:ascii="Georgia" w:hAnsi="Georgia"/>
          <w:b w:val="0"/>
          <w:i w:val="0"/>
          <w:color w:val="000000"/>
          <w:sz w:val="24"/>
        </w:rPr>
        <w:t>Таким образом, голова Атика Нуквы образована из двух обратных сторон светов и келим кетеров де-ХУБ де-БОН, а тело Атика Нуквы образовано из семи кетеров де-ЗАТ де-БОН, и они соединены в ЗАТ де-Атик де-МА. А Хохма и Бина де-Хохма и ХаБаХ де-Бина исправились в качестве головы ЗАТ де-Атик в Хеседе и Нецахе. Знак бэт-бэт-вав (</w:t>
      </w:r>
      <w:r>
        <w:rPr>
          <w:rFonts w:ascii="Georgia" w:hAnsi="Georgia" w:cs="Times New Roman"/>
          <w:b/>
          <w:i w:val="0"/>
          <w:color w:val="000000"/>
          <w:sz w:val="24"/>
          <w:rtl/>
          <w:szCs w:val="32"/>
        </w:rPr>
        <w:t>בב״ו</w:t>
      </w:r>
      <w:r>
        <w:rPr>
          <w:rFonts w:ascii="Georgia" w:hAnsi="Georgia"/>
          <w:b w:val="0"/>
          <w:i w:val="0"/>
          <w:color w:val="000000"/>
          <w:sz w:val="24"/>
        </w:rPr>
        <w:t>). Два окружающих света, два внутренних света, шесть келим. Посылка этого знака вытекает из второй стороны, приведенной выше на стр. 722 в «Паним Меирот», со слов «Или если»: зивуг и соединение происходят также в МА и БОН выше табура, и тогда есть распространение Кетера БОН также во внутренний свет в ГАР де-Атик, согласно сказанному выше в правиле четвертом. И вот их разъяснение: два окружающих света: внутренний свет первых пяти [сфирот] Кетера БОН, ставший окружающим светом для ГАР де-Атик де-МА, и окружающий свет самого МА — то есть первая голова МА, находящаяся от лба до табура, как сказано выше. И здесь добавляется один аспект: эти два окружающих света совершают зивуг и соединяются друг с другом, подобно ступеням МА и БОН всех парцуфим Ацилута. Два внутренних света: внутренний свет, распространяющийся из первых пяти [сфирот] Кетера БОН благодаря зивугу с МА, и внутренний свет ГАР де-Атик самого МА, как сказано выше. И здесь есть два аспекта: первый — поскольку здесь происходит полное соединение в кетерах МА и БОН как в окружающих, так и во внутренних светах, он поднимает также и «бадек хая», относящиеся к кетерам де-ХУБ де-БОН, называемым хотэм и пэ и ступенью «охель месаперет», как сказано выше в пункте 10. Благодаря этому данные келим кетеров де-ХУБ восполняются и становятся пригодными для того, чтобы в них распространился внутренний свет первых пяти [сфирот] Кетера БОН, согласно правилу пятому: свету БОН свойственно облачаться лишь в свои собственные старые келим, то есть относящиеся к миру Некудим. Подобно всякому высшему парцуфу, который после исчезновения светов из его тела вновь наполняется светами своего второго распространения, тогда как новые келим, выходящие со вторым распространением, целиком относятся к нижнему, как сказано в «Паним Меирот у-Масбирот», стр. 762, со слов «И ты видишь». И точно так же здесь: хотя произошел зивуг между окружающими светами МА и БОН и Кетер де-БОН распространился во внутренний свет в КАХАБ де-Атик де-МА, тем не менее новые келим, вышедшие благодаря этому зивугу МА и БОН, целиком принадлежат ГАР де-Атик де-МА, согласно правилу пятому. И потому распространившийся внутренний свет Кетера БОН вынужден облачиться в старые келим де-АХАП, с той лишь разницей, что там добавился относящийся к ним уровень «бадек хая». Второй аспект: света кетеров де-ХУБ де-БОН были вытеснены вниз, в ЗАТ де-Атик, поскольку света распространения Кетера БОН заняли их место, согласно правилу седьмому. Третий аспект: свет Кетера БОН полностью питает и насыщает келим лицевой и обратной стороны кетеров де-ХУБ де-БОН, и потому они не нуждаются в том, чтобы света кетеров де-ХУБ, находящиеся в ЗАТ де-Атик, светили им снизу вверх, согласно правилу одиннадцатому. Шесть келим: это кли Кетера БОН — то есть озэн; кли КАХАБ де-МА, возникшее теперь при обновлении зивуга на табуре, как сказано выше; и еще четыре кли кетеров де-ХУБ: два их кли лицевой стороны и два кли обратной стороны.</w:t>
      </w:r>
    </w:p>
    <w:p>
      <w:pPr>
        <w:spacing w:before="40" w:after="120"/>
        <w:jc w:val="both"/>
      </w:pPr>
      <w:r>
        <w:rPr>
          <w:rFonts w:ascii="Georgia" w:hAnsi="Georgia"/>
          <w:b w:val="0"/>
          <w:i w:val="0"/>
          <w:color w:val="000000"/>
          <w:sz w:val="24"/>
        </w:rPr>
        <w:t>Ведь «бадек хая» силой Бины де-Кетер МА вновь соединились со своим ГАР, то есть с категорией «охель месаперет», оставшейся в ГАР де-Некудим; а значит, есть два кли кетеров де-ХУБ от уровня «охель месаперет» и два кли кетеров де-ХУБ от уровня «бадек хая», соединившихся с ними, как сказано. ГАР и ДАР де-ХУБ: в них здесь есть четыре аспекта: первый — все келим кетеров, как от «охель месаперет», так и от относящихся к ним «бадек хая», находятся в ГАР де-Атик, и в них облачается свет Кетера БОН, как сказано выше; второй — все света этих кетеров, как свет лица, так и свет обратной стороны, приходят в ЗАТ де-Атик, поскольку свет Кетера БОН, будучи более высоким, нежели свет кетеров де-ХУБ де-БОН, занял их место, согласно правилу седьмому; третий — света кетеров де-ХУБ де-БОН, стоящие, как сказано, в ЗАТ де-Атик, не должны светить снизу вверх своим келим, находящимся в ГАР де-Атик (согласно правилу 11): поскольку в тех находится свет ступени БОН, более возвышенный, нежели их собственные света, его несомненно достаточно для них, и они не нуждаются в своих светах, стоящих в ЗАТ; четвертый — света ГАР де-Хохма собраны в качестве головы ЗАТ в Хеседе де-Атик, а света ДАР де-Бина собраны в качестве головы ЗАТ в Нецахе де-Атик, согласно правилу девятому. Семь кетеров де-ЗАТ де-Некудим: определяются здесь как собравшиеся и исправившиеся в качестве головы ЗАТ в Хеседе и Нецахе благодаря светам лица и обратной стороны кетеров де-ХУБ де-БОН, находящимся вместе с ними на одном месте, как сказано выше в правиле тринадцатом, см. там. Знак бэт-далет-далет первый (</w:t>
      </w:r>
      <w:r>
        <w:rPr>
          <w:rFonts w:ascii="Georgia" w:hAnsi="Georgia" w:cs="Times New Roman"/>
          <w:b/>
          <w:i w:val="0"/>
          <w:color w:val="000000"/>
          <w:sz w:val="24"/>
          <w:rtl/>
          <w:szCs w:val="32"/>
        </w:rPr>
        <w:t>בדד א</w:t>
      </w:r>
      <w:r>
        <w:rPr>
          <w:rFonts w:ascii="Georgia" w:hAnsi="Georgia"/>
          <w:b w:val="0"/>
          <w:i w:val="0"/>
          <w:color w:val="000000"/>
          <w:sz w:val="24"/>
        </w:rPr>
        <w:t>). Два окружающих света, четыре внутренних света, четыре кли. Главное сомнение здесь заключается в следующем: хотя Бина де-Атик де-МА поднимает и соединяет также и «бадек хая», относящиеся к двум кетерам де-ХУБ де-БОН (как сказано выше в правиле первом), тем не менее келим «бадек хая» не поднимаются здесь в ГАР де-Некудим, но соединяются с ними, находясь в ЗАТ де-Атик. Ведь ты уже знаешь, что ЗАТ де-Атик — это не законченные ЗАТ, а уровень хотэм и пэ де-рош Атика, вышедший наружу из его головы и ставший ЗАТ, как сказано выше в «Паним Меирот у-Масбирот», стр. 759, со слов «И это». Ты знаешь также, что эти два кетера де-ХУБ де-БОН — это также уровень хотэм и пэ де-рош Некудим, как сказано выше на стр. 762 со слов «И выходит». И раз так, хотя «бадек хая» и соединяются с «охель месаперет» кетеров де-ХУБ де-БОН, все же «охель месаперет» пребывают в ГАР, а «бадек хая» — в теле, и благодаря этому между ними существует полное соединение по упомянутой причине.</w:t>
      </w:r>
    </w:p>
    <w:p>
      <w:pPr>
        <w:spacing w:before="40" w:after="120"/>
        <w:jc w:val="both"/>
      </w:pPr>
      <w:r>
        <w:rPr>
          <w:rFonts w:ascii="Georgia" w:hAnsi="Georgia"/>
          <w:b w:val="0"/>
          <w:i w:val="0"/>
          <w:color w:val="000000"/>
          <w:sz w:val="24"/>
        </w:rPr>
        <w:t>И вот в отношении двух окружающих светов здесь нет никакого отличия от предыдущего знака бэт-бэт-вав; однако во внутренних светах здесь есть два аспекта: первый — здесь возможно, чтобы света лица кетеров де-ХУБ де-БОН находились в голове в своих келим от «охель месаперет», несмотря на то что в них облачен свет Кетера БОН. И хотя известно, что высший свет вытесняет вниз худший по отношению к нему свет (согласно правилу седьмому), тем не менее здесь, поскольку келим их «бадек хая» находятся в теле со светом обратной стороны, возможно, что свет лица останется в ГАР вместе со светом Кетера БОН, ведь это малые света и их нет нужды вытеснять. И хотя в знаке алеф-алеф-гимель мы сказали, что свет ХУБ де-МА вытесняет свет обратной стороны кетеров де-ХУБ де-БОН, пусть даже это малые света, существует различие: там ситуация иная, поскольку свет МА отличен от светов БОН и потому вытесняет их, пусть даже они малы; тогда как здесь в них облачен свет Кетера БОН, принадлежащий к тому же уровню, что и кетеры де-ХУБ де-БОН, и потому правомерно сомневаться: быть может, они остаются вместе со светом Кетера БОН, и он не вытесняет их вниз? И в таком случае в голове Атика есть четыре внутренних света: внутренний свет Кетера БОН, внутренний свет КАХАБ де-МА, внутренний свет лицевой стороны Кетера Хохмы де-БОН и внутренний свет лицевой стороны Бины де-БОН. Второй аспект: поскольку свет лица кетеров де-ХУБ находится в голове, а свет обратной стороны — в теле, здесь образуется полный парцуф этих кетеров, соединенных вместе в голове и теле; и потому считается, что от внутренних светов кетеров де-ХУБ в голове протягивается полное распространение и совершенное свечение из головы в тело Атика, поскольку они связаны и выстроены в голове и теле в надлежащем для парцуфа порядке. Четыре кли: первое — кли Кетера БОН, являющееся тайной озэн, как сказано выше; второе — кли КАХАБ де-МА, как сказано выше в знаках бэт-гимель-далет и бэт-бэт-вав; третье и четвертое — два кетера лицевой стороны де-ХУБ де-БОН из келим «охель месаперет», являющихся хотэм и пэ де-Некудим, как сказано выше в знаке бэт-гимель-далет; с той разницей, что здесь «охель месаперет» стали келим лицевой стороны, поскольку к ним присоединяются «бадек хая», находясь в теле Атика, как сказано выше. ГАР и ДАР де-ХУБ стоят и здесь в ЗАТ де-Атик в статусе головы ЗАТ, в Хеседе и Нецахе, как в знаке бэт-бэт-вав; однако здесь есть три аспекта: первый — здесь недостает света лица кетеров де-ХУБ де-БОН, которые поднялись в ГАР, как сказано выше, и здесь от них есть лишь свет обратной стороны; второй — здесь присутствуют также келим «бадек хая», относящиеся к кетерам де-ХУБ де-БОН; третий — они получают совершенное свечение и полное распространение от света лица своих кетеров де-ХУБ, стоящих в ГАР, будучи соединены с ними в единый парцуф надлежащим образом, как сказано выше. Семь кетеров де-ЗАТ де-БОН: относительно них здесь есть три сомнения: первое — поскольку «бадек хая» кетеров де-ХУБ де-БОН связаны со светом лица в их «охель месаперет», стоящем в ГАР, «бадек хая» этих кетеров получают совершенное свечение, находясь в ЗАТ; и потому они светят и исправляют вместе с собой семь кетеров де-ЗАТ де-БОН также в статус головы ЗАТ, как в знаке бэт-бэт-вав, см. там; второе — или же, возможно, там ситуация иная, поскольку свет лица кетеров де-ХУБ де-БОН находится также на месте ЗАТ Атика вместе с семью кетерами де-ЗАТ де-БОН.</w:t>
      </w:r>
    </w:p>
    <w:p>
      <w:pPr>
        <w:spacing w:before="40" w:after="120"/>
        <w:jc w:val="both"/>
      </w:pPr>
      <w:r>
        <w:rPr>
          <w:rFonts w:ascii="Georgia" w:hAnsi="Georgia"/>
          <w:b w:val="0"/>
          <w:i w:val="0"/>
          <w:color w:val="000000"/>
          <w:sz w:val="24"/>
        </w:rPr>
        <w:t>Кроме того, свет лица Кетера БОН оказывается облаченным в келим двух кетеров де-ХУБ де-БОН, и его свечение также распространяется в ЗАТ, возвеличивая и расширяя свет лица двух кетеров де-ХУБ де-БОН, стоящий в ЗАТ (ведь они также относятся к уровню ГАР, которые были соединены в Кетере БОН с момента, когда Источник выделил их из Себя, как сказано выше); и потому их света помогают семи кетерам, исправляя их в статусе головы ЗАТ в Хеседе и Нецахе. В отличие от здешней ситуации, где свет лица кетеров де-ХУБ де-БОН находится не на одном месте с ними, ведь он поднялся в ГАР, как сказано выше. Более того: свет Кетера БОН не облачен здесь в келим двух кетеров де-ХУБ де-БОН, но их собственный свет лица облачен в них, и лишь их собственное свечение протягивается в ЗАТ к их свету обратной стороны, находящемуся в «бадек хая»; поэтому они не соединяются с ними столь тесно, и света «бадек хая» сами по себе не способны исправить их и собрать в статус головы ЗАТ, но лишь светят в них свечением исправления линий, как в знаках бэт-гимель-далет и алеф-алеф-гимель, см. там; третье — или же, возможно, даже свечения исправления линий они здесь не получают, поскольку этот случай не подобен знаку алеф-алеф-гимель: ведь там свет «охель месаперет» находится на одном месте с семью кетерами, а свет «охель месаперет» — даже тогда, когда ему недостает восполнения от «бадек хая», из-за чего в нем есть лишь свет обратной стороны, — все же считается светом головы, ведь келим «охель месаперет» происходят из ГАР де-Некудим, будучи лишь головой катнута. А как известно, в ГАР де-Некудим существовало исправление линий, и потому их достаточно, чтобы светить свойством исправления линий также и семи кетерам. В отличие от здешней ситуации: поскольку свет «бадек хая» кетеров де-ХУБ по своему корню происходит не из ГАР де-Некудим, а из тайны добавления (как сказано в «Паним Меирот», стр. 749, со слов «И согласно»), они не способны светить в семи кетерах свойством исправления линий, но те остаются совершенно без исправления, какими были в начале, когда Источник выделил их из Себя, то есть один под другим, как сказано в правиле четырнадцатом. Бэт-далет-далет второй (</w:t>
      </w:r>
      <w:r>
        <w:rPr>
          <w:rFonts w:ascii="Georgia" w:hAnsi="Georgia" w:cs="Times New Roman"/>
          <w:b/>
          <w:i w:val="0"/>
          <w:color w:val="000000"/>
          <w:sz w:val="24"/>
          <w:rtl/>
          <w:szCs w:val="32"/>
        </w:rPr>
        <w:t>בדד ב</w:t>
      </w:r>
      <w:r>
        <w:rPr>
          <w:rFonts w:ascii="Georgia" w:hAnsi="Georgia"/>
          <w:b w:val="0"/>
          <w:i w:val="0"/>
          <w:color w:val="000000"/>
          <w:sz w:val="24"/>
        </w:rPr>
        <w:t>). Два окружающих света МА и БОН, четыре внутренних света, четыре кли. Главное сомнение здесь состоит в следующем: быть может, «бадек хая» не соединяются с кетерами де-ХУБ, поскольку Бина де-Атик де-МА не поднимает их? Ведь есть основание сомневаться: быть может, Бина де-Атик де-МА вовсе не поднимает ничего из того, что ниже Кетера, как сказано в правиле третьем. И хотя кетеры де-ХУБ де-БОН также относятся к Кетеру (как сказано выше в «Паним Меирот» и «Паним Меирот у-Масбирот»), они тем не менее не полностью тождественны ГАР де-Атик, но подобны хотэм и пэ де-Атик, вышедшим и у него на уровень ЗАТ; и потому келим кетеров де-ХУБ остаются со светом обратной стороны, а не лица, согласно правилу второму. И потому здесь различаются: два окружающих света, как сказано выше в знаках бэт-бэт-вав и бэт-далет-далет; четыре внутренних света, коими являются внутренний свет первых пяти [сфирот] Кетера БОН и внутренний свет Кетера МА, как сказано выше в знаке бэт-далет-далет, и два внутренних света кетеров де-ХУБ де-БОН в качестве обратной стороны, а не лица, как сказано выше, поскольку в них недостает относящихся к ним «бадек хая».</w:t>
      </w:r>
    </w:p>
    <w:p>
      <w:pPr>
        <w:spacing w:before="40" w:after="120"/>
        <w:jc w:val="both"/>
      </w:pPr>
      <w:r>
        <w:rPr>
          <w:rFonts w:ascii="Georgia" w:hAnsi="Georgia"/>
          <w:b w:val="0"/>
          <w:i w:val="0"/>
          <w:color w:val="000000"/>
          <w:sz w:val="24"/>
        </w:rPr>
        <w:t>И в этих кетерах де-ХУБ есть три аспекта: первый — они представляют собой света и келим обратной стороны, согласно правилу второму; второй — они светят со своего места вниз, в ЗАТ де-Атик, не свойством исправления линий, а свойством один под другим: свет Кетера Хохмы светит в ХАГАТ, а свет Кетера Бины светит в НЕХИМ, согласно сказанному в правиле девятом; третий — келим «бадек хая», относящиеся к этим двум кетерам де-ХУБ де-БОН, приходят в парцуф Аба ве-Има. Семь кетеров де-ЗАТ де-БОН: они определяются здесь как не получающие никакого исправления от кетеров де-ХУБ де-БОН из-за двух недостатков: первый — они не находятся с ними на одном месте, поскольку света кетеров де-ХУБ де-БОН пребывают здесь в ГАР; второй — они находятся там не в качестве светов лица, как в знаке бэт-далет-далет первый, когда они по меньшей мере светят со своего места в ЗАТ совершенным свечением и полным распространением в исправлении линий, будучи соединены с относящимися к ним «бадек хая», стоящими в ЗАТ. Здесь же они представляют собой свет обратной стороны, а не лица, и тогда не способны светить вниз в качестве исправления линий, согласно сказанному выше в правиле девятом; и потому семь кетеров остаются совершенно без исправления — один под другим, как вышли в начале, когда Источник выделил их из Себя в ЗАТ де-Некудим.</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2) </w:t>
      </w:r>
      <w:r>
        <w:rPr>
          <w:rFonts w:ascii="Georgia" w:hAnsi="Georgia"/>
          <w:b/>
          <w:i w:val="0"/>
          <w:color w:val="000000"/>
          <w:sz w:val="24"/>
        </w:rPr>
        <w:t>«Света ахор де-ХУБ де-БОН внизу, в гуф де-Атик, которые суть ЗАТ, а свет паним остался в Аба ве-Има и т.д.»</w:t>
      </w:r>
      <w:r>
        <w:rPr>
          <w:rFonts w:ascii="Georgia" w:hAnsi="Georgia"/>
          <w:b w:val="0"/>
          <w:i w:val="0"/>
          <w:color w:val="000000"/>
          <w:sz w:val="24"/>
        </w:rPr>
        <w:t xml:space="preserve"> —</w:t>
      </w:r>
    </w:p>
    <w:p>
      <w:pPr>
        <w:spacing w:before="40" w:after="120"/>
        <w:jc w:val="both"/>
      </w:pPr>
      <w:r>
        <w:rPr>
          <w:rFonts w:ascii="Georgia" w:hAnsi="Georgia"/>
          <w:b w:val="0"/>
          <w:i w:val="0"/>
          <w:color w:val="000000"/>
          <w:sz w:val="24"/>
        </w:rPr>
        <w:t>Вот общее правило: везде, где говорится, что в рош де-Атик нет ничего, кроме келим де-ахораим кетеров ХУБ де-БОН, — то есть в знаках алеф-алеф-гимель (</w:t>
      </w:r>
      <w:r>
        <w:rPr>
          <w:rFonts w:ascii="Georgia" w:hAnsi="Georgia" w:cs="Times New Roman"/>
          <w:b/>
          <w:i w:val="0"/>
          <w:color w:val="000000"/>
          <w:sz w:val="24"/>
          <w:rtl/>
          <w:szCs w:val="32"/>
        </w:rPr>
        <w:t>אא״ג</w:t>
      </w:r>
      <w:r>
        <w:rPr>
          <w:rFonts w:ascii="Georgia" w:hAnsi="Georgia"/>
          <w:b w:val="0"/>
          <w:i w:val="0"/>
          <w:color w:val="000000"/>
          <w:sz w:val="24"/>
        </w:rPr>
        <w:t>), бэт-гимель-далет (</w:t>
      </w:r>
      <w:r>
        <w:rPr>
          <w:rFonts w:ascii="Georgia" w:hAnsi="Georgia" w:cs="Times New Roman"/>
          <w:b/>
          <w:i w:val="0"/>
          <w:color w:val="000000"/>
          <w:sz w:val="24"/>
          <w:rtl/>
          <w:szCs w:val="32"/>
        </w:rPr>
        <w:t>בג״ד</w:t>
      </w:r>
      <w:r>
        <w:rPr>
          <w:rFonts w:ascii="Georgia" w:hAnsi="Georgia"/>
          <w:b w:val="0"/>
          <w:i w:val="0"/>
          <w:color w:val="000000"/>
          <w:sz w:val="24"/>
        </w:rPr>
        <w:t>) и во втором бэт-далет-далет (</w:t>
      </w:r>
      <w:r>
        <w:rPr>
          <w:rFonts w:ascii="Georgia" w:hAnsi="Georgia" w:cs="Times New Roman"/>
          <w:b/>
          <w:i w:val="0"/>
          <w:color w:val="000000"/>
          <w:sz w:val="24"/>
          <w:rtl/>
          <w:szCs w:val="32"/>
        </w:rPr>
        <w:t>בד״ד</w:t>
      </w:r>
      <w:r>
        <w:rPr>
          <w:rFonts w:ascii="Georgia" w:hAnsi="Georgia"/>
          <w:b w:val="0"/>
          <w:i w:val="0"/>
          <w:color w:val="000000"/>
          <w:sz w:val="24"/>
        </w:rPr>
        <w:t>), — это указывает на то, что им недостает ЗАТ, то есть келим бэдэк хая, называемых паним, и потому им недостает светов ГАР, как сказано выше. В таком случае само собой понятно, что этих келим бэдэк хая нет и в гуф де-Атик. Ведь если бы они находились там, в гуф, то соединились бы с келим охель миспарэт, находящимися в рош, как тому и положено быть, и тогда келим вновь вернулись бы в состояние паним бе-паним, как сказано выше. Но как же тогда возможно, чтобы в келим охель миспарэт был только свет ахораим, а не паним? Отсюда несомненно, что келим бэдэк хая у них отсутствуют и не находятся вместе с ними в одном парцуфе. Следовательно, они непременно пребывают в другом парцуфе — а именно исключительно в Аба ве-Има, и нигде кроме них, как сказано выше, см. там.</w:t>
      </w:r>
    </w:p>
    <w:p>
      <w:pPr>
        <w:spacing w:before="40" w:after="120"/>
        <w:jc w:val="both"/>
      </w:pPr>
      <w:r>
        <w:rPr>
          <w:rFonts w:ascii="Georgia" w:hAnsi="Georgia"/>
          <w:b w:val="0"/>
          <w:i w:val="0"/>
          <w:color w:val="000000"/>
          <w:sz w:val="24"/>
        </w:rPr>
        <w:t xml:space="preserve">3) </w:t>
      </w:r>
      <w:r>
        <w:rPr>
          <w:rFonts w:ascii="Georgia" w:hAnsi="Georgia"/>
          <w:b/>
          <w:i w:val="0"/>
          <w:color w:val="000000"/>
          <w:sz w:val="24"/>
        </w:rPr>
        <w:t>«Ведь свет ахор Кетера Хохмы де-БОН находится в Хеседе де-Атик и т.д.»</w:t>
      </w:r>
      <w:r>
        <w:rPr>
          <w:rFonts w:ascii="Georgia" w:hAnsi="Georgia"/>
          <w:b w:val="0"/>
          <w:i w:val="0"/>
          <w:color w:val="000000"/>
          <w:sz w:val="24"/>
        </w:rPr>
        <w:t xml:space="preserve"> —</w:t>
      </w:r>
    </w:p>
    <w:p>
      <w:pPr>
        <w:spacing w:before="40" w:after="120"/>
        <w:jc w:val="both"/>
      </w:pPr>
      <w:r>
        <w:rPr>
          <w:rFonts w:ascii="Georgia" w:hAnsi="Georgia"/>
          <w:b w:val="0"/>
          <w:i w:val="0"/>
          <w:color w:val="000000"/>
          <w:sz w:val="24"/>
        </w:rPr>
        <w:t>И здесь тебе нужно вспомнить объясненное в предыдущей ветви: ХУБ иногда разделяются на два парцуфа — высший и низший, где высший называется высшими Аба ве-Има (Аба ве-Има илаин), а низший — ИШСУТ; а иногда они снова соединяются в один парцуф справа и слева, когда ИШСУТ, бывший отдельным нижним парцуфом, вновь поднимается на уровень высших Аба ве-Има, но по его левой линии. И тогда Аба ве-Има и ИШСУТ оказываются справа и слева на одной высоте. И точно так же следует различать [состояния] ГАР и четырех первых [сфирот] де-ХУБ де-БОН, исправившихся в парцуфе Атик. Ведь ГАР де-Хохма и четыре первые [сфирот] де-Бина могут исправиться оба на одной высоте, но в виде линий: ГАР де-Хохма будут в правой линии, а четыре первые [сфирот] де-Бина — в левой линии. А могут проявиться в виде двух парцуфим, высшего и низшего, подобно тому как они вышли в мире Некудим: сначала высшие Аба ве-Има вышли на месте ГАР де-Некудим, а их второе распространение вышло в трех мелахим ХАГАТ; а затем вышел ИШСУТ, когда три линии КАХАБ распространились на место ХАГАТ, и его второе распространение вышло в четырех мелахим НЕХИМ, как написал Учитель выше на с. 408, см. там внимательно. И это зависит от того, соединяются ли келим бэдэк хая, составляющие нижнюю половину ступени ХУБ, со своей верхней половиной, то есть охель миспарэт, или же не соединяются. Ведь когда они не соединяются, келим охель миспарэт считаются высшими Аба ве-Има, а келим бэдэк хая — ИШСУТ, то есть двумя отдельными парцуфим, высшим и низшим, и потому оба они являются неполными, как сказано выше. Когда же масах опускается на свое место и келим бэдэк хая вновь соединяются с келим охель миспарэт в один парцуф ГАР и ЗАТ, тогда Аба ве-Има и ИШСУТ считаются одним парцуфом, но разделенным по линиям справа и слева, как сказано выше и как написано в «Паним Меирот» выше на с. 646, со слов «И Аба», см. там внимательно.</w:t>
      </w:r>
    </w:p>
    <w:p>
      <w:pPr>
        <w:spacing w:before="40" w:after="120"/>
        <w:jc w:val="both"/>
      </w:pPr>
      <w:r>
        <w:rPr>
          <w:rFonts w:ascii="Georgia" w:hAnsi="Georgia"/>
          <w:b w:val="0"/>
          <w:i w:val="0"/>
          <w:color w:val="000000"/>
          <w:sz w:val="24"/>
        </w:rPr>
        <w:t>И отсюда ты поймешь, что в первом знаке бэт-далет-далет, где паним кетеров ХУБ находятся в ГАР де-Атик, а ахор кетеров ХУБ — в ЗАТ де-Атик, и бэдэк хая оказываются соединены с охель миспарэт в один парцуф ГАР и ЗАТ, как тому и положено быть, — Аба ве-Има и ИШСУТ снова стали одним парцуфом по линиям, так что Кетер Хохмы находится в правой линии, а Кетер Бины — в левой линии. И точно так же в бэдэк хая, находящихся в ЗАТ де-Атик: ахор Кетера Хохмы будет в правой линии, а ахор Кетера Бины — в левой линии. Однако остальные уровни ГАР и четырех первых [сфирот] де-ХУБ, кроме их кетеров, — то есть Хохма и Бина де-Хохма, а также Хохма, Бина и Хесед де-Бина, — здесь еще не исправились, поскольку весь МАН, исправившийся в Атике, достигает только уровня Кетер и совершенно не касается того, что ниже Кетера, как написал Учитель выше на с. 609: «когда исправился Атик, из того, что ниже него, не исправилось ничего», см. там.</w:t>
      </w:r>
    </w:p>
    <w:p>
      <w:pPr>
        <w:spacing w:before="40" w:after="120"/>
        <w:jc w:val="both"/>
      </w:pPr>
      <w:r>
        <w:rPr>
          <w:rFonts w:ascii="Georgia" w:hAnsi="Georgia"/>
          <w:b w:val="0"/>
          <w:i w:val="0"/>
          <w:color w:val="000000"/>
          <w:sz w:val="24"/>
        </w:rPr>
        <w:t>Поэтому они все еще остаются разделенными: Хохма и Бина де-Хохма де-БОН стоят в Хеседе де-Атик и оттуда светят всему ХАГАТ, а Хохма, Бина и Хесед де-Бина де-БОН стоят в Нецахе де-Атик и оттуда светят всему НЕХИМ. Причина же их пребывания в этих сфирот заключается в том, что пока они не исправились, они пребывают в статусе ЗАТ, лишенных рош и ГАР, то есть в свойстве ахораим, а не паним. И известно: везде, где ЗАТ рассматриваются как лишенные ГАР, у них тем не менее непременно есть свойство ГАР, но только облаченное в высшую сфиру из ЗАТ — то есть в их сфиру Хесед. Подобно этому говорит Учитель о сфирот мира Брия, где есть лишь семь нижних сфирот, называемых семью чертогами, и высший чертог из них — чертог Хесед — включает в себя их ГАР, как написано в «Эц Хаим», врата 46, глава 3, и во многих других местах, см. там. И точно так же здесь: поскольку из ГАР и четырех первых [сфирот] де-ХУБ де-БОН здесь исправились только кетеры, а ХУБ де-Хохма де-БОН и Хохма-Бина-Хесед де-Бина де-БОН не исправились, в них есть лишь света их тела времен мира Некудим. Ведь гуф де-Аба — это свойство ХАГАТ де-Некудим, и потому высшая сфира, то есть Хесед де-Некудим, включает в себя ГАР — то есть ХУБ де-Хохма де-БОН. Так же и Хохма-Бина-Хесед де-Бина, являющиеся тайной ИШСУТ де-Некудим, чье тело — это четыре мелеха НЕХИМ де-Некудим: эти Хохма-Бина-Хесед тоже оказываются облаченными в высшую сфиру его тела, то есть в сфиру Нецах.</w:t>
      </w:r>
    </w:p>
    <w:p>
      <w:pPr>
        <w:spacing w:before="40" w:after="120"/>
        <w:jc w:val="both"/>
      </w:pPr>
      <w:r>
        <w:rPr>
          <w:rFonts w:ascii="Georgia" w:hAnsi="Georgia"/>
          <w:b w:val="0"/>
          <w:i w:val="0"/>
          <w:color w:val="000000"/>
          <w:sz w:val="24"/>
        </w:rPr>
        <w:t>Итак, тебе стало ясно: пока в ГАР есть только свет ахораим, они считаются ЗАТ, а высшая сфира этих ЗАТ включает в себя ГАР. Именно по этой причине свет ГАР де-Хохма де-БОН облачен в Хесед, а свет четырех первых [сфирот] де-Бина — в Нецах. Однако их кетеры, которые, согласно первому знаку бэт-далет-далет, оказываются исправленными лицом к лицу, когда Аба ве-Има и ИШСУТ снова соединяются в один парцуф на одном уровне, — обладают подлинным ГАР в порядке правой и левой линий, как было сказано.</w:t>
      </w:r>
    </w:p>
    <w:p>
      <w:pPr>
        <w:spacing w:before="40" w:after="120"/>
        <w:jc w:val="both"/>
      </w:pPr>
      <w:r>
        <w:rPr>
          <w:rFonts w:ascii="Georgia" w:hAnsi="Georgia"/>
          <w:b w:val="0"/>
          <w:i w:val="0"/>
          <w:color w:val="000000"/>
          <w:sz w:val="24"/>
        </w:rPr>
        <w:t>И об этом говорит [Учитель]: в знаке алеф-алеф-гимель, где света кетеров ХУБ тоже не исправились, даже Кетер Хохмы де-БОН оказывается в Хеседе де-Атик, равно как и Кетер Бины де-БОН — в Нецахе де-Атик, и тем более остальные уровни ГАР и четырех первых [сфирот] де-ХУБ де-БОН. И это сопряжено с двумя изъянами: во-первых, они разделены и расположены один под другим, а во-вторых, лишены рош, так что ГАР каждого из них находится в высшей сфире относящегося к нему тела — то есть Хесед для Хохмы и Нецах для Бины, как объяснено. И знай: хотя Учитель говорит лишь о кетерах ХУБ де-БОН, что они стоят в Хеседе и Нецахе, то же самое относится к ХУБ де-Хохма и Хохме-Бине-Хеседу де-Бина, ведь это следует тем более. И так же прямо объяснено в «Мево Шеарим», врата 3, часть 1, глава 4, см. там. Запомни же все сказанное очень хорошо для каждого слова этой ветви, поскольку повторять столь пространное [объяснение] невозможно.</w:t>
      </w:r>
    </w:p>
    <w:p>
      <w:pPr>
        <w:spacing w:before="40" w:after="120"/>
        <w:jc w:val="both"/>
      </w:pPr>
      <w:r>
        <w:rPr>
          <w:rFonts w:ascii="Georgia" w:hAnsi="Georgia"/>
          <w:b w:val="0"/>
          <w:i w:val="0"/>
          <w:color w:val="000000"/>
          <w:sz w:val="24"/>
        </w:rPr>
        <w:t xml:space="preserve">4) </w:t>
      </w:r>
      <w:r>
        <w:rPr>
          <w:rFonts w:ascii="Georgia" w:hAnsi="Georgia"/>
          <w:b/>
          <w:i w:val="0"/>
          <w:color w:val="000000"/>
          <w:sz w:val="24"/>
        </w:rPr>
        <w:t>«Эти их света протягивают и посылают свечение к келим снизу вверх:»</w:t>
      </w:r>
      <w:r>
        <w:rPr>
          <w:rFonts w:ascii="Georgia" w:hAnsi="Georgia"/>
          <w:b w:val="0"/>
          <w:i w:val="0"/>
          <w:color w:val="000000"/>
          <w:sz w:val="24"/>
        </w:rPr>
        <w:t xml:space="preserve"> —</w:t>
      </w:r>
    </w:p>
    <w:p>
      <w:pPr>
        <w:spacing w:before="40" w:after="120"/>
        <w:jc w:val="both"/>
      </w:pPr>
      <w:r>
        <w:rPr>
          <w:rFonts w:ascii="Georgia" w:hAnsi="Georgia"/>
          <w:b w:val="0"/>
          <w:i w:val="0"/>
          <w:color w:val="000000"/>
          <w:sz w:val="24"/>
        </w:rPr>
        <w:t>Ведь на самом деле эти света — то есть света ахораим кетеров ХУБ — должны были находиться в своих келим в рош де-Атик, поскольку там их истинное место с самого начала, когда Источник выделил мир Некудим из Себя. И известно, что их не коснулись никакой изъян и умаление по причине разбиения, как сказано выше на с. 731, со слов «Однако». А то, что они опустились оттуда в ЗАТ де-Атик, произошло исключительно потому, что света паним де-МА, у которых самих по себе нет келим, были вынуждены облачиться в имеющиеся там келим кетеров ХУБ. И получилось, что они вытеснили эти света кетеров, уступающие им по уровню, в ЗАТ де-Атик, как написано о знаке алеф-алеф-гимель в «Паним Меирот», см. там внимательно. И потому эти света во всяком случае сохраняют силу посылать свое свечение снизу вверх — то есть из ЗАТ в ГАР, ведь их сила нисколько не уменьшилась из-за этого нисхождения, как было сказано.</w:t>
      </w:r>
    </w:p>
    <w:p>
      <w:pPr>
        <w:spacing w:before="40" w:after="120"/>
        <w:jc w:val="both"/>
      </w:pPr>
      <w:r>
        <w:rPr>
          <w:rFonts w:ascii="Georgia" w:hAnsi="Georgia"/>
          <w:b w:val="0"/>
          <w:i w:val="0"/>
          <w:color w:val="000000"/>
          <w:sz w:val="24"/>
        </w:rPr>
        <w:t>Кроме того, этим келим кетеров ХУБ де-БОН необходимо получать свечение от своих собственных светов. И хотя сейчас в них облачены ХУБ более высокие, чем их собственный уровень, — ведь в них облачены ХУБ де-Кетер МА, как сказано выше, см. там, — однако в келим де-БОН есть множество частных различий, которых нет в светах де-МА, чтобы обеспечить их потребности. И для того чтобы восполнить эти недостатки, упомянутые келим вынуждены получать свечение от относящихся к ним светов де-БОН, находящихся в ЗАТ де-Атик, то есть снизу вверх, как сказано, и пойми это хорошо. Однако далее, в знаке бэт-бэт-вав, где в келим кетеров ХУБ де-БОН присутствует свет Кетера БОН, этим светам кетеров, стоящим в ЗАТ, конечно же, вовсе не нужно светить своим келим, стоящим в ГАР, поскольку у тех есть более высокий свет, к тому же относящийся к уровню БОН.</w:t>
      </w:r>
    </w:p>
    <w:p>
      <w:pPr>
        <w:spacing w:before="40" w:after="120"/>
        <w:jc w:val="both"/>
      </w:pPr>
      <w:r>
        <w:rPr>
          <w:rFonts w:ascii="Georgia" w:hAnsi="Georgia"/>
          <w:b w:val="0"/>
          <w:i w:val="0"/>
          <w:color w:val="000000"/>
          <w:sz w:val="24"/>
        </w:rPr>
        <w:t xml:space="preserve">5) </w:t>
      </w:r>
      <w:r>
        <w:rPr>
          <w:rFonts w:ascii="Georgia" w:hAnsi="Georgia"/>
          <w:b/>
          <w:i w:val="0"/>
          <w:color w:val="000000"/>
          <w:sz w:val="24"/>
        </w:rPr>
        <w:t>«И вот эти кетеры ЗАТ де-БОН разделяются в ЗАТ де-Атик и т.д.»</w:t>
      </w:r>
      <w:r>
        <w:rPr>
          <w:rFonts w:ascii="Georgia" w:hAnsi="Georgia"/>
          <w:b w:val="0"/>
          <w:i w:val="0"/>
          <w:color w:val="000000"/>
          <w:sz w:val="24"/>
        </w:rPr>
        <w:t xml:space="preserve"> —</w:t>
      </w:r>
    </w:p>
    <w:p>
      <w:pPr>
        <w:spacing w:before="40" w:after="120"/>
        <w:jc w:val="both"/>
      </w:pPr>
      <w:r>
        <w:rPr>
          <w:rFonts w:ascii="Georgia" w:hAnsi="Georgia"/>
          <w:b w:val="0"/>
          <w:i w:val="0"/>
          <w:color w:val="000000"/>
          <w:sz w:val="24"/>
        </w:rPr>
        <w:t>Чтобы понять это, нужно хорошо уяснить суть этих семи кетеров ЗАТ де-БОН, а также суть ЗАТ самого Атика и соотношение между ними. И эти семь кетеров ЗАТ де-БОН не следует толковать так, будто они происходят от самих ЗАТ де-БОН, каждая из которых включает десять [сфирот], и Атик взял содержащиеся в них кетеры. Ведь Учитель уже писал, что все эти ЗАТ разбились спереди и сзади, и от них не осталось ничего. В таком случае, конечно, и включение в них ГАР не считается подлинным ГАР, ведь в ГАР разбиение вообще не происходит, как известно. Непременно следует признать, что даже тот ГАР, который включен в ЗАТ, полностью подчиняется закону ЗАТ, и это очевидно. И как же в таком случае Атик мог взять кетеры этих ЗАТ, находящихся ниже даже ХУБ, в то время как в нем не исправилось ничего из того, что ниже Кетера, как известно? Ты также уже знаешь из предыдущей ветви, что всякий Кетер — это тайна рош, а его определение — исключительно первое созерцание; то есть масах действует в нем снизу вверх. Ты знаешь также, что мир Некудим, являющийся парцуфом БОН, с самого начала, когда Источник выделил его из Себя, вышел как голова без тела, поскольку он вышел только со светом ахораим, представляющим собой руах-нефеш при отсутствии ГАР. При этом сама ступень рош разделилась на две ступени: высшую и низшую, где свет руах облачился в ее верхнюю половину, являющуюся тайной Гальгальты и Эйнаим, а свет нефеш облачился в ее нижнюю половину, являющуюся тайной АХАП. И получилось, что от пэ и ниже келим остались пустыми, без света.</w:t>
      </w:r>
    </w:p>
    <w:p>
      <w:pPr>
        <w:spacing w:before="40" w:after="120"/>
        <w:jc w:val="both"/>
      </w:pPr>
      <w:r>
        <w:rPr>
          <w:rFonts w:ascii="Georgia" w:hAnsi="Georgia"/>
          <w:b w:val="0"/>
          <w:i w:val="0"/>
          <w:color w:val="000000"/>
          <w:sz w:val="24"/>
        </w:rPr>
        <w:t>Поэтому он и рассматривается как рош без гуф. И это произошло по причине того, что масах поднялся на место эйнаим, и потому АХАП вышли из статуса рош и стали свойством гуф. И это произошло тогда, когда Источник только выделил его из Себя, а потому считается его постоянным строением парцуфа. Затем, когда в него посветил Есод де-АК и опустил масах на его место, в пэ, оказалось, что АХАП вернулись к статусу рош, и тогда в нем раскрылся полный НАРАНХАЙ, а от пэ и ниже протянулось второе созерцание в гуф. И вот все это преимущество, вновь возникшее теперь силой Есода де-АК, считается в нем свойством добавления — то есть тем, что не обязано присутствовать в строении этого парцуфа постоянно, но приходит и уходит; и потому над ним возобладали разбиение и аннулирование. И не осталось от него ничего, кроме тех уровней, что вышли с самого начала, когда Источник выделил его из Себя, — то есть только рош со светом ахораим в десяти его сфирот: Гальгальта, Эйнаим и АХАП, где верхняя половина — свойство рош, а нижняя половина — свойство гуф. И ты уже знаешь, что верхняя половина, оставшаяся в рош, называется охель миспарэт, а нижняя половина, вышедшая в свойство тела (гуф Тиферет), называется именем бэдэк хая. И ты видишь, что ЗАТ де-БОН, то есть гуф де-БОН, являющийся истинным телом мира Некудим, не имеют никакого корня в постоянном парцуфе этого БОН. Ведь Источник стал выделять ЗАТ из Себя лишь с момента, когда в них посветил Есод де-АК и опустил масах в пэ, что является тайной добавления, как было сказано.</w:t>
      </w:r>
    </w:p>
    <w:p>
      <w:pPr>
        <w:spacing w:before="40" w:after="120"/>
        <w:jc w:val="both"/>
      </w:pPr>
      <w:r>
        <w:rPr>
          <w:rFonts w:ascii="Georgia" w:hAnsi="Georgia"/>
          <w:b w:val="0"/>
          <w:i w:val="0"/>
          <w:color w:val="000000"/>
          <w:sz w:val="24"/>
        </w:rPr>
        <w:t>Однако тебе следует различать в этом пэ то, что в нем тогда сформировался аспект Кетера для этих вновь возникших ЗАТ, ведь пэ — это тайна Малхут де-рош, которая всегда становится Кетером для тела; и это именно аспект [отраженного света] снизу вверх, находящийся в этом пэ. И знай, что в словах Учителя он называется здесь семью кетерами потому, что часть света, протягивающаяся от него ко второму созерцанию в гуф, называемому ЗАТ, разделяется на семь ЗАТ, и потому их Кетер называется семью кетерами. То есть в этом Кетере различаются семь корней ЗАТ: три кетера ХАГАТ и четыре кетера НЕХИМ. Ты также знаешь, что весь рош де-Некудим берет Атик, поскольку никакой иной парцуф, кроме него, туда не достигает, как сказано выше на с. 715, со слов «И согласно этому».</w:t>
      </w:r>
    </w:p>
    <w:p>
      <w:pPr>
        <w:spacing w:before="40" w:after="120"/>
        <w:jc w:val="both"/>
      </w:pPr>
      <w:r>
        <w:rPr>
          <w:rFonts w:ascii="Georgia" w:hAnsi="Georgia"/>
          <w:b w:val="0"/>
          <w:i w:val="0"/>
          <w:color w:val="000000"/>
          <w:sz w:val="24"/>
        </w:rPr>
        <w:t>Однако десять сфирот рош де-Атик также разделились на две ступени, рош и гуф, подобно рош де-Некудим. Но если там голова разделилась на уровне Хохмы, называемой Эйнаим, из-за чего Бина и ЗОН вышли в гуф, то здесь, в МА, голова разделилась на уровне Бины, и потому в гуф вышли только ЗОН, а его Бина осталась в его рош. И поэтому в этой же мере он исправил и [сфирот] Бина де-БОН и поднял их в свой рош — то есть в свой КАХАБ, — но исключительно из тех частей, которые относятся к одному лишь Кетеру, ведь ниже Кетера ничего не исправилось, как известно. Остальные же уровни АХАП де-БОН, которые не смогли исправить в качестве рош, по необходимости также остались в его гуф — то есть в хотэме и пэ, которые вышли из его головы и стали телом, как сказано.</w:t>
      </w:r>
    </w:p>
    <w:p>
      <w:pPr>
        <w:spacing w:before="40" w:after="120"/>
        <w:jc w:val="both"/>
      </w:pPr>
      <w:r>
        <w:rPr>
          <w:rFonts w:ascii="Georgia" w:hAnsi="Georgia"/>
          <w:b w:val="0"/>
          <w:i w:val="0"/>
          <w:color w:val="000000"/>
          <w:sz w:val="24"/>
        </w:rPr>
        <w:t>Кроме того, необходимо глубоко понять и четко разграничить два Кетера ХУБ де-БОН и семь кетеров ЗАТ. Относительно двух кетеров ХУБ де-БОН Учитель сомневается, исправились ли они в рош де-Атик, как в первом знаке бэт-далет-далет; тогда как относительно семи кетеров ЗАТ де-БОН ему совершенно ясно, что они находятся в ЗАТ де-Атик. И причина в том, что ХУБ де-БОН имеют постоянный корень в рош де-БОН — то есть их уровень охель миспарэт, находящийся в постоянном АХАП де-БОН. А значит, в них есть аспект Бины, которая вышла из голов ХУБ в свойство ЗАТ де-Некудим с самого начала, когда Источник выделил их из Себя, что и составляет тайну келим бэдэк хая де-ХУБ; впоследствии же, посредством Есода де-АК, Бина и ЗАТ возвращаются в головы ХУБ и соединяются с их келим охель миспарэт. Иное дело — семь кетеров ЗАТ де-БОН, не имеющие никакого корня в рош де-БОН в качестве постоянного строения в нем. А раз так, к ним совершенно неприменимо различение Бины, вышедшей из их головы: ведь они никогда не были в рош де-БОН и, следовательно, нисколько не выходили за пределы своей ступени, как сказано выше. Поэтому им не полагается никакого преимущества за счет Бины де-МА, вернувшейся в рош де-МА, благодаря которому хоть какая-то мера этих семи кетеров поднялась бы вместе с ней в его рош, подобно тому как поднялись кетеры ХУБ де-БОН. И потому совершенно ясно, что семь кетеров ЗАТ де-БОН не имеют никакой части в рош де-Атик де-МА, но пребывают лишь в ЗАТ де-Атик.</w:t>
      </w:r>
    </w:p>
    <w:p>
      <w:pPr>
        <w:spacing w:before="40" w:after="120"/>
        <w:jc w:val="both"/>
      </w:pPr>
      <w:r>
        <w:rPr>
          <w:rFonts w:ascii="Georgia" w:hAnsi="Georgia"/>
          <w:b w:val="0"/>
          <w:i w:val="0"/>
          <w:color w:val="000000"/>
          <w:sz w:val="24"/>
        </w:rPr>
        <w:t>Однако уразумей, что эти семь кетеров получают все свое достоинство от кетеров ХУБ де-БОН. Ведь эти семь кетеров совершенно не питаются от состояния катнут рош де-БОН, оставшегося после швират а-келим, поскольку их первое проявление началось лишь со свечения Есода де-АК, который поднял келим бэдэк хая и опустил масах в пэ де-БОН, как сказано выше. Следовательно, теперь, при исправлении МА, когда все его превосходство определяется лишь тем гадлутом, которого он достиг силой Бины, вернувшейся в свойство рош, — этим семи кетерам непременно не полагается никакого света, кроме той меры, в какой Бина де-Атик вернулась в свои ГАР, вместе с чем притянулись также келим бэдэк хая и соединились с ХУБ. Ведь такова мера гадлута де-МА, превосходящая катнут, оставшийся от БОН, и не более того.</w:t>
      </w:r>
    </w:p>
    <w:p>
      <w:pPr>
        <w:spacing w:before="40" w:after="120"/>
        <w:jc w:val="both"/>
      </w:pPr>
      <w:r>
        <w:rPr>
          <w:rFonts w:ascii="Georgia" w:hAnsi="Georgia"/>
          <w:b w:val="0"/>
          <w:i w:val="0"/>
          <w:color w:val="000000"/>
          <w:sz w:val="24"/>
        </w:rPr>
        <w:t>И ты находишь, что изобилие (шефа) этих семи кетеров проистекает в точности лишь из той меры гадлута, которую БОН приобрел благодаря Бине де-МА, возвращенной в рош, поскольку у них нет никакого корня в катнуте де-БОН, вышедшем как рош без гуф, как сказано.</w:t>
      </w:r>
    </w:p>
    <w:p>
      <w:pPr>
        <w:spacing w:before="40" w:after="120"/>
        <w:jc w:val="both"/>
      </w:pPr>
      <w:r>
        <w:rPr>
          <w:rFonts w:ascii="Georgia" w:hAnsi="Georgia"/>
          <w:b w:val="0"/>
          <w:i w:val="0"/>
          <w:color w:val="000000"/>
          <w:sz w:val="24"/>
        </w:rPr>
        <w:t>И отсюда ты поймешь, что существуют три состояния в бытии этих семи кетеров в ЗАТ де-Атик: первое — состояние разобщенности, один над другим, без исправления линий, и таково состояние самих ЗАТ де-Некудим до исправления, как известно; второе — состояние исправления линий, которого в ЗАТ де-Некудим не было вовсе в их начале: лишь впоследствии, благодаря свечению Есода де-АК после того, как туда протянулся гадлут, в них силой Аба ве-Има и ИШСУТ возникло исправление линий, как известно;</w:t>
      </w:r>
    </w:p>
    <w:p>
      <w:pPr>
        <w:spacing w:before="40" w:after="120"/>
        <w:jc w:val="both"/>
      </w:pPr>
      <w:r>
        <w:rPr>
          <w:rFonts w:ascii="Georgia" w:hAnsi="Georgia"/>
          <w:b w:val="0"/>
          <w:i w:val="0"/>
          <w:color w:val="000000"/>
          <w:sz w:val="24"/>
        </w:rPr>
        <w:t>третье — состояние ГАР, включенных в ЗАТ, то есть в их высшую сфиру, по подобию семи чертогов мира Брия, где высший чертог включает Кетер, Хохму, Бину и Даат, как известно, в силу чего три кетера ХАГАТ находятся в Хеседе, а четыре кетера НЕХИМ — в Нецахе, как будет объяснено с Б-жьей помощью.</w:t>
      </w:r>
    </w:p>
    <w:p>
      <w:pPr>
        <w:spacing w:before="40" w:after="120"/>
        <w:jc w:val="both"/>
      </w:pPr>
      <w:r>
        <w:rPr>
          <w:rFonts w:ascii="Georgia" w:hAnsi="Georgia"/>
          <w:b w:val="0"/>
          <w:i w:val="0"/>
          <w:color w:val="000000"/>
          <w:sz w:val="24"/>
        </w:rPr>
        <w:t>И этим нам разъяснятся все аспекты, изложенные в этой ветви относительно семи кетеров ЗАТ де-БОН. Ведь ты уже знаешь, что эти семь кетеров вышли в ГАР де-Некудим лишь в качестве добавления посредством Есода де-АК, который поднял келим бэдэк хая из семи нижних [сфирот] де-Некудим в ГАР и завершил десять сфирот их келим, как сказано выше. Ты знаешь также, что во время швират а-келим эти келим бэдэк хая, поднявшиеся в рош, снова вышли и вернулись на свое место в ЗАТ де-Некудим, какими они были там с самого начала, когда Источник выделил их из Себя, — то есть в свойстве «один под другим», без исправления линий, поскольку, как известно, исправление линий де-Некудим проявилось лишь в одном только ГАР.</w:t>
      </w:r>
    </w:p>
    <w:p>
      <w:pPr>
        <w:spacing w:before="40" w:after="120"/>
        <w:jc w:val="both"/>
      </w:pPr>
      <w:r>
        <w:rPr>
          <w:rFonts w:ascii="Georgia" w:hAnsi="Georgia"/>
          <w:b w:val="0"/>
          <w:i w:val="0"/>
          <w:color w:val="000000"/>
          <w:sz w:val="24"/>
        </w:rPr>
        <w:t>И отсюда ты поймешь, что в знаке алеф-алеф-гимель, где, как мы говорили, келим и света кетеров ХУБ де-БОН не поднялись в рош де-Атик, и хотя Бина де-МА подняла их до уровня рош, они тем не менее не могут находиться в первом рош де-Атик, но лишь в его ЗАТ, как сказано выше на с. 732, со слов «Знак алеф-алеф-гимель», см. там внимательно, — они все же, несомненно, обрели аспект ГАР благодаря возвращению Бины де-МА в рош. Но поскольку они не способны подняться на место ГАР де-Некудим по упомянутой выше причине, они именуются светом ахораим. Однако совершенно очевидно, что по этой причине они и там представляют собой аспект рош, а не подлинные ЗАТ, подобные ЗАТ де-Атик. И потому они пребывают в Хеседе и Нецахе, являющихся тайной рош де-ХАГАТ, находящегося в Хеседе, и рош де-НЕХИ, находящегося в Нецахе.</w:t>
      </w:r>
    </w:p>
    <w:p>
      <w:pPr>
        <w:spacing w:before="40" w:after="120"/>
        <w:jc w:val="both"/>
      </w:pPr>
      <w:r>
        <w:rPr>
          <w:rFonts w:ascii="Georgia" w:hAnsi="Georgia"/>
          <w:b w:val="0"/>
          <w:i w:val="0"/>
          <w:color w:val="000000"/>
          <w:sz w:val="24"/>
        </w:rPr>
        <w:t>Таким образом, свет ГАР де-Хохма де-БОН становится рош для ХАГАТ де-Атик де-МА, а свет четырех первых [сфирот] де-Бина становится рош для НЕХИМ де-Атик де-МА. И точно так же следует понимать и относительно семи кетеров ЗАТ де-БОН: они тоже на одну ступень выше ЗАТ де-Атик де-МА. И это сообразно сказанному выше: ведь они уже пребывали в ГАР де-Некудим в качестве рош — то есть в свойстве [света] снизу вверх — во время гадлута де-Некудим, как сказано выше; тогда как ЗАТ де-Атик де-МА никогда не были свойством рош, но лишь свойством ЗАТ, чье место ниже ГАР де-Некудим, как известно. Однако когда эти семь кетеров не получают никакого исправления от гадлута, их преимущество вовсе не заметно, поскольку все обретенное ими достоинство происходило исключительно от времени гадлута: ведь с самого начала, когда Источник выделил их из Себя, до наступления гадлута, их статус был в точности равен ЗАТ де-Атик де-МА, как сказано выше.</w:t>
      </w:r>
    </w:p>
    <w:p>
      <w:pPr>
        <w:spacing w:before="40" w:after="120"/>
        <w:jc w:val="both"/>
      </w:pPr>
      <w:r>
        <w:rPr>
          <w:rFonts w:ascii="Georgia" w:hAnsi="Georgia"/>
          <w:b w:val="0"/>
          <w:i w:val="0"/>
          <w:color w:val="000000"/>
          <w:sz w:val="24"/>
        </w:rPr>
        <w:t>И отсюда знай: тот свет гадлута, который добавляется к ахораим кетеров ХУБ де-БОН и находится в одном месте с семью кетерами, — то есть как в знаке бэт-бэт-вав, где свойства бэдэк хая соединились с охель миспарэт кетеров ХУБ, — тем самым поднимает и семь кетеров ЗАТ де-БОН на один уровень выше ЗАТ де-Атик де-МА: то есть к аспекту рош де-ХАГАТ в Хеседе и аспекту рош де-НЕХИ в Нецахе. Это означает, что они стоят там под ГАР и четырьмя первыми [сфирот] де-ХУБ, подобно тому как они стояли здесь в гадлуте де-БОН до разбиения на месте ГАР де-Некудим, будучи тогда свойством рош для ЗАТ де-Некудим точно так же, как и ХУБ; и пойми это глубоко. Однако если свойство бэдэк хая, относящееся к двум кетерам ХУБ, не соединяется с ними в совершенстве, но опускается в парцуф Аба ве-Има де-Ацилут, как сказано выше относительно знака алеф-алеф-гимель в «Паним Меирот» на с. 733, со слов «И это», см. там внимательно, — тогда ГАР и четыре первые [сфирот] де-Аба ве-Има не могут поднять эти семь кетеров выше ЗАТ де-Атик де-МА. И хотя какая-то мера гадлута непременно достигла также и света ахораим кетеров ХУБ — то есть келим охель миспарэт, как сказано выше, — тем не менее это совершенно не относится к семи кетерам ЗАТ де-БОН, которые происходят от свойства снизу вверх, включенного в пэ, и поднялись из бэдэк хая, как сказано выше. А поскольку само свойство бэдэк хая кетеров ХУБ не соединилось с охель миспарэт, тем более они не могли присоединить к себе в Хесед и Нецах уровни семи кетеров, которые целиком происходят лишь от свойства бэдэк хая, как сказано выше. И все же, поскольку в них есть некоторое превосходство от света гадлута, в них во всяком случае светит аспект рош, пока они находятся на своем месте наравне с ЗАТ де-Атик. И это как раз то исправление линий, которое они обретают благодаря свету ахораим кетеров ХУБ. Ведь сами по себе они вовсе не обладают исправлением линий, оставаясь такими, какими были в мире Некудим, как сказано выше.</w:t>
      </w:r>
    </w:p>
    <w:p>
      <w:pPr>
        <w:spacing w:before="40" w:after="120"/>
        <w:jc w:val="both"/>
      </w:pPr>
      <w:r>
        <w:rPr>
          <w:rFonts w:ascii="Georgia" w:hAnsi="Georgia"/>
          <w:b w:val="0"/>
          <w:i w:val="0"/>
          <w:color w:val="000000"/>
          <w:sz w:val="24"/>
        </w:rPr>
        <w:t>Теперь же, когда они получают свечение рош благодаря свету гадлута, добавившемуся в кетерах ХУБ, к ним протягивается исправление линий, подобно тому как это было в них во время пребывания в ГАР де-гадлут де-Некудим. Однако этого для них недостаточно, чтобы поднять их на одну ступень выше ЗАТ де-Атик де-МА — то есть чтобы они стали аспектом рош де-ХАГАТ и рош де-НЕХИ, как сказано выше, — по причине отсутствия соединения бэдэк хая с самими кетерами ХУБ, как сказано выше.</w:t>
      </w:r>
    </w:p>
    <w:p>
      <w:pPr>
        <w:spacing w:before="40" w:after="120"/>
        <w:jc w:val="both"/>
      </w:pPr>
      <w:r>
        <w:rPr>
          <w:rFonts w:ascii="Georgia" w:hAnsi="Georgia"/>
          <w:b w:val="0"/>
          <w:i w:val="0"/>
          <w:color w:val="000000"/>
          <w:sz w:val="24"/>
        </w:rPr>
        <w:t>А вот во втором знаке бэт-далет-далет, где свет ахораим кетеров ХУБ де-БОН поднялся в ГАР де-Атик, см. там внимательно... ...а раз так, на месте ЗАТ де-Атик нет вообще никакого света гадлута со стороны БОН, и потому в них нет никакого исправления линий: они остаются там один над другим, какими были с самого начала, когда Источник выделил их из Себя, в ЗАТ де-Некудим. И хотя в знаке бэт-гимель-далет света ахораим кетеров ХУБ также находятся в рош де-Атик, а не в ЗАТ, и все же мы сказали там, что свечение исправления линий достигло семи кетеров ЗАТ де-БОН, см. там внимательно, — однако благодаря тому, что там великое исправление достигло двух кетеров ХУБ де-БОН, которые сами по себе исправились в свойство рош де-Атик Нуква, отчего они получили дополнительное свечение от рош де-Атик де-МА, — их свечения, протягивающегося к ЗАТ, хватило, чтобы связать семь кетеров ЗАТ де-БОН исправлением линий. Иное дело во втором знаке бэт-далет-далет, где произошло распространение пяти первых [сфирот] Кетера БОН к свету паним ГАР де-Атик, то есть к рош де-Атик Нуква, и из-за этого свечение рош де-Атик де-МА для кетеров ХУБ де-БОН уменьшилось, ведь главное свечение МА теперь получает Кетер де-БОН, и поэтому свечения двух [сторон] ахор кетеров ХУБ де-БОН недостаточно, чтобы протянуть исправление линий к семи кетерам ЗАТ де-БОН, и оттого эти семь кетеров остались без исправления, пребывая такими же, какими были в ЗАТ де-Некудим, — то есть один под другим; и пойми это хорошо.</w:t>
      </w:r>
    </w:p>
    <w:p>
      <w:pPr>
        <w:spacing w:before="40" w:after="120"/>
        <w:jc w:val="both"/>
      </w:pPr>
      <w:r>
        <w:rPr>
          <w:rFonts w:ascii="Georgia" w:hAnsi="Georgia"/>
          <w:b/>
          <w:i w:val="0"/>
          <w:color w:val="000000"/>
          <w:sz w:val="24"/>
        </w:rPr>
        <w:t>«Причина же в том, что света кетеров ХУБ де-БОН светят снизу вверх и т.д.»</w:t>
      </w:r>
      <w:r>
        <w:rPr>
          <w:rFonts w:ascii="Georgia" w:hAnsi="Georgia"/>
          <w:b w:val="0"/>
          <w:i w:val="0"/>
          <w:color w:val="000000"/>
          <w:sz w:val="24"/>
        </w:rPr>
        <w:t xml:space="preserve"> —</w:t>
      </w:r>
    </w:p>
    <w:p>
      <w:pPr>
        <w:spacing w:before="40" w:after="120"/>
        <w:jc w:val="both"/>
      </w:pPr>
      <w:r>
        <w:rPr>
          <w:rFonts w:ascii="Georgia" w:hAnsi="Georgia"/>
          <w:b w:val="0"/>
          <w:i w:val="0"/>
          <w:color w:val="000000"/>
          <w:sz w:val="24"/>
        </w:rPr>
        <w:t>то есть логика подсказывает: если света в кетерах ХУБ де-БОН находятся в ЗАТ де-Атик в качестве рош для ХАГАТ и рош для НЕХИ, то они должны были бы собрать к себе и семь кетеров ЗАТ де-БОН — именно в силу света гадлута, который неизбежно добавился в кетерах ХУБ благодаря возвращению Бины де-МА в свойство рош, как сказано выше в «Паним Меирот» на с. 744, со слова «Еще». Однако дело в том, что келим кетеров ХУБ де-БОН находятся в рош без каких-либо светов со стороны БОН, ведь в знаке алеф-алеф-гимель там присутствуют лишь КАХАБ де-МА, и потому их светам, находящимся в ЗАТ де-Атик, необходимо светить им снизу вверх, как сказано выше на с. 742, со слов «Кроме того». И раз ГАР нуждаются в их свечении, эти света кетеров ХУБ не считаются здесь свойством рош для ЗАТ, и потому их свечения недостаточно, чтобы собрать к себе семь кетеров и исправить их под собой в качестве рош для ЗАТ; и пойми это хорошо.</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если бы эти семь кетеров и т.д., и были бы лишены света внизу, и потому они отделились упомянутым выше образом»</w:t>
      </w:r>
      <w:r>
        <w:rPr>
          <w:rFonts w:ascii="Georgia" w:hAnsi="Georgia"/>
          <w:b w:val="0"/>
          <w:i w:val="0"/>
          <w:color w:val="000000"/>
          <w:sz w:val="24"/>
        </w:rPr>
        <w:t xml:space="preserve"> — то есть эти семь кетеров не являются подлинным ГАР, но представляют собой рош для ЗАТ, то есть аспект [отраженного света] снизу вверх, включенный в пэ де-Некудим во время гадлута, от которого распространились ЗАТ де-гадлут де-Некудим, как сказано выше в «Паним Меирот» на с. 743, со слов «И ты видишь». И поскольку свет кетеров ХУБ светит снизу вверх, то есть к своим келим, стоящим в самом ГАР де-Атик, к ним относится закон подлинного ГАР. Поэтому света семи кетеров не могут собраться к ним, чтобы стать рош для ЗАТ согласно их свойству времен мира Некудим: ведь они аннулировались бы там в светах ГАР, находящихся в кетерах ХУБ, и не смогли бы дать ЗАТ совершенно ничего, так что келим ЗАТ остались бы лишенными света своих кетеров.</w:t>
      </w:r>
    </w:p>
    <w:p>
      <w:pPr>
        <w:spacing w:before="40" w:after="120"/>
        <w:jc w:val="both"/>
      </w:pPr>
      <w:r>
        <w:rPr>
          <w:rFonts w:ascii="Georgia" w:hAnsi="Georgia"/>
          <w:b w:val="0"/>
          <w:i w:val="0"/>
          <w:color w:val="000000"/>
          <w:sz w:val="24"/>
        </w:rPr>
        <w:t xml:space="preserve">6) </w:t>
      </w:r>
      <w:r>
        <w:rPr>
          <w:rFonts w:ascii="Georgia" w:hAnsi="Georgia"/>
          <w:b/>
          <w:i w:val="0"/>
          <w:color w:val="000000"/>
          <w:sz w:val="24"/>
        </w:rPr>
        <w:t>«И знай, что эти семь кетеров и т.д., и по линиям и т.д.»</w:t>
      </w:r>
      <w:r>
        <w:rPr>
          <w:rFonts w:ascii="Georgia" w:hAnsi="Georgia"/>
          <w:b w:val="0"/>
          <w:i w:val="0"/>
          <w:color w:val="000000"/>
          <w:sz w:val="24"/>
        </w:rPr>
        <w:t xml:space="preserve"> —</w:t>
      </w:r>
    </w:p>
    <w:p>
      <w:pPr>
        <w:spacing w:before="40" w:after="120"/>
        <w:jc w:val="both"/>
      </w:pPr>
      <w:r>
        <w:rPr>
          <w:rFonts w:ascii="Georgia" w:hAnsi="Georgia"/>
          <w:b w:val="0"/>
          <w:i w:val="0"/>
          <w:color w:val="000000"/>
          <w:sz w:val="24"/>
        </w:rPr>
        <w:t>как написано выше на с. 744, со слова «Однако»: они во всяком случае могут светить им и возвращать им то исправление линий, которое было в них во время их пребывания в ГАР де-Некудим, см. там внимательно.</w:t>
      </w:r>
    </w:p>
    <w:p>
      <w:pPr>
        <w:spacing w:before="40" w:after="120"/>
        <w:jc w:val="both"/>
      </w:pPr>
      <w:r>
        <w:rPr>
          <w:rFonts w:ascii="Georgia" w:hAnsi="Georgia"/>
          <w:b w:val="0"/>
          <w:i w:val="0"/>
          <w:color w:val="000000"/>
          <w:sz w:val="24"/>
        </w:rPr>
        <w:t xml:space="preserve">8) </w:t>
      </w:r>
      <w:r>
        <w:rPr>
          <w:rFonts w:ascii="Georgia" w:hAnsi="Georgia"/>
          <w:b/>
          <w:i w:val="0"/>
          <w:color w:val="000000"/>
          <w:sz w:val="24"/>
        </w:rPr>
        <w:t>«Однако поскольку света и т.д., тем не менее посылают свое свечение вниз и т.д.»</w:t>
      </w:r>
      <w:r>
        <w:rPr>
          <w:rFonts w:ascii="Georgia" w:hAnsi="Georgia"/>
          <w:b w:val="0"/>
          <w:i w:val="0"/>
          <w:color w:val="000000"/>
          <w:sz w:val="24"/>
        </w:rPr>
        <w:t xml:space="preserve"> —</w:t>
      </w:r>
    </w:p>
    <w:p>
      <w:pPr>
        <w:spacing w:before="40" w:after="120"/>
        <w:jc w:val="both"/>
      </w:pPr>
      <w:r>
        <w:rPr>
          <w:rFonts w:ascii="Georgia" w:hAnsi="Georgia"/>
          <w:b w:val="0"/>
          <w:i w:val="0"/>
          <w:color w:val="000000"/>
          <w:sz w:val="24"/>
        </w:rPr>
        <w:t>То есть на первый взгляд логика здесь подсказывает, что света кетеров ХУБ де-БОН вовсе не смогут светить семи кетерам, поскольку сами они находятся на месте ГАР, как сказано выше. Однако здесь двум кетерам ХУБ присуще дополнительное свечение, так как они одни исправились во весь рош де-Атик Нуква, как написано в «Паним Меирот», ветвь 55, относительно знака бэт-гимель-далет: ведь уровень Кетера БОН полностью остался выше табура и вовсе не соединился, чтобы стать Нуквой де-Атик де-МА. И потому двух кетеров ХУБ де-БОН достигло все великое свечение рош де-Атик де-МА, и по этой причине они изливают в ЗАТ де-Атик избыточное изобилие, которого достаточно, чтобы протянуть исправление линий к семи кетерам ЗАТ де-БОН, как сказано выше в «Паним Меирот» на с. 746, со слов «И хотя». И пойми здесь, что эти семь кетеров одни стали здесь свойством гуф де-Атик Нуква, поскольку здесь, в ЗАТ де-Атик, нет никаких других аспектов БОН, кроме них; а Хохма и Бина де-Хохма де-БОН исправились как рош де-ХАГАТ в Хеседе, Хохма же, Бина и Хесед де-Бина де-БОН исправились как рош де-НЕХИ в Нецахе; и пойми это хорошо.</w:t>
      </w:r>
    </w:p>
    <w:p>
      <w:pPr>
        <w:spacing w:before="40" w:after="120"/>
        <w:jc w:val="both"/>
      </w:pPr>
      <w:r>
        <w:rPr>
          <w:rFonts w:ascii="Georgia" w:hAnsi="Georgia"/>
          <w:b w:val="0"/>
          <w:i w:val="0"/>
          <w:color w:val="000000"/>
          <w:sz w:val="24"/>
        </w:rPr>
        <w:t xml:space="preserve">9) </w:t>
      </w:r>
      <w:r>
        <w:rPr>
          <w:rFonts w:ascii="Georgia" w:hAnsi="Georgia"/>
          <w:b/>
          <w:i w:val="0"/>
          <w:color w:val="000000"/>
          <w:sz w:val="24"/>
        </w:rPr>
        <w:t>«Поскольку наверху уже есть два внутренних света… чтобы светить семи кетерам и собрать их вместе с ними — ГАР в Хеседе…»</w:t>
      </w:r>
      <w:r>
        <w:rPr>
          <w:rFonts w:ascii="Georgia" w:hAnsi="Georgia"/>
          <w:b w:val="0"/>
          <w:i w:val="0"/>
          <w:color w:val="000000"/>
          <w:sz w:val="24"/>
        </w:rPr>
        <w:t>:</w:t>
      </w:r>
    </w:p>
    <w:p>
      <w:pPr>
        <w:spacing w:before="40" w:after="120"/>
        <w:jc w:val="both"/>
      </w:pPr>
      <w:r>
        <w:rPr>
          <w:rFonts w:ascii="Georgia" w:hAnsi="Georgia"/>
          <w:b w:val="0"/>
          <w:i w:val="0"/>
          <w:color w:val="000000"/>
          <w:sz w:val="24"/>
        </w:rPr>
        <w:t>Это уже объяснялось выше в «Паним Меирот» (с. 745, со слов «И подобно этому», см. там): поскольку здесь, в знаке бэт-бэт-вав (</w:t>
      </w:r>
      <w:r>
        <w:rPr>
          <w:rFonts w:ascii="Georgia" w:hAnsi="Georgia" w:cs="Times New Roman"/>
          <w:b/>
          <w:i w:val="0"/>
          <w:color w:val="000000"/>
          <w:sz w:val="24"/>
          <w:rtl/>
          <w:szCs w:val="32"/>
        </w:rPr>
        <w:t>בב״ו</w:t>
      </w:r>
      <w:r>
        <w:rPr>
          <w:rFonts w:ascii="Georgia" w:hAnsi="Georgia"/>
          <w:b w:val="0"/>
          <w:i w:val="0"/>
          <w:color w:val="000000"/>
          <w:sz w:val="24"/>
        </w:rPr>
        <w:t>), в ЗАТ де-Атик находится целый парцуф — паним и ахораим двух кетеров Хохмы и Бины де-БОН, им здесь совершенно незачем изливать [свет] в свои келим, стоящие в ГАР де-Атик. Ведь свет Кетера де-БОН, превосходящий их, распространяется и облачается как внутренний свет (ор пними) в их келим, стоящие в ГАР, и этого [света], несомненно, им вполне достаточно: свет Кетера де-БОН несравнимо больше светов Хохмы и Бины. А значит, они не нуждаются в собственных светах, находящихся в ЗАТ де-Атик. Поэтому данные света стали свойством рош исключительно для ЗАТ, а следовательно, способны также собрать к себе и исправить в качестве рош де-ЗАТ и семь кетеров, как написано там (см. там). Однако в первом состоянии, когда в келим кетеров Хохмы и Бины есть [свет] лишь от КАХАБ де-МА, они, разумеется, нуждаются в собственных светах, находящихся в ЗАТ, потому что свет МА не может обеспечить все свойства, заложенные в природе келим де-БОН, и поэтому им необходимы света от категории БОН, как написано в «Паним Меирот» (с. 742, со слов «А также», см. там).</w:t>
      </w:r>
    </w:p>
    <w:p>
      <w:pPr>
        <w:spacing w:before="40" w:after="120"/>
        <w:jc w:val="both"/>
      </w:pPr>
      <w:r>
        <w:rPr>
          <w:rFonts w:ascii="Georgia" w:hAnsi="Georgia"/>
          <w:b/>
          <w:i w:val="0"/>
          <w:color w:val="000000"/>
          <w:sz w:val="24"/>
        </w:rPr>
        <w:t>«Три [кетера], что в Хеседе, светят трем средним, а четыре, что в Нецахе, светят четырем нижним»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Как сказано выше в «Паним Меирот» (с. 414, со слов «И всё…») и в словах Учителя в ветви 22, ЗАТ состояния гадлут мира Некудим вышли там в двух телах (гуфим). Первое — это ХАГАТ, которые стали телом, относящимся к высшим Аба ве-Има (что суть Хохма де-БОН); второе — это НЕХИМ, которые стали телом, относящимся к ИШСУТ (что суть Бина де-БОН), см. там и в «Паним Меирот». И потому, когда мы различаем свойство рош в ЗАТ де-Атик, включенное в высшую сфиру этих ЗАТ, наподобие семи чертогов мира Брия, где чертог Хесед включает в себя ГАР, здесь следует Однако здесь следует различить два свойства ЗАТ, а именно: гуф де-Хохма де-БОН, именуемый ХАГАТ, и гуф де-Бина де-БОН, именуемый НЕХИ, как сказано выше. И поэтому, когда мы говорим, что света кетеров Хохмы и Бины де-БОН сформировались и исправились как рош де-ЗАТ, то есть в высшей из их сфирот, мы обязаны разделять между Хохмой де-БОН и Биной де-БОН: свет Кетера де-Хохма де-БОН облачается в высшую сфиру ХАГАТ де-Атик, и вместе с ним собираются также три кетера ХАГАТ де-БОН, которые исправляются вместе с ним как рош де-ХАГАТ де-Атик; а свет Кетера де-Бина де-БОН облачается в высшую сфиру НЕХИМ, и вместе с ним собираются также четыре кетера НЕХИМ де-БОН, исправляющиеся вместе с ним как рош де-НЕХИМ де-Атик. И об этом [Учитель] сказал: </w:t>
      </w:r>
      <w:r>
        <w:rPr>
          <w:rFonts w:ascii="Georgia" w:hAnsi="Georgia"/>
          <w:b/>
          <w:i w:val="0"/>
          <w:color w:val="000000"/>
          <w:sz w:val="24"/>
        </w:rPr>
        <w:t>«И они светят наподобие самих кетеров Хохмы и Бины, находящихся там. А именно: три [кетера], что в Хеседе, светят трем средним, а четыре, что в Нецахе, светят четырем нижним»</w:t>
      </w:r>
      <w:r>
        <w:rPr>
          <w:rFonts w:ascii="Georgia" w:hAnsi="Georgia"/>
          <w:b w:val="0"/>
          <w:i w:val="0"/>
          <w:color w:val="000000"/>
          <w:sz w:val="24"/>
        </w:rPr>
        <w:t>, конец цитаты. То есть, как сказано, там исправились два рош по образцу порядка, относящегося к БОН де-АК (что суть мир Некудим): рош Хохмы в сочетании с тремя кетерами ХАГАТ де-БОН исправился в Хеседе, а рош Бины в сочетании с четырьмя кетерами НЕХИМ де-БОН исправился в Нецахе, как разъяснено.</w:t>
      </w:r>
    </w:p>
    <w:p>
      <w:pPr>
        <w:spacing w:before="40" w:after="120"/>
        <w:jc w:val="both"/>
      </w:pPr>
      <w:r>
        <w:rPr>
          <w:rFonts w:ascii="Georgia" w:hAnsi="Georgia"/>
          <w:b w:val="0"/>
          <w:i w:val="0"/>
          <w:color w:val="000000"/>
          <w:sz w:val="24"/>
        </w:rPr>
        <w:t xml:space="preserve">11) </w:t>
      </w:r>
      <w:r>
        <w:rPr>
          <w:rFonts w:ascii="Georgia" w:hAnsi="Georgia"/>
          <w:b/>
          <w:i w:val="0"/>
          <w:color w:val="000000"/>
          <w:sz w:val="24"/>
        </w:rPr>
        <w:t>«И согласно этому возникают три сомнения относительно семи кетеров: первое…»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Ведь здесь, в знаке бэт-далет-далет 1, находятся два кетера Хохмы и Бины де-БОН, которые распространились в полном распространении светов и келим в рош и гуф: их ГАР — то есть света и келим де-паним кетеров Хохмы и Бины де-БОН — исправились в ГАР де-Атик, а их ЗАТ — то есть света и келим де-ахораим кетеров Хохмы и Бины де-БОН — исправились в ЗАТ де-Атик, как написано выше в «Паним Меирот» (с. 736, со слов «Знак бэт-далет-далет», см. там). Несомненно, что света и келим де-ахораим кетеров Хохмы и Бины, представляющие собой свойство </w:t>
      </w:r>
      <w:r>
        <w:rPr>
          <w:rFonts w:ascii="Georgia" w:hAnsi="Georgia"/>
          <w:b w:val="0"/>
          <w:i/>
          <w:color w:val="000000"/>
          <w:sz w:val="24"/>
        </w:rPr>
        <w:t>бодек хая</w:t>
      </w:r>
      <w:r>
        <w:rPr>
          <w:rFonts w:ascii="Georgia" w:hAnsi="Georgia"/>
          <w:b w:val="0"/>
          <w:i w:val="0"/>
          <w:color w:val="000000"/>
          <w:sz w:val="24"/>
        </w:rPr>
        <w:t xml:space="preserve"> (</w:t>
      </w:r>
      <w:r>
        <w:rPr>
          <w:rFonts w:ascii="Georgia" w:hAnsi="Georgia" w:cs="Times New Roman"/>
          <w:b/>
          <w:i w:val="0"/>
          <w:color w:val="000000"/>
          <w:sz w:val="24"/>
          <w:rtl/>
          <w:szCs w:val="32"/>
        </w:rPr>
        <w:t>בד״ק חי״ה</w:t>
      </w:r>
      <w:r>
        <w:rPr>
          <w:rFonts w:ascii="Georgia" w:hAnsi="Georgia"/>
          <w:b w:val="0"/>
          <w:i w:val="0"/>
          <w:color w:val="000000"/>
          <w:sz w:val="24"/>
        </w:rPr>
        <w:t xml:space="preserve">) и находящиеся на месте ЗАТ де-Атик, не способны светить качеством рош де-ЗАТ семи кетерам ЗАТ де-БОН. Ведь только келим и света свойства </w:t>
      </w:r>
      <w:r>
        <w:rPr>
          <w:rFonts w:ascii="Georgia" w:hAnsi="Georgia"/>
          <w:b w:val="0"/>
          <w:i/>
          <w:color w:val="000000"/>
          <w:sz w:val="24"/>
        </w:rPr>
        <w:t>охель месаперет</w:t>
      </w:r>
      <w:r>
        <w:rPr>
          <w:rFonts w:ascii="Georgia" w:hAnsi="Georgia"/>
          <w:b w:val="0"/>
          <w:i w:val="0"/>
          <w:color w:val="000000"/>
          <w:sz w:val="24"/>
        </w:rPr>
        <w:t xml:space="preserve"> (</w:t>
      </w:r>
      <w:r>
        <w:rPr>
          <w:rFonts w:ascii="Georgia" w:hAnsi="Georgia" w:cs="Times New Roman"/>
          <w:b/>
          <w:i w:val="0"/>
          <w:color w:val="000000"/>
          <w:sz w:val="24"/>
          <w:rtl/>
          <w:szCs w:val="32"/>
        </w:rPr>
        <w:t>אוכ״ל מספר״ת</w:t>
      </w:r>
      <w:r>
        <w:rPr>
          <w:rFonts w:ascii="Georgia" w:hAnsi="Georgia"/>
          <w:b w:val="0"/>
          <w:i w:val="0"/>
          <w:color w:val="000000"/>
          <w:sz w:val="24"/>
        </w:rPr>
        <w:t xml:space="preserve">) Хохмы и Бины де-БОН, относящиеся к ГАР мира Некудим, способны светить присущим им свойством гадлут семи кетерам и возвысить их до уровня рош, как в знаке бэт-бэт-вав. Келим же и света свойства </w:t>
      </w:r>
      <w:r>
        <w:rPr>
          <w:rFonts w:ascii="Georgia" w:hAnsi="Georgia"/>
          <w:b w:val="0"/>
          <w:i/>
          <w:color w:val="000000"/>
          <w:sz w:val="24"/>
        </w:rPr>
        <w:t>бодек хая</w:t>
      </w:r>
      <w:r>
        <w:rPr>
          <w:rFonts w:ascii="Georgia" w:hAnsi="Georgia"/>
          <w:b w:val="0"/>
          <w:i w:val="0"/>
          <w:color w:val="000000"/>
          <w:sz w:val="24"/>
        </w:rPr>
        <w:t>, дополняющие кетеры Хохмы и Бины де-БОН, корень которых относится к ЗАТ мира Некудим, — как смогут они светить качеством ГАР мира Некудим семи кетерам де-БОН?</w:t>
      </w:r>
    </w:p>
    <w:p>
      <w:pPr>
        <w:spacing w:before="40" w:after="120"/>
        <w:jc w:val="both"/>
      </w:pPr>
      <w:r>
        <w:rPr>
          <w:rFonts w:ascii="Georgia" w:hAnsi="Georgia"/>
          <w:b w:val="0"/>
          <w:i w:val="0"/>
          <w:color w:val="000000"/>
          <w:sz w:val="24"/>
        </w:rPr>
        <w:t xml:space="preserve">Однако, поскольку здесь есть особое преимущество в светах и келим свойства </w:t>
      </w:r>
      <w:r>
        <w:rPr>
          <w:rFonts w:ascii="Georgia" w:hAnsi="Georgia"/>
          <w:b w:val="0"/>
          <w:i/>
          <w:color w:val="000000"/>
          <w:sz w:val="24"/>
        </w:rPr>
        <w:t>охель месаперет</w:t>
      </w:r>
      <w:r>
        <w:rPr>
          <w:rFonts w:ascii="Georgia" w:hAnsi="Georgia"/>
          <w:b w:val="0"/>
          <w:i w:val="0"/>
          <w:color w:val="000000"/>
          <w:sz w:val="24"/>
        </w:rPr>
        <w:t xml:space="preserve">, дополнившихся своими [ахораим] </w:t>
      </w:r>
      <w:r>
        <w:rPr>
          <w:rFonts w:ascii="Georgia" w:hAnsi="Georgia"/>
          <w:b w:val="0"/>
          <w:i/>
          <w:color w:val="000000"/>
          <w:sz w:val="24"/>
        </w:rPr>
        <w:t>бодек хая</w:t>
      </w:r>
      <w:r>
        <w:rPr>
          <w:rFonts w:ascii="Georgia" w:hAnsi="Georgia"/>
          <w:b w:val="0"/>
          <w:i w:val="0"/>
          <w:color w:val="000000"/>
          <w:sz w:val="24"/>
        </w:rPr>
        <w:t>, и благодаря этому в них есть истинный свет паним во всем совершенстве, подобающем кетерам Хохмы и Бины де-БОН, как сказано выше, то логично предположить: хотя они и находятся не на месте ЗАТ де-Атик, всё же их влияние широко, и благодаря этому они способны светить со своего места семи кетерам, находящимся в ЗАТ, светить в них и исправить их в качестве рош де-ЗАТ, как в знаке бэт-бэт-вав. И в этом состоит первое сомнение.</w:t>
      </w:r>
    </w:p>
    <w:p>
      <w:pPr>
        <w:spacing w:before="40" w:after="120"/>
        <w:jc w:val="both"/>
      </w:pPr>
      <w:r>
        <w:rPr>
          <w:rFonts w:ascii="Georgia" w:hAnsi="Georgia"/>
          <w:b w:val="0"/>
          <w:i w:val="0"/>
          <w:color w:val="000000"/>
          <w:sz w:val="24"/>
        </w:rPr>
        <w:t xml:space="preserve">Второе сомнение: или, возможно, даже света и келим свойства </w:t>
      </w:r>
      <w:r>
        <w:rPr>
          <w:rFonts w:ascii="Georgia" w:hAnsi="Georgia"/>
          <w:b w:val="0"/>
          <w:i/>
          <w:color w:val="000000"/>
          <w:sz w:val="24"/>
        </w:rPr>
        <w:t>охель месаперет</w:t>
      </w:r>
      <w:r>
        <w:rPr>
          <w:rFonts w:ascii="Georgia" w:hAnsi="Georgia"/>
          <w:b w:val="0"/>
          <w:i w:val="0"/>
          <w:color w:val="000000"/>
          <w:sz w:val="24"/>
        </w:rPr>
        <w:t xml:space="preserve"> способны светить качеством рош де-ЗАТ семи кетерам ЗАТ де-БОН лишь тогда, когда сами они также находятся в качестве рош де-ЗАТ, как было в знаке бэт-бэт-вав. Здесь же они стоят на месте ГАР де-Атик, являющегося подлинным рош, и потому у них нет связи со свойством рош де-ЗАТ, чтобы они могли светить этим в семи кетерах, — разве только наподобие знака бэт-гимель-далет (</w:t>
      </w:r>
      <w:r>
        <w:rPr>
          <w:rFonts w:ascii="Georgia" w:hAnsi="Georgia" w:cs="Times New Roman"/>
          <w:b/>
          <w:i w:val="0"/>
          <w:color w:val="000000"/>
          <w:sz w:val="24"/>
          <w:rtl/>
          <w:szCs w:val="32"/>
        </w:rPr>
        <w:t>בג״ד</w:t>
      </w:r>
      <w:r>
        <w:rPr>
          <w:rFonts w:ascii="Georgia" w:hAnsi="Georgia"/>
          <w:b w:val="0"/>
          <w:i w:val="0"/>
          <w:color w:val="000000"/>
          <w:sz w:val="24"/>
        </w:rPr>
        <w:t>), как сказано выше, где [свечения] достаточно лишь для исправления линий, но не для того, чтобы собрать их и исправить в качестве рош де-ЗАТ в Хеседе и Нецахе (см. там).</w:t>
      </w:r>
    </w:p>
    <w:p>
      <w:pPr>
        <w:spacing w:before="40" w:after="120"/>
        <w:jc w:val="both"/>
      </w:pPr>
      <w:r>
        <w:rPr>
          <w:rFonts w:ascii="Georgia" w:hAnsi="Georgia"/>
          <w:b w:val="0"/>
          <w:i w:val="0"/>
          <w:color w:val="000000"/>
          <w:sz w:val="24"/>
        </w:rPr>
        <w:t xml:space="preserve">Третье сомнение: или, возможно, здесь дело обстоит еще хуже, чем в знаке бэт-гимель-далет. Ведь там было более значительное исправление светов и келим свойства </w:t>
      </w:r>
      <w:r>
        <w:rPr>
          <w:rFonts w:ascii="Georgia" w:hAnsi="Georgia"/>
          <w:b w:val="0"/>
          <w:i/>
          <w:color w:val="000000"/>
          <w:sz w:val="24"/>
        </w:rPr>
        <w:t>охель месаперет</w:t>
      </w:r>
      <w:r>
        <w:rPr>
          <w:rFonts w:ascii="Georgia" w:hAnsi="Georgia"/>
          <w:b w:val="0"/>
          <w:i w:val="0"/>
          <w:color w:val="000000"/>
          <w:sz w:val="24"/>
        </w:rPr>
        <w:t xml:space="preserve"> кетеров Хохмы и Бины де-БОН, поскольку они одни исправились как рош Атик-Нуквы, так как Кетер де-БОН там вовсе не распространяется ниже табура. Здесь же Кетер де-БОН распространяется ниже табура и становится рош Атик-Нуквы. Поэтому свечение двух кетеров Хохмы и Бины не столь велико, и потому они ничего не могут светить и исправить в семи кетерах ЗАТ де-БОН, находясь на месте ГАР де-Атик и не пребывая с ними в одном месте. А значит, семь кетеров остались вовсе без исправления, точно такими, какими были в начале своего раскрытия в ЗАТ мира Некудим, то есть один под другим, без всякой связи, как написано там.</w:t>
      </w:r>
    </w:p>
    <w:p>
      <w:pPr>
        <w:spacing w:before="40" w:after="120"/>
        <w:jc w:val="both"/>
      </w:pPr>
      <w:r>
        <w:rPr>
          <w:rFonts w:ascii="Georgia" w:hAnsi="Georgia"/>
          <w:b/>
          <w:i w:val="0"/>
          <w:color w:val="000000"/>
          <w:sz w:val="24"/>
        </w:rPr>
        <w:t>«Первое [сомнение] — если сказать, что они стоят каждый на своем месте в ЗАТ де-Атик»</w:t>
      </w:r>
      <w:r>
        <w:rPr>
          <w:rFonts w:ascii="Georgia" w:hAnsi="Georgia"/>
          <w:b w:val="0"/>
          <w:i w:val="0"/>
          <w:color w:val="000000"/>
          <w:sz w:val="24"/>
        </w:rPr>
        <w:t>:</w:t>
      </w:r>
    </w:p>
    <w:p>
      <w:pPr>
        <w:spacing w:before="40" w:after="120"/>
        <w:jc w:val="both"/>
      </w:pPr>
      <w:r>
        <w:rPr>
          <w:rFonts w:ascii="Georgia" w:hAnsi="Georgia"/>
          <w:b w:val="0"/>
          <w:i w:val="0"/>
          <w:color w:val="000000"/>
          <w:sz w:val="24"/>
        </w:rPr>
        <w:t>То есть в них ничего не исправилось, и нет в них даже исправления линий, как написано выше со слов «Третье сомнение» (см. там).</w:t>
      </w:r>
    </w:p>
    <w:p>
      <w:pPr>
        <w:spacing w:before="40" w:after="120"/>
        <w:jc w:val="both"/>
      </w:pPr>
      <w:r>
        <w:rPr>
          <w:rFonts w:ascii="Georgia" w:hAnsi="Georgia"/>
          <w:b/>
          <w:i w:val="0"/>
          <w:color w:val="000000"/>
          <w:sz w:val="24"/>
        </w:rPr>
        <w:t>«Или если три из них стоят в Хеседе де-Атик…»</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То есть света двух кетеров Хохмы и Бины де-БОН, хоть они и находятся не на месте ЗАТ, всё же могут светить семи кетерам и исправить их в качестве рош де-ЗАТ — в Хеседе и Нецахе, как подробно изложено выше со слов «И вот, несомненно» (см. там). И об этом [Учитель] заключает: </w:t>
      </w:r>
      <w:r>
        <w:rPr>
          <w:rFonts w:ascii="Georgia" w:hAnsi="Georgia"/>
          <w:b/>
          <w:i w:val="0"/>
          <w:color w:val="000000"/>
          <w:sz w:val="24"/>
        </w:rPr>
        <w:t>«Или если сказать: поскольку истинный свет паним распространяется вниз, как сказано выше, то им незачем соединяться с ахораим, и потому каждый стоит на своем месте, как сказано выше»</w:t>
      </w:r>
      <w:r>
        <w:rPr>
          <w:rFonts w:ascii="Georgia" w:hAnsi="Georgia"/>
          <w:b w:val="0"/>
          <w:i w:val="0"/>
          <w:color w:val="000000"/>
          <w:sz w:val="24"/>
        </w:rPr>
        <w:t>, конец цитаты.</w:t>
      </w:r>
    </w:p>
    <w:p>
      <w:pPr>
        <w:spacing w:before="40" w:after="120"/>
        <w:jc w:val="both"/>
      </w:pPr>
      <w:r>
        <w:rPr>
          <w:rFonts w:ascii="Georgia" w:hAnsi="Georgia"/>
          <w:b w:val="0"/>
          <w:i w:val="0"/>
          <w:color w:val="000000"/>
          <w:sz w:val="24"/>
        </w:rPr>
        <w:t>[Учитель] имеет в виду следующее: здесь [состояние] иное, чем в знаке бэт-бэт-вав, ведь там свет Кетера де-БОН облачен в келим двух кетеров Хохмы и Бины де-БОН, так что этот свет Кетера, протянувшийся к месту ЗАТ, еще больше увеличивает и расширяет свет паним двух кетеров Хохмы и Бины де-БОН, стоящих на месте ЗАТ, и благодаря этому они способны светить семи кетерам де-БОН, исправить их в качестве рош де-ЗАТ и собрать их в Хеседе и Нецахе. Здесь же свет паним принадлежит им самим — то есть свет, протягивающийся от двух кетеров из рош де-Атик к ЗАТ, есть подлинный свет паним самих этих двух кетеров, и там нет света Кетера де-БОН, как сказано выше. А поскольку они не стоят с семью кетерами в одном месте, то не соединяются со своими ахораим, стоящими вместе с семью кетерами ЗАТ де-БОН, чтобы светить им качеством рош и собрать их в Хеседе и Нецахе. В «Паним Масбирот» это объяснено подробнее.</w:t>
      </w:r>
    </w:p>
    <w:p>
      <w:pPr>
        <w:spacing w:before="40" w:after="120"/>
        <w:jc w:val="both"/>
      </w:pPr>
      <w:r>
        <w:rPr>
          <w:rFonts w:ascii="Georgia" w:hAnsi="Georgia"/>
          <w:b/>
          <w:i w:val="0"/>
          <w:color w:val="000000"/>
          <w:sz w:val="24"/>
        </w:rPr>
        <w:t>«Есть также сомнение: поскольку свет паним… они тоже светят друг другу по линиям…»</w:t>
      </w:r>
      <w:r>
        <w:rPr>
          <w:rFonts w:ascii="Georgia" w:hAnsi="Georgia"/>
          <w:b w:val="0"/>
          <w:i w:val="0"/>
          <w:color w:val="000000"/>
          <w:sz w:val="24"/>
        </w:rPr>
        <w:t>: То есть [сомнение состоит в том, удастся ли] по меньшей мере протянуть семи кетерам свойство исправления линий, которое было у них во время гадлута мира Некудим, как в знаке алеф-алеф-гимель (</w:t>
      </w:r>
      <w:r>
        <w:rPr>
          <w:rFonts w:ascii="Georgia" w:hAnsi="Georgia" w:cs="Times New Roman"/>
          <w:b/>
          <w:i w:val="0"/>
          <w:color w:val="000000"/>
          <w:sz w:val="24"/>
          <w:rtl/>
          <w:szCs w:val="32"/>
        </w:rPr>
        <w:t>אא״ג</w:t>
      </w:r>
      <w:r>
        <w:rPr>
          <w:rFonts w:ascii="Georgia" w:hAnsi="Georgia"/>
          <w:b w:val="0"/>
          <w:i w:val="0"/>
          <w:color w:val="000000"/>
          <w:sz w:val="24"/>
        </w:rPr>
        <w:t xml:space="preserve">) и знаке бэт-гимель-далет, и как сказано выше со слов «Третье сомнение» (см. там). И об этом [Учитель] заключает: </w:t>
      </w:r>
      <w:r>
        <w:rPr>
          <w:rFonts w:ascii="Georgia" w:hAnsi="Georgia"/>
          <w:b/>
          <w:i w:val="0"/>
          <w:color w:val="000000"/>
          <w:sz w:val="24"/>
        </w:rPr>
        <w:t>«Или если сказать, что они светят друг другу не по линиям, а каждый тому, кто стоит ниже него, — и всё это остается под сомнением»</w:t>
      </w:r>
      <w:r>
        <w:rPr>
          <w:rFonts w:ascii="Georgia" w:hAnsi="Georgia"/>
          <w:b w:val="0"/>
          <w:i w:val="0"/>
          <w:color w:val="000000"/>
          <w:sz w:val="24"/>
        </w:rPr>
        <w:t>, конец цитаты.</w:t>
      </w:r>
    </w:p>
    <w:p>
      <w:pPr>
        <w:spacing w:before="40" w:after="120"/>
        <w:jc w:val="both"/>
      </w:pPr>
      <w:r>
        <w:rPr>
          <w:rFonts w:ascii="Georgia" w:hAnsi="Georgia"/>
          <w:b w:val="0"/>
          <w:i w:val="0"/>
          <w:color w:val="000000"/>
          <w:sz w:val="24"/>
        </w:rPr>
        <w:t xml:space="preserve">[Учитель] хочет сказать, что здесь действительно следует провести различие. Ведь в знаке алеф-алеф-гимель есть то достоинство, что света двух кетеров Хохмы и Бины де-БОН находятся с семью кетерами ЗАТ де-БОН в одном месте; а в знаке бэт-гимель-далет есть достоинство в том, что из одних лишь светов и келим двух кетеров Хохмы и Бины де-БОН образовалось всё свойство рош Атик-Нуквы. Здесь же, напротив, и света свойства </w:t>
      </w:r>
      <w:r>
        <w:rPr>
          <w:rFonts w:ascii="Georgia" w:hAnsi="Georgia"/>
          <w:b w:val="0"/>
          <w:i/>
          <w:color w:val="000000"/>
          <w:sz w:val="24"/>
        </w:rPr>
        <w:t>охель месаперет</w:t>
      </w:r>
      <w:r>
        <w:rPr>
          <w:rFonts w:ascii="Georgia" w:hAnsi="Georgia"/>
          <w:b w:val="0"/>
          <w:i w:val="0"/>
          <w:color w:val="000000"/>
          <w:sz w:val="24"/>
        </w:rPr>
        <w:t xml:space="preserve"> двух кетеров Хохмы и Бины де-БОН не находятся в одном месте с семью кетерами, и в их келим в рош облачен подлинный свет паним их самих, а не от Кетера де-БОН. Поэтому они остаются вовсе без исправления, как в начале раскрытия ЗАТ мира Некудим, как сказано выше со слов «Третье сомнение» (см. там).</w:t>
      </w:r>
    </w:p>
    <w:p>
      <w:pPr>
        <w:spacing w:before="40" w:after="120"/>
        <w:jc w:val="both"/>
      </w:pPr>
      <w:r>
        <w:rPr>
          <w:rFonts w:ascii="Georgia" w:hAnsi="Georgia"/>
          <w:b w:val="0"/>
          <w:i w:val="0"/>
          <w:color w:val="000000"/>
          <w:sz w:val="24"/>
        </w:rPr>
        <w:t xml:space="preserve">12) </w:t>
      </w:r>
      <w:r>
        <w:rPr>
          <w:rFonts w:ascii="Georgia" w:hAnsi="Georgia"/>
          <w:b/>
          <w:i w:val="0"/>
          <w:color w:val="000000"/>
          <w:sz w:val="24"/>
        </w:rPr>
        <w:t>«И вот теперь есть два ущерба: во-первых, света находятся не внизу… [во-вторых], не светят по линиям»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Ведь здесь, в знаке бэт-далет-далет 2, в ГАР де-Атик есть лишь свойство светов и келим де-ахораим двух кетеров Хохмы и Бины, как сказано выше в «Паним Меирот» (с. 737, со слов «Знак бэт-далет-далет 2»): поскольку там есть лишь келим свойства </w:t>
      </w:r>
      <w:r>
        <w:rPr>
          <w:rFonts w:ascii="Georgia" w:hAnsi="Georgia"/>
          <w:b w:val="0"/>
          <w:i/>
          <w:color w:val="000000"/>
          <w:sz w:val="24"/>
        </w:rPr>
        <w:t>охель месаперет</w:t>
      </w:r>
      <w:r>
        <w:rPr>
          <w:rFonts w:ascii="Georgia" w:hAnsi="Georgia"/>
          <w:b w:val="0"/>
          <w:i w:val="0"/>
          <w:color w:val="000000"/>
          <w:sz w:val="24"/>
        </w:rPr>
        <w:t xml:space="preserve"> без их восполнения от </w:t>
      </w:r>
      <w:r>
        <w:rPr>
          <w:rFonts w:ascii="Georgia" w:hAnsi="Georgia"/>
          <w:b w:val="0"/>
          <w:i/>
          <w:color w:val="000000"/>
          <w:sz w:val="24"/>
        </w:rPr>
        <w:t>бодек хая</w:t>
      </w:r>
      <w:r>
        <w:rPr>
          <w:rFonts w:ascii="Georgia" w:hAnsi="Georgia"/>
          <w:b w:val="0"/>
          <w:i w:val="0"/>
          <w:color w:val="000000"/>
          <w:sz w:val="24"/>
        </w:rPr>
        <w:t xml:space="preserve">, и потому в них есть лишь свет ахораим, являющийся светом ЗАТ (см. там). Таким образом, кетеры Хохмы и Бины де-БОН также остались совершенно без какого бы то ни было исправления от силы МА, но исключительно в том состоянии, в каком были в начале своего раскрытия: ведь все те ахораим, которые отменились у них и называются </w:t>
      </w:r>
      <w:r>
        <w:rPr>
          <w:rFonts w:ascii="Georgia" w:hAnsi="Georgia"/>
          <w:b w:val="0"/>
          <w:i/>
          <w:color w:val="000000"/>
          <w:sz w:val="24"/>
        </w:rPr>
        <w:t>бодек хая</w:t>
      </w:r>
      <w:r>
        <w:rPr>
          <w:rFonts w:ascii="Georgia" w:hAnsi="Georgia"/>
          <w:b w:val="0"/>
          <w:i w:val="0"/>
          <w:color w:val="000000"/>
          <w:sz w:val="24"/>
        </w:rPr>
        <w:t xml:space="preserve">, здесь не исправились и отсутствуют в них (они пришли затем в Аба ве-Има мира Ацилут, как сказано там). И потому они находятся там лишь в состоянии ахор бе-ахор, то есть [обладают] лишь тем, что осталось у них во время швират а-келим. И об этом [Учитель] сказал: </w:t>
      </w:r>
      <w:r>
        <w:rPr>
          <w:rFonts w:ascii="Georgia" w:hAnsi="Georgia"/>
          <w:b/>
          <w:i w:val="0"/>
          <w:color w:val="000000"/>
          <w:sz w:val="24"/>
        </w:rPr>
        <w:t>«И кроме того, даже находясь наверху, они светят не по линиям, а лишь один над другим»</w:t>
      </w:r>
      <w:r>
        <w:rPr>
          <w:rFonts w:ascii="Georgia" w:hAnsi="Georgia"/>
          <w:b w:val="0"/>
          <w:i w:val="0"/>
          <w:color w:val="000000"/>
          <w:sz w:val="24"/>
        </w:rPr>
        <w:t>, конец цитаты.</w:t>
      </w:r>
    </w:p>
    <w:p>
      <w:pPr>
        <w:spacing w:before="40" w:after="120"/>
        <w:jc w:val="both"/>
      </w:pPr>
      <w:r>
        <w:rPr>
          <w:rFonts w:ascii="Georgia" w:hAnsi="Georgia"/>
          <w:b w:val="0"/>
          <w:i w:val="0"/>
          <w:color w:val="000000"/>
          <w:sz w:val="24"/>
        </w:rPr>
        <w:t>То есть, как мы сказали, они пребывают в состоянии ахор бе-ахор — то есть без исправления линий; а раз так, то совершенно ясно, что они не способны исправить хоть что-то в семи кетерах ЗАТ де-БОН, и неизбежно те тоже остались без исправления, лишь один над другим. В отличие от знака бэт-гимель-далет, где они исправились как рош Атик-Нуквы, как сказано выше; и в отличие от знака алеф-алеф-гимель, где они по меньшей мере находились в одном месте с семью кетерами, и к тому же два кетера Хохмы и Бины де-БОН удостоились там этого исправления — стать рош де-ЗАТ в Хеседе и Нецахе, как сказано выше.</w:t>
      </w:r>
    </w:p>
    <w:p>
      <w:r>
        <w:br w:type="page"/>
      </w:r>
    </w:p>
    <w:p>
      <w:pPr>
        <w:keepNext/>
        <w:spacing w:before="360" w:after="160"/>
        <w:jc w:val="center"/>
      </w:pPr>
      <w:r>
        <w:rPr>
          <w:rFonts w:ascii="Georgia" w:hAnsi="Georgia"/>
          <w:b w:val="0"/>
          <w:i w:val="0"/>
          <w:color w:val="000000"/>
          <w:sz w:val="40"/>
        </w:rPr>
        <w:t>Ветвь 57</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Объясним теперь исправление АА, который был исправлен вслед за Атик Йомином. Как было сказано выше, он образовался из свойства Хохма де-МА — то есть уровня некудот (огласовок) де-МА — и из пяти нижних [сфирот] Кетера де-БОН. И он включает в себя мужское и женское [начала]: МА справа от него, а БОН слева, как сказано выше.</w:t>
      </w:r>
    </w:p>
    <w:p>
      <w:pPr>
        <w:spacing w:before="40" w:after="120"/>
        <w:jc w:val="both"/>
      </w:pPr>
      <w:r>
        <w:rPr>
          <w:rFonts w:ascii="Georgia" w:hAnsi="Georgia"/>
          <w:b w:val="0"/>
          <w:i w:val="0"/>
          <w:color w:val="000000"/>
          <w:sz w:val="24"/>
        </w:rPr>
        <w:t>2) И он облачает Атик Йомина следующим образом: три первые [сфиры] (ГАР) де-Атик не могут облачиться внутрь АА, и невозможно также воспринять их свет. Поэтому они остаются открытыми и служат окружающим [светом] для АА.</w:t>
      </w:r>
    </w:p>
    <w:p>
      <w:pPr>
        <w:spacing w:before="40" w:after="120"/>
        <w:jc w:val="both"/>
      </w:pPr>
      <w:r>
        <w:rPr>
          <w:rFonts w:ascii="Georgia" w:hAnsi="Georgia"/>
          <w:b w:val="0"/>
          <w:i w:val="0"/>
          <w:color w:val="000000"/>
          <w:sz w:val="24"/>
        </w:rPr>
        <w:t>3) А семь нижних [сфирот] (ЗАТ) де-Атик облачаются внутрь АА следующим образом: КАХАБ де-АА облачают ХАГАТ де-Атик Йомин, а ЗАТ де-АА облачают НЕХИ де-Атик следующим образом. Ведь в Нецах де-Атик есть три суставы (трети): две первые трети облачаются в Хесед и Нецах де-АА, и точно так же две первые трети Хода де-Атик облачаются в Гвуру и Ход де-АА. Нижняя же треть Нецах де-Атик и нижняя треть Хода де-Атик остаются открытыми, без облачения, и они остались внизу, в [мире] Брия, под Ацилутом, чтобы светить там миру Брия.</w:t>
      </w:r>
    </w:p>
    <w:p>
      <w:pPr>
        <w:spacing w:before="40" w:after="120"/>
        <w:jc w:val="both"/>
      </w:pPr>
      <w:r>
        <w:rPr>
          <w:rFonts w:ascii="Georgia" w:hAnsi="Georgia"/>
          <w:b w:val="0"/>
          <w:i w:val="0"/>
          <w:color w:val="000000"/>
          <w:sz w:val="24"/>
        </w:rPr>
        <w:t>4) И они подобны двум сосцам животного, которые находятся там, возле ног. Ведь все эти уровни — АА, Аба ве-Има и ЗОН, — когда они исправлялись во время своего выделения [из Источника], находились внизу, там, в Брие, и начали подниматься. Сначала они сосали из двух сосцов животного, а затем выросли больше и сосали из грудей человека, как с Б-жьей помощью будет сказано в начале исследования об исправлении ЗА.</w:t>
      </w:r>
    </w:p>
    <w:p>
      <w:pPr>
        <w:spacing w:before="40" w:after="120"/>
        <w:jc w:val="both"/>
      </w:pPr>
      <w:r>
        <w:rPr>
          <w:rFonts w:ascii="Georgia" w:hAnsi="Georgia"/>
          <w:b w:val="0"/>
          <w:i w:val="0"/>
          <w:color w:val="000000"/>
          <w:sz w:val="24"/>
        </w:rPr>
        <w:t>5) Есод де-Атик облачается внутрь Тиферет де-АА до хазе (груди), и там он заканчивается. Знай, что в Есод де-Атик Йомин есть пять хасадим и пять гвурот. И хотя Атик представляет собой мужское и женское начала (ЗОН), являющиеся МА и БОН, как сказано выше, и казалось бы, в нем должны быть пять хасадим и пять гвурот со стороны мужского начала, и так же со стороны Нуквы — подобно тому, как это устроено в Аба ве-Има и ЗОН, о чем говорится в своем месте, — однако там мужское и женское начала являются отдельными парцуфим, и потому там есть хасадим и гвурот в каждом из них. Здесь же, поскольку мужское начало и Нуква де-Атик соединены в один парцуф, как сказано выше, в нем было лишь [один раз] пять хасадим и пять гвурот. И эти пять хасадим и пять гвурот выходят и раскрываются из пэ де-Есод (отверстия Есода) де-Атик, который скрыт и облачен внутрь АА; при этом пять хасадим распространяются по правой линии де-АА изнутри, а пять гвурот — по левой линии, как с Б-жьей помощью будет сказано ниже в теме Аба ве-Има.</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2) </w:t>
      </w:r>
      <w:r>
        <w:rPr>
          <w:rFonts w:ascii="Georgia" w:hAnsi="Georgia"/>
          <w:b/>
          <w:i w:val="0"/>
          <w:color w:val="000000"/>
          <w:sz w:val="24"/>
        </w:rPr>
        <w:t>«ГАР де-Атик не могут облачиться внутрь АА...»</w:t>
      </w:r>
      <w:r>
        <w:rPr>
          <w:rFonts w:ascii="Georgia" w:hAnsi="Georgia"/>
          <w:b w:val="0"/>
          <w:i w:val="0"/>
          <w:color w:val="000000"/>
          <w:sz w:val="24"/>
        </w:rPr>
        <w:t xml:space="preserve"> — как сказано в предыдущей ветви, каждый нижний выходит из пэ де-рош (рта головы) высшего, и потому его рост (кума) начинается от места его выхода, то есть от пэ и ниже. Поэтому рош высшего всегда остается открытой, ведь нижний ее не постигает. </w:t>
      </w:r>
      <w:r>
        <w:rPr>
          <w:rFonts w:ascii="Georgia" w:hAnsi="Georgia"/>
          <w:b/>
          <w:i w:val="0"/>
          <w:color w:val="000000"/>
          <w:sz w:val="24"/>
        </w:rPr>
        <w:t>«И они служат окружающим [светом] для АА»</w:t>
      </w:r>
      <w:r>
        <w:rPr>
          <w:rFonts w:ascii="Georgia" w:hAnsi="Georgia"/>
          <w:b w:val="0"/>
          <w:i w:val="0"/>
          <w:color w:val="000000"/>
          <w:sz w:val="24"/>
        </w:rPr>
        <w:t xml:space="preserve"> — подобно всякой рош высшего, которая считается окружающим светом для нижнего, находящегося в его ЗАТ, как сказано в предыдущей ветви.</w:t>
      </w:r>
    </w:p>
    <w:p>
      <w:pPr>
        <w:spacing w:before="40" w:after="120"/>
        <w:jc w:val="both"/>
      </w:pPr>
      <w:r>
        <w:rPr>
          <w:rFonts w:ascii="Georgia" w:hAnsi="Georgia"/>
          <w:b w:val="0"/>
          <w:i w:val="0"/>
          <w:color w:val="000000"/>
          <w:sz w:val="24"/>
        </w:rPr>
        <w:t xml:space="preserve">3) </w:t>
      </w:r>
      <w:r>
        <w:rPr>
          <w:rFonts w:ascii="Georgia" w:hAnsi="Georgia"/>
          <w:b/>
          <w:i w:val="0"/>
          <w:color w:val="000000"/>
          <w:sz w:val="24"/>
        </w:rPr>
        <w:t>«КАХАБ де-АА облачают ХАГАТ де-Атик, а ЗАТ де-АА облачают НЕХИ де-Атик...»</w:t>
      </w:r>
      <w:r>
        <w:rPr>
          <w:rFonts w:ascii="Georgia" w:hAnsi="Georgia"/>
          <w:b w:val="0"/>
          <w:i w:val="0"/>
          <w:color w:val="000000"/>
          <w:sz w:val="24"/>
        </w:rPr>
        <w:t xml:space="preserve"> — ведь действует общее правило: Малхут второго созерцания (истаклют бэт) высшего, называемая табуром, становится Малхут первого созерцания (истаклют алеф) у нижнего, называемой пэ де-рош. И оказывается, что десять сфирот головы нижнего всегда облачают ХАГАТ высшего, то есть от пэ де-рош до его табура. А от табура высшего и ниже — то есть десять сфирот НЕХИ и завершение высшего — туда распространяется второе созерцание, представляющее собой тело (гуф) нижнего в его тох (внутренней части) и соф (завершении); ведь тох называется ХАГАТ, а соф — НЕХИ, как сказано выше в «Паним масбирот», ветвь 9, см. там. И это то, что он говорит: «КАХАБ де-АА облачают ХАГАТ де-Атик Йомин». То есть, как мы сказали, десять сфирот головы де-АА, называемые КАХАБ, начинаются от пэ де-рош де-Атик и заканчиваются на табуре — в месте его второго созерцания, которое в АА стало первым созерцанием и пэ де-рош; и оказывается, что голова де-АА занимает все место ХАГАТ де-Атик. И это то, что он говорит: </w:t>
      </w:r>
      <w:r>
        <w:rPr>
          <w:rFonts w:ascii="Georgia" w:hAnsi="Georgia"/>
          <w:b/>
          <w:i w:val="0"/>
          <w:color w:val="000000"/>
          <w:sz w:val="24"/>
        </w:rPr>
        <w:t>«А ЗАТ де-АА облачают НЕХИ де-Атик»</w:t>
      </w:r>
      <w:r>
        <w:rPr>
          <w:rFonts w:ascii="Georgia" w:hAnsi="Georgia"/>
          <w:b w:val="0"/>
          <w:i w:val="0"/>
          <w:color w:val="000000"/>
          <w:sz w:val="24"/>
        </w:rPr>
        <w:t>. То есть, как мы сказали, от табура де-Атик и ниже — в месте десяти сфирот его НЕХИ — находится все тело де-АА. Ведь пэ де-АА расположено на месте табура де-Атик, и оказывается, что ЗАТ де-АА, то есть его тох и соф, занимают десять сфирот НЕХИ де-Атик.</w:t>
      </w:r>
    </w:p>
    <w:p>
      <w:pPr>
        <w:spacing w:before="40" w:after="120"/>
        <w:jc w:val="both"/>
      </w:pPr>
      <w:r>
        <w:rPr>
          <w:rFonts w:ascii="Georgia" w:hAnsi="Georgia"/>
          <w:b w:val="0"/>
          <w:i w:val="0"/>
          <w:color w:val="000000"/>
          <w:sz w:val="24"/>
        </w:rPr>
        <w:t>Однако ноги де-АА заканчиваются выше двух нижних третей НЕХИ де-Атик, поскольку АА относится к свойству Хохма, то есть АБ де-МА, как сказано Учителем в начале ветви. А известно, что АБ — это короткий парцуф, который заканчивается выше двух нижних третей НЕХИ внутреннего парцуфа, называемого Атик. И эти две нижние трети Нецах и Ход де-Атик, выступающие ниже ног де-АА, выходят наружу из Ацилута и называются сосцами животного, как с Б-жьей помощью будет сказано далее.</w:t>
      </w:r>
    </w:p>
    <w:p>
      <w:pPr>
        <w:spacing w:before="40" w:after="120"/>
        <w:jc w:val="both"/>
      </w:pPr>
      <w:r>
        <w:rPr>
          <w:rFonts w:ascii="Georgia" w:hAnsi="Georgia"/>
          <w:b/>
          <w:i w:val="0"/>
          <w:color w:val="000000"/>
          <w:sz w:val="24"/>
        </w:rPr>
        <w:t>3–4) «И они остались внизу, в Брие... все эти стадии... начали подниматься и сначала сосали из двух сосцов животного...»:</w:t>
      </w:r>
      <w:r>
        <w:rPr>
          <w:rFonts w:ascii="Georgia" w:hAnsi="Georgia"/>
          <w:b w:val="0"/>
          <w:i w:val="0"/>
          <w:color w:val="000000"/>
          <w:sz w:val="24"/>
        </w:rPr>
        <w:t xml:space="preserve"> На первый взгляд эти слова вызывают недоумение: как может быть, чтобы местом рождения всех парцуфим Ацилута был мир Брия? Непонятно также, почему две нижние трети Нецах и Ход де-Атик стали сосцами животного. И еще более удивительно: как можно уподобить две нижние трети ног де-Атик сосцам животного, которые хотя и расположены ниже пупа, но все же находятся на теле? Где вообще такое слыхано, чтобы нижние трети Нецах и Ход, являющиеся окончанием ног, служили сосцами для вскармливания? Ведь такого в природе вообще не бывает!</w:t>
      </w:r>
    </w:p>
    <w:p>
      <w:pPr>
        <w:spacing w:before="40" w:after="120"/>
        <w:jc w:val="both"/>
      </w:pPr>
      <w:r>
        <w:rPr>
          <w:rFonts w:ascii="Georgia" w:hAnsi="Georgia"/>
          <w:b w:val="0"/>
          <w:i w:val="0"/>
          <w:color w:val="000000"/>
          <w:sz w:val="24"/>
        </w:rPr>
        <w:t>Однако эти вещи необходимо понять глубоко, поскольку они относятся к основам мудрости, и потому я подробно разъясню их. А чтобы понять это, нужно сначала тщательно уяснить вопрос о границе между Ацилутом и Брией. Выше в «Паним масбирот» (лист 71, пункты 7–8) уже объяснялось, что там находится место табура мира Некудим, и там завершились десять сфирот Некудим в начале своего выделения [из Источника]. Ведь даже со стороны первого корня, предшествующего МАН, откуда вышли ЗАТ де-Некудим, как известно, все же та часть ЗАТ, что от табура и ниже, выйти не смогла — из-за отсутствия четвертой стадии (бхина далет) де-АК, которая не вышла там в Некудим в начале их выделения. Поэтому вышла лишь внутренняя часть общего тела до табура, а от табура и ниже все отсутствовало, см. там, так как невозможно повторять здесь столь пространные объяснения.</w:t>
      </w:r>
    </w:p>
    <w:p>
      <w:pPr>
        <w:spacing w:before="40" w:after="120"/>
        <w:jc w:val="both"/>
      </w:pPr>
      <w:r>
        <w:rPr>
          <w:rFonts w:ascii="Georgia" w:hAnsi="Georgia"/>
          <w:b w:val="0"/>
          <w:i w:val="0"/>
          <w:color w:val="000000"/>
          <w:sz w:val="24"/>
        </w:rPr>
        <w:t>Также здесь необходимо вспомнить тему двух общностей, объясняемых в «Паним масбирот» (лист 193, со слов «И знай»): первая общность — это пять парцуфим АК, а вторая общность — это пять парцуфим БОН де-АК, облачающие АК от табура и ниже. При этом внутренний парцуф БОН, называемый парцуфом Атик де-БОН, вышел в Некудим, как сказано выше в «Эц Хаим» (лист 167, см. там), ведь все десять сфирот Некудим — это лишь ГАР и ЗАТ де-Атик де-БОН. Парцуф АБ де-БОН вышел в мире Ацилут в целом, как сказано выше в «Эц Хаим» (лист 625) и в «Паним меирот» (лист 626, со слов «И с этим», см. там). Парцуф САГ де-БОН вышел в [мире] Брия, а парцуфы МА и БОН — в Ецира и Асия, см. там.</w:t>
      </w:r>
    </w:p>
    <w:p>
      <w:pPr>
        <w:spacing w:before="40" w:after="120"/>
        <w:jc w:val="both"/>
      </w:pPr>
      <w:r>
        <w:rPr>
          <w:rFonts w:ascii="Georgia" w:hAnsi="Georgia"/>
          <w:b w:val="0"/>
          <w:i w:val="0"/>
          <w:color w:val="000000"/>
          <w:sz w:val="24"/>
        </w:rPr>
        <w:t>Однако знай, что эти три парцуфа — САГ, МА и БОН общего парцуфа БОН, о которых мы сказали, что они исправились в трех мирах БЕА, — исправились позже, после того как исправился мир Ацилут, являющийся тайной АБ общего БОН, как сказано выше и как с Б-жьей помощью будет написано дальше. И уже объяснялось: хотя в начале выделения десяти сфирот Некудим там вышли лишь ГАР и ЗАТ де-Атик, все же затем, благодаря свечению Есод де-АК, там вышли пять полных парцуфим: Гальгальта, АБ, САГ, МА, БОН. При этом Гальгальта, являющаяся парцуфом Атик де-Некудим, начинается от хазе де-АК; АБ начинается от табура де-АК и ниже, облачает пэ де-рош де-Атик, являющийся табуром де-АК, и заканчивается на табуре САГ де-Некудим — то есть выше двух нижних третей окончания ног Атика де-Некудим, как написано в «Паним масбирот» о парцуфим АК (лист 154, со слов «И вот», что парцуф АБ всегда заканчивается выше табура парцуфа САГ, а табур САГ всегда облачает две нижние трети Нецах и Ход внутреннего парцуфа, называемого Гальгальта или Атик. И это действует во всех мирах одинаково, так что и АБ мира Некудим, и точно так же АБ мира Ацилут заканчиваются выше табура САГ того же мира — то есть выше двух нижних третей Нецах и Ход де-Атик того мира, и помни это.</w:t>
      </w:r>
    </w:p>
    <w:p>
      <w:pPr>
        <w:spacing w:before="40" w:after="120"/>
        <w:jc w:val="both"/>
      </w:pPr>
      <w:r>
        <w:rPr>
          <w:rFonts w:ascii="Georgia" w:hAnsi="Georgia"/>
          <w:b w:val="0"/>
          <w:i w:val="0"/>
          <w:color w:val="000000"/>
          <w:sz w:val="24"/>
        </w:rPr>
        <w:t>Еще необходимо вспомнить здесь сказанное в «Паним масбирот» в начале врат Атика: существуют два аспекта внутреннего и внешнего в пяти парцуфим Ацилута — со стороны БОН в них и со стороны МА в них. При этом пять внешних парцуфим БОН вышли в БЕА, а пять внешних парцуфим Ацилута вышли в самом Ацилуте. И смотри там (пункт 3 и далее), как каждый частный парцуф из пяти парцуфим Ацилута, разделяющийся на рош, тох и соф, тем не менее по своему корню является лишь десятью сфирот головы, именуемыми Гальгальта, эйнаим (глаза), мэцах (лоб) и АХАП, см. там. И причина этого заключается в том, что все силы, имеющиеся в высшем, обязательно действуют и в нижнем. Поэтому в пяти парцуфим Ацилута следует различать все три корня: корень АК, корень БОН и корень нового МА, поскольку все три действуют в Ацилуте.</w:t>
      </w:r>
    </w:p>
    <w:p>
      <w:pPr>
        <w:spacing w:before="40" w:after="120"/>
        <w:jc w:val="both"/>
      </w:pPr>
      <w:r>
        <w:rPr>
          <w:rFonts w:ascii="Georgia" w:hAnsi="Georgia"/>
          <w:b w:val="0"/>
          <w:i w:val="0"/>
          <w:color w:val="000000"/>
          <w:sz w:val="24"/>
        </w:rPr>
        <w:t>И потому, когда ты вдумаешься в границу Ацилута — то есть завесу (паргод) между Ацилутом и Брией, — ты обнаружишь следующее:</w:t>
      </w:r>
    </w:p>
    <w:p>
      <w:pPr>
        <w:spacing w:before="40" w:after="120"/>
        <w:jc w:val="both"/>
      </w:pPr>
      <w:r>
        <w:rPr>
          <w:rFonts w:ascii="Georgia" w:hAnsi="Georgia"/>
          <w:b w:val="0"/>
          <w:i w:val="0"/>
          <w:color w:val="000000"/>
          <w:sz w:val="24"/>
        </w:rPr>
        <w:t>Со стороны корня АК, предшествующего МАН, там находится уровень пэ де-рош каждого частного парцуфа из пяти парцуфим Ацилута, то есть Малхут головы, от которой и ниже продолжается тело этой головы.</w:t>
      </w:r>
    </w:p>
    <w:p>
      <w:pPr>
        <w:spacing w:before="40" w:after="120"/>
        <w:jc w:val="both"/>
      </w:pPr>
      <w:r>
        <w:rPr>
          <w:rFonts w:ascii="Georgia" w:hAnsi="Georgia"/>
          <w:b w:val="0"/>
          <w:i w:val="0"/>
          <w:color w:val="000000"/>
          <w:sz w:val="24"/>
        </w:rPr>
        <w:t>А со стороны корня БОН — то есть света глаз, благодаря силе которого десять сфирот головы разделились на две ступени: Гальгальта ве-эйнаим и АХАП, являющиеся головой и внутренней частью (рош и тох), что соответствует тайне КАХАБ и ХАГАТ, — оказывается, что пэ де-рош со стороны АК опустился у БОН и приобрел статус табура, то есть Малхут второго созерцания и завершения ХАГАТ. И ты уже знаешь об удлинении пэ де-табур у БОН вплоть до самого окончания Тиферет, то есть до пэ де-Есод, являющегося окончанием женского Тиферет, как написано в «Паним масбирот» (лист 672, пункт 22, см. там с его объяснением и обоснованием). Таким образом, со стороны корня БОН уровень пэ де-рош, бывший со стороны АК, опустился и приобрел статус пэ де-Есод.</w:t>
      </w:r>
    </w:p>
    <w:p>
      <w:pPr>
        <w:spacing w:before="40" w:after="120"/>
        <w:jc w:val="both"/>
      </w:pPr>
      <w:r>
        <w:rPr>
          <w:rFonts w:ascii="Georgia" w:hAnsi="Georgia"/>
          <w:b w:val="0"/>
          <w:i w:val="0"/>
          <w:color w:val="000000"/>
          <w:sz w:val="24"/>
        </w:rPr>
        <w:t>А со стороны корня нового МА — то есть света лба — под его воздействием те же десять сфирот головы разделились на три ступени: рош, тох, соф, как написано в «Паним меирот» (лист 629) и в «Паним масбирот» (лист 679, со слов «И нужно»). И оказывается, что тот самый пэ де-рош со стороны АК опустился у МА и приобрел статус сиюм раглин.</w:t>
      </w:r>
    </w:p>
    <w:p>
      <w:pPr>
        <w:spacing w:before="40" w:after="120"/>
        <w:jc w:val="both"/>
      </w:pPr>
      <w:r>
        <w:rPr>
          <w:rFonts w:ascii="Georgia" w:hAnsi="Georgia"/>
          <w:b w:val="0"/>
          <w:i w:val="0"/>
          <w:color w:val="000000"/>
          <w:sz w:val="24"/>
        </w:rPr>
        <w:t>И запомни эти три корня хорошенько, ведь они понадобятся тебе на всем дальнейшем протяжении науки [Каббала]. И ты находишь, что та самая граница между Ацилутом и Брией, являющаяся основанием Ацилута и сводом Брии, со стороны АК представляет собой буквально две губы пэ де-рош. Со стороны же БОН эта граница — тайна пэ де-Есод.</w:t>
      </w:r>
    </w:p>
    <w:p>
      <w:pPr>
        <w:spacing w:before="40" w:after="120"/>
        <w:jc w:val="both"/>
      </w:pPr>
      <w:r>
        <w:rPr>
          <w:rFonts w:ascii="Georgia" w:hAnsi="Georgia"/>
          <w:b w:val="0"/>
          <w:i w:val="0"/>
          <w:color w:val="000000"/>
          <w:sz w:val="24"/>
        </w:rPr>
        <w:t>А со стороны МА — это полное сиюм раглин, то есть абсолютный масах, от которого и ниже начинается новый мир из пяти парцуфим — мир Брия.</w:t>
      </w:r>
    </w:p>
    <w:p>
      <w:pPr>
        <w:spacing w:before="40" w:after="120"/>
        <w:jc w:val="both"/>
      </w:pPr>
      <w:r>
        <w:rPr>
          <w:rFonts w:ascii="Georgia" w:hAnsi="Georgia"/>
          <w:b w:val="0"/>
          <w:i w:val="0"/>
          <w:color w:val="000000"/>
          <w:sz w:val="24"/>
        </w:rPr>
        <w:t>В отличие от этого, со стороны БОН [ступени ниже границы] все еще относятся к парцуфим Ацилута, являясь их ногами от пэ де-табур или пэ де-Есод и ниже.</w:t>
      </w:r>
    </w:p>
    <w:p>
      <w:pPr>
        <w:spacing w:before="40" w:after="120"/>
        <w:jc w:val="both"/>
      </w:pPr>
      <w:r>
        <w:rPr>
          <w:rFonts w:ascii="Georgia" w:hAnsi="Georgia"/>
          <w:b w:val="0"/>
          <w:i w:val="0"/>
          <w:color w:val="000000"/>
          <w:sz w:val="24"/>
        </w:rPr>
        <w:t>И тем более со стороны АК: они представляют собой подлинное тело Ацилута, то есть ХАГАТ и НЕХИ де-Ацилут, и помни это.</w:t>
      </w:r>
    </w:p>
    <w:p>
      <w:pPr>
        <w:spacing w:before="40" w:after="120"/>
        <w:jc w:val="both"/>
      </w:pPr>
      <w:r>
        <w:rPr>
          <w:rFonts w:ascii="Georgia" w:hAnsi="Georgia"/>
          <w:b w:val="0"/>
          <w:i w:val="0"/>
          <w:color w:val="000000"/>
          <w:sz w:val="24"/>
        </w:rPr>
        <w:t>И те же три аспекта, которые мы указали различить в границе Ацилута, определяют также место выхода и рождения каждого нижнего относительно его высшего. Ведь ты уже знаешь, что в пяти парцуфим АК каждый нижний выходил через пэ высшего, как написано в «Паним масбирот», ветвь 9, пункт 2, см. там. И этот закон остается обязательным для всех нижних после него. Однако согласно объясненному — что то самое пэ де-АК стало у БОН свойством пэ де-Есод, а у МА — окончанием ног, — оказывается, что место рождения парцуфим Ацилута обладает этими тремя свойствами: пэ, пэ де-Есод и сиюм раглин. И мы всегда различаем все три этих [свойства] — в каждом [парцуфе] согласно его соотношению, как с Б-жьей помощью будет изложено далее на просторах мудрости.</w:t>
      </w:r>
    </w:p>
    <w:p>
      <w:pPr>
        <w:spacing w:before="40" w:after="120"/>
        <w:jc w:val="both"/>
      </w:pPr>
      <w:r>
        <w:rPr>
          <w:rFonts w:ascii="Georgia" w:hAnsi="Georgia"/>
          <w:b w:val="0"/>
          <w:i w:val="0"/>
          <w:color w:val="000000"/>
          <w:sz w:val="24"/>
        </w:rPr>
        <w:t xml:space="preserve">И теперь ты поймешь слова Учителя, когда он говорит: </w:t>
      </w:r>
      <w:r>
        <w:rPr>
          <w:rFonts w:ascii="Georgia" w:hAnsi="Georgia"/>
          <w:b/>
          <w:i w:val="0"/>
          <w:color w:val="000000"/>
          <w:sz w:val="24"/>
        </w:rPr>
        <w:t>«Все эти уровни — АА, Аба ве-Има и ЗОН, когда они исправлялись во время своего выделения [из Источника], находились внизу, там, в Брие»</w:t>
      </w:r>
      <w:r>
        <w:rPr>
          <w:rFonts w:ascii="Georgia" w:hAnsi="Georgia"/>
          <w:b w:val="0"/>
          <w:i w:val="0"/>
          <w:color w:val="000000"/>
          <w:sz w:val="24"/>
        </w:rPr>
        <w:t>, до сих пор его слова.</w:t>
      </w:r>
    </w:p>
    <w:p>
      <w:pPr>
        <w:spacing w:before="40" w:after="120"/>
        <w:jc w:val="both"/>
      </w:pPr>
      <w:r>
        <w:rPr>
          <w:rFonts w:ascii="Georgia" w:hAnsi="Georgia"/>
          <w:b w:val="0"/>
          <w:i w:val="0"/>
          <w:color w:val="000000"/>
          <w:sz w:val="24"/>
        </w:rPr>
        <w:t>То есть, как мы сказали: то место выхода каждого нижнего парцуфа через пэ де-рош высшего, которое имело место в парцуфим АК, является обязательным законом для всех парцуфим во всех мирах АБЕА. Однако в парцуфим БОН оно опустилось до уровня пэ де-Есод, а в парцуфим МА опустилось и приобрело статус сиюм раглин, и это место называется завесой (паргод) между Ацилутом и Брией, как сказано выше. И хотя уровень ног, простирающийся от табура де-БОН и ниже, все еще продолжается ниже паргода, как сказано выше, все же все свечение Ацилута в парцуфим БОН приходит только через МА, как известно. А поскольку ноги парцуфим МА обрываются и заканчиваются на паргоде, как сказано, ноги БОН, находящиеся ниже паргода, остаются вовсе без свечения Ацилута.</w:t>
      </w:r>
    </w:p>
    <w:p>
      <w:pPr>
        <w:spacing w:before="40" w:after="120"/>
        <w:jc w:val="both"/>
      </w:pPr>
      <w:r>
        <w:rPr>
          <w:rFonts w:ascii="Georgia" w:hAnsi="Georgia"/>
          <w:b w:val="0"/>
          <w:i w:val="0"/>
          <w:color w:val="000000"/>
          <w:sz w:val="24"/>
        </w:rPr>
        <w:t xml:space="preserve">И ты находишь, что АА де-Ацилут, который выделяется [из Источника] и рождается из пэ де-рош де-Атик, неизбежно [выходит так, что] это пэ и есть паргод Ацилута — в соотношении с пэ де-рош со стороны АК, которое на уровне Атик де-МА уже является окончанием его ног. И оказывается, что АА де-Ацилут в момент своего рождения выходит наружу за паргод Ацилута, на место мира Брия. А ты уже знаешь, что место облачения нижнего на высшего начинается от места его выхода; следовательно, парцуф АА де-Ацилут неизбежно начинается ниже паргода Ацилута, так что целиком стоит в мире Брия, не говоря уже об остальных парцуфим Ацилута, расположенных ниже АА. И это то, что он говорит: </w:t>
      </w:r>
      <w:r>
        <w:rPr>
          <w:rFonts w:ascii="Georgia" w:hAnsi="Georgia"/>
          <w:b/>
          <w:i w:val="0"/>
          <w:color w:val="000000"/>
          <w:sz w:val="24"/>
        </w:rPr>
        <w:t>«Все эти уровни — АА, Аба ве-Има и ЗОН, когда они исправлялись во время своего выделения [из Источника], находились внизу, там, в Брие»</w:t>
      </w:r>
      <w:r>
        <w:rPr>
          <w:rFonts w:ascii="Georgia" w:hAnsi="Georgia"/>
          <w:b w:val="0"/>
          <w:i w:val="0"/>
          <w:color w:val="000000"/>
          <w:sz w:val="24"/>
        </w:rPr>
        <w:t>, — то есть, как мы сказали, их рост начинается ниже паргода Ацилута, поскольку там находится место их выхода и рождения.</w:t>
      </w:r>
    </w:p>
    <w:p>
      <w:pPr>
        <w:spacing w:before="40" w:after="120"/>
        <w:jc w:val="both"/>
      </w:pPr>
      <w:r>
        <w:rPr>
          <w:rFonts w:ascii="Georgia" w:hAnsi="Georgia"/>
          <w:b w:val="0"/>
          <w:i w:val="0"/>
          <w:color w:val="000000"/>
          <w:sz w:val="24"/>
        </w:rPr>
        <w:t xml:space="preserve">И это то, что он говорит: </w:t>
      </w:r>
      <w:r>
        <w:rPr>
          <w:rFonts w:ascii="Georgia" w:hAnsi="Georgia"/>
          <w:b/>
          <w:i w:val="0"/>
          <w:color w:val="000000"/>
          <w:sz w:val="24"/>
        </w:rPr>
        <w:t>«И сначала сосали из двух сосцов животного...»</w:t>
      </w:r>
    </w:p>
    <w:p>
      <w:pPr>
        <w:spacing w:before="40" w:after="120"/>
        <w:jc w:val="both"/>
      </w:pPr>
      <w:r>
        <w:rPr>
          <w:rFonts w:ascii="Georgia" w:hAnsi="Georgia"/>
          <w:b w:val="0"/>
          <w:i w:val="0"/>
          <w:color w:val="000000"/>
          <w:sz w:val="24"/>
        </w:rPr>
        <w:t>Однако прежде необходимо глубоко понять суть этого вскармливания, имеющего место во всех парцуфим. Дело в том, что каждый парцуф в момент своего рождения находится в состоянии «спиной к спине» (ахор бе-ахор). То есть в нем есть лишь свет нефеш, который является женским светом — свойством получения без отдачи; и это вызвано отсутствием масаха, ведь в нем в то время нет даже масаха первой стадии (бхина алеф), как написано в «Паним меирот» и в «Паним масбирот» в предыдущей ветви, см. там. Когда же он растет и обретает масах первой стадии, в нем появляется свет руах; а когда растет дальше и обретает масах второй стадии (бхина бэт), он обретает свет нешама. И ты видишь, что суть малого состояния любого парцуфа заключается в нехватке толщи (авиют) в его масахе, как написано в «Паним масбирот» (лист 580). И потому во время своего зачатия (ибура), когда его масах предельно чист (зах), то есть относится к уровню Кетер, он совершенно непригоден ни для какого соударения (зивуга) с высшим светом, и все изобилие для своего существования он вынужден поэтому получать сверху вниз от своего высшего парцуфа, являющегося тайной его Аба ве-Има.</w:t>
      </w:r>
    </w:p>
    <w:p>
      <w:pPr>
        <w:spacing w:before="40" w:after="120"/>
        <w:jc w:val="both"/>
      </w:pPr>
      <w:r>
        <w:rPr>
          <w:rFonts w:ascii="Georgia" w:hAnsi="Georgia"/>
          <w:b w:val="0"/>
          <w:i w:val="0"/>
          <w:color w:val="000000"/>
          <w:sz w:val="24"/>
        </w:rPr>
        <w:t xml:space="preserve">И в этом смысл сказанного мудрецами: «ест то, что ест его мать», ведь еда — это тайна соударения высшего света на масах, в соответствии со стихом: </w:t>
      </w:r>
      <w:r>
        <w:rPr>
          <w:rFonts w:ascii="Georgia" w:hAnsi="Georgia"/>
          <w:b w:val="0"/>
          <w:i/>
          <w:color w:val="000000"/>
          <w:sz w:val="24"/>
        </w:rPr>
        <w:t>«...поела и отерла рот свой...»</w:t>
      </w:r>
      <w:r>
        <w:rPr>
          <w:rFonts w:ascii="Georgia" w:hAnsi="Georgia"/>
          <w:b w:val="0"/>
          <w:i w:val="0"/>
          <w:color w:val="000000"/>
          <w:sz w:val="24"/>
        </w:rPr>
        <w:t xml:space="preserve"> (Мишлей 30:20). А поскольку у самого зародыша нет масаха, на который высший свет произвел бы соударение, дабы излить в него света поддержания существования, это соударение происходит в пэ его матери. И изобилие нисходит к зародышу сверху вниз само по себе, без [собственного] соударения; поэтому этот свет называется женским светом, что указывает на отсутствие в нем самом какого бы то ни было соударения, и пойми это. А когда он рождается и выходит на свет мира, тогда наступает время завершения лишь света нефеш, и в нем все еще нет соударения, как сказано выше. И тогда начинается период вскармливания из грудей его матери, особое свойство которого состоит в том, чтобы передать младенцу и восполнить в нем масах, дабы он стал способен сам произвести соударение с высшим светом и больше не нуждался в матери. Ведь после того как этот [процесс] завершается и он обретает первую стадию масаха, в нем самом происходит соударение с высшим светом, изливающее в него свет руах. И подобным же образом происходит второе вскармливание ради [света] нешама, как известно и как с Б-жьей помощью будет сказано в своем месте.</w:t>
      </w:r>
    </w:p>
    <w:p>
      <w:pPr>
        <w:spacing w:before="40" w:after="120"/>
        <w:jc w:val="both"/>
      </w:pPr>
      <w:r>
        <w:rPr>
          <w:rFonts w:ascii="Georgia" w:hAnsi="Georgia"/>
          <w:b w:val="0"/>
          <w:i w:val="0"/>
          <w:color w:val="000000"/>
          <w:sz w:val="24"/>
        </w:rPr>
        <w:t>И выяснилось, что главное предназначение вскармливания состоит исключительно в привлечении масаха, способного к соударению, и помни это.</w:t>
      </w:r>
    </w:p>
    <w:p>
      <w:pPr>
        <w:spacing w:before="40" w:after="120"/>
        <w:jc w:val="both"/>
      </w:pPr>
      <w:r>
        <w:rPr>
          <w:rFonts w:ascii="Georgia" w:hAnsi="Georgia"/>
          <w:b w:val="0"/>
          <w:i w:val="0"/>
          <w:color w:val="000000"/>
          <w:sz w:val="24"/>
        </w:rPr>
        <w:t>И этот вопрос станет для тебя еще яснее благодаря общему правилу, приведенному в «Паним масбирот» (лист 267) относительно парцуфим АК: всякое второе созерцание высшего становится первым созерцанием у нижнего. То есть каждый табур высшего становится пэ де-рош у нижнего, так что рот каждого нижнего облачает табур высшего. И оказывается, что десять сфирот головы нижнего протянуты от пэ высшего до табура высшего, см. там.</w:t>
      </w:r>
    </w:p>
    <w:p>
      <w:pPr>
        <w:spacing w:before="40" w:after="120"/>
        <w:jc w:val="both"/>
      </w:pPr>
      <w:r>
        <w:rPr>
          <w:rFonts w:ascii="Georgia" w:hAnsi="Georgia"/>
          <w:b w:val="0"/>
          <w:i w:val="0"/>
          <w:color w:val="000000"/>
          <w:sz w:val="24"/>
        </w:rPr>
        <w:t>И ты уже знаешь, что масах второго созерцания, называемый Малхут де-Малхут, именуется табуром в парцуфе САГ, а в парцуфе АБ он называется хазе, поскольку АБ короток и окончание его ног находится выше табура САГ, как написано в «Паним масбирот» (лист 658, со слов «И из объясненного»).</w:t>
      </w:r>
    </w:p>
    <w:p>
      <w:pPr>
        <w:spacing w:before="40" w:after="120"/>
        <w:jc w:val="both"/>
      </w:pPr>
      <w:r>
        <w:rPr>
          <w:rFonts w:ascii="Georgia" w:hAnsi="Georgia"/>
          <w:b w:val="0"/>
          <w:i w:val="0"/>
          <w:color w:val="000000"/>
          <w:sz w:val="24"/>
        </w:rPr>
        <w:t>Также выше в «Эц Хаим» (лист 233) объяснялось, что во время Второго сокращения де-АК вся та часть САГ де-АК, что была от табура и ниже, поднялась выше табура АК; и оказалось, что НЕХИ де-САГ буквально сравнялись с НЕХИ де-АБ, и это стало постоянным состоянием, ибо оттуда [эта ступень] больше не опускалась, как пишет там Учитель. Следовательно, масах второго созерцания де-САГ также неизбежно сравнялся по уровню с местом масаха второго созерцания де-АБ, то есть на уровне хазе. Таким образом, второе созерцание теперь и в АБ, и в САГ зафиксировано на уровне хазе, и помни это.</w:t>
      </w:r>
    </w:p>
    <w:p>
      <w:pPr>
        <w:spacing w:before="40" w:after="120"/>
        <w:jc w:val="both"/>
      </w:pPr>
      <w:r>
        <w:rPr>
          <w:rFonts w:ascii="Georgia" w:hAnsi="Georgia"/>
          <w:b w:val="0"/>
          <w:i w:val="0"/>
          <w:color w:val="000000"/>
          <w:sz w:val="24"/>
        </w:rPr>
        <w:t>И благодаря этому ты поймешь, почему сосцы расположены в точности на уровне хазе. И причина именно такова: ведь нижний начинает свой рост от пэ высшего, а десять сфирот его головы оканчиваются в точности на уровне хазе, являющегося вторым созерцанием высшего. И получается, что пэ де-рош нижнего облачает хазе высшего и сосет оттуда все свое изобилие, что и называется вскармливанием, чье свойство — дать нижнему возможность обрести масах в собственном пэ де-рош, чтобы он стал способен к соударению со светом Эйн Соф, благословен Он.</w:t>
      </w:r>
    </w:p>
    <w:p>
      <w:pPr>
        <w:spacing w:before="40" w:after="120"/>
        <w:jc w:val="both"/>
      </w:pPr>
      <w:r>
        <w:rPr>
          <w:rFonts w:ascii="Georgia" w:hAnsi="Georgia"/>
          <w:b w:val="0"/>
          <w:i w:val="0"/>
          <w:color w:val="000000"/>
          <w:sz w:val="24"/>
        </w:rPr>
        <w:t>Таким образом, второе созерцание высшего, именуемое хазе, восполняет масах в пэ де-рош нижнего; и когда непрекращающийся высший свет достигает масаха в его пэ, от этого соударения у него выходят десять сфирот прямого света и десять сфирот отраженного света — соответственно высоте ступени, определяемой свойством масаха. И это и есть первое созерцание для десяти сфирот головы нижнего. И ты находишь, что второе созерцание высшего порождает первое созерцание у нижнего посредством вскармливания — благодаря тому, что они облачены друг в друга, и пойми это как следует.</w:t>
      </w:r>
    </w:p>
    <w:p>
      <w:pPr>
        <w:spacing w:before="40" w:after="120"/>
        <w:jc w:val="both"/>
      </w:pPr>
      <w:r>
        <w:rPr>
          <w:rFonts w:ascii="Georgia" w:hAnsi="Georgia"/>
          <w:b w:val="0"/>
          <w:i w:val="0"/>
          <w:color w:val="000000"/>
          <w:sz w:val="24"/>
        </w:rPr>
        <w:t>Итак, тебе разъяснилась тайна вскармливания и тайна грудей человека, находящихся на хазе.</w:t>
      </w:r>
    </w:p>
    <w:p>
      <w:pPr>
        <w:spacing w:before="40" w:after="120"/>
        <w:jc w:val="both"/>
      </w:pPr>
      <w:r>
        <w:rPr>
          <w:rFonts w:ascii="Georgia" w:hAnsi="Georgia"/>
          <w:b w:val="0"/>
          <w:i w:val="0"/>
          <w:color w:val="000000"/>
          <w:sz w:val="24"/>
        </w:rPr>
        <w:t>И ты уже знаешь о выходе каждого парцуфа в виде внутреннего и внешнего, о чем говорилось выше и в «Паним масбирот» в начале врат Атика, а также в предисловии к миру Исправления, см. там. Поскольку Малхут высшего в БОН поднялась от места пэ к месту глаз, вследствие этого поднялась и ступень нижнего, чей рост слит с Малхут высшего и начинается от нее; и это то, что считается внутренним [парцуфом] и называется МА. Внешний же остался ниже пэ высшего, как в корне АК, и главная власть принадлежит внешнему, о чем мы уже достаточно подробно писали. Однако знай: различие между внутренним и внешним проявляется не сразу в момент рождения парцуфа, но лишь затем, когда он обретает масах силой вскармливания. Ведь только тогда считается, что он связался с Малхут высшего — благодаря соударению высшего света на масах, при котором у него выходят десять сфирот снизу вверх, и его рост достигает Малхут в пэ де-рош высшего. В тот самый момент они и разделяются на внутренний и внешний: внутренний поднимается над АХАП головы высшего вплоть до Малхут глаз, а внешний не может подняться выше Малхут в пэ де-рош из-за силы корня АК, действующего на него, как написано там.</w:t>
      </w:r>
    </w:p>
    <w:p>
      <w:pPr>
        <w:spacing w:before="40" w:after="120"/>
        <w:jc w:val="both"/>
      </w:pPr>
      <w:r>
        <w:rPr>
          <w:rFonts w:ascii="Georgia" w:hAnsi="Georgia"/>
          <w:b w:val="0"/>
          <w:i w:val="0"/>
          <w:color w:val="000000"/>
          <w:sz w:val="24"/>
        </w:rPr>
        <w:t>Иначе обстоит дело до завершения вскармливания, когда он еще не достиг даже Малхут высшего, посредством которой разделяются внутренний и внешний, как сказано. И потому в момент рождения парцуфа АА, место выхода которого — паргод Ацилута, из-за чего он остается в мире Брия, как сказано выше, он неизбежно сосал от того уровня, что ниже табура де-БОН де-АК, выходящего и распространяющегося в мир Брия. И хотя в этом АА различаются внутренний и внешний: внутренний поднимается в Ацилут и облачает ЗАТ де-Атик, поскольку Малхут де-Атик также поднялась на место Бины де-Атик, тогда как внешний остается в БЕА под действием корня АК, как сказано выше, — все это верно лишь после того, как он обретает и завершает в себе масах благодаря вскармливанию, достигая Малхут высшего. До этого же различие между внутренним и внешним в нем не заметно, и потому даже внутренний АА сначала также вынужден сосать из сосцов животного, находящихся в Брие.</w:t>
      </w:r>
    </w:p>
    <w:p>
      <w:pPr>
        <w:spacing w:before="40" w:after="120"/>
        <w:jc w:val="both"/>
      </w:pPr>
      <w:r>
        <w:rPr>
          <w:rFonts w:ascii="Georgia" w:hAnsi="Georgia"/>
          <w:b w:val="0"/>
          <w:i w:val="0"/>
          <w:color w:val="000000"/>
          <w:sz w:val="24"/>
        </w:rPr>
        <w:t>И благодаря этому ты поймешь место сосцов животного, которые расположены в точности ниже табура. Ведь все отличие человека от животного состоит в тайне исправлений, исходящих от нового МА: только человек происходит из мира Исправления, и подобает, чтобы в нем распространились все исправления МА и БОН. Животное же целиком происходит лишь от БОН и совершенно не способно воспринять свечение МА. И в этом смысл того, что слово «человек» (</w:t>
      </w:r>
      <w:r>
        <w:rPr>
          <w:rFonts w:ascii="Georgia" w:hAnsi="Georgia"/>
          <w:b w:val="0"/>
          <w:i/>
          <w:color w:val="000000"/>
          <w:sz w:val="24"/>
        </w:rPr>
        <w:t>адам</w:t>
      </w:r>
      <w:r>
        <w:rPr>
          <w:rFonts w:ascii="Georgia" w:hAnsi="Georgia"/>
          <w:b w:val="0"/>
          <w:i w:val="0"/>
          <w:color w:val="000000"/>
          <w:sz w:val="24"/>
        </w:rPr>
        <w:t xml:space="preserve">, </w:t>
      </w:r>
      <w:r>
        <w:rPr>
          <w:rFonts w:ascii="Georgia" w:hAnsi="Georgia" w:cs="Times New Roman"/>
          <w:b/>
          <w:i w:val="0"/>
          <w:color w:val="000000"/>
          <w:sz w:val="24"/>
          <w:rtl/>
          <w:szCs w:val="32"/>
        </w:rPr>
        <w:t>אָדָם</w:t>
      </w:r>
      <w:r>
        <w:rPr>
          <w:rFonts w:ascii="Georgia" w:hAnsi="Georgia"/>
          <w:b w:val="0"/>
          <w:i w:val="0"/>
          <w:color w:val="000000"/>
          <w:sz w:val="24"/>
        </w:rPr>
        <w:t xml:space="preserve"> = 45) в гематрии равно значению МА, а «животное» (</w:t>
      </w:r>
      <w:r>
        <w:rPr>
          <w:rFonts w:ascii="Georgia" w:hAnsi="Georgia"/>
          <w:b w:val="0"/>
          <w:i/>
          <w:color w:val="000000"/>
          <w:sz w:val="24"/>
        </w:rPr>
        <w:t>бегема</w:t>
      </w:r>
      <w:r>
        <w:rPr>
          <w:rFonts w:ascii="Georgia" w:hAnsi="Georgia"/>
          <w:b w:val="0"/>
          <w:i w:val="0"/>
          <w:color w:val="000000"/>
          <w:sz w:val="24"/>
        </w:rPr>
        <w:t xml:space="preserve">, </w:t>
      </w:r>
      <w:r>
        <w:rPr>
          <w:rFonts w:ascii="Georgia" w:hAnsi="Georgia" w:cs="Times New Roman"/>
          <w:b/>
          <w:i w:val="0"/>
          <w:color w:val="000000"/>
          <w:sz w:val="24"/>
          <w:rtl/>
          <w:szCs w:val="32"/>
        </w:rPr>
        <w:t>בְּהֵמָה</w:t>
      </w:r>
      <w:r>
        <w:rPr>
          <w:rFonts w:ascii="Georgia" w:hAnsi="Georgia"/>
          <w:b w:val="0"/>
          <w:i w:val="0"/>
          <w:color w:val="000000"/>
          <w:sz w:val="24"/>
        </w:rPr>
        <w:t xml:space="preserve"> = 52) в гематрии равно значению БОН. Таким образом, ступени животного происходят и выходят исключительно от внешних парцуфим из пяти парцуфим Ацилута, у которых нет иного вскармливания, кроме как от уровня ниже табура парцуфим БОН, выходящих наружу за паргод Ацилута, как сказано выше; и потому сосцы животного также помещены ниже пупа.</w:t>
      </w:r>
    </w:p>
    <w:p>
      <w:pPr>
        <w:spacing w:before="40" w:after="120"/>
        <w:jc w:val="both"/>
      </w:pPr>
      <w:r>
        <w:rPr>
          <w:rFonts w:ascii="Georgia" w:hAnsi="Georgia"/>
          <w:b w:val="0"/>
          <w:i w:val="0"/>
          <w:color w:val="000000"/>
          <w:sz w:val="24"/>
        </w:rPr>
        <w:t>Однако сами парцуфим Ацилута, в которых в малом состоянии различие между двумя парцуфим — внутренним и внешним — еще не заметно, вследствие чего внутренний и внешний АА, рождающийся от Атика, включены друг в друга, вначале оба вместе сосут из сосцов животного, что ниже табура де-БОН, то есть из пэ де-Есод. Посредством этого вскармливания они по меньшей мере достигают высоты головы от места пэ де-Есод де-БОН и выше, вплоть до самого табура де-БОН, являющегося тайной паргода и Малхут де-Атик со стороны корня АК, как сказано выше. А когда они достигают свойства Малхут высшего, тогда они разделяются на два парцуфа: внутренний АА по закону поднимается до Малхут, поднявшейся в Бину де-Атик, и потому облачает его ЗАТ и сосет там от тайны грудей человека, расположенных на уровне хазе де-Атик, — и он называется АА де-Ацилут. А внешний АА, на которого действует сила корня АК и который не может поднять свой рост выше пэ де-рош со стороны АК, неизбежно оказывается ниже паргода и называется АА де-Брия.</w:t>
      </w:r>
    </w:p>
    <w:p>
      <w:pPr>
        <w:spacing w:before="40" w:after="120"/>
        <w:jc w:val="both"/>
      </w:pPr>
      <w:r>
        <w:rPr>
          <w:rFonts w:ascii="Georgia" w:hAnsi="Georgia"/>
          <w:b w:val="0"/>
          <w:i w:val="0"/>
          <w:color w:val="000000"/>
          <w:sz w:val="24"/>
        </w:rPr>
        <w:t>И точно так же пойми относительно Аба ве-Има, рождающихся от АА, и ЗОН, рождающихся от Аба ве-Има: в момент своего рождения они обязаны выйти ниже паргода Ацилута, и их пэ де-рош облачает пэ де-Есод того парцуфа БОН, который соотносится с их ступенью и находится там, и там заключена тайна сосцов животного. И благодаря этому вскармливанию они увеличивают свой рост, пока не достигнут по меньшей мере уровня паргода Ацилута. А как только их рост касается паргода, они тотчас разделяются на внутренний и внешний: внешний остается на своем месте, а внутренний поднимается и облачает ЗАТ высшего.</w:t>
      </w:r>
    </w:p>
    <w:p>
      <w:pPr>
        <w:spacing w:before="40" w:after="120"/>
        <w:jc w:val="both"/>
      </w:pPr>
      <w:r>
        <w:rPr>
          <w:rFonts w:ascii="Georgia" w:hAnsi="Georgia"/>
          <w:b w:val="0"/>
          <w:i w:val="0"/>
          <w:color w:val="000000"/>
          <w:sz w:val="24"/>
        </w:rPr>
        <w:t>И тебе следует хорошо помнить во всем этом вопросе все то, что объясняется в «Паним масбирот» во вратах Атика относительно внутреннего и внешнего парцуфим МА и БОН, и нечего здесь больше распространяться.</w:t>
      </w:r>
    </w:p>
    <w:p>
      <w:pPr>
        <w:spacing w:before="40" w:after="120"/>
        <w:jc w:val="both"/>
      </w:pPr>
      <w:r>
        <w:rPr>
          <w:rFonts w:ascii="Georgia" w:hAnsi="Georgia"/>
          <w:b w:val="0"/>
          <w:i w:val="0"/>
          <w:color w:val="000000"/>
          <w:sz w:val="24"/>
        </w:rPr>
        <w:t>А то, что Учитель сказал, будто две нижние трети Нецах и Ход де-Атик стали сосцами животного — ведь они имеют ту же протяженность, что и область ниже табура САГ де-БОН, и облачают друг друга, как об этом сказано в своем месте, и здесь больше не стоит продолжать.</w:t>
      </w:r>
    </w:p>
    <w:p>
      <w:pPr>
        <w:spacing w:before="40" w:after="120"/>
        <w:jc w:val="both"/>
      </w:pPr>
      <w:r>
        <w:rPr>
          <w:rFonts w:ascii="Georgia" w:hAnsi="Georgia"/>
          <w:b w:val="0"/>
          <w:i w:val="0"/>
          <w:color w:val="000000"/>
          <w:sz w:val="24"/>
        </w:rPr>
        <w:t xml:space="preserve">3–4) </w:t>
      </w:r>
      <w:r>
        <w:rPr>
          <w:rFonts w:ascii="Georgia" w:hAnsi="Georgia"/>
          <w:b/>
          <w:i w:val="0"/>
          <w:color w:val="000000"/>
          <w:sz w:val="24"/>
        </w:rPr>
        <w:t>«И они остались внизу, в Брие... все эти стадии... начали подниматься и сначала сосали из двух сосцов животного...»</w:t>
      </w:r>
      <w:r>
        <w:rPr>
          <w:rFonts w:ascii="Georgia" w:hAnsi="Georgia"/>
          <w:b w:val="0"/>
          <w:i w:val="0"/>
          <w:color w:val="000000"/>
          <w:sz w:val="24"/>
        </w:rPr>
        <w:t xml:space="preserve"> — на первый взгляд эти слова вызывают недоумение: как может быть, чтобы местом рождения всех парцуфим Ацилута был мир Брия? Непонятно также, почему две нижние трети Нецах и Ход де-Атик стали сосцами животного. И еще более удивительно: как можно уподобить две нижние трети ног де-Атик сосцам животного, которые хотя и расположены ниже пупа, но все же находятся на теле? Где вообще такое слыхано, чтобы нижние трети Нецах и Ход, являющиеся окончанием ног, служили сосцами для вскармливания? Ведь такого в природе вообще не бывает!</w:t>
      </w:r>
    </w:p>
    <w:p>
      <w:pPr>
        <w:spacing w:before="40" w:after="120"/>
        <w:jc w:val="both"/>
      </w:pPr>
      <w:r>
        <w:rPr>
          <w:rFonts w:ascii="Georgia" w:hAnsi="Georgia"/>
          <w:b w:val="0"/>
          <w:i w:val="0"/>
          <w:color w:val="000000"/>
          <w:sz w:val="24"/>
        </w:rPr>
        <w:t>Однако эти вещи необходимо понять глубоко, поскольку они относятся к основам мудрости, и потому я подробно разъясню их. А чтобы понять это, нужно сначала тщательно уяснить вопрос о границе между Ацилутом и Брией. Выше в «Паним масбирот» (лист 71, пункты 7–8) уже объяснялось, что там находится место табура мира Некудим, и там завершились десять сфирот Некудим в начале своего выделения [из Источника]. Ведь даже со стороны первого корня, предшествующего МАН, откуда вышли ЗАТ де-Некудим, как известно, все же та часть ЗАТ, что от табура и ниже, выйти не смогла — из-за отсутствия четвертой стадии (бхина далет) де-АК, которая не вышла там в Некудим в начале их выделения.</w:t>
      </w:r>
    </w:p>
    <w:p>
      <w:pPr>
        <w:spacing w:before="40" w:after="120"/>
        <w:jc w:val="both"/>
      </w:pPr>
      <w:r>
        <w:rPr>
          <w:rFonts w:ascii="Georgia" w:hAnsi="Georgia"/>
          <w:b w:val="0"/>
          <w:i w:val="0"/>
          <w:color w:val="000000"/>
          <w:sz w:val="24"/>
        </w:rPr>
        <w:t>Поэтому вышла лишь внутренняя часть общего тела до табура, а от табура и ниже все отсутствовало, см. там, так как невозможно повторять здесь столь пространные объяснения. Также здесь необходимо вспомнить тему двух общностей, объясняемых в «Паним масбирот» (лист 193, со слов «И знай»): первая общность — это пять парцуфим АК, а вторая общность — это пять парцуфим БОН де-АК, облачающие АК от табура и ниже. При этом внутренний парцуф БОН, называемый парцуфом Атик де-БОН, вышел в Некудим, как сказано выше в «Эц Хаим» (лист 167, см. там), ведь все десять сфирот Некудим — это лишь ГАР и ЗАТ де-Атик де-БОН. Парцуф АБ де-БОН вышел в мире Ацилут в целом, как сказано выше в «Эц Хаим» (лист 625) и в «Паним меирот» (лист 626, со слов «И с этим», см. там). Парцуф САГ де-БОН вышел в [мире] Брия, а парцуфы МА и БОН — в Ецира и Асия, см. там.</w:t>
      </w:r>
    </w:p>
    <w:p>
      <w:pPr>
        <w:spacing w:before="40" w:after="120"/>
        <w:jc w:val="both"/>
      </w:pPr>
      <w:r>
        <w:rPr>
          <w:rFonts w:ascii="Georgia" w:hAnsi="Georgia"/>
          <w:b w:val="0"/>
          <w:i w:val="0"/>
          <w:color w:val="000000"/>
          <w:sz w:val="24"/>
        </w:rPr>
        <w:t>Однако знай, что эти три парцуфа — САГ, МА и БОН общего парцуфа БОН, о которых мы сказали, что они исправились в трех мирах БЕА, — исправились позже, после того как исправился мир Ацилут, являющийся тайной АБ общего БОН, как сказано выше и как с Б-жьей помощью будет написано дальше. И уже объяснялось: хотя в начале выделения десяти сфирот Некудим там вышли лишь ГАР и ЗАТ де-Атик, все же затем, благодаря свечению Есод де-АК, там вышли пять полных парцуфим: Гальгальта, АБ, САГ, МА, БОН. При этом Гальгальта, являющаяся парцуфом Атик де-Некудим, начинается от хазе де-АК; АБ начинается от табура де-АК и ниже, облачает пэ де-рош де-Атик, являющийся табуром де-АК, и заканчивается на табуре САГ де-Некудим — то есть выше двух нижних третей окончания ног Атика де-Некудим, как написано в «Паним масбирот» о парцуфим АК (лист 154, со слов «И вот», что парцуф АБ всегда заканчивается выше табура парцуфа САГ, а табур САГ всегда облачает две нижние трети Нецах и Ход внутреннего парцуфа, называемого Гальгальта или Атик. И это действует во всех мирах одинаково, так что и АБ мира Некудим, и точно так же АБ мира Ацилут заканчиваются выше табура САГ того же мира — то есть выше двух нижних третей Нецах и Ход де-Атик того мира, и помни это.</w:t>
      </w:r>
    </w:p>
    <w:p>
      <w:pPr>
        <w:spacing w:before="40" w:after="120"/>
        <w:jc w:val="both"/>
      </w:pPr>
      <w:r>
        <w:rPr>
          <w:rFonts w:ascii="Georgia" w:hAnsi="Georgia"/>
          <w:b w:val="0"/>
          <w:i w:val="0"/>
          <w:color w:val="000000"/>
          <w:sz w:val="24"/>
        </w:rPr>
        <w:t>Еще необходимо вспомнить здесь сказанное в «Паним масбирот» в начале врат Атика: существуют два аспекта внутреннего и внешнего в пяти парцуфим Ацилута — со стороны БОН в них и со стороны МА в них. При этом пять внешних парцуфим БОН вышли в БЕА, а пять внешних парцуфим Ацилута вышли в самом Ацилуте. И смотри там (пункт 3 и далее), как каждый частный парцуф из пяти парцуфим Ацилута, разделяющийся на рош, тох и соф, тем не менее по своему корню является лишь десятью сфирот головы, именуемыми Гальгальта, эйнаим (глаза), мэцах (лоб) и АХАП, см. там. И причина этого заключается в том, что все силы, имеющиеся в высшем, обязательно действуют и в нижнем. Поэтому в пяти парцуфим Ацилута следует различать все три корня: корень АК, корень БОН и корень нового МА, поскольку все три действуют в Ацилуте.</w:t>
      </w:r>
    </w:p>
    <w:p>
      <w:pPr>
        <w:spacing w:before="40" w:after="120"/>
        <w:jc w:val="both"/>
      </w:pPr>
      <w:r>
        <w:rPr>
          <w:rFonts w:ascii="Georgia" w:hAnsi="Georgia"/>
          <w:b w:val="0"/>
          <w:i w:val="0"/>
          <w:color w:val="000000"/>
          <w:sz w:val="24"/>
        </w:rPr>
        <w:t>И потому, когда ты вдумаешься в границу Ацилута — то есть завесу (паргод) между Ацилутом и Брией, — ты обнаружишь следующее:</w:t>
      </w:r>
    </w:p>
    <w:p>
      <w:pPr>
        <w:spacing w:before="40" w:after="120"/>
        <w:jc w:val="both"/>
      </w:pPr>
      <w:r>
        <w:rPr>
          <w:rFonts w:ascii="Georgia" w:hAnsi="Georgia"/>
          <w:b w:val="0"/>
          <w:i w:val="0"/>
          <w:color w:val="000000"/>
          <w:sz w:val="24"/>
        </w:rPr>
        <w:t>Со стороны корня АК, предшествующего МАН, там находится уровень пэ де-рош каждого частного парцуфа из пяти парцуфим Ацилута, то есть Малхут головы, от которой и ниже продолжается тело этой головы.</w:t>
      </w:r>
    </w:p>
    <w:p>
      <w:pPr>
        <w:spacing w:before="40" w:after="120"/>
        <w:jc w:val="both"/>
      </w:pPr>
      <w:r>
        <w:rPr>
          <w:rFonts w:ascii="Georgia" w:hAnsi="Georgia"/>
          <w:b w:val="0"/>
          <w:i w:val="0"/>
          <w:color w:val="000000"/>
          <w:sz w:val="24"/>
        </w:rPr>
        <w:t>А со стороны корня БОН — то есть света глаз, благодаря силе которого десять сфирот головы разделились на две ступени: Гальгальта ве-эйнаим и АХАП, являющиеся головой и внутренней частью (рош и тох), что соответствует тайне КАХАБ и ХАГАТ, — оказывается, что пэ де-рош со стороны АК опустился у БОН и приобрел статус табура, то есть Малхут второго созерцания и завершения ХАГАТ. И ты уже знаешь об удлинении пэ де-табур у БОН вплоть до самого окончания Тиферет, то есть до пэ де-Есод, являющегося окончанием женского Тиферет, как написано в «Паним масбирот» (лист 672, пункт 22, см. там с его объяснением и обоснованием). Таким образом, со стороны корня БОН уровень пэ де-рош, бывший со стороны АК, опустился и приобрел статус пэ де-Есод.</w:t>
      </w:r>
    </w:p>
    <w:p>
      <w:pPr>
        <w:spacing w:before="40" w:after="120"/>
        <w:jc w:val="both"/>
      </w:pPr>
      <w:r>
        <w:rPr>
          <w:rFonts w:ascii="Georgia" w:hAnsi="Georgia"/>
          <w:b w:val="0"/>
          <w:i w:val="0"/>
          <w:color w:val="000000"/>
          <w:sz w:val="24"/>
        </w:rPr>
        <w:t>А со стороны корня нового МА — то есть света лба — под его воздействием те же десять сфирот головы разделились на три ступени: рош, тох, соф, как написано в «Паним меирот» (лист 629) и в «Паним масбирот» (лист 679, со слов «И нужно»). И оказывается, что тот самый пэ де-рош со стороны АК опустился у МА и приобрел статус сиюм раглин.</w:t>
      </w:r>
    </w:p>
    <w:p>
      <w:pPr>
        <w:spacing w:before="40" w:after="120"/>
        <w:jc w:val="both"/>
      </w:pPr>
      <w:r>
        <w:rPr>
          <w:rFonts w:ascii="Georgia" w:hAnsi="Georgia"/>
          <w:b w:val="0"/>
          <w:i w:val="0"/>
          <w:color w:val="000000"/>
          <w:sz w:val="24"/>
        </w:rPr>
        <w:t>И запомни эти три корня хорошенько, ведь они понадобятся тебе на всем дальнейшем протяжении науки [Каббала]. И ты находишь, что та самая граница между Ацилутом и Брией, являющаяся основанием Ацилута и сводом Брии, со стороны АК представляет собой буквально две губы пэ де-рош. Со стороны же БОН эта граница — тайна пэ де-Есод.</w:t>
      </w:r>
    </w:p>
    <w:p>
      <w:pPr>
        <w:spacing w:before="40" w:after="120"/>
        <w:jc w:val="both"/>
      </w:pPr>
      <w:r>
        <w:rPr>
          <w:rFonts w:ascii="Georgia" w:hAnsi="Georgia"/>
          <w:b w:val="0"/>
          <w:i w:val="0"/>
          <w:color w:val="000000"/>
          <w:sz w:val="24"/>
        </w:rPr>
        <w:t>А со стороны МА — это полный сиюм раглин, то есть абсолютный масах, от которого и ниже начинается новый мир из пяти парцуфим — мир Брия.</w:t>
      </w:r>
    </w:p>
    <w:p>
      <w:pPr>
        <w:spacing w:before="40" w:after="120"/>
        <w:jc w:val="both"/>
      </w:pPr>
      <w:r>
        <w:rPr>
          <w:rFonts w:ascii="Georgia" w:hAnsi="Georgia"/>
          <w:b w:val="0"/>
          <w:i w:val="0"/>
          <w:color w:val="000000"/>
          <w:sz w:val="24"/>
        </w:rPr>
        <w:t>В отличие от этого, со стороны БОН [ступени ниже границы] все еще относятся к парцуфим Ацилута, являясь их ногами от пэ де-табур или пэ де-Есод и ниже.</w:t>
      </w:r>
    </w:p>
    <w:p>
      <w:pPr>
        <w:spacing w:before="40" w:after="120"/>
        <w:jc w:val="both"/>
      </w:pPr>
      <w:r>
        <w:rPr>
          <w:rFonts w:ascii="Georgia" w:hAnsi="Georgia"/>
          <w:b w:val="0"/>
          <w:i w:val="0"/>
          <w:color w:val="000000"/>
          <w:sz w:val="24"/>
        </w:rPr>
        <w:t>И тем более со стороны АК: они представляют собой подлинное тело Ацилута, то есть ХАГАТ и НЕХИ де-Ацилут, и помни это.</w:t>
      </w:r>
    </w:p>
    <w:p>
      <w:pPr>
        <w:spacing w:before="40" w:after="120"/>
        <w:jc w:val="both"/>
      </w:pPr>
      <w:r>
        <w:rPr>
          <w:rFonts w:ascii="Georgia" w:hAnsi="Georgia"/>
          <w:b w:val="0"/>
          <w:i w:val="0"/>
          <w:color w:val="000000"/>
          <w:sz w:val="24"/>
        </w:rPr>
        <w:t>И те же три аспекта, которые мы указали различить в границе Ацилута, определяют также место выхода и рождения каждого нижнего относительно его высшего. Ведь ты уже знаешь, что в пяти парцуфим АК каждый нижний выходил через пэ высшего, как написано в «Паним масбирот», ветвь 9, пункт 2, см. там. И этот закон остается обязательным для всех нижних после него. Однако согласно объясненному — что то самое пэ де-АК стало у БОН свойством пэ де-Есод, а у МА — сиюм раглин, — оказывается, что место рождения парцуфим Ацилута обладает этими тремя свойствами: пэ, пэ де-Есод и сиюм раглин. И мы всегда различаем все три этих [свойства] — в каждом [парцуфе] согласно его соотношению, как с Б-жьей помощью будет изложено далее на просторах мудрости.</w:t>
      </w:r>
    </w:p>
    <w:p>
      <w:pPr>
        <w:spacing w:before="40" w:after="120"/>
        <w:jc w:val="both"/>
      </w:pPr>
      <w:r>
        <w:rPr>
          <w:rFonts w:ascii="Georgia" w:hAnsi="Georgia"/>
          <w:b w:val="0"/>
          <w:i w:val="0"/>
          <w:color w:val="000000"/>
          <w:sz w:val="24"/>
        </w:rPr>
        <w:t xml:space="preserve">И теперь ты поймешь слова Учителя, когда он говорит: </w:t>
      </w:r>
      <w:r>
        <w:rPr>
          <w:rFonts w:ascii="Georgia" w:hAnsi="Georgia"/>
          <w:b/>
          <w:i w:val="0"/>
          <w:color w:val="000000"/>
          <w:sz w:val="24"/>
        </w:rPr>
        <w:t>«Все эти уровни — АА, Аба ве-Има и ЗОН, когда они исправлялись во время своего выделения [из Источника], находились внизу, там, в Брие»</w:t>
      </w:r>
      <w:r>
        <w:rPr>
          <w:rFonts w:ascii="Georgia" w:hAnsi="Georgia"/>
          <w:b w:val="0"/>
          <w:i w:val="0"/>
          <w:color w:val="000000"/>
          <w:sz w:val="24"/>
        </w:rPr>
        <w:t>, до сих пор его слова.</w:t>
      </w:r>
    </w:p>
    <w:p>
      <w:pPr>
        <w:spacing w:before="40" w:after="120"/>
        <w:jc w:val="both"/>
      </w:pPr>
      <w:r>
        <w:rPr>
          <w:rFonts w:ascii="Georgia" w:hAnsi="Georgia"/>
          <w:b w:val="0"/>
          <w:i w:val="0"/>
          <w:color w:val="000000"/>
          <w:sz w:val="24"/>
        </w:rPr>
        <w:t>То есть, как мы сказали: то место выхода каждого нижнего парцуфа через пэ де-рош высшего, которое имело место в парцуфим АК, является обязательным законом для всех парцуфим во всех мирах АБЕА. Однако в парцуфим БОН оно опустилось до уровня пэ де-Есод, а в парцуфим МА опустилось и приобрело статус сиюм раглин, и это место называется завесой (паргод) между Ацилутом и Брией, как сказано выше. И хотя уровень ног, простирающийся от табура де-БОН и ниже, все еще продолжается ниже паргода, как сказано выше, все же все свечение Ацилута в парцуфим БОН приходит только через МА, как известно. А поскольку ноги парцуфим МА обрываются и заканчиваются на паргоде, как сказано, ноги БОН, находящиеся ниже</w:t>
      </w:r>
    </w:p>
    <w:p>
      <w:pPr>
        <w:spacing w:before="40" w:after="120"/>
        <w:jc w:val="both"/>
      </w:pPr>
      <w:r>
        <w:rPr>
          <w:rFonts w:ascii="Georgia" w:hAnsi="Georgia"/>
          <w:b w:val="0"/>
          <w:i w:val="0"/>
          <w:color w:val="000000"/>
          <w:sz w:val="24"/>
        </w:rPr>
        <w:t xml:space="preserve"> паргода, остаются вовсе без свечения Ацилута.</w:t>
      </w:r>
    </w:p>
    <w:p>
      <w:pPr>
        <w:spacing w:before="40" w:after="120"/>
        <w:jc w:val="both"/>
      </w:pPr>
      <w:r>
        <w:rPr>
          <w:rFonts w:ascii="Georgia" w:hAnsi="Georgia"/>
          <w:b w:val="0"/>
          <w:i w:val="0"/>
          <w:color w:val="000000"/>
          <w:sz w:val="24"/>
        </w:rPr>
        <w:t xml:space="preserve">И ты находишь, что АА де-Ацилут, который выделяется [из Источника] и рождается из пэ де-рош де-Атик, неизбежно [выходит так, что] это пэ и есть паргод Ацилута — в соотношении с пэ де-рош со стороны АК, которое на уровне Атик де-МА уже является окончанием его ног. И оказывается, что АА де-Ацилут в момент своего рождения выходит наружу за паргод Ацилута, на место мира Брия. А ты уже знаешь, что место облачения нижнего на высшего начинается от места его выхода; следовательно, парцуф АА де-Ацилут неизбежно начинается ниже паргода Ацилута, так что целиком стоит в мире Брия, не говоря уже об остальных парцуфим Ацилута, расположенных ниже АА. И это то, что он говорит: </w:t>
      </w:r>
      <w:r>
        <w:rPr>
          <w:rFonts w:ascii="Georgia" w:hAnsi="Georgia"/>
          <w:b/>
          <w:i w:val="0"/>
          <w:color w:val="000000"/>
          <w:sz w:val="24"/>
        </w:rPr>
        <w:t>«Все эти уровни — АА, Аба ве-Има и ЗОН, когда они исправлялись во время своего выделения [из Источника], находились внизу, там, в Брие»</w:t>
      </w:r>
      <w:r>
        <w:rPr>
          <w:rFonts w:ascii="Georgia" w:hAnsi="Georgia"/>
          <w:b w:val="0"/>
          <w:i w:val="0"/>
          <w:color w:val="000000"/>
          <w:sz w:val="24"/>
        </w:rPr>
        <w:t>, — то есть, как мы сказали, их рост начинается ниже паргода Ацилута, поскольку там находится место их выхода и рождения.</w:t>
      </w:r>
    </w:p>
    <w:p>
      <w:pPr>
        <w:spacing w:before="40" w:after="120"/>
        <w:jc w:val="both"/>
      </w:pPr>
      <w:r>
        <w:rPr>
          <w:rFonts w:ascii="Georgia" w:hAnsi="Georgia"/>
          <w:b w:val="0"/>
          <w:i w:val="0"/>
          <w:color w:val="000000"/>
          <w:sz w:val="24"/>
        </w:rPr>
        <w:t xml:space="preserve">И это то, что он говорит: </w:t>
      </w:r>
      <w:r>
        <w:rPr>
          <w:rFonts w:ascii="Georgia" w:hAnsi="Georgia"/>
          <w:b/>
          <w:i w:val="0"/>
          <w:color w:val="000000"/>
          <w:sz w:val="24"/>
        </w:rPr>
        <w:t>«И сначала сосали из двух сосцов животного...»</w:t>
      </w:r>
    </w:p>
    <w:p>
      <w:pPr>
        <w:spacing w:before="40" w:after="120"/>
        <w:jc w:val="both"/>
      </w:pPr>
      <w:r>
        <w:rPr>
          <w:rFonts w:ascii="Georgia" w:hAnsi="Georgia"/>
          <w:b w:val="0"/>
          <w:i w:val="0"/>
          <w:color w:val="000000"/>
          <w:sz w:val="24"/>
        </w:rPr>
        <w:t>Однако прежде необходимо глубоко понять суть этого вскармливания, имеющего место во всех парцуфим. Дело в том, что каждый парцуф в момент своего рождения находится в состоянии ахор бе-ахор. То есть в нем есть лишь свет нефеш, который является женским светом — свойством получения без отдачи; и это вызвано отсутствием масаха, ведь в нем в то время нет даже масаха первой стадии, как написано в «Паним меирот» и в «Паним масбирот» в предыдущей ветви, см. там. Когда же он растет и обретает масах первой стадии, в нем появляется свет руах; а когда растет дальше и обретает масах второй стадии, он обретает свет нешама. И ты видишь, что суть малого состояния любого парцуфа заключается в нехватке толщи в его масахе, как написано в «Паним масбирот» (лист 580). И потому во время своего ибура, когда его масах предельно чист, то есть относится к уровню Кетер, он совершенно непригоден ни для какого соударения с высшим светом, и все изобилие для своего существования он вынужден поэтому получать сверху вниз от своего высшего парцуфа, являющегося тайной его Аба ве-Има.</w:t>
      </w:r>
    </w:p>
    <w:p>
      <w:pPr>
        <w:spacing w:before="40" w:after="120"/>
        <w:jc w:val="both"/>
      </w:pPr>
      <w:r>
        <w:rPr>
          <w:rFonts w:ascii="Georgia" w:hAnsi="Georgia"/>
          <w:b w:val="0"/>
          <w:i w:val="0"/>
          <w:color w:val="000000"/>
          <w:sz w:val="24"/>
        </w:rPr>
        <w:t xml:space="preserve">И в этом смысл сказанного мудрецами: «ест то, что ест его мать», ведь еда — это тайна соударения высшего света на масах, в соответствии со стихом: </w:t>
      </w:r>
      <w:r>
        <w:rPr>
          <w:rFonts w:ascii="Georgia" w:hAnsi="Georgia"/>
          <w:b w:val="0"/>
          <w:i/>
          <w:color w:val="000000"/>
          <w:sz w:val="24"/>
        </w:rPr>
        <w:t>«...поела и отерла рот свой...»</w:t>
      </w:r>
      <w:r>
        <w:rPr>
          <w:rFonts w:ascii="Georgia" w:hAnsi="Georgia"/>
          <w:b w:val="0"/>
          <w:i w:val="0"/>
          <w:color w:val="000000"/>
          <w:sz w:val="24"/>
        </w:rPr>
        <w:t xml:space="preserve"> (Мишлей 30:20). А поскольку у самого зародыша нет масаха, на который высший свет произвел бы соударение, дабы излить в него света поддержания существования, это соударение происходит в пэ его матери. И изобилие нисходит к зародышу сверху вниз само по себе, без [собственного] соударения; поэтому этот свет называется женским светом, что указывает на отсутствие в нем самом какого бы то ни было соударения, и пойми это. А когда он рождается и выходит на свет мира, тогда наступает время завершения лишь света нефеш, и в нем все еще нет соударения, как сказано выше. И тогда начинается период вскармливания из грудей его матери, особое свойство которого состоит в том, чтобы передать младенцу и восполнить в нем масах, дабы он стал способен сам произвести соударение с высшим светом и больше не нуждался в матери. Ведь после того как этот [процесс] завершается и он обретает первую стадию масаха, в нем самом происходит соударение с высшим светом, изливающее в него свет руах. И подобным же образом происходит второе вскармливание ради [света] нешама, как известно и как с Б-жьей помощью будет сказано в своем месте.</w:t>
      </w:r>
    </w:p>
    <w:p>
      <w:pPr>
        <w:spacing w:before="40" w:after="120"/>
        <w:jc w:val="both"/>
      </w:pPr>
      <w:r>
        <w:rPr>
          <w:rFonts w:ascii="Georgia" w:hAnsi="Georgia"/>
          <w:b w:val="0"/>
          <w:i w:val="0"/>
          <w:color w:val="000000"/>
          <w:sz w:val="24"/>
        </w:rPr>
        <w:t>И выяснилось, что главное предназначение вскармливания состоит исключительно в привлечении масаха, способного к соударению, и помни это.</w:t>
      </w:r>
    </w:p>
    <w:p>
      <w:pPr>
        <w:spacing w:before="40" w:after="120"/>
        <w:jc w:val="both"/>
      </w:pPr>
      <w:r>
        <w:rPr>
          <w:rFonts w:ascii="Georgia" w:hAnsi="Georgia"/>
          <w:b w:val="0"/>
          <w:i w:val="0"/>
          <w:color w:val="000000"/>
          <w:sz w:val="24"/>
        </w:rPr>
        <w:t>И этот вопрос станет для тебя еще яснее благодаря общему правилу, приведенному в «Паним масбирот» (лист 267) относительно парцуфим АК: всякое второе созерцание высшего становится первым созерцанием у нижнего. То есть каждый табур высшего становится пэ де-рош у нижнего, так что рот каждого нижнего облачает табур высшего. И оказывается, что десять сфирот головы нижнего протянуты от пэ высшего до табура высшего, см. там.</w:t>
      </w:r>
    </w:p>
    <w:p>
      <w:pPr>
        <w:spacing w:before="40" w:after="120"/>
        <w:jc w:val="both"/>
      </w:pPr>
      <w:r>
        <w:rPr>
          <w:rFonts w:ascii="Georgia" w:hAnsi="Georgia"/>
          <w:b w:val="0"/>
          <w:i w:val="0"/>
          <w:color w:val="000000"/>
          <w:sz w:val="24"/>
        </w:rPr>
        <w:t>И ты уже знаешь, что масах второго созерцания, называемый Малхут де-Малхут, именуется табуром в парцуфе САГ, а в парцуфе АБ он называется хазе, поскольку АБ короток и окончание его ног находится выше табура САГ, как написано в «Паним масбирот» (лист 658, со слов «И из объясненного»).</w:t>
      </w:r>
    </w:p>
    <w:p>
      <w:pPr>
        <w:spacing w:before="40" w:after="120"/>
        <w:jc w:val="both"/>
      </w:pPr>
      <w:r>
        <w:rPr>
          <w:rFonts w:ascii="Georgia" w:hAnsi="Georgia"/>
          <w:b w:val="0"/>
          <w:i w:val="0"/>
          <w:color w:val="000000"/>
          <w:sz w:val="24"/>
        </w:rPr>
        <w:t>Также выше в «Эц Хаим» (лист 233) объяснялось, что во время Второго сокращения де-АК вся та часть САГ де-АК, что была от табура и ниже, поднялась выше табура АК; и оказалось, что НЕХИ де-САГ буквально сравнялись с НЕХИ де-АБ, и это стало постоянным состоянием, ибо оттуда [эта ступень] больше не опускалась, как пишет там Учитель. Следовательно, масах второго созерцания де-САГ также неизбежно сравнялся по уровню с местом масаха второго созерцания де-АБ, то есть на уровне хазе. Таким образом, второе созерцание теперь и в АБ, и в САГ зафиксировано на уровне хазе, и помни это.</w:t>
      </w:r>
    </w:p>
    <w:p>
      <w:pPr>
        <w:spacing w:before="40" w:after="120"/>
        <w:jc w:val="both"/>
      </w:pPr>
      <w:r>
        <w:rPr>
          <w:rFonts w:ascii="Georgia" w:hAnsi="Georgia"/>
          <w:b w:val="0"/>
          <w:i w:val="0"/>
          <w:color w:val="000000"/>
          <w:sz w:val="24"/>
        </w:rPr>
        <w:t>И благодаря этому ты поймешь, почему сосцы расположены в точности на уровне хазе. И причина именно такова: ведь нижний начинает свой рост от пэ высшего, а десять сфирот его головы оканчиваются в точности на уровне хазе, являющегося вторым созерцанием высшего. И получается, что пэ де-рош нижнего облачает хазе высшего и сосет оттуда все свое изобилие, что и называется вскармливанием, чье свойство — дать нижнему возможность обрести масах в собственном пэ де-рош, чтобы он стал способен к соударению со светом Эйн Соф, благословен Он.</w:t>
      </w:r>
    </w:p>
    <w:p>
      <w:pPr>
        <w:spacing w:before="40" w:after="120"/>
        <w:jc w:val="both"/>
      </w:pPr>
      <w:r>
        <w:rPr>
          <w:rFonts w:ascii="Georgia" w:hAnsi="Georgia"/>
          <w:b w:val="0"/>
          <w:i w:val="0"/>
          <w:color w:val="000000"/>
          <w:sz w:val="24"/>
        </w:rPr>
        <w:t>Таким образом, второе созерцание высшего, именуемое хазе, восполняет масах в пэ де-рош нижнего; и когда непрекращающийся высший свет достигает масаха в его пэ, от этого соударения у него выходят десять сфирот прямого света и десять сфирот отраженного света — соответственно высоте ступени, определяемой свойством масаха. И это и есть первое созерцание для десяти сфирот головы нижнего. И ты находишь, что второе созерцание высшего порождает первое созерцание у нижнего посредством вскармливания — благодаря тому, что они облачены друг в друга, и пойми это как следует.</w:t>
      </w:r>
    </w:p>
    <w:p>
      <w:pPr>
        <w:spacing w:before="40" w:after="120"/>
        <w:jc w:val="both"/>
      </w:pPr>
      <w:r>
        <w:rPr>
          <w:rFonts w:ascii="Georgia" w:hAnsi="Georgia"/>
          <w:b w:val="0"/>
          <w:i w:val="0"/>
          <w:color w:val="000000"/>
          <w:sz w:val="24"/>
        </w:rPr>
        <w:t>Итак, тебе разъяснилась тайна вскармливания и тайна грудей человека, находящихся на хазе.</w:t>
      </w:r>
    </w:p>
    <w:p>
      <w:pPr>
        <w:spacing w:before="40" w:after="120"/>
        <w:jc w:val="both"/>
      </w:pPr>
      <w:r>
        <w:rPr>
          <w:rFonts w:ascii="Georgia" w:hAnsi="Georgia"/>
          <w:b w:val="0"/>
          <w:i w:val="0"/>
          <w:color w:val="000000"/>
          <w:sz w:val="24"/>
        </w:rPr>
        <w:t>И ты уже знаешь о выходе каждого парцуфа в виде внутреннего и внешнего, о чем говорилось выше и в «Паним масбирот» в начале врат Атика, а также в предисловии к миру Исправления, см. там. Поскольку Малхут высшего в БОН поднялась от места пэ к месту глаз, вследствие этого поднялась и ступень нижнего, чей рост слит с Малхут высшего и начинается от нее; и это то, что считается внутренним [парцуфом] и называется МА. Внешний же остался ниже пэ высшего, как в корне АК, и главная власть принадлежит внешнему, о чем мы уже достаточно подробно писали. Однако знай: различие между внутренним и внешним проявляется не сразу в момент рождения парцуфа, но лишь затем, когда он обретает масах силой вскармливания. Ведь только тогда считается, что он связался с Малхут высшего — благодаря соударению высшего света на масах, при котором у него выходят десять сфирот снизу вверх, и его рост достигает Малхут в пэ де-рош высшего. В тот самый момент они и разделяются на внутренний и внешний: внутренний поднимается над АХАП головы высшего вплоть до Малхут глаз, а внешний не может подняться выше Малхут в пэ де-рош из-за силы корня АК, действующего на него, как написано там.</w:t>
      </w:r>
    </w:p>
    <w:p>
      <w:pPr>
        <w:spacing w:before="40" w:after="120"/>
        <w:jc w:val="both"/>
      </w:pPr>
      <w:r>
        <w:rPr>
          <w:rFonts w:ascii="Georgia" w:hAnsi="Georgia"/>
          <w:b w:val="0"/>
          <w:i w:val="0"/>
          <w:color w:val="000000"/>
          <w:sz w:val="24"/>
        </w:rPr>
        <w:t>Иначе обстоит дело до завершения вскармливания, когда он еще не достиг даже Малхут высшего, посредством которой разделяются внутренний и внешний, как сказано. И потому в момент рождения парцуфа АА, место выхода которого — паргод Ацилута, из-за чего он остается в мире Брия, как сказано выше, он неизбежно сосал от того уровня, что ниже табура де-БОН де-АК, выходящего и распространяющегося в мир Брия. И хотя в этом АА различаются внутренний и внешний: внутренний поднимается в Ацилут и облачает ЗАТ де-Атик, поскольку Малхут де-Атик также поднялась на место Бины де-Атик, тогда как внешний остается в БЕА под действием корня АК, как сказано выше, — все это верно лишь после того, как он обретает и завершает в себе масах благодаря вскармливанию, достигая Малхут высшего. До этого же различие между внутренним и внешним в нем не заметно, и потому даже внутренний АА сначала также вынужден сосать из сосцов животного, находящихся в Брие.</w:t>
      </w:r>
    </w:p>
    <w:p>
      <w:pPr>
        <w:spacing w:before="40" w:after="120"/>
        <w:jc w:val="both"/>
      </w:pPr>
      <w:r>
        <w:rPr>
          <w:rFonts w:ascii="Georgia" w:hAnsi="Georgia"/>
          <w:b w:val="0"/>
          <w:i w:val="0"/>
          <w:color w:val="000000"/>
          <w:sz w:val="24"/>
        </w:rPr>
        <w:t>И благодаря этому ты поймешь место сосцов животного, которые расположены в точности ниже табура. Ведь все отличие человека от животного состоит в тайне исправлений, исходящих от нового МА: только человек происходит из мира Исправления, и подобает, чтобы в нем распространились все исправления МА и БОН. Животное же целиком происходит лишь от БОН и совершенно не способно воспринять свечение МА. И в этом смысл того, что слово «человек» (</w:t>
      </w:r>
      <w:r>
        <w:rPr>
          <w:rFonts w:ascii="Georgia" w:hAnsi="Georgia"/>
          <w:b w:val="0"/>
          <w:i/>
          <w:color w:val="000000"/>
          <w:sz w:val="24"/>
        </w:rPr>
        <w:t>адам</w:t>
      </w:r>
      <w:r>
        <w:rPr>
          <w:rFonts w:ascii="Georgia" w:hAnsi="Georgia"/>
          <w:b w:val="0"/>
          <w:i w:val="0"/>
          <w:color w:val="000000"/>
          <w:sz w:val="24"/>
        </w:rPr>
        <w:t xml:space="preserve">, </w:t>
      </w:r>
      <w:r>
        <w:rPr>
          <w:rFonts w:ascii="Georgia" w:hAnsi="Georgia" w:cs="Times New Roman"/>
          <w:b/>
          <w:i w:val="0"/>
          <w:color w:val="000000"/>
          <w:sz w:val="24"/>
          <w:rtl/>
          <w:szCs w:val="32"/>
        </w:rPr>
        <w:t>אָדָם</w:t>
      </w:r>
      <w:r>
        <w:rPr>
          <w:rFonts w:ascii="Georgia" w:hAnsi="Georgia"/>
          <w:b w:val="0"/>
          <w:i w:val="0"/>
          <w:color w:val="000000"/>
          <w:sz w:val="24"/>
        </w:rPr>
        <w:t xml:space="preserve"> = 45) в гематрии равно значению МА, а «животное» (</w:t>
      </w:r>
      <w:r>
        <w:rPr>
          <w:rFonts w:ascii="Georgia" w:hAnsi="Georgia"/>
          <w:b w:val="0"/>
          <w:i/>
          <w:color w:val="000000"/>
          <w:sz w:val="24"/>
        </w:rPr>
        <w:t>бегема</w:t>
      </w:r>
      <w:r>
        <w:rPr>
          <w:rFonts w:ascii="Georgia" w:hAnsi="Georgia"/>
          <w:b w:val="0"/>
          <w:i w:val="0"/>
          <w:color w:val="000000"/>
          <w:sz w:val="24"/>
        </w:rPr>
        <w:t xml:space="preserve">, </w:t>
      </w:r>
      <w:r>
        <w:rPr>
          <w:rFonts w:ascii="Georgia" w:hAnsi="Georgia" w:cs="Times New Roman"/>
          <w:b/>
          <w:i w:val="0"/>
          <w:color w:val="000000"/>
          <w:sz w:val="24"/>
          <w:rtl/>
          <w:szCs w:val="32"/>
        </w:rPr>
        <w:t>בְּהֵמָה</w:t>
      </w:r>
      <w:r>
        <w:rPr>
          <w:rFonts w:ascii="Georgia" w:hAnsi="Georgia"/>
          <w:b w:val="0"/>
          <w:i w:val="0"/>
          <w:color w:val="000000"/>
          <w:sz w:val="24"/>
        </w:rPr>
        <w:t xml:space="preserve"> = 52) в гематрии равно значению БОН. Таким образом, ступени животного происходят и выходят исключительно от внешних парцуфим из пяти парцуфим Ацилута, у которых нет иного вскармливания, кроме как от уровня ниже табура парцуфим БОН, выходящих наружу за паргод Ацилута, как сказано выше; и потому сосцы животного также помещены ниже пупа.</w:t>
      </w:r>
    </w:p>
    <w:p>
      <w:pPr>
        <w:spacing w:before="40" w:after="120"/>
        <w:jc w:val="both"/>
      </w:pPr>
      <w:r>
        <w:rPr>
          <w:rFonts w:ascii="Georgia" w:hAnsi="Georgia"/>
          <w:b w:val="0"/>
          <w:i w:val="0"/>
          <w:color w:val="000000"/>
          <w:sz w:val="24"/>
        </w:rPr>
        <w:t>Однако сами парцуфим Ацилута, в которых в малом состоянии различие между двумя парцуфим — внутренним и внешним — еще не заметно, вследствие чего внутренний и внешний АА, рождающийся от Атика, включены друг в друга, вначале оба вместе сосут из сосцов животного, что ниже табура де-БОН, то есть из пэ де-Есод. Посредством этого вскармливания они по меньшей мере достигают высоты головы от места пэ де-Есод де-БОН и выше, вплоть до самого табура де-БОН, являющегося тайной паргода и Малхут де-Атик со стороны корня АК, как сказано выше. А когда они достигают свойства Малхут высшего, тогда они разделяются на два парцуфа: внутренний АА по закону поднимается до Малхут, поднявшейся в Бину де-Атик, и потому облачает его ЗАТ и сосет там от тайны грудей человека, расположенных на уровне хазе де-Атик, — и он называется АА де-Ацилут. А внешний АА, на которого действует сила корня АК и который не может поднять свой рост выше пэ де-рош со стороны АК, неизбежно оказывается ниже паргода и называется АА де-Брия.</w:t>
      </w:r>
    </w:p>
    <w:p>
      <w:pPr>
        <w:spacing w:before="40" w:after="120"/>
        <w:jc w:val="both"/>
      </w:pPr>
      <w:r>
        <w:rPr>
          <w:rFonts w:ascii="Georgia" w:hAnsi="Georgia"/>
          <w:b w:val="0"/>
          <w:i w:val="0"/>
          <w:color w:val="000000"/>
          <w:sz w:val="24"/>
        </w:rPr>
        <w:t>И точно так же пойми относительно Аба ве-Има, рождающихся от АА, и ЗОН, рождающихся от Аба ве-Има: в момент своего рождения они обязаны выйти ниже паргода Ацилута, и их пэ де-рош облачает пэ де-Есод того парцуфа БОН, который соотносится с их ступенью и находится там, и там заключена тайна сосцов животного. И благодаря этому вскармливанию они увеличивают свой рост, пока не достигнут по меньшей мере уровня паргода Ацилута. А как только их рост касается паргода, они тотчас разделяются на внутренний и внешний: внешний остается на своем месте, а внутренний поднимается и облачает ЗАТ высшего.</w:t>
      </w:r>
    </w:p>
    <w:p>
      <w:pPr>
        <w:spacing w:before="40" w:after="120"/>
        <w:jc w:val="both"/>
      </w:pPr>
      <w:r>
        <w:rPr>
          <w:rFonts w:ascii="Georgia" w:hAnsi="Georgia"/>
          <w:b w:val="0"/>
          <w:i w:val="0"/>
          <w:color w:val="000000"/>
          <w:sz w:val="24"/>
        </w:rPr>
        <w:t>И тебе следует хорошо помнить во всем этом вопросе все то, что объясняется в «Паним масбирот» во вратах Атика относительно внутреннего и внешнего парцуфим МА и БОН, и нечего здесь больше распространяться.</w:t>
      </w:r>
    </w:p>
    <w:p>
      <w:pPr>
        <w:spacing w:before="40" w:after="120"/>
        <w:jc w:val="both"/>
      </w:pPr>
      <w:r>
        <w:rPr>
          <w:rFonts w:ascii="Georgia" w:hAnsi="Georgia"/>
          <w:b w:val="0"/>
          <w:i w:val="0"/>
          <w:color w:val="000000"/>
          <w:sz w:val="24"/>
        </w:rPr>
        <w:t>А то, что Учитель сказал, будто две нижние трети Нецах и Ход де-Атик стали сосцами животного — ведь они имеют ту же протяженность, что и область ниже табура САГ де-БОН, и облачают друг друга, как об этом сказано в своем месте, и здесь больше не стоит продолжать.</w:t>
      </w:r>
    </w:p>
    <w:p>
      <w:r>
        <w:br w:type="page"/>
      </w:r>
    </w:p>
    <w:p>
      <w:pPr>
        <w:keepNext/>
        <w:spacing w:before="360" w:after="160"/>
        <w:jc w:val="center"/>
      </w:pPr>
      <w:r>
        <w:rPr>
          <w:rFonts w:ascii="Georgia" w:hAnsi="Georgia"/>
          <w:b w:val="0"/>
          <w:i w:val="0"/>
          <w:color w:val="000000"/>
          <w:sz w:val="40"/>
        </w:rPr>
        <w:t>Ветвь 58</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Теперь мы разберем одно из учений об АА, а именно объяснение трех голов (ришин) в нем, служащее общим введением к десяти сфирот Ацилута. Оно основано на речении «три головы высечены одна внутри другой» из Идра Зута на [листе] 288 (РАПАХ), и вот его слова: «Три головы высечены одна внутри другой, и одна над другой...»</w:t>
      </w:r>
    </w:p>
    <w:p>
      <w:pPr>
        <w:spacing w:before="40" w:after="120"/>
        <w:jc w:val="both"/>
      </w:pPr>
      <w:r>
        <w:rPr>
          <w:rFonts w:ascii="Georgia" w:hAnsi="Georgia"/>
          <w:b w:val="0"/>
          <w:i w:val="0"/>
          <w:color w:val="000000"/>
          <w:sz w:val="24"/>
        </w:rPr>
        <w:t xml:space="preserve">2) Высший Источник, Который выделил из Себя мир Ацилут, именуется Эйн Соф по причине крайней Своей сокрытости: </w:t>
      </w:r>
      <w:r>
        <w:rPr>
          <w:rFonts w:ascii="Georgia" w:hAnsi="Georgia"/>
          <w:b w:val="0"/>
          <w:i/>
          <w:color w:val="000000"/>
          <w:sz w:val="24"/>
        </w:rPr>
        <w:t>«Глубоко, глубоко — кто найдет это?»</w:t>
      </w:r>
      <w:r>
        <w:rPr>
          <w:rFonts w:ascii="Georgia" w:hAnsi="Georgia"/>
          <w:b w:val="0"/>
          <w:i w:val="0"/>
          <w:color w:val="000000"/>
          <w:sz w:val="24"/>
        </w:rPr>
        <w:t xml:space="preserve"> (Коэлет 7:24). И к этому бытию Эйн Соф обращено имя, которым Он назван в Идра Зута, — Атика де-холь атикин (Древнейший из всех древних).</w:t>
      </w:r>
    </w:p>
    <w:p>
      <w:pPr>
        <w:spacing w:before="40" w:after="120"/>
        <w:jc w:val="both"/>
      </w:pPr>
      <w:r>
        <w:rPr>
          <w:rFonts w:ascii="Georgia" w:hAnsi="Georgia"/>
          <w:b w:val="0"/>
          <w:i w:val="0"/>
          <w:color w:val="000000"/>
          <w:sz w:val="24"/>
        </w:rPr>
        <w:t>3) Смысл же в том, что до Своего облачения [в ступени] нет никого, кто мог бы постичь Его хоть в какой-то мере. Поэтому, чтобы у нижних появилась возможность получить от Него хотя бы немного свечения, Он облачился и скрылся в сфире Кетер, как сказано в Зоаре и в Тиккуним: «Эйн Соф скрыт и утаен внутри высшего Кетера». И после того как Он облачился в него, у нижних появляется способность принять некоторую долю свечения от Него.</w:t>
      </w:r>
    </w:p>
    <w:p>
      <w:pPr>
        <w:spacing w:before="40" w:after="120"/>
        <w:jc w:val="both"/>
      </w:pPr>
      <w:r>
        <w:rPr>
          <w:rFonts w:ascii="Georgia" w:hAnsi="Georgia"/>
          <w:b w:val="0"/>
          <w:i w:val="0"/>
          <w:color w:val="000000"/>
          <w:sz w:val="24"/>
        </w:rPr>
        <w:t>4) Однако когда Эйн Соф облачается в то, что расположено ниже Него, как сказано выше, Он облачается в эти три головы, упоминаемые здесь в Идра. И когда Он облачается и скрывается внутри них, тогда Эйн Соф и называется Атика де-холь атикин.</w:t>
      </w:r>
    </w:p>
    <w:p>
      <w:pPr>
        <w:spacing w:before="40" w:after="120"/>
        <w:jc w:val="both"/>
      </w:pPr>
      <w:r>
        <w:rPr>
          <w:rFonts w:ascii="Georgia" w:hAnsi="Georgia"/>
          <w:b w:val="0"/>
          <w:i w:val="0"/>
          <w:color w:val="000000"/>
          <w:sz w:val="24"/>
        </w:rPr>
        <w:t>5) Но и сами эти три высшие головы также называются Атика Кадиша (Святой Старец), поскольку Эйн Соф облачен в них. И об этом сказано далее: «Вот, Атика Кадиша пребывает в трех головах». А смысл слова «пребывает / находится» (</w:t>
      </w:r>
      <w:r>
        <w:rPr>
          <w:rFonts w:ascii="Georgia" w:hAnsi="Georgia"/>
          <w:b w:val="0"/>
          <w:i/>
          <w:color w:val="000000"/>
          <w:sz w:val="24"/>
        </w:rPr>
        <w:t>эштеках</w:t>
      </w:r>
      <w:r>
        <w:rPr>
          <w:rFonts w:ascii="Georgia" w:hAnsi="Georgia"/>
          <w:b w:val="0"/>
          <w:i w:val="0"/>
          <w:color w:val="000000"/>
          <w:sz w:val="24"/>
        </w:rPr>
        <w:t xml:space="preserve">, </w:t>
      </w:r>
      <w:r>
        <w:rPr>
          <w:rFonts w:ascii="Georgia" w:hAnsi="Georgia" w:cs="Times New Roman"/>
          <w:b/>
          <w:i w:val="0"/>
          <w:color w:val="000000"/>
          <w:sz w:val="24"/>
          <w:rtl/>
          <w:szCs w:val="32"/>
        </w:rPr>
        <w:t>אִשְׁתְּכַח</w:t>
      </w:r>
      <w:r>
        <w:rPr>
          <w:rFonts w:ascii="Georgia" w:hAnsi="Georgia"/>
          <w:b w:val="0"/>
          <w:i w:val="0"/>
          <w:color w:val="000000"/>
          <w:sz w:val="24"/>
        </w:rPr>
        <w:t>): то есть находится для нас и раскрывается нам благодаря тому, что облачен внутрь трех упомянутых голов; ведь если бы Он не облачился, Он не находился бы и не раскрывался нижним.</w:t>
      </w:r>
    </w:p>
    <w:p>
      <w:pPr>
        <w:spacing w:before="40" w:after="120"/>
        <w:jc w:val="both"/>
      </w:pPr>
      <w:r>
        <w:rPr>
          <w:rFonts w:ascii="Georgia" w:hAnsi="Georgia"/>
          <w:b w:val="0"/>
          <w:i w:val="0"/>
          <w:color w:val="000000"/>
          <w:sz w:val="24"/>
        </w:rPr>
        <w:t>6) Отсюда следует, что главное значение имени Атика Кадиша относится к Самому Эйн Соф, Который [светит] от табура де-АК и ниже и облачается в Атик (по другому варианту текста: «в Атика Кадиша» — по имени сокрытого внутри него Эйн Соф). Однако со стороны Его облачения внутрь этих трех голов они также называются именем Атика Кадиша; и помни это правило.</w:t>
      </w:r>
    </w:p>
    <w:p>
      <w:pPr>
        <w:spacing w:before="40" w:after="120"/>
        <w:jc w:val="both"/>
      </w:pPr>
      <w:r>
        <w:rPr>
          <w:rFonts w:ascii="Georgia" w:hAnsi="Georgia"/>
          <w:b w:val="0"/>
          <w:i w:val="0"/>
          <w:color w:val="000000"/>
          <w:sz w:val="24"/>
        </w:rPr>
        <w:t>7) И хотя мы сказали, что Эйн Соф облачается в три головы, несомненно, что в подлинном смысле Эйн Соф облачается лишь в высшую из них, которой является Атик. Вторая же голова получает свет Эйн Соф через масах (экран) высшей головы, а третья голова получает через масах обеих [высших] голов. Но поскольку все они относятся к уровню голов, о них сказано, что свет Эйн Соф облачается во все из них (по другому варианту текста: «облачен внутри них»): ведь эти три [головы] принимают свет Эйн Соф в большей чистоте (закут), чем остальной Ацилут.</w:t>
      </w:r>
    </w:p>
    <w:p>
      <w:pPr>
        <w:spacing w:before="40" w:after="120"/>
        <w:jc w:val="both"/>
      </w:pPr>
      <w:r>
        <w:rPr>
          <w:rFonts w:ascii="Georgia" w:hAnsi="Georgia"/>
          <w:b w:val="0"/>
          <w:i w:val="0"/>
          <w:color w:val="000000"/>
          <w:sz w:val="24"/>
        </w:rPr>
        <w:t>8) Теперь объясним эти три головы. Известно, что порядок сфирот, выделенных [из Источника], — это КАХАБ, ХАГАТ, НЕХИ, и это девять чрезвычайно сокрытых сфирот. А выше этих девяти сфирот находится другой уровень, называемый высшей не познаваемой головой (риша илаа де-ла этидья), — это высшая голова из трех этих голов, и она именуется Атик Йомин. Остальные же девять упомянутых сфирот, расположенные под ней, называются АА.</w:t>
      </w:r>
    </w:p>
    <w:p>
      <w:pPr>
        <w:spacing w:before="40" w:after="120"/>
        <w:jc w:val="both"/>
      </w:pPr>
      <w:r>
        <w:rPr>
          <w:rFonts w:ascii="Georgia" w:hAnsi="Georgia"/>
          <w:b w:val="0"/>
          <w:i w:val="0"/>
          <w:color w:val="000000"/>
          <w:sz w:val="24"/>
        </w:rPr>
        <w:t>9) Получается, что из трех упомянутых голов высшая, называемая риша де-ла этидья (непознаваемая голова), и есть Атик Йомин — точнее, Нуква де-Атик Йомин, как сказано выше. И зовется она «риша де-ла этидья» по причине сомнений, присутствующих в ней. Есть и другое объяснение: тело (гуф) ее облачилось в АА, и оно постигаемо и познаваемо для нас через АА; но голова ее, не облачившаяся в АА, не познается, ведь даже сам АА не знает ее.</w:t>
      </w:r>
    </w:p>
    <w:p>
      <w:pPr>
        <w:spacing w:before="40" w:after="120"/>
        <w:jc w:val="both"/>
      </w:pPr>
      <w:r>
        <w:rPr>
          <w:rFonts w:ascii="Georgia" w:hAnsi="Georgia"/>
          <w:b w:val="0"/>
          <w:i w:val="0"/>
          <w:color w:val="000000"/>
          <w:sz w:val="24"/>
        </w:rPr>
        <w:t>10) А две головы под ней, вместе с которыми и образуются три головы, — это Кетер и Хохма де-АА, как сказано выше. Ведь Кетер и Хохма в нем — каждый называется головой (рош); однако начиная от Бины де-АА и ниже сфирот уже не входят в число трех упомянутых голов.</w:t>
      </w:r>
    </w:p>
    <w:p>
      <w:pPr>
        <w:spacing w:before="40" w:after="120"/>
        <w:jc w:val="both"/>
      </w:pPr>
      <w:r>
        <w:rPr>
          <w:rFonts w:ascii="Georgia" w:hAnsi="Georgia"/>
          <w:b w:val="0"/>
          <w:i w:val="0"/>
          <w:color w:val="000000"/>
          <w:sz w:val="24"/>
        </w:rPr>
        <w:t>11) И эти три [головы] перечислены и объяснены здесь, в Идра Зута: «Три головы высечены одна внутри другой, и одна над другой». И автор начал объяснять их снизу вверх. Он начал с самой нижней из них — Хохмы де-АА — и сказал: «Одна голова — сокрытая Хохма (</w:t>
      </w:r>
      <w:r>
        <w:rPr>
          <w:rFonts w:ascii="Georgia" w:hAnsi="Georgia"/>
          <w:b w:val="0"/>
          <w:i/>
          <w:color w:val="000000"/>
          <w:sz w:val="24"/>
        </w:rPr>
        <w:t>хохма стимаа</w:t>
      </w:r>
      <w:r>
        <w:rPr>
          <w:rFonts w:ascii="Georgia" w:hAnsi="Georgia"/>
          <w:b w:val="0"/>
          <w:i w:val="0"/>
          <w:color w:val="000000"/>
          <w:sz w:val="24"/>
        </w:rPr>
        <w:t>), которая сокрыта...» Над ней — вторая голова, то есть Кетер де-АА, и о ней он сказал: «Высшая святая голова, сокрытый старец (</w:t>
      </w:r>
      <w:r>
        <w:rPr>
          <w:rFonts w:ascii="Georgia" w:hAnsi="Georgia"/>
          <w:b w:val="0"/>
          <w:i/>
          <w:color w:val="000000"/>
          <w:sz w:val="24"/>
        </w:rPr>
        <w:t>атика стимаа</w:t>
      </w:r>
      <w:r>
        <w:rPr>
          <w:rFonts w:ascii="Georgia" w:hAnsi="Georgia"/>
          <w:b w:val="0"/>
          <w:i w:val="0"/>
          <w:color w:val="000000"/>
          <w:sz w:val="24"/>
        </w:rPr>
        <w:t>), сокрытейший из всех сокрытых». А над ней — первая и высшая голова из трех, называемая Атик Йомин, и о ней он сказал: «Голова всех голов, голова, которая не голова; она и не знает, и не познается...»</w:t>
      </w:r>
    </w:p>
    <w:p>
      <w:pPr>
        <w:spacing w:before="40" w:after="120"/>
        <w:jc w:val="both"/>
      </w:pPr>
      <w:r>
        <w:rPr>
          <w:rFonts w:ascii="Georgia" w:hAnsi="Georgia"/>
          <w:b w:val="0"/>
          <w:i w:val="0"/>
          <w:color w:val="000000"/>
          <w:sz w:val="24"/>
        </w:rPr>
        <w:t>12) Таким образом, перед нами десять сфирот, сокрытых предельно глубоко, и внутри них облачается Эйн Соф. Это Атик и риша де-ла этидья, а под ними — девять сфирот от Кетера до Есода, называемые АА. А все вместе они составляют десять сфирот, которые служат корнем, истоком и жизненной силой для всего Ацилута.</w:t>
      </w:r>
    </w:p>
    <w:p>
      <w:pPr>
        <w:spacing w:before="40" w:after="120"/>
        <w:jc w:val="both"/>
      </w:pPr>
      <w:r>
        <w:rPr>
          <w:rFonts w:ascii="Georgia" w:hAnsi="Georgia"/>
          <w:b w:val="0"/>
          <w:i w:val="0"/>
          <w:color w:val="000000"/>
          <w:sz w:val="24"/>
        </w:rPr>
        <w:t>13) Однако упомянутые девять сфирот, находящиеся ниже риша де-ла этидья, — это те самые девять чертогов, о которых говорится в недельной главе Ноах на листе 65, а также в конце главы Пкудей на листах 269 и 226. И вот эти слова: «Сказал рабби Шимон: воздел я руки в молитве ввысь... и тогда это сияние мысли, которая не познается, ударило в сияние Парсы, и они воссияли вместе, и образовались девять чертогов. И эти чертоги — не духи, не света и не души, и нет никого, кто мог бы постичь их...» И именно эти девять [сфирот] от Кетера до Есода, расположенные ниже этой риша де-ла этидья, названы в тех местах девятью чертогами, которые не духи и не души.</w:t>
      </w:r>
    </w:p>
    <w:p>
      <w:pPr>
        <w:spacing w:before="40" w:after="120"/>
        <w:jc w:val="both"/>
      </w:pPr>
      <w:r>
        <w:rPr>
          <w:rFonts w:ascii="Georgia" w:hAnsi="Georgia"/>
          <w:b w:val="0"/>
          <w:i w:val="0"/>
          <w:color w:val="000000"/>
          <w:sz w:val="24"/>
        </w:rPr>
        <w:t xml:space="preserve">14) Также эти девять [сфирот] упомянуты в Идра на листе 288 (РАПАХ, стр. 1): «Начал рабби Шимон и сказал: </w:t>
      </w:r>
      <w:r>
        <w:rPr>
          <w:rFonts w:ascii="Georgia" w:hAnsi="Georgia"/>
          <w:b w:val="0"/>
          <w:i/>
          <w:color w:val="000000"/>
          <w:sz w:val="24"/>
        </w:rPr>
        <w:t>«Я принадлежу возлюбленному моему, и ко мне обращено его стремление...»</w:t>
      </w:r>
      <w:r>
        <w:rPr>
          <w:rFonts w:ascii="Georgia" w:hAnsi="Georgia"/>
          <w:b w:val="0"/>
          <w:i w:val="0"/>
          <w:color w:val="000000"/>
          <w:sz w:val="24"/>
        </w:rPr>
        <w:t xml:space="preserve"> (Шир а-Ширим 7:11). Атика де-холь атикин, сокрытейший из всех сокрытых, устроился и не устроился... Когда он устроился, извел девять светов, пылающих из него, из его исправлений; и эти света распространяются во все стороны, подобно светильнику, от которого расходятся света во все стороны...»</w:t>
      </w:r>
    </w:p>
    <w:p>
      <w:pPr>
        <w:spacing w:before="40" w:after="120"/>
        <w:jc w:val="both"/>
      </w:pPr>
      <w:r>
        <w:rPr>
          <w:rFonts w:ascii="Georgia" w:hAnsi="Georgia"/>
          <w:b w:val="0"/>
          <w:i w:val="0"/>
          <w:color w:val="000000"/>
          <w:sz w:val="24"/>
        </w:rPr>
        <w:t>15) И в объяснении этих слов я размышлял над тем, что слышал от своего учителя, благословенной памяти. Ведь сначала сказано: «устроился», а затем сказано: «извел света, пылающие из него». Это означает, что после того как Атик устроился благодаря облачению семью нижними сфирот (ЗАТ) в АА, тогда он извел эти девять светов, пылающих из него: ведь именно посредством упомянутого Атика он извел эти света. Они представляют собой сфиру Кетер Ацилута, называемую АА, которая разделяется только на девять светов. И эти девять сфирот де-АА — те самые девять светов, которые не являются духами, как упомянуто в приведенных выше местах.</w:t>
      </w:r>
    </w:p>
    <w:p>
      <w:pPr>
        <w:spacing w:before="40" w:after="120"/>
        <w:jc w:val="both"/>
      </w:pPr>
      <w:r>
        <w:rPr>
          <w:rFonts w:ascii="Georgia" w:hAnsi="Georgia"/>
          <w:b w:val="0"/>
          <w:i w:val="0"/>
          <w:color w:val="000000"/>
          <w:sz w:val="24"/>
        </w:rPr>
        <w:t>16) А однажды я слышал от своего учителя, благословенной памяти, что эти девять сфирот разделились на три части. Ведь три первые сфиры (ГАР) в них, то есть КАХАБ, распространились в АА, ХАГАТ — в ЗА, а НЕХИ — в Нукву. И благодаря этому ты поймешь, почему существование уровня Аба ве-Има не упомянуто в Идра Раба, а лишь в самом конце, в Идра Зута: потому что Аба ве-Има зависят от Мазаля.</w:t>
      </w:r>
    </w:p>
    <w:p>
      <w:pPr>
        <w:spacing w:before="40" w:after="120"/>
        <w:jc w:val="both"/>
      </w:pPr>
      <w:r>
        <w:rPr>
          <w:rFonts w:ascii="Georgia" w:hAnsi="Georgia"/>
          <w:b w:val="0"/>
          <w:i w:val="0"/>
          <w:color w:val="000000"/>
          <w:sz w:val="24"/>
        </w:rPr>
        <w:t xml:space="preserve">17) И вот что я слышал от своего учителя, благословенной памяти, по этому вопросу: знай, сначала мы объяснили, что девять изначальных сфирот вместе с риша де-ла этидья составляют десять изначальных, коренных сфирот для всего Ацилута. Однако то, как устроена сфира Малхут, еще не раскрыто сейчас. Но прежде всего мы объясним эту риша де-ла этидья, и благодаря этому ты поймешь величие Малхут — ведь она «венец на голове праведника» и </w:t>
      </w:r>
      <w:r>
        <w:rPr>
          <w:rFonts w:ascii="Georgia" w:hAnsi="Georgia"/>
          <w:b w:val="0"/>
          <w:i/>
          <w:color w:val="000000"/>
          <w:sz w:val="24"/>
        </w:rPr>
        <w:t>«...стала главою угла»</w:t>
      </w:r>
      <w:r>
        <w:rPr>
          <w:rFonts w:ascii="Georgia" w:hAnsi="Georgia"/>
          <w:b w:val="0"/>
          <w:i w:val="0"/>
          <w:color w:val="000000"/>
          <w:sz w:val="24"/>
        </w:rPr>
        <w:t xml:space="preserve"> (Теилим 118:22), и в будущем свет ее станет больше солнечного света; и пойми это.</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2) </w:t>
      </w:r>
      <w:r>
        <w:rPr>
          <w:rFonts w:ascii="Georgia" w:hAnsi="Georgia"/>
          <w:b/>
          <w:i w:val="0"/>
          <w:color w:val="000000"/>
          <w:sz w:val="24"/>
        </w:rPr>
        <w:t>«Высший Источник... именуется Эйн Соф...»</w:t>
      </w:r>
      <w:r>
        <w:rPr>
          <w:rFonts w:ascii="Georgia" w:hAnsi="Georgia"/>
          <w:b w:val="0"/>
          <w:i w:val="0"/>
          <w:color w:val="000000"/>
          <w:sz w:val="24"/>
        </w:rPr>
        <w:t xml:space="preserve"> — то есть всякий Источник по отношению к Своему выделенному [из Него] называется именем Эйн Соф. Причина же в том, что выделенное получает через свой Источник свет от Эйн Соф, благословен Он; ведь без облачения [света] в свой Источник оно не постигло бы из света Эйн Соф, благословен Он, совершенно ничего; и пойми это. И об этом сказано [Учителем]: </w:t>
      </w:r>
      <w:r>
        <w:rPr>
          <w:rFonts w:ascii="Georgia" w:hAnsi="Georgia"/>
          <w:b/>
          <w:i w:val="0"/>
          <w:color w:val="000000"/>
          <w:sz w:val="24"/>
        </w:rPr>
        <w:t>«И когда Он облачается и скрывается внутри них, тогда Эйн Соф называется Атика де-холь атикин»</w:t>
      </w:r>
      <w:r>
        <w:rPr>
          <w:rFonts w:ascii="Georgia" w:hAnsi="Georgia"/>
          <w:b w:val="0"/>
          <w:i w:val="0"/>
          <w:color w:val="000000"/>
          <w:sz w:val="24"/>
        </w:rPr>
        <w:t>, — конец цитаты. Он хочет сказать, что именно тогда [Эйн Соф] постигается нижними в границах значения этого имени. И уже было объяснено в предыдущей ветви, что каждое имя указывает на определенную границу постижения, а то, чего мы не постигаем, мы не определяем никаким именем; пойми же это очень глубоко, так как вопрос этот весьма глубок. А тема трех голов и остальные слова этой ветви будут разъяснены в ветви 61, так как там их [подлинное] место.</w:t>
      </w:r>
    </w:p>
    <w:p>
      <w:r>
        <w:br w:type="page"/>
      </w:r>
    </w:p>
    <w:p>
      <w:pPr>
        <w:keepNext/>
        <w:spacing w:before="360" w:after="160"/>
        <w:jc w:val="center"/>
      </w:pPr>
      <w:r>
        <w:rPr>
          <w:rFonts w:ascii="Georgia" w:hAnsi="Georgia"/>
          <w:b w:val="0"/>
          <w:i w:val="0"/>
          <w:color w:val="000000"/>
          <w:sz w:val="40"/>
        </w:rPr>
        <w:t>Ветвь 59</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Суть семи сфирот де-АА: как из них образовались десять цельных парцуфим. Ведь мы уже объясняли, что три первые сфиры (ГАР) де-АА остались наверху в виде открытой головы (рейша мегулья). А Бина де-АА, находящаяся в его шее — то есть в горле, как известно, — из нее образовались два Кетера для Аба ве-Има.</w:t>
      </w:r>
    </w:p>
    <w:p>
      <w:pPr>
        <w:spacing w:before="40" w:after="120"/>
        <w:jc w:val="both"/>
      </w:pPr>
      <w:r>
        <w:rPr>
          <w:rFonts w:ascii="Georgia" w:hAnsi="Georgia"/>
          <w:b w:val="0"/>
          <w:i w:val="0"/>
          <w:color w:val="000000"/>
          <w:sz w:val="24"/>
        </w:rPr>
        <w:t xml:space="preserve">2) Хесед де-АА облачается в Абу, а Гвура — в Иму, называемую Биной; и в этом смысл стиха: </w:t>
      </w:r>
      <w:r>
        <w:rPr>
          <w:rFonts w:ascii="Georgia" w:hAnsi="Georgia"/>
          <w:b w:val="0"/>
          <w:i/>
          <w:color w:val="000000"/>
          <w:sz w:val="24"/>
        </w:rPr>
        <w:t>«Я — разум, у меня сила»</w:t>
      </w:r>
      <w:r>
        <w:rPr>
          <w:rFonts w:ascii="Georgia" w:hAnsi="Georgia"/>
          <w:b w:val="0"/>
          <w:i w:val="0"/>
          <w:color w:val="000000"/>
          <w:sz w:val="24"/>
        </w:rPr>
        <w:t xml:space="preserve"> (Мишлей 8:14). При этом Хесед де-АА разделяется на два парцуфа: Аба и Исраэль Саба, а Гвура де-АА разделяется надвое: Бина и Твуна — итого четыре парцуфа.</w:t>
      </w:r>
    </w:p>
    <w:p>
      <w:pPr>
        <w:spacing w:before="40" w:after="120"/>
        <w:jc w:val="both"/>
      </w:pPr>
      <w:r>
        <w:rPr>
          <w:rFonts w:ascii="Georgia" w:hAnsi="Georgia"/>
          <w:b w:val="0"/>
          <w:i w:val="0"/>
          <w:color w:val="000000"/>
          <w:sz w:val="24"/>
        </w:rPr>
        <w:t>3) Тиферет де-АА светит в ЗОН. И в Зеир Анпин, называемый (по другой версии: «в ЗА, и тогда этот ЗА называется») Исраэль, включен также Яаков, и все это один парцуф. Также и в Нукву включены Лея и Рахель, и все это один парцуф. Таким образом, два парцуфа включены в Тиферет де-АА, а вместе с четырьмя первыми получается шесть.</w:t>
      </w:r>
    </w:p>
    <w:p>
      <w:pPr>
        <w:spacing w:before="40" w:after="120"/>
        <w:jc w:val="both"/>
      </w:pPr>
      <w:r>
        <w:rPr>
          <w:rFonts w:ascii="Georgia" w:hAnsi="Georgia"/>
          <w:b w:val="0"/>
          <w:i w:val="0"/>
          <w:color w:val="000000"/>
          <w:sz w:val="24"/>
        </w:rPr>
        <w:t>4) А затем эти два названных парцуфа разделяются на четыре парцуфа: ведь Нецах де-АА облачается в ЗА, называемого Исраэль, Ход де-АА облачается в Лею, Есод де-АА облачается в Яакова, а Малхут де-АА — в Рахель. Вот четыре парцуфа, а вместе с шестью первыми — десять парцуфим, [образовавшихся] из семи нижних сфирот (ЗАТ) де-АА.</w:t>
      </w:r>
    </w:p>
    <w:p>
      <w:pPr>
        <w:spacing w:before="40" w:after="120"/>
        <w:jc w:val="both"/>
      </w:pPr>
      <w:r>
        <w:rPr>
          <w:rFonts w:ascii="Georgia" w:hAnsi="Georgia"/>
          <w:b w:val="0"/>
          <w:i w:val="0"/>
          <w:color w:val="000000"/>
          <w:sz w:val="24"/>
        </w:rPr>
        <w:t xml:space="preserve">5) Малхут де-АА не была проявлена, как объяснено у нас в предисловии к комментарию на «Идра Зута»: ведь в АА было всего девять сфирот — от Кетера до Есода, поскольку непостижимая голова (рейша де-ло итъяда) относится к уровню Атика, и АА остался лишь с девятью сфирот. Однако благодаря свету распространения НЕХИ де-Атик Йомин, облачающихся в АА, сформировалась стадия Малхут де-АА, и в нем восполнились десять сфирот. И из этого ты поймешь, почему свойство Малхут всегда больше высшего по отношению к ней мужского начала (захар), и потому она называется </w:t>
      </w:r>
      <w:r>
        <w:rPr>
          <w:rFonts w:ascii="Georgia" w:hAnsi="Georgia"/>
          <w:b w:val="0"/>
          <w:i/>
          <w:color w:val="000000"/>
          <w:sz w:val="24"/>
        </w:rPr>
        <w:t>«венцом мужа своего»</w:t>
      </w:r>
      <w:r>
        <w:rPr>
          <w:rFonts w:ascii="Georgia" w:hAnsi="Georgia"/>
          <w:b w:val="0"/>
          <w:i w:val="0"/>
          <w:color w:val="000000"/>
          <w:sz w:val="24"/>
        </w:rPr>
        <w:t xml:space="preserve"> (Мишлей 12:4).</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5) </w:t>
      </w:r>
      <w:r>
        <w:rPr>
          <w:rFonts w:ascii="Georgia" w:hAnsi="Georgia"/>
          <w:b/>
          <w:i w:val="0"/>
          <w:color w:val="000000"/>
          <w:sz w:val="24"/>
        </w:rPr>
        <w:t>«И вот, Малхут де-АА не была проявлена... свет распространения НЕХИ де-Атик Йомин, облачающихся в АА, оттуда образовалась Малхут...»</w:t>
      </w:r>
      <w:r>
        <w:rPr>
          <w:rFonts w:ascii="Georgia" w:hAnsi="Georgia"/>
          <w:b w:val="0"/>
          <w:i w:val="0"/>
          <w:color w:val="000000"/>
          <w:sz w:val="24"/>
        </w:rPr>
        <w:t xml:space="preserve"> — Причина в том, что четвертая стадия (бхина далет) — это суть Малхут, и она раскрывается только в первом парцуфе каждого общего парцуфа, содержащего пять парцуфим. Подобно тому как это объяснялось в «Паним Масбирот» в ветви 9 относительно парцуфим АК: только парцуф Гальгальта де-АК обладает четвертой стадией, тогда как в АБ де-АК Малхут уже очистилась до третьей стадии (бхина гимель), а в САГ де-АК — до второй стадии (бхина бэт) и так далее, см. там. И точно так же в пяти парцуфим Ацилута: четвертая стадия раскрывается только в первом парцуфе Ацилута, называемом Атик Йомин. Тогда как во втором парцуфе, являющемся АБ де-МА и называемом АА де-Ацилут, Малхут уже очистилась до третьей стадии. И в этом смысл того, что АА — короткий парцуф, подобно АБ де-АК, и он завершается выше нижних третей НЕХИ де-Атик Йомин. Ведь эти трети — суть Малхут, завершающая Атик Йомин, которой недостает в строении [АА], и потому он прерывается и завершается выше нее. И отсюда понятно, что у АА есть лишь девять изначальных сфирот, тогда как изначальная Малхут в нем отсутствует, как сказано. И об этом сказано: </w:t>
      </w:r>
      <w:r>
        <w:rPr>
          <w:rFonts w:ascii="Georgia" w:hAnsi="Georgia"/>
          <w:b/>
          <w:i w:val="0"/>
          <w:color w:val="000000"/>
          <w:sz w:val="24"/>
        </w:rPr>
        <w:t>«Но от света распространения НЕХИ де-Атик Йомин, облачающихся в АА, оттуда образовалась Малхут де-АА, и восполнились в нем десять сфирот»</w:t>
      </w:r>
      <w:r>
        <w:rPr>
          <w:rFonts w:ascii="Georgia" w:hAnsi="Georgia"/>
          <w:b w:val="0"/>
          <w:i w:val="0"/>
          <w:color w:val="000000"/>
          <w:sz w:val="24"/>
        </w:rPr>
        <w:t>, конец цитаты.</w:t>
      </w:r>
    </w:p>
    <w:p>
      <w:pPr>
        <w:spacing w:before="40" w:after="120"/>
        <w:jc w:val="both"/>
      </w:pPr>
      <w:r>
        <w:rPr>
          <w:rFonts w:ascii="Georgia" w:hAnsi="Georgia"/>
          <w:b w:val="0"/>
          <w:i w:val="0"/>
          <w:color w:val="000000"/>
          <w:sz w:val="24"/>
        </w:rPr>
        <w:t xml:space="preserve">Знай же, что это происходит благодаря подъему нижних третей Нецах и Хода де-Атик Йомин, находящихся вне Ацилута и представляющих собой изначальную Малхут, как сказано выше. В виде МАН Атик Йомин поднимает их к средним третям своих Нецах и Хода, которые облачены от табура де-АА и ниже. И тогда оказывается, что АА облачает также и изначальную Малхут, находящуюся в двух нижних третях Нецах и Хода, и тогда Малхут проявляется также и в АА; помни это. И об этом сказано: </w:t>
      </w:r>
      <w:r>
        <w:rPr>
          <w:rFonts w:ascii="Georgia" w:hAnsi="Georgia"/>
          <w:b/>
          <w:i w:val="0"/>
          <w:color w:val="000000"/>
          <w:sz w:val="24"/>
        </w:rPr>
        <w:t>«И из этого ты поймешь, почему Малхут всегда больше мужского начала...»</w:t>
      </w:r>
      <w:r>
        <w:rPr>
          <w:rFonts w:ascii="Georgia" w:hAnsi="Georgia"/>
          <w:b w:val="0"/>
          <w:i w:val="0"/>
          <w:color w:val="000000"/>
          <w:sz w:val="24"/>
        </w:rPr>
        <w:t xml:space="preserve">, конец цитаты. Ведь она происходит из высшего парцуфа, а известно, что Малхут высшего становится Кетером для нижнего. И потому заключает [Рав]: «и поэтому она называется </w:t>
      </w:r>
      <w:r>
        <w:rPr>
          <w:rFonts w:ascii="Georgia" w:hAnsi="Georgia"/>
          <w:b w:val="0"/>
          <w:i/>
          <w:color w:val="000000"/>
          <w:sz w:val="24"/>
        </w:rPr>
        <w:t>«венцом мужа своего»</w:t>
      </w:r>
      <w:r>
        <w:rPr>
          <w:rFonts w:ascii="Georgia" w:hAnsi="Georgia"/>
          <w:b w:val="0"/>
          <w:i w:val="0"/>
          <w:color w:val="000000"/>
          <w:sz w:val="24"/>
        </w:rPr>
        <w:t>» (Мишлей 12:4) — то есть как сказано, ведь Кетер — это венец; пойми же это. И смотри в «Мево Шеарим», врата 3, часть 1, глава 1.</w:t>
      </w:r>
    </w:p>
    <w:p>
      <w:r>
        <w:br w:type="page"/>
      </w:r>
    </w:p>
    <w:p>
      <w:pPr>
        <w:keepNext/>
        <w:spacing w:before="360" w:after="160"/>
        <w:jc w:val="center"/>
      </w:pPr>
      <w:r>
        <w:rPr>
          <w:rFonts w:ascii="Georgia" w:hAnsi="Georgia"/>
          <w:b w:val="0"/>
          <w:i w:val="0"/>
          <w:color w:val="000000"/>
          <w:sz w:val="40"/>
        </w:rPr>
        <w:t>Ветвь 60</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(Махдура Батра). Атик Кадиша, упоминаемый в Зоаре, — это Нуква де-Атик, созданная из имени БОН, а не мужское свойство (дехура), созданное из имени МА.</w:t>
      </w:r>
    </w:p>
    <w:p>
      <w:pPr>
        <w:spacing w:before="40" w:after="120"/>
        <w:jc w:val="both"/>
      </w:pPr>
      <w:r>
        <w:rPr>
          <w:rFonts w:ascii="Georgia" w:hAnsi="Georgia"/>
          <w:b w:val="0"/>
          <w:i w:val="0"/>
          <w:color w:val="000000"/>
          <w:sz w:val="24"/>
        </w:rPr>
        <w:t>2) АА (Арих Анпин) отобрал из имени БОН только нижнюю хэй де-Кетер, и она стала Нуквой де-АА; мужской же АА был создан из всей Хохмы де-МА. Взаимное же их положение таково: мужская часть и Нуква — вместе один-единственный парцуф, как и в Атике, однако мужская часть занимает всю правую сторону, и в ней есть свои собственные паним и ахор (лицевая и задняя стороны). Нуква же заняла левую сторону, и в ней паним и ахор — целиком ее собственные.</w:t>
      </w:r>
    </w:p>
    <w:p>
      <w:pPr>
        <w:spacing w:before="40" w:after="120"/>
        <w:jc w:val="both"/>
      </w:pPr>
      <w:r>
        <w:rPr>
          <w:rFonts w:ascii="Georgia" w:hAnsi="Georgia"/>
          <w:b w:val="0"/>
          <w:i w:val="0"/>
          <w:color w:val="000000"/>
          <w:sz w:val="24"/>
        </w:rPr>
        <w:t>3) И это означает гораздо большее отдаление и различие, чем в Атике, ведь там на каждой стороне мужское и женское [начала] соединялись вместе ахор бе-ахор, как сказано выше. В АА же мужская часть отделена от Нуквы, поскольку все паним и ахор мужской части находятся справа, а паним и ахор Нуквы — слева. И хотя они соединены вместе в одном парцуфе и в одном теле, это все же дополнительное разделение в АА по сравнению с Атиком — мужской его части от женской.</w:t>
      </w:r>
    </w:p>
    <w:p>
      <w:pPr>
        <w:spacing w:before="40" w:after="120"/>
        <w:jc w:val="both"/>
      </w:pPr>
      <w:r>
        <w:rPr>
          <w:rFonts w:ascii="Georgia" w:hAnsi="Georgia"/>
          <w:b w:val="0"/>
          <w:i w:val="0"/>
          <w:color w:val="000000"/>
          <w:sz w:val="24"/>
        </w:rPr>
        <w:t>4) Мохин де-АА сформировались посредством НЕХИ де-Атик. При этом Есод де-Атик, содержащий в себе свойство Даат де-АА — то есть хасадим де-МА и гвурот де-БОН, — стоит на уровне хазе (груди) де-АА и там оканчивается. И хасадим де-МА, [составляющие] Даат де-АА, выходят из Есода де-Атик и распространяются по правой линии (кав ямин) де-АА, поскольку она — мужская, как сказано выше. Выходят также и гвурот и распространяются по левой линии де-АА, поскольку она — женская, как сказано выше.</w:t>
      </w:r>
    </w:p>
    <w:p>
      <w:pPr>
        <w:spacing w:before="40" w:after="120"/>
        <w:jc w:val="both"/>
      </w:pPr>
      <w:r>
        <w:rPr>
          <w:rFonts w:ascii="Georgia" w:hAnsi="Georgia"/>
          <w:b w:val="0"/>
          <w:i w:val="0"/>
          <w:color w:val="000000"/>
          <w:sz w:val="24"/>
        </w:rPr>
        <w:t>5) Отсюда следует, что в Есоде де-Атик, поскольку это средняя линия, неизбежно собираются мужские и женские света, являющиеся (в другом варианте: где находятся) хасадим де-МА и гвурот де-БОН. И хотя и в МА, и в БОН есть и хасадим, и гвурот, но так как МА и БОН де-Атик, представляющие собой сами мужское и женское [начала], соединены вместе в одном парцуфе, хасадим и гвурот де-МА называются просто пятью хасадим, а хасадим и гвурот де-БОН называются пятью гвурот. Однако в двух линиях — правой и левой де-АА — дело обстоит иначе: там хасадим де-МА находятся с правой стороны, а гвурот де-БОН — с левой стороны.</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4) </w:t>
      </w:r>
      <w:r>
        <w:rPr>
          <w:rFonts w:ascii="Georgia" w:hAnsi="Georgia"/>
          <w:b/>
          <w:i w:val="0"/>
          <w:color w:val="000000"/>
          <w:sz w:val="24"/>
        </w:rPr>
        <w:t>«Мохин де-АА сформировались посредством НЕХИ де-Атик и т. д.»</w:t>
      </w:r>
      <w:r>
        <w:rPr>
          <w:rFonts w:ascii="Georgia" w:hAnsi="Georgia"/>
          <w:b w:val="0"/>
          <w:i w:val="0"/>
          <w:color w:val="000000"/>
          <w:sz w:val="24"/>
        </w:rPr>
        <w:t xml:space="preserve"> — И не следует возражать на основании сказанного выше, что АА облачает ХАГАТ де-Атик. Ведь действует общее правило: нижний облачает у высшего только его НЕХИ. Однако в высшем различаются пять уровней НАРАНХАЙ, и нижний облачает НЕХИ каждого из этих уровней НАРАНХАЙ. Ведь вначале, при своем рождении, он опускается в [мир] Брия, как сказано выше в ветви 57, и тогда облачает нижние трети НЕХИ де-Атик, называемые «сосцами животного» (дадей беэма), чье значение по отношению к Ацилуту подобно нефеш животного по сравнению с нефеш человека (как написано в «Паним Меирот», ветвь 57, смотри там внимательно). А когда он вырастает, то облачает средние трети НЕХИ и тогда обретает нефеш де-Ацилут. Вырастая еще больше, он облачает верхние трети НЕХИ и тогда обретает руах де-Ацилут. А вырастая еще больше, он облачает НЕХИ де-рош, облаченные в ХАГАТ, и тогда обретает нешама де-Ацилут и т. д. И об этом сказано выше, что АА облачает ХАГАТ де-Атик; и здесь не место распространяться [об этом]. Остальные слова этой ветви разъяснятся на своем месте с Б-жьей помощью.</w:t>
      </w:r>
    </w:p>
    <w:p>
      <w:r>
        <w:br w:type="page"/>
      </w:r>
    </w:p>
    <w:p>
      <w:pPr>
        <w:keepNext/>
        <w:spacing w:before="360" w:after="160"/>
        <w:jc w:val="center"/>
      </w:pPr>
      <w:r>
        <w:rPr>
          <w:rFonts w:ascii="Georgia" w:hAnsi="Georgia"/>
          <w:b w:val="0"/>
          <w:i w:val="0"/>
          <w:color w:val="000000"/>
          <w:sz w:val="40"/>
        </w:rPr>
        <w:t>Ветвь 61</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Теперь вернемся к разъяснению [этого] согласно порядку, который я слышал от своего учителя, благословенной памяти, более подробно и с расширением исследований, как будет сказано с Б-жьей помощью. И вот [с чего] я начинаю с Б-жьей помощью. Сначала нужно знать, что нижние не способны получить свет упомянутых выше светов иначе как после исправления, когда они были устроены в виде парцуфа, как сказано выше и подробно объяснено у меня. Ведь сначала их свет был огромным и мощным, и у нижних не было сил выдержать его. Когда же они были исправлены и обрели форму цельного парцуфа — так что свет теперь протягивается через экраны (масахим) и облачение в одеяния, — свет немного уплотнился, а также уменьшился, выходя и протягиваясь через отверстия, каналы, узкие окна и тончайшие волосы (в виде парцуфа). И парцуф был устроен благодаря этим двум вещам: уплотнению света и его уменьшению; и тогда у нижних появилась способность принять высший свет. Теперь тебе понятна суть исправления, о котором говорится в двух «Адрот».</w:t>
      </w:r>
    </w:p>
    <w:p>
      <w:pPr>
        <w:spacing w:before="40" w:after="120"/>
        <w:jc w:val="both"/>
      </w:pPr>
      <w:r>
        <w:rPr>
          <w:rFonts w:ascii="Georgia" w:hAnsi="Georgia"/>
          <w:b w:val="0"/>
          <w:i w:val="0"/>
          <w:color w:val="000000"/>
          <w:sz w:val="24"/>
        </w:rPr>
        <w:t>2) Начнем объяснять порядок их исправления. Та высшая голова, которая не познается (де-ло итйада), называемая Атик Йомин, — первая из всех упомянутых десяти сфирот, называемых коренными и истоковыми для всего [мира] Ацилут. Однако в этой голове нет никакого постижения, и мы не можем пространно говорить о ней и дать необходимое разъяснение. Но знай, что она включает в себя свои десять сфирот: Кетер, Хохма, Бина, Даат, ХАГАТ и НЕХИ.</w:t>
      </w:r>
    </w:p>
    <w:p>
      <w:pPr>
        <w:spacing w:before="40" w:after="120"/>
        <w:jc w:val="both"/>
      </w:pPr>
      <w:r>
        <w:rPr>
          <w:rFonts w:ascii="Georgia" w:hAnsi="Georgia"/>
          <w:b w:val="0"/>
          <w:i w:val="0"/>
          <w:color w:val="000000"/>
          <w:sz w:val="24"/>
        </w:rPr>
        <w:t>3) Дело в том, что каждая из упомянутых коренных и истоковых десяти сфирот включает в себя десять [сфирот], поскольку всё, что называется головой (рош), состоит из десяти. Относительно высшей головы (риша илаа) уже объяснено, что она называется Атик Йомин и включает в себя десять [сфирот]. Оставшиеся же девять сфирот разделены следующим образом: их КАХАБ — это три головы Атика, который есть АА; их ХАГАТ — это три головы Зеир Анпина (ЗА); а их НЕХИ — это три головы Нуквы де-ЗА. Этот смысл ты поймешь из того, что я уже сообщал тебе: три разума (мохин) Нуквы де-ЗА происходят из свойств НЕХИ. Пойми это глубоко.</w:t>
      </w:r>
    </w:p>
    <w:p>
      <w:pPr>
        <w:spacing w:before="40" w:after="120"/>
        <w:jc w:val="both"/>
      </w:pPr>
      <w:r>
        <w:rPr>
          <w:rFonts w:ascii="Georgia" w:hAnsi="Georgia"/>
          <w:b w:val="0"/>
          <w:i w:val="0"/>
          <w:color w:val="000000"/>
          <w:sz w:val="24"/>
        </w:rPr>
        <w:t>4) И эта непостижимая голова (риша де-ло итйада) облачается в АА, представляющего собой совокупность двух нижних голов из тех трех голов, о которых говорится в «Идра Зута». Ведь известно, что каждый высший уровень облачается в нижний, чтобы светить в нем и оживлять его.</w:t>
      </w:r>
    </w:p>
    <w:p>
      <w:pPr>
        <w:spacing w:before="40" w:after="120"/>
        <w:jc w:val="both"/>
      </w:pPr>
      <w:r>
        <w:rPr>
          <w:rFonts w:ascii="Georgia" w:hAnsi="Georgia"/>
          <w:b w:val="0"/>
          <w:i w:val="0"/>
          <w:color w:val="000000"/>
          <w:sz w:val="24"/>
        </w:rPr>
        <w:t>5) И я уже сообщал тебе выше, что эти две нижние головы из упомянутых трех голов — это Кетер и Хохма де-АА, являющиеся первыми двумя сфирот из девяти коренных и истоковых сфирот, как сказано выше. И эти две головы, то есть Кетер и Хохма де-АА, представляют собой Гальгальту и сокрытый мозг (моха стимаа) де-АА, упомянутые в названной «Идра Зута».</w:t>
      </w:r>
    </w:p>
    <w:p>
      <w:pPr>
        <w:spacing w:before="40" w:after="120"/>
        <w:jc w:val="both"/>
      </w:pPr>
      <w:r>
        <w:rPr>
          <w:rFonts w:ascii="Georgia" w:hAnsi="Georgia"/>
          <w:b w:val="0"/>
          <w:i w:val="0"/>
          <w:color w:val="000000"/>
          <w:sz w:val="24"/>
        </w:rPr>
        <w:t>6) Однако эти две головы разделяются и становятся тремя головами — помимо высшей непостижимой головы (риша де-ло итйада). То есть именно эти две [головы] сами по себе разделяются и становятся тремя головами; эти три головы называются Гальгальта, сокрытый мозг (моха) и воздух (авира), и находятся они ниже упомянутой непостижимой головы.</w:t>
      </w:r>
    </w:p>
    <w:p>
      <w:pPr>
        <w:spacing w:before="40" w:after="120"/>
        <w:jc w:val="both"/>
      </w:pPr>
      <w:r>
        <w:rPr>
          <w:rFonts w:ascii="Georgia" w:hAnsi="Georgia"/>
          <w:b w:val="0"/>
          <w:i w:val="0"/>
          <w:color w:val="000000"/>
          <w:sz w:val="24"/>
        </w:rPr>
        <w:t xml:space="preserve">7) Поэтому теперь объясним приведенное высказывание из начала «Идра Зута» (лист 288): </w:t>
      </w:r>
      <w:r>
        <w:rPr>
          <w:rFonts w:ascii="Georgia" w:hAnsi="Georgia"/>
          <w:b w:val="0"/>
          <w:i/>
          <w:color w:val="000000"/>
          <w:sz w:val="24"/>
        </w:rPr>
        <w:t>«Три головы высечены: одна внутри другой и одна над другой…»</w:t>
      </w:r>
      <w:r>
        <w:rPr>
          <w:rFonts w:ascii="Georgia" w:hAnsi="Georgia"/>
          <w:b w:val="0"/>
          <w:i w:val="0"/>
          <w:color w:val="000000"/>
          <w:sz w:val="24"/>
        </w:rPr>
        <w:t xml:space="preserve"> Выше уже говорилось, что они объясняются там снизу вверх: одна голова — это сокрытая Хохма (Хохма Стимаа) в АА, находящаяся внутри его Кетера; а выше нее — Атик Кадиша (Святой Древний), и потому о ней сказано «высшая голова», так как она выше упомянутой другой, и это Кетер де-АА, называемый его Гальгальтой; а надо всеми ними — «голова всех голов» и так далее.</w:t>
      </w:r>
    </w:p>
    <w:p>
      <w:pPr>
        <w:spacing w:before="40" w:after="120"/>
        <w:jc w:val="both"/>
      </w:pPr>
      <w:r>
        <w:rPr>
          <w:rFonts w:ascii="Georgia" w:hAnsi="Georgia"/>
          <w:b w:val="0"/>
          <w:i w:val="0"/>
          <w:color w:val="000000"/>
          <w:sz w:val="24"/>
        </w:rPr>
        <w:t>8) Разъяснение этих трех голов таково: в каждой из трех голов должны быть свойства келим, а также свойства духовного содержания и сущности в ней. В соответствии с этим получается шесть свойств, и каждое из этих шести свойств делится еще на три. В итоге их общее число составляет 18 (</w:t>
      </w:r>
      <w:r>
        <w:rPr>
          <w:rFonts w:ascii="Georgia" w:hAnsi="Georgia"/>
          <w:b w:val="0"/>
          <w:i/>
          <w:color w:val="000000"/>
          <w:sz w:val="24"/>
        </w:rPr>
        <w:t>хай</w:t>
      </w:r>
      <w:r>
        <w:rPr>
          <w:rFonts w:ascii="Georgia" w:hAnsi="Georgia"/>
          <w:b w:val="0"/>
          <w:i w:val="0"/>
          <w:color w:val="000000"/>
          <w:sz w:val="24"/>
        </w:rPr>
        <w:t xml:space="preserve">, </w:t>
      </w:r>
      <w:r>
        <w:rPr>
          <w:rFonts w:ascii="Georgia" w:hAnsi="Georgia" w:cs="Times New Roman"/>
          <w:b/>
          <w:i w:val="0"/>
          <w:color w:val="000000"/>
          <w:sz w:val="24"/>
          <w:rtl/>
          <w:szCs w:val="32"/>
        </w:rPr>
        <w:t>ח״י</w:t>
      </w:r>
      <w:r>
        <w:rPr>
          <w:rFonts w:ascii="Georgia" w:hAnsi="Georgia"/>
          <w:b w:val="0"/>
          <w:i w:val="0"/>
          <w:color w:val="000000"/>
          <w:sz w:val="24"/>
        </w:rPr>
        <w:t>), что указывает на тайну Живущего вечно (</w:t>
      </w:r>
      <w:r>
        <w:rPr>
          <w:rFonts w:ascii="Georgia" w:hAnsi="Georgia"/>
          <w:b w:val="0"/>
          <w:i/>
          <w:color w:val="000000"/>
          <w:sz w:val="24"/>
        </w:rPr>
        <w:t>Хэй а-Оламим</w:t>
      </w:r>
      <w:r>
        <w:rPr>
          <w:rFonts w:ascii="Georgia" w:hAnsi="Georgia"/>
          <w:b w:val="0"/>
          <w:i w:val="0"/>
          <w:color w:val="000000"/>
          <w:sz w:val="24"/>
        </w:rPr>
        <w:t xml:space="preserve">, </w:t>
      </w:r>
      <w:r>
        <w:rPr>
          <w:rFonts w:ascii="Georgia" w:hAnsi="Georgia" w:cs="Times New Roman"/>
          <w:b/>
          <w:i w:val="0"/>
          <w:color w:val="000000"/>
          <w:sz w:val="24"/>
          <w:rtl/>
          <w:szCs w:val="32"/>
        </w:rPr>
        <w:t>חֵי הָעוֹלָמִים</w:t>
      </w:r>
      <w:r>
        <w:rPr>
          <w:rFonts w:ascii="Georgia" w:hAnsi="Georgia"/>
          <w:b w:val="0"/>
          <w:i w:val="0"/>
          <w:color w:val="000000"/>
          <w:sz w:val="24"/>
        </w:rPr>
        <w:t>). Ведь из этих 18 свойств распространяется жизненная сила во все миры, в том числе и в мир Ацилут.</w:t>
      </w:r>
    </w:p>
    <w:p>
      <w:pPr>
        <w:spacing w:before="40" w:after="120"/>
        <w:jc w:val="both"/>
      </w:pPr>
      <w:r>
        <w:rPr>
          <w:rFonts w:ascii="Georgia" w:hAnsi="Georgia"/>
          <w:b w:val="0"/>
          <w:i w:val="0"/>
          <w:color w:val="000000"/>
          <w:sz w:val="24"/>
        </w:rPr>
        <w:t>9) Теперь с Б-жьей помощью объясним эти 18 свойств. Непостижимая голова (риша де-ло итйада), будучи наивысшей из трех голов, не входит в число тех трех упомянутых голов, которые образуют 18 свойств. Ведь непостижимая голова чрезвычайно высока, и нам не дано разрешения разъяснять ее суть, так как внутри этой головы облачен Эйн Соф. Она не подобна двум нижним головам, находящимся под ней, поскольку в каждой из этих двух голов есть аспект кли, а внутри кли — духовное наполнение и сущность; затем вторая голова своими двумя свойствами облачается внутрь третьей головы с ее двумя свойствами. Непостижимая же голова, служащая одеянием для Эйн Соф, не облачается во вторую голову так, как вторая голова облачается в третью, как сказано выше. Первая голова расположена не внутри второй головы, а над ней: из-за своей высочайшей духовности, как упомянуто, вторая голова не способна вместить ее в качестве облачения.</w:t>
      </w:r>
    </w:p>
    <w:p>
      <w:pPr>
        <w:spacing w:before="40" w:after="120"/>
        <w:jc w:val="both"/>
      </w:pPr>
      <w:r>
        <w:rPr>
          <w:rFonts w:ascii="Georgia" w:hAnsi="Georgia"/>
          <w:b w:val="0"/>
          <w:i w:val="0"/>
          <w:color w:val="000000"/>
          <w:sz w:val="24"/>
        </w:rPr>
        <w:t xml:space="preserve">10) Об этом и сказано: </w:t>
      </w:r>
      <w:r>
        <w:rPr>
          <w:rFonts w:ascii="Georgia" w:hAnsi="Georgia"/>
          <w:b w:val="0"/>
          <w:i/>
          <w:color w:val="000000"/>
          <w:sz w:val="24"/>
        </w:rPr>
        <w:t>«Три головы высечены…»</w:t>
      </w:r>
      <w:r>
        <w:rPr>
          <w:rFonts w:ascii="Georgia" w:hAnsi="Georgia"/>
          <w:b w:val="0"/>
          <w:i w:val="0"/>
          <w:color w:val="000000"/>
          <w:sz w:val="24"/>
        </w:rPr>
        <w:t>, где объясняется, что они устроены по принципу «одна внутри другой и одна над другой». Смысл в том, что вторая голова находится внутри третьей и облачается в нее, как известно; однако высшая голова по отношению ко второй находится не по принципу «одна внутри другой», а по принципу «одна над другой». Ведь высшая голова — это непостижимая голова (риша де-ло итйада), и она находится над двумя головами, составляющими АА, и вовсе не облачается [в них], а в АА облачаются лишь ее семь нижних [сфирот] (ЗАТ), как известно.</w:t>
      </w:r>
    </w:p>
    <w:p>
      <w:pPr>
        <w:spacing w:before="40" w:after="120"/>
        <w:jc w:val="both"/>
      </w:pPr>
      <w:r>
        <w:rPr>
          <w:rFonts w:ascii="Georgia" w:hAnsi="Georgia"/>
          <w:b w:val="0"/>
          <w:i w:val="0"/>
          <w:color w:val="000000"/>
          <w:sz w:val="24"/>
        </w:rPr>
        <w:t>11) Имя Арих Анпин охватывает две головы — Кетер и сокрытый мозг (моха стимаа), которые находятся под непостижимой головой. Каждая голова должна содержать в себе десять [сфирот], и потому они разделяются на два уровня: в каждом из этих двух есть десять сфирот — десять сфирот в Кетере и столько же в сокрытой Хохме, называемой настоящей головой.</w:t>
      </w:r>
    </w:p>
    <w:p>
      <w:pPr>
        <w:spacing w:before="40" w:after="120"/>
        <w:jc w:val="both"/>
      </w:pPr>
      <w:r>
        <w:rPr>
          <w:rFonts w:ascii="Georgia" w:hAnsi="Georgia"/>
          <w:b w:val="0"/>
          <w:i w:val="0"/>
          <w:color w:val="000000"/>
          <w:sz w:val="24"/>
        </w:rPr>
        <w:t xml:space="preserve">12) Суть здесь в том, что первая из них — это Кетер, и в ней есть десять сфирот, как сказано выше. Она окружает сокрытый мозг и называется в «Идре» Гальгальтой. Само слово </w:t>
      </w:r>
      <w:r>
        <w:rPr>
          <w:rFonts w:ascii="Georgia" w:hAnsi="Georgia"/>
          <w:b w:val="0"/>
          <w:i/>
          <w:color w:val="000000"/>
          <w:sz w:val="24"/>
        </w:rPr>
        <w:t>кетер</w:t>
      </w:r>
      <w:r>
        <w:rPr>
          <w:rFonts w:ascii="Georgia" w:hAnsi="Georgia"/>
          <w:b w:val="0"/>
          <w:i w:val="0"/>
          <w:color w:val="000000"/>
          <w:sz w:val="24"/>
        </w:rPr>
        <w:t xml:space="preserve"> (</w:t>
      </w:r>
      <w:r>
        <w:rPr>
          <w:rFonts w:ascii="Georgia" w:hAnsi="Georgia" w:cs="Times New Roman"/>
          <w:b/>
          <w:i w:val="0"/>
          <w:color w:val="000000"/>
          <w:sz w:val="24"/>
          <w:rtl/>
          <w:szCs w:val="32"/>
        </w:rPr>
        <w:t>כֶּתֶר</w:t>
      </w:r>
      <w:r>
        <w:rPr>
          <w:rFonts w:ascii="Georgia" w:hAnsi="Georgia"/>
          <w:b w:val="0"/>
          <w:i w:val="0"/>
          <w:color w:val="000000"/>
          <w:sz w:val="24"/>
        </w:rPr>
        <w:t xml:space="preserve">) происходит от слова </w:t>
      </w:r>
      <w:r>
        <w:rPr>
          <w:rFonts w:ascii="Georgia" w:hAnsi="Georgia"/>
          <w:b w:val="0"/>
          <w:i/>
          <w:color w:val="000000"/>
          <w:sz w:val="24"/>
        </w:rPr>
        <w:t>котерет</w:t>
      </w:r>
      <w:r>
        <w:rPr>
          <w:rFonts w:ascii="Georgia" w:hAnsi="Georgia"/>
          <w:b w:val="0"/>
          <w:i w:val="0"/>
          <w:color w:val="000000"/>
          <w:sz w:val="24"/>
        </w:rPr>
        <w:t xml:space="preserve"> — «венец» (</w:t>
      </w:r>
      <w:r>
        <w:rPr>
          <w:rFonts w:ascii="Georgia" w:hAnsi="Georgia" w:cs="Times New Roman"/>
          <w:b/>
          <w:i w:val="0"/>
          <w:color w:val="000000"/>
          <w:sz w:val="24"/>
          <w:rtl/>
          <w:szCs w:val="32"/>
        </w:rPr>
        <w:t>כּוֹתֶרֶת</w:t>
      </w:r>
      <w:r>
        <w:rPr>
          <w:rFonts w:ascii="Georgia" w:hAnsi="Georgia"/>
          <w:b w:val="0"/>
          <w:i w:val="0"/>
          <w:color w:val="000000"/>
          <w:sz w:val="24"/>
        </w:rPr>
        <w:t>), что означает «окружающий», ведь череп (Гальгальта) окружает мозг.</w:t>
      </w:r>
    </w:p>
    <w:p>
      <w:pPr>
        <w:spacing w:before="40" w:after="120"/>
        <w:jc w:val="both"/>
      </w:pPr>
      <w:r>
        <w:rPr>
          <w:rFonts w:ascii="Georgia" w:hAnsi="Georgia"/>
          <w:b w:val="0"/>
          <w:i w:val="0"/>
          <w:color w:val="000000"/>
          <w:sz w:val="24"/>
        </w:rPr>
        <w:t>13) А внутри этого черепа заключен глубоко сокрытый мозг — помимо сокрытого мозга де-АА, находящегося под десятью сфирот Кетера. Поэтому этот мозг чрезвычайно высок и скрыт и называется высшим воздухом (авира илаа), как упоминается в обеих «Адрот» и в «Сифра де-Цниюта». Этот воздух находится между Гальгальтой и покрывающей его оболочкой сокрытого мозга, и в первой главе «Сифра де-Цниюта» он назван «оболочкой воздуха, который очистился…»</w:t>
      </w:r>
    </w:p>
    <w:p>
      <w:pPr>
        <w:spacing w:before="40" w:after="120"/>
        <w:jc w:val="both"/>
      </w:pPr>
      <w:r>
        <w:rPr>
          <w:rFonts w:ascii="Georgia" w:hAnsi="Georgia"/>
          <w:b w:val="0"/>
          <w:i w:val="0"/>
          <w:color w:val="000000"/>
          <w:sz w:val="24"/>
        </w:rPr>
        <w:t>14) Ниже него находится Хохма де-АА, называемая в «Идре» сокрытым мозгом де-Атик. И этот высший мозг в Кетере де-АА, называемый воздухом (авира), хотя по отношению к самому Кетеру и считается его мозгом, тем не менее становится настоящей Гальгальтой по отношению к Хохме де-АА — сокрытому мозгу де-АА. Поэтому этот высший мозг, именуемый воздухом, по отношению к Хохме — сокрытому мозгу де-АА — также называется настоящей головой.</w:t>
      </w:r>
    </w:p>
    <w:p>
      <w:pPr>
        <w:spacing w:before="40" w:after="120"/>
        <w:jc w:val="both"/>
      </w:pPr>
      <w:r>
        <w:rPr>
          <w:rFonts w:ascii="Georgia" w:hAnsi="Georgia"/>
          <w:b w:val="0"/>
          <w:i w:val="0"/>
          <w:color w:val="000000"/>
          <w:sz w:val="24"/>
        </w:rPr>
        <w:t>15) Итак, стало понятно, как две головы — Кетер и Хохма в нем — содержат в себе три полноценные головы: Кетер — высшая голова, воздух — вторая голова, и сокрытый мозг — третья голова. И это помимо непостижимой головы (риша де-ло итйада), именуемой Атик Йомин. И хотя в «Идре» Кетер и Хохма де-АА называются просто двумя головами, на самом деле это три настоящие головы, в число которых непостижимая голова не входит.</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5) </w:t>
      </w:r>
      <w:r>
        <w:rPr>
          <w:rFonts w:ascii="Georgia" w:hAnsi="Georgia"/>
          <w:b/>
          <w:i w:val="0"/>
          <w:color w:val="000000"/>
          <w:sz w:val="24"/>
        </w:rPr>
        <w:t>«Кетер и Хохма де-АА, являющиеся первыми двумя сфирот из девяти коренных и истоковых сфирот...»</w:t>
      </w:r>
      <w:r>
        <w:rPr>
          <w:rFonts w:ascii="Georgia" w:hAnsi="Georgia"/>
          <w:b w:val="0"/>
          <w:i w:val="0"/>
          <w:color w:val="000000"/>
          <w:sz w:val="24"/>
        </w:rPr>
        <w:t xml:space="preserve"> — И так же [Учитель] говорит в ветви 58, пункт 80, о девяти сфирот де-АА, вот его слова: «Ведь девять истоковых сфирот вместе с непостижимой головой (риша де-ло итйада) составляют десять истоковых и коренных сфирот для всего [мира] Ацилут», см. там. И нужно хорошо понять смысл этих истоковых сфирот, так как это опора, на которой держатся все ключи к миру Ацилут. Из объясненного выше в «Паним Меирот», ветвь 57, уже известно, что в пяти парцуфим Ацилута совместно действуют три корня: корень АК, корень БОН и корень МА. При этом занавес (паргод) между мирами Ацилут и Брия считается уровнем Малхут десяти сфирот де-рош, называемым пэ, с точки зрения корня АК; считается табуром или Есодом с точки зрения корня БОН; и считается сиюм раглин с точки зрения корня МА, внимательно изучи там. Подобно тому как там было объяснено в отношении окончания мира Ацилут, точно так же следует различать и уровень головы Ацилута, называемый Кетер. Он представляет собой тайну первого созерцания (истаклют алеф), создающего корни келим, которые называются кончиком буквы йод (</w:t>
      </w:r>
      <w:r>
        <w:rPr>
          <w:rFonts w:ascii="Georgia" w:hAnsi="Georgia" w:cs="Times New Roman"/>
          <w:b/>
          <w:i w:val="0"/>
          <w:color w:val="000000"/>
          <w:sz w:val="24"/>
          <w:rtl/>
          <w:szCs w:val="32"/>
        </w:rPr>
        <w:t>י</w:t>
      </w:r>
      <w:r>
        <w:rPr>
          <w:rFonts w:ascii="Georgia" w:hAnsi="Georgia"/>
          <w:b w:val="0"/>
          <w:i w:val="0"/>
          <w:color w:val="000000"/>
          <w:sz w:val="24"/>
        </w:rPr>
        <w:t>); из него во втором созерцании протягиваются десять сфирот для окончательного завершения келим. Ведь со стороны корня АК все пять парцуфим Ацилута — это лишь десять сфирот головы, называемые: Гальгальта, глаза (эйнаим), ухо (озэн), нос и рот (хотэм-пэ), как написано в «Паним Масбирот» во вратах «Шаар Атик». А со стороны корня БОН они уже разделены на голову и тело (гуф): Гальгальта и эйнаим представляют собой голову и первое созерцание, тогда как АХАП — это уже десять сфирот тела.</w:t>
      </w:r>
    </w:p>
    <w:p>
      <w:pPr>
        <w:spacing w:before="40" w:after="120"/>
        <w:jc w:val="both"/>
      </w:pPr>
      <w:r>
        <w:rPr>
          <w:rFonts w:ascii="Georgia" w:hAnsi="Georgia"/>
          <w:b w:val="0"/>
          <w:i w:val="0"/>
          <w:color w:val="000000"/>
          <w:sz w:val="24"/>
        </w:rPr>
        <w:t>Но так обстоит дело лишь при рассмотрении БОН относительно АК; сам же по себе БОН, безусловно, обладает полными десятью сфирот: Гальгальта ве-Эйнаим и АХАП в своей голове. Однако по отношению к АК все десять сфирот головы БОН считаются всего лишь двумя сфирот — Гальгальтой и эйнаим. И точно так же в теле у него есть совершенные десять сфирот в его ХАГАТ и десять завершающих сфирот в его НЕХИ, но по отношению к АК всё это считается лишь тремя сфирот: озэн, хотэм и пэ, как сказано выше; пойми это как следует. Более того: эти десять сфирот головы, включенные только в Гальгальта ве-Эйнаим, с точки зрения самого БОН тоже разделяются на две головы: на Гальгальта ве-Эйнаим и на АХАП. При этом первая голова вовсе не входит в счет парцуфа, и лишь вторая голова — то есть АХАП де-рош де-БОН — называются рош и Кетер. Первая же голова считается находящейся выше головы, выступая как окружающий свет для головы; пойми это хорошо. И всё это — со стороны БОН. Когда же ты рассмотришь МА по отношению к БОН, окажется, что десять сфирот его головы заключены только в хотэм и пэ.</w:t>
      </w:r>
    </w:p>
    <w:p>
      <w:pPr>
        <w:spacing w:before="40" w:after="120"/>
        <w:jc w:val="both"/>
      </w:pPr>
      <w:r>
        <w:rPr>
          <w:rFonts w:ascii="Georgia" w:hAnsi="Georgia"/>
          <w:b w:val="0"/>
          <w:i w:val="0"/>
          <w:color w:val="000000"/>
          <w:sz w:val="24"/>
        </w:rPr>
        <w:t>Таким образом, голова БОН включает по меньшей мере АХАП. И у него есть лишь одна ступень в качестве окружающего света — Гальгальта ве-Эйнаим, как сказано выше. В отличие от этого у МА есть две головы выше этих свойств хотэм и пэ, находящихся в его голове, которая считается корнем тела МА. Первая голова — это Гальгальта и эйнаим, которая даже в БОН считается окружающим светом, как сказано выше, и у МА называется большим окружающим светом. Вторая голова — это только озэн, и она у МА тоже считается окружающим светом, называясь в нем малым окружающим светом. Третья голова — это хотэм и пэ, и именно она представляет собой истинную голову МА, то есть служит корнем сосудов тела МА, и со стороны МА она называется Кетером. Всё это подробно описано выше в «Паним Меирот», ветвь 43, пункт 2, со слов «Однако в отношении необходимости трех этих голов у МА…», с их причинами и обоснованиями; обратись туда, это еще будет объяснено ниже, и здесь не место распространяться об этом.</w:t>
      </w:r>
    </w:p>
    <w:p>
      <w:pPr>
        <w:spacing w:before="40" w:after="120"/>
        <w:jc w:val="both"/>
      </w:pPr>
      <w:r>
        <w:rPr>
          <w:rFonts w:ascii="Georgia" w:hAnsi="Georgia"/>
          <w:b w:val="0"/>
          <w:i w:val="0"/>
          <w:color w:val="000000"/>
          <w:sz w:val="24"/>
        </w:rPr>
        <w:t>Однако это сказано о парцуфим МА по отношению к БОН, на который воздействует корень АК. Ведь мы говорили, что десять сфирот головы БОН делятся на два свойства: Гальгальта ве-Эйнаим и АХАП, и в таком сопоставлении у МА в его голове остаются только две сфиры: хотэм и пэ. Причина в том, что ей предшествуют две головы: первая голова — Гальгальта ве-Эйнаим, называемая большим окружающим светом, и вторая голова — озэн, называемая малым окружающим светом. А для истинной головы, то есть во внутреннем свете, называемом головой парцуфа или Кетером, у него не остается ничего, кроме хотэм и пэ. Но если оценивать МА относительно самого себя, то в этой третьей голове у него, несомненно, есть полные десять сфирот, также называемые Гальгальта ве-Эйнаим и АХАП; помни это.</w:t>
      </w:r>
    </w:p>
    <w:p>
      <w:pPr>
        <w:spacing w:before="40" w:after="120"/>
        <w:jc w:val="both"/>
      </w:pPr>
      <w:r>
        <w:rPr>
          <w:rFonts w:ascii="Georgia" w:hAnsi="Georgia"/>
          <w:b w:val="0"/>
          <w:i w:val="0"/>
          <w:color w:val="000000"/>
          <w:sz w:val="24"/>
        </w:rPr>
        <w:t>Теперь ты поймешь, что заставило Учителя назвать десять сфирот де-АА «коренными и истоковыми десятью сфирот»: он хотел показать нам, что различение разделения этих сфирот, которое он проводит перед нами, делается исключительно с точки зрения корня АК, действующего в десяти сфирот де-АА. Ведь корень АК — это первоначальная действующая сила в Ацилуте и исходная точка рассмотрения, и потому он называет их десятью коренными и истоковыми сфирот. И об этом сказано: «Кетер и Хохма де-АА, являющиеся первыми двумя сфирот из девяти коренных и истоковых сфирот, как сказано выше, и эти две головы, то есть Кетер и Хохма де-АА…» То есть всё это утверждение о том, что в рош де-АА нет ничего, кроме двух сфирот Кетер и Хохма, а три сфиры Бина и ЗОН, являющиеся тайной АХАП, относятся к телу, верно лишь с точки зрения коренных и истоковых десяти сфирот — то есть по отношению к БОН, на который воздействует корень АК, как сказано выше. Сам же по себе он, конечно, имеет полные десять сфирот (КАХАБ и ЗОН) в голове, а также десять сфирот в ХАГАТ и десять сфирот в НЕХИ.</w:t>
      </w:r>
    </w:p>
    <w:p>
      <w:pPr>
        <w:spacing w:before="40" w:after="120"/>
        <w:jc w:val="both"/>
      </w:pPr>
      <w:r>
        <w:rPr>
          <w:rFonts w:ascii="Georgia" w:hAnsi="Georgia"/>
          <w:b w:val="0"/>
          <w:i w:val="0"/>
          <w:color w:val="000000"/>
          <w:sz w:val="24"/>
        </w:rPr>
        <w:t>Однако здесь нам нужно выделить именно то, что присутствует в голове АА по отношению к БОН под действием корня АК. И согласно этому в его голове нет ничего, кроме Кетера и Хохмы, являющихся тайной Гальгальта ве-Эйнаим; иными словами, все десять сфирот его головы включены в эти две сфиры, как сказано выше. Пойми всё это как следует и помни далее на протяжении всего изложения, ведь невозможно повторять это при каждом слове.</w:t>
      </w:r>
    </w:p>
    <w:p>
      <w:pPr>
        <w:spacing w:before="40" w:after="120"/>
        <w:jc w:val="both"/>
      </w:pPr>
      <w:r>
        <w:rPr>
          <w:rFonts w:ascii="Georgia" w:hAnsi="Georgia"/>
          <w:b w:val="0"/>
          <w:i w:val="0"/>
          <w:color w:val="000000"/>
          <w:sz w:val="24"/>
        </w:rPr>
        <w:t xml:space="preserve">10) </w:t>
      </w:r>
      <w:r>
        <w:rPr>
          <w:rFonts w:ascii="Georgia" w:hAnsi="Georgia"/>
          <w:b/>
          <w:i w:val="0"/>
          <w:color w:val="000000"/>
          <w:sz w:val="24"/>
        </w:rPr>
        <w:t>«Однако высшая голова по отношению ко второй находится не по принципу «одна внутри другой»... а в АА облачаются лишь ее семь нижних [сфирот], как известно...»</w:t>
      </w:r>
      <w:r>
        <w:rPr>
          <w:rFonts w:ascii="Georgia" w:hAnsi="Georgia"/>
          <w:b w:val="0"/>
          <w:i w:val="0"/>
          <w:color w:val="000000"/>
          <w:sz w:val="24"/>
        </w:rPr>
        <w:t xml:space="preserve"> — И нужно понять эту скрытость непостижимой головы (риша де-ло итйада), о которой [Учитель] говорит, что она больше, чем у двух нижних голов: ведь эти две головы облачаются одна в другую, тогда как непостижимая голова, служащая одеянием для Эйн Соф, не облачается во вторую голову, и лишь ее семь нижних [сфирот] (ЗАТ) облачаются в АА. На первый взгляд здесь возникает вопрос: разве не все головы всех парцуфим в этом подобны непостижимой голове, ведь три первые сфирот (ГАР) открыты наверху, и только семь нижних сфирот (ЗАТ) облачаются в нижнего, как известно? Однако нужно глубоко уяснить природу этих трех голов, о которых Учитель подробно говорит в этой ветви.</w:t>
      </w:r>
    </w:p>
    <w:p>
      <w:pPr>
        <w:spacing w:before="40" w:after="120"/>
        <w:jc w:val="both"/>
      </w:pPr>
      <w:r>
        <w:rPr>
          <w:rFonts w:ascii="Georgia" w:hAnsi="Georgia"/>
          <w:b w:val="0"/>
          <w:i w:val="0"/>
          <w:color w:val="000000"/>
          <w:sz w:val="24"/>
        </w:rPr>
        <w:t>Прежде всего необходимо понять различие между тремя головами мира Некудим и тремя головами мира Ацилут. Ведь и там, в мире Некудим, вышли три головы одна под другой, как сказано в словах Учителя выше в ветви 22 и в «Паним Масбирот» к вратам «Шаар Атик»: первая голова Некудим облачает [АК] от хазе де-АК вниз до его табура, а вторая голова облачает от его табура вниз до завершения его тела — до пэ де-Есод де-САГ де-АК, и она обозначается как КАХАБ де-Некудим. А первая голова — от хазе до табура — вовсе не входит в счет парцуфа Некудим, поскольку масах действует в ней снизу вверх, и в ней совершенно нет новых келим, появившихся в Некудим; голова же парцуфа начинается со второй головы — от табура до завершения тела, как подробно описано там. Третья же голова вышла благодаря распространению трех линий КАХАБ на место ХАГАТ де-Некудим, то есть ниже пэ де-Есод де-САГ де-АК.</w:t>
      </w:r>
    </w:p>
    <w:p>
      <w:pPr>
        <w:spacing w:before="40" w:after="120"/>
        <w:jc w:val="both"/>
      </w:pPr>
      <w:r>
        <w:rPr>
          <w:rFonts w:ascii="Georgia" w:hAnsi="Georgia"/>
          <w:b w:val="0"/>
          <w:i w:val="0"/>
          <w:color w:val="000000"/>
          <w:sz w:val="24"/>
        </w:rPr>
        <w:t>И вот ты видишь, что и в Некудим вышли три головы, как и здесь; следовательно, нужно понять различие между ними. Знай, что у голов мира Некудим есть два огромных преимущества перед головами Ацилута. Первое заключается в свете уха (озэн), под которым понимается свет Бины головы, достоинство которой там уподоблено свету сущности, ведь Бина — это сама сущность Хохмы, как известно. И вот из-за подъема МАН в никвей эйнаим — то есть в Хохму, которая сама устроилась как Нуква, отчего десять сфирот головы вышли от Хохмы и выше, — оказалось, что Бина вышла и отделилась от уровня головы, перейдя на уровень ХАГАТ тела, как написано в «Паним Меирот», стр. 235, со слов… …«И в этом», см. там. И считается, что тем самым она утратила свет сущности.</w:t>
      </w:r>
    </w:p>
    <w:p>
      <w:pPr>
        <w:spacing w:before="40" w:after="120"/>
        <w:jc w:val="both"/>
      </w:pPr>
      <w:r>
        <w:rPr>
          <w:rFonts w:ascii="Georgia" w:hAnsi="Georgia"/>
          <w:b w:val="0"/>
          <w:i w:val="0"/>
          <w:color w:val="000000"/>
          <w:sz w:val="24"/>
        </w:rPr>
        <w:t>Но тебе уже известно, что в первой голове мира Некудим эти новые келим, [возникшие благодаря] МАН, еще никак не проявляются, поскольку масах действует снизу вверх: они лишь облачаются в прежние келим де-САГ, существовавшие до исправления МАН. И оказывается, что их ступень подобна [миру] Акудим, то есть гуф де-САГ, где свет уха присутствует в голове и никогда не покидал келим де-Акудим. Ты видишь, что в первой голове есть подлинный свет уха, как в высших парцуфим АК. И хотя мы говорим, что эта голова не присоединяется к Некудим, как сказано выше, тем не менее она считается для них окружающим светом, как написал Учитель выше в ветви 54 и в «Паним Меирот» там. И это великое преимущество для десяти сфирот Некудим: они обладают окружающим светом от света уха, причем это действует даже во время состояния малости (катнут) Некудим, прежде чем осветил Есод де-АК. Второе преимущество раскрывается во второй голове мира Некудим, расположенной от табура и ниже, которая называется КАХАБ де-Некудим или АБ де-БОН де-АК, а именно во время состояния величия (гадлут).</w:t>
      </w:r>
    </w:p>
    <w:p>
      <w:pPr>
        <w:spacing w:before="40" w:after="120"/>
        <w:jc w:val="both"/>
      </w:pPr>
      <w:r>
        <w:rPr>
          <w:rFonts w:ascii="Georgia" w:hAnsi="Georgia"/>
          <w:b w:val="0"/>
          <w:i w:val="0"/>
          <w:color w:val="000000"/>
          <w:sz w:val="24"/>
        </w:rPr>
        <w:t>Тогда благодаря свечению Есода де-АК масах был опущен от пэ де-табур до пэ де-Есод де-САГ де-АК, и тогда во второй голове вышли десять сфирот высоты Кетер, как написано в «Паним Масбирот», стр. 662, со слов «И поэтому…», внимательно изучи там. И здесь обнаруживается, что прорвалась Парса де-АК, стоящая в табуре в качестве новой границы Второго сокращения (ЦБ), возникшей из-за масаха и Малхут, установившихся на месте глаз (эйнаим) де-БОН, что соответствует пэ де-табур де-САГ, откуда и ниже свет уха оказался перекрыт, как сказано выше. Теперь же в силу свечения Есода де-АК, который вновь оттеснил и опустил масах на его место в Малхут де-рош де-БОН, Бина вернулась в голову и снова обрела свет сущности — тайну света уха, как в предшествующих парцуфим АК.</w:t>
      </w:r>
    </w:p>
    <w:p>
      <w:pPr>
        <w:spacing w:before="40" w:after="120"/>
        <w:jc w:val="both"/>
      </w:pPr>
      <w:r>
        <w:rPr>
          <w:rFonts w:ascii="Georgia" w:hAnsi="Georgia"/>
          <w:b w:val="0"/>
          <w:i w:val="0"/>
          <w:color w:val="000000"/>
          <w:sz w:val="24"/>
        </w:rPr>
        <w:t>И вот полностью отменилась прежняя граница света уха — тайна Парсы; и считается, что свет уха пробил эту Парсу и облачился также во вторую голову мира Некудим. Об этом и говорит Учитель (в ветви 15, пункт 5), что новый свет, протянувшийся ниже табура де-АК, пробил Парсу, см. там. И это называется именно пробитием, а не полной отменой, поскольку так не было в начале, когда Некудим только выделились из Источника, но произошло лишь затем, в состоянии величия. По этой причине такое состояние не является постоянным и устойчивым в парцуфе: здесь имеет место не полная отмена границы, а пробитие как временный переход, в свой час; пойми это как следует. Также тебе известно, что на самом деле всё это состояние величия вновь отменилось во время разбиения сосудов (швират а-келим).</w:t>
      </w:r>
    </w:p>
    <w:p>
      <w:pPr>
        <w:spacing w:before="40" w:after="120"/>
        <w:jc w:val="both"/>
      </w:pPr>
      <w:r>
        <w:rPr>
          <w:rFonts w:ascii="Georgia" w:hAnsi="Georgia"/>
          <w:b w:val="0"/>
          <w:i w:val="0"/>
          <w:color w:val="000000"/>
          <w:sz w:val="24"/>
        </w:rPr>
        <w:t>Итак, объяснены два преимущества в головах АК [по отношению к Некудим]: первое — даже во время малости свет уха по меньшей мере присутствует выше Парсы в первой голове Некудим и служит окружающим светом для Некудим. Второе [преимущество раскрывается] во время величия, когда Парса пробилась и свет уха достиг также второй головы мира Некудим. Однако в новом МА, называемом миром Ацилут, эти два упомянутых достоинства отсутствуют. Ведь даже первая голова МА неизбежно облачается по меньшей мере в прежние келим де-БОН, находящиеся уже ниже Парсы, как сказано выше в словах Учителя в ветви 10 — что она начинается от табур де-Адам Кадмон и ниже и облачает КАХАБ де-Некудим. А если так, то даже в первой его голове неизбежно отсутствует свет уха, ведь свет уха присутствует только в тех парцуфим АК, которые предшествовали исправлению МАН, то есть в келим де-Акудим, как сказано выше. Второй же недостаток состоит в том, что в нем не действует пробитие Парсы, имевшее место в Некудим, где свет уха де-Акудим протягивался по меньшей мере в качестве добавки и во вторую голову, как сказано выше. И это происходит из-за подъема МАН здесь к лбу (мэцах) первой головы Некудим, представляющему собой тайну Бины Кетера в НЕХИ лица (НЕХИ де-паним), как сказано выше в «Паним Меирот», стр. 724, со слов «И вот…», см. там. И на месте Бины Кетера образовалась новая Парса в первой голове БОН, от которой протянулась прочная оболочка над Хохмой де-МА, чтобы больше не раскрываться — то есть не так, как первая Парса, ограничивавшая вторую голову Некудим, которая затем во время величия снова раскрылась путем пробития Парсы, как сказано выше.</w:t>
      </w:r>
    </w:p>
    <w:p>
      <w:pPr>
        <w:spacing w:before="40" w:after="120"/>
        <w:jc w:val="both"/>
      </w:pPr>
      <w:r>
        <w:rPr>
          <w:rFonts w:ascii="Georgia" w:hAnsi="Georgia"/>
          <w:b w:val="0"/>
          <w:i w:val="0"/>
          <w:color w:val="000000"/>
          <w:sz w:val="24"/>
        </w:rPr>
        <w:t>Однако эта Парса, разделяющая первую и вторую головы Ацилута, возникла в результате великого исправления — так, чтобы в ней никогда больше не произошло пробития, как будет подробно описано ниже с Б-жьей помощью. И вот ты видишь, что пробитие Парсы также не происходит в головах Ацилута. Таким образом, хорошо разъяснены две важнейшие основы различия между головами Некудим и головами Ацилута. И помни их на протяжении всех дальнейших исследований об АА. Теперь на этом основании мы поймем различие между непостижимой головой (риша де-ло итйада), являющейся первой головой Ацилута, и двумя нижними головами — Кетером и сокрытым мозгом (моха стимаа), которые вместе считаются головой АА, то есть второй головой Ацилута, представляющей собой тайну АБ де-МА, как известно. Ведь в непостижимой голове — первой голове Ацилута, где масах действует снизу вверх, — из-за этого всё еще нет ничего от новых келим, порожденных подъемом МАН в мэцах; а значит, над ней не имеет никакой власти та новая Парса, в которой никогда не бывает пробития, как сказано выше. И потому в ней всё еще сохраняется второе достоинство голов мира Некудим: она по-прежнему способна получать от находящихся выше нее свет уха благодаря пробитию Парсы, подобно второй голове БОН. В отличие от этого в двух нижних головах — Кетере и сокрытом мозге, являющихся второй головой, которые уже получают от масаха во лбу сверху вниз, присутствуют новые келим де-МА. А следовательно, они уже перекрыты новой Парсой де-МА, как сказано выше, чтобы больше никогда не раскрываться; и свет уха навсегда прекратился для них, даже в виде добавки. Об этом и сказано (в пункте 9): «Ведь непостижимая голова чрезвычайно высока, и нам не дано разрешения разъяснять ее суть…» — как написано выше в «Паним Масбирот», стр. 68, со слов «И нужно…»: никакой свет не может быть постигнут нижними иначе как через его облачение в кли. А поскольку непостижимая голова — это первая голова МА, где масах действует снизу вверх, из-за чего в ней нет ничего от келим де-МА, само собой понятно, что у нас нет в ней никакого постижения. И об этом сказано (в пункте 9): «Она не подобна двум нижним головам, находящимся под ней, поскольку в каждой из этих двух голов есть свойство кли…» И это согласуется со сказанным нами: две нижние головы вместе образуют вторую голову — тайну АБ де-МА, которая уже получает свои света от масаха в Бине непостижимой головы сверху вниз, и потому в них есть келим. Вследствие этого они могут быть постигнуты нижними, и потому дано разрешение объяснять их устройство. Об этом и сказано (в пункте 10): «Однако высшая голова по отношению ко второй находится не по принципу «одна внутри другой», а по принципу «одна над другой»… и вовсе не облачается [в них], а в АА облачаются лишь ее семь нижних [сфирот]». Это именно то, о чем говорилось выше: в пэ непостижимой головы, между ней и второй головой, утвердилась сила новой Парсы таким образом, что в ней невозможно представить никакого пробития вовеки, как написано во «Вратах высказываний рабби Шимона бар Йохая» («Шаар маамарей РАШБИ») к «Идра Раба» (лист 200) на слова Зоара: «И это то, что мы учили: в начертании букв — тав (</w:t>
      </w:r>
      <w:r>
        <w:rPr>
          <w:rFonts w:ascii="Georgia" w:hAnsi="Georgia" w:cs="Times New Roman"/>
          <w:b/>
          <w:i w:val="0"/>
          <w:color w:val="000000"/>
          <w:sz w:val="24"/>
          <w:rtl/>
          <w:szCs w:val="32"/>
        </w:rPr>
        <w:t>ת</w:t>
      </w:r>
      <w:r>
        <w:rPr>
          <w:rFonts w:ascii="Georgia" w:hAnsi="Georgia"/>
          <w:b w:val="0"/>
          <w:i w:val="0"/>
          <w:color w:val="000000"/>
          <w:sz w:val="24"/>
        </w:rPr>
        <w:t>)... запечатлел начертание для Атик Йомина, подобного которому нет», см. там.</w:t>
      </w:r>
    </w:p>
    <w:p>
      <w:pPr>
        <w:spacing w:before="40" w:after="120"/>
        <w:jc w:val="both"/>
      </w:pPr>
      <w:r>
        <w:rPr>
          <w:rFonts w:ascii="Georgia" w:hAnsi="Georgia"/>
          <w:b w:val="0"/>
          <w:i w:val="0"/>
          <w:color w:val="000000"/>
          <w:sz w:val="24"/>
        </w:rPr>
        <w:t>И это не подобно тому, как было с Парсой между первой и второй головами Некудим, которую новый свет Есода де-АК пробил и временно отменил ее границу, так что свет уха парцуфим АК, предшествовавших МАН, преодолел ее предел и облачился также во вторую голову Некудим в качестве добавки, как сказано выше. Теперь же силой МАН от НЕХИ де-паним, обновившихся в МА, и благодаря тому, что они исправились в самом Кетере — в пребывающей в нем Бине, — Парса во рту непостижимой головы обрела великую силу, так что она больше никогда не сможет быть пробита; и оказывается, что свет уха перекрыт ею навсегда. В отличие от этого сама непостижимая голова (риша де-ло итйада), стоящая выше этой новой Парсы, имеет лишь прежнюю Парсу во рту первой головы Некудим, которая уже пробилась во время величия Некудим и не перекрывает свет уха от непостижимой головы, как сказано выше, — см. там.</w:t>
      </w:r>
    </w:p>
    <w:p>
      <w:pPr>
        <w:spacing w:before="40" w:after="120"/>
        <w:jc w:val="both"/>
      </w:pPr>
      <w:r>
        <w:rPr>
          <w:rFonts w:ascii="Georgia" w:hAnsi="Georgia"/>
          <w:b w:val="0"/>
          <w:i w:val="0"/>
          <w:color w:val="000000"/>
          <w:sz w:val="24"/>
        </w:rPr>
        <w:t>И вот оказывается, что всё преимущество непостижимой головы над двумя нижними головами заключается в свойстве света уха, который раскрыт в ней и полностью скрыт от двух нижних голов, как сказано выше. И потому [Учитель] говорит о ней, что она вовсе не облачается в две нижние головы: это означает, что пребывающий в ней свет уха совершенно не распространяется в две головы — Кетер и сокрытый мозг. Причина в прочной Парсе, ограничивающей их сверху, которая представляет собой масах, действующий в непостижимой голове снизу вверх и ставший над ними непреодолимой границей, так что он больше не может быть пробит, чтобы осветить им светом уха, как произошло с Парсой Некудим. И об этом сказано в Зоаре: «одна над другой» — то есть она скрыта над ними, и ее великий свет нисколько не распространяется внутрь нижних голов, как сказано.</w:t>
      </w:r>
    </w:p>
    <w:p>
      <w:pPr>
        <w:spacing w:before="40" w:after="120"/>
        <w:jc w:val="both"/>
      </w:pPr>
      <w:r>
        <w:rPr>
          <w:rFonts w:ascii="Georgia" w:hAnsi="Georgia"/>
          <w:b w:val="0"/>
          <w:i w:val="0"/>
          <w:color w:val="000000"/>
          <w:sz w:val="24"/>
        </w:rPr>
        <w:t>Однако семь нижних сфирот (ЗАТ) непостижимой головы, находящиеся ниже Парсы во рту непостижимой головы, также лишены света уха и потому облачаются в АА. Об этом и сказано (в пункте 12): «Суть здесь в том… ведь череп окружает мозг. А внутри этого черепа заключен глубоко сокрытый мозг — помимо сокрытого мозга де-АА… и называется воздухом…» И здесь кроется глубокий смысл. Ведь ты уже слышал, что в прежней Парсе де-БОН, находящейся над непостижимой головой, остался след (решимо) от пробития, происшедшего в ней во время величия Некудим благодаря новому свету НЕХИ де-АК. И потому считается, что в ее Гальгальте есть пустоты, расселины и открытое воздушное пространство, через которые она получает свет уха де-АК, существовавший до подъема МАН, как сказано выше. Ведь Парса и Гальгальта — это по сути одно и то же: Малхут высшего, становящаяся Кетером для нижнего, изучи там внимательно. В отличие от этого над головой АА поверх ее Гальгальты — то есть на месте рта (пэ) непостижимой головы — уже смыкается новая прочная Парса де-МА, как сказано выше, — и потому считается, что расселины в его Гальгальте, которые неизбежно присутствуют в нем — ведь все силы высших отражаются в нижнем, как известно, а значит, и в Гальгальте де-АА есть аспект расселин, — оказываются глубоко сокрытыми и замкнутыми. И это происходит из-за Парсы де-МА, нависающей над ним поверх его Гальгальты и не позволяющей этим расселинам раскрыться вновь, как во время величия Некудим, см. там.</w:t>
      </w:r>
    </w:p>
    <w:p>
      <w:pPr>
        <w:spacing w:before="40" w:after="120"/>
        <w:jc w:val="both"/>
      </w:pPr>
      <w:r>
        <w:rPr>
          <w:rFonts w:ascii="Georgia" w:hAnsi="Georgia"/>
          <w:b w:val="0"/>
          <w:i w:val="0"/>
          <w:color w:val="000000"/>
          <w:sz w:val="24"/>
        </w:rPr>
        <w:t>Однако ты видишь, что Учитель называет эти сокрытые расселины сокрытым мозгом, а также мозгом воздуха (моха де-авира). Это говорится по имени состояния величия АА, когда непостижимая голова проявляет свой свет в этом воздухе между Кетером и сокрытым мозгом, как сказано в «Идре» и приводится Учителем ниже. Дело в том, что во время величия непостижимая голова в огромном изобилии (шефа) получает свет уха через открытые отверстия в своей Гальгальте, ведь Парса де-БОН не перекрывает ее, как сказано выше, — и тогда она являет свой свет тем сокрытым расселинам, что находятся в Гальгальте де-АА. И хотя они не могут раскрыться полностью, тем не менее благодаря обильному свету уха, умножившемуся в непостижимой голове, эта Парса между ней и АА чрезвычайно очищается. Тогда ее свечение приходит и распространяется через эти закрытые места в Гальгальте де-АА, образуя самостоятельный цельный мозг, называемый мозгом воздуха (моха де-авира). Об этом и сказано (в пункте 14): «И этот высший мозг в Кетере де-АА, называемый воздухом, хотя по отношению к самому Кетеру и считается его мозгом, тем не менее становится настоящей Гальгальтой по отношению к Хохме де-АА — сокрытому мозгу де-АА…» Смысл в том, что, как тебе уже известно, в пяти парцуфим Некудим от парцуфа скрыта лишь одна голова — Гальгальта и эйнаим, стоящая от хазе до табура де-АК; голова же Некудим начинается со второй головы — головы АБ, являющейся тайной АХАП, стоящей от пэ де-табур до Есода де-АК.</w:t>
      </w:r>
    </w:p>
    <w:p>
      <w:pPr>
        <w:spacing w:before="40" w:after="120"/>
        <w:jc w:val="both"/>
      </w:pPr>
      <w:r>
        <w:rPr>
          <w:rFonts w:ascii="Georgia" w:hAnsi="Georgia"/>
          <w:b w:val="0"/>
          <w:i w:val="0"/>
          <w:color w:val="000000"/>
          <w:sz w:val="24"/>
        </w:rPr>
        <w:t>Однако в пяти парцуфим Ацилута, происходящих от нового МА, от парцуфа скрыты две головы. Ведь помимо первой головы — тайны Гальгальты и эйнаим, скрытой также и в Некудим, здесь имеет место сокрытие и в части второй головы, а именно на уровне уха (озэн): оно также не присоединяется к парцуфу МА, и в голове МА остаются только свойства носа и рта (хотэм-пэ). А две головы, предшествующие уровню хотэм-пэ, стали в нем двумя окружающими светами: первая голова, представляющая собой Гальгальта ве-Эйнаим, называется большим окружающим светом, а вторая голова, представляющая собой озэн, называется малым окружающим светом, как подробно сказано выше в «Паним Меирот», стр. 790, со слов «Более того…», изучи там внимательно. И знай, что именно они и составляют здешние три головы, называемые Гальгальта, воздух (авира) и сокрытый мозг, где лишь сокрытый мозг считается [собственной] головой АА, тогда как Гальгальта и воздух — это два окружающих света, как написано там. И уже было объяснено в комментарии со слова «Однако…», что мозг воздуха (моха де-авира) обретает [свой свет] лишь во время величия; во время же малости обе головы — Гальгальта и воздух — считаются единой скрытой головой. И ты уже знаешь, что Гальгальта включает две сфиры: Гальгальту и эйнаим, являющиеся Кетером и Хохмой головы, а воздух — это озэн, то есть Бина головы, как написано в предыдущем комментарии, см. там. В комментарии со слова «Однако…» также объяснялось, что эти расселины, остающиеся замкнутыми силой Парсы, считаются мозгом воздуха, но во время малости именуются сокрытым мозгом из-за отсутствия света уха высшего. А ведь известно, что в светах сначала возрастают нижние; и потому считается, что Гальгальта, эйнаим и озэн, представляющие собой КАХАБ головы, соединены вместе под именем Гальгальты.</w:t>
      </w:r>
    </w:p>
    <w:p>
      <w:pPr>
        <w:spacing w:before="40" w:after="120"/>
        <w:jc w:val="both"/>
      </w:pPr>
      <w:r>
        <w:rPr>
          <w:rFonts w:ascii="Georgia" w:hAnsi="Georgia"/>
          <w:b w:val="0"/>
          <w:i w:val="0"/>
          <w:color w:val="000000"/>
          <w:sz w:val="24"/>
        </w:rPr>
        <w:t>Таким образом, здесь еще нет двух окружающих светов — большого окружающего света Кетера и Хохмы и малого окружающего света Бины, но есть лишь один малый окружающий свет Бины, являющийся упомянутым сокрытым мозгом внутри расселин Гальгальты. Уровень же Кетера и Хохмы, заключенный в Гальгальте и называемый большим окружающим светом, в состоянии малости скрыт полностью. Об этом и сказано (в пункте 14): «И этот мозг… называемый воздухом, хотя по отношению к самому Кетеру и считается его мозгом…» Смысл таков: этот сокрытый мозг в расселинах и отверстиях Гальгальты, представляющий собой малый окружающий свет Бины, хотя и считается мозгом относительно большого окружающего света — самой Гальгальты, тем не менее становится настоящей Гальгальтой по отношению к Хохме де-АА, то есть к сокрытому мозгу в нем. Это согласуется со сказанным нами: во время малости здесь есть лишь один малый окружающий свет, относящийся к уровню сокрытого мозга, так что сейчас присутствуют только две головы. И потому один лишь малый окружающий свет считается сейчас Гальгальтой для головы АА — а именно сокрытый мозг внутри Гальгальты и сокрытый мозг [де-АА], то есть: малый окружающий свет и внутренний свет. Уровень же Кетера и Хохмы, представляющий собой большой окружающий свет, сейчас полностью скрыт и даже не упоминается под именем Гальгальты — ведь имя «Гальгальта» указывает на окружающий свет от слова «венец» (</w:t>
      </w:r>
      <w:r>
        <w:rPr>
          <w:rFonts w:ascii="Georgia" w:hAnsi="Georgia"/>
          <w:b w:val="0"/>
          <w:i/>
          <w:color w:val="000000"/>
          <w:sz w:val="24"/>
        </w:rPr>
        <w:t>котерет</w:t>
      </w:r>
      <w:r>
        <w:rPr>
          <w:rFonts w:ascii="Georgia" w:hAnsi="Georgia"/>
          <w:b w:val="0"/>
          <w:i w:val="0"/>
          <w:color w:val="000000"/>
          <w:sz w:val="24"/>
        </w:rPr>
        <w:t>), как сказано выше в словах Учителя. Этот окружающий свет постигается лишь впоследствии, в состоянии величия, когда очищается Парса под непостижимой головой: тогда очищаются закрытые места в Гальгальте и в них распространяется свет уха от непостижимой головы. Тогда они выделяются [из Источника] в виде совершенных десяти сфирот, называемых мозгом воздуха (моха де-авира), и благодаря этому большой окружающий свет Кетера и Хохмы также протягивается на свое место в десяти сфирот Гальгальты. И тогда у него есть три головы: две высшие служат двумя окружающими светами, а третья голова выступает в качестве внутреннего света, соединяющегося с парцуфом.</w:t>
      </w:r>
    </w:p>
    <w:p>
      <w:r>
        <w:br w:type="page"/>
      </w:r>
    </w:p>
    <w:p>
      <w:pPr>
        <w:keepNext/>
        <w:spacing w:before="360" w:after="160"/>
        <w:jc w:val="center"/>
      </w:pPr>
      <w:r>
        <w:rPr>
          <w:rFonts w:ascii="Georgia" w:hAnsi="Georgia"/>
          <w:b w:val="0"/>
          <w:i w:val="0"/>
          <w:color w:val="000000"/>
          <w:sz w:val="40"/>
        </w:rPr>
        <w:t>Ветвь 62</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Теперь объясним эти три головы, которые в Идре названы двумя свойствами — лишь двумя головами, как сказано выше. Ранее мы уже разъяснили, что в каждой из этих трех голов (хотя в целом их только две) есть сущность и келим — итого шесть свойств. И каждое из них включает три, так что всего получается 18 свойств, как говорилось выше, причем непостижимая голова (Рош де-ло итйада) в это общее число совершенно не входит.</w:t>
      </w:r>
    </w:p>
    <w:p>
      <w:pPr>
        <w:spacing w:before="40" w:after="120"/>
        <w:jc w:val="both"/>
      </w:pPr>
      <w:r>
        <w:rPr>
          <w:rFonts w:ascii="Georgia" w:hAnsi="Georgia"/>
          <w:b w:val="0"/>
          <w:i w:val="0"/>
          <w:color w:val="000000"/>
          <w:sz w:val="24"/>
        </w:rPr>
        <w:t>2) Однако ниже, при описании порядка облачения непостижимой головы, называемой Атик Йомин, внутри головы АА, будет объяснено, каким образом эта вторая голова, называемая авира (воздух), пребывающая над скрытым мозгом (моха стимаа) — третьей головой АА, — исходит от свойства непостижимой головы де-Атик Йомин, которая не смогла облачиться в Арих Анпин и явила свой свет в этой голове, называемой авира. Пойми это. И обратись ниже к тому, в чем суть этой авиры.</w:t>
      </w:r>
    </w:p>
    <w:p>
      <w:pPr>
        <w:spacing w:before="40" w:after="120"/>
        <w:jc w:val="both"/>
      </w:pPr>
      <w:r>
        <w:rPr>
          <w:rFonts w:ascii="Georgia" w:hAnsi="Georgia"/>
          <w:b w:val="0"/>
          <w:i w:val="0"/>
          <w:color w:val="000000"/>
          <w:sz w:val="24"/>
        </w:rPr>
        <w:t>3) Сначала разберем свойство сущности в этих трех головах — духовное начало внутри каждой из них, где каждая голова делится на три свойства. Таким образом, получается три свойства, и в каждом из них — еще по три. Всего девять свойств сущности, а против них — другие девять свойств в виде их келим. И вместе они составляют 18 свойств.</w:t>
      </w:r>
    </w:p>
    <w:p>
      <w:pPr>
        <w:spacing w:before="40" w:after="120"/>
        <w:jc w:val="both"/>
      </w:pPr>
      <w:r>
        <w:rPr>
          <w:rFonts w:ascii="Georgia" w:hAnsi="Georgia"/>
          <w:b w:val="0"/>
          <w:i w:val="0"/>
          <w:color w:val="000000"/>
          <w:sz w:val="24"/>
        </w:rPr>
        <w:t>4) Начнем с девяти свойств сущности, представляющих собой три [группы], по три в каждой. Причина того, что их три, заключается в следующем: как мы уже объясняли, во всяких высших светах есть три свойства — внутренний свет; над ним находится более высокий свет, называемый окружающим светом над ним; а над ними обоими — свет еще более высокий и великий, окружающий их обоих.</w:t>
      </w:r>
    </w:p>
    <w:p>
      <w:pPr>
        <w:spacing w:before="40" w:after="120"/>
        <w:jc w:val="both"/>
      </w:pPr>
      <w:r>
        <w:rPr>
          <w:rFonts w:ascii="Georgia" w:hAnsi="Georgia"/>
          <w:b w:val="0"/>
          <w:i w:val="0"/>
          <w:color w:val="000000"/>
          <w:sz w:val="24"/>
        </w:rPr>
        <w:t>5) И эти три свойства — те самые три упомянутые головы. Ведь высшая голова Атика, то есть Кетер, называемый Гальгальта де-АА, — это высший окружающий свет, самый великий из всех. Под ним находится вторая голова, называемая авира; по отношению к упомянутой Гальгальте она является мозгом (моха), но сама становится Гальгальтой по отношению к третьей голове, называемой Хохма, как сказано выше. И эта вторая голова, называемая авира, представляет собой малый окружающий свет, окружающий внутренний свет. А под ней находится третья голова, называемая скрытым мозгом (моха стимаа) де-АА, то есть Хохма де-АА, и это свойство внутреннего света. И эти три головы суть уровни НАРАН в АА: Гальгальта — это нешама, авира — это руах, а Хохма Стимаа — это нефеш.</w:t>
      </w:r>
    </w:p>
    <w:p>
      <w:pPr>
        <w:spacing w:before="40" w:after="120"/>
        <w:jc w:val="both"/>
      </w:pPr>
      <w:r>
        <w:rPr>
          <w:rFonts w:ascii="Georgia" w:hAnsi="Georgia"/>
          <w:b w:val="0"/>
          <w:i w:val="0"/>
          <w:color w:val="000000"/>
          <w:sz w:val="24"/>
        </w:rPr>
        <w:t>6) После того как эти три головы были объяснены в общем виде, разберем каждую из них в отдельности. Подобно тому, как в общем виде их три свойства, точно так же каждая из этих трех голов включает в себя эти же три свойства. И вот их подробности: в высшей голове, которая называется нешама, называется Кетер де-АА, называется его Гальгальта и называется большим окружающим светом, есть также эти самые три свойства: внутренний свет в ней, окружающий свет над ней и окружающий свет, превосходящий их обоих. И все три вместе по отношению к общему называются нешама, называются большим окружающим светом, называются Кетер де-АА и называются его Гальгальтой.</w:t>
      </w:r>
    </w:p>
    <w:p>
      <w:pPr>
        <w:spacing w:before="40" w:after="120"/>
        <w:jc w:val="both"/>
      </w:pPr>
      <w:r>
        <w:rPr>
          <w:rFonts w:ascii="Georgia" w:hAnsi="Georgia"/>
          <w:b w:val="0"/>
          <w:i w:val="0"/>
          <w:color w:val="000000"/>
          <w:sz w:val="24"/>
        </w:rPr>
        <w:t>7) И эти три свойства, именуемые нешама, представляют собой три имени АВАЯ, и каждое из них — с наполнением через йод. Пусть это правило также будет у тебя в руках: всякий уровень нешама — это АВАЯ с наполнением через йод. Различие же между этими тремя именами АВАЯ с наполнением через йод состоит в их огласовках.</w:t>
      </w:r>
    </w:p>
    <w:p>
      <w:pPr>
        <w:spacing w:before="40" w:after="120"/>
        <w:jc w:val="both"/>
      </w:pPr>
      <w:r>
        <w:rPr>
          <w:rFonts w:ascii="Georgia" w:hAnsi="Georgia"/>
          <w:b w:val="0"/>
          <w:i w:val="0"/>
          <w:color w:val="000000"/>
          <w:sz w:val="24"/>
        </w:rPr>
        <w:t>8) Суть в том — и пусть это правило также будет у тебя в руках, — что в АА все имена АВАЯ идут с наполнениями, а также с огласовками, ведь все они наполнены и огласованы. Но различие между ними заключается в том, каков порядок их огласовки.</w:t>
      </w:r>
    </w:p>
    <w:p>
      <w:pPr>
        <w:spacing w:before="40" w:after="120"/>
        <w:jc w:val="both"/>
      </w:pPr>
      <w:r>
        <w:rPr>
          <w:rFonts w:ascii="Georgia" w:hAnsi="Georgia"/>
          <w:b w:val="0"/>
          <w:i w:val="0"/>
          <w:color w:val="000000"/>
          <w:sz w:val="24"/>
        </w:rPr>
        <w:t>9) В первой голове внутренний свет — это такое имя: йод (йод с холамом), хэй (хэй с цере), вав (вав с камацем), хэй (хэй с цере); и огласованы в нем лишь четыре простые буквы: холам над йод, цере под хэй, камац под вав и цере под хэй. Эта огласовка соответствует огласовке движения букв, как известно из книг каббалистов.</w:t>
      </w:r>
    </w:p>
    <w:p>
      <w:pPr>
        <w:spacing w:before="40" w:after="120"/>
        <w:jc w:val="both"/>
      </w:pPr>
      <w:r>
        <w:rPr>
          <w:rFonts w:ascii="Georgia" w:hAnsi="Georgia"/>
          <w:b w:val="0"/>
          <w:i w:val="0"/>
          <w:color w:val="000000"/>
          <w:sz w:val="24"/>
        </w:rPr>
        <w:t>Затем есть второй свет, окружающий его, — это имя АВАЯ также с наполнением через йод: йод (с холамом), хэй (с цере), вав (с камацем), хэй (с цере), однако оно огласовано во всех десяти своих буквах упомянутой огласовкой: в трех буквах йод стоят три огласовки холам; в двух сочетаниях хэй-йод — под каждым из них цере; в трех буквах вав — три камаца, под каждой буквой стоит камац; и в двух сочетаниях хэй-йод под каждым из них стоит цере. Есть еще третий свет, окружающий их обоих, и это также имя АВАЯ с наполнением через йод: йод (йод с холамом; вав и далет с камацем), хэй, вав, хэй (хэй с цере, йод с камацем; вав, йод, вав с камацем; хэй с цере, йод с камацем). Порядок же огласовки таков: четыре простые буквы огласованы по подобию огласовки движения букв — холам, цере, камац, цере; а остальные шесть букв наполнения огласованы камацем под каждой из них.</w:t>
      </w:r>
    </w:p>
    <w:p>
      <w:pPr>
        <w:spacing w:before="40" w:after="120"/>
        <w:jc w:val="both"/>
      </w:pPr>
      <w:r>
        <w:rPr>
          <w:rFonts w:ascii="Georgia" w:hAnsi="Georgia"/>
          <w:b w:val="0"/>
          <w:i w:val="0"/>
          <w:color w:val="000000"/>
          <w:sz w:val="24"/>
        </w:rPr>
        <w:t>Итак, разъяснены три имени АВАЯ в высшей голове, называемой Кетер, Гальгальта де-АА: они представляют собой внутренний свет, окружающий свет и еще один окружающий свет над ними обоими. Однако по отношению ко всем остальным головам в целом все эти три свойства — лишь высший окружающий свет, и это нешама.</w:t>
      </w:r>
    </w:p>
    <w:p>
      <w:pPr>
        <w:spacing w:before="40" w:after="120"/>
        <w:jc w:val="both"/>
      </w:pPr>
      <w:r>
        <w:rPr>
          <w:rFonts w:ascii="Georgia" w:hAnsi="Georgia"/>
          <w:b w:val="0"/>
          <w:i w:val="0"/>
          <w:color w:val="000000"/>
          <w:sz w:val="24"/>
        </w:rPr>
        <w:t>Вторая голова, называемая авира, также содержит три имени АВАЯ со значением САГ, в точности тем же путем и с теми же огласовками:</w:t>
      </w:r>
    </w:p>
    <w:p>
      <w:pPr>
        <w:spacing w:before="40" w:after="120"/>
        <w:jc w:val="both"/>
      </w:pPr>
      <w:r>
        <w:rPr>
          <w:rFonts w:ascii="Georgia" w:hAnsi="Georgia"/>
          <w:b w:val="0"/>
          <w:i w:val="0"/>
          <w:color w:val="000000"/>
          <w:sz w:val="24"/>
        </w:rPr>
        <w:t>йод (йод с холамом), хэй (хэй с сеголем), вав (вав с камацем), хэй (хэй с сеголем);</w:t>
      </w:r>
    </w:p>
    <w:p>
      <w:pPr>
        <w:spacing w:before="40" w:after="120"/>
        <w:jc w:val="both"/>
      </w:pPr>
      <w:r>
        <w:rPr>
          <w:rFonts w:ascii="Georgia" w:hAnsi="Georgia"/>
          <w:b w:val="0"/>
          <w:i w:val="0"/>
          <w:color w:val="000000"/>
          <w:sz w:val="24"/>
        </w:rPr>
        <w:t>йод (йод с холамом), хэй (с сеголем), вав (с камацем), хэй (с сеголем);</w:t>
      </w:r>
    </w:p>
    <w:p>
      <w:pPr>
        <w:spacing w:before="40" w:after="120"/>
        <w:jc w:val="both"/>
      </w:pPr>
      <w:r>
        <w:rPr>
          <w:rFonts w:ascii="Georgia" w:hAnsi="Georgia"/>
          <w:b w:val="0"/>
          <w:i w:val="0"/>
          <w:color w:val="000000"/>
          <w:sz w:val="24"/>
        </w:rPr>
        <w:t>йод (йод с холамом; вав и далет с камацем), хэй (хэй с сеголем, йод с камацем), вав (с камацем), хэй (хэй с сеголем, йод с камацем).</w:t>
      </w:r>
    </w:p>
    <w:p>
      <w:pPr>
        <w:spacing w:before="40" w:after="120"/>
        <w:jc w:val="both"/>
      </w:pPr>
      <w:r>
        <w:rPr>
          <w:rFonts w:ascii="Georgia" w:hAnsi="Georgia"/>
          <w:b w:val="0"/>
          <w:i w:val="0"/>
          <w:color w:val="000000"/>
          <w:sz w:val="24"/>
        </w:rPr>
        <w:t>Только вместо каждой огласовки цере здесь стоит сеголь. И все три — это внутренний свет, окружающий свет и окружающий их обоих, если рассматривать их в отдельности. Но по отношению к общему все эти три свойства — не более чем малый окружающий свет над</w:t>
      </w:r>
    </w:p>
    <w:p>
      <w:pPr>
        <w:spacing w:before="40" w:after="120"/>
        <w:jc w:val="both"/>
      </w:pPr>
      <w:r>
        <w:rPr>
          <w:rFonts w:ascii="Georgia" w:hAnsi="Georgia"/>
          <w:b w:val="0"/>
          <w:i w:val="0"/>
          <w:color w:val="000000"/>
          <w:sz w:val="24"/>
        </w:rPr>
        <w:t>внутренним [светом], и это руах.</w:t>
      </w:r>
    </w:p>
    <w:p>
      <w:pPr>
        <w:spacing w:before="40" w:after="120"/>
        <w:jc w:val="both"/>
      </w:pPr>
      <w:r>
        <w:rPr>
          <w:rFonts w:ascii="Georgia" w:hAnsi="Georgia"/>
          <w:b w:val="0"/>
          <w:i w:val="0"/>
          <w:color w:val="000000"/>
          <w:sz w:val="24"/>
        </w:rPr>
        <w:t>Третья голова, называемая Хохма, скрытый мозг (моха стимаа) де-АА, содержит также три других имени АВАЯ, вот таких:</w:t>
      </w:r>
    </w:p>
    <w:p>
      <w:pPr>
        <w:spacing w:before="40" w:after="120"/>
        <w:jc w:val="both"/>
      </w:pPr>
      <w:r>
        <w:rPr>
          <w:rFonts w:ascii="Georgia" w:hAnsi="Georgia"/>
          <w:b w:val="0"/>
          <w:i w:val="0"/>
          <w:color w:val="000000"/>
          <w:sz w:val="24"/>
        </w:rPr>
        <w:t>йод (йод с холамом, вав с шуруком), хэй, вав, хэй (хэй с сеголем и с патахом, хэй с сеголем);</w:t>
      </w:r>
    </w:p>
    <w:p>
      <w:pPr>
        <w:spacing w:before="40" w:after="120"/>
        <w:jc w:val="both"/>
      </w:pPr>
      <w:r>
        <w:rPr>
          <w:rFonts w:ascii="Georgia" w:hAnsi="Georgia"/>
          <w:b w:val="0"/>
          <w:i w:val="0"/>
          <w:color w:val="000000"/>
          <w:sz w:val="24"/>
        </w:rPr>
        <w:t>йод (йод и вав с холамом), хэй, вав, хэй;</w:t>
      </w:r>
    </w:p>
    <w:p>
      <w:pPr>
        <w:spacing w:before="40" w:after="120"/>
        <w:jc w:val="both"/>
      </w:pPr>
      <w:r>
        <w:rPr>
          <w:rFonts w:ascii="Georgia" w:hAnsi="Georgia"/>
          <w:b w:val="0"/>
          <w:i w:val="0"/>
          <w:color w:val="000000"/>
          <w:sz w:val="24"/>
        </w:rPr>
        <w:t>йод, хэй, вав, хэй (хэй с сеголем, алеф с патахом) —</w:t>
      </w:r>
    </w:p>
    <w:p>
      <w:pPr>
        <w:spacing w:before="40" w:after="120"/>
        <w:jc w:val="both"/>
      </w:pPr>
      <w:r>
        <w:rPr>
          <w:rFonts w:ascii="Georgia" w:hAnsi="Georgia"/>
          <w:b w:val="0"/>
          <w:i w:val="0"/>
          <w:color w:val="000000"/>
          <w:sz w:val="24"/>
        </w:rPr>
        <w:t>с наполнением МА через алеф, с упомянутыми огласовками второй головы, где вместо цере стоит сеголь. Кроме того, здесь добавлено второе изменение: вместо огласовки камац в них стоит патах. И все три — это внутренний свет, окружающий свет и окружающий их обоих, в частном рассмотрении. Однако в общем рассмотрении все эти три свойства — лишь внутренний свет трех упомянутых голов.</w:t>
      </w:r>
    </w:p>
    <w:p>
      <w:pPr>
        <w:spacing w:before="40" w:after="120"/>
        <w:jc w:val="both"/>
      </w:pPr>
      <w:r>
        <w:rPr>
          <w:rFonts w:ascii="Georgia" w:hAnsi="Georgia"/>
          <w:b w:val="0"/>
          <w:i w:val="0"/>
          <w:color w:val="000000"/>
          <w:sz w:val="24"/>
        </w:rPr>
        <w:t>И три головы, включающие девять свойств, представляют собой уровни НАРАН в АА, как сказано выше. Имена АВАЯ уровня нешама — с наполнением через йод, что составляет АБ; имена АВАЯ уровня руах — с наполнением САГ; а имена АВАЯ уровня нефеш — с наполнением через алеф. Различие же в их огласовках уже объяснено выше. И все это — девять имен АВАЯ, относящихся к сущности и духовному началу внутри них.</w:t>
      </w:r>
    </w:p>
    <w:p>
      <w:pPr>
        <w:spacing w:before="40" w:after="120"/>
        <w:jc w:val="both"/>
      </w:pPr>
      <w:r>
        <w:rPr>
          <w:rFonts w:ascii="Georgia" w:hAnsi="Georgia"/>
          <w:b w:val="0"/>
          <w:i w:val="0"/>
          <w:color w:val="000000"/>
          <w:sz w:val="24"/>
        </w:rPr>
        <w:t>Кроме того, есть девять других свойств имени ЭЙЕ, называемых их келим, в которые облачаются девять имен АВАЯ сущности. Это девять имен ЭЙЕ, и они наполняются в точности по подобию девяти имен АВАЯ сущности. Всего получается 18 имен, которые суть 18 миров («хай а-оламим»), как сказано выше.</w:t>
      </w:r>
    </w:p>
    <w:p>
      <w:pPr>
        <w:spacing w:before="40" w:after="120"/>
        <w:jc w:val="both"/>
      </w:pPr>
      <w:r>
        <w:rPr>
          <w:rFonts w:ascii="Georgia" w:hAnsi="Georgia"/>
          <w:b w:val="0"/>
          <w:i w:val="0"/>
          <w:color w:val="000000"/>
          <w:sz w:val="24"/>
        </w:rPr>
        <w:t>Три сосуда (келим) первой головы таковы:</w:t>
      </w:r>
    </w:p>
    <w:p>
      <w:pPr>
        <w:spacing w:before="40" w:after="120"/>
        <w:jc w:val="both"/>
      </w:pPr>
      <w:r>
        <w:rPr>
          <w:rFonts w:ascii="Georgia" w:hAnsi="Georgia"/>
          <w:b w:val="0"/>
          <w:i w:val="0"/>
          <w:color w:val="000000"/>
          <w:sz w:val="24"/>
        </w:rPr>
        <w:t>алеф (алеф с холамом), хэй (хэй с цере), йод (йод с камацем), хэй (хэй с цере);</w:t>
      </w:r>
    </w:p>
    <w:p>
      <w:pPr>
        <w:spacing w:before="40" w:after="120"/>
        <w:jc w:val="both"/>
      </w:pPr>
      <w:r>
        <w:rPr>
          <w:rFonts w:ascii="Georgia" w:hAnsi="Georgia"/>
          <w:b w:val="0"/>
          <w:i w:val="0"/>
          <w:color w:val="000000"/>
          <w:sz w:val="24"/>
        </w:rPr>
        <w:t>алеф (с холамом), хэй (с цере), йод (с камацем), хэй (с цере);</w:t>
      </w:r>
    </w:p>
    <w:p>
      <w:pPr>
        <w:spacing w:before="40" w:after="120"/>
        <w:jc w:val="both"/>
      </w:pPr>
      <w:r>
        <w:rPr>
          <w:rFonts w:ascii="Georgia" w:hAnsi="Georgia"/>
          <w:b w:val="0"/>
          <w:i w:val="0"/>
          <w:color w:val="000000"/>
          <w:sz w:val="24"/>
        </w:rPr>
        <w:t>алеф (алеф с холамом; ламэд и пэй с камацем), хэй (хэй с цере, йод с камацем), йод (с камацем), хэй (хэй с цере, йод с камацем).</w:t>
      </w:r>
    </w:p>
    <w:p>
      <w:pPr>
        <w:spacing w:before="40" w:after="120"/>
        <w:jc w:val="both"/>
      </w:pPr>
      <w:r>
        <w:rPr>
          <w:rFonts w:ascii="Georgia" w:hAnsi="Georgia"/>
          <w:b w:val="0"/>
          <w:i w:val="0"/>
          <w:color w:val="000000"/>
          <w:sz w:val="24"/>
        </w:rPr>
        <w:t>Три келим второй головы таковы:</w:t>
      </w:r>
    </w:p>
    <w:p>
      <w:pPr>
        <w:spacing w:before="40" w:after="120"/>
        <w:jc w:val="both"/>
      </w:pPr>
      <w:r>
        <w:rPr>
          <w:rFonts w:ascii="Georgia" w:hAnsi="Georgia"/>
          <w:b w:val="0"/>
          <w:i w:val="0"/>
          <w:color w:val="000000"/>
          <w:sz w:val="24"/>
        </w:rPr>
        <w:t>алеф (алеф с холамом), хэй (хэй с цере), йод (йод с камацем), хэй (хэй с сеголем);</w:t>
      </w:r>
    </w:p>
    <w:p>
      <w:pPr>
        <w:spacing w:before="40" w:after="120"/>
        <w:jc w:val="both"/>
      </w:pPr>
      <w:r>
        <w:rPr>
          <w:rFonts w:ascii="Georgia" w:hAnsi="Georgia"/>
          <w:b w:val="0"/>
          <w:i w:val="0"/>
          <w:color w:val="000000"/>
          <w:sz w:val="24"/>
        </w:rPr>
        <w:t>алеф (с холамом), хэй (с цере), йод (с камацем), хэй (с цере);</w:t>
      </w:r>
    </w:p>
    <w:p>
      <w:pPr>
        <w:spacing w:before="40" w:after="120"/>
        <w:jc w:val="both"/>
      </w:pPr>
      <w:r>
        <w:rPr>
          <w:rFonts w:ascii="Georgia" w:hAnsi="Georgia"/>
          <w:b w:val="0"/>
          <w:i w:val="0"/>
          <w:color w:val="000000"/>
          <w:sz w:val="24"/>
        </w:rPr>
        <w:t>алеф (алеф с холамом; ламэд и пэй с камацем), хэй (хэй с сеголем, йод с камацем), йод (с камацем), хэй (хэй с сеголем, йод с камацем).</w:t>
      </w:r>
    </w:p>
    <w:p>
      <w:pPr>
        <w:spacing w:before="40" w:after="120"/>
        <w:jc w:val="both"/>
      </w:pPr>
      <w:r>
        <w:rPr>
          <w:rFonts w:ascii="Georgia" w:hAnsi="Georgia"/>
          <w:b w:val="0"/>
          <w:i w:val="0"/>
          <w:color w:val="000000"/>
          <w:sz w:val="24"/>
        </w:rPr>
        <w:t>Три келим третьей головы таковы:</w:t>
      </w:r>
    </w:p>
    <w:p>
      <w:pPr>
        <w:spacing w:before="40" w:after="120"/>
        <w:jc w:val="both"/>
      </w:pPr>
      <w:r>
        <w:rPr>
          <w:rFonts w:ascii="Georgia" w:hAnsi="Georgia"/>
          <w:b w:val="0"/>
          <w:i w:val="0"/>
          <w:color w:val="000000"/>
          <w:sz w:val="24"/>
        </w:rPr>
        <w:t>алеф (алеф с холамом), хэй, йод, хэй (хэй с сеголем, йод с патахом, хэй с сеголем);</w:t>
      </w:r>
    </w:p>
    <w:p>
      <w:pPr>
        <w:spacing w:before="40" w:after="120"/>
        <w:jc w:val="both"/>
      </w:pPr>
      <w:r>
        <w:rPr>
          <w:rFonts w:ascii="Georgia" w:hAnsi="Georgia"/>
          <w:b w:val="0"/>
          <w:i w:val="0"/>
          <w:color w:val="000000"/>
          <w:sz w:val="24"/>
        </w:rPr>
        <w:t>алеф (алеф и пэй с холамом), хэй (с сеголем), йод (с патахом), хэй (с сеголем);</w:t>
      </w:r>
    </w:p>
    <w:p>
      <w:pPr>
        <w:spacing w:before="40" w:after="120"/>
        <w:jc w:val="both"/>
      </w:pPr>
      <w:r>
        <w:rPr>
          <w:rFonts w:ascii="Georgia" w:hAnsi="Georgia"/>
          <w:b w:val="0"/>
          <w:i w:val="0"/>
          <w:color w:val="000000"/>
          <w:sz w:val="24"/>
        </w:rPr>
        <w:t>алеф (алеф с холамом; ламэд и пэй с патахом), хэй (хэй с сеголем, алеф с патахом), йод (с патахом), хэй (хэй с сеголем, алеф с патахом).</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6) </w:t>
      </w:r>
      <w:r>
        <w:rPr>
          <w:rFonts w:ascii="Georgia" w:hAnsi="Georgia"/>
          <w:b/>
          <w:i w:val="0"/>
          <w:color w:val="000000"/>
          <w:sz w:val="24"/>
        </w:rPr>
        <w:t>«После того как эти три головы были объяснены в общем виде, разберем каждую из них в отдельности… и это: внутренний свет в ней, окружающий свет над ней и окружающий свет, превосходящий их обоих…»</w:t>
      </w:r>
      <w:r>
        <w:rPr>
          <w:rFonts w:ascii="Georgia" w:hAnsi="Georgia"/>
          <w:b w:val="0"/>
          <w:i w:val="0"/>
          <w:color w:val="000000"/>
          <w:sz w:val="24"/>
        </w:rPr>
        <w:t xml:space="preserve"> —</w:t>
      </w:r>
    </w:p>
    <w:p>
      <w:pPr>
        <w:spacing w:before="40" w:after="120"/>
        <w:jc w:val="both"/>
      </w:pPr>
      <w:r>
        <w:rPr>
          <w:rFonts w:ascii="Georgia" w:hAnsi="Georgia"/>
          <w:b w:val="0"/>
          <w:i w:val="0"/>
          <w:color w:val="000000"/>
          <w:sz w:val="24"/>
        </w:rPr>
        <w:t>Чтобы понять все слова Учителя в этой ветви, нам необходимо глубже проникнуть в понимание трех голов де-АА, разъяснение которых я уже начал в предыдущей ветви (обратись туда и помни об этом здесь). И главное, здесь нужно понять суть трех видов разделения, которые Учитель проводит перед нами в отношении трех голов. Сначала он разделяет их между парцуфим Атик и АА вместе, говоря, что голова Атика — это первая голова из трех голов, называемая непостижимой головой (Рош де-ло итйада) или большим окружающим светом; а голова АА рассматривается как две нижние головы из трех голов, которые называются Гальгальта и моха стимаа (скрытый мозг), или малый окружающий свет и внутренний свет. Затем он различает все три головы в самой голове АА, которая разделяется на три и называется: Гальгальта, авира и моха стимаа, или большой окружающий свет, малый окружающий свет и внутренний свет. Затем он различает в каждой отдельной голове также три головы и говорит, что в одной только Гальгальте есть три головы, называемые большим окружающим светом, малым окружающим светом и внутренним светом, или АБ, САГ, МА. И точно так же три головы в авире: АБ, САГ, МА; и точно так же в моха стимаа.</w:t>
      </w:r>
    </w:p>
    <w:p>
      <w:pPr>
        <w:spacing w:before="40" w:after="120"/>
        <w:jc w:val="both"/>
      </w:pPr>
      <w:r>
        <w:rPr>
          <w:rFonts w:ascii="Georgia" w:hAnsi="Georgia"/>
          <w:b w:val="0"/>
          <w:i w:val="0"/>
          <w:color w:val="000000"/>
          <w:sz w:val="24"/>
        </w:rPr>
        <w:t>И нужно хорошо понять смысл и причину этих трех видов разделения, поскольку они служат основой для всех слов Учителя во вратах АА, которые предстоят нам далее. Знай же, что все главные различия, приводимые в Идре и в словах Учителя относительно этих трех голов, вращаются вокруг единой оси — вокруг крепкой Парсы, отделяющей свет озэн, как подробно написано в предыдущей ветви (обратись туда). Она называется крума де-авира (оболочка воздуха), приходящая с новыми келим де-МА, и не действует в старых келим де-БОН. Поскольку все парцуфим Ацилута состоят из МА и БОН, в них необходимо понимать те части, в которых еще нет новообразованных келим де-МА, — крепкая Парса не ограничивает их, не препятствуя получать от света озэн в его первозданной чистоте, как в парцуфим АК, предшествовавших исправлению МАН, как подробно написано в «Паним Меирот» в предыдущей ветви, пункт 10, со слов «Но голова…» (обратись туда), ведь невозможно повторять здесь все эти пространные объяснения.</w:t>
      </w:r>
    </w:p>
    <w:p>
      <w:pPr>
        <w:spacing w:before="40" w:after="120"/>
        <w:jc w:val="both"/>
      </w:pPr>
      <w:r>
        <w:rPr>
          <w:rFonts w:ascii="Georgia" w:hAnsi="Georgia"/>
          <w:b w:val="0"/>
          <w:i w:val="0"/>
          <w:color w:val="000000"/>
          <w:sz w:val="24"/>
        </w:rPr>
        <w:t>Известно, что в первой голове каждого парцуфа еще нет тех новых келим, которые возникли в этом парцуфе, поскольку масах стоит и действует в ней снизу вверх. И потому в первой голове Ацилута еще нет крепкой Парсы сосудов (келим) де-МА, возникшей в парцуфим Ацилута, а значит, она способна принимать свет озэн в его чистоте, подобно парцуфим АК до подъема МАН.</w:t>
      </w:r>
    </w:p>
    <w:p>
      <w:pPr>
        <w:spacing w:before="40" w:after="120"/>
        <w:jc w:val="both"/>
      </w:pPr>
      <w:r>
        <w:rPr>
          <w:rFonts w:ascii="Georgia" w:hAnsi="Georgia"/>
          <w:b w:val="0"/>
          <w:i w:val="0"/>
          <w:color w:val="000000"/>
          <w:sz w:val="24"/>
        </w:rPr>
        <w:t>Ты уже знаешь, что Атик и АА — это две половины одной ступени: Атик — это тайна верхней половины Кетера де-БОН, а АА — нижней половины Кетера де-БОН. Ведь Кетер мира Некудим подразделяется на десять сфирот: Гальгальта ве-Эйнаим и АХАП; и верхняя половина Кетера, действовавшая на месте ГАР мира Некудим, относится к Гальгальта ве-Эйнаим, и ее взял Атик; а нижняя половина Кетера, распространившаяся на место ХАГАТ мира Некудим, относится к АХАП, вышедшим наружу из головы, и ее взял АА, как сказано выше в «Паним Меирот», стр. 709, со слов «И знай…», и на стр. 396, со слов «Ибо…».</w:t>
      </w:r>
    </w:p>
    <w:p>
      <w:pPr>
        <w:spacing w:before="40" w:after="120"/>
        <w:jc w:val="both"/>
      </w:pPr>
      <w:r>
        <w:rPr>
          <w:rFonts w:ascii="Georgia" w:hAnsi="Georgia"/>
          <w:b w:val="0"/>
          <w:i w:val="0"/>
          <w:color w:val="000000"/>
          <w:sz w:val="24"/>
        </w:rPr>
        <w:t>Получается, что со стороны БОН, еще в состоянии Некудим, Атик и АА уже разделились на две головы, то есть на две половины десяти сфирот Кетера Некудим. Ведь по причине разбиения сосудов (швират а-келим) первых мелахим де-ХАГАТ масах вернулся в эйнаим, и потому в голове остались лишь Гальгальта ве-Эйнаим, тогда как АХАП опустились на уровень тела (гуф) и ХАГАТ и стали третьей головой, называемой ИШСУТ, как подробно изложено там, и незачем повторяться.</w:t>
      </w:r>
    </w:p>
    <w:p>
      <w:pPr>
        <w:spacing w:before="40" w:after="120"/>
        <w:jc w:val="both"/>
      </w:pPr>
      <w:r>
        <w:rPr>
          <w:rFonts w:ascii="Georgia" w:hAnsi="Georgia"/>
          <w:b w:val="0"/>
          <w:i w:val="0"/>
          <w:color w:val="000000"/>
          <w:sz w:val="24"/>
        </w:rPr>
        <w:t>Известно также, что разделение ступени на две половины — Гальгальта ве-Эйнаим и АХАП — имеет место только в БОН. Со стороны же МА ступени делятся на три трети: Гальгальта ве-Эйнаим, озэн и хотэм-пэ, как сказано выше в «Паним Меирот», стр. 628, со слов «Но…» (обратись туда). Это связано с тем, что свойство озэн, являющееся Биной, со стороны МА относится к первой голове, поскольку наружу из головы выходят у него только хотэм и пэ. Поэтому считается, что в Бине еще нет келим, а есть лишь окружающий свет, так как масах головы де-МА находится ниже этой Бины. Однако со стороны БОН, где масах находится на месте эйнаим, Бина также вышла наружу из головы вместе с хотэм и пэ, и она получает отраженный свет от расположенного над ней масаха, стоящего в эйнаим. Следовательно, и в этой Бине есть свойство сосудов (келим), и потому она считается внутренним светом.</w:t>
      </w:r>
    </w:p>
    <w:p>
      <w:pPr>
        <w:spacing w:before="40" w:after="120"/>
        <w:jc w:val="both"/>
      </w:pPr>
      <w:r>
        <w:rPr>
          <w:rFonts w:ascii="Georgia" w:hAnsi="Georgia"/>
          <w:b w:val="0"/>
          <w:i w:val="0"/>
          <w:color w:val="000000"/>
          <w:sz w:val="24"/>
        </w:rPr>
        <w:t>Поэтому Бина проявилась как средняя голова, именуемая малым окружающим светом: ведь с одной только стороны МА она считается частью первой головы и окружающим светом, но со стороны БОН она уже считается внутренним светом.</w:t>
      </w:r>
    </w:p>
    <w:p>
      <w:pPr>
        <w:spacing w:before="40" w:after="120"/>
        <w:jc w:val="both"/>
      </w:pPr>
      <w:r>
        <w:rPr>
          <w:rFonts w:ascii="Georgia" w:hAnsi="Georgia"/>
          <w:b w:val="0"/>
          <w:i w:val="0"/>
          <w:color w:val="000000"/>
          <w:sz w:val="24"/>
        </w:rPr>
        <w:t>И потому десять сфирот Кетера де-БОН, которые взяли Атик и АА, разделяются на три свойства. Первое — это Кетер и Хохма, называемые Гальгальта ве-Эйнаим или Гальгальта и АБ; это истинная первая голова всего Ацилута в целом, называемая головой Атика или непостижимой головой (Рош де-ло итйада), в которой нет сосудов (келим) ни со стороны БОН, ни со стороны МА. Поэтому она называется большим окружающим светом, ведь даже по отношению к келим де-БОН она также считается окружающим светом, как уже говорилось. Второе свойство — это Бина, являющаяся свойством озэн упомянутых десяти сфирот Кетера де-БОН. Она называется Гальгальта де-АА вместе со скрытым мозгом в полостях Гальгальты вплоть до крума де-авира (оболочки воздуха) — масаха со стороны МА, находящегося под Биной, именуемого крума де-авира; и это вторая голова из двух нижних голов.</w:t>
      </w:r>
    </w:p>
    <w:p>
      <w:pPr>
        <w:spacing w:before="40" w:after="120"/>
        <w:jc w:val="both"/>
      </w:pPr>
      <w:r>
        <w:rPr>
          <w:rFonts w:ascii="Georgia" w:hAnsi="Georgia"/>
          <w:b w:val="0"/>
          <w:i w:val="0"/>
          <w:color w:val="000000"/>
          <w:sz w:val="24"/>
        </w:rPr>
        <w:t>Со стороны БОН она уже считается внутренним светом, поскольку в ней есть келим: ведь она получает отраженный свет сверху вниз от масаха, находящегося под непостижимой головой (Рош де-ло итйада), расположенного над Гальгальтой де-АА. Однако со стороны МА, имеющего КАХАБ в своей голове, эта Бина также входит в непостижимую голову, и потому эта Бина, являющаяся Гальгальтой де-АА, считается окружающим светом, а не внутренним.</w:t>
      </w:r>
    </w:p>
    <w:p>
      <w:pPr>
        <w:spacing w:before="40" w:after="120"/>
        <w:jc w:val="both"/>
      </w:pPr>
      <w:r>
        <w:rPr>
          <w:rFonts w:ascii="Georgia" w:hAnsi="Georgia"/>
          <w:b w:val="0"/>
          <w:i w:val="0"/>
          <w:color w:val="000000"/>
          <w:sz w:val="24"/>
        </w:rPr>
        <w:t>Но поскольку по отношению к БОН она вовсе не является окружающим светом, так как в ней есть келим, как сказано выше, она именуется малым окружающим светом — ведь она не светит келим де-БОН в качестве окружающего света, как было сказано. Она называется также именем АВАЯ со значением САГ, так как Бина, как известно, считается САГ.</w:t>
      </w:r>
    </w:p>
    <w:p>
      <w:pPr>
        <w:spacing w:before="40" w:after="120"/>
        <w:jc w:val="both"/>
      </w:pPr>
      <w:r>
        <w:rPr>
          <w:rFonts w:ascii="Georgia" w:hAnsi="Georgia"/>
          <w:b w:val="0"/>
          <w:i w:val="0"/>
          <w:color w:val="000000"/>
          <w:sz w:val="24"/>
        </w:rPr>
        <w:t>Третье свойство — это ЗОН, являющиеся свойствами хотэм и пэ упомянутых десяти сфирот Кетера де-БОН; это и называется моха стимаа. В нем даже со стороны МА уже есть келим, ведь масах головы де-МА, называемый крума де-авира, уже находится над моха стимаа, и моха стимаа получает от него отраженный свет сверху вниз, что и образует келим, как известно.</w:t>
      </w:r>
    </w:p>
    <w:p>
      <w:pPr>
        <w:spacing w:before="40" w:after="120"/>
        <w:jc w:val="both"/>
      </w:pPr>
      <w:r>
        <w:rPr>
          <w:rFonts w:ascii="Georgia" w:hAnsi="Georgia"/>
          <w:b w:val="0"/>
          <w:i w:val="0"/>
          <w:color w:val="000000"/>
          <w:sz w:val="24"/>
        </w:rPr>
        <w:t>Поэтому свет облачается в келим, и это полностью внутренний свет как со стороны БОН, так и со стороны МА. Поэтому он называется именем АВАЯ со значением МА, ведь ЗА, как известно, считается МА.</w:t>
      </w:r>
    </w:p>
    <w:p>
      <w:pPr>
        <w:spacing w:before="40" w:after="120"/>
        <w:jc w:val="both"/>
      </w:pPr>
      <w:r>
        <w:rPr>
          <w:rFonts w:ascii="Georgia" w:hAnsi="Georgia"/>
          <w:b w:val="0"/>
          <w:i w:val="0"/>
          <w:color w:val="000000"/>
          <w:sz w:val="24"/>
        </w:rPr>
        <w:t>И пусть не кажется трудным то, что, согласно объясненному в предыдущей ветви, в одной только непостижимой голове есть КАХАБ, и лишь ее ЗАТ облачаются в АА: как же тогда говорится здесь, что Гальгальта де-АА — это Бина де-Рош де-ло итйада и свойство малого окружающего света при их совместном соединении? Однако еще выше, на стр. 712, Учитель пояснил, что все рассуждения об этих трех головах относятся только к свойству БОН в них. И уже было объяснено, что верхняя половина Кетера де-БОН, которую взяла непостижимая голова, — это лишь Кетер и Хохма, называемые Гальгальта ве-Эйнаим; а нижняя половина Кетера де-БОН — это Бина и ЗОН, называемые АХАП, которые взял АА.</w:t>
      </w:r>
    </w:p>
    <w:p>
      <w:pPr>
        <w:spacing w:before="40" w:after="120"/>
        <w:jc w:val="both"/>
      </w:pPr>
      <w:r>
        <w:rPr>
          <w:rFonts w:ascii="Georgia" w:hAnsi="Georgia"/>
          <w:b w:val="0"/>
          <w:i w:val="0"/>
          <w:color w:val="000000"/>
          <w:sz w:val="24"/>
        </w:rPr>
        <w:t>И ты находишь, что та самая крепкая Парса де-МА, отделяющая свет озэн, стоит в Бине Кетера де-МА и в Хохме Кетера де-БОН, где находится пэ де-Рош де-ло итйада. Она же сама представляет собой Гальгальту де-АА, как сказано выше, ведь суть Парсы и Гальгальты одна и та же: это масах, на котором происходит соударение (зивуг) в первой голове каждого парцуфа. Только в той мере, в какой он служит самой первой голове снизу вверх, он называется Парсой; а в той мере, в какой он передает отраженный свет второй голове под ним (и тем самым отделяет ее от первой головы, как известно), в этом отношении он называется Гальгальтой этой [нижней] головы. Запомни это для всех мест. Итак, разъяснено, что со стороны БОН крепкая Парса де-МА находится в Хохме, а Гальгальта под этой Парсой — это Бина. Со стороны же МА эта Парса находится в Бине, а Гальгальта под ней — это Зеир Анпин.</w:t>
      </w:r>
    </w:p>
    <w:p>
      <w:pPr>
        <w:spacing w:before="40" w:after="120"/>
        <w:jc w:val="both"/>
      </w:pPr>
      <w:r>
        <w:rPr>
          <w:rFonts w:ascii="Georgia" w:hAnsi="Georgia"/>
          <w:b w:val="0"/>
          <w:i w:val="0"/>
          <w:color w:val="000000"/>
          <w:sz w:val="24"/>
        </w:rPr>
        <w:t>Однако во время гадлута (большого состояния), когда непостижимая голова передает свет разума (мохин) в АА, она опускает свою Парсу, находившуюся над Гальгальтой, в полость головы (халала де-риша) — к тайне крума де-авира, расположенной над моха стимаа. И тогда Бина Кетера де-БОН, являющаяся Гальгальтой де-АА, также оказывается выше Парсы де-МА, которая теперь пребывает в виде крума де-авира, как сказано выше. Пойми это как следует.</w:t>
      </w:r>
    </w:p>
    <w:p>
      <w:pPr>
        <w:spacing w:before="40" w:after="120"/>
        <w:jc w:val="both"/>
      </w:pPr>
      <w:r>
        <w:rPr>
          <w:rFonts w:ascii="Georgia" w:hAnsi="Georgia"/>
          <w:b w:val="0"/>
          <w:i w:val="0"/>
          <w:color w:val="000000"/>
          <w:sz w:val="24"/>
        </w:rPr>
        <w:t>Тем самым разъяснены три общие головы Ацилута по отношению ко всем десяти сфирот Кетера де-БОН, разделившимся между двумя парцуфим — Атиком и АА вместе. Гальгальта ве-Эйнаим, которые взяла непостижимая голова, — это большой окружающий свет, Кетер и Хохма и тайна имени АВАЯ с наполнением АБ. А Гальгальта де-АА — это: малый окружающий свет, Бина и имя АВАЯ с наполнением САГ.</w:t>
      </w:r>
    </w:p>
    <w:p>
      <w:pPr>
        <w:spacing w:before="40" w:after="120"/>
        <w:jc w:val="both"/>
      </w:pPr>
      <w:r>
        <w:rPr>
          <w:rFonts w:ascii="Georgia" w:hAnsi="Georgia"/>
          <w:b w:val="0"/>
          <w:i w:val="0"/>
          <w:color w:val="000000"/>
          <w:sz w:val="24"/>
        </w:rPr>
        <w:t>А моха стимаа — это: внутренний свет и имя АВАЯ с наполнением через алеф, являющееся тайной ЗА, поскольку находится ниже крума де-авира — масаха де-МА, выводящего свойство ЗА наружу из первой головы, как сказано выше. Помни все это хорошо.</w:t>
      </w:r>
    </w:p>
    <w:p>
      <w:pPr>
        <w:spacing w:before="40" w:after="120"/>
        <w:jc w:val="both"/>
      </w:pPr>
      <w:r>
        <w:rPr>
          <w:rFonts w:ascii="Georgia" w:hAnsi="Georgia"/>
          <w:b w:val="0"/>
          <w:i w:val="0"/>
          <w:color w:val="000000"/>
          <w:sz w:val="24"/>
        </w:rPr>
        <w:t>Однако когда мы рассматриваем АА сам по себе, а не в его соединении с Атиком, то в нем следует различать два состояния: либо по началу, когда Источник выделил его из Себя, либо по состоянию гадлута, когда он обретает дополнительную нешаму от непостижимой головы, как сказано выше. Дело в том, что сам по себе он представляет собой третью голову мира Некудим, называемую ИШСУТ, вышедшую на месте ХАГАТ де-Некудим, как написано выше. Следовательно, в нем самом есть десять сфирот: Гальгальта ве-Эйнаим и АХАП по отношению к третьей голове Некудим, которая является нижней половиной Кетера де-БОН. И в силу этого он также неизбежно делится на две половины на масахе в Хохме, и потому рассматривается как две головы: Гальгальта и моха стимаа, где Гальгальта — это его высшая голова, включающая Кетер и Хохму, а моха стимаа — это его нижняя голова, включающая АХАП, то есть Бину и ЗОН головы. И это — в начале, когда Источник выделил его из Себя, когда в нем есть лишь [келим] ГАР: свет руах в Гальгальте и свет нефеш в моха стимаа.</w:t>
      </w:r>
    </w:p>
    <w:p>
      <w:pPr>
        <w:spacing w:before="40" w:after="120"/>
        <w:jc w:val="both"/>
      </w:pPr>
      <w:r>
        <w:rPr>
          <w:rFonts w:ascii="Georgia" w:hAnsi="Georgia"/>
          <w:b w:val="0"/>
          <w:i w:val="0"/>
          <w:color w:val="000000"/>
          <w:sz w:val="24"/>
        </w:rPr>
        <w:t>А в состоянии гадлута, когда непостижимая голова опускает свой масах, находившийся над Гальгальтой де-АА, вниз, внутрь полости головы де-АА до уровня крума де-авира, как сказано выше, — свечение непостижимой головы в качестве первой головы светит вплоть до крума де-авира, поскольку теперь и Гальгальта находится выше крепкой Парсы де-МА. Тогда открывается скрытый мозг в полостях Гальгальты де-АА, ведь свет озэн де-Рош де-ло итйада опускается туда, как сказано выше в «Паним Меирот», стр. 796, со слов «Однако…» (обратись туда).</w:t>
      </w:r>
    </w:p>
    <w:p>
      <w:pPr>
        <w:spacing w:before="40" w:after="120"/>
        <w:jc w:val="both"/>
      </w:pPr>
      <w:r>
        <w:rPr>
          <w:rFonts w:ascii="Georgia" w:hAnsi="Georgia"/>
          <w:b w:val="0"/>
          <w:i w:val="0"/>
          <w:color w:val="000000"/>
          <w:sz w:val="24"/>
        </w:rPr>
        <w:t>И тогда в нем выходит третья голова, называемая авира; и это в точности верхняя часть, содержавшаяся в моха стимаа, которая отделилась от него и поднялась на уровень самостоятельной головы. Ведь ты уже знаешь, что моха стимаа включал в себя АХАП с самого начала, когда Источник выделил его из Себя, и потому теперь, когда масах опустился ниже Бины де-БОН, как сказано выше относительно трех общих голов (обратись туда), образуя крума де-авира, — само собой понятно, что та Бина, которая содержалась в моха стимаа с самого начала, когда Источник выделил его из Себя, теперь поднялась выше крума де-авира, так что в моха стимаа осталось только свойство ЗОН.</w:t>
      </w:r>
    </w:p>
    <w:p>
      <w:pPr>
        <w:spacing w:before="40" w:after="120"/>
        <w:jc w:val="both"/>
      </w:pPr>
      <w:r>
        <w:rPr>
          <w:rFonts w:ascii="Georgia" w:hAnsi="Georgia"/>
          <w:b w:val="0"/>
          <w:i w:val="0"/>
          <w:color w:val="000000"/>
          <w:sz w:val="24"/>
        </w:rPr>
        <w:t>Итак, прекрасно разъяснены три головы де-АА в его собственном отношении: его Гальгальта, включающая Кетер и Хохму, — это первая голова де-АА, и потому она представляет собой большой окружающий свет, имя АВАЯ со значением АБ и свет нешама, подобно тому, как было объяснено выше относительно трех голов в общем виде.</w:t>
      </w:r>
    </w:p>
    <w:p>
      <w:pPr>
        <w:spacing w:before="40" w:after="120"/>
        <w:jc w:val="both"/>
      </w:pPr>
      <w:r>
        <w:rPr>
          <w:rFonts w:ascii="Georgia" w:hAnsi="Georgia"/>
          <w:b w:val="0"/>
          <w:i w:val="0"/>
          <w:color w:val="000000"/>
          <w:sz w:val="24"/>
        </w:rPr>
        <w:t>А голова авира, являющаяся тайной Бины, отделившейся от моха стимаа и поднявшейся выше крума де-авира, — это тайна малого окружающего света, имени АВАЯ со значением САГ (согласно объясненному выше о трех головах в общем виде, обратись туда), и в нее теперь облачен свет руах.</w:t>
      </w:r>
    </w:p>
    <w:p>
      <w:pPr>
        <w:spacing w:before="40" w:after="120"/>
        <w:jc w:val="both"/>
      </w:pPr>
      <w:r>
        <w:rPr>
          <w:rFonts w:ascii="Georgia" w:hAnsi="Georgia"/>
          <w:b w:val="0"/>
          <w:i w:val="0"/>
          <w:color w:val="000000"/>
          <w:sz w:val="24"/>
        </w:rPr>
        <w:t>Моха стимаа — это третья голова и внутренний свет, поскольку и сейчас она находится ниже крепкой Парсы де-МА и получает от нее отраженный свет сверху вниз, из-за чего в ней есть келим, как известно. И это тайна имени АВАЯ с наполнением через алеф, то есть только свойство ЗА, ведь Бина и свойство САГ, содержавшиеся в моха стимаа, уже ушли из него и поднялись выше крума [де-авира], как сказано выше. И в него облачен свет нефеш, пойми это как следует.</w:t>
      </w:r>
    </w:p>
    <w:p>
      <w:pPr>
        <w:spacing w:before="40" w:after="120"/>
        <w:jc w:val="both"/>
      </w:pPr>
      <w:r>
        <w:rPr>
          <w:rFonts w:ascii="Georgia" w:hAnsi="Georgia"/>
          <w:b w:val="0"/>
          <w:i w:val="0"/>
          <w:color w:val="000000"/>
          <w:sz w:val="24"/>
        </w:rPr>
        <w:t>Эти три головы также взаимно включаются друг в друга, как будет сказано ниже в соответствующем месте. И поэтому три свойства — большой окружающий свет, малый окружающий свет и внутренний свет — различаются в одной только Гальгальте; и точно так же в одной только авире; и точно так же в одном только моха стимаа.</w:t>
      </w:r>
    </w:p>
    <w:p>
      <w:pPr>
        <w:spacing w:before="40" w:after="120"/>
        <w:jc w:val="both"/>
      </w:pPr>
      <w:r>
        <w:rPr>
          <w:rFonts w:ascii="Georgia" w:hAnsi="Georgia"/>
          <w:b w:val="0"/>
          <w:i w:val="0"/>
          <w:color w:val="000000"/>
          <w:sz w:val="24"/>
        </w:rPr>
        <w:t>И таковы все слова Учителя в этой ветви, за исключением тайны огласовок, которая с Б-жьей помощью будет разъяснена в подходящем для нее месте.</w:t>
      </w:r>
    </w:p>
    <w:p>
      <w:r>
        <w:br w:type="page"/>
      </w:r>
    </w:p>
    <w:p>
      <w:pPr>
        <w:keepNext/>
        <w:spacing w:before="360" w:after="160"/>
        <w:jc w:val="center"/>
      </w:pPr>
      <w:r>
        <w:rPr>
          <w:rFonts w:ascii="Georgia" w:hAnsi="Georgia"/>
          <w:b w:val="0"/>
          <w:i w:val="0"/>
          <w:color w:val="000000"/>
          <w:sz w:val="40"/>
        </w:rPr>
        <w:t>Ветвь 63</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Благодаря этому ты поймешь сказанное в Идра (лист 128б): «Этот череп: белизна его светит на тринадцать запечатленных сторон — эта с этой стороны, а эта с этой стороны...» И там же (лист 129а) сказано следующее: «Тринадцать прядей волос стоят с этой стороны и с этой стороны». А здесь, в Идра Зута (лист 288б), сказано: «Потому что эта сокрытая мудрость (Хохма Стимаа) разделяется в нем трижды по четыре...»</w:t>
      </w:r>
    </w:p>
    <w:p>
      <w:pPr>
        <w:spacing w:before="40" w:after="120"/>
        <w:jc w:val="both"/>
      </w:pPr>
      <w:r>
        <w:rPr>
          <w:rFonts w:ascii="Georgia" w:hAnsi="Georgia"/>
          <w:b w:val="0"/>
          <w:i w:val="0"/>
          <w:color w:val="000000"/>
          <w:sz w:val="24"/>
        </w:rPr>
        <w:t>Итак, в этих трех местах мы находим число тринадцать, и нужно понять их смысл.</w:t>
      </w:r>
    </w:p>
    <w:p>
      <w:pPr>
        <w:spacing w:before="40" w:after="120"/>
        <w:jc w:val="both"/>
      </w:pPr>
      <w:r>
        <w:rPr>
          <w:rFonts w:ascii="Georgia" w:hAnsi="Georgia"/>
          <w:b w:val="0"/>
          <w:i w:val="0"/>
          <w:color w:val="000000"/>
          <w:sz w:val="24"/>
        </w:rPr>
        <w:t>Разъяснение состоит в том, о чем говорилось выше: в трех головах есть три вида [имен] АВАЯ сущности, причем в каждой из трех голов — по три различных АВАЯ. Первые три [имени] АВАЯ высшей головы, называемой Гальгальта де-АА, имеют наполнение [буквами] йод, называемое АБ (72). В них двенадцать простых букв, а вместе с общностью всех трех получается тринадцать.</w:t>
      </w:r>
    </w:p>
    <w:p>
      <w:pPr>
        <w:spacing w:before="40" w:after="120"/>
        <w:jc w:val="both"/>
      </w:pPr>
      <w:r>
        <w:rPr>
          <w:rFonts w:ascii="Georgia" w:hAnsi="Georgia"/>
          <w:b w:val="0"/>
          <w:i w:val="0"/>
          <w:color w:val="000000"/>
          <w:sz w:val="24"/>
        </w:rPr>
        <w:t>Точно так же три других [имени] АВАЯ во второй голове, называемой Авира, имеют наполнение САГ (63); в них двенадцать букв, а вместе с общностью самого Имени — тринадцать.</w:t>
      </w:r>
    </w:p>
    <w:p>
      <w:pPr>
        <w:spacing w:before="40" w:after="120"/>
        <w:jc w:val="both"/>
      </w:pPr>
      <w:r>
        <w:rPr>
          <w:rFonts w:ascii="Georgia" w:hAnsi="Georgia"/>
          <w:b w:val="0"/>
          <w:i w:val="0"/>
          <w:color w:val="000000"/>
          <w:sz w:val="24"/>
        </w:rPr>
        <w:t>И так же три других [имени] АВАЯ с наполнением [буквой] алеф — МА (45) — в третьей голове, называемой Моха Стимаа, содержат двенадцать букв, а вместе с общностью самого Имени получается тринадцать.</w:t>
      </w:r>
    </w:p>
    <w:p>
      <w:pPr>
        <w:spacing w:before="40" w:after="120"/>
        <w:jc w:val="both"/>
      </w:pPr>
      <w:r>
        <w:rPr>
          <w:rFonts w:ascii="Georgia" w:hAnsi="Georgia"/>
          <w:b w:val="0"/>
          <w:i w:val="0"/>
          <w:color w:val="000000"/>
          <w:sz w:val="24"/>
        </w:rPr>
        <w:t>Так разъяснились три категории тринадцати (13, 13, 13), упомянутые в двух Идрах.</w:t>
      </w:r>
    </w:p>
    <w:p>
      <w:pPr>
        <w:spacing w:before="40" w:after="120"/>
        <w:jc w:val="both"/>
      </w:pPr>
      <w:r>
        <w:rPr>
          <w:rFonts w:ascii="Georgia" w:hAnsi="Georgia"/>
          <w:b w:val="0"/>
          <w:i w:val="0"/>
          <w:color w:val="000000"/>
          <w:sz w:val="24"/>
        </w:rPr>
        <w:t>2) Разъясним этот вопрос. Высшая голова, называемая Гальгальта, белая голова (рейша хивра), представляет собой Кетер де-АА. В ней тринадцать исправлений (тиккуним), являющихся тринадцатью буквами трех находящихся в ней [имен] АВАЯ, как сказано выше, вместе с их общностью — всего тринадцать. Об этом упоминается в Идра [главы] Насо (лист 128б), и вот ее слова: «Этот череп: белизна его светит на тринадцать запечатленных сторон».</w:t>
      </w:r>
    </w:p>
    <w:p>
      <w:pPr>
        <w:spacing w:before="40" w:after="120"/>
        <w:jc w:val="both"/>
      </w:pPr>
      <w:r>
        <w:rPr>
          <w:rFonts w:ascii="Georgia" w:hAnsi="Georgia"/>
          <w:b w:val="0"/>
          <w:i w:val="0"/>
          <w:color w:val="000000"/>
          <w:sz w:val="24"/>
        </w:rPr>
        <w:t>Смысл заключается в том, что в этой белой голове есть тринадцать исправлений, распространяющихся в ней от ее белизны; и это белизна, которая есть в черепе (Гальгальта) между волосами, как сказано там.</w:t>
      </w:r>
    </w:p>
    <w:p>
      <w:pPr>
        <w:spacing w:before="40" w:after="120"/>
        <w:jc w:val="both"/>
      </w:pPr>
      <w:r>
        <w:rPr>
          <w:rFonts w:ascii="Georgia" w:hAnsi="Georgia"/>
          <w:b w:val="0"/>
          <w:i w:val="0"/>
          <w:color w:val="000000"/>
          <w:sz w:val="24"/>
        </w:rPr>
        <w:t>Суть же в том, что сами волосы подобны форме букв, начертанных чернилами, а белизна подобна белой бумаге и пергаменту, на котором пишут буквы.</w:t>
      </w:r>
    </w:p>
    <w:p>
      <w:pPr>
        <w:spacing w:before="40" w:after="120"/>
        <w:jc w:val="both"/>
      </w:pPr>
      <w:r>
        <w:rPr>
          <w:rFonts w:ascii="Georgia" w:hAnsi="Georgia"/>
          <w:b w:val="0"/>
          <w:i w:val="0"/>
          <w:color w:val="000000"/>
          <w:sz w:val="24"/>
        </w:rPr>
        <w:t>При этом есть состояние, когда волосы выше белизны, а есть другое состояние, когда белизна выше волос, как написано в другом месте относительно единений (ихудим) в пятом ихуде.</w:t>
      </w:r>
    </w:p>
    <w:p>
      <w:pPr>
        <w:spacing w:before="40" w:after="120"/>
        <w:jc w:val="both"/>
      </w:pPr>
      <w:r>
        <w:rPr>
          <w:rFonts w:ascii="Georgia" w:hAnsi="Georgia"/>
          <w:b w:val="0"/>
          <w:i w:val="0"/>
          <w:color w:val="000000"/>
          <w:sz w:val="24"/>
        </w:rPr>
        <w:t>3) По этой причине от белизны, от ее света, праведники наследуют четыреста миров страстного желания, а от волос питается сам Зеир Анпин. И ниже с Б-жьей помощью мы объясним, как семь нижних сфирот (ЗАТ) Атик Йомина облачаются в голову АА, а его Нецах и Ход облачаются в две части АА: в два уха (озэн) и два глаза (эйнаим), что в нем.</w:t>
      </w:r>
    </w:p>
    <w:p>
      <w:pPr>
        <w:spacing w:before="40" w:after="120"/>
        <w:jc w:val="both"/>
      </w:pPr>
      <w:r>
        <w:rPr>
          <w:rFonts w:ascii="Georgia" w:hAnsi="Georgia"/>
          <w:b w:val="0"/>
          <w:i w:val="0"/>
          <w:color w:val="000000"/>
          <w:sz w:val="24"/>
        </w:rPr>
        <w:t>4) На этих двух частях волосы не растут. Однако когда их свет возвращается снизу вверх через ту оболочку воздуха (крума де-авира) де-АА, где облачается Тиферет де-Атик Йомин, представляющий собой категорию буквы вав (</w:t>
      </w:r>
      <w:r>
        <w:rPr>
          <w:rFonts w:ascii="Georgia" w:hAnsi="Georgia" w:cs="Times New Roman"/>
          <w:b/>
          <w:i w:val="0"/>
          <w:color w:val="000000"/>
          <w:sz w:val="24"/>
          <w:rtl/>
          <w:szCs w:val="32"/>
        </w:rPr>
        <w:t>ו</w:t>
      </w:r>
      <w:r>
        <w:rPr>
          <w:rFonts w:ascii="Georgia" w:hAnsi="Georgia"/>
          <w:b w:val="0"/>
          <w:i w:val="0"/>
          <w:color w:val="000000"/>
          <w:sz w:val="24"/>
        </w:rPr>
        <w:t>), как известно, тогда эти свечения выходят на Гальгальту де-АА и становятся прядями и волосами наподобие буквы вав (</w:t>
      </w:r>
      <w:r>
        <w:rPr>
          <w:rFonts w:ascii="Georgia" w:hAnsi="Georgia" w:cs="Times New Roman"/>
          <w:b/>
          <w:i w:val="0"/>
          <w:color w:val="000000"/>
          <w:sz w:val="24"/>
          <w:rtl/>
          <w:szCs w:val="32"/>
        </w:rPr>
        <w:t>ו</w:t>
      </w:r>
      <w:r>
        <w:rPr>
          <w:rFonts w:ascii="Georgia" w:hAnsi="Georgia"/>
          <w:b w:val="0"/>
          <w:i w:val="0"/>
          <w:color w:val="000000"/>
          <w:sz w:val="24"/>
        </w:rPr>
        <w:t>), ведь волосы выходят из категории Нецах и Ход, называемых «крючьями столбов» (</w:t>
      </w:r>
      <w:r>
        <w:rPr>
          <w:rFonts w:ascii="Georgia" w:hAnsi="Georgia"/>
          <w:b w:val="0"/>
          <w:i/>
          <w:color w:val="000000"/>
          <w:sz w:val="24"/>
        </w:rPr>
        <w:t>вавей а-амудим</w:t>
      </w:r>
      <w:r>
        <w:rPr>
          <w:rFonts w:ascii="Georgia" w:hAnsi="Georgia"/>
          <w:b w:val="0"/>
          <w:i w:val="0"/>
          <w:color w:val="000000"/>
          <w:sz w:val="24"/>
        </w:rPr>
        <w:t>), — пойми это.</w:t>
      </w:r>
    </w:p>
    <w:p>
      <w:pPr>
        <w:spacing w:before="40" w:after="120"/>
        <w:jc w:val="both"/>
      </w:pPr>
      <w:r>
        <w:rPr>
          <w:rFonts w:ascii="Georgia" w:hAnsi="Georgia"/>
          <w:b w:val="0"/>
          <w:i w:val="0"/>
          <w:color w:val="000000"/>
          <w:sz w:val="24"/>
        </w:rPr>
        <w:t>5) Поэтому в силу этих свойств образовались две категории в высшей голове де-АА, в Гальгальте: белизна и волосы. Одно — как начертание самих букв, а другое — как белый пергамент и бумага, несущие на себе письмо.</w:t>
      </w:r>
    </w:p>
    <w:p>
      <w:pPr>
        <w:spacing w:before="40" w:after="120"/>
        <w:jc w:val="both"/>
      </w:pPr>
      <w:r>
        <w:rPr>
          <w:rFonts w:ascii="Georgia" w:hAnsi="Georgia"/>
          <w:b w:val="0"/>
          <w:i w:val="0"/>
          <w:color w:val="000000"/>
          <w:sz w:val="24"/>
        </w:rPr>
        <w:t>6) Эта белизна делится на тринадцать путей. Мы уже объяснили выше, что в этой белой голове есть три [имени] АВАЯ, и в них двенадцать букв, а вместе с объединяющим числом (колель) — тринадцать.</w:t>
      </w:r>
    </w:p>
    <w:p>
      <w:pPr>
        <w:spacing w:before="40" w:after="120"/>
        <w:jc w:val="both"/>
      </w:pPr>
      <w:r>
        <w:rPr>
          <w:rFonts w:ascii="Georgia" w:hAnsi="Georgia"/>
          <w:b w:val="0"/>
          <w:i w:val="0"/>
          <w:color w:val="000000"/>
          <w:sz w:val="24"/>
        </w:rPr>
        <w:t>И разделяются они следующим образом: на затылочной части головы находится одно [имя] АВАЯ, и в нем четыре буквы, а со стороны лица — два [имени] АВАЯ на двух щеках, одно с одной стороны, а другое с другой, и нос (хотэм) разделяет между ними. Таким образом, получается три стороны, и с каждой стороны — по четыре буквы одного [имени] АВАЯ. И выше уже говорилось, что мы считаем только простые буквы, хотя они наполнены наполнением [буквами] йод.</w:t>
      </w:r>
    </w:p>
    <w:p>
      <w:pPr>
        <w:spacing w:before="40" w:after="120"/>
        <w:jc w:val="both"/>
      </w:pPr>
      <w:r>
        <w:rPr>
          <w:rFonts w:ascii="Georgia" w:hAnsi="Georgia"/>
          <w:b w:val="0"/>
          <w:i w:val="0"/>
          <w:color w:val="000000"/>
          <w:sz w:val="24"/>
        </w:rPr>
        <w:t>7) На задней стороне находятся четыре белизны, как сказано выше, представляющие собой четыре буквы одного [имени] АВАЯ, наполненного [буквами] йод. Они протягиваются от двух свойств — Нецах и Ход де-Атик Йомин, облачающихся в два уха и два глаза де-АА, как сказано выше. Ведь их четыре: два уха и два глаза, и соответственно им — четыре белизны на затылочной части головы.</w:t>
      </w:r>
    </w:p>
    <w:p>
      <w:pPr>
        <w:spacing w:before="40" w:after="120"/>
        <w:jc w:val="both"/>
      </w:pPr>
      <w:r>
        <w:rPr>
          <w:rFonts w:ascii="Georgia" w:hAnsi="Georgia"/>
          <w:b w:val="0"/>
          <w:i w:val="0"/>
          <w:color w:val="000000"/>
          <w:sz w:val="24"/>
        </w:rPr>
        <w:t>8) Поэтому сказали там, в Идра (лист 128б): «На четыреста тысяч миров распространяется белизна черепа головы». Но не вся белизна включена в них, ведь белизн всего тринадцать, как упоминается там далее: «Белизна черепа: белизна его светит на тринадцать сторон...» Те четыреста тысяч миров относятся только к четырем белизнам сзади, каждая из которых составляет по счету сто тысяч миров.</w:t>
      </w:r>
    </w:p>
    <w:p>
      <w:pPr>
        <w:spacing w:before="40" w:after="120"/>
        <w:jc w:val="both"/>
      </w:pPr>
      <w:r>
        <w:rPr>
          <w:rFonts w:ascii="Georgia" w:hAnsi="Georgia"/>
          <w:b w:val="0"/>
          <w:i w:val="0"/>
          <w:color w:val="000000"/>
          <w:sz w:val="24"/>
        </w:rPr>
        <w:t>Причина в том, что это одно [имя] АВАЯ с наполнением [буквами] йод, и в нем четыре буквы йод (</w:t>
      </w:r>
      <w:r>
        <w:rPr>
          <w:rFonts w:ascii="Georgia" w:hAnsi="Georgia" w:cs="Times New Roman"/>
          <w:b/>
          <w:i w:val="0"/>
          <w:color w:val="000000"/>
          <w:sz w:val="24"/>
          <w:rtl/>
          <w:szCs w:val="32"/>
        </w:rPr>
        <w:t>י</w:t>
      </w:r>
      <w:r>
        <w:rPr>
          <w:rFonts w:ascii="Georgia" w:hAnsi="Georgia"/>
          <w:b w:val="0"/>
          <w:i w:val="0"/>
          <w:color w:val="000000"/>
          <w:sz w:val="24"/>
        </w:rPr>
        <w:t xml:space="preserve"> = 10), а каждая буква йод включает в себя десять — получается четыреста. Однако поскольку они находятся на уровне АА, они поднимаются до большого счета — четырехсот тысяч, как объясняется у нас: в АА счет идет на тысячи, в Аба ве-Има — на сотни, а в ЗОН — на десятки и единицы.</w:t>
      </w:r>
    </w:p>
    <w:p>
      <w:pPr>
        <w:spacing w:before="40" w:after="120"/>
        <w:jc w:val="both"/>
      </w:pPr>
      <w:r>
        <w:rPr>
          <w:rFonts w:ascii="Georgia" w:hAnsi="Georgia"/>
          <w:b w:val="0"/>
          <w:i w:val="0"/>
          <w:color w:val="000000"/>
          <w:sz w:val="24"/>
        </w:rPr>
        <w:t>9) И эти четыре белизны с задней стороны спускаются там и протягиваются до тринадцати прядей волос, о которых мы с Б-жьей помощью объясним ниже. Они также протягиваются сзади головы, и это тайна белизны в затылке (ореф) АА, подобно написанному о Кетере Зеир Анпина (внимательно посмотри там). Эта белизна распространяется там, сзади (ахораим) АА, по его плечам, до того места, где начинается голова Зеир Анпина, как с Б-жьей помощью будет сказано об этом ниже. И через эту белизну распространяется шефа (изобилие), протягивается к голове Зеир Анпина и светит в ней.</w:t>
      </w:r>
    </w:p>
    <w:p>
      <w:pPr>
        <w:spacing w:before="40" w:after="120"/>
        <w:jc w:val="both"/>
      </w:pPr>
      <w:r>
        <w:rPr>
          <w:rFonts w:ascii="Georgia" w:hAnsi="Georgia"/>
          <w:b w:val="0"/>
          <w:i w:val="0"/>
          <w:color w:val="000000"/>
          <w:sz w:val="24"/>
        </w:rPr>
        <w:t>10) Однако по сторонам они не распространяются, как сказано там: «Волосы его поднимаются позади ушей, чтобы не покрывать их». Они распространяются исключительно со стороны затылка по обоим плечам, как сказано выше.</w:t>
      </w:r>
    </w:p>
    <w:p>
      <w:pPr>
        <w:spacing w:before="40" w:after="120"/>
        <w:jc w:val="both"/>
      </w:pPr>
      <w:r>
        <w:rPr>
          <w:rFonts w:ascii="Georgia" w:hAnsi="Georgia"/>
          <w:b w:val="0"/>
          <w:i w:val="0"/>
          <w:color w:val="000000"/>
          <w:sz w:val="24"/>
        </w:rPr>
        <w:t>11) Сначала объясним значение других девяти белизн, протягивающихся со стороны лица АА, а затем вернемся к разъяснению протяжения тех четырех белизн с затылочной части головы.</w:t>
      </w:r>
    </w:p>
    <w:p>
      <w:pPr>
        <w:spacing w:before="40" w:after="120"/>
        <w:jc w:val="both"/>
      </w:pPr>
      <w:r>
        <w:rPr>
          <w:rFonts w:ascii="Georgia" w:hAnsi="Georgia"/>
          <w:b w:val="0"/>
          <w:i w:val="0"/>
          <w:color w:val="000000"/>
          <w:sz w:val="24"/>
        </w:rPr>
        <w:t>Знай, что те другие девять белизн с лицевой стороны АА протягиваются и спускаются через лицо к голове Зеир Анпина и там соединяются в бороде (дикна) Зеир Анпина. И тогда у него образуются девять исправлений бороды (тиккуней дикна), как сказано там: «В девяти исправлениях исправлена борода...» и т.д.</w:t>
      </w:r>
    </w:p>
    <w:p>
      <w:pPr>
        <w:spacing w:before="40" w:after="120"/>
        <w:jc w:val="both"/>
      </w:pPr>
      <w:r>
        <w:rPr>
          <w:rFonts w:ascii="Georgia" w:hAnsi="Georgia"/>
          <w:b w:val="0"/>
          <w:i w:val="0"/>
          <w:color w:val="000000"/>
          <w:sz w:val="24"/>
        </w:rPr>
        <w:t xml:space="preserve">А когда протягиваются также и те четыре белизны головы Арих Анпина со стороны затылка к голове Зеир Анпина, тогда в ЗОН завершаются и образуются тринадцать исправлений бороды, подобные тем, что есть в бороде Арих Анпина, как объяснено у нас в намерениях (каванот) [стиха] </w:t>
      </w:r>
      <w:r>
        <w:rPr>
          <w:rFonts w:ascii="Georgia" w:hAnsi="Georgia"/>
          <w:b w:val="0"/>
          <w:i/>
          <w:color w:val="000000"/>
          <w:sz w:val="24"/>
        </w:rPr>
        <w:t>«И прошел…»</w:t>
      </w:r>
      <w:r>
        <w:rPr>
          <w:rFonts w:ascii="Georgia" w:hAnsi="Georgia"/>
          <w:b w:val="0"/>
          <w:i w:val="0"/>
          <w:color w:val="000000"/>
          <w:sz w:val="24"/>
        </w:rPr>
        <w:t xml:space="preserve"> (Шмот 34:6), что их тринадцать и т.д.</w:t>
      </w:r>
    </w:p>
    <w:p>
      <w:pPr>
        <w:spacing w:before="40" w:after="120"/>
        <w:jc w:val="both"/>
      </w:pPr>
      <w:r>
        <w:rPr>
          <w:rFonts w:ascii="Georgia" w:hAnsi="Georgia"/>
          <w:b w:val="0"/>
          <w:i w:val="0"/>
          <w:color w:val="000000"/>
          <w:sz w:val="24"/>
        </w:rPr>
        <w:t>12) Существует также иной случай образования тринадцати исправлений в бороде Зеир Анпина: когда Зеир Анпин поднимается на место Аба ве-Има. Ведь тогда Зеир Анпин включается в четыре последних исправления бороды АА, поскольку там находится место пребывания Аба ве-Има; и тогда при подъеме туда у Зеир Анпина также появляются четыре других исправления, и в нем завершаются тринадцать исправлений бороды, как у АА.</w:t>
      </w:r>
    </w:p>
    <w:p>
      <w:pPr>
        <w:spacing w:before="40" w:after="120"/>
        <w:jc w:val="both"/>
      </w:pPr>
      <w:r>
        <w:rPr>
          <w:rFonts w:ascii="Georgia" w:hAnsi="Georgia"/>
          <w:b w:val="0"/>
          <w:i w:val="0"/>
          <w:color w:val="000000"/>
          <w:sz w:val="24"/>
        </w:rPr>
        <w:t xml:space="preserve">13) И в Идра (лист 128б) сказано: тогда от сияния этой их белизны праведники наследуют четыреста миров, как упомянуто там: «И от сияния этой белизны праведники наследуют четыреста миров страстного желания», об этом сказано: </w:t>
      </w:r>
      <w:r>
        <w:rPr>
          <w:rFonts w:ascii="Georgia" w:hAnsi="Georgia"/>
          <w:b w:val="0"/>
          <w:i/>
          <w:color w:val="000000"/>
          <w:sz w:val="24"/>
        </w:rPr>
        <w:t>«Четыреста шекелей серебра, имеющих хождение у купцов»</w:t>
      </w:r>
      <w:r>
        <w:rPr>
          <w:rFonts w:ascii="Georgia" w:hAnsi="Georgia"/>
          <w:b w:val="0"/>
          <w:i w:val="0"/>
          <w:color w:val="000000"/>
          <w:sz w:val="24"/>
        </w:rPr>
        <w:t xml:space="preserve"> (Берешит 23:16).</w:t>
      </w:r>
    </w:p>
    <w:p>
      <w:pPr>
        <w:spacing w:before="40" w:after="120"/>
        <w:jc w:val="both"/>
      </w:pPr>
      <w:r>
        <w:rPr>
          <w:rFonts w:ascii="Georgia" w:hAnsi="Georgia"/>
          <w:b w:val="0"/>
          <w:i w:val="0"/>
          <w:color w:val="000000"/>
          <w:sz w:val="24"/>
        </w:rPr>
        <w:t>Ведь хотя наверху, в АА, они имеют высокое числовое значение — четыреста тысяч, при их спуске вниз они получают меньшее значение и составляют лишь четыреста; и от них светят праведники в грядущем мире.</w:t>
      </w:r>
    </w:p>
    <w:p>
      <w:pPr>
        <w:spacing w:before="40" w:after="120"/>
        <w:jc w:val="both"/>
      </w:pPr>
      <w:r>
        <w:rPr>
          <w:rFonts w:ascii="Georgia" w:hAnsi="Georgia"/>
          <w:b w:val="0"/>
          <w:i w:val="0"/>
          <w:color w:val="000000"/>
          <w:sz w:val="24"/>
        </w:rPr>
        <w:t xml:space="preserve">В этом тайна слов «четыреста шекелей серебра»: ведь это имя АВАЯ имеет наполнение [буквами] йод, чья гематрия равна 72 (АБ), что совпадает с гематрией слова </w:t>
      </w:r>
      <w:r>
        <w:rPr>
          <w:rFonts w:ascii="Georgia" w:hAnsi="Georgia"/>
          <w:b w:val="0"/>
          <w:i/>
          <w:color w:val="000000"/>
          <w:sz w:val="24"/>
        </w:rPr>
        <w:t>хесед</w:t>
      </w:r>
      <w:r>
        <w:rPr>
          <w:rFonts w:ascii="Georgia" w:hAnsi="Georgia"/>
          <w:b w:val="0"/>
          <w:i w:val="0"/>
          <w:color w:val="000000"/>
          <w:sz w:val="24"/>
        </w:rPr>
        <w:t xml:space="preserve"> (</w:t>
      </w:r>
      <w:r>
        <w:rPr>
          <w:rFonts w:ascii="Georgia" w:hAnsi="Georgia" w:cs="Times New Roman"/>
          <w:b/>
          <w:i w:val="0"/>
          <w:color w:val="000000"/>
          <w:sz w:val="24"/>
          <w:rtl/>
          <w:szCs w:val="32"/>
        </w:rPr>
        <w:t>חֶסֶד</w:t>
      </w:r>
      <w:r>
        <w:rPr>
          <w:rFonts w:ascii="Georgia" w:hAnsi="Georgia"/>
          <w:b w:val="0"/>
          <w:i w:val="0"/>
          <w:color w:val="000000"/>
          <w:sz w:val="24"/>
        </w:rPr>
        <w:t xml:space="preserve"> = 72), а это серебро, как известно, и потому они представляют собой свойство шекеля серебра.</w:t>
      </w:r>
    </w:p>
    <w:p>
      <w:pPr>
        <w:spacing w:before="40" w:after="120"/>
        <w:jc w:val="both"/>
      </w:pPr>
      <w:r>
        <w:rPr>
          <w:rFonts w:ascii="Georgia" w:hAnsi="Georgia"/>
          <w:b w:val="0"/>
          <w:i w:val="0"/>
          <w:color w:val="000000"/>
          <w:sz w:val="24"/>
        </w:rPr>
        <w:t>Кроме того, серебро бело, и это тайна белизны головы, откуда протягиваются эти четыре белизны.</w:t>
      </w:r>
    </w:p>
    <w:p>
      <w:pPr>
        <w:spacing w:before="40" w:after="120"/>
        <w:jc w:val="both"/>
      </w:pPr>
      <w:r>
        <w:rPr>
          <w:rFonts w:ascii="Georgia" w:hAnsi="Georgia"/>
          <w:b w:val="0"/>
          <w:i w:val="0"/>
          <w:color w:val="000000"/>
          <w:sz w:val="24"/>
        </w:rPr>
        <w:t>А то, что число их четыреста, мы уже объяснили: в наполнении этого имени АВАЯ есть четыре буквы йод, и каждая из четырех букв йод включает в себя десять — получается четыреста. И они составляют две буквы шин и куф (</w:t>
      </w:r>
      <w:r>
        <w:rPr>
          <w:rFonts w:ascii="Georgia" w:hAnsi="Georgia" w:cs="Times New Roman"/>
          <w:b/>
          <w:i w:val="0"/>
          <w:color w:val="000000"/>
          <w:sz w:val="24"/>
          <w:rtl/>
          <w:szCs w:val="32"/>
        </w:rPr>
        <w:t>שק</w:t>
      </w:r>
      <w:r>
        <w:rPr>
          <w:rFonts w:ascii="Georgia" w:hAnsi="Georgia"/>
          <w:b w:val="0"/>
          <w:i w:val="0"/>
          <w:color w:val="000000"/>
          <w:sz w:val="24"/>
        </w:rPr>
        <w:t xml:space="preserve"> = 400) из слова </w:t>
      </w:r>
      <w:r>
        <w:rPr>
          <w:rFonts w:ascii="Georgia" w:hAnsi="Georgia"/>
          <w:b w:val="0"/>
          <w:i/>
          <w:color w:val="000000"/>
          <w:sz w:val="24"/>
        </w:rPr>
        <w:t>шекель</w:t>
      </w:r>
      <w:r>
        <w:rPr>
          <w:rFonts w:ascii="Georgia" w:hAnsi="Georgia"/>
          <w:b w:val="0"/>
          <w:i w:val="0"/>
          <w:color w:val="000000"/>
          <w:sz w:val="24"/>
        </w:rPr>
        <w:t xml:space="preserve"> (</w:t>
      </w:r>
      <w:r>
        <w:rPr>
          <w:rFonts w:ascii="Georgia" w:hAnsi="Georgia" w:cs="Times New Roman"/>
          <w:b/>
          <w:i w:val="0"/>
          <w:color w:val="000000"/>
          <w:sz w:val="24"/>
          <w:rtl/>
          <w:szCs w:val="32"/>
        </w:rPr>
        <w:t>שֶׁקֶל</w:t>
      </w:r>
      <w:r>
        <w:rPr>
          <w:rFonts w:ascii="Georgia" w:hAnsi="Georgia"/>
          <w:b w:val="0"/>
          <w:i w:val="0"/>
          <w:color w:val="000000"/>
          <w:sz w:val="24"/>
        </w:rPr>
        <w:t>), а само имя АВАЯ (</w:t>
      </w:r>
      <w:r>
        <w:rPr>
          <w:rFonts w:ascii="Georgia" w:hAnsi="Georgia" w:cs="Times New Roman"/>
          <w:b/>
          <w:i w:val="0"/>
          <w:color w:val="000000"/>
          <w:sz w:val="24"/>
          <w:rtl/>
          <w:szCs w:val="32"/>
        </w:rPr>
        <w:t>יהוה</w:t>
      </w:r>
      <w:r>
        <w:rPr>
          <w:rFonts w:ascii="Georgia" w:hAnsi="Georgia"/>
          <w:b w:val="0"/>
          <w:i w:val="0"/>
          <w:color w:val="000000"/>
          <w:sz w:val="24"/>
        </w:rPr>
        <w:t xml:space="preserve"> = 26) в гематрии дает 26, что вместе с четырьмя буквами составляет 30 — букву ламэд (</w:t>
      </w:r>
      <w:r>
        <w:rPr>
          <w:rFonts w:ascii="Georgia" w:hAnsi="Georgia" w:cs="Times New Roman"/>
          <w:b/>
          <w:i w:val="0"/>
          <w:color w:val="000000"/>
          <w:sz w:val="24"/>
          <w:rtl/>
          <w:szCs w:val="32"/>
        </w:rPr>
        <w:t>ל</w:t>
      </w:r>
      <w:r>
        <w:rPr>
          <w:rFonts w:ascii="Georgia" w:hAnsi="Georgia"/>
          <w:b w:val="0"/>
          <w:i w:val="0"/>
          <w:color w:val="000000"/>
          <w:sz w:val="24"/>
        </w:rPr>
        <w:t xml:space="preserve"> = 30) из слова </w:t>
      </w:r>
      <w:r>
        <w:rPr>
          <w:rFonts w:ascii="Georgia" w:hAnsi="Georgia"/>
          <w:b w:val="0"/>
          <w:i/>
          <w:color w:val="000000"/>
          <w:sz w:val="24"/>
        </w:rPr>
        <w:t>шекель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«Четыреста шекелей серебра, имеющих хождение у купцов (овер ла-сохер)»</w:t>
      </w:r>
      <w:r>
        <w:rPr>
          <w:rFonts w:ascii="Georgia" w:hAnsi="Georgia"/>
          <w:b w:val="0"/>
          <w:i w:val="0"/>
          <w:color w:val="000000"/>
          <w:sz w:val="24"/>
        </w:rPr>
        <w:t>. Это череп (Гальгальта), называемый Кетер, который окружает голову, ведь таргум слова «вокруг» (</w:t>
      </w:r>
      <w:r>
        <w:rPr>
          <w:rFonts w:ascii="Georgia" w:hAnsi="Georgia"/>
          <w:b w:val="0"/>
          <w:i/>
          <w:color w:val="000000"/>
          <w:sz w:val="24"/>
        </w:rPr>
        <w:t>савив</w:t>
      </w:r>
      <w:r>
        <w:rPr>
          <w:rFonts w:ascii="Georgia" w:hAnsi="Georgia"/>
          <w:b w:val="0"/>
          <w:i w:val="0"/>
          <w:color w:val="000000"/>
          <w:sz w:val="24"/>
        </w:rPr>
        <w:t xml:space="preserve">) — </w:t>
      </w:r>
      <w:r>
        <w:rPr>
          <w:rFonts w:ascii="Georgia" w:hAnsi="Georgia"/>
          <w:b w:val="0"/>
          <w:i/>
          <w:color w:val="000000"/>
          <w:sz w:val="24"/>
        </w:rPr>
        <w:t>схор</w:t>
      </w:r>
      <w:r>
        <w:rPr>
          <w:rFonts w:ascii="Georgia" w:hAnsi="Georgia"/>
          <w:b w:val="0"/>
          <w:i w:val="0"/>
          <w:color w:val="000000"/>
          <w:sz w:val="24"/>
        </w:rPr>
        <w:t xml:space="preserve"> (</w:t>
      </w:r>
      <w:r>
        <w:rPr>
          <w:rFonts w:ascii="Georgia" w:hAnsi="Georgia" w:cs="Times New Roman"/>
          <w:b/>
          <w:i w:val="0"/>
          <w:color w:val="000000"/>
          <w:sz w:val="24"/>
          <w:rtl/>
          <w:szCs w:val="32"/>
        </w:rPr>
        <w:t>סְחוֹר</w:t>
      </w:r>
      <w:r>
        <w:rPr>
          <w:rFonts w:ascii="Georgia" w:hAnsi="Georgia"/>
          <w:b w:val="0"/>
          <w:i w:val="0"/>
          <w:color w:val="000000"/>
          <w:sz w:val="24"/>
        </w:rPr>
        <w:t xml:space="preserve">). И это </w:t>
      </w:r>
      <w:r>
        <w:rPr>
          <w:rFonts w:ascii="Georgia" w:hAnsi="Georgia"/>
          <w:b w:val="0"/>
          <w:i/>
          <w:color w:val="000000"/>
          <w:sz w:val="24"/>
        </w:rPr>
        <w:t>«овер ла-сохер»</w:t>
      </w:r>
      <w:r>
        <w:rPr>
          <w:rFonts w:ascii="Georgia" w:hAnsi="Georgia"/>
          <w:b w:val="0"/>
          <w:i w:val="0"/>
          <w:color w:val="000000"/>
          <w:sz w:val="24"/>
        </w:rPr>
        <w:t xml:space="preserve"> указывает на Кетер.</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4) </w:t>
      </w:r>
      <w:r>
        <w:rPr>
          <w:rFonts w:ascii="Georgia" w:hAnsi="Georgia"/>
          <w:b/>
          <w:i w:val="0"/>
          <w:color w:val="000000"/>
          <w:sz w:val="24"/>
        </w:rPr>
        <w:t>«Ведь волосы выходят из свойства Нецах и Ход, называемых «крючьями столбов», пойми это»</w:t>
      </w:r>
      <w:r>
        <w:rPr>
          <w:rFonts w:ascii="Georgia" w:hAnsi="Georgia"/>
          <w:b w:val="0"/>
          <w:i w:val="0"/>
          <w:color w:val="000000"/>
          <w:sz w:val="24"/>
        </w:rPr>
        <w:t xml:space="preserve"> и т.д.</w:t>
      </w:r>
    </w:p>
    <w:p>
      <w:pPr>
        <w:spacing w:before="40" w:after="120"/>
        <w:jc w:val="both"/>
      </w:pPr>
      <w:r>
        <w:rPr>
          <w:rFonts w:ascii="Georgia" w:hAnsi="Georgia"/>
          <w:b w:val="0"/>
          <w:i w:val="0"/>
          <w:color w:val="000000"/>
          <w:sz w:val="24"/>
        </w:rPr>
        <w:t>Нужно глубоко понять эти три категории, приводимые Учителем: белизну, волосы головы и волосы бороды.</w:t>
      </w:r>
    </w:p>
    <w:p>
      <w:pPr>
        <w:spacing w:before="40" w:after="120"/>
        <w:jc w:val="both"/>
      </w:pPr>
      <w:r>
        <w:rPr>
          <w:rFonts w:ascii="Georgia" w:hAnsi="Georgia"/>
          <w:b w:val="0"/>
          <w:i w:val="0"/>
          <w:color w:val="000000"/>
          <w:sz w:val="24"/>
        </w:rPr>
        <w:t>Сначала поймем то, на что намекает нам Учитель: волосы выходят из свойства Нецах и Ход головы Атика, облачающихся в голову АА и называемых «крючьями столбов» (</w:t>
      </w:r>
      <w:r>
        <w:rPr>
          <w:rFonts w:ascii="Georgia" w:hAnsi="Georgia"/>
          <w:b w:val="0"/>
          <w:i/>
          <w:color w:val="000000"/>
          <w:sz w:val="24"/>
        </w:rPr>
        <w:t>вавей а-амудим</w:t>
      </w:r>
      <w:r>
        <w:rPr>
          <w:rFonts w:ascii="Georgia" w:hAnsi="Georgia"/>
          <w:b w:val="0"/>
          <w:i w:val="0"/>
          <w:color w:val="000000"/>
          <w:sz w:val="24"/>
        </w:rPr>
        <w:t>).</w:t>
      </w:r>
    </w:p>
    <w:p>
      <w:pPr>
        <w:spacing w:before="40" w:after="120"/>
        <w:jc w:val="both"/>
      </w:pPr>
      <w:r>
        <w:rPr>
          <w:rFonts w:ascii="Georgia" w:hAnsi="Georgia"/>
          <w:b w:val="0"/>
          <w:i w:val="0"/>
          <w:color w:val="000000"/>
          <w:sz w:val="24"/>
        </w:rPr>
        <w:t>Суть этого согласуется с написанным выше в «Паним Меирот» (ветвь 21, пункт 2, со слов «Ибо волосы», посмотри там внимательно и помни это для всего дальнейшего).</w:t>
      </w:r>
    </w:p>
    <w:p>
      <w:pPr>
        <w:spacing w:before="40" w:after="120"/>
        <w:jc w:val="both"/>
      </w:pPr>
      <w:r>
        <w:rPr>
          <w:rFonts w:ascii="Georgia" w:hAnsi="Georgia"/>
          <w:b w:val="0"/>
          <w:i w:val="0"/>
          <w:color w:val="000000"/>
          <w:sz w:val="24"/>
        </w:rPr>
        <w:t>Также было объяснено в предшествующей ветви, что корень облачения НЕХИ высшего в нижнего заложен во Втором сокращении (ЦБ) де-АК при подъеме МАН к глазам (эйнаим), когда АХАП вышли из головы высшего на уровень ХАГАТ и тела (гуфа).</w:t>
      </w:r>
    </w:p>
    <w:p>
      <w:pPr>
        <w:spacing w:before="40" w:after="120"/>
        <w:jc w:val="both"/>
      </w:pPr>
      <w:r>
        <w:rPr>
          <w:rFonts w:ascii="Georgia" w:hAnsi="Georgia"/>
          <w:b w:val="0"/>
          <w:i w:val="0"/>
          <w:color w:val="000000"/>
          <w:sz w:val="24"/>
        </w:rPr>
        <w:t>И так как каждый нижний выходит от экрана первого ухода света высшего, называемого Малхут де-рош, которая поднялась теперь от рта (пэ) к месту никвей эйнаим (отверстий глаз), оказывается, что благодаря этому каждый нижний приобрел категорию АХАП головы высшего, тогда как до Второго сокращения ему принадлежал лишь ХАГАТ высшего, а теперь он приобрел также АХАП головы высшего, которые считаются теперь местом головы нижнего.</w:t>
      </w:r>
    </w:p>
    <w:p>
      <w:pPr>
        <w:spacing w:before="40" w:after="120"/>
        <w:jc w:val="both"/>
      </w:pPr>
      <w:r>
        <w:rPr>
          <w:rFonts w:ascii="Georgia" w:hAnsi="Georgia"/>
          <w:b w:val="0"/>
          <w:i w:val="0"/>
          <w:color w:val="000000"/>
          <w:sz w:val="24"/>
        </w:rPr>
        <w:t>И это называется облачением НЕХИ высшего, потому что главное значение здесь относится к тайне экрана (масаха), находившегося в пэ высшего, откуда решимо (запись) от него опустилась внутрь головы нижнего по указанной выше причине. И оно остается в ней подобно инородному телу и никогда не смешивается со строением самого нижнего.</w:t>
      </w:r>
    </w:p>
    <w:p>
      <w:pPr>
        <w:spacing w:before="40" w:after="120"/>
        <w:jc w:val="both"/>
      </w:pPr>
      <w:r>
        <w:rPr>
          <w:rFonts w:ascii="Georgia" w:hAnsi="Georgia"/>
          <w:b w:val="0"/>
          <w:i w:val="0"/>
          <w:color w:val="000000"/>
          <w:sz w:val="24"/>
        </w:rPr>
        <w:t>Ведь все отличие высшего от нижнего состоит только в экране, очищающемся по пяти ступеням, как сказано выше в «Паним Месбирот» (лист 205, со слов «И пойми», посмотри там). Экран первого парцуфа — это тайна четвертой стадии (бхина далет), а экран второго парцуфа, называемого АБ, — это третья стадия (бхина гимель) и так далее.</w:t>
      </w:r>
    </w:p>
    <w:p>
      <w:pPr>
        <w:spacing w:before="40" w:after="120"/>
        <w:jc w:val="both"/>
      </w:pPr>
      <w:r>
        <w:rPr>
          <w:rFonts w:ascii="Georgia" w:hAnsi="Georgia"/>
          <w:b w:val="0"/>
          <w:i w:val="0"/>
          <w:color w:val="000000"/>
          <w:sz w:val="24"/>
        </w:rPr>
        <w:t>Поэтому то решимо экрана АХАП первой головы, представляющее собой четвертую стадию, которое облачается в голову парцуфа АБ, чье строение целиком происходит от экрана третьей стадии, оказывается в нем инородным телом, не имеющим никакой связи со строением его келим, — и пойми это как следует.</w:t>
      </w:r>
    </w:p>
    <w:p>
      <w:pPr>
        <w:spacing w:before="40" w:after="120"/>
        <w:jc w:val="both"/>
      </w:pPr>
      <w:r>
        <w:rPr>
          <w:rFonts w:ascii="Georgia" w:hAnsi="Georgia"/>
          <w:b w:val="0"/>
          <w:i w:val="0"/>
          <w:color w:val="000000"/>
          <w:sz w:val="24"/>
        </w:rPr>
        <w:t>Ты уже знаешь, что свойство экрана, на котором происходит ударное соединение (зивуг) от высшего света, всегда называется именем НЕХИ, как сказано в предшествующей ветви. Поэтому мы обозначаем категорию АХАП высшего, облачающихся в голову нижнего, именем НЕХИ, ведь в нем заключены абсолютно все различения, — помни это.</w:t>
      </w:r>
    </w:p>
    <w:p>
      <w:pPr>
        <w:spacing w:before="40" w:after="120"/>
        <w:jc w:val="both"/>
      </w:pPr>
      <w:r>
        <w:rPr>
          <w:rFonts w:ascii="Georgia" w:hAnsi="Georgia"/>
          <w:b w:val="0"/>
          <w:i w:val="0"/>
          <w:color w:val="000000"/>
          <w:sz w:val="24"/>
        </w:rPr>
        <w:t>В силу же упомянутого облачения АХАП высшего нижний способен подняться на место высшего и облачить его так, что считается буквально подобным самому высшему.</w:t>
      </w:r>
    </w:p>
    <w:p>
      <w:pPr>
        <w:spacing w:before="40" w:after="120"/>
        <w:jc w:val="both"/>
      </w:pPr>
      <w:r>
        <w:rPr>
          <w:rFonts w:ascii="Georgia" w:hAnsi="Georgia"/>
          <w:b w:val="0"/>
          <w:i w:val="0"/>
          <w:color w:val="000000"/>
          <w:sz w:val="24"/>
        </w:rPr>
        <w:t>Это происходит во время соударения в состоянии гадлут (зивуг де-гадлут) высшего, когда экран вновь опускается от места глаз к месту рта, как это было в парцуфим АК (как написано в «Паним Месбирот», лист 664, со слов «И причина», см. там).</w:t>
      </w:r>
    </w:p>
    <w:p>
      <w:pPr>
        <w:spacing w:before="40" w:after="120"/>
        <w:jc w:val="both"/>
      </w:pPr>
      <w:r>
        <w:rPr>
          <w:rFonts w:ascii="Georgia" w:hAnsi="Georgia"/>
          <w:b w:val="0"/>
          <w:i w:val="0"/>
          <w:color w:val="000000"/>
          <w:sz w:val="24"/>
        </w:rPr>
        <w:t>Тогда нижний, поднимаясь, буквально облачает АХАП высшего, и голова нижнего превращается в категорию самой головы высшего, как написал Учитель в «Мево Шеарим» (врата 6, часть 2, глава 1): когда нижний поднимается на место высшего, он буквально уподобляется ему, посмотри там. Ведь когда две половины ступени десяти сфирот головы высшего соединяются в единую голову, нижний, облачающий нижнюю половину ступени, включается вместе с ней и объединяется в одну ступень с высшим, — и пойми это для всех мест.</w:t>
      </w:r>
    </w:p>
    <w:p>
      <w:pPr>
        <w:spacing w:before="40" w:after="120"/>
        <w:jc w:val="both"/>
      </w:pPr>
      <w:r>
        <w:rPr>
          <w:rFonts w:ascii="Georgia" w:hAnsi="Georgia"/>
          <w:b w:val="0"/>
          <w:i w:val="0"/>
          <w:color w:val="000000"/>
          <w:sz w:val="24"/>
        </w:rPr>
        <w:t>Однако в отношении опускания экрана от глаз вниз существуют три ступени:</w:t>
      </w:r>
    </w:p>
    <w:p>
      <w:pPr>
        <w:spacing w:before="40" w:after="120"/>
        <w:jc w:val="both"/>
      </w:pPr>
      <w:r>
        <w:rPr>
          <w:rFonts w:ascii="Georgia" w:hAnsi="Georgia"/>
          <w:b w:val="0"/>
          <w:i w:val="0"/>
          <w:color w:val="000000"/>
          <w:sz w:val="24"/>
        </w:rPr>
        <w:t>иногда он опускается к ушам (однин), и тогда поднимается только часть озэн из упомянутого АХАП, и нижний следует за ней лишь на одну ступень, постигая уровень нешама высшего.</w:t>
      </w:r>
    </w:p>
    <w:p>
      <w:pPr>
        <w:spacing w:before="40" w:after="120"/>
        <w:jc w:val="both"/>
      </w:pPr>
      <w:r>
        <w:rPr>
          <w:rFonts w:ascii="Georgia" w:hAnsi="Georgia"/>
          <w:b w:val="0"/>
          <w:i w:val="0"/>
          <w:color w:val="000000"/>
          <w:sz w:val="24"/>
        </w:rPr>
        <w:t>Если он опускается еще ниже, то есть до носа (хотма), нижний поднимается на две ступени и постигает также уровень хая от высшего.</w:t>
      </w:r>
    </w:p>
    <w:p>
      <w:pPr>
        <w:spacing w:before="40" w:after="120"/>
        <w:jc w:val="both"/>
      </w:pPr>
      <w:r>
        <w:rPr>
          <w:rFonts w:ascii="Georgia" w:hAnsi="Georgia"/>
          <w:b w:val="0"/>
          <w:i w:val="0"/>
          <w:color w:val="000000"/>
          <w:sz w:val="24"/>
        </w:rPr>
        <w:t>Если же экран опускается на свое место, как это было в парцуфим АК, то есть ко рту (пума), тогда нижний поднимается по всем трем ступеням и постигает уровень ехида от высшего.</w:t>
      </w:r>
    </w:p>
    <w:p>
      <w:pPr>
        <w:spacing w:before="40" w:after="120"/>
        <w:jc w:val="both"/>
      </w:pPr>
      <w:r>
        <w:rPr>
          <w:rFonts w:ascii="Georgia" w:hAnsi="Georgia"/>
          <w:b w:val="0"/>
          <w:i w:val="0"/>
          <w:color w:val="000000"/>
          <w:sz w:val="24"/>
        </w:rPr>
        <w:t>Пойми это как следует и сохраняй для всего дальнейшего и для всех мест. Однако до того, как совершается зивуг де-гадлут в голове высшего, пока решимот от АХАП высшего находятся на месте нижнего, они воспринимаются в нем инородным телом, как сказано выше, и считаются в нем чем-то избыточным. И тогда отраженный свет, поднимающийся от этих НЕХИ, не может раскрыться во внутренней части мозгов нижнего, поскольку он отличен от его собственного строения.</w:t>
      </w:r>
    </w:p>
    <w:p>
      <w:pPr>
        <w:spacing w:before="40" w:after="120"/>
        <w:jc w:val="both"/>
      </w:pPr>
      <w:r>
        <w:rPr>
          <w:rFonts w:ascii="Georgia" w:hAnsi="Georgia"/>
          <w:b w:val="0"/>
          <w:i w:val="0"/>
          <w:color w:val="000000"/>
          <w:sz w:val="24"/>
        </w:rPr>
        <w:t>Поэтому они пробиваются и выходят наружу поверх черепа (Гальгальта) в виде волос.</w:t>
      </w:r>
    </w:p>
    <w:p>
      <w:pPr>
        <w:spacing w:before="40" w:after="120"/>
        <w:jc w:val="both"/>
      </w:pPr>
      <w:r>
        <w:rPr>
          <w:rFonts w:ascii="Georgia" w:hAnsi="Georgia"/>
          <w:b w:val="0"/>
          <w:i w:val="0"/>
          <w:color w:val="000000"/>
          <w:sz w:val="24"/>
        </w:rPr>
        <w:t>В этом смысл сказанного в Зоаре, что волосы — это излишки мозга (</w:t>
      </w:r>
      <w:r>
        <w:rPr>
          <w:rFonts w:ascii="Georgia" w:hAnsi="Georgia"/>
          <w:b w:val="0"/>
          <w:i/>
          <w:color w:val="000000"/>
          <w:sz w:val="24"/>
        </w:rPr>
        <w:t>мотрей моха</w:t>
      </w:r>
      <w:r>
        <w:rPr>
          <w:rFonts w:ascii="Georgia" w:hAnsi="Georgia"/>
          <w:b w:val="0"/>
          <w:i w:val="0"/>
          <w:color w:val="000000"/>
          <w:sz w:val="24"/>
        </w:rPr>
        <w:t>), то есть мозг нижнего не выносит их, потому что свойство экрана АХАП первой головы грубее (авиют его выше), чем строение келим головы АБ: ведь ее строение — от третьей стадии, а строение высшего — от четвертой стадии.</w:t>
      </w:r>
    </w:p>
    <w:p>
      <w:pPr>
        <w:spacing w:before="40" w:after="120"/>
        <w:jc w:val="both"/>
      </w:pPr>
      <w:r>
        <w:rPr>
          <w:rFonts w:ascii="Georgia" w:hAnsi="Georgia"/>
          <w:b w:val="0"/>
          <w:i w:val="0"/>
          <w:color w:val="000000"/>
          <w:sz w:val="24"/>
        </w:rPr>
        <w:t>Поэтому они подобны излишку внутри его мозгов, и потому он выводит их наружу на Гальгальту в виде волос головы. И хотя во время малого состояния (катнут) они представляют собой излишки мозга и свойство судов (диним) по отношению к нижнему, как сказано, тем не менее весь рост и свет разума (мохин) нижнего зависят исключительно от этих НЕХИ высшего, спустившихся к нему, как сказано выше. Ведь благодаря им ступень нижнего возвращается к тому, чтобы стать буквально подобной высшему.</w:t>
      </w:r>
    </w:p>
    <w:p>
      <w:pPr>
        <w:spacing w:before="40" w:after="120"/>
        <w:jc w:val="both"/>
      </w:pPr>
      <w:r>
        <w:rPr>
          <w:rFonts w:ascii="Georgia" w:hAnsi="Georgia"/>
          <w:b w:val="0"/>
          <w:i w:val="0"/>
          <w:color w:val="000000"/>
          <w:sz w:val="24"/>
        </w:rPr>
        <w:t>Поэтому эти НЕХИ и называются «крючьями столбов» (</w:t>
      </w:r>
      <w:r>
        <w:rPr>
          <w:rFonts w:ascii="Georgia" w:hAnsi="Georgia"/>
          <w:b w:val="0"/>
          <w:i/>
          <w:color w:val="000000"/>
          <w:sz w:val="24"/>
        </w:rPr>
        <w:t>вавей а-амудим</w:t>
      </w:r>
      <w:r>
        <w:rPr>
          <w:rFonts w:ascii="Georgia" w:hAnsi="Georgia"/>
          <w:b w:val="0"/>
          <w:i w:val="0"/>
          <w:color w:val="000000"/>
          <w:sz w:val="24"/>
        </w:rPr>
        <w:t>), подобно столбам, на которые опирается весь дом.</w:t>
      </w:r>
    </w:p>
    <w:p>
      <w:pPr>
        <w:spacing w:before="40" w:after="120"/>
        <w:jc w:val="both"/>
      </w:pPr>
      <w:r>
        <w:rPr>
          <w:rFonts w:ascii="Georgia" w:hAnsi="Georgia"/>
          <w:b w:val="0"/>
          <w:i w:val="0"/>
          <w:color w:val="000000"/>
          <w:sz w:val="24"/>
        </w:rPr>
        <w:t>И об этом сказано: «Ведь волосы выходят из категории Нецах и Ход, называемых «крючьями столбов»» — то есть из свойства экрана, скрытого в АХАП высшего, опустившихся на место головы нижнего, поскольку эти Нецах и Ход служат столбами, по которым нижний поднимается ко всей высоте высшего, как было объяснено.</w:t>
      </w:r>
    </w:p>
    <w:p>
      <w:pPr>
        <w:spacing w:before="40" w:after="120"/>
        <w:jc w:val="both"/>
      </w:pPr>
      <w:r>
        <w:rPr>
          <w:rFonts w:ascii="Georgia" w:hAnsi="Georgia"/>
          <w:b w:val="0"/>
          <w:i w:val="0"/>
          <w:color w:val="000000"/>
          <w:sz w:val="24"/>
        </w:rPr>
        <w:t>Окончание же разъяснения слов Учителя, приведенных здесь, находится в следующей ветви, и нет нужды повторять сказанное.</w:t>
      </w:r>
    </w:p>
    <w:p>
      <w:r>
        <w:br w:type="page"/>
      </w:r>
    </w:p>
    <w:p>
      <w:pPr>
        <w:keepNext/>
        <w:spacing w:before="360" w:after="160"/>
        <w:jc w:val="center"/>
      </w:pPr>
      <w:r>
        <w:rPr>
          <w:rFonts w:ascii="Georgia" w:hAnsi="Georgia"/>
          <w:b w:val="0"/>
          <w:i w:val="0"/>
          <w:color w:val="000000"/>
          <w:sz w:val="40"/>
        </w:rPr>
        <w:t>Ветвь 64</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 xml:space="preserve">1) Четыре правила. Первое правило: у АА есть волосы головы (сеарот рейша) — белые волосы (ховарта) и пряди (нимин), спускающиеся сзади, — и есть у него волосы бороды (сеарот дикна), спускающиеся спереди. И место окончания обоих этих свойств — до пупа сердца (табура де-либа), как сказано в Идре. Смысл же [выражения] «пуп сердца» таков: Тиферет де-АА называется сердцем, а точка ее середины называется «пупом сердца», поскольку [собственно] пуп тела (табура де-гуфа) находится в конце двух третей Тиферет. И оттуда и ниже ЗА облачает остальную часть АА (и Аба ве-Има). Таким образом, оба этих вида волос достигают головы ЗА спереди и сзади, но не входят в него, так как они не настолько длинны, и длина их ровно оканчивается на этом уровне. И от них протягиваются жизненная сила (хиют) и изобилие (шефа) к волосам головы ЗА. И хотя это волосы и они [относятся к] судам (диним), все же, поскольку это волосы АА, они представляют собой гораздо более полное милосердие (рахамим), чем [собственные] милосердия ЗА. И оттуда и ниже у ЗА нет волос, покрывающих его ни спереди, ни сзади, как [покрывали они] Аба ве-Има. И в этом смысл [стиха]: </w:t>
      </w:r>
      <w:r>
        <w:rPr>
          <w:rFonts w:ascii="Georgia" w:hAnsi="Georgia"/>
          <w:b w:val="0"/>
          <w:i/>
          <w:color w:val="000000"/>
          <w:sz w:val="24"/>
        </w:rPr>
        <w:t>«...а я человек гладкий»</w:t>
      </w:r>
      <w:r>
        <w:rPr>
          <w:rFonts w:ascii="Georgia" w:hAnsi="Georgia"/>
          <w:b w:val="0"/>
          <w:i w:val="0"/>
          <w:color w:val="000000"/>
          <w:sz w:val="24"/>
        </w:rPr>
        <w:t xml:space="preserve"> (Берешит 27:11) — без волос АА, которые облачали бы его. От волос питается сам ЗА, но от свечения ховарта праведники наследуют четыреста миров страстного стремления в грядущем мире. И уже объяснялось в другом месте, что в одном отношении волосы выше ховарта, а в другом отношении — наоборот.</w:t>
      </w:r>
    </w:p>
    <w:p>
      <w:pPr>
        <w:spacing w:before="40" w:after="120"/>
        <w:jc w:val="both"/>
      </w:pPr>
      <w:r>
        <w:rPr>
          <w:rFonts w:ascii="Georgia" w:hAnsi="Georgia"/>
          <w:b w:val="0"/>
          <w:i w:val="0"/>
          <w:color w:val="000000"/>
          <w:sz w:val="24"/>
        </w:rPr>
        <w:t xml:space="preserve">И знай, что к ЗА не протягивается ни от одной из [прядей] ховарта, кроме как от одной дорожки (орха), проходящей по пробору волос [АА], и оттуда протягивается к другой дорожке в голове ЗА, также по пробору волос. И из четырех [свойств] ховарта дополняются тринадцать исправлений (тиккуним), как известно; а из девяти [свойств] ховарта лица образуются в ЗА девять исправлений, как написано у нас в другом месте. Второе правило: знай, что в голове ЗА — там корень клипот, цепляющихся за его черные волосы; тогда как голова Нуквы — это корень лишь судов, и клипот там не цепляются, а [волосы] ее — красные. По логике казалось бы наоборот. Причина же [такого устройства в том], что Источник увидел: если бы корень судов находился в голове ЗА, суды были бы чрезвычайно суровыми, ведь суды мужского начала (дехура) в голове суровы и могущественны, так как они представляют собой мохин (свет разума) от свойства НЕХИ Твуны, женского начала, — и тогда суровые суды безмерно усиливались бы и цеплялись там. И точно так же, если бы корень клипот находился внизу, в голове Нуквы, которую все клипот окружают по принципу </w:t>
      </w:r>
      <w:r>
        <w:rPr>
          <w:rFonts w:ascii="Georgia" w:hAnsi="Georgia"/>
          <w:b w:val="0"/>
          <w:i/>
          <w:color w:val="000000"/>
          <w:sz w:val="24"/>
        </w:rPr>
        <w:t>«как роза меж терний»</w:t>
      </w:r>
      <w:r>
        <w:rPr>
          <w:rFonts w:ascii="Georgia" w:hAnsi="Georgia"/>
          <w:b w:val="0"/>
          <w:i w:val="0"/>
          <w:color w:val="000000"/>
          <w:sz w:val="24"/>
        </w:rPr>
        <w:t xml:space="preserve"> (Шир а-Ширим 2:2), они цеплялись бы там постоянно, и мир был бы разрушен. Поэтому высший Источник в Своей мудрости счел нужным изменить [это ожидаемое] соотношение, чтобы корень клипот питался от головы мужского начала, куда свет доходит до них издалека, и они не могут</w:t>
      </w:r>
    </w:p>
    <w:p>
      <w:pPr>
        <w:spacing w:before="40" w:after="120"/>
        <w:jc w:val="both"/>
      </w:pPr>
      <w:r>
        <w:rPr>
          <w:rFonts w:ascii="Georgia" w:hAnsi="Georgia"/>
          <w:b w:val="0"/>
          <w:i w:val="0"/>
          <w:color w:val="000000"/>
          <w:sz w:val="24"/>
        </w:rPr>
        <w:t>зацепиться там так, как если бы они находились внизу, в голове Нуквы. И точно так же корень судов [помещен] внизу, в голове Нуквы, чей мохин исходит из НЕХИ ЗА, мужского начала, где хасадим раскрыты; и они мягки в голове, благодаря чему суды смягчаются.</w:t>
      </w:r>
    </w:p>
    <w:p>
      <w:pPr>
        <w:spacing w:before="40" w:after="120"/>
        <w:jc w:val="both"/>
      </w:pPr>
      <w:r>
        <w:rPr>
          <w:rFonts w:ascii="Georgia" w:hAnsi="Georgia"/>
          <w:b w:val="0"/>
          <w:i w:val="0"/>
          <w:color w:val="000000"/>
          <w:sz w:val="24"/>
        </w:rPr>
        <w:t xml:space="preserve">Третье правило: волосы головы АА белые, </w:t>
      </w:r>
      <w:r>
        <w:rPr>
          <w:rFonts w:ascii="Georgia" w:hAnsi="Georgia"/>
          <w:b w:val="0"/>
          <w:i/>
          <w:color w:val="000000"/>
          <w:sz w:val="24"/>
        </w:rPr>
        <w:t>«как чистая шерсть»</w:t>
      </w:r>
      <w:r>
        <w:rPr>
          <w:rFonts w:ascii="Georgia" w:hAnsi="Georgia"/>
          <w:b w:val="0"/>
          <w:i w:val="0"/>
          <w:color w:val="000000"/>
          <w:sz w:val="24"/>
        </w:rPr>
        <w:t xml:space="preserve"> (Даниэль 7:9), а [волосы] ЗА — черные, как сказано: </w:t>
      </w:r>
      <w:r>
        <w:rPr>
          <w:rFonts w:ascii="Georgia" w:hAnsi="Georgia"/>
          <w:b w:val="0"/>
          <w:i/>
          <w:color w:val="000000"/>
          <w:sz w:val="24"/>
        </w:rPr>
        <w:t>«Кудри его волнистые, черные, как ворон»</w:t>
      </w:r>
      <w:r>
        <w:rPr>
          <w:rFonts w:ascii="Georgia" w:hAnsi="Georgia"/>
          <w:b w:val="0"/>
          <w:i w:val="0"/>
          <w:color w:val="000000"/>
          <w:sz w:val="24"/>
        </w:rPr>
        <w:t xml:space="preserve"> (Шир а-Ширим 5:11). А [волосы] Нуквы красные, как пурпур, как сказано: </w:t>
      </w:r>
      <w:r>
        <w:rPr>
          <w:rFonts w:ascii="Georgia" w:hAnsi="Georgia"/>
          <w:b w:val="0"/>
          <w:i/>
          <w:color w:val="000000"/>
          <w:sz w:val="24"/>
        </w:rPr>
        <w:t>«И косы головы твоей — как пурпур»</w:t>
      </w:r>
      <w:r>
        <w:rPr>
          <w:rFonts w:ascii="Georgia" w:hAnsi="Georgia"/>
          <w:b w:val="0"/>
          <w:i w:val="0"/>
          <w:color w:val="000000"/>
          <w:sz w:val="24"/>
        </w:rPr>
        <w:t xml:space="preserve"> (Шир а-Ширим 7:6). И знак этого — </w:t>
      </w:r>
      <w:r>
        <w:rPr>
          <w:rFonts w:ascii="Georgia" w:hAnsi="Georgia"/>
          <w:b w:val="0"/>
          <w:i/>
          <w:color w:val="000000"/>
          <w:sz w:val="24"/>
        </w:rPr>
        <w:t>эшель</w:t>
      </w:r>
      <w:r>
        <w:rPr>
          <w:rFonts w:ascii="Georgia" w:hAnsi="Georgia"/>
          <w:b w:val="0"/>
          <w:i w:val="0"/>
          <w:color w:val="000000"/>
          <w:sz w:val="24"/>
        </w:rPr>
        <w:t xml:space="preserve"> (</w:t>
      </w:r>
      <w:r>
        <w:rPr>
          <w:rFonts w:ascii="Georgia" w:hAnsi="Georgia" w:cs="Times New Roman"/>
          <w:b/>
          <w:i w:val="0"/>
          <w:color w:val="000000"/>
          <w:sz w:val="24"/>
          <w:rtl/>
          <w:szCs w:val="32"/>
        </w:rPr>
        <w:t>אֶשֶׁל</w:t>
      </w:r>
      <w:r>
        <w:rPr>
          <w:rFonts w:ascii="Georgia" w:hAnsi="Georgia"/>
          <w:b w:val="0"/>
          <w:i w:val="0"/>
          <w:color w:val="000000"/>
          <w:sz w:val="24"/>
        </w:rPr>
        <w:t>): «красный» (</w:t>
      </w:r>
      <w:r>
        <w:rPr>
          <w:rFonts w:ascii="Georgia" w:hAnsi="Georgia"/>
          <w:b w:val="0"/>
          <w:i/>
          <w:color w:val="000000"/>
          <w:sz w:val="24"/>
        </w:rPr>
        <w:t>адом</w:t>
      </w:r>
      <w:r>
        <w:rPr>
          <w:rFonts w:ascii="Georgia" w:hAnsi="Georgia"/>
          <w:b w:val="0"/>
          <w:i w:val="0"/>
          <w:color w:val="000000"/>
          <w:sz w:val="24"/>
        </w:rPr>
        <w:t xml:space="preserve">, </w:t>
      </w:r>
      <w:r>
        <w:rPr>
          <w:rFonts w:ascii="Georgia" w:hAnsi="Georgia" w:cs="Times New Roman"/>
          <w:b/>
          <w:i w:val="0"/>
          <w:color w:val="000000"/>
          <w:sz w:val="24"/>
          <w:rtl/>
          <w:szCs w:val="32"/>
        </w:rPr>
        <w:t>אָדוֹם</w:t>
      </w:r>
      <w:r>
        <w:rPr>
          <w:rFonts w:ascii="Georgia" w:hAnsi="Georgia"/>
          <w:b w:val="0"/>
          <w:i w:val="0"/>
          <w:color w:val="000000"/>
          <w:sz w:val="24"/>
        </w:rPr>
        <w:t>), «черный» (</w:t>
      </w:r>
      <w:r>
        <w:rPr>
          <w:rFonts w:ascii="Georgia" w:hAnsi="Georgia"/>
          <w:b w:val="0"/>
          <w:i/>
          <w:color w:val="000000"/>
          <w:sz w:val="24"/>
        </w:rPr>
        <w:t>шахор</w:t>
      </w:r>
      <w:r>
        <w:rPr>
          <w:rFonts w:ascii="Georgia" w:hAnsi="Georgia"/>
          <w:b w:val="0"/>
          <w:i w:val="0"/>
          <w:color w:val="000000"/>
          <w:sz w:val="24"/>
        </w:rPr>
        <w:t xml:space="preserve">, </w:t>
      </w:r>
      <w:r>
        <w:rPr>
          <w:rFonts w:ascii="Georgia" w:hAnsi="Georgia" w:cs="Times New Roman"/>
          <w:b/>
          <w:i w:val="0"/>
          <w:color w:val="000000"/>
          <w:sz w:val="24"/>
          <w:rtl/>
          <w:szCs w:val="32"/>
        </w:rPr>
        <w:t>שָׁחוֹר</w:t>
      </w:r>
      <w:r>
        <w:rPr>
          <w:rFonts w:ascii="Georgia" w:hAnsi="Georgia"/>
          <w:b w:val="0"/>
          <w:i w:val="0"/>
          <w:color w:val="000000"/>
          <w:sz w:val="24"/>
        </w:rPr>
        <w:t>), «белый» (</w:t>
      </w:r>
      <w:r>
        <w:rPr>
          <w:rFonts w:ascii="Georgia" w:hAnsi="Georgia"/>
          <w:b w:val="0"/>
          <w:i/>
          <w:color w:val="000000"/>
          <w:sz w:val="24"/>
        </w:rPr>
        <w:t>лаван</w:t>
      </w:r>
      <w:r>
        <w:rPr>
          <w:rFonts w:ascii="Georgia" w:hAnsi="Georgia"/>
          <w:b w:val="0"/>
          <w:i w:val="0"/>
          <w:color w:val="000000"/>
          <w:sz w:val="24"/>
        </w:rPr>
        <w:t xml:space="preserve">, </w:t>
      </w:r>
      <w:r>
        <w:rPr>
          <w:rFonts w:ascii="Georgia" w:hAnsi="Georgia" w:cs="Times New Roman"/>
          <w:b/>
          <w:i w:val="0"/>
          <w:color w:val="000000"/>
          <w:sz w:val="24"/>
          <w:rtl/>
          <w:szCs w:val="32"/>
        </w:rPr>
        <w:t>לָבָן</w:t>
      </w:r>
      <w:r>
        <w:rPr>
          <w:rFonts w:ascii="Georgia" w:hAnsi="Georgia"/>
          <w:b w:val="0"/>
          <w:i w:val="0"/>
          <w:color w:val="000000"/>
          <w:sz w:val="24"/>
        </w:rPr>
        <w:t xml:space="preserve">) — снизу вверх. И в этом смысл [стиха]: </w:t>
      </w:r>
      <w:r>
        <w:rPr>
          <w:rFonts w:ascii="Georgia" w:hAnsi="Georgia"/>
          <w:b w:val="0"/>
          <w:i/>
          <w:color w:val="000000"/>
          <w:sz w:val="24"/>
        </w:rPr>
        <w:t>«И насадил эшель в Беэр-Шеве»</w:t>
      </w:r>
      <w:r>
        <w:rPr>
          <w:rFonts w:ascii="Georgia" w:hAnsi="Georgia"/>
          <w:b w:val="0"/>
          <w:i w:val="0"/>
          <w:color w:val="000000"/>
          <w:sz w:val="24"/>
        </w:rPr>
        <w:t xml:space="preserve"> (Берешит 21:33), ведь благодаря воде — свойству Авраама — растут волосы, называемые </w:t>
      </w:r>
      <w:r>
        <w:rPr>
          <w:rFonts w:ascii="Georgia" w:hAnsi="Georgia"/>
          <w:b w:val="0"/>
          <w:i/>
          <w:color w:val="000000"/>
          <w:sz w:val="24"/>
        </w:rPr>
        <w:t>эшель</w:t>
      </w:r>
      <w:r>
        <w:rPr>
          <w:rFonts w:ascii="Georgia" w:hAnsi="Georgia"/>
          <w:b w:val="0"/>
          <w:i w:val="0"/>
          <w:color w:val="000000"/>
          <w:sz w:val="24"/>
        </w:rPr>
        <w:t>.</w:t>
      </w:r>
    </w:p>
    <w:p>
      <w:pPr>
        <w:spacing w:before="40" w:after="120"/>
        <w:jc w:val="both"/>
      </w:pPr>
      <w:r>
        <w:rPr>
          <w:rFonts w:ascii="Georgia" w:hAnsi="Georgia"/>
          <w:b w:val="0"/>
          <w:i w:val="0"/>
          <w:color w:val="000000"/>
          <w:sz w:val="24"/>
        </w:rPr>
        <w:t>Четвертое правило: волосы головы [происходят] от Кетера, то есть Арих Анпина, в который навечно облачился Хесед де-Атик Йомин, и даже в АА это Хесед. Волосы же бороды — со стороны Хохмы, в которую навечно облачилась Гвура де-Атик, и даже в АА это Гвура. Поэтому волосы головы мягкие, а [волосы] бороды — более жесткие.</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«Первое правило... Второе правило: ведь в голове ЗА там корень клипот... однако в голове Нуквы — корень только лишь судов... Третье правило, и знак этого — эшель: красный, черный, белый...»</w:t>
      </w:r>
      <w:r>
        <w:rPr>
          <w:rFonts w:ascii="Georgia" w:hAnsi="Georgia"/>
          <w:b w:val="0"/>
          <w:i w:val="0"/>
          <w:color w:val="000000"/>
          <w:sz w:val="24"/>
        </w:rPr>
        <w:t xml:space="preserve"> —</w:t>
      </w:r>
    </w:p>
    <w:p>
      <w:pPr>
        <w:spacing w:before="40" w:after="120"/>
        <w:jc w:val="both"/>
      </w:pPr>
      <w:r>
        <w:rPr>
          <w:rFonts w:ascii="Georgia" w:hAnsi="Georgia"/>
          <w:b w:val="0"/>
          <w:i w:val="0"/>
          <w:color w:val="000000"/>
          <w:sz w:val="24"/>
        </w:rPr>
        <w:t xml:space="preserve">И сначала продолжим объяснение сказанного в предыдущей ветви, поскольку через него объясняются и эти четыре правила, приведенные здесь. Вот что сказано в предыдущей ветви, и таковы его слова: «И Нецах и Ход его облачаются в два свойства АА, то есть в два уха (озэн) и два глаза (эйнаим), что в нем... и потому в силу этих свойств образовались два свойства в высшей голове АА, в Гальгальте, — и это белизна (хиварта) и волосы: одно — в качестве написания самих букв, а другое — в качестве пергамента и белой бумаги, несущей на себе написанное...» — конец цитаты. И тебе необходимо помнить объясненное выше в «Паним Масбирот», стр. 663, со слов «Однако», по поводу НЕХИ де-ахор и НЕХИ де-паним, где [говорилось], что только в ГАР де-Некудим облачились НЕХИ де-ахор де-Кетер по принципу нижней хэй в глазах, то есть четвертой стадии (бхина далет); тогда как в Радла (непостижимой голове) эти НЕХИ де-ахор были скрыты во внутренней ее части, по принципу </w:t>
      </w:r>
      <w:r>
        <w:rPr>
          <w:rFonts w:ascii="Georgia" w:hAnsi="Georgia"/>
          <w:b w:val="0"/>
          <w:i/>
          <w:color w:val="000000"/>
          <w:sz w:val="24"/>
        </w:rPr>
        <w:t>«и все зады их обращены внутрь»</w:t>
      </w:r>
      <w:r>
        <w:rPr>
          <w:rFonts w:ascii="Georgia" w:hAnsi="Georgia"/>
          <w:b w:val="0"/>
          <w:i w:val="0"/>
          <w:color w:val="000000"/>
          <w:sz w:val="24"/>
        </w:rPr>
        <w:t xml:space="preserve"> (Мелахим I 7:25), а вместо них действовали только НЕХИ де-паним, как написал Учитель выше, что Малхут отсутствует в АА, так как осталась во внутренней части Радла, то есть на месте ГАР де-Некудим, которые он облачает снаружи.</w:t>
      </w:r>
    </w:p>
    <w:p>
      <w:pPr>
        <w:spacing w:before="40" w:after="120"/>
        <w:jc w:val="both"/>
      </w:pPr>
      <w:r>
        <w:rPr>
          <w:rFonts w:ascii="Georgia" w:hAnsi="Georgia"/>
          <w:b w:val="0"/>
          <w:i w:val="0"/>
          <w:color w:val="000000"/>
          <w:sz w:val="24"/>
        </w:rPr>
        <w:t>Таким образом, даже в АХАП де-Радла, являющихся НЕХИ, которые опустились и облачились в голову АА, нет совершенно ничего от решимо [тех] НЕХИ де-ахор, представляющих собой четвертую стадию. Поэтому они и называются «скрытыми НЕХИ» (НЕХИ тмирин), ведь они были сокрыты в верхней половине Кетера де-БОН, которую взяла Радла, то есть в Гальгальта ве-эйнаим де-Кетер БОН; а АХАП де-Кетер БОН, которые взял АА, происходили только от НЕХИ де-паним, в которых нет никакого решимо от четвертой стадии, — и помни это. И уже объяснялось выше в «Паним Меирот», стр. 801, со слов «И нельзя возразить», что в этот масах де-Радла, находящийся над головой АА и являющийся Парсой и небосводом, разделяющим между Радла и АА, включено также свойство Гальгальты самого АА. Однако верхняя часть этого масаха — то есть в том отношении, в каком он поднимает отраженный свет (ор хозер) снизу вверх к десяти сфирот самой Радла благодаря соударению высшего света с ним, — в этом отношении он называется Парсой. А в отношении отраженного света и прямого света (ор яшар), опускающихся от него к нижнему, то есть к голове АА, он называется Гальгальтой. И рассматривается, что масах стоит в глазах де-Кетер БОН, и потому свойство Парсы в нем относится к Хохме де-Кетер БОН, представляющей собой глаза, а свойство Гальгальты в нем — это уши, то есть Бина. Свойства же носа и рта (хотэм и пэ) — это Моха Стимаа (Сокрытый Мозг), представляющие собой АХАП де-Кетер БОН, которые опустились на уровень нижней головы — АА, см. там внимательно. И все это — со стороны разделения ступени БОН, разделившейся на уровне глаз; со стороны же МА, разделившегося на уровне Бины, Парса оказывается в Бине де-Кетер МА, а Гальгальта и Моха Стимаа оказываются на уровне ЗА и ХАГАТ, как сказано выше, см. там. И в этом смысл того, что Гальгальта облачает Хесед де-Атик, а Моха Стимаа — Гвуру де-Атик, то есть ступени ХАГАТ, поскольку света приходят только от нового МА, в них есть лишь ЗОН и недостает даже Бины.</w:t>
      </w:r>
    </w:p>
    <w:p>
      <w:pPr>
        <w:spacing w:before="40" w:after="120"/>
        <w:jc w:val="both"/>
      </w:pPr>
      <w:r>
        <w:rPr>
          <w:rFonts w:ascii="Georgia" w:hAnsi="Georgia"/>
          <w:b w:val="0"/>
          <w:i w:val="0"/>
          <w:color w:val="000000"/>
          <w:sz w:val="24"/>
        </w:rPr>
        <w:t>И вот выяснилось, что со стороны МА де-Радла Гальгальта и Моха Стимаа считаются лишь хотэм и пэ, представляющими собой ЗА и ХАГАТ, а со стороны БОН де-Радла они считаются АХАП. И поскольку кли оценивается главным образом по светам, находящимся в нем, а они приходят от МА, голова АА в целом рассматривается как имеющая лишь свет ХАГАТ, то есть нефеш и руах, и в ней отсутствует нешама; и даже Гальгальта считается Хеседом, а не Биной. Это различение действует тогда, когда мы рассматриваем Атик и АА как единое целое — то есть в том отношении, в каком АА является нижней частью ступени Атик, ведь именно таков он со стороны БОН, как сказано. Однако в силу МА он считается отдельным парцуфом, ведь он представляет собой парцуф АБ де-МА, а вовсе не ступень Кетер, как написал Учитель. И по этой причине он рассматривается как состоящий из десяти сфирот: Гальгальта ве-эйнаим и АХАП относительно самого себя: так что его Гальгальта включает Гальгальта ве-эйнаим, а Моха Стимаа включает АХАП, как сказано выше в «Паним Меирот», стр. 801, со слов «Однако», см. там.</w:t>
      </w:r>
    </w:p>
    <w:p>
      <w:pPr>
        <w:spacing w:before="40" w:after="120"/>
        <w:jc w:val="both"/>
      </w:pPr>
      <w:r>
        <w:rPr>
          <w:rFonts w:ascii="Georgia" w:hAnsi="Georgia"/>
          <w:b w:val="0"/>
          <w:i w:val="0"/>
          <w:color w:val="000000"/>
          <w:sz w:val="24"/>
        </w:rPr>
        <w:t>И поэтому мы и здесь различаем в общем, что Гальгальта — это высшая голова в нем, и масах находится в глазах; Моха Стимаа же получает свойство АХАП, а та оболочка, что покрывает Моха Стимаа (крума де-махпья аль моха стимаа), — это разделяющий небосвод, и она считается свойством Гальгальты самого Моха Стимаа, то есть свойством частного уха самого АА, включенного в Моха Стимаа, как сказано выше; пойми это как следует. И об этом сказано, что Нецах и Ход де-Радла облачаются в глаза АА. Ведь ты знаешь, что масах АХАП высшего, облачающийся в нижнего, называется НЕХИ. И выяснилось, что масах головы самого АА стоит в глазах, которые зафиксированы во лбу (мэцах), представляющем собой Гальгальту, включающую Кетер и Хохму, то есть Гальгальта ве-эйнаим; АХАП же находятся в Моха Стимаа, как сказано выше.</w:t>
      </w:r>
    </w:p>
    <w:p>
      <w:pPr>
        <w:spacing w:before="40" w:after="120"/>
        <w:jc w:val="both"/>
      </w:pPr>
      <w:r>
        <w:rPr>
          <w:rFonts w:ascii="Georgia" w:hAnsi="Georgia"/>
          <w:b w:val="0"/>
          <w:i w:val="0"/>
          <w:color w:val="000000"/>
          <w:sz w:val="24"/>
        </w:rPr>
        <w:t>Также объяснялось выше, что этот масах, облачающийся в голову АА, — это НЕХИ де-паним, поскольку НЕХИ де-ахор сокрыты во внутренней части Радла, как сказано выше, см. там. И это имеет место во время катнута АА, когда у него есть лишь нефеш и руах. Однако во время гадлута — то есть когда МА и БОН де-Радла совершают зивуг гадлута, при котором масах опускается из глаз Кетер де-БОН де-Радла в уши де-Кетер Радла, то есть в общую Бину, находящуюся в завершении Гальгальты де-АА, представляющей собой общую Бину со стороны Кетер де-БОН, — тогда Гальгальта возвращается к уровню самой Радла. Ведь масах, находившийся в глазах и служивший разделяющим небосводом над Гальгальтой, опустился в уши, расположенные под Гальгальтой, и тем самым Гальгальта возвращается к Радла, подобно Бине Кетер де-МА. И оказывается, что там раскрывается свойство сокрытых в Радла НЕХИ де-ахор, которые до этого были скрыты в глазах Кетер де-БОН, в масахе де-Радла над Гальгальтой АА. Теперь же, когда этот масах опущен с места глаз к ушам, туда опустились и сокрытые в том масахе НЕХИ де-ахор. Пойми же это глубоко. Завершение этой темы — в следующей ветви.</w:t>
      </w:r>
    </w:p>
    <w:p>
      <w:r>
        <w:br w:type="page"/>
      </w:r>
    </w:p>
    <w:p>
      <w:pPr>
        <w:keepNext/>
        <w:spacing w:before="360" w:after="160"/>
        <w:jc w:val="center"/>
      </w:pPr>
      <w:r>
        <w:rPr>
          <w:rFonts w:ascii="Georgia" w:hAnsi="Georgia"/>
          <w:b w:val="0"/>
          <w:i w:val="0"/>
          <w:color w:val="000000"/>
          <w:sz w:val="40"/>
        </w:rPr>
        <w:t>Ветвь 65</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Семь исправлений Гальгальты де-АА, упомянутые в Сифра де-Цниюта, таковы: первое — Гальгальта, второе — кристальная роса, третье — воздушная оболочка (крума де-авира), четвертое — чистая шерсть, пятое — высшее благоволение (раава де-раавин), шестое — высший открытый [взор], седьмое — два отверстия ноздрей, то есть нос (хотэм).</w:t>
      </w:r>
    </w:p>
    <w:p>
      <w:pPr>
        <w:spacing w:before="40" w:after="120"/>
        <w:jc w:val="both"/>
      </w:pPr>
      <w:r>
        <w:rPr>
          <w:rFonts w:ascii="Georgia" w:hAnsi="Georgia"/>
          <w:b w:val="0"/>
          <w:i w:val="0"/>
          <w:color w:val="000000"/>
          <w:sz w:val="24"/>
        </w:rPr>
        <w:t>2) В другом месте уже объяснялось, что тайна Радла (непостижимой головы) облачается в АА, а всякая высшая ступень облачается в низшую по отношению к ней, чтобы светить в ней и оживлять ее. И знай, что тайна этой Радла облачается в Кетер и Хохму де-АА, составляющие в совокупности две головы, как сказано выше.</w:t>
      </w:r>
    </w:p>
    <w:p>
      <w:pPr>
        <w:spacing w:before="40" w:after="120"/>
        <w:jc w:val="both"/>
      </w:pPr>
      <w:r>
        <w:rPr>
          <w:rFonts w:ascii="Georgia" w:hAnsi="Georgia"/>
          <w:b w:val="0"/>
          <w:i w:val="0"/>
          <w:color w:val="000000"/>
          <w:sz w:val="24"/>
        </w:rPr>
        <w:t>3) Сначала разберем, как она распространяется в этих двух головах. Впрочем, тебе уже известно, что всегда, когда высший облачается в нижнего, у нижнего нет сил вынести его свет, кроме как от одних лишь его семи нижних сфирот (ЗАТ). Ведь ЗАТ де-Радла — от Хеседа до Малхут в ней — облачаются в две нижние головы де-АА и светят в нем.</w:t>
      </w:r>
    </w:p>
    <w:p>
      <w:pPr>
        <w:spacing w:before="40" w:after="120"/>
        <w:jc w:val="both"/>
      </w:pPr>
      <w:r>
        <w:rPr>
          <w:rFonts w:ascii="Georgia" w:hAnsi="Georgia"/>
          <w:b w:val="0"/>
          <w:i w:val="0"/>
          <w:color w:val="000000"/>
          <w:sz w:val="24"/>
        </w:rPr>
        <w:t>4) Как именно? Знай, что Хесед высшей головы распространяется и светит в Гальгальте, а Гвура — в мозге (моха), ведь это и есть тайна двух нижних голов, как сказано выше. Благодаря этому ты поймешь, почему Кетер — это абсолютное милосердие, тогда как в Хохме присутствуют суды, но только в этом месте они подчинены и обузданы. И об этом писал Хайят в книге «Минхат Йегуда», что Хохма — это суд; пойми же это глубоко. И об этом сказано в Зоаре (Идра Раба 128): «мозг, который покоится, пребывает и успокаивается, как доброе вино на осадке», ведь это тайна вина на своем осадке, но здесь эти суды подчинены.</w:t>
      </w:r>
    </w:p>
    <w:p>
      <w:pPr>
        <w:spacing w:before="40" w:after="120"/>
        <w:jc w:val="both"/>
      </w:pPr>
      <w:r>
        <w:rPr>
          <w:rFonts w:ascii="Georgia" w:hAnsi="Georgia"/>
          <w:b w:val="0"/>
          <w:i w:val="0"/>
          <w:color w:val="000000"/>
          <w:sz w:val="24"/>
        </w:rPr>
        <w:t xml:space="preserve">5) А Тиферет облачается в эту воздушную оболочку, которая является третьим исправлением, представляющим собой тайну </w:t>
      </w:r>
      <w:r>
        <w:rPr>
          <w:rFonts w:ascii="Georgia" w:hAnsi="Georgia"/>
          <w:b w:val="0"/>
          <w:i/>
          <w:color w:val="000000"/>
          <w:sz w:val="24"/>
        </w:rPr>
        <w:t>«небосвода, разделяющего воды от вод»</w:t>
      </w:r>
      <w:r>
        <w:rPr>
          <w:rFonts w:ascii="Georgia" w:hAnsi="Georgia"/>
          <w:b w:val="0"/>
          <w:i w:val="0"/>
          <w:color w:val="000000"/>
          <w:sz w:val="24"/>
        </w:rPr>
        <w:t xml:space="preserve"> (Берешит 1:6). Она помещена между Гальгальтой и мохой — Хеседом и Гвурой, — разделяя их посередине; и это тайна Тиферет, разделяющей между Хеседом и Гвурой и решающей спор между ними.</w:t>
      </w:r>
    </w:p>
    <w:p>
      <w:pPr>
        <w:spacing w:before="40" w:after="120"/>
        <w:jc w:val="both"/>
      </w:pPr>
      <w:r>
        <w:rPr>
          <w:rFonts w:ascii="Georgia" w:hAnsi="Georgia"/>
          <w:b w:val="0"/>
          <w:i w:val="0"/>
          <w:color w:val="000000"/>
          <w:sz w:val="24"/>
        </w:rPr>
        <w:t>6) В Нецах и Ходе есть две стороны: первая — это их скрытое состояние, тайна двух мужских яичек, и намек на них — два уха (озэн) де-Атик. А поскольку это два яичка, пребывающие скрытыми, уши в Атике вообще не упоминаются ни в Идра Раба, ни в Идра Зута. И поскольку Нецах всегда включен в Хесед, а Ход — в Гвуру, эти Нецах и Ход скрыто присутствуют в Гальгальте и мохе и укрыты там.</w:t>
      </w:r>
    </w:p>
    <w:p>
      <w:pPr>
        <w:spacing w:before="40" w:after="120"/>
        <w:jc w:val="both"/>
      </w:pPr>
      <w:r>
        <w:rPr>
          <w:rFonts w:ascii="Georgia" w:hAnsi="Georgia"/>
          <w:b w:val="0"/>
          <w:i w:val="0"/>
          <w:color w:val="000000"/>
          <w:sz w:val="24"/>
        </w:rPr>
        <w:t>7) А поскольку Нецах и Ход всегда представляют собой средоточие всех судов, как упомянуто в недельной главе Цав о тайне речных ив, из них распространяются волосы, которые, как известно, суть тайна судов. Поэтому по своей природе они — отраженный свет, идущий снизу вверх: ведь они восходят от Нецах и Хода вверх, на Гальгальту, и оттуда выходят наружу.</w:t>
      </w:r>
    </w:p>
    <w:p>
      <w:pPr>
        <w:spacing w:before="40" w:after="120"/>
        <w:jc w:val="both"/>
      </w:pPr>
      <w:r>
        <w:rPr>
          <w:rFonts w:ascii="Georgia" w:hAnsi="Georgia"/>
          <w:b w:val="0"/>
          <w:i w:val="0"/>
          <w:color w:val="000000"/>
          <w:sz w:val="24"/>
        </w:rPr>
        <w:t>8) И поскольку их корень — в ушах, являющихся Нецах и Ходом, необходимо удалять волосы над ушами (пойми это), чтобы они [волосы] не обрели чрезмерную силу и мощь.</w:t>
      </w:r>
    </w:p>
    <w:p>
      <w:pPr>
        <w:spacing w:before="40" w:after="120"/>
        <w:jc w:val="both"/>
      </w:pPr>
      <w:r>
        <w:rPr>
          <w:rFonts w:ascii="Georgia" w:hAnsi="Georgia"/>
          <w:b w:val="0"/>
          <w:i w:val="0"/>
          <w:color w:val="000000"/>
          <w:sz w:val="24"/>
        </w:rPr>
        <w:t xml:space="preserve">9) Однако эти свойства находятся выше Есода, ведь два этих уха и Есод мужского и женского начал де-Атик находятся во лбу (мэцах), как сказано. Ведь подобно тому как во лбу ЗА пребывает Есод де-Аба ве-Има, так и в мэцах де-АА находится тайна Есода де-Радла. Поэтому эти Нецах и Ход (то есть два яичка, скрытые Нецах и Ход) раскрываются во лбу, изливая изобилие (шефа) в Есод. И потому во лбу присутствует тайна судов, как известно: ведь двадцать четыре суда находятся во лбу ЗА от пребывающего там Есода де-Има, но здесь, в Атике, они подчинены. По этой причине слово </w:t>
      </w:r>
      <w:r>
        <w:rPr>
          <w:rFonts w:ascii="Georgia" w:hAnsi="Georgia"/>
          <w:b w:val="0"/>
          <w:i/>
          <w:color w:val="000000"/>
          <w:sz w:val="24"/>
        </w:rPr>
        <w:t>мэцах</w:t>
      </w:r>
      <w:r>
        <w:rPr>
          <w:rFonts w:ascii="Georgia" w:hAnsi="Georgia"/>
          <w:b w:val="0"/>
          <w:i w:val="0"/>
          <w:color w:val="000000"/>
          <w:sz w:val="24"/>
        </w:rPr>
        <w:t xml:space="preserve"> — «лоб» (</w:t>
      </w:r>
      <w:r>
        <w:rPr>
          <w:rFonts w:ascii="Georgia" w:hAnsi="Georgia" w:cs="Times New Roman"/>
          <w:b/>
          <w:i w:val="0"/>
          <w:color w:val="000000"/>
          <w:sz w:val="24"/>
          <w:rtl/>
          <w:szCs w:val="32"/>
        </w:rPr>
        <w:t>מֵצַח</w:t>
      </w:r>
      <w:r>
        <w:rPr>
          <w:rFonts w:ascii="Georgia" w:hAnsi="Georgia"/>
          <w:b w:val="0"/>
          <w:i w:val="0"/>
          <w:color w:val="000000"/>
          <w:sz w:val="24"/>
        </w:rPr>
        <w:t xml:space="preserve">) и сфира </w:t>
      </w:r>
      <w:r>
        <w:rPr>
          <w:rFonts w:ascii="Georgia" w:hAnsi="Georgia"/>
          <w:b w:val="0"/>
          <w:i/>
          <w:color w:val="000000"/>
          <w:sz w:val="24"/>
        </w:rPr>
        <w:t>Нецах</w:t>
      </w:r>
      <w:r>
        <w:rPr>
          <w:rFonts w:ascii="Georgia" w:hAnsi="Georgia"/>
          <w:b w:val="0"/>
          <w:i w:val="0"/>
          <w:color w:val="000000"/>
          <w:sz w:val="24"/>
        </w:rPr>
        <w:t xml:space="preserve"> (</w:t>
      </w:r>
      <w:r>
        <w:rPr>
          <w:rFonts w:ascii="Georgia" w:hAnsi="Georgia" w:cs="Times New Roman"/>
          <w:b/>
          <w:i w:val="0"/>
          <w:color w:val="000000"/>
          <w:sz w:val="24"/>
          <w:rtl/>
          <w:szCs w:val="32"/>
        </w:rPr>
        <w:t>נֵצַח</w:t>
      </w:r>
      <w:r>
        <w:rPr>
          <w:rFonts w:ascii="Georgia" w:hAnsi="Georgia"/>
          <w:b w:val="0"/>
          <w:i w:val="0"/>
          <w:color w:val="000000"/>
          <w:sz w:val="24"/>
        </w:rPr>
        <w:t>) по сути одно и то же благодаря соседству букв в алфавите, как сказано выше, ведь Нецах и Ход раскрыты в Есоде. Вторая же сторона Нецах и Хода, представляющая собой тайну бедер, расположенных ниже Есода, — это два глаза (эйнаим).</w:t>
      </w:r>
    </w:p>
    <w:p>
      <w:pPr>
        <w:spacing w:before="40" w:after="120"/>
        <w:jc w:val="both"/>
      </w:pPr>
      <w:r>
        <w:rPr>
          <w:rFonts w:ascii="Georgia" w:hAnsi="Georgia"/>
          <w:b w:val="0"/>
          <w:i w:val="0"/>
          <w:color w:val="000000"/>
          <w:sz w:val="24"/>
        </w:rPr>
        <w:t>10) Место же Есода — во лбу. И потому ты найдешь, что подобно тому как Хесед скрыт и нисходит в пэ де-Има, так и высший Хесед де-Радла нисходит сюда, в лоб, где находится Есод. И там раскрывается этот прекрасный и благостный дар (</w:t>
      </w:r>
      <w:r>
        <w:rPr>
          <w:rFonts w:ascii="Georgia" w:hAnsi="Georgia"/>
          <w:b w:val="0"/>
          <w:i/>
          <w:color w:val="000000"/>
          <w:sz w:val="24"/>
        </w:rPr>
        <w:t>турна</w:t>
      </w:r>
      <w:r>
        <w:rPr>
          <w:rFonts w:ascii="Georgia" w:hAnsi="Georgia"/>
          <w:b w:val="0"/>
          <w:i w:val="0"/>
          <w:color w:val="000000"/>
          <w:sz w:val="24"/>
        </w:rPr>
        <w:t>), и зовется он «желанием» (рацон), поскольку исходит от Хеседа де-Радла. Об этом и сказано в Идра Зута (Зоар III, 288а): «Лоб, раскрывающийся в Атике Кадиша, зовется желанием (рацон), ибо эта Радла простирает один прекрасный дар...»</w:t>
      </w:r>
    </w:p>
    <w:p>
      <w:pPr>
        <w:spacing w:before="40" w:after="120"/>
        <w:jc w:val="both"/>
      </w:pPr>
      <w:r>
        <w:rPr>
          <w:rFonts w:ascii="Georgia" w:hAnsi="Georgia"/>
          <w:b w:val="0"/>
          <w:i w:val="0"/>
          <w:color w:val="000000"/>
          <w:sz w:val="24"/>
        </w:rPr>
        <w:t xml:space="preserve">11) Корень же Малхут — в носу (хотэм). И в этом тайна стиха: </w:t>
      </w:r>
      <w:r>
        <w:rPr>
          <w:rFonts w:ascii="Georgia" w:hAnsi="Georgia"/>
          <w:b w:val="0"/>
          <w:i/>
          <w:color w:val="000000"/>
          <w:sz w:val="24"/>
        </w:rPr>
        <w:t>«...и хвалу Мою обуздаю ради тебя...»</w:t>
      </w:r>
      <w:r>
        <w:rPr>
          <w:rFonts w:ascii="Georgia" w:hAnsi="Georgia"/>
          <w:b w:val="0"/>
          <w:i w:val="0"/>
          <w:color w:val="000000"/>
          <w:sz w:val="24"/>
        </w:rPr>
        <w:t xml:space="preserve"> (Йешаяу 48:9), где слово </w:t>
      </w:r>
      <w:r>
        <w:rPr>
          <w:rFonts w:ascii="Georgia" w:hAnsi="Georgia"/>
          <w:b w:val="0"/>
          <w:i/>
          <w:color w:val="000000"/>
          <w:sz w:val="24"/>
        </w:rPr>
        <w:t>эхтом</w:t>
      </w:r>
      <w:r>
        <w:rPr>
          <w:rFonts w:ascii="Georgia" w:hAnsi="Georgia"/>
          <w:b w:val="0"/>
          <w:i w:val="0"/>
          <w:color w:val="000000"/>
          <w:sz w:val="24"/>
        </w:rPr>
        <w:t xml:space="preserve"> (</w:t>
      </w:r>
      <w:r>
        <w:rPr>
          <w:rFonts w:ascii="Georgia" w:hAnsi="Georgia" w:cs="Times New Roman"/>
          <w:b/>
          <w:i w:val="0"/>
          <w:color w:val="000000"/>
          <w:sz w:val="24"/>
          <w:rtl/>
          <w:szCs w:val="32"/>
        </w:rPr>
        <w:t>אֶחֱטָם</w:t>
      </w:r>
      <w:r>
        <w:rPr>
          <w:rFonts w:ascii="Georgia" w:hAnsi="Georgia"/>
          <w:b w:val="0"/>
          <w:i w:val="0"/>
          <w:color w:val="000000"/>
          <w:sz w:val="24"/>
        </w:rPr>
        <w:t xml:space="preserve">) однокоренное со словом </w:t>
      </w:r>
      <w:r>
        <w:rPr>
          <w:rFonts w:ascii="Georgia" w:hAnsi="Georgia"/>
          <w:b w:val="0"/>
          <w:i/>
          <w:color w:val="000000"/>
          <w:sz w:val="24"/>
        </w:rPr>
        <w:t>хотэм</w:t>
      </w:r>
      <w:r>
        <w:rPr>
          <w:rFonts w:ascii="Georgia" w:hAnsi="Georgia"/>
          <w:b w:val="0"/>
          <w:i w:val="0"/>
          <w:color w:val="000000"/>
          <w:sz w:val="24"/>
        </w:rPr>
        <w:t xml:space="preserve"> — «нос» (</w:t>
      </w:r>
      <w:r>
        <w:rPr>
          <w:rFonts w:ascii="Georgia" w:hAnsi="Georgia" w:cs="Times New Roman"/>
          <w:b/>
          <w:i w:val="0"/>
          <w:color w:val="000000"/>
          <w:sz w:val="24"/>
          <w:rtl/>
          <w:szCs w:val="32"/>
        </w:rPr>
        <w:t>חוֹטָם</w:t>
      </w:r>
      <w:r>
        <w:rPr>
          <w:rFonts w:ascii="Georgia" w:hAnsi="Georgia"/>
          <w:b w:val="0"/>
          <w:i w:val="0"/>
          <w:color w:val="000000"/>
          <w:sz w:val="24"/>
        </w:rPr>
        <w:t>), ведь «хвала» всегда относится к Малхут, только здесь это Малхут де-Радла.</w:t>
      </w:r>
    </w:p>
    <w:p>
      <w:pPr>
        <w:spacing w:before="40" w:after="120"/>
        <w:jc w:val="both"/>
      </w:pPr>
      <w:r>
        <w:rPr>
          <w:rFonts w:ascii="Georgia" w:hAnsi="Georgia"/>
          <w:b w:val="0"/>
          <w:i w:val="0"/>
          <w:color w:val="000000"/>
          <w:sz w:val="24"/>
        </w:rPr>
        <w:t>12) Вот я и объяснил тебе, как семь нижних сфирот де-Радла скрыты в АА в виде семи исправлений Гальгальты, упомянутых в начале Сифра де-Цниюта по начальным буквам: гимель, тэт (</w:t>
      </w:r>
      <w:r>
        <w:rPr>
          <w:rFonts w:ascii="Georgia" w:hAnsi="Georgia" w:cs="Times New Roman"/>
          <w:b/>
          <w:i w:val="0"/>
          <w:color w:val="000000"/>
          <w:sz w:val="24"/>
          <w:rtl/>
          <w:szCs w:val="32"/>
        </w:rPr>
        <w:t>ג״ט</w:t>
      </w:r>
      <w:r>
        <w:rPr>
          <w:rFonts w:ascii="Georgia" w:hAnsi="Georgia"/>
          <w:b w:val="0"/>
          <w:i w:val="0"/>
          <w:color w:val="000000"/>
          <w:sz w:val="24"/>
        </w:rPr>
        <w:t>), куф, айн, рэйш (</w:t>
      </w:r>
      <w:r>
        <w:rPr>
          <w:rFonts w:ascii="Georgia" w:hAnsi="Georgia" w:cs="Times New Roman"/>
          <w:b/>
          <w:i w:val="0"/>
          <w:color w:val="000000"/>
          <w:sz w:val="24"/>
          <w:rtl/>
          <w:szCs w:val="32"/>
        </w:rPr>
        <w:t>קע״ר</w:t>
      </w:r>
      <w:r>
        <w:rPr>
          <w:rFonts w:ascii="Georgia" w:hAnsi="Georgia"/>
          <w:b w:val="0"/>
          <w:i w:val="0"/>
          <w:color w:val="000000"/>
          <w:sz w:val="24"/>
        </w:rPr>
        <w:t>), пэй, хэт (</w:t>
      </w:r>
      <w:r>
        <w:rPr>
          <w:rFonts w:ascii="Georgia" w:hAnsi="Georgia" w:cs="Times New Roman"/>
          <w:b/>
          <w:i w:val="0"/>
          <w:color w:val="000000"/>
          <w:sz w:val="24"/>
          <w:rtl/>
          <w:szCs w:val="32"/>
        </w:rPr>
        <w:t>פ״ח</w:t>
      </w:r>
      <w:r>
        <w:rPr>
          <w:rFonts w:ascii="Georgia" w:hAnsi="Georgia"/>
          <w:b w:val="0"/>
          <w:i w:val="0"/>
          <w:color w:val="000000"/>
          <w:sz w:val="24"/>
        </w:rPr>
        <w:t>):</w:t>
      </w:r>
    </w:p>
    <w:p>
      <w:pPr>
        <w:spacing w:before="40" w:after="120"/>
        <w:jc w:val="both"/>
      </w:pPr>
      <w:r>
        <w:rPr>
          <w:rFonts w:ascii="Georgia" w:hAnsi="Georgia"/>
          <w:b w:val="0"/>
          <w:i w:val="0"/>
          <w:color w:val="000000"/>
          <w:sz w:val="24"/>
        </w:rPr>
        <w:t>первое — Гальгальта, и там Хесед;</w:t>
      </w:r>
    </w:p>
    <w:p>
      <w:pPr>
        <w:spacing w:before="40" w:after="120"/>
        <w:jc w:val="both"/>
      </w:pPr>
      <w:r>
        <w:rPr>
          <w:rFonts w:ascii="Georgia" w:hAnsi="Georgia"/>
          <w:b w:val="0"/>
          <w:i w:val="0"/>
          <w:color w:val="000000"/>
          <w:sz w:val="24"/>
        </w:rPr>
        <w:t>второе — кристальная роса, то есть мозг (моха), и там Гвура;</w:t>
      </w:r>
    </w:p>
    <w:p>
      <w:pPr>
        <w:spacing w:before="40" w:after="120"/>
        <w:jc w:val="both"/>
      </w:pPr>
      <w:r>
        <w:rPr>
          <w:rFonts w:ascii="Georgia" w:hAnsi="Georgia"/>
          <w:b w:val="0"/>
          <w:i w:val="0"/>
          <w:color w:val="000000"/>
          <w:sz w:val="24"/>
        </w:rPr>
        <w:t>третье — воздушная оболочка, и там Тиферет;</w:t>
      </w:r>
    </w:p>
    <w:p>
      <w:pPr>
        <w:spacing w:before="40" w:after="120"/>
        <w:jc w:val="both"/>
      </w:pPr>
      <w:r>
        <w:rPr>
          <w:rFonts w:ascii="Georgia" w:hAnsi="Georgia"/>
          <w:b w:val="0"/>
          <w:i w:val="0"/>
          <w:color w:val="000000"/>
          <w:sz w:val="24"/>
        </w:rPr>
        <w:t>четвертое — чистая шерсть, и там Нецах и Ход;</w:t>
      </w:r>
    </w:p>
    <w:p>
      <w:pPr>
        <w:spacing w:before="40" w:after="120"/>
        <w:jc w:val="both"/>
      </w:pPr>
      <w:r>
        <w:rPr>
          <w:rFonts w:ascii="Georgia" w:hAnsi="Georgia"/>
          <w:b w:val="0"/>
          <w:i w:val="0"/>
          <w:color w:val="000000"/>
          <w:sz w:val="24"/>
        </w:rPr>
        <w:t>пятое — высшее благоволение, то есть лоб, и там Есод;</w:t>
      </w:r>
    </w:p>
    <w:p>
      <w:pPr>
        <w:spacing w:before="40" w:after="120"/>
        <w:jc w:val="both"/>
      </w:pPr>
      <w:r>
        <w:rPr>
          <w:rFonts w:ascii="Georgia" w:hAnsi="Georgia"/>
          <w:b w:val="0"/>
          <w:i w:val="0"/>
          <w:color w:val="000000"/>
          <w:sz w:val="24"/>
        </w:rPr>
        <w:t>шестое — открытый взор, и это вторая сторона [Нецах и Хода] — бедра (ведь чистая шерсть — это тайна ушей, то есть двух мужских яичек, являющихся Нецах и Ходом, а эти два бедра — тайна глаз);</w:t>
      </w:r>
    </w:p>
    <w:p>
      <w:pPr>
        <w:spacing w:before="40" w:after="120"/>
        <w:jc w:val="both"/>
      </w:pPr>
      <w:r>
        <w:rPr>
          <w:rFonts w:ascii="Georgia" w:hAnsi="Georgia"/>
          <w:b w:val="0"/>
          <w:i w:val="0"/>
          <w:color w:val="000000"/>
          <w:sz w:val="24"/>
        </w:rPr>
        <w:t>седьмое — два отверстия ноздрей, и там Малхут.</w:t>
      </w:r>
    </w:p>
    <w:p>
      <w:pPr>
        <w:spacing w:before="40" w:after="120"/>
        <w:jc w:val="both"/>
      </w:pPr>
      <w:r>
        <w:rPr>
          <w:rFonts w:ascii="Georgia" w:hAnsi="Georgia"/>
          <w:b w:val="0"/>
          <w:i w:val="0"/>
          <w:color w:val="000000"/>
          <w:sz w:val="24"/>
        </w:rPr>
        <w:t>13) Тайна же Даат де-Радла чрезвычайно скрыта, и потому она пребывает в тайне пэ де-Атик Кадиша, как упоминается в Зоаре: «Даат скрыт во рту».</w:t>
      </w:r>
    </w:p>
    <w:p>
      <w:pPr>
        <w:spacing w:before="40" w:after="120"/>
        <w:jc w:val="both"/>
      </w:pPr>
      <w:r>
        <w:rPr>
          <w:rFonts w:ascii="Georgia" w:hAnsi="Georgia"/>
          <w:b w:val="0"/>
          <w:i w:val="0"/>
          <w:color w:val="000000"/>
          <w:sz w:val="24"/>
        </w:rPr>
        <w:t>14) Однако три первые сфирот (ГАР) де-Радла пребывают в виде окружающего света, поскольку не могут облачиться в нижнего, как сказано выше. Бина де-Атик не облачилась вовсе, но ее свечение протягивается снаружи до мэцах де-АА. Кроме того, в голове де-АА находится его собственный Даат, а внутри него — Есод де-Атик. И от названного Есода также исходит свечение, которое пробивается, выходит наружу и встречается со светом Бины де-Атик, находящимся снаружи. Они соударяются друг с другом, так что внутренний свет выходит наружу, а внешний входит внутрь. И тогда это свечение протягивается вниз снаружи вплоть до мэцах де-Аба ве-Има, освещая их мохин, а оттуда протягивается до мэцах де-ЗА. Благодаря этому суды и силы ограничения там подчиняются под действием венца гвуры (атара де-гвура), находящегося там, в Даат внутри мэцах де-ЗА, и услаждаются. Оттуда это свечение протягивается дальше, к глазам де-ЗА, и тогда он может поднять глаза и взглянуть на мэцах де-АА, после чего оттуда к нему нисходит великий свет.</w:t>
      </w:r>
    </w:p>
    <w:p>
      <w:pPr>
        <w:spacing w:before="40" w:after="120"/>
        <w:jc w:val="both"/>
      </w:pPr>
      <w:r>
        <w:rPr>
          <w:rFonts w:ascii="Georgia" w:hAnsi="Georgia"/>
          <w:b w:val="0"/>
          <w:i w:val="0"/>
          <w:color w:val="000000"/>
          <w:sz w:val="24"/>
        </w:rPr>
        <w:t>15) И при нисхождении всех этих светов от Бины де-Атик, как сказано выше, свет Хохмы де-Атик неизбежно нисходит сокрытым внутри свечения Бины и тоже светит вниз, в лоб, подобно описанному выше, ведь там находится Хохма де-ЗА, которая и получает названное свечение.</w:t>
      </w:r>
    </w:p>
    <w:p>
      <w:pPr>
        <w:spacing w:before="40" w:after="120"/>
        <w:jc w:val="both"/>
      </w:pPr>
      <w:r>
        <w:rPr>
          <w:rFonts w:ascii="Georgia" w:hAnsi="Georgia"/>
          <w:b w:val="0"/>
          <w:i w:val="0"/>
          <w:color w:val="000000"/>
          <w:sz w:val="24"/>
        </w:rPr>
        <w:t>16) Знай также: я уже объяснял тебе, что совокупность Радла являет свой свет в том воздухе, который находится между Гальгальтой и Моха Стимаа. И тайна этого воздуха — это то, что упоминается в Зоаре во многих местах: «Да будет свет — да будет воздух», ведь когда буква йод (</w:t>
      </w:r>
      <w:r>
        <w:rPr>
          <w:rFonts w:ascii="Georgia" w:hAnsi="Georgia" w:cs="Times New Roman"/>
          <w:b/>
          <w:i w:val="0"/>
          <w:color w:val="000000"/>
          <w:sz w:val="24"/>
          <w:rtl/>
          <w:szCs w:val="32"/>
        </w:rPr>
        <w:t>י</w:t>
      </w:r>
      <w:r>
        <w:rPr>
          <w:rFonts w:ascii="Georgia" w:hAnsi="Georgia"/>
          <w:b w:val="0"/>
          <w:i w:val="0"/>
          <w:color w:val="000000"/>
          <w:sz w:val="24"/>
        </w:rPr>
        <w:t xml:space="preserve">) выходит из слова </w:t>
      </w:r>
      <w:r>
        <w:rPr>
          <w:rFonts w:ascii="Georgia" w:hAnsi="Georgia"/>
          <w:b w:val="0"/>
          <w:i/>
          <w:color w:val="000000"/>
          <w:sz w:val="24"/>
        </w:rPr>
        <w:t>авир</w:t>
      </w:r>
      <w:r>
        <w:rPr>
          <w:rFonts w:ascii="Georgia" w:hAnsi="Georgia"/>
          <w:b w:val="0"/>
          <w:i w:val="0"/>
          <w:color w:val="000000"/>
          <w:sz w:val="24"/>
        </w:rPr>
        <w:t xml:space="preserve"> — «воздух» (</w:t>
      </w:r>
      <w:r>
        <w:rPr>
          <w:rFonts w:ascii="Georgia" w:hAnsi="Georgia" w:cs="Times New Roman"/>
          <w:b/>
          <w:i w:val="0"/>
          <w:color w:val="000000"/>
          <w:sz w:val="24"/>
          <w:rtl/>
          <w:szCs w:val="32"/>
        </w:rPr>
        <w:t>אֲוִיר</w:t>
      </w:r>
      <w:r>
        <w:rPr>
          <w:rFonts w:ascii="Georgia" w:hAnsi="Georgia"/>
          <w:b w:val="0"/>
          <w:i w:val="0"/>
          <w:color w:val="000000"/>
          <w:sz w:val="24"/>
        </w:rPr>
        <w:t xml:space="preserve">), остается </w:t>
      </w:r>
      <w:r>
        <w:rPr>
          <w:rFonts w:ascii="Georgia" w:hAnsi="Georgia"/>
          <w:b w:val="0"/>
          <w:i/>
          <w:color w:val="000000"/>
          <w:sz w:val="24"/>
        </w:rPr>
        <w:t>ор</w:t>
      </w:r>
      <w:r>
        <w:rPr>
          <w:rFonts w:ascii="Georgia" w:hAnsi="Georgia"/>
          <w:b w:val="0"/>
          <w:i w:val="0"/>
          <w:color w:val="000000"/>
          <w:sz w:val="24"/>
        </w:rPr>
        <w:t xml:space="preserve"> — «свет» (</w:t>
      </w:r>
      <w:r>
        <w:rPr>
          <w:rFonts w:ascii="Georgia" w:hAnsi="Georgia" w:cs="Times New Roman"/>
          <w:b/>
          <w:i w:val="0"/>
          <w:color w:val="000000"/>
          <w:sz w:val="24"/>
          <w:rtl/>
          <w:szCs w:val="32"/>
        </w:rPr>
        <w:t>אוֹר</w:t>
      </w:r>
      <w:r>
        <w:rPr>
          <w:rFonts w:ascii="Georgia" w:hAnsi="Georgia"/>
          <w:b w:val="0"/>
          <w:i w:val="0"/>
          <w:color w:val="000000"/>
          <w:sz w:val="24"/>
        </w:rPr>
        <w:t>). Поэтому оболочка разделяет между этим воздухом и Моха Стимаа, чтобы тот мог его вынести. И все эти семь нижних сфирот находятся в Гальгальте де-АА, в семи ее [исправлениях]. Все эти семь исправлений Гальгальты исходят со стороны Гальгальты, то есть Кетера, который всегда окружает мозг наподобие венца. А Моха Стимаа раскрывается и распространяется в тайне бороды де-Атик. И потому знай, что обе эти головы — Гальгальта и моха — каждая распространяется до тринадцати [свойств], ведь они суть десять, и они же суть тринадцать.</w:t>
      </w:r>
    </w:p>
    <w:p>
      <w:pPr>
        <w:spacing w:before="40" w:after="120"/>
        <w:jc w:val="both"/>
      </w:pPr>
      <w:r>
        <w:rPr>
          <w:rFonts w:ascii="Georgia" w:hAnsi="Georgia"/>
          <w:b w:val="0"/>
          <w:i w:val="0"/>
          <w:color w:val="000000"/>
          <w:sz w:val="24"/>
        </w:rPr>
        <w:t>17) Суть же в том, что Моха Стимаа распространяется в тринадцать исправлений бороды, как сказано, и Гальгальта тоже распространяется в тринадцать, ведь всякая голова должна содержать в себе тринадцать [свойств]. И тебе уже известно, что два уха, два глаза и две ноздри в Атике — все они считаются за одно. Порядок же тринадцати [свойств] Гальгальты, в которых светят ЗАТ де-Атик, таков:</w:t>
      </w:r>
    </w:p>
    <w:p>
      <w:pPr>
        <w:spacing w:before="40" w:after="120"/>
        <w:jc w:val="both"/>
      </w:pPr>
      <w:r>
        <w:rPr>
          <w:rFonts w:ascii="Georgia" w:hAnsi="Georgia"/>
          <w:b w:val="0"/>
          <w:i w:val="0"/>
          <w:color w:val="000000"/>
          <w:sz w:val="24"/>
        </w:rPr>
        <w:t>Кетер — это Гальгальта;</w:t>
      </w:r>
    </w:p>
    <w:p>
      <w:pPr>
        <w:spacing w:before="40" w:after="120"/>
        <w:jc w:val="both"/>
      </w:pPr>
      <w:r>
        <w:rPr>
          <w:rFonts w:ascii="Georgia" w:hAnsi="Georgia"/>
          <w:b w:val="0"/>
          <w:i w:val="0"/>
          <w:color w:val="000000"/>
          <w:sz w:val="24"/>
        </w:rPr>
        <w:t>Хохма и Бина — два уха;</w:t>
      </w:r>
    </w:p>
    <w:p>
      <w:pPr>
        <w:spacing w:before="40" w:after="120"/>
        <w:jc w:val="both"/>
      </w:pPr>
      <w:r>
        <w:rPr>
          <w:rFonts w:ascii="Georgia" w:hAnsi="Georgia"/>
          <w:b w:val="0"/>
          <w:i w:val="0"/>
          <w:color w:val="000000"/>
          <w:sz w:val="24"/>
        </w:rPr>
        <w:t>Даат — мозг (моха);</w:t>
      </w:r>
    </w:p>
    <w:p>
      <w:pPr>
        <w:spacing w:before="40" w:after="120"/>
        <w:jc w:val="both"/>
      </w:pPr>
      <w:r>
        <w:rPr>
          <w:rFonts w:ascii="Georgia" w:hAnsi="Georgia"/>
          <w:b w:val="0"/>
          <w:i w:val="0"/>
          <w:color w:val="000000"/>
          <w:sz w:val="24"/>
        </w:rPr>
        <w:t>Хесед и Гвура — два глаза;</w:t>
      </w:r>
    </w:p>
    <w:p>
      <w:pPr>
        <w:spacing w:before="40" w:after="120"/>
        <w:jc w:val="both"/>
      </w:pPr>
      <w:r>
        <w:rPr>
          <w:rFonts w:ascii="Georgia" w:hAnsi="Georgia"/>
          <w:b w:val="0"/>
          <w:i w:val="0"/>
          <w:color w:val="000000"/>
          <w:sz w:val="24"/>
        </w:rPr>
        <w:t>Тиферет — нос, прямая срединная линия;</w:t>
      </w:r>
    </w:p>
    <w:p>
      <w:pPr>
        <w:spacing w:before="40" w:after="120"/>
        <w:jc w:val="both"/>
      </w:pPr>
      <w:r>
        <w:rPr>
          <w:rFonts w:ascii="Georgia" w:hAnsi="Georgia"/>
          <w:b w:val="0"/>
          <w:i w:val="0"/>
          <w:color w:val="000000"/>
          <w:sz w:val="24"/>
        </w:rPr>
        <w:t>Нецах и Ход — две губы;</w:t>
      </w:r>
    </w:p>
    <w:p>
      <w:pPr>
        <w:spacing w:before="40" w:after="120"/>
        <w:jc w:val="both"/>
      </w:pPr>
      <w:r>
        <w:rPr>
          <w:rFonts w:ascii="Georgia" w:hAnsi="Georgia"/>
          <w:b w:val="0"/>
          <w:i w:val="0"/>
          <w:color w:val="000000"/>
          <w:sz w:val="24"/>
        </w:rPr>
        <w:t>Есод — язык;</w:t>
      </w:r>
    </w:p>
    <w:p>
      <w:pPr>
        <w:spacing w:before="40" w:after="120"/>
        <w:jc w:val="both"/>
      </w:pPr>
      <w:r>
        <w:rPr>
          <w:rFonts w:ascii="Georgia" w:hAnsi="Georgia"/>
          <w:b w:val="0"/>
          <w:i w:val="0"/>
          <w:color w:val="000000"/>
          <w:sz w:val="24"/>
        </w:rPr>
        <w:t>Малхут — рот;</w:t>
      </w:r>
    </w:p>
    <w:p>
      <w:pPr>
        <w:spacing w:before="40" w:after="120"/>
        <w:jc w:val="both"/>
      </w:pPr>
      <w:r>
        <w:rPr>
          <w:rFonts w:ascii="Georgia" w:hAnsi="Georgia"/>
          <w:b w:val="0"/>
          <w:i w:val="0"/>
          <w:color w:val="000000"/>
          <w:sz w:val="24"/>
        </w:rPr>
        <w:t>а две щеки — это два яблока [лика].</w:t>
      </w:r>
    </w:p>
    <w:p>
      <w:pPr>
        <w:spacing w:before="40" w:after="120"/>
        <w:jc w:val="both"/>
      </w:pPr>
      <w:r>
        <w:rPr>
          <w:rFonts w:ascii="Georgia" w:hAnsi="Georgia"/>
          <w:b w:val="0"/>
          <w:i w:val="0"/>
          <w:color w:val="000000"/>
          <w:sz w:val="24"/>
        </w:rPr>
        <w:t>Вот перед тобой тринадцать [свойств], включенных в Гальгальту.</w:t>
      </w:r>
    </w:p>
    <w:p>
      <w:pPr>
        <w:spacing w:before="40" w:after="120"/>
        <w:jc w:val="both"/>
      </w:pPr>
      <w:r>
        <w:rPr>
          <w:rFonts w:ascii="Georgia" w:hAnsi="Georgia"/>
          <w:b w:val="0"/>
          <w:i w:val="0"/>
          <w:color w:val="000000"/>
          <w:sz w:val="24"/>
        </w:rPr>
        <w:t>18) И в каждом из парцуфим — будь то АА, Аба ве-Има или ЗОН — во всех них есть по тринадцать [свойств]. Ведь коль скоро тебе уже известно, что высший облачается в нижнего лишь своими ЗАТ, в нижнем должна присутствовать тайна еще трех свойств, чтобы получать определенное свечение от ГАР; и потому все они следуют порядку по тринадцать [свойств] в каждом.</w:t>
      </w:r>
    </w:p>
    <w:p>
      <w:pPr>
        <w:spacing w:before="40" w:after="120"/>
        <w:jc w:val="both"/>
      </w:pPr>
      <w:r>
        <w:rPr>
          <w:rFonts w:ascii="Georgia" w:hAnsi="Georgia"/>
          <w:b w:val="0"/>
          <w:i w:val="0"/>
          <w:color w:val="000000"/>
          <w:sz w:val="24"/>
        </w:rPr>
        <w:t>19) И знай, что от Атика к АА протянулись НАРАН (нефеш, руах, нешама). Поэтому были выделены из Источника и облачились в него ЗАТ, как сказано выше: ведь нижняя буква хэй (</w:t>
      </w:r>
      <w:r>
        <w:rPr>
          <w:rFonts w:ascii="Georgia" w:hAnsi="Georgia" w:cs="Times New Roman"/>
          <w:b/>
          <w:i w:val="0"/>
          <w:color w:val="000000"/>
          <w:sz w:val="24"/>
          <w:rtl/>
          <w:szCs w:val="32"/>
        </w:rPr>
        <w:t>ה</w:t>
      </w:r>
      <w:r>
        <w:rPr>
          <w:rFonts w:ascii="Georgia" w:hAnsi="Georgia"/>
          <w:b w:val="0"/>
          <w:i w:val="0"/>
          <w:color w:val="000000"/>
          <w:sz w:val="24"/>
        </w:rPr>
        <w:t>) называется нефеш, буква вав (</w:t>
      </w:r>
      <w:r>
        <w:rPr>
          <w:rFonts w:ascii="Georgia" w:hAnsi="Georgia" w:cs="Times New Roman"/>
          <w:b/>
          <w:i w:val="0"/>
          <w:color w:val="000000"/>
          <w:sz w:val="24"/>
          <w:rtl/>
          <w:szCs w:val="32"/>
        </w:rPr>
        <w:t>ו</w:t>
      </w:r>
      <w:r>
        <w:rPr>
          <w:rFonts w:ascii="Georgia" w:hAnsi="Georgia"/>
          <w:b w:val="0"/>
          <w:i w:val="0"/>
          <w:color w:val="000000"/>
          <w:sz w:val="24"/>
        </w:rPr>
        <w:t>) — руах; нешама же происходит от ГАР и из-за обилия их света не может облачиться в АА, а остается вверху в качестве окружающего света. Поэтому возникла необходимость, чтобы его Даат облачился в АА в качестве нешамы.</w:t>
      </w:r>
    </w:p>
    <w:p>
      <w:pPr>
        <w:spacing w:before="40" w:after="120"/>
        <w:jc w:val="both"/>
      </w:pPr>
      <w:r>
        <w:rPr>
          <w:rFonts w:ascii="Georgia" w:hAnsi="Georgia"/>
          <w:b w:val="0"/>
          <w:i w:val="0"/>
          <w:color w:val="000000"/>
          <w:sz w:val="24"/>
        </w:rPr>
        <w:t>20) И в этом тайна того, на что я намекнул тебе: воздух покоится над этой оболочкой, покрывающей мозг. Ведь это тайна Даат, раскрывающегося там; тем не менее он был там глубоко сокрыт и должен был полнее раскрыться во рту, как сказано выше. Но и при этом он все еще сокрыт, «и в него в будущем облачатся праотцы» [в другом варианте чтения: «облачиться в него»].</w:t>
      </w:r>
    </w:p>
    <w:p>
      <w:pPr>
        <w:spacing w:before="40" w:after="120"/>
        <w:jc w:val="both"/>
      </w:pPr>
      <w:r>
        <w:rPr>
          <w:rFonts w:ascii="Georgia" w:hAnsi="Georgia"/>
          <w:b w:val="0"/>
          <w:i w:val="0"/>
          <w:color w:val="000000"/>
          <w:sz w:val="24"/>
        </w:rPr>
        <w:t>21) И знай: мы уже объясняли, что эта воздушная оболочка — тайна Тиферет, а Тиферет называется буквой вав (</w:t>
      </w:r>
      <w:r>
        <w:rPr>
          <w:rFonts w:ascii="Georgia" w:hAnsi="Georgia" w:cs="Times New Roman"/>
          <w:b/>
          <w:i w:val="0"/>
          <w:color w:val="000000"/>
          <w:sz w:val="24"/>
          <w:rtl/>
          <w:szCs w:val="32"/>
        </w:rPr>
        <w:t>ו</w:t>
      </w:r>
      <w:r>
        <w:rPr>
          <w:rFonts w:ascii="Georgia" w:hAnsi="Georgia"/>
          <w:b w:val="0"/>
          <w:i w:val="0"/>
          <w:color w:val="000000"/>
          <w:sz w:val="24"/>
        </w:rPr>
        <w:t xml:space="preserve">). И тебе уже известно из книги «Тиккуней Зоар», что все пряди и волосы — это тайна букв вав. Ты знаешь также, что буквы вав всегда представляют собой тайну Нецах и Хода, именуемых </w:t>
      </w:r>
      <w:r>
        <w:rPr>
          <w:rFonts w:ascii="Georgia" w:hAnsi="Georgia"/>
          <w:b w:val="0"/>
          <w:i/>
          <w:color w:val="000000"/>
          <w:sz w:val="24"/>
        </w:rPr>
        <w:t>«крючками столбов»</w:t>
      </w:r>
      <w:r>
        <w:rPr>
          <w:rFonts w:ascii="Georgia" w:hAnsi="Georgia"/>
          <w:b w:val="0"/>
          <w:i w:val="0"/>
          <w:color w:val="000000"/>
          <w:sz w:val="24"/>
        </w:rPr>
        <w:t xml:space="preserve"> (</w:t>
      </w:r>
      <w:r>
        <w:rPr>
          <w:rFonts w:ascii="Georgia" w:hAnsi="Georgia"/>
          <w:b w:val="0"/>
          <w:i/>
          <w:color w:val="000000"/>
          <w:sz w:val="24"/>
        </w:rPr>
        <w:t>вавэй а-амудим</w:t>
      </w:r>
      <w:r>
        <w:rPr>
          <w:rFonts w:ascii="Georgia" w:hAnsi="Georgia"/>
          <w:b w:val="0"/>
          <w:i w:val="0"/>
          <w:color w:val="000000"/>
          <w:sz w:val="24"/>
        </w:rPr>
        <w:t xml:space="preserve">, </w:t>
      </w:r>
      <w:r>
        <w:rPr>
          <w:rFonts w:ascii="Georgia" w:hAnsi="Georgia" w:cs="Times New Roman"/>
          <w:b/>
          <w:i w:val="0"/>
          <w:color w:val="000000"/>
          <w:sz w:val="24"/>
          <w:rtl/>
          <w:szCs w:val="32"/>
        </w:rPr>
        <w:t>וָוֵי הָעַמּוּדִים</w:t>
      </w:r>
      <w:r>
        <w:rPr>
          <w:rFonts w:ascii="Georgia" w:hAnsi="Georgia"/>
          <w:b w:val="0"/>
          <w:i w:val="0"/>
          <w:color w:val="000000"/>
          <w:sz w:val="24"/>
        </w:rPr>
        <w:t>) (Шмот 27:10), поскольку Нецах и Ход — это тайны букв вав, исходящих из Тиферет — большой буквы вав (</w:t>
      </w:r>
      <w:r>
        <w:rPr>
          <w:rFonts w:ascii="Georgia" w:hAnsi="Georgia" w:cs="Times New Roman"/>
          <w:b/>
          <w:i w:val="0"/>
          <w:color w:val="000000"/>
          <w:sz w:val="24"/>
          <w:rtl/>
          <w:szCs w:val="32"/>
        </w:rPr>
        <w:t>ו</w:t>
      </w:r>
      <w:r>
        <w:rPr>
          <w:rFonts w:ascii="Georgia" w:hAnsi="Georgia"/>
          <w:b w:val="0"/>
          <w:i w:val="0"/>
          <w:color w:val="000000"/>
          <w:sz w:val="24"/>
        </w:rPr>
        <w:t xml:space="preserve">). И благодаря этому ты поймешь, как тринадцать прядей волос выходят из воздушной оболочки, являющейся Тиферет. И они суть сами Нецах и Ход, служащие намеком на ту «чистую шерсть», что свисает в точном равновесии. В этом и заключается тайна стиха: </w:t>
      </w:r>
      <w:r>
        <w:rPr>
          <w:rFonts w:ascii="Georgia" w:hAnsi="Georgia"/>
          <w:b w:val="0"/>
          <w:i/>
          <w:color w:val="000000"/>
          <w:sz w:val="24"/>
        </w:rPr>
        <w:t>«И вот мелахим... прежде чем воцарился мелех у сынов Исраэля»</w:t>
      </w:r>
      <w:r>
        <w:rPr>
          <w:rFonts w:ascii="Georgia" w:hAnsi="Georgia"/>
          <w:b w:val="0"/>
          <w:i w:val="0"/>
          <w:color w:val="000000"/>
          <w:sz w:val="24"/>
        </w:rPr>
        <w:t xml:space="preserve"> (Берешит 36:31), ведь воцарение мелеха у сынов Исраэля — это тайна исправления, как известно: благодаря волосам свет уплотняется, и у названных мелахим появляется сила воспринять его. Пойми же и увидишь, что «чистая шерсть» — это четвертое исправление из семи исправлений Гальгальты, упомянутых в начале Сифра де-Цниюта, и они — тайна тех, кто назван «сынами Исраэля», являющимися Нецах и Ходом. И таковы слова стиха: «прежде чем воцарился» — первое, «мелех» — второе, «у сынов» — третье, «Исраэля» — четвертое. Ведь когда настало четвертое исправление, то есть «сыны Исраэля», которыми являются волосы, появилась сила воспринять свет посредством волос. А тайну этих букв вав мы объяснили в Идра Раба (лист 128): «Учили мы: с черепа головы свисают тысячи тысяч и тьмы тем [волос]» (см. там).</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4–200) </w:t>
      </w:r>
      <w:r>
        <w:rPr>
          <w:rFonts w:ascii="Georgia" w:hAnsi="Georgia"/>
          <w:b/>
          <w:i w:val="0"/>
          <w:color w:val="000000"/>
          <w:sz w:val="24"/>
        </w:rPr>
        <w:t>«Хесед и т.д. в Гальгальте, а Гвура в мозге и т.д., и Тиферет облачается в эту оболочку воздуха (крума де-авира) и т.д., а в Нецах и Ход есть два свойства: первое — это то, что они скрыты и т.д., второе свойство — это два глаза, а место Есода во лбу (мэцах) и т.д., источник Малхут в носу (хотэм) и т.д.»</w:t>
      </w:r>
      <w:r>
        <w:rPr>
          <w:rFonts w:ascii="Georgia" w:hAnsi="Georgia"/>
          <w:b w:val="0"/>
          <w:i w:val="0"/>
          <w:color w:val="000000"/>
          <w:sz w:val="24"/>
        </w:rPr>
        <w:t xml:space="preserve"> — Выше в соседней ветви [Учитель] говорит, что из НЕХИ де-Атик образовались мохин де-АА, а здесь он говорит, что все семь нижних сфирот (ЗАТ) де-Радла (Реша де-ло итйада) облачаются в голову АА. Также нужно понять следующее: сначала он говорит, что в Гальгальту облачен Хесед де-Радла, а Гвура — в Моха Стимаа. А затем он говорит, что Есод де-Радла облачается во лоб (мэцах), тогда как лоб — это то же самое, что Гальгальта, как известно.</w:t>
      </w:r>
    </w:p>
    <w:p>
      <w:pPr>
        <w:spacing w:before="40" w:after="120"/>
        <w:jc w:val="both"/>
      </w:pPr>
      <w:r>
        <w:rPr>
          <w:rFonts w:ascii="Georgia" w:hAnsi="Georgia"/>
          <w:b w:val="0"/>
          <w:i w:val="0"/>
          <w:color w:val="000000"/>
          <w:sz w:val="24"/>
        </w:rPr>
        <w:t>Смысл этого станет понятен из объясненного в предыдущем рассуждении: когда Источник в начале выделил из Себя АА разделяющий экран (масах) в пэ де-Радла находился выше Гальгальты де-АА. Поэтому АА получал сверху вниз лишь отраженный свет от экрана де-Радла, расположенного над его Гальгальтой, а это свет женского свойства, называемый светом НЕХИ. А благодаря опусканию экрана из АХАП высшего в голову нижнего, что именуется облачением НЕХИ, мы различаем, что Нецах и Ход де-Радла облачаются в глаза (эйнаим) де-АА — посмотри там все дальнейшее объяснение и помни его для здешнего рассуждения. И известно, что Есод находится в верхних суставах Нецах и Ход, поэтому считается, что Есод де-Радла облачен во лоб, то есть в Гальгальту, а Нецах и Ход — в глаза. Облачение Есода во лоб — это первое исправление из семи исправлений [с мнемоническим обозначением] (</w:t>
      </w:r>
      <w:r>
        <w:rPr>
          <w:rFonts w:ascii="Georgia" w:hAnsi="Georgia" w:cs="Times New Roman"/>
          <w:b/>
          <w:i w:val="0"/>
          <w:color w:val="000000"/>
          <w:sz w:val="24"/>
          <w:rtl/>
          <w:szCs w:val="32"/>
        </w:rPr>
        <w:t>ג״ט קר״ע פ״ח</w:t>
      </w:r>
      <w:r>
        <w:rPr>
          <w:rFonts w:ascii="Georgia" w:hAnsi="Georgia"/>
          <w:b w:val="0"/>
          <w:i w:val="0"/>
          <w:color w:val="000000"/>
          <w:sz w:val="24"/>
        </w:rPr>
        <w:t>), называемое исправлением «Гальгальта».</w:t>
      </w:r>
    </w:p>
    <w:p>
      <w:pPr>
        <w:spacing w:before="40" w:after="120"/>
        <w:jc w:val="both"/>
      </w:pPr>
      <w:r>
        <w:rPr>
          <w:rFonts w:ascii="Georgia" w:hAnsi="Georgia"/>
          <w:b w:val="0"/>
          <w:i w:val="0"/>
          <w:color w:val="000000"/>
          <w:sz w:val="24"/>
        </w:rPr>
        <w:t>Также в предыдущем рассуждении было объяснено, что эти НЕХИ де-Радла, облачающиеся во лоб и глаза, представляют собой НЕХИ лицевой стороны (НЕХИ де-паним). Ведь НЕХИ обратной стороны (НЕХИ де-ахор) были скрыты в самой Радла, то есть в первой голове нового МА, облачающей три первые сфиры (ГАР) мира Некудим, и они никогда оттуда не спускаются. Однако во время соударения большого состояния (зивуг де-гадлут) в Радла, когда она опускает экран к последней стадии Гальгальты — к крума де-авира (как пишет Рав в комментарии к Зоару «Маре Коэн» на Идра Раба, лист 110, в «Сидрей ди-Цниюта», начиная со слов «Сказал Шмуэль», посмотри там), считается, что вся часть головы АА вплоть до крума де-авира поднимается и соединяется с самой Радла. То есть она становится первой головой, облачающей ГАР де-Некудим, поскольку разделяющий экран в пэ де-Радла опустился на место крума де-авира, и теперь в крума де-авира образовалось свойство пэ де-Радла. Вместе с этим происходит также опускание свойства НЕХИ де-ахор, которые были скрыты в Радла: теперь они спустились внутрь головы АА, то есть в ту часть головы, которая преобразилась и стала свойством Радла. Это место называется ушами (озэн, мн. уши — озднин), как подробно описано в предыдущем рассуждении, посмотри там.</w:t>
      </w:r>
    </w:p>
    <w:p>
      <w:pPr>
        <w:spacing w:before="40" w:after="120"/>
        <w:jc w:val="both"/>
      </w:pPr>
      <w:r>
        <w:rPr>
          <w:rFonts w:ascii="Georgia" w:hAnsi="Georgia"/>
          <w:b w:val="0"/>
          <w:i w:val="0"/>
          <w:color w:val="000000"/>
          <w:sz w:val="24"/>
        </w:rPr>
        <w:t>И нужно твердо помнить, что эти НЕХИ де-ахор, спускающиеся в уши де-АА благодаря зивугу де-гадлут в Радла, представляют собой четвертую стадию (бхина далет) — коренную Малхут, скрытую от АА, как известно из предыдущей ветви. В этом смысл сказанного в Идра Зута (пункт 157): «В этом отверстии ушей зависят другие отверстия: отверстие глаз, отверстие рта, отверстие носа и т.д. — все зависит от него», посмотри там. И это согласуется со сказанным нами: они представляют собой НЕХИ де-ахор и коренную Малхут, спускающиеся в уши де-АА лишь в то самое время, когда он соединяется [с Радла], уподобляясь самой Радла. Помни это. Понятно также, почему все отверстия зависят от отверстия ушей: ведь четвертая стадия — это коренная Малхут, в результате очищения экрана (издохехут) которой раскрываются все остальные отверстия — третья стадия (бхина гимель), вторая стадия (бхина бэт) и т.д., как написано в предыдущей ветви (см. также в «Маре Коэн», недельный раздел Трума, лист 117, начиная со слов «И знай»).</w:t>
      </w:r>
    </w:p>
    <w:p>
      <w:pPr>
        <w:spacing w:before="40" w:after="120"/>
        <w:jc w:val="both"/>
      </w:pPr>
      <w:r>
        <w:rPr>
          <w:rFonts w:ascii="Georgia" w:hAnsi="Georgia"/>
          <w:b w:val="0"/>
          <w:i w:val="0"/>
          <w:color w:val="000000"/>
          <w:sz w:val="24"/>
        </w:rPr>
        <w:t>Тем самым АА обрел свет мужского свойства от высшего. Ведь соударение прямого и отраженного света, происходившее в пэ де-Радла, теперь совершается в крума де-авира, покрывающей Моха Стимаа внутри самой головы АА. Десять сфирот, выходящих от крума де-авира и выше, — это свет мужского свойства, то есть свет руах, называемый ХАГАТ. А десять сфирот, простирающихся от крума де-авира и ниже, — это свет НЕХИ, как известно из предыдущей ветви.</w:t>
      </w:r>
    </w:p>
    <w:p>
      <w:pPr>
        <w:spacing w:before="40" w:after="120"/>
        <w:jc w:val="both"/>
      </w:pPr>
      <w:r>
        <w:rPr>
          <w:rFonts w:ascii="Georgia" w:hAnsi="Georgia"/>
          <w:b w:val="0"/>
          <w:i w:val="0"/>
          <w:color w:val="000000"/>
          <w:sz w:val="24"/>
        </w:rPr>
        <w:t>Итак, ты видишь, что теперь внутри головы АА облачился также и свет мужского свойства — свет руах де-Радла. И об этом [Учитель] говорит, что Хесед облачается в Гальгальту, Гвура — в Моха Стимаа, а Тиферет — в крума де-авира. То есть [это происходит] так, как мы сказали: после того как в пэ де-Радла совершается зивуг де-гадлут, экран и Парса, находившиеся над Гальгальтой, опускаются теперь в крума де-авира, где происходит соударение на свет руах де-Радла. Это место называется грудью (хазе) или пупом (табур), находящимся в Тиферет: от хазе и выше — свет руах и ГАР, а от хазе и ниже — свет нефеш. Вследствие этого крума де-авира оказывается самой Тиферет де-Радла, пойми это как следует.</w:t>
      </w:r>
    </w:p>
    <w:p>
      <w:pPr>
        <w:spacing w:before="40" w:after="120"/>
        <w:jc w:val="both"/>
      </w:pPr>
      <w:r>
        <w:rPr>
          <w:rFonts w:ascii="Georgia" w:hAnsi="Georgia"/>
          <w:b w:val="0"/>
          <w:i w:val="0"/>
          <w:color w:val="000000"/>
          <w:sz w:val="24"/>
        </w:rPr>
        <w:t>И об этом сказано: «А в Нецах и Ход есть два свойства: первое — это то, что они скрыты, будучи двумя семенниками мужского начала, и намеком на них служат два уха Атика и т.д., поэтому уши вовсе не упоминаются в Атике и т.д.; (а в пункте 9:) второе же свойство Нецах и Ход, то есть бедра, находящиеся под Есодом, — это два глаза и т.д.», до сих пор его слова. Это согласуется с тем, что мы говорили: с самого начала, когда Источник выделил из Себя АА сфирот Нецах и Ход облачены в глаза, будучи НЕХИ лицевой стороны. Но во время зивуга де-гадлут де-Радла, свет которого проявляется в этой крума де-авира, НЕХИ де-ахор спускаются в уши де-АА, как сказано выше, посмотри там. И поскольку их не было там изначально, с того момента, когда Источник выделил из Себя АА, а приходят они лишь во время раскрытия зивуга де-гадлут де-Радла, они сокрыты там и чрезвычайно замкнуты, так как вовсе не относятся к собственному строению АА. Они приходят туда лишь благодаря тому, что верхняя часть АА поднимается на уровень Радла, как сказано выше.</w:t>
      </w:r>
    </w:p>
    <w:p>
      <w:pPr>
        <w:spacing w:before="40" w:after="120"/>
        <w:jc w:val="both"/>
      </w:pPr>
      <w:r>
        <w:rPr>
          <w:rFonts w:ascii="Georgia" w:hAnsi="Georgia"/>
          <w:b w:val="0"/>
          <w:i w:val="0"/>
          <w:color w:val="000000"/>
          <w:sz w:val="24"/>
        </w:rPr>
        <w:t>Поэтому уши де-АА не упоминаются ни в Идра Раба, ни в Идра Зута: ведь они не могут раскрыться в самостоятельном строении АА — то есть когда он не соединен с Радла в одну голову, как сказано выше. Пойми это как следует, ведь вопрос этот глубок. И об этом [Учитель] говорит (в пункте 7): «А поскольку Нецах и Ход всегда представляют собой совокупность судов и т.д., от них распространяются волосы, являющиеся тайной судов и т.д., поэтому нужно удалять волосы с ушей, и пойми это», до сих пор его слова.</w:t>
      </w:r>
    </w:p>
    <w:p>
      <w:pPr>
        <w:spacing w:before="40" w:after="120"/>
        <w:jc w:val="both"/>
      </w:pPr>
      <w:r>
        <w:rPr>
          <w:rFonts w:ascii="Georgia" w:hAnsi="Georgia"/>
          <w:b w:val="0"/>
          <w:i w:val="0"/>
          <w:color w:val="000000"/>
          <w:sz w:val="24"/>
        </w:rPr>
        <w:t>Здесь тебе необходимо вспомнить все, что объяснялось относительно волос выше в «Паним Меирот», ветвь 63, пункт 4, начиная со слов «Ибо волосы», посмотри там все дальнейшее изложение. Ведь после прекращения зивуга де-гадлут де-Радла, когда АА опускается на свое собственное место в качестве АБ де-МА, высший свет все еще ударяет в экран, включенный в Нецах и Ход ушей, и поднимает снизу вверх отраженный свет. А поскольку этот экран не принадлежит к его собственному строению, он не может выносить этот отраженный свет во внутренней части своего мозга. Поэтому он выводит его наружу, поверх Гальгальты, в виде излишков мозга (мотрей моха), именуемых волосами, как написано там, посмотри. Ты уже знаешь, что эти Нецах и Ход в ушах представляют собой НЕХИ де-ахор, то есть четвертую стадию — коренную Малхут и источник всех судов. Поэтому отраженный свет, поднимающийся, пробивающий [череп] и выходящий из них наружу поверх Гальгальты, тоже считается судами. И потому нужно удалять волосы с ушей, чтобы они не придавали силы скрытому там своему корню, ведь всякий корень усиливается и раскрывается благодаря близости своих ветвей, как известно.</w:t>
      </w:r>
    </w:p>
    <w:p>
      <w:pPr>
        <w:spacing w:before="40" w:after="120"/>
        <w:jc w:val="both"/>
      </w:pPr>
      <w:r>
        <w:rPr>
          <w:rFonts w:ascii="Georgia" w:hAnsi="Georgia"/>
          <w:b w:val="0"/>
          <w:i w:val="0"/>
          <w:color w:val="000000"/>
          <w:sz w:val="24"/>
        </w:rPr>
        <w:t xml:space="preserve">И об этом [Учитель] говорит (в пункте 20): «Однако источник Малхут — в носу, и в этом тайна стиха: </w:t>
      </w:r>
      <w:r>
        <w:rPr>
          <w:rFonts w:ascii="Georgia" w:hAnsi="Georgia"/>
          <w:b w:val="0"/>
          <w:i/>
          <w:color w:val="000000"/>
          <w:sz w:val="24"/>
        </w:rPr>
        <w:t>«...и [ради] хвалы Моей сдержу Себя (эхтом) ради тебя...»</w:t>
      </w:r>
      <w:r>
        <w:rPr>
          <w:rFonts w:ascii="Georgia" w:hAnsi="Georgia"/>
          <w:b w:val="0"/>
          <w:i w:val="0"/>
          <w:color w:val="000000"/>
          <w:sz w:val="24"/>
        </w:rPr>
        <w:t xml:space="preserve"> (Йешаяу 48:9), так как хвала всегда относится к Малхут, только здесь это Малхут де-Радла», до сих пор его слова. Ведь Есод находится во лбу, а Малхут — в носу, поскольку Есод и Малхут образуют среднюю линию и расположены один под другим, подобно Есоду и венчающей короне (атара), пойми это. Однако она относится к тайне НЕХИ де-паним, как сказано о лбе и глазах, только они нисходят от Радла, как говорилось выше. Посмотри там. Итак, мы подробно разъяснили все семь исправлений Гальгальты:</w:t>
      </w:r>
    </w:p>
    <w:p>
      <w:pPr>
        <w:spacing w:before="40" w:after="120"/>
        <w:jc w:val="both"/>
      </w:pPr>
      <w:r>
        <w:rPr>
          <w:rFonts w:ascii="Georgia" w:hAnsi="Georgia"/>
          <w:b w:val="0"/>
          <w:i w:val="0"/>
          <w:color w:val="000000"/>
          <w:sz w:val="24"/>
        </w:rPr>
        <w:t>Первое исправление — это Парса де-МА, установленная в Бине венца (Кетер) де-МА и в Хохме венца де-БОН, что представляет собой пэ де-Радла. От нее и выше [все] именуется Парсой или небосводом, разделяющим между Радла и АА, а от нее и ниже именуется собственной Гальгальтой де-АА. И ты уже знаешь о великом исправлении, произведенном в этой Парсе, благодаря которому там больше никогда не произойдет пробоя, случившегося в Парсе де-БОН, как написано выше в «Паним Меирот», ветвь 61, посмотри там все дальнейшее объяснение; это исправление называется «Гальгальта».</w:t>
      </w:r>
    </w:p>
    <w:p>
      <w:pPr>
        <w:spacing w:before="40" w:after="120"/>
        <w:jc w:val="both"/>
      </w:pPr>
      <w:r>
        <w:rPr>
          <w:rFonts w:ascii="Georgia" w:hAnsi="Georgia"/>
          <w:b w:val="0"/>
          <w:i w:val="0"/>
          <w:color w:val="000000"/>
          <w:sz w:val="24"/>
        </w:rPr>
        <w:t xml:space="preserve">Второе исправление — это роса кристалла (Тала де-Бдолаха), то есть Моха Стимаа. Оно названо так потому, что подобно виду хрусталя (бдолах): ведь хрусталь совершенно бел, но тем не менее в нем просвечивает красный оттенок. Так же устроено и в этом Моха Стимаа: на своем месте он совершенно бел, и там нет никаких судов, как сказано выше, ибо коренная Малхут была скрыта в Радла и вовсе не распространилась в собственное строение АА. Тем не менее, поскольку Моха Стимаа облачает Гвуру де-Радла — то есть благодаря зивугу де-гадлут в Радла, когда в это время часть Моха Стимаа поднимается и соединяется с самой Радла, — он включает в себя также свойство НЕХИ де-ахор, сокрытых в Радла. И именно это приводит к тому, что в изобилии (шефа), нисходящем из Моха Стимаа вниз — к парцуфим ЗОН, — раскрывается красный оттенок, берущий начало от этой коренной Малхут в Радла, как было сказано. Поэтому вид его подобен хрусталю: хотя в самой сути Моха Стимаа нет никакого суда, изобилие, спускающееся к Зеир Анпину, меняется в нем и приобретает красный оттенок. Вследствие этого данное изобилие называют росой, в тайне стиха: </w:t>
      </w:r>
      <w:r>
        <w:rPr>
          <w:rFonts w:ascii="Georgia" w:hAnsi="Georgia"/>
          <w:b w:val="0"/>
          <w:i/>
          <w:color w:val="000000"/>
          <w:sz w:val="24"/>
        </w:rPr>
        <w:t>«...ибо голова моя полна росы, кудри мои — ночных капель»</w:t>
      </w:r>
      <w:r>
        <w:rPr>
          <w:rFonts w:ascii="Georgia" w:hAnsi="Georgia"/>
          <w:b w:val="0"/>
          <w:i w:val="0"/>
          <w:color w:val="000000"/>
          <w:sz w:val="24"/>
        </w:rPr>
        <w:t xml:space="preserve"> (Шир а-Ширим 5:2), пойми это.</w:t>
      </w:r>
    </w:p>
    <w:p>
      <w:pPr>
        <w:spacing w:before="40" w:after="120"/>
        <w:jc w:val="both"/>
      </w:pPr>
      <w:r>
        <w:rPr>
          <w:rFonts w:ascii="Georgia" w:hAnsi="Georgia"/>
          <w:b w:val="0"/>
          <w:i w:val="0"/>
          <w:color w:val="000000"/>
          <w:sz w:val="24"/>
        </w:rPr>
        <w:t>Третье исправление называется крума де-авира. Уже было объяснено, что это исправление Парсы де-МА внутри пространства головы самого АА под действием зивуга де-гадлут де-Радла, когда две головы — Радла и АА — соединились в одну голову. Ведь таков их корень со стороны Кетера де-БОН, где Радла взяла Гальгальту ве-Эйнаим, то есть верхнюю половину Кетера де-БОН, а АА взял АХАП — нижнюю половину Кетера де-БОН, из-за чего АА разделился на две головы: первая — Гальгальта, представляющая собой озэн и Бину Кетера де-БОН; вторая — Моха Стимаа, представляющий собой хотэм и пэ Кетера де-БОН. И теперь, силой зивуга де-гадлут, когда разделяющий экран между Радла и АА опустился ниже Бины Кетера де-БОН (подобно тому, как он находится в Кетере де-МА в Радла), считается, что этот экран опустился к последней стадии Бины Кетера де-БОН — очистившейся крума де-авира. Ведь на ней совершился зивуг де-Радла, и она буквально соединилась со свойством Радла, как все это объяснено выше в «Паним Меирот», ветвь 64.</w:t>
      </w:r>
    </w:p>
    <w:p>
      <w:pPr>
        <w:spacing w:before="40" w:after="120"/>
        <w:jc w:val="both"/>
      </w:pPr>
      <w:r>
        <w:rPr>
          <w:rFonts w:ascii="Georgia" w:hAnsi="Georgia"/>
          <w:b w:val="0"/>
          <w:i w:val="0"/>
          <w:color w:val="000000"/>
          <w:sz w:val="24"/>
        </w:rPr>
        <w:t>И знай: после того как упомянутый зивуг совершился в крума де-авира благодаря тому, что экран, находившийся над Гальгальтой, был опущен туда, с этого момента и впредь это исправление осталось в ней навсегда. То есть даже после прекращения зивуга де-гадлут, когда АА вернулся на свое место — на ступень АБ мира Ацилут, — место зивуга в крума де-авира тем не менее осталось закрепленным с очень великим светом, определяющим равновесие между Кетером и Моха Стимаа, однако уже на ступени самого АА. То есть на ступени АБ де-Ацилут, а не на ступени Радла, и помни это. Это великое исправление называется крума де-авира.</w:t>
      </w:r>
    </w:p>
    <w:p>
      <w:pPr>
        <w:spacing w:before="40" w:after="120"/>
        <w:jc w:val="both"/>
      </w:pPr>
      <w:r>
        <w:rPr>
          <w:rFonts w:ascii="Georgia" w:hAnsi="Georgia"/>
          <w:b w:val="0"/>
          <w:i w:val="0"/>
          <w:color w:val="000000"/>
          <w:sz w:val="24"/>
        </w:rPr>
        <w:t xml:space="preserve">Четвертое исправление — чистая шерсть (Омар Нека). Это волосы, представляющие собой отраженный свет, который поднимается от открытых Нецах и Ход и от Нецах и Ход, скрытых в ушах, пробивает Гальгальту и покрывает ее снаружи, образуя окружающие света для парцуфим Аба ве-Има и Зеир Анпина. Ведь выше, при описании второго исправления — Тала де-Бдолаха, — объяснялось, что от Моха Стимаа в голову Зеир Анпина притягивается красный оттенок — свойство судов, берущее начало от Гвуры де-Радла, которая включает в себя скрытые Нецах и Ход в ушах де-АА, посмотри там. А известно, что суды смягчаются лишь в своем корне. Поэтому отраженный свет, исходящий из Нецах и Ход в ушах, нисходит через пряди и волосы де-АА, покрывающие голову Зеир Анпина; тот получает от них этот отраженный свет, являющийся великим светом, и тем самым суды в Зеир Анпине смягчаются, как подробно описано в своем месте. Это исправление называется «Омар Нека», что указывает на следующее: хотя этот отраженный свет проистекает из Нецах и Ход, являющихся четвертой стадией и источником судов, суды тем не менее ни в коем случае не могут проявиться в волосах де-АА. Напротив, все они совершенно белы, в тайне стиха: </w:t>
      </w:r>
      <w:r>
        <w:rPr>
          <w:rFonts w:ascii="Georgia" w:hAnsi="Georgia"/>
          <w:b w:val="0"/>
          <w:i/>
          <w:color w:val="000000"/>
          <w:sz w:val="24"/>
        </w:rPr>
        <w:t>«...и волосы на голове Его — как чистая шерсть»</w:t>
      </w:r>
      <w:r>
        <w:rPr>
          <w:rFonts w:ascii="Georgia" w:hAnsi="Georgia"/>
          <w:b w:val="0"/>
          <w:i w:val="0"/>
          <w:color w:val="000000"/>
          <w:sz w:val="24"/>
        </w:rPr>
        <w:t xml:space="preserve"> (Даниэль 7:9).</w:t>
      </w:r>
    </w:p>
    <w:p>
      <w:pPr>
        <w:spacing w:before="40" w:after="120"/>
        <w:jc w:val="both"/>
      </w:pPr>
      <w:r>
        <w:rPr>
          <w:rFonts w:ascii="Georgia" w:hAnsi="Georgia"/>
          <w:b w:val="0"/>
          <w:i w:val="0"/>
          <w:color w:val="000000"/>
          <w:sz w:val="24"/>
        </w:rPr>
        <w:t>Причина в том, что Нецах и Ход скрыты там, в его ушах, и никогда в нем не раскрываются, подобно сказанному выше о втором исправлении в Моха Стимаа — что он полностью бел, напоминая хрусталь, посмотри там. Поэтому [это исправление] зовется «чистой шерстью» — то есть чистым от любого проявления суда, упаси Б-г, благодаря чему они обладают силой смягчать все суды, проявляющиеся в Зеир Анпине, как было сказано.</w:t>
      </w:r>
    </w:p>
    <w:p>
      <w:pPr>
        <w:spacing w:before="40" w:after="120"/>
        <w:jc w:val="both"/>
      </w:pPr>
      <w:r>
        <w:rPr>
          <w:rFonts w:ascii="Georgia" w:hAnsi="Georgia"/>
          <w:b w:val="0"/>
          <w:i w:val="0"/>
          <w:color w:val="000000"/>
          <w:sz w:val="24"/>
        </w:rPr>
        <w:t>Пятое исправление — Желание всех желаний (Раава де-Раавин). Это лоб, в котором находится корень Хеседа, раскрывающегося на конце детородного органа (а-пума де-ама), ведь там облачаются Есод де-Атик мужского свойства и Есод де-Атик женского свойства, как сказано выше. Кроме того, после раскрытия зивуга де-гадлут де-Радла там оказывается облачен и Хесед де-Атик. Поэтому все обвинители пробуждаются и покоряются благодаря особому свойству этих многочисленных светов, раскрывающихся во лбу де-АА. По этой причине он называется «Раава де-Раавин»: все желания миров отменяются и смиряются перед желанием и тягой к свету, который раскроется им от того великого света. Поэтому данное исправление называют «Раава де-Раавин», то есть желанием, берущим верх над всеми желаниями.</w:t>
      </w:r>
    </w:p>
    <w:p>
      <w:pPr>
        <w:spacing w:before="40" w:after="120"/>
        <w:jc w:val="both"/>
      </w:pPr>
      <w:r>
        <w:rPr>
          <w:rFonts w:ascii="Georgia" w:hAnsi="Georgia"/>
          <w:b w:val="0"/>
          <w:i w:val="0"/>
          <w:color w:val="000000"/>
          <w:sz w:val="24"/>
        </w:rPr>
        <w:t xml:space="preserve">Шестое исправление — открытый присмотр (Ашгаха Пкиха) или открытость глаз (Пкиху де-Эйнаим). Это облачение Нецах и Ход лицевой стороны де-Радла, являющихся корнем милосердия, раскрывшегося в мире Исправления по принципу объединения свойства милосердия с судом. Ведь НЕХИ де-ахор, представляющие собой меру суда, были скрыты в ушах, а вместо них властвуют НЕХИ де-паним — свойство милосердия, как написано в предыдущей ветви. И хотя они представляют собой пары, указывающие на милосердие и суд, тот суд тем не менее является совершенным милосердием, так как весь его смысл — лишь преумножить милосердие, как с Б-жьей помощью будет написано в своем месте. В этом тайна стиха: </w:t>
      </w:r>
      <w:r>
        <w:rPr>
          <w:rFonts w:ascii="Georgia" w:hAnsi="Georgia"/>
          <w:b w:val="0"/>
          <w:i/>
          <w:color w:val="000000"/>
          <w:sz w:val="24"/>
        </w:rPr>
        <w:t>«...открой глаза Твои и взгляни на опустошения наши...»</w:t>
      </w:r>
      <w:r>
        <w:rPr>
          <w:rFonts w:ascii="Georgia" w:hAnsi="Georgia"/>
          <w:b w:val="0"/>
          <w:i w:val="0"/>
          <w:color w:val="000000"/>
          <w:sz w:val="24"/>
        </w:rPr>
        <w:t xml:space="preserve"> (Даниэль 9:18), ведь все суды, раскрывшиеся вследствие разбиения сосудов (швират а-келим), именуемого запустением и разрушением, смягчаются раскрытием глаз де-АА, преисполненных милосердия, как было сказано.</w:t>
      </w:r>
    </w:p>
    <w:p>
      <w:pPr>
        <w:spacing w:before="40" w:after="120"/>
        <w:jc w:val="both"/>
      </w:pPr>
      <w:r>
        <w:rPr>
          <w:rFonts w:ascii="Georgia" w:hAnsi="Georgia"/>
          <w:b w:val="0"/>
          <w:i w:val="0"/>
          <w:color w:val="000000"/>
          <w:sz w:val="24"/>
        </w:rPr>
        <w:t xml:space="preserve">Седьмое исправление — это нос (Хотма). Это предмет пространный и глубокий, и нам недостает еще многих сведений, чтобы истолковать его во всей полноте. Однако уже было объяснено, что лоб и нос — это Есод и Малхут де-Радла. И назван [он] «хотэм» (нос, </w:t>
      </w:r>
      <w:r>
        <w:rPr>
          <w:rFonts w:ascii="Georgia" w:hAnsi="Georgia" w:cs="Times New Roman"/>
          <w:b/>
          <w:i w:val="0"/>
          <w:color w:val="000000"/>
          <w:sz w:val="24"/>
          <w:rtl/>
          <w:szCs w:val="32"/>
        </w:rPr>
        <w:t>חוֹטֶם</w:t>
      </w:r>
      <w:r>
        <w:rPr>
          <w:rFonts w:ascii="Georgia" w:hAnsi="Georgia"/>
          <w:b w:val="0"/>
          <w:i w:val="0"/>
          <w:color w:val="000000"/>
          <w:sz w:val="24"/>
        </w:rPr>
        <w:t xml:space="preserve">) от слова «хотам» (печать, </w:t>
      </w:r>
      <w:r>
        <w:rPr>
          <w:rFonts w:ascii="Georgia" w:hAnsi="Georgia" w:cs="Times New Roman"/>
          <w:b/>
          <w:i w:val="0"/>
          <w:color w:val="000000"/>
          <w:sz w:val="24"/>
          <w:rtl/>
          <w:szCs w:val="32"/>
        </w:rPr>
        <w:t>חוֹתָם</w:t>
      </w:r>
      <w:r>
        <w:rPr>
          <w:rFonts w:ascii="Georgia" w:hAnsi="Georgia"/>
          <w:b w:val="0"/>
          <w:i w:val="0"/>
          <w:color w:val="000000"/>
          <w:sz w:val="24"/>
        </w:rPr>
        <w:t>), так как это Малхут, завершающая света де-Радла: вплоть до нее распространяется и облачается сущность великого света де-Радла, но не ниже. Ведь в Малхут есть два свойства: первое — распространяющаяся Малхут, подобная Малхут головы, которая распространяется дальше в тело; второе — завершающая Малхут, как написано в «Паним Масбирот», ветвь 13, посмотри там.</w:t>
      </w:r>
    </w:p>
    <w:p>
      <w:pPr>
        <w:spacing w:before="40" w:after="120"/>
        <w:jc w:val="both"/>
      </w:pPr>
      <w:r>
        <w:rPr>
          <w:rFonts w:ascii="Georgia" w:hAnsi="Georgia"/>
          <w:b w:val="0"/>
          <w:i w:val="0"/>
          <w:color w:val="000000"/>
          <w:sz w:val="24"/>
        </w:rPr>
        <w:t xml:space="preserve">Однако там были установлены два прохода, называемые двумя отверстиями ноздрей (нокевей де-фардашка). Из одного отверстия веет дух жизни для Зеир Анпина в тайне жизни грядущего мира, а из второго отверстия веет жизнь жизней, то есть жизнь этого мира, что представляет собой раскрытие Моха Стимаа, в тайне стиха: </w:t>
      </w:r>
      <w:r>
        <w:rPr>
          <w:rFonts w:ascii="Georgia" w:hAnsi="Georgia"/>
          <w:b w:val="0"/>
          <w:i/>
          <w:color w:val="000000"/>
          <w:sz w:val="24"/>
        </w:rPr>
        <w:t>«И не будет больше учить каждый ближнего своего... ибо все они будут знать Меня, от мала до велика»</w:t>
      </w:r>
      <w:r>
        <w:rPr>
          <w:rFonts w:ascii="Georgia" w:hAnsi="Georgia"/>
          <w:b w:val="0"/>
          <w:i w:val="0"/>
          <w:color w:val="000000"/>
          <w:sz w:val="24"/>
        </w:rPr>
        <w:t xml:space="preserve"> (Ирмеяу 31:33). Все это подробно описано в Идра Раба, лист 130б (пункт 65), посмотри там, и с Б-жьей помощью будет пространно разъяснено в соответствующем месте. Это исправление называется «Хотма», как сказано там же, в Идра Раба (пункты 65–71): «По носу распознается лик и т.д. И все исправления Атик Йомина видны и не видны: видны владыкам мер, но не видны всем», посмотри там.</w:t>
      </w:r>
    </w:p>
    <w:p>
      <w:pPr>
        <w:spacing w:before="40" w:after="120"/>
        <w:jc w:val="both"/>
      </w:pPr>
      <w:r>
        <w:rPr>
          <w:rFonts w:ascii="Georgia" w:hAnsi="Georgia"/>
          <w:b w:val="0"/>
          <w:i w:val="0"/>
          <w:color w:val="000000"/>
          <w:sz w:val="24"/>
        </w:rPr>
        <w:t>И об этом [Учитель] говорит (в пункте 40): «Однако тайна Даат де-Радла крайне скрыта, поэтому она пребывает в тайне рта Святого Атика, упоминаемого в Зоаре: «Даат скрыт во рту», но три первые сфиры (ГАР) его находятся в тайне окружающего света и не могут облачиться». А далее (в пункте 100) он говорит: «Однако нешама происходит от ГАР, и из-за обилия своего света она не может облачиться в АА, а осталась наверху в виде окружающего [света]; поэтому его Даат должен был облачиться в АА в виде души (нешама)». «И в этом тайна того, на что я намекнул тебе: «воздух покоится на этой оболочке, покрывающей мозг», ибо это тайна раскрывающегося там Даат. И тем не менее он был там очень скрыт и должен был больше раскрыться во рту, как сказано выше, но при всем том он все еще замкнут, «в который отцы в будущем облачатся»», до сих пор его слова.</w:t>
      </w:r>
    </w:p>
    <w:p>
      <w:pPr>
        <w:spacing w:before="40" w:after="120"/>
        <w:jc w:val="both"/>
      </w:pPr>
      <w:r>
        <w:rPr>
          <w:rFonts w:ascii="Georgia" w:hAnsi="Georgia"/>
          <w:b w:val="0"/>
          <w:i w:val="0"/>
          <w:color w:val="000000"/>
          <w:sz w:val="24"/>
        </w:rPr>
        <w:t>И вот Рав сокрыл здесь ключи к мозгу Даат во всех парцуфим, поэтому мы обязаны проникнуть здесь в самую глубь его слов. Ведь в парцуфим мира Ацилут мы находим три свойства Даат: первое — скрытый Даат (даат а-неелам), второе — высший Даат (даат эльон), третье — нижний Даат (даат тахтон), как написано в «Шаар а-Акдамот» в «Учении о Даат», посмотри там.</w:t>
      </w:r>
    </w:p>
    <w:p>
      <w:pPr>
        <w:spacing w:before="40" w:after="120"/>
        <w:jc w:val="both"/>
      </w:pPr>
      <w:r>
        <w:rPr>
          <w:rFonts w:ascii="Georgia" w:hAnsi="Georgia"/>
          <w:b w:val="0"/>
          <w:i w:val="0"/>
          <w:color w:val="000000"/>
          <w:sz w:val="24"/>
        </w:rPr>
        <w:t>И знай, что корень этих трех свойств Даат заключен в трех рассматриваемых здесь головах: Радла, Гальгальта и Моха Стимаа, как с Б-жьей помощью будет написано ниже. Ты уже знаешь о взаимном включении МА и БОН во всех парцуфим мира Ацилут, так что нет ни единой малейшей искры, которая не была бы соединена из МА и БОН вместе, как сказано выше в «Паним Масбирот», лист 189, начиная со слов «И главное». Ты знаешь также различие между МА и БОН — насколько оно огромно, как описано в предыдущих ветвях различными способами, и разветвлениям этих различий нет числа. Для нашей темы важно следующее: в МА место зивуга и экрана было приготовлено в последней стадии Бины головы, а ЗОН головы опускаются и становятся телом (гуф). В БОН же место зивуга было приготовлено в Хохме головы, а Бина и ЗОН головы, именуемые АХАП, опускаются на уровень тела, как сказано выше в «Эц Хаим», ветвь 14.</w:t>
      </w:r>
    </w:p>
    <w:p>
      <w:pPr>
        <w:spacing w:before="40" w:after="120"/>
        <w:jc w:val="both"/>
      </w:pPr>
      <w:r>
        <w:rPr>
          <w:rFonts w:ascii="Georgia" w:hAnsi="Georgia"/>
          <w:b w:val="0"/>
          <w:i w:val="0"/>
          <w:color w:val="000000"/>
          <w:sz w:val="24"/>
        </w:rPr>
        <w:t>Таким образом, в голове каждого парцуфа оказывается КАХАБ со стороны МА и Кетер-Хохма со стороны имеющегося в нем БОН. Все это имеет место с самого начала, когда Источник выделяет из Себя каждый парцуф. Однако затем происходит зивуг де-гадлут свойств МА и БОН головы, и Хохма де-МА опускает экран от последней стадии Хохмы де-БОН к последней стадии Бины де-БОН — точно так же, как принято в КАХАБ де-МА. И тогда считается, что Бина де-БОН также поднимается из тела и возвращается в голову, подобно Бине де-МА. В итоге благодаря названному зивугу в голове возникает также КАХАБ де-БОН наравне с МА. И знай: новшество и добавление, возникшее в голове высшего — то есть в Радла — благодаря тому, что Хохма де-МА опустила экран из Хохмы де-БОН в Бину де-БОН, отчего Бина поднялась в голову, как сказано выше, — это добавление всегда именуется мозгом Даат (моах а-даат).</w:t>
      </w:r>
    </w:p>
    <w:p>
      <w:pPr>
        <w:spacing w:before="40" w:after="120"/>
        <w:jc w:val="both"/>
      </w:pPr>
      <w:r>
        <w:rPr>
          <w:rFonts w:ascii="Georgia" w:hAnsi="Georgia"/>
          <w:b w:val="0"/>
          <w:i w:val="0"/>
          <w:color w:val="000000"/>
          <w:sz w:val="24"/>
        </w:rPr>
        <w:t>До зивуга де-гадлут там были лишь Кетер и Хохма де-БОН, как сказано выше, и в них — света руах и нефеш: руах в Кетере, а нефеш в Хохме. Теперь же, после подъема Бины, когда там образовались три сосуда (келим), добавилось свойство нешама. Тогда нешама облачается в Кетер, руах — в Хохму, а нефеш — во вновь добавившуюся Бину.</w:t>
      </w:r>
    </w:p>
    <w:p>
      <w:pPr>
        <w:spacing w:before="40" w:after="120"/>
        <w:jc w:val="both"/>
      </w:pPr>
      <w:r>
        <w:rPr>
          <w:rFonts w:ascii="Georgia" w:hAnsi="Georgia"/>
          <w:b w:val="0"/>
          <w:i w:val="0"/>
          <w:color w:val="000000"/>
          <w:sz w:val="24"/>
        </w:rPr>
        <w:t>Из этого ты поймешь, что эта Бина представляет собой Даат со светом нефеш, Кетер представляет собой Хохму со светом нешама, а Хохма представляет собой Бину со светом руах. И благодаря этому ты поймешь написанное в «Шаар а-Акдамот» в «Учении о Даат» — что нешама и руах представляют собой ХУБ, а нефеш представляет собой Даат, то есть именно так, как мы сказали. Однако сосудами для ХУБ служат Кетер и Хохма, имеющиеся в этой голове с самого начала, когда Источник выделил ее из Себя, а сосудом мозга Даат служит Бина, добавившаяся теперь, и помни это правило.</w:t>
      </w:r>
    </w:p>
    <w:p>
      <w:pPr>
        <w:spacing w:before="40" w:after="120"/>
        <w:jc w:val="both"/>
      </w:pPr>
      <w:r>
        <w:rPr>
          <w:rFonts w:ascii="Georgia" w:hAnsi="Georgia"/>
          <w:b w:val="0"/>
          <w:i w:val="0"/>
          <w:color w:val="000000"/>
          <w:sz w:val="24"/>
        </w:rPr>
        <w:t>Ты уже знаешь, что Радла и АА, включающий две головы — Кетер и Моха Стимаа, представляют собой вместе лишь десять сфирот Кетера де-БОН. При этом Радла взяла верхнюю половину — Гальгальту ве-Эйнаим, а АА взял нижнюю половину — АХАП, где ухо (озэн) — это Кетер, а нос и рот (хотэм-пэ) — это Моха Стимаа. Получается, что во время упомянутого зивуга де-гадлут Кетер вернулся и поднялся в Радла в виде Даат. Но если так, как же мы считаем после этого Кетер головой АА? Ведь он уже поднялся и соединился, став свойством Даат в первой голове — в самой Радла, как было сказано! Дело в том, что все пришедшее в парцуф с самого начала, когда Источник выделил его из Себя закреплено в нем навсегда и никогда не убудет. Поэтому, хотя мы и говорим, что Бина Кетера де-БОН поднялась из АА и вернулась в Радла, а экран, находившийся в Хохме де-Радла, опустился и встал под Биной Кетера де-БОН, свойство Бины де-БОН, уже зафиксированное в качестве Гальгальты у АА, тем не менее ничуть не убавилось. Считается лишь, что ее свечение поднялось и утвердилось наверху в Радла в виде Даат, определяющего равновесие между имеющимися там Кетером и Хохмой, тогда как сама суть этой Бины осталась в АА по-прежнему, и помни это.</w:t>
      </w:r>
    </w:p>
    <w:p>
      <w:pPr>
        <w:spacing w:before="40" w:after="120"/>
        <w:jc w:val="both"/>
      </w:pPr>
      <w:r>
        <w:rPr>
          <w:rFonts w:ascii="Georgia" w:hAnsi="Georgia"/>
          <w:b w:val="0"/>
          <w:i w:val="0"/>
          <w:color w:val="000000"/>
          <w:sz w:val="24"/>
        </w:rPr>
        <w:t>Исходя из этого ты поймешь, что Парса в пэ де-Радла, перекрывавшая Гальгальту (Кетер де-АА), из-за чего та не могла получать свет уха (как написано выше в «Паним Меирот», лист 801, начиная со слов «И нет»), теперь неизбежно очистилась. Ведь вся закупорка света уха происходила из-за экрана и МАН, поднявшегося в никвей эйнаим (Хохму Кетера де-БОН), вследствие чего Бина вышла за пределы головы и пришла в нижний парцуф — к АА, как написано там. И теперь, когда Хохма де-МА в Радла опустила этот экран из Хохмы Кетера де-БОН, скрытый мозг в Радла открылся. И считается, что тот самый Даат де-Радла, который добавился в ней благодаря возвращению Бины Кетера де-БОН в голову, распространяется через открывшийся скрытый мозг в Гальгальту де-АА и образует в нем также нижний Даат, определяющий равновесие между Кетером и Моха Стимаа в АА — подобно тому, как Даат де-Радла определяет равновесие между Кетером и Хохмой Кетера де-БОН в самой Радла, как написано выше, и пойми это как следует.</w:t>
      </w:r>
    </w:p>
    <w:p>
      <w:pPr>
        <w:spacing w:before="40" w:after="120"/>
        <w:jc w:val="both"/>
      </w:pPr>
      <w:r>
        <w:rPr>
          <w:rFonts w:ascii="Georgia" w:hAnsi="Georgia"/>
          <w:b w:val="0"/>
          <w:i w:val="0"/>
          <w:color w:val="000000"/>
          <w:sz w:val="24"/>
        </w:rPr>
        <w:t>Ты видишь здесь исток разделения мозга Даат на высший Даат и нижний Даат. Оно проистекает из разделения Бины Кетера де-БОН во время зивуга де-гадлут де-Радла: эта Бина неизбежно поднимается в саму Радла и становится там Даат, определяющим равновесие между Кетером и Хохмой де-БОН в Радла, но при этом она непременно должна не убавляться и в самом АА. Таким образом, получается, что она служит одновременно и в Радла, и в АА. Понятно, что различие между ними тем не менее весьма велико. Ведь Бина, поднявшаяся и служащая в Радла, стала там свойством Радла — первой головы, и поэтому именуется высшим Даат. А то ее проявление, которое служит в АА, пребывает там лишь на уровне АБ де-Ацилут и второй головы, являющейся нижней ступенью по отношению к Радла, и потому называется нижним Даат. Получается, что хотя оба они выходят благодаря единому зивугу двух сфирот Хохма де-МА и де-БОН в Радла, как было сказано, они тем не менее неизбежно разделяются на высший Даат и нижний Даат, пойми это как следует.</w:t>
      </w:r>
    </w:p>
    <w:p>
      <w:pPr>
        <w:spacing w:before="40" w:after="120"/>
        <w:jc w:val="both"/>
      </w:pPr>
      <w:r>
        <w:rPr>
          <w:rFonts w:ascii="Georgia" w:hAnsi="Georgia"/>
          <w:b w:val="0"/>
          <w:i w:val="0"/>
          <w:color w:val="000000"/>
          <w:sz w:val="24"/>
        </w:rPr>
        <w:t>Знай также, что этот нижний Даат считается самостоятельной головой, хотя в действительности он сам есть не что иное, как свойство Гальгальты де-АА — то есть очистившаяся Бина Кетера де-БОН вследствие выхода экрана из Хохмы Кетера де-БОН, как написано выше. Однако эта Бина уже была закреплена в качестве Кетера и высшей головы самого АА с самого начала, когда Источник выделил его из Себя, и потому она не претерпевает изменений из-за опускания экрана; нижний же Даат устраивается сам по себе в виде мозга воздуха (моха де-авира). Это будет подробно разъяснено далее. И об этом [Учитель] говорит (в пункте 50): «Бина де-Атик вовсе не облачилась, однако от нее снаружи протягивается свечение до лба де-АА; также и т.д. пробивает, выходит наружу и встречается со светом Бины де-Атик, находящимся снаружи, и они соударяются друг с другом; то, что изнутри, выходит наружу, а то, что снаружи, входит внутрь и т.д.», до сих пор его слова.</w:t>
      </w:r>
    </w:p>
    <w:p>
      <w:pPr>
        <w:spacing w:before="40" w:after="120"/>
        <w:jc w:val="both"/>
      </w:pPr>
      <w:r>
        <w:rPr>
          <w:rFonts w:ascii="Georgia" w:hAnsi="Georgia"/>
          <w:b w:val="0"/>
          <w:i w:val="0"/>
          <w:color w:val="000000"/>
          <w:sz w:val="24"/>
        </w:rPr>
        <w:t>На первый взгляд это удивительно: коль скоро он уже сказал, что ГАР де-Радла не облачаются в две нижние головы де-АА, с какой стати говорить, будто Бина де-Радла не входит в число ГАР де-Атик?</w:t>
      </w:r>
    </w:p>
    <w:p>
      <w:pPr>
        <w:spacing w:before="40" w:after="120"/>
        <w:jc w:val="both"/>
      </w:pPr>
      <w:r>
        <w:rPr>
          <w:rFonts w:ascii="Georgia" w:hAnsi="Georgia"/>
          <w:b w:val="0"/>
          <w:i w:val="0"/>
          <w:color w:val="000000"/>
          <w:sz w:val="24"/>
        </w:rPr>
        <w:t>Но из сказанного выше ты поймешь это со всей ясностью. Казалось бы, поскольку экран опустился из Хохмы Кетера де-БОН и пришел к последней стадии Бины Кетера де-БОН, являющейся Гальгальтой де-АА, как сказано выше, Гальгальта де-АА должна была бы подняться и облачить саму Радла, то есть занять место Бины де-Радла, и тогда Гальгальта превратилась бы в часть самой Радла. Поэтому он сообщает нам, что это не так: Гальгальта тем не менее остается на ступени АА и не поднимается, чтобы облачить Бину де-МА в Радла, именно по указанной выше причине.</w:t>
      </w:r>
    </w:p>
    <w:p>
      <w:pPr>
        <w:spacing w:before="40" w:after="120"/>
        <w:jc w:val="both"/>
      </w:pPr>
      <w:r>
        <w:rPr>
          <w:rFonts w:ascii="Georgia" w:hAnsi="Georgia"/>
          <w:b w:val="0"/>
          <w:i w:val="0"/>
          <w:color w:val="000000"/>
          <w:sz w:val="24"/>
        </w:rPr>
        <w:t>И об этом сказано: «Однако от нее снаружи протягивается свечение и т.д.», и объясняется, что сначала свечение Есода де-Радла пробивает и выходит наружу. Это означает, что экран в пэ де-Радла, являющийся небосводом и Есодом, разделяющим между Радла и АА, который стоит на месте Хохмы Кетера де-БОН в Радла, выходит из этой Хохмы и пробивает Гальгальту. То есть он упраздняет действие Парсы и границы Хохмы, перекрывавшей отверстия Гальгальты, как написано выше (и как сказано в «Паним Меирот», лист 796, начиная со слов «Однако», посмотри там). Он выходит наружу из Радла к последней стадии Гальгальты де-АА, называемой крума де-авира (как сказано выше в «Паним Меирот», лист 801, начиная со слов «А в большом состоянии», посмотри там), «и они соударяются друг с другом». Это означает, что ударное соединение (зивуг де-акаа) высшего света на экран Есода де-Радла, стоявший в Хохме Кетера де-БОН над Гальгальтой де-АА, происходит теперь внизу, в крума де-авира. Она представляет собой экран Бины Кетера де-БОН, находящийся над Моха Стимаа и являющийся небосводом, который разделяет между Гальгальтой и Моха Стимаа.</w:t>
      </w:r>
    </w:p>
    <w:p>
      <w:pPr>
        <w:spacing w:before="40" w:after="120"/>
        <w:jc w:val="both"/>
      </w:pPr>
      <w:r>
        <w:rPr>
          <w:rFonts w:ascii="Georgia" w:hAnsi="Georgia"/>
          <w:b w:val="0"/>
          <w:i w:val="0"/>
          <w:color w:val="000000"/>
          <w:sz w:val="24"/>
        </w:rPr>
        <w:t>И об этом сказано: «то, что изнутри, выходит наружу, а то, что снаружи, входит внутрь». Смысл в следующем: поскольку экран был опущен из Есода де-Радла (места Хохмы внутри Радла) на место последней стадии Бины Кетера де-БОН, выйдя наружу из Радла на уровень АА, сама собой эта Бина Кетера де-БОН, находившаяся до сих пор вне Радла, вернулась и вошла внутрь Радла, как подробно описано выше, став высшим Даат, служащим в Радла. Получается, что внутренний экран в Радла вышел наружу к АА, а внешняя Бина в АА вошла внутрь Радла.</w:t>
      </w:r>
    </w:p>
    <w:p>
      <w:pPr>
        <w:spacing w:before="40" w:after="120"/>
        <w:jc w:val="both"/>
      </w:pPr>
      <w:r>
        <w:rPr>
          <w:rFonts w:ascii="Georgia" w:hAnsi="Georgia"/>
          <w:b w:val="0"/>
          <w:i w:val="0"/>
          <w:color w:val="000000"/>
          <w:sz w:val="24"/>
        </w:rPr>
        <w:t>И об этом сказано: «и тогда это свечение протягивается до самого низа». Пояснение: хотя сама Гальгальта не поднялась в Радла, перекрывавшая ее Парса тем не менее оказалась пробита, и тогда свечение Даат де-Радла протянулось вниз, между Кетером и Моха Стимаа. Это свечение представляет собой нижний Даат и называется мозгом воздуха (моха де-авира). Подобным же образом мохин протягиваются и к нижним парцуфим. И об этом сказано: «до лба Аба ве-Има и т.д., до лба Зеир Анпина и т.д.», как с Б-жьей помощью будет написано в своем месте.</w:t>
      </w:r>
    </w:p>
    <w:p>
      <w:pPr>
        <w:spacing w:before="40" w:after="120"/>
        <w:jc w:val="both"/>
      </w:pPr>
      <w:r>
        <w:rPr>
          <w:rFonts w:ascii="Georgia" w:hAnsi="Georgia"/>
          <w:b w:val="0"/>
          <w:i w:val="0"/>
          <w:color w:val="000000"/>
          <w:sz w:val="24"/>
        </w:rPr>
        <w:t>И об этом [Учитель] говорит (в пункте 40): «Однако тайна Даат де-Радла крайне скрыта и т.д.». А ниже (в пункте 200) он говорит, что Даат де-Радла раскрывается в воздухе между Кетером и Моха Стимаа. Поэтому нужно глубоко понять природу сокрытия и раскрытия, о которых говорится применительно к Даат де-Радла, являющимся корнями Хохмы. Прежде всего необходимо отчетливо уяснить разделение Даат на две половины: на высший Даат и нижний Даат, как было объяснено выше (лист 820, начиная со слов «Дело в том»), что это происходит из-за Гальгальты де-АА, которая должна была подняться в своей сущности в Радла, но не смогла подняться, поскольку уже была закреплена в качестве Кетера для АА с самого начала, когда Источник выделил его из Себя. Ведь Рав установил для нас правило: все пришедшее в парцуф с самого начала, когда Источник выделил его из Себя никогда в нем не упраздняется, посмотри там.</w:t>
      </w:r>
    </w:p>
    <w:p>
      <w:pPr>
        <w:spacing w:before="40" w:after="120"/>
        <w:jc w:val="both"/>
      </w:pPr>
      <w:r>
        <w:rPr>
          <w:rFonts w:ascii="Georgia" w:hAnsi="Georgia"/>
          <w:b w:val="0"/>
          <w:i w:val="0"/>
          <w:color w:val="000000"/>
          <w:sz w:val="24"/>
        </w:rPr>
        <w:t>Однако при всем том необходимо понять причину этого: коль скоро мы утверждаем, что Хохма де-МА в Радла выводит и опускает экран из Хохмы де-БОН к последней стадии Бины де-БОН (то есть к крума де-авира), то Гальгальта де-АА непременно должна была стать единой сутью с Биной де-МА в Радла. Ведь все это разделение, при котором Бина Кетера де-БОН вышла, опустилась наружу и стала Кетером де-АА (второй головой мира Ацилут), возникло лишь из-за подъема экрана в Хохму ради того, чтобы Источник выделил из Себя мир Некудим, как написано там. Из-за этого Бина отделилась, перейдя на нижнюю ступень и став второй головой, так как экран поднялся выше нее, как сказано там. Но если теперь Хохма де-МА снова опустила этот экран, разделявший между Хохмой и Биной, то задним числом выяснилось, что Бина суть сама Хохма! Стало быть, она должна вернуться в первую голову, какой она и была до событий в мире Некудим. Как же тогда можно утверждать, что Гальгальта де-АА, являющаяся Биной Кетера де-БОН, остается на своем месте даже после опускания экрана из Хохмы Кетера де-БОН? Это, несомненно, требует исчерпывающего объяснения.</w:t>
      </w:r>
    </w:p>
    <w:p>
      <w:pPr>
        <w:spacing w:before="40" w:after="120"/>
        <w:jc w:val="both"/>
      </w:pPr>
      <w:r>
        <w:rPr>
          <w:rFonts w:ascii="Georgia" w:hAnsi="Georgia"/>
          <w:b w:val="0"/>
          <w:i w:val="0"/>
          <w:color w:val="000000"/>
          <w:sz w:val="24"/>
        </w:rPr>
        <w:t>Смысл откроется тебе из разобранного в предыдущей ветви различия между Аба ве-Има мира Некудим (второй головой) и ИШСУТ мира Некудим (третьей головой). В соударении взгляда глаз (истаклют эйнаим) в Аба ве-Има служили НЕХИ де-ахор, и оттуда произошел мелех Даат мира Некудим; а в соударении взгляда глаз в ИШСУТ служили НЕХИ де-паним, посмотри там. Было также объяснено, что те НЕХИ де-ахор, которые служили во взгляде глаз Аба ве-Има, были скрыты на своем месте в ГАР де-Некудим, что привело к прекращению зивуга внутренних Аба ве-Има, поскольку экран НЕХИ де-ахор, пригодный для их соударения, оказался скрыт, посмотри там.</w:t>
      </w:r>
    </w:p>
    <w:p>
      <w:pPr>
        <w:spacing w:before="40" w:after="120"/>
        <w:jc w:val="both"/>
      </w:pPr>
      <w:r>
        <w:rPr>
          <w:rFonts w:ascii="Georgia" w:hAnsi="Georgia"/>
          <w:b w:val="0"/>
          <w:i w:val="0"/>
          <w:color w:val="000000"/>
          <w:sz w:val="24"/>
        </w:rPr>
        <w:t>Причина сокрытия в том, что все зивугим в мирах АБЕА мира Исправления осуществляются посредством нового МА, выходящего из лба (мэцах), что представляет собой второе распространение мира Некудим, как сказано выше в «Паним Масбирот», лист 159, начиная со слов «И вот после». И соотношение его с миром Некудим подобно отношению парцуфа АБ к внутреннему парцуфу Атик, как написано там. Известно, что АБ — короткий парцуф: он не облачает две нижние трети Нецах и Ход внутреннего парцуфа, поскольку не имеет экрана четвертой стадии, служившего во внутреннем парцуфе. В этом тайна того, что Эйн Соф облачился в Хохму де-АК и в Малхут де-АК и произвел мир Ацилут, ведь АБ достигает лишь высоты уровня Хохма, как написано там.</w:t>
      </w:r>
    </w:p>
    <w:p>
      <w:pPr>
        <w:spacing w:before="40" w:after="120"/>
        <w:jc w:val="both"/>
      </w:pPr>
      <w:r>
        <w:rPr>
          <w:rFonts w:ascii="Georgia" w:hAnsi="Georgia"/>
          <w:b w:val="0"/>
          <w:i w:val="0"/>
          <w:color w:val="000000"/>
          <w:sz w:val="24"/>
        </w:rPr>
        <w:t>Поэтому новый МА непригоден для зивуга на НЕХИ де-ахор, как это было в Кетере де-Некудим, где использовался экран четвертой стадии; он производит зивуг лишь на НЕХИ де-паним — экран второй или третьей стадии. Вследствие этого НЕХИ де-ахор четвертой стадии вообще не несут никакой службы для зивуга в мирах АБЕА мира Исправления. Это и называют сокрытием — подобно сосуду, который больше не предназначен для использования, разве что на отдаленное время, то есть к Окончательному исправлению (гмар а-тиккун), как известно. В этом кроется тайна прекращения соударения внутренних Аба ве-Има; помни это, ведь это необходимо для большинства мест. Из сказанного ты поймешь, что сосуды БОН, оставшиеся от мира Некудим, включают в себя два свойства НЕХИ: НЕХИ де-ахор и НЕХИ де-паним, как сказано выше. Однако МА соударяется и исправляет лишь на основе НЕХИ де-паним. Поэтому те НЕХИ де-ахор, которые остались в сосудах БОН, именуются только Нецах и Ход в тайне букв вав (</w:t>
      </w:r>
      <w:r>
        <w:rPr>
          <w:rFonts w:ascii="Georgia" w:hAnsi="Georgia" w:cs="Times New Roman"/>
          <w:b/>
          <w:i w:val="0"/>
          <w:color w:val="000000"/>
          <w:sz w:val="24"/>
          <w:rtl/>
          <w:szCs w:val="32"/>
        </w:rPr>
        <w:t>ו</w:t>
      </w:r>
      <w:r>
        <w:rPr>
          <w:rFonts w:ascii="Georgia" w:hAnsi="Georgia"/>
          <w:b w:val="0"/>
          <w:i w:val="0"/>
          <w:color w:val="000000"/>
          <w:sz w:val="24"/>
        </w:rPr>
        <w:t>), являющихся корнем пар, ведь Есод у них отсутствует, поскольку в них нет зивуга, пойми это.</w:t>
      </w:r>
    </w:p>
    <w:p>
      <w:pPr>
        <w:spacing w:before="40" w:after="120"/>
        <w:jc w:val="both"/>
      </w:pPr>
      <w:r>
        <w:rPr>
          <w:rFonts w:ascii="Georgia" w:hAnsi="Georgia"/>
          <w:b w:val="0"/>
          <w:i w:val="0"/>
          <w:color w:val="000000"/>
          <w:sz w:val="24"/>
        </w:rPr>
        <w:t>Уже было объяснено, что в первой голове мира Ацилут — в Радла — есть КАХАБ со стороны МА и Кетер-Хохма со стороны БОН. Таким образом, пэ этой головы (экран, на котором совершается зивуг) стоит в последней стадии Бины де-МА и в последней стадии Хохмы де-БОН. Получается, что этот экран включает в себя также сосуды БОН, представляющие собой скрытые в БОН сфирот НЕХИ де-ахор. Ты знаешь также, что та часть этого экрана, которая простирается сверху вниз, образует Гальгальту де-АА, отделяющую его в обособленный нижний парцуф, именуемый второй головой мира Ацилут. Смысл здесь не в том, будто сама суть Гальгальты есть экран: ведь уже разъяснялось, что Гальгальта — это сфира Бина Кетера де-БОН, объединяющего Атика и АА вместе, а по отношению к самому АА это сфира Кетер де-АА. Имеется в виду, что мощная сила разделяющего экрана включена в сущность Гальгальты в ее распространении от пэ де-Радла и ниже. Именно поэтому он отделяет Бину де-БОН от Хохмы де-БОН и перекрывает для Бины свет уха (как сказано выше в «Паним Меирот», лист 796, начиная со слов «Однако»), вследствие чего она перестала считаться тремя первыми сфирот (ГАР), как написано там.</w:t>
      </w:r>
    </w:p>
    <w:p>
      <w:pPr>
        <w:spacing w:before="40" w:after="120"/>
        <w:jc w:val="both"/>
      </w:pPr>
      <w:r>
        <w:rPr>
          <w:rFonts w:ascii="Georgia" w:hAnsi="Georgia"/>
          <w:b w:val="0"/>
          <w:i w:val="0"/>
          <w:color w:val="000000"/>
          <w:sz w:val="24"/>
        </w:rPr>
        <w:t>Поэтому необходимо разобраться в этой перекрывающей силе, которая включена из МА и БОН, как сказано выше; стало быть, она включает оба свойства НЕХИ — как лицевой, так и обратной стороны, и помни это.</w:t>
      </w:r>
    </w:p>
    <w:p>
      <w:pPr>
        <w:spacing w:before="40" w:after="120"/>
        <w:jc w:val="both"/>
      </w:pPr>
      <w:r>
        <w:rPr>
          <w:rFonts w:ascii="Georgia" w:hAnsi="Georgia"/>
          <w:b w:val="0"/>
          <w:i w:val="0"/>
          <w:color w:val="000000"/>
          <w:sz w:val="24"/>
        </w:rPr>
        <w:t>Само собой понятно, что во время соударения двух сфирот Хохма де-МА и де-БОН в Радла, когда Хохма де-МА вывела и опустила экран из Хохмы Кетера де-БОН к последней стадии Бины Кетера де-БОН, называемой крума де-авира, эта перекрывающая сила упразднилась из Гальгальты. Ведь находившийся над ней экран был отменен и опустился под нее — на место крума де-авира, покрывающей мозг, что именуется пробоем, как написано выше.</w:t>
      </w:r>
    </w:p>
    <w:p>
      <w:pPr>
        <w:spacing w:before="40" w:after="120"/>
        <w:jc w:val="both"/>
      </w:pPr>
      <w:r>
        <w:rPr>
          <w:rFonts w:ascii="Georgia" w:hAnsi="Georgia"/>
          <w:b w:val="0"/>
          <w:i w:val="0"/>
          <w:color w:val="000000"/>
          <w:sz w:val="24"/>
        </w:rPr>
        <w:t>Однако это справедливо лишь относительно перекрывающей силы, проистекающей из НЕХИ де-паним экрана, с которой Хохма де-МА произвела зивуг и опустила ее в крума де-авира, как было сказано. Что же касается перекрывающей силы, проистекающей из НЕХИ де-ахор, сокрытых в том экране, то она по-прежнему осталась на своем месте, в последней стадии Хохмы де-БОН. Ведь Хохма де-МА не совершала с ней зивуга, поскольку способна производить соударение только с НЕХИ де-паним, как сказано выше, посмотри там. Поэтому само собой ясно, что она вовсе не опустила их в крума де-авира, но они остались сокрытыми на своем месте в точности так же, как были до этого зивуга де-гадлут. Следовательно, осталась и перекрывающая сила, простирающаяся от них к Гальгальте де-АА.</w:t>
      </w:r>
    </w:p>
    <w:p>
      <w:pPr>
        <w:spacing w:before="40" w:after="120"/>
        <w:jc w:val="both"/>
      </w:pPr>
      <w:r>
        <w:rPr>
          <w:rFonts w:ascii="Georgia" w:hAnsi="Georgia"/>
          <w:b w:val="0"/>
          <w:i w:val="0"/>
          <w:color w:val="000000"/>
          <w:sz w:val="24"/>
        </w:rPr>
        <w:t>Из этого ты поймешь причину, по которой Гальгальта (Бина де-БОН) не смогла подняться и включиться в Радла даже после опускания экрана, находившегося над ней. Ведь сила экрана НЕХИ де-ахор, оставшаяся на своем месте в Хохме, все еще властно господствует над ней и тем самым препятствует ее подъему на уровень первой головы. Поэтому свечения разделились на высший Даат и нижний Даат, как написано выше, посмотри там.</w:t>
      </w:r>
    </w:p>
    <w:p>
      <w:pPr>
        <w:spacing w:before="40" w:after="120"/>
        <w:jc w:val="both"/>
      </w:pPr>
      <w:r>
        <w:rPr>
          <w:rFonts w:ascii="Georgia" w:hAnsi="Georgia"/>
          <w:b w:val="0"/>
          <w:i w:val="0"/>
          <w:color w:val="000000"/>
          <w:sz w:val="24"/>
        </w:rPr>
        <w:t>Благодаря этому ты поймешь также суть моха де-авира (мозга воздуха), представляющего собой свечение Бины, вернувшейся в голову, что и есть нижний Даат, как сказано выше: почему он стал обособленной головой сам по себе, да еще и с особым именем АВАЯ с наполнением САГ (63), а не с наполнением АБ (72), подобно Гальгальте, как сказано выше на листе 803. Ведь хотя все это великое свечение, нисходящее от Радла, относится только к самой Гальгальте (будучи Биной де-БОН, лицевая сторона которой вернулась и поднялась на место Радла, став в Радла высшим Даат), почему тогда это свечение (нижний Даат) опустилось в воздух между Кетером и Моха Стимаа, а не распространилось в самой Гальгальте?</w:t>
      </w:r>
    </w:p>
    <w:p>
      <w:pPr>
        <w:spacing w:before="40" w:after="120"/>
        <w:jc w:val="both"/>
      </w:pPr>
      <w:r>
        <w:rPr>
          <w:rFonts w:ascii="Georgia" w:hAnsi="Georgia"/>
          <w:b w:val="0"/>
          <w:i w:val="0"/>
          <w:color w:val="000000"/>
          <w:sz w:val="24"/>
        </w:rPr>
        <w:t>Из сказанного выше ты поймешь это со всей ясностью: ведь в ней открылись не все перекрытия, а лишь те, что были обусловлены НЕХИ де-паним. Было также объяснено различие между Аба ве-Има мира Некудим (второй головой с именем АВАЯ с наполнением АБ) и ИШСУТ мира Некудим (третьей головой с именем АВАЯ с наполнением САГ), которое зависит исключительно от свойства экрана в них: в Аба ве-Има служили НЕХИ де-ахор, а в ИШСУТ — НЕХИ де-паним, посмотри там.</w:t>
      </w:r>
    </w:p>
    <w:p>
      <w:pPr>
        <w:spacing w:before="40" w:after="120"/>
        <w:jc w:val="both"/>
      </w:pPr>
      <w:r>
        <w:rPr>
          <w:rFonts w:ascii="Georgia" w:hAnsi="Georgia"/>
          <w:b w:val="0"/>
          <w:i w:val="0"/>
          <w:color w:val="000000"/>
          <w:sz w:val="24"/>
        </w:rPr>
        <w:t>Ты знаешь, что Гальгальта де-АА — это вторая голова мира Ацилут и имя АВАЯ де-АБ. Как же тогда она могла бы обрести нешаму, исходящую от зивуга де-Радла, который происходит лишь на основе НЕХИ де-паним, что соответствует имени АВАЯ де-САГ, парцуфу ИШСУТ и третьей голове мира Некудим? Поэтому все это свечение Бины де-Радла соотносится исключительно с именем АВАЯ де-САГ, и вследствие этого оно непременно обособляется в отдельную голову со свойством нешама де-САГ. И вполне понятно, что место его — под ступенью АБ, то есть под Гальгальтой. Об этом и сказано, что мозг воздуха (моха де-авира) стал особой головой с именем АВАЯ де-САГ между Кетером и Моха Стимаа, пойми это как следует.</w:t>
      </w:r>
    </w:p>
    <w:p>
      <w:pPr>
        <w:spacing w:before="40" w:after="120"/>
        <w:jc w:val="both"/>
      </w:pPr>
      <w:r>
        <w:rPr>
          <w:rFonts w:ascii="Georgia" w:hAnsi="Georgia"/>
          <w:b w:val="0"/>
          <w:i w:val="0"/>
          <w:color w:val="000000"/>
          <w:sz w:val="24"/>
        </w:rPr>
        <w:t>Из всего сказанного мы узнаем, что в голове АА есть три раздела: Гальгальта, воздух (авира) и Моха Стимаа.</w:t>
      </w:r>
    </w:p>
    <w:p>
      <w:pPr>
        <w:spacing w:before="40" w:after="120"/>
        <w:jc w:val="both"/>
      </w:pPr>
      <w:r>
        <w:rPr>
          <w:rFonts w:ascii="Georgia" w:hAnsi="Georgia"/>
          <w:b w:val="0"/>
          <w:i w:val="0"/>
          <w:color w:val="000000"/>
          <w:sz w:val="24"/>
        </w:rPr>
        <w:t>Первый — это часть Гальгальты, являющаяся основой головы АА, как известно: ведь основа и суть каждого парцуфа заключены в его Кетере. Ее природа уже разъяснялась: это имя АВАЯ с наполнением АБ (72), подобно Аба ве-Има мира Некудим. На этой своей высокой ступени она лишена свойства нешама де-Радла, поскольку Хохма де-МА в Радла произвела соударение только с НЕХИ де-паним в Хохме де-БОН в Радла.</w:t>
      </w:r>
    </w:p>
    <w:p>
      <w:pPr>
        <w:spacing w:before="40" w:after="120"/>
        <w:jc w:val="both"/>
      </w:pPr>
      <w:r>
        <w:rPr>
          <w:rFonts w:ascii="Georgia" w:hAnsi="Georgia"/>
          <w:b w:val="0"/>
          <w:i w:val="0"/>
          <w:color w:val="000000"/>
          <w:sz w:val="24"/>
        </w:rPr>
        <w:t>Вследствие этого высший Даат, относящийся к НЕХИ де-ахор, все еще скрыт и невидим. Иными словами, сфирот Хохма де-МА и де-БОН в Радла не соединились на основе свойства НЕХИ де-ахор, которое поднимает Бину де-АБ в Радла на высоту уровня Аба ве-Има мира Некудим; они соединились лишь на основе свойства НЕХИ де-паним, поднимающего в Радла только Бину де-САГ — высоту уровня ИШСУТ мира Некудим, как сказано выше. Поэтому считается, что Даат, необходимый для соударения ХУБ де-АБ, скрыт, поскольку та Бина не поднялась, как было сказано. Отсюда ты узнаешь корень скрытого Даат (даат а-неелам), о котором Рав много говорит применительно к мохин парцуфим миров АБЕА: их корень находится здесь, то есть в упомянутом Даат внутренних Аба ве-Има, как разъяснено; помни это для всех мест.</w:t>
      </w:r>
    </w:p>
    <w:p>
      <w:pPr>
        <w:spacing w:before="40" w:after="120"/>
        <w:jc w:val="both"/>
      </w:pPr>
      <w:r>
        <w:rPr>
          <w:rFonts w:ascii="Georgia" w:hAnsi="Georgia"/>
          <w:b w:val="0"/>
          <w:i w:val="0"/>
          <w:color w:val="000000"/>
          <w:sz w:val="24"/>
        </w:rPr>
        <w:t>И об этом [Учитель] говорит (в пункте 60): «И вот, когда все эти света спускаются из Бины де-Атик, свет Хохмы де-Атик неизбежно сходит скрытым внутри свечения Бины и т.д.», до сих пор его слова.</w:t>
      </w:r>
    </w:p>
    <w:p>
      <w:pPr>
        <w:spacing w:before="40" w:after="120"/>
        <w:jc w:val="both"/>
      </w:pPr>
      <w:r>
        <w:rPr>
          <w:rFonts w:ascii="Georgia" w:hAnsi="Georgia"/>
          <w:b w:val="0"/>
          <w:i w:val="0"/>
          <w:color w:val="000000"/>
          <w:sz w:val="24"/>
        </w:rPr>
        <w:t>Этим он учит нас, что хотя соударение в ХУБ де-АБ в Радла на основе тайны НЕХИ де-ахор не произошло, свечение нешама со стороны АБ тем не менее притягивается. Однако оно приходит не от зивуга со своей собственной стороны (что невозможно), а лишь благодаря облачению в ХУБ де-САГ. То есть коль скоро Бина Кетера де-БОН со стороны НЕХИ де-паним поднялась и вернулась в Радла, там теперь образовались три сосуда — КАХАБ Кетера де-БОН в Радла. Тем самым они оказались пригодны для раскрытия нешама по меньшей мере со стороны завершенных НЕХИ де-паним: нешама облачается в Кетер, руах — в Хохму, а нефеш — в Бину, как сказано выше на листе 819, начиная со слов «И вот».</w:t>
      </w:r>
    </w:p>
    <w:p>
      <w:pPr>
        <w:spacing w:before="40" w:after="120"/>
        <w:jc w:val="both"/>
      </w:pPr>
      <w:r>
        <w:rPr>
          <w:rFonts w:ascii="Georgia" w:hAnsi="Georgia"/>
          <w:b w:val="0"/>
          <w:i w:val="0"/>
          <w:color w:val="000000"/>
          <w:sz w:val="24"/>
        </w:rPr>
        <w:t>Вследствие этого считается, что свойство нешама со стороны АБ также раскрывается в Кетере и Хохме де-БОН, ведь они служат сосудами для АБ; однако они лишены сосуда для нефеш, поскольку нефеш, облачающаяся в Бину, относится к сосуду де-САГ (ведь Бина де-АБ не поднялась, как сказано выше).</w:t>
      </w:r>
    </w:p>
    <w:p>
      <w:pPr>
        <w:spacing w:before="40" w:after="120"/>
        <w:jc w:val="both"/>
      </w:pPr>
      <w:r>
        <w:rPr>
          <w:rFonts w:ascii="Georgia" w:hAnsi="Georgia"/>
          <w:b w:val="0"/>
          <w:i w:val="0"/>
          <w:color w:val="000000"/>
          <w:sz w:val="24"/>
        </w:rPr>
        <w:t>Знай поэтому, что эта нешама считается свойством САГ де-АБ, а не чистым АБ, и это вызвано участием Бины де-САГ, как разъяснено. Именно поэтому Рав подчеркивает, что свет Хохмы де-Атик сходит, скрываясь внутри свечения Бины. Иными словами, он облачается в сосуд Бины де-САГ, которая присоединяется также к Кетеру и Хохме де-АБ, поскольку у нее нет подобающей ей Бины де-АБ, и потому считается, что он скрыт в сосуде де-САГ.</w:t>
      </w:r>
    </w:p>
    <w:p>
      <w:pPr>
        <w:spacing w:before="40" w:after="120"/>
        <w:jc w:val="both"/>
      </w:pPr>
      <w:r>
        <w:rPr>
          <w:rFonts w:ascii="Georgia" w:hAnsi="Georgia"/>
          <w:b w:val="0"/>
          <w:i w:val="0"/>
          <w:color w:val="000000"/>
          <w:sz w:val="24"/>
        </w:rPr>
        <w:t>И здесь необходимо помнить, что ХУБ де-АБ считаются Хохмой, а ХУБ де-САГ считаются Биной, как написано в предыдущей ветви, и незачем распространяться об этом сверх меры. Таким образом, получается, что уровень нешама есть и в Гальгальте де-АА. И хотя это имя АВАЯ де-АБ, Бина которого осталась перекрытой, поскольку не поднялась, и там есть лишь два сосуда без третьего сосуда для нешама, нешама и руах де-АБ тем не менее получают опору через сосуд нефеш де-САГ, как сказано выше в словах Рава о том, что свечение Хохмы облачается в свечение Бины. Это и имеет в виду Рав выше, в ветви 63, когда насчитывает в Гальгальте три имени АВАЯ с наполнением буквой йод (</w:t>
      </w:r>
      <w:r>
        <w:rPr>
          <w:rFonts w:ascii="Georgia" w:hAnsi="Georgia" w:cs="Times New Roman"/>
          <w:b/>
          <w:i w:val="0"/>
          <w:color w:val="000000"/>
          <w:sz w:val="24"/>
          <w:rtl/>
          <w:szCs w:val="32"/>
        </w:rPr>
        <w:t>י</w:t>
      </w:r>
      <w:r>
        <w:rPr>
          <w:rFonts w:ascii="Georgia" w:hAnsi="Georgia"/>
          <w:b w:val="0"/>
          <w:i w:val="0"/>
          <w:color w:val="000000"/>
          <w:sz w:val="24"/>
        </w:rPr>
        <w:t>), посмотри там: это происходит указанным образом, и помни это.</w:t>
      </w:r>
    </w:p>
    <w:p>
      <w:pPr>
        <w:spacing w:before="40" w:after="120"/>
        <w:jc w:val="both"/>
      </w:pPr>
      <w:r>
        <w:rPr>
          <w:rFonts w:ascii="Georgia" w:hAnsi="Georgia"/>
          <w:b w:val="0"/>
          <w:i w:val="0"/>
          <w:color w:val="000000"/>
          <w:sz w:val="24"/>
        </w:rPr>
        <w:t>Об этом и говорит Рав (в пункте 200): «Даат де-Радла раскрывается в воздухе между Кетером и Моха Стимаа, и все же он был там очень скрыт. И он должен был больше раскрыться во рту, но при всем том он все еще замкнут, «в который отцы в будущем облачатся»», до сих пор его слова.</w:t>
      </w:r>
    </w:p>
    <w:p>
      <w:pPr>
        <w:spacing w:before="40" w:after="120"/>
        <w:jc w:val="both"/>
      </w:pPr>
      <w:r>
        <w:rPr>
          <w:rFonts w:ascii="Georgia" w:hAnsi="Georgia"/>
          <w:b w:val="0"/>
          <w:i w:val="0"/>
          <w:color w:val="000000"/>
          <w:sz w:val="24"/>
        </w:rPr>
        <w:t>Ты видишь, что Рав точно подбирает слова: он говорит, что Даат де-Радла должен был раскрыться во рту, но все же замкнут — из чего следует, что он не раскрылся, хотя и должен раскрыться. Напротив, относительно воздуха между Кетером и Моха Стимаа он говорит, что Даат де-Радла раскрылся там и стал душой (нешама) для АА, посмотри там. И здесь требуется особое понимание, чтобы разобраться в различии между этими местами: почему недостаточно мозга воздуха для раскрытия Даат де-Радла, но непременно требуется еще и место пэ де-АА?</w:t>
      </w:r>
    </w:p>
    <w:p>
      <w:pPr>
        <w:spacing w:before="40" w:after="120"/>
        <w:jc w:val="both"/>
      </w:pPr>
      <w:r>
        <w:rPr>
          <w:rFonts w:ascii="Georgia" w:hAnsi="Georgia"/>
          <w:b w:val="0"/>
          <w:i w:val="0"/>
          <w:color w:val="000000"/>
          <w:sz w:val="24"/>
        </w:rPr>
        <w:t>Однако суть трех голов, различаемых нами в АА, уже была объяснена в предыдущей ветви: это лишь частное разделение по отношению к самому АА. Что же касается пяти парцуфим мира Ацилут, то все эти три головы считаются лишь единой головой парцуфа АБ де-Ацилут (по отношению к пяти парцуфим нового МА) или парцуфа Кетер (по отношению к пяти парцуфим БОН). Десять его сфирот именуются Гальгальта, глаза, ухо, нос, рот (Гальгальта, эйнаим, озэн, хотэм, пэ), поскольку так обозначаются КАХАБ и ЗОН всякой головы, как известно.</w:t>
      </w:r>
    </w:p>
    <w:p>
      <w:pPr>
        <w:spacing w:before="40" w:after="120"/>
        <w:jc w:val="both"/>
      </w:pPr>
      <w:r>
        <w:rPr>
          <w:rFonts w:ascii="Georgia" w:hAnsi="Georgia"/>
          <w:b w:val="0"/>
          <w:i w:val="0"/>
          <w:color w:val="000000"/>
          <w:sz w:val="24"/>
        </w:rPr>
        <w:t>Ты уже знаешь, что Бина де-АБ не смогла подняться в Радла, поскольку соударение сфирот Хохма де-МА и де-БОН в Радла произошло лишь на экран НЕХИ де-паним, а десять сфирот, выходящих на основе этого зивуга, достигают высоты уровня САГ и ИШСУТ мира Некудим. Поэтому тот Даат де-Радла представляет собой Даат де-САГ, а не Даат де-АБ. Вследствие этого он светил лишь до Бины де-АА со стороны САГ де-АБ, являющейся его ушами, и этот Даат именуется мозгом воздуха (моха де-авира).</w:t>
      </w:r>
    </w:p>
    <w:p>
      <w:pPr>
        <w:spacing w:before="40" w:after="120"/>
        <w:jc w:val="both"/>
      </w:pPr>
      <w:r>
        <w:rPr>
          <w:rFonts w:ascii="Georgia" w:hAnsi="Georgia"/>
          <w:b w:val="0"/>
          <w:i w:val="0"/>
          <w:color w:val="000000"/>
          <w:sz w:val="24"/>
        </w:rPr>
        <w:t>Получается, что свойство Даат истинного уровня АБ де-АБ у него отсутствует, так как осталось перекрытым в ушах: та часть Бины, которая соотносится с АБ и включена в уши де-АА, осталась закупоренной, так как до нее не дошло никакого свечения от зивуга де-Радла.</w:t>
      </w:r>
    </w:p>
    <w:p>
      <w:pPr>
        <w:spacing w:before="40" w:after="120"/>
        <w:jc w:val="both"/>
      </w:pPr>
      <w:r>
        <w:rPr>
          <w:rFonts w:ascii="Georgia" w:hAnsi="Georgia"/>
          <w:b w:val="0"/>
          <w:i w:val="0"/>
          <w:color w:val="000000"/>
          <w:sz w:val="24"/>
        </w:rPr>
        <w:t>Об этом и говорит Рав: Даат де-Радла, раскрывающийся в воздухе, все же был там очень сокрыт. Это означает то, о чем мы сказали: этот Даат де-Радла есть исключительно Даат де-САГ, которого вполне достаточно в качестве нешама лишь для парцуфа САГ мира Ацилут; тогда как для АА, являющегося парцуфом АБ, души де-САГ недостаточно. И потому Рав говорит: «и все же он был там очень скрыт и должен был больше раскрыться во рту» — в Малхут головы АА, где скрыт экран НЕХИ де-ахор, служивший в Кетере де-АБ мира Некудим. Ведь от соударения высшего света на этот экран выходит уровень Даат де-Некудим, являющийся подлинной душой (нешама) де-АА, как было сказано.</w:t>
      </w:r>
    </w:p>
    <w:p>
      <w:pPr>
        <w:spacing w:before="40" w:after="120"/>
        <w:jc w:val="both"/>
      </w:pPr>
      <w:r>
        <w:rPr>
          <w:rFonts w:ascii="Georgia" w:hAnsi="Georgia"/>
          <w:b w:val="0"/>
          <w:i w:val="0"/>
          <w:color w:val="000000"/>
          <w:sz w:val="24"/>
        </w:rPr>
        <w:t>Что же касается сокрытия НЕХИ де-ахор в пэ де-АА, то смысл не в том, будто сами НЕХИ де-ахор в своей сущности находятся там (ведь уже объяснялось, что они были скрыты на своем месте в ГАР де-Некудим и никогда оттуда не спускаются). Имеется в виду соударение в Радла в большом состоянии: если бы она опустила экран до последней стадии головы АА, именуемой ртом (пэ), то они оба действительно стали бы единой головой Кетера де-БОН. Ведь тогда полностью упразднились бы разделение и Парса, возникшие в никвей эйнаим де-БОН, из-за которых этот Кетер разделился на два парцуфа: Гальгальта ве-Эйнаим — для Радла, а АХАП — для АА, как сказано выше (лист 820, начиная со слов «Ты уже знаешь»). И в этом тайна того, что Даат де-Радла скрыт в пэ де-АА — то есть экран, находящийся в пэ де-Радла, должен был бы оказаться в пэ де-АА.</w:t>
      </w:r>
    </w:p>
    <w:p>
      <w:pPr>
        <w:spacing w:before="40" w:after="120"/>
        <w:jc w:val="both"/>
      </w:pPr>
      <w:r>
        <w:rPr>
          <w:rFonts w:ascii="Georgia" w:hAnsi="Georgia"/>
          <w:b w:val="0"/>
          <w:i w:val="0"/>
          <w:color w:val="000000"/>
          <w:sz w:val="24"/>
        </w:rPr>
        <w:t>Об этом и сказано (в пункте 200): «И он должен был больше раскрыться во рту де-АА, но при всем том он все еще замкнут и т.д.». И ты видишь, как точно он выражается, сообщая нам, что так должно быть, но он замкнут: опускание экрана до этого места открыло бы все перекрытия всех десяти сфирот головы АА, ведь они вернулись бы на свое место в первую голову, какими были во времена мира Некудим. Однако это произойдет лишь в Окончательном исправлении (гмар а-тиккун).</w:t>
      </w:r>
    </w:p>
    <w:p>
      <w:pPr>
        <w:spacing w:before="40" w:after="120"/>
        <w:jc w:val="both"/>
      </w:pPr>
      <w:r>
        <w:rPr>
          <w:rFonts w:ascii="Georgia" w:hAnsi="Georgia"/>
          <w:b w:val="0"/>
          <w:i w:val="0"/>
          <w:color w:val="000000"/>
          <w:sz w:val="24"/>
        </w:rPr>
        <w:t xml:space="preserve">И потому он завершает словами: «в который отцы в будущем облачатся» — то есть во время Окончательного исправления, в тайне стиха: </w:t>
      </w:r>
      <w:r>
        <w:rPr>
          <w:rFonts w:ascii="Georgia" w:hAnsi="Georgia"/>
          <w:b w:val="0"/>
          <w:i/>
          <w:color w:val="000000"/>
          <w:sz w:val="24"/>
        </w:rPr>
        <w:t>«И возвратит он сердце отцов к сыновьям...»</w:t>
      </w:r>
      <w:r>
        <w:rPr>
          <w:rFonts w:ascii="Georgia" w:hAnsi="Georgia"/>
          <w:b w:val="0"/>
          <w:i w:val="0"/>
          <w:color w:val="000000"/>
          <w:sz w:val="24"/>
        </w:rPr>
        <w:t xml:space="preserve"> (Малахи 3:24), пойми это глубоко.</w:t>
      </w:r>
    </w:p>
    <w:p>
      <w:pPr>
        <w:spacing w:before="40" w:after="120"/>
        <w:jc w:val="both"/>
      </w:pPr>
      <w:r>
        <w:rPr>
          <w:rFonts w:ascii="Georgia" w:hAnsi="Georgia"/>
          <w:b w:val="0"/>
          <w:i w:val="0"/>
          <w:color w:val="000000"/>
          <w:sz w:val="24"/>
        </w:rPr>
        <w:t>А объяснение тринадцати исправлений Гальгальты, которые Рав приводит здесь, с Б-жьей помощью будет дано в соседней ветви.</w:t>
      </w:r>
    </w:p>
    <w:p>
      <w:r>
        <w:br w:type="page"/>
      </w:r>
    </w:p>
    <w:p>
      <w:pPr>
        <w:keepNext/>
        <w:spacing w:before="360" w:after="160"/>
        <w:jc w:val="center"/>
      </w:pPr>
      <w:r>
        <w:rPr>
          <w:rFonts w:ascii="Georgia" w:hAnsi="Georgia"/>
          <w:b w:val="0"/>
          <w:i w:val="0"/>
          <w:color w:val="000000"/>
          <w:sz w:val="40"/>
        </w:rPr>
        <w:t>Ветвь 66</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Ранее уже объяснялось, что семь нижних сфирот (ЗАТ) Атика раскрываются в семи [исправлениях] Гальгальты Арих Анпина (АА). В этом смысл названия, упоминаемого в книге Зоар: «Атик Йомин» (Древний днями). То есть раскрывается только уровень «дней» (</w:t>
      </w:r>
      <w:r>
        <w:rPr>
          <w:rFonts w:ascii="Georgia" w:hAnsi="Georgia"/>
          <w:b w:val="0"/>
          <w:i/>
          <w:color w:val="000000"/>
          <w:sz w:val="24"/>
        </w:rPr>
        <w:t>йомин</w:t>
      </w:r>
      <w:r>
        <w:rPr>
          <w:rFonts w:ascii="Georgia" w:hAnsi="Georgia"/>
          <w:b w:val="0"/>
          <w:i w:val="0"/>
          <w:color w:val="000000"/>
          <w:sz w:val="24"/>
        </w:rPr>
        <w:t xml:space="preserve">, </w:t>
      </w:r>
      <w:r>
        <w:rPr>
          <w:rFonts w:ascii="Georgia" w:hAnsi="Georgia" w:cs="Times New Roman"/>
          <w:b/>
          <w:i w:val="0"/>
          <w:color w:val="000000"/>
          <w:sz w:val="24"/>
          <w:rtl/>
          <w:szCs w:val="32"/>
        </w:rPr>
        <w:t>יוֹמִין</w:t>
      </w:r>
      <w:r>
        <w:rPr>
          <w:rFonts w:ascii="Georgia" w:hAnsi="Georgia"/>
          <w:b w:val="0"/>
          <w:i w:val="0"/>
          <w:color w:val="000000"/>
          <w:sz w:val="24"/>
        </w:rPr>
        <w:t xml:space="preserve">), являющихся семью днями творения — его ЗАТ. И повсюду смысл названия «Атик Йомин» заключается в том, что это его ЗАТ, раскрывающиеся в семи [исправлениях] Гальгальты. А относительно того, как он облачается в АА, о нем сказано: </w:t>
      </w:r>
      <w:r>
        <w:rPr>
          <w:rFonts w:ascii="Georgia" w:hAnsi="Georgia"/>
          <w:b w:val="0"/>
          <w:i/>
          <w:color w:val="000000"/>
          <w:sz w:val="24"/>
        </w:rPr>
        <w:t>«…и волосы головы его — как чистая шерсть»</w:t>
      </w:r>
      <w:r>
        <w:rPr>
          <w:rFonts w:ascii="Georgia" w:hAnsi="Georgia"/>
          <w:b w:val="0"/>
          <w:i w:val="0"/>
          <w:color w:val="000000"/>
          <w:sz w:val="24"/>
        </w:rPr>
        <w:t xml:space="preserve"> (Даниэль 7:9). И хотя это не сама его голова, [он назван так] потому, что раскрывается здесь.</w:t>
      </w:r>
    </w:p>
    <w:p>
      <w:pPr>
        <w:spacing w:before="40" w:after="120"/>
        <w:jc w:val="both"/>
      </w:pPr>
      <w:r>
        <w:rPr>
          <w:rFonts w:ascii="Georgia" w:hAnsi="Georgia"/>
          <w:b w:val="0"/>
          <w:i w:val="0"/>
          <w:color w:val="000000"/>
          <w:sz w:val="24"/>
        </w:rPr>
        <w:t xml:space="preserve">2) Знай: хотя все эти волосы и служат корнем сил суда (диним), они содержат в себе больше милосердия, чем милосердие Зеир Анпина (ЗА). Поэтому от этих волос изобилие нисходит к ЗА, но достигает лишь рош де-ЗА и не более того. Все же остальное тело ЗА гладкое, и в этом смысл сказанного: </w:t>
      </w:r>
      <w:r>
        <w:rPr>
          <w:rFonts w:ascii="Georgia" w:hAnsi="Georgia"/>
          <w:b w:val="0"/>
          <w:i/>
          <w:color w:val="000000"/>
          <w:sz w:val="24"/>
        </w:rPr>
        <w:t>«…а я — человек гладкий»</w:t>
      </w:r>
      <w:r>
        <w:rPr>
          <w:rFonts w:ascii="Georgia" w:hAnsi="Georgia"/>
          <w:b w:val="0"/>
          <w:i w:val="0"/>
          <w:color w:val="000000"/>
          <w:sz w:val="24"/>
        </w:rPr>
        <w:t xml:space="preserve"> (Берешит 27:11), как написано о тайне вретища и пепла.</w:t>
      </w:r>
    </w:p>
    <w:p>
      <w:pPr>
        <w:spacing w:before="40" w:after="120"/>
        <w:jc w:val="both"/>
      </w:pPr>
      <w:r>
        <w:rPr>
          <w:rFonts w:ascii="Georgia" w:hAnsi="Georgia"/>
          <w:b w:val="0"/>
          <w:i w:val="0"/>
          <w:color w:val="000000"/>
          <w:sz w:val="24"/>
        </w:rPr>
        <w:t>3) (В мохин ЗА светит несколько видов светов.</w:t>
      </w:r>
    </w:p>
    <w:p>
      <w:pPr>
        <w:spacing w:before="40" w:after="120"/>
        <w:jc w:val="both"/>
      </w:pPr>
      <w:r>
        <w:rPr>
          <w:rFonts w:ascii="Georgia" w:hAnsi="Georgia"/>
          <w:b w:val="0"/>
          <w:i w:val="0"/>
          <w:color w:val="000000"/>
          <w:sz w:val="24"/>
        </w:rPr>
        <w:t>Первый: свечение распространяется от высшего Хеседа, облаченного в Кетер де-АА, и оттуда распространяется до тринадцатого мазаля Ариха [Анпина]. Далее это свечение распространяется до сфиры Даат, находящейся между Аба ве-Има, и объединяет их. Тогда этой силой формируются мохин ЗА, облачающиеся в НЕХИ де-Има.</w:t>
      </w:r>
    </w:p>
    <w:p>
      <w:pPr>
        <w:spacing w:before="40" w:after="120"/>
        <w:jc w:val="both"/>
      </w:pPr>
      <w:r>
        <w:rPr>
          <w:rFonts w:ascii="Georgia" w:hAnsi="Georgia"/>
          <w:b w:val="0"/>
          <w:i w:val="0"/>
          <w:color w:val="000000"/>
          <w:sz w:val="24"/>
        </w:rPr>
        <w:t>Второй: свечение притягивается от скрытого мозга (моха стимаа) АА и спускается через волосы головы, а также через волосы бороды (дикна) АА, достигая бороды ЗА, и светит в его мохин.</w:t>
      </w:r>
    </w:p>
    <w:p>
      <w:pPr>
        <w:spacing w:before="40" w:after="120"/>
        <w:jc w:val="both"/>
      </w:pPr>
      <w:r>
        <w:rPr>
          <w:rFonts w:ascii="Georgia" w:hAnsi="Georgia"/>
          <w:b w:val="0"/>
          <w:i w:val="0"/>
          <w:color w:val="000000"/>
          <w:sz w:val="24"/>
        </w:rPr>
        <w:t>Третий: свечение исходит из Есод де-Атик, который находится внутри моха де-Даат де-АА, пробивает мэцах де-АА, и свечение выходит к мэцах де-ЗА и светит во лбу его, во внутренней части мохин внутри его лба, и тогда аннулируются все суды во лбу ЗА).</w:t>
      </w:r>
    </w:p>
    <w:p>
      <w:pPr>
        <w:spacing w:before="40" w:after="120"/>
        <w:jc w:val="both"/>
      </w:pPr>
      <w:r>
        <w:rPr>
          <w:rFonts w:ascii="Georgia" w:hAnsi="Georgia"/>
          <w:b w:val="0"/>
          <w:i w:val="0"/>
          <w:color w:val="000000"/>
          <w:sz w:val="24"/>
        </w:rPr>
        <w:t>4) Выше уже объяснялось, что белизна (хиварта) разделяется на тринадцать путей. И [эти] четыре [пути] отдельно, находящиеся на затылке головы, тянутся вместе с тринадцатью прядями волос головы, спускающимися с затылка до рош де-ЗА, и оттуда изобилие спускается к рош де-ЗА. Отсюда следует, что Аба ве-Има получают изобилие от мазаля Атика Кадиша, так как они берут начало от скрытого мозга — Хохмы де-Кетер, тогда как ЗА получает изобилие с более высокого уровня — от Кетера де-АА, откуда исходят тринадцать путей белизны. И в этом отношении ЗА временами превосходнее, чем Аба ве-Има; однако поскольку изобилие нисходит к нему только через Аба ве-Има, в этом отношении они выше него.</w:t>
      </w:r>
    </w:p>
    <w:p>
      <w:pPr>
        <w:spacing w:before="40" w:after="120"/>
        <w:jc w:val="both"/>
      </w:pPr>
      <w:r>
        <w:rPr>
          <w:rFonts w:ascii="Georgia" w:hAnsi="Georgia"/>
          <w:b w:val="0"/>
          <w:i w:val="0"/>
          <w:color w:val="000000"/>
          <w:sz w:val="24"/>
        </w:rPr>
        <w:t>5) В этом тайна намека в Идра Зута (лист 292): «Аба ве-Има исходят из этого мозга, [а] ЗА к Атику подвешен и держится [за него]». Пойми это согласно тому, что мы сказали: ЗА питается от Кетера де-АА, а Аба ве-Има — от мозга Атика Кадиша через нисходящий оттуда мазаль.</w:t>
      </w:r>
    </w:p>
    <w:p>
      <w:pPr>
        <w:spacing w:before="40" w:after="120"/>
        <w:jc w:val="both"/>
      </w:pPr>
      <w:r>
        <w:rPr>
          <w:rFonts w:ascii="Georgia" w:hAnsi="Georgia"/>
          <w:b w:val="0"/>
          <w:i w:val="0"/>
          <w:color w:val="000000"/>
          <w:sz w:val="24"/>
        </w:rPr>
        <w:t>6) И раз уж представился случай, объясним сказанное: «подвешен и держится». Знай: ранее уже объяснялось, что нижняя половина Тиферет де-АА и его НЕХИ облачаются в ЗА. И об этом сказано: «за Атика держится и [к нему] подвешен», так как он буквально держится за его НЕХИ. Однако относительно этих тринадцати исправлений белизны, о которых говорилось, сказано «подвешен», поскольку ЗА подвешен к ним, но не держится [за них непосредственно]. И с учетом этих двух аспектов сказано: «держится и подвешен». (Точно так же обстоит дело и с Аба ве-Има: они подвешены к Атик Кадиша через мазаль кадиша, исходящий из скрытого мозга, а также держатся за Бину и ХАГАТ де-АА).</w:t>
      </w:r>
    </w:p>
    <w:p>
      <w:pPr>
        <w:spacing w:before="40" w:after="120"/>
        <w:jc w:val="both"/>
      </w:pPr>
      <w:r>
        <w:rPr>
          <w:rFonts w:ascii="Georgia" w:hAnsi="Georgia"/>
          <w:b w:val="0"/>
          <w:i w:val="0"/>
          <w:color w:val="000000"/>
          <w:sz w:val="24"/>
        </w:rPr>
        <w:t>7) Получается, что АА облачается во весь мир Ацилут, однако голова его не облачается, ибо высший облачается в нижнего только своими ЗАТ, тогда как первые три сфиры (ГАР) остаются в качестве окружающего света. В этом тайна намека в Идра Зута: «Воистину, в этом Атике не раскрыта [никому], кроме как одна голова». И кажется, что этому противоречит сказанное в Идра Зута (лист 130, сторона б), что борода свисает до пупа сердца (АА), откуда видно, что у него есть высота тела. Но ты поймешь это из того, что сказано «не раскрыта», а не сказано «не существует». Ведь у него есть высота всего тела, однако открыта только голова, поскольку голову не принято облачать, а облачают только тело.</w:t>
      </w:r>
    </w:p>
    <w:p>
      <w:pPr>
        <w:spacing w:before="40" w:after="120"/>
        <w:jc w:val="both"/>
      </w:pPr>
      <w:r>
        <w:rPr>
          <w:rFonts w:ascii="Georgia" w:hAnsi="Georgia"/>
          <w:b w:val="0"/>
          <w:i w:val="0"/>
          <w:color w:val="000000"/>
          <w:sz w:val="24"/>
        </w:rPr>
        <w:t>8) От начала горла и до табур де-либа де-АА находится место Аба ве-Има, так как дотуда они облачают его, а оттуда и ниже его облачает ЗА. И в этом тайна сфиры Тиферет, называемой «сердцем», пойми это. А от табур де-либа, являющегося половиной его Тиферет, оттуда начинается рош де-ЗА. Внутрь же ЗА облачается АА от своего пупа (табура) до окончания сфиры Есод в нем. Поэтому и сказали: «В Атике не раскрыта [никому], кроме как одна голова».</w:t>
      </w:r>
    </w:p>
    <w:p>
      <w:pPr>
        <w:spacing w:before="40" w:after="120"/>
        <w:jc w:val="both"/>
      </w:pPr>
      <w:r>
        <w:rPr>
          <w:rFonts w:ascii="Georgia" w:hAnsi="Georgia"/>
          <w:b w:val="0"/>
          <w:i w:val="0"/>
          <w:color w:val="000000"/>
          <w:sz w:val="24"/>
        </w:rPr>
        <w:t>9) Вернемся к теме: хотя мы сказали, что ЗАТ де-Атик облачаются в семь [исправлений] Гальгальты АА, тем не менее они неизбежно должны распространяться по всей высоте АА. И главное из того, что находится в голове АА, — это лишь две сфиры: Хесед и Гвура. Хесед — в голове, в Гальгальте, а Гвура — в мозге. Ведь Гальгальта и Моха — это две нижние головы, и они служат корнями для всей структуры головы. Остальные же [сфирот], проявляющиеся в семи [исправлениях] головы, представляют собой лишь простое свечение, тогда как их основное облачение происходит ниже, в остальной части высоты АА.</w:t>
      </w:r>
    </w:p>
    <w:p>
      <w:pPr>
        <w:spacing w:before="40" w:after="120"/>
        <w:jc w:val="both"/>
      </w:pPr>
      <w:r>
        <w:rPr>
          <w:rFonts w:ascii="Georgia" w:hAnsi="Georgia"/>
          <w:b w:val="0"/>
          <w:i w:val="0"/>
          <w:color w:val="000000"/>
          <w:sz w:val="24"/>
        </w:rPr>
        <w:t>10) Каким образом: Тиферет [де-Атик облачается] в Бину де-АА, являющуюся Гальгальтой де-Аба ве-Има. Нецах и Ход [де-Атик облачаются] в Хесед и Гвуру де-АА, которые служат мохин для Аба ве-Има. А затем Есод распространяется в Тиферет и в НЕХИ де-АА. Ведь тебе уже известно, что Нецах и Ход всегда приходят в качестве добавки и не являются основой, поэтому они всегда приходят как дополнение, а не как корень и основа. По этой причине из свойства Есод де-Атик распространяются НЕХИ де-АА, и точно так же обстоит дело со всеми НЕХИ в мире Ацилут.</w:t>
      </w:r>
    </w:p>
    <w:p>
      <w:pPr>
        <w:spacing w:before="40" w:after="120"/>
        <w:jc w:val="both"/>
      </w:pPr>
      <w:r>
        <w:rPr>
          <w:rFonts w:ascii="Georgia" w:hAnsi="Georgia"/>
          <w:b w:val="0"/>
          <w:i w:val="0"/>
          <w:color w:val="000000"/>
          <w:sz w:val="24"/>
        </w:rPr>
        <w:t>11) И если вглядишься внимательно, то обнаружишь, что из Тиферет всегда образуется Кетер, являющийся Гальгальтой: ведь там, где Тиферет де-Атик, там Гальгальта де-Аба ве-Има, то есть Бина де-АА. А из Тиферет де-АА образуются Кетер и Гальгальта Зеир Анпина; и точно так же из Тиферет де-ЗА образуются Кетер и Гальгальта Нуквы.</w:t>
      </w:r>
    </w:p>
    <w:p>
      <w:pPr>
        <w:spacing w:before="40" w:after="120"/>
        <w:jc w:val="both"/>
      </w:pPr>
      <w:r>
        <w:rPr>
          <w:rFonts w:ascii="Georgia" w:hAnsi="Georgia"/>
          <w:b w:val="0"/>
          <w:i w:val="0"/>
          <w:color w:val="000000"/>
          <w:sz w:val="24"/>
        </w:rPr>
        <w:t>12) Знай также, что Тиферет де-АА делится на две половины: одна половина — для Аба ве-Има, для нужд их тела, а вторая половина — для Кетера ЗА. Выходит, что Аба ве-Има и ЗА — это два мелеха, пользующиеся одним Кетером. Подобным же образом Тиферет де-ЗА делится на две [части]: половина — для тела самого ЗА, согласно сказанному выше, а половина — для Кетера Нуквы; и в этом тоже тайна того, что не могут два мелеха пользоваться одним Кетером.</w:t>
      </w:r>
    </w:p>
    <w:p>
      <w:pPr>
        <w:spacing w:before="40" w:after="120"/>
        <w:jc w:val="both"/>
      </w:pPr>
      <w:r>
        <w:rPr>
          <w:rFonts w:ascii="Georgia" w:hAnsi="Georgia"/>
          <w:b w:val="0"/>
          <w:i w:val="0"/>
          <w:color w:val="000000"/>
          <w:sz w:val="24"/>
        </w:rPr>
        <w:t>13) И всегда всякая сфира Тиферет делится на две половины. Однако различие в том, что Тиферет де-Атик Йомин, скрытая в Бине, делится поровну, бок о бок, для Аба ве-Има вместе; тогда как Тиферет де-АА делится на две половины по вертикали, одна над другой: первая — для него самого, а вторая половина — внизу, в ЗА. Подобно этому и Тиферет де-ЗА по отношению к Кетеру Нуквы делится на две половины: половина — для него самого, а половина — для Нуквы, одна над другой. В рассуждении об Аба ве-Има это будет объяснено подробно. Свечение же Атика раскрывается в двух нижних головах АА одновременно, хотя, казалось бы, следовало ожидать, что первая раскроется во второй, а вторая — в третьей. Причина в том, что эти две головы затем проявляются в Аба ве-Има, а Аба ве-Има «вместе выходят и вместе пребывают». Поэтому и эти две головы действуют как единое целое, и первая [сфира] равным образом облачается в них обеих. Поэтому ты увидишь, что Хесед в нем раскрывается в Гальгальте, а Гвура раскрывается в мозге. И тогда Хесед включается в Гвуру, а Гвура — в Хесед.</w:t>
      </w:r>
    </w:p>
    <w:p>
      <w:pPr>
        <w:spacing w:before="40" w:after="120"/>
        <w:jc w:val="both"/>
      </w:pPr>
      <w:r>
        <w:rPr>
          <w:rFonts w:ascii="Georgia" w:hAnsi="Georgia"/>
          <w:b w:val="0"/>
          <w:i w:val="0"/>
          <w:color w:val="000000"/>
          <w:sz w:val="24"/>
        </w:rPr>
        <w:t>14) Мы также находим, что Есод раскрывается во лбу (мэцах), относящемся ко второй голове, а оттуда раскрывается в бороде (дикна) в тайне [высшего] благоволения, как сказано в Идра Зута (лист 289). Также тебе уже известно о тайне Хода бороды [то есть бороды АА], упоминаемой в Идра, ведь в нее включен и Ход, тогда как сама борода относится исключительно к свойству Есод (поэтому у женщин нет бороды). Вот и видно, что эти две головы включены друг в друга.</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4) </w:t>
      </w:r>
      <w:r>
        <w:rPr>
          <w:rFonts w:ascii="Georgia" w:hAnsi="Georgia"/>
          <w:b/>
          <w:i w:val="0"/>
          <w:color w:val="000000"/>
          <w:sz w:val="24"/>
        </w:rPr>
        <w:t>«Выше уже объяснялось, что белизна разделяется на тринадцать путей. И [эти] четыре [пути] отдельно… до рош де-ЗА… Аба ве-Има получают изобилие от мазаля… тогда как ЗА… от Кетера де-АА…»</w:t>
      </w:r>
    </w:p>
    <w:p>
      <w:pPr>
        <w:spacing w:before="40" w:after="120"/>
        <w:jc w:val="both"/>
      </w:pPr>
      <w:r>
        <w:rPr>
          <w:rFonts w:ascii="Georgia" w:hAnsi="Georgia"/>
          <w:b w:val="0"/>
          <w:i w:val="0"/>
          <w:color w:val="000000"/>
          <w:sz w:val="24"/>
        </w:rPr>
        <w:t>Чтобы понять это, сначала завершим рассмотрение темы скрытого Даат и раскрытого Даат, которую мы начали объяснять в предыдущей ветви. Там разъяснялось, что главное определение Даат — это тайна добавки, мера которой в точности равна тому, что прибавилось за счет опускания экрана, происходящего при ударном соединении состояния гадлут в высшей голове каждого парцуфа, как сказано выше (стр. 820, со слов «И согласно этому»). Помни это правило для всех мест, где заходит речь о свойстве Даат.</w:t>
      </w:r>
    </w:p>
    <w:p>
      <w:pPr>
        <w:spacing w:before="40" w:after="120"/>
        <w:jc w:val="both"/>
      </w:pPr>
      <w:r>
        <w:rPr>
          <w:rFonts w:ascii="Georgia" w:hAnsi="Georgia"/>
          <w:b w:val="0"/>
          <w:i w:val="0"/>
          <w:color w:val="000000"/>
          <w:sz w:val="24"/>
        </w:rPr>
        <w:t>Определение же высшего Даат и нижнего Даат аналогично тому, как различаются голова и тело: десять сфирот, выходящих от экрана и выше, называются высшим Даат, а десять сфирот, распространяющихся от экрана и вниз, называются нижним Даат. Определение же скрытого Даат и раскрытого Даат основано на экране НЕХИ де-ахор, скрывшихся в непостижимой голове (рейша де-ло итйада). Это те самые НЕХИ де-Кетер, которые облачились в Аба ве-Има мира Некудим, когда Есод де-АК осветил и опустил нижнюю хэй, стоявшую в Хохме де-рош де-БОН (называемой никвей эйнаим), и опустил ее до пэ, как это было в парцуфим АК до подъема МАН. Тогда первая голова и вторая голова объединились в одну голову, и эта голова называется Кетером мира Некудим, или соударением созерцания глаз (истаклют эйнаим) высших Аба ве-Има, от экрана которого и вниз вышел мелех Даат в качестве нижнего Даат, как сказано выше.</w:t>
      </w:r>
    </w:p>
    <w:p>
      <w:pPr>
        <w:spacing w:before="40" w:after="120"/>
        <w:jc w:val="both"/>
      </w:pPr>
      <w:r>
        <w:rPr>
          <w:rFonts w:ascii="Georgia" w:hAnsi="Georgia"/>
          <w:b w:val="0"/>
          <w:i w:val="0"/>
          <w:color w:val="000000"/>
          <w:sz w:val="24"/>
        </w:rPr>
        <w:t>И поскольку эти НЕХИ де-ахор скрылись, само собой понятно, что из-за этого упомянутый Даат, раскрывшийся в мире Некудим, скрылся ото всех парцуфим, вышедших в мирах АБЕА мира Исправления посредством нового МА. А выше объяснялось, что нет совершенства у парцуфа АБ мира Ацилут до тех пор, пока ему не раскроется этот Даат, ведь он — его душа, как написано там. На это сокрытие намекает и Учитель, говоря об отмене ударного соединения внутренних Аба ве-Има, обратись туда.</w:t>
      </w:r>
    </w:p>
    <w:p>
      <w:pPr>
        <w:spacing w:before="40" w:after="120"/>
        <w:jc w:val="both"/>
      </w:pPr>
      <w:r>
        <w:rPr>
          <w:rFonts w:ascii="Georgia" w:hAnsi="Georgia"/>
          <w:b w:val="0"/>
          <w:i w:val="0"/>
          <w:color w:val="000000"/>
          <w:sz w:val="24"/>
        </w:rPr>
        <w:t>Раскрытый же Даат притягивается от ударного соединения на экране НЕХИ де-паним, суть которого — распространение трех линий КАХАБ мира Некудим в ХАГАТ мира Некудим, называемые рош де-ИШСУТ, и это АВАЯ де-САГ мира Некудим, обратись туда. Продолжение — в следующей ветви.</w:t>
      </w:r>
    </w:p>
    <w:p>
      <w:r>
        <w:br w:type="page"/>
      </w:r>
    </w:p>
    <w:p>
      <w:pPr>
        <w:keepNext/>
        <w:spacing w:before="360" w:after="160"/>
        <w:jc w:val="center"/>
      </w:pPr>
      <w:r>
        <w:rPr>
          <w:rFonts w:ascii="Georgia" w:hAnsi="Georgia"/>
          <w:b w:val="0"/>
          <w:i w:val="0"/>
          <w:color w:val="000000"/>
          <w:sz w:val="40"/>
        </w:rPr>
        <w:t>Ветвь 67</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Теперь объясним, что представляет собой дикна (борода) де-АА. Известно, что АА облачает Атика, как сказано выше. И мы уже объяснили, что в АА есть Гальгальта, являющаяся тайной Кетера де-АА, а внутри нее — единственный мозг, который не разделяется на три вида мохин (света разума), как в ЗА, а пребывает единым сам по себе. Этот мозг — тайна Хохмы де-АА, и он называется «моха стимаа» (сокрытый мозг).</w:t>
      </w:r>
    </w:p>
    <w:p>
      <w:pPr>
        <w:spacing w:before="40" w:after="120"/>
        <w:jc w:val="both"/>
      </w:pPr>
      <w:r>
        <w:rPr>
          <w:rFonts w:ascii="Georgia" w:hAnsi="Georgia"/>
          <w:b w:val="0"/>
          <w:i w:val="0"/>
          <w:color w:val="000000"/>
          <w:sz w:val="24"/>
        </w:rPr>
        <w:t>2) Однако это отличие есть в АА по сравнению с остальными парцуфим: в его Гальгальте есть Кетер и Хохма, но Бины и Даат в его Гальгальте нет. Ведь Бина де-АА — это горло де-АА; туда она опустилась и не осталась в рош. Отсюда ты поймешь, почему Бина называется «горло», называется «Кетер» и называется «шофар»: ведь в горле де-АА образуется Кетер для Аба ве-Има.</w:t>
      </w:r>
    </w:p>
    <w:p>
      <w:pPr>
        <w:spacing w:before="40" w:after="120"/>
        <w:jc w:val="both"/>
      </w:pPr>
      <w:r>
        <w:rPr>
          <w:rFonts w:ascii="Georgia" w:hAnsi="Georgia"/>
          <w:b w:val="0"/>
          <w:i w:val="0"/>
          <w:color w:val="000000"/>
          <w:sz w:val="24"/>
        </w:rPr>
        <w:t>3) Получается, что ГАР де-АА сидят один на другом: Кетер, под ним Хохма, а под ней Бина. И они не [выстроены] в виде линий: Кетер наверху, а Хохма и Бина (ХУБ) внизу по двум сторонам от Кетера. А ведь основа исправления — в том, чтобы быть линиями, как сказано выше во многих местах.</w:t>
      </w:r>
    </w:p>
    <w:p>
      <w:pPr>
        <w:spacing w:before="40" w:after="120"/>
        <w:jc w:val="both"/>
      </w:pPr>
      <w:r>
        <w:rPr>
          <w:rFonts w:ascii="Georgia" w:hAnsi="Georgia"/>
          <w:b w:val="0"/>
          <w:i w:val="0"/>
          <w:color w:val="000000"/>
          <w:sz w:val="24"/>
        </w:rPr>
        <w:t>4) Причина этого изменения в АА состоит в том, что я уже сообщал тебе тайну умерших мелахим, которые суть огласовки (некудот), исправившиеся затем. Но в рош де-Атик не было никакого свойства умерших мелахим, как разъяснено у нас, тогда как от АА и ниже происходило выяснение (бирур) семи мелахим. Поэтому у Бины в АА, который облачает Атика Йомина и получает свет от него самого, не было сил принять его свет, и потому она опустилась в горло, ведь из далекого места она способна принять свечение. Причина же в том, что от Бины пробуждаются суды (диним), и потому в ней нет сил принять часть света Атика подобно Хохме. Поэтому Хохма осталась на своем месте, а Бина опустилась в горло.</w:t>
      </w:r>
    </w:p>
    <w:p>
      <w:pPr>
        <w:spacing w:before="40" w:after="120"/>
        <w:jc w:val="both"/>
      </w:pPr>
      <w:r>
        <w:rPr>
          <w:rFonts w:ascii="Georgia" w:hAnsi="Georgia"/>
          <w:b w:val="0"/>
          <w:i w:val="0"/>
          <w:color w:val="000000"/>
          <w:sz w:val="24"/>
        </w:rPr>
        <w:t>5) В остальных же парцуфим, таких как Аба ве-Има и ЗОН, все они получают свет Атика через облачение АА, и у них есть способность постичь его, поэтому их Бине нет необходимости опускаться и удаляться.</w:t>
      </w:r>
    </w:p>
    <w:p>
      <w:pPr>
        <w:spacing w:before="40" w:after="120"/>
        <w:jc w:val="both"/>
      </w:pPr>
      <w:r>
        <w:rPr>
          <w:rFonts w:ascii="Georgia" w:hAnsi="Georgia"/>
          <w:b w:val="0"/>
          <w:i w:val="0"/>
          <w:color w:val="000000"/>
          <w:sz w:val="24"/>
        </w:rPr>
        <w:t>6) А после того как Бина опустилась в горло, Даат опустился и облачился в ВАК самого АА, став для них духовным наполнением, и у него нет постоянного определенного места, а стоит он между двумя плечами де-АА, как упомянуто в другом месте.</w:t>
      </w:r>
    </w:p>
    <w:p>
      <w:pPr>
        <w:spacing w:before="40" w:after="120"/>
        <w:jc w:val="both"/>
      </w:pPr>
      <w:r>
        <w:rPr>
          <w:rFonts w:ascii="Georgia" w:hAnsi="Georgia"/>
          <w:b w:val="0"/>
          <w:i w:val="0"/>
          <w:color w:val="000000"/>
          <w:sz w:val="24"/>
        </w:rPr>
        <w:t>7) Вернемся к теме: в голове де-АА есть только Кетер и Хохма. И все это — в общем [смысле], но ты уже знаешь, что каждое их свойство включает в себя десять [сфирот], а значит, и в Кетере, и в Хохме есть по десять сфирот. На всем протяжении головы — до лба (мэцах), места волос, — есть в целом десять сфирот от Кетера и десять сфирот от Хохмы; и точно так же ниже лба, до горла, где находится Бина, есть в целом десять сфирот от Кетера и десять сфирот от Хохмы. И все это — в отношении внутренних [светов] (пнимим).</w:t>
      </w:r>
    </w:p>
    <w:p>
      <w:pPr>
        <w:spacing w:before="40" w:after="120"/>
        <w:jc w:val="both"/>
      </w:pPr>
      <w:r>
        <w:rPr>
          <w:rFonts w:ascii="Georgia" w:hAnsi="Georgia"/>
          <w:b w:val="0"/>
          <w:i w:val="0"/>
          <w:color w:val="000000"/>
          <w:sz w:val="24"/>
        </w:rPr>
        <w:t>8) Точно так же и в отношении окружающих светов (ор макиф): есть десять окружающих от Кетера и десять окружающих от Хохмы в голове, и так же десять окружающих от Кетера и десять окружающих от Хохмы от места лба до горла. Но мы сейчас не занимаемся окружающими [светами] головы, а будем говорить об окружающих [светах] лица.</w:t>
      </w:r>
    </w:p>
    <w:p>
      <w:pPr>
        <w:spacing w:before="40" w:after="120"/>
        <w:jc w:val="both"/>
      </w:pPr>
      <w:r>
        <w:rPr>
          <w:rFonts w:ascii="Georgia" w:hAnsi="Georgia"/>
          <w:b w:val="0"/>
          <w:i w:val="0"/>
          <w:color w:val="000000"/>
          <w:sz w:val="24"/>
        </w:rPr>
        <w:t>9) Тринадцать исправлений бороды — это тайна окружающих [светов] лица, как мы объясним с Б-жьей помощью. Суть в том, что хотя во внутренних светах есть десять сфирот от Кетера и десять сфирот от Хохмы, в качестве окружающих светов раскрываются только тринадцать окружающих [светов] — лишь от Кетера и Хохмы, поскольку остальные раскрыться не могут.</w:t>
      </w:r>
    </w:p>
    <w:p>
      <w:pPr>
        <w:spacing w:before="40" w:after="120"/>
        <w:jc w:val="both"/>
      </w:pPr>
      <w:r>
        <w:rPr>
          <w:rFonts w:ascii="Georgia" w:hAnsi="Georgia"/>
          <w:b w:val="0"/>
          <w:i w:val="0"/>
          <w:color w:val="000000"/>
          <w:sz w:val="24"/>
        </w:rPr>
        <w:t>10) Внутренние же света стоят один над другим по порядку: Кетер, Хохма, Бина и так далее до последней Малхут, занимая объем места, удерживающего и вмещающего тринадцать окружающих светов, и их мера одинакова. В этом и заключается тайна волос бороды: света выходят через отверстия волос и светят в виде окружающих [светов].</w:t>
      </w:r>
    </w:p>
    <w:p>
      <w:pPr>
        <w:spacing w:before="40" w:after="120"/>
        <w:jc w:val="both"/>
      </w:pPr>
      <w:r>
        <w:rPr>
          <w:rFonts w:ascii="Georgia" w:hAnsi="Georgia"/>
          <w:b w:val="0"/>
          <w:i w:val="0"/>
          <w:color w:val="000000"/>
          <w:sz w:val="24"/>
        </w:rPr>
        <w:t>11) Однако есть одно отличие между внутренними и окружающими [светами]: десять внутренних сфирот Кетера расположены одна над другой, и десять внутренних сфирот Хохмы также расположены по порядку одна над другой. Но окружающие устроены противоположным образом: они начинаются снизу вверх — Малхут во главе всех тринадцати исправлений бороды, а Кетер в их завершении; и точно так же десять окружающих сфирот Хохмы идут тем же путем. Более того, все окружающие сфирот Хохмы выше всех десяти окружающих сфирот Кетера. Выходит, что последняя из всех — Малхут де-Хохма — стоит выше всех, а наивысшая и совершеннейшая из всех — Кетер де-Кетер — стоит ниже всех.</w:t>
      </w:r>
    </w:p>
    <w:p>
      <w:pPr>
        <w:spacing w:before="40" w:after="120"/>
        <w:jc w:val="both"/>
      </w:pPr>
      <w:r>
        <w:rPr>
          <w:rFonts w:ascii="Georgia" w:hAnsi="Georgia"/>
          <w:b w:val="0"/>
          <w:i w:val="0"/>
          <w:color w:val="000000"/>
          <w:sz w:val="24"/>
        </w:rPr>
        <w:t>12) Причина в том, что поскольку это раскрытый окружающий свет, у нижних не было сил выдержать его, и потому высшие света раскрылись только ниже своей ступени. Из-за этого Кетер де-Кетер, будучи высшей ступенью, раскрылся на самой нижней из всех ступеней. И точно так же Малхут де-Хохма, будучи наименьшей из всех, раскрылась выше всех, ведь у нижних есть сила принять ее, и подобным же образом устроены остальные сфирот.</w:t>
      </w:r>
    </w:p>
    <w:p>
      <w:pPr>
        <w:spacing w:before="40" w:after="120"/>
        <w:jc w:val="both"/>
      </w:pPr>
      <w:r>
        <w:rPr>
          <w:rFonts w:ascii="Georgia" w:hAnsi="Georgia"/>
          <w:b w:val="0"/>
          <w:i w:val="0"/>
          <w:color w:val="000000"/>
          <w:sz w:val="24"/>
        </w:rPr>
        <w:t xml:space="preserve">13) И когда я говорю здесь, что Кетер де-Кетер раскрылся на нижней ступени, не понимай мои слова буквально, ведь [исправлений] всего тринадцать, а не двадцать. Имелось в виду, что наивысшая ступень Кетера, называемая </w:t>
      </w:r>
      <w:r>
        <w:rPr>
          <w:rFonts w:ascii="Georgia" w:hAnsi="Georgia"/>
          <w:b w:val="0"/>
          <w:i/>
          <w:color w:val="000000"/>
          <w:sz w:val="24"/>
        </w:rPr>
        <w:t>ве-наке</w:t>
      </w:r>
      <w:r>
        <w:rPr>
          <w:rFonts w:ascii="Georgia" w:hAnsi="Georgia"/>
          <w:b w:val="0"/>
          <w:i w:val="0"/>
          <w:color w:val="000000"/>
          <w:sz w:val="24"/>
        </w:rPr>
        <w:t xml:space="preserve"> — «и очищающий» (</w:t>
      </w:r>
      <w:r>
        <w:rPr>
          <w:rFonts w:ascii="Georgia" w:hAnsi="Georgia" w:cs="Times New Roman"/>
          <w:b/>
          <w:i w:val="0"/>
          <w:color w:val="000000"/>
          <w:sz w:val="24"/>
          <w:rtl/>
          <w:szCs w:val="32"/>
        </w:rPr>
        <w:t>וְנַקֵּה</w:t>
      </w:r>
      <w:r>
        <w:rPr>
          <w:rFonts w:ascii="Georgia" w:hAnsi="Georgia"/>
          <w:b w:val="0"/>
          <w:i w:val="0"/>
          <w:color w:val="000000"/>
          <w:sz w:val="24"/>
        </w:rPr>
        <w:t>), которая представляет собой Хесед, раскрылась на нижней ступени, как будет сказано с Б-жьей помощью, ведь это от данного [счета] не зависит.</w:t>
      </w:r>
    </w:p>
    <w:p>
      <w:pPr>
        <w:spacing w:before="40" w:after="120"/>
        <w:jc w:val="both"/>
      </w:pPr>
      <w:r>
        <w:rPr>
          <w:rFonts w:ascii="Georgia" w:hAnsi="Georgia"/>
          <w:b w:val="0"/>
          <w:i w:val="0"/>
          <w:color w:val="000000"/>
          <w:sz w:val="24"/>
        </w:rPr>
        <w:t>14) Знай также, что определение мест не таково, как кажется на первый взгляд, будто их можно расположить строго друг над другом. Ведь порядок ступеней определяется не тем, находится ли место выше или ниже: бывает место снизу, но называется высшим, и бывает место сверху, но называется нижним. Ведь место под ртом ниже всех остальных, однако оно относится к высшим местам, поскольку находится близко ко рту и получает свет и дыхание, исходящие оттуда, больше других высших мест благодаря своей близости ко рту. И то же относится к [месту], близкому к глазам, и близкому к носу, ведь от них также исходит свечение.</w:t>
      </w:r>
    </w:p>
    <w:p>
      <w:pPr>
        <w:spacing w:before="40" w:after="120"/>
        <w:jc w:val="both"/>
      </w:pPr>
      <w:r>
        <w:rPr>
          <w:rFonts w:ascii="Georgia" w:hAnsi="Georgia"/>
          <w:b w:val="0"/>
          <w:i w:val="0"/>
          <w:color w:val="000000"/>
          <w:sz w:val="24"/>
        </w:rPr>
        <w:t>15) А если ты скажешь, что место под ртом следовало бы назвать первым исправлением, знай: дело зависит не от этого, а нужно оценивать само место — высшее оно или нет, и близко ли оно к месту дыхания. Иногда бывают высшие места, расположенные выше места дыхания, и это зависит от оценки, которую дал благословенный Источник в порядке тринадцати исправлений бороды, как мы объясним.</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i w:val="0"/>
          <w:color w:val="000000"/>
          <w:sz w:val="24"/>
        </w:rPr>
        <w:t>«Однако это отличие есть в АА больше, чем в остальных парцуфим... Бина и Даат отсутствуют в его Гальгальте... ГАР де-АА сидят один на другом... и не [выстроены] в виде линий...»</w:t>
      </w:r>
      <w:r>
        <w:rPr>
          <w:rFonts w:ascii="Georgia" w:hAnsi="Georgia"/>
          <w:b w:val="0"/>
          <w:i w:val="0"/>
          <w:color w:val="000000"/>
          <w:sz w:val="24"/>
        </w:rPr>
        <w:t xml:space="preserve"> — из сказанного в предыдущей ветви ты хорошо поймешь суть этого отличия, присущего АА в большей степени, чем всем остальным парцуфим Ацилута. Дело в том, что он — парцуф АБ среди пяти парцуфим Ацилута, и потому Даат непостижимой головы (рейша де-ла итьяда), находящийся в его моха де-авира (воздушном мозге), недостаточен для совершенства его уровня нешама. Ведь ему необходима нешама уровня АБ, которая раскрывается посредством зивуга на масах де-НЕХИ де-ахор, подобно созерцанию глаз (истаклют эйнаим) в Некудим, как сказано выше. А поскольку зивуг непостижимой головы происходит лишь на масах де-НЕХИ де-паним, оказывается, что к тому зивугу поднялась только Бина де-САГ; следовательно, основа нешамы относится к САГ, а не к АА, который является АБ. Посмотри там [внимательно], так как нет нужды повторять. И все это сказано со стороны общности непостижимой головы и АА вместе, то есть в отношении того, как АА соединяется с непостижимой головой, и как ЗАТ непостижимой головы соединяются в АА.</w:t>
      </w:r>
    </w:p>
    <w:p>
      <w:pPr>
        <w:spacing w:before="40" w:after="120"/>
        <w:jc w:val="both"/>
      </w:pPr>
      <w:r>
        <w:rPr>
          <w:rFonts w:ascii="Georgia" w:hAnsi="Georgia"/>
          <w:b w:val="0"/>
          <w:i w:val="0"/>
          <w:color w:val="000000"/>
          <w:sz w:val="24"/>
        </w:rPr>
        <w:t>Однако сам АА в своем общем отношении — то есть будучи парцуфом Кетер пяти парцуфим Ацилута — также рассматривается как [парцуф], голова которого разделилась на две ступени: Гальгальта ве-эйнаим и АХАП, как принято на всех ступенях БОН, согласно написанному выше на стр. 819, со слов, начинающихся с «И уже», посмотри там. И считается, что в его голове есть только Кетер и Хохма, а Бина и ЗОН опустились в тело, согласно словам Учителя о том, что Бина опустилась в горло, Даат — позади ХАГАТ, лицевая часть (паним) ХАГАТ облачилась в Аба ве-Има, а паним ве-ахор де-НЕХИ его облачились в ЗОН. И тебе необходимо знать здесь, что вся мера добавления, выходящая в непостижимой голове, обязана выйти в виде этой меры величия (гадлут) во всех пяти парцуфим Ацилута, ведь поистине все пять парцуфим Ацилута представляют собой не что иное, как одну голову, как написано в «Паним Меирот у-Масбирот» на стр. 753, со слов, начинающихся с «К вратам Атика». Мы лишь выясняем каждое свойство в мельчайших частностях по отдельности. И если мы скажем, что Хохма де-МА в непостижимой голове совершила зивуг с Хохмой де-БОН в ней и опустила масах, находившийся в последней стадии (бхина ахрона) Хохмы, к последней стадии Бины, благодаря чему Бина вернулась из нижнего парцуфа и соединилась с ним, и так же для БОН непостижимой головы восполнились три кли, вследствие чего она обретает уровень нешама, подобно МА непостижимой головы (как написано выше на стр. 819, со слов «И уже»), — то знай, что процесс опускания масаха от Хохмы к Бине и ее возвращение в голову, возобновившийся здесь, в непостижимой голове, неизбежно должен возобновиться таким же образом и в АА, и в Аба ве-Има, и в ЗОН. Ведь свечение Бины, поднявшейся в непостижимую голову в виде Даат эльон, восполнило там три кли, и Кетер и Хохма, находящиеся там, совершили зивуг на уровне нешама и руах — правая и левая линии одинакового уровня, а свет нефеш в новом кли Бины, поднявшейся к ним, оказывается решающим между ними, поскольку только по ее причине туда притягивается свет нешама, как сказано выше (на стр. 819, со слов «И вот»). И это свечение неизбежно распространяется также от масаха и вниз, как написано в предыдущей ветви, то есть в рош де-АА.</w:t>
      </w:r>
    </w:p>
    <w:p>
      <w:pPr>
        <w:spacing w:before="40" w:after="120"/>
        <w:jc w:val="both"/>
      </w:pPr>
      <w:r>
        <w:rPr>
          <w:rFonts w:ascii="Georgia" w:hAnsi="Georgia"/>
          <w:b w:val="0"/>
          <w:i w:val="0"/>
          <w:color w:val="000000"/>
          <w:sz w:val="24"/>
        </w:rPr>
        <w:t>И тогда следовало бы, чтобы и Хохма де-МА в голове АА совершила зивуг с Хохмой де-БОН в голове АА и опустила бы масах, стоящий в Хохме де-БОН, к последней стадии Бины де-БОН. И тогда Бина де-БОН снова поднялась бы в голову АА и соединила бы Кетер и Хохму в правую и левую линии равного уровня, подобно сказанному выше о непостижимой голове. А нижний Даат (Даат тахтон), распространяющийся в голову Аба ве-Има, дает силу Хохме де-МА в головах Аба ве-Има совершить зивуг с Хохмой де-БОН в них; получается, что он опускает масах от Хохмы де-БОН к последней стадии Бины де-БОН, и тогда Бина де-рош де-Аба ве-Има также возвращается и поднимается из их тела в их рош. И тогда соединяются Кетер и Хохма в головах Аба ве-Има в правую и левую линии равного уровня со светом нешама и светом руах, как сказано выше о непостижимой голове. И Даат тахтон опускается в ЗОН и производит этот зивуг также в ЗОН подобно сказанному выше. И ты видишь, как зивуг непостижимой головы влияет на все парцуфим от нее и ниже, поднимая и возвращая все [ступени] Бины из тела в голову посредством исправления линий — то есть правой и левой, с Даат посередине, как было сказано.</w:t>
      </w:r>
    </w:p>
    <w:p>
      <w:pPr>
        <w:spacing w:before="40" w:after="120"/>
        <w:jc w:val="both"/>
      </w:pPr>
      <w:r>
        <w:rPr>
          <w:rFonts w:ascii="Georgia" w:hAnsi="Georgia"/>
          <w:b w:val="0"/>
          <w:i w:val="0"/>
          <w:color w:val="000000"/>
          <w:sz w:val="24"/>
        </w:rPr>
        <w:t>Однако в АА этого не произошло: Даат непостижимой головы не дал силы Хохме де-МА в его голове совершить зивуг с Хохмой де-БОН в нем, называемой моха стимаа, опустить масах к последней стадии его Бины и вернуть Бину, находящуюся в горле, обратно в голову, чтобы Кетер и Хохма исправились в строении линий — правой и левой, с Даат в средней линии, как сказано выше. Причина же в том, как написано выше, что это свечение Даат непостижимой головы относится не к нему, являющемуся АБ, а к свойству САГ. Поэтому это свечение пребывает в виде отдельной головы, называемой «авира», которая находится выше моха стимаа, и оболочка воздуха (крума де-авира) разделяет их, поскольку масах де-НЕХИ де-ахор по-прежнему перекрывает оболочку над моха стимаа... ...так что Даат непостижимой головы не способен очистить его, поскольку он не относится к его свойству, как сказано выше. И потому масах сокрытой Хохмы не опускается к последней стадии Бины, а Бина остается в горле вне головы, ведь масах де-рош де-АА находится над ней, в последней стадии моха стимаа, от которой она получает света тела сверху вниз. И оказывается, что Бина де-АА не может вернуться в его голову, как в непостижимой голове, и в нем недостает Бины и Даат, как было сказано.</w:t>
      </w:r>
    </w:p>
    <w:p>
      <w:pPr>
        <w:spacing w:before="40" w:after="120"/>
        <w:jc w:val="both"/>
      </w:pPr>
      <w:r>
        <w:rPr>
          <w:rFonts w:ascii="Georgia" w:hAnsi="Georgia"/>
          <w:b w:val="0"/>
          <w:i w:val="0"/>
          <w:color w:val="000000"/>
          <w:sz w:val="24"/>
        </w:rPr>
        <w:t xml:space="preserve">Однако в Аба ве-Има, которые представляют собой парцуф САГ де-Ацилут, для которых свойства нешама де-НЕХИ де-паним совершенно достаточно, — и потому в то время, когда свечение Даат непостижимой головы, светящее в Идре де-АА, достигает их, Хохма де-МА в головах Аба ве-Има способна опустить масах от Хохмы де-БОН в них и поднять Бину их тела в их головы. И тогда Кетер и Хохма возвращаются в виде двух линий — правой и левой, с Даат в средней линии. И получается, что Аба ве-Има де-Ацилут благодаря упомянутому зивугу непостижимой головы выиграли возвращение Бины в голову, и благодаря этому их Даат также находится в голове, разрешая противоречие между Кетером и Хохмой де-БОН в них, как было сказано. И точно так же в ЗОН. И об этом [Учитель] сказал: </w:t>
      </w:r>
      <w:r>
        <w:rPr>
          <w:rFonts w:ascii="Georgia" w:hAnsi="Georgia"/>
          <w:b/>
          <w:i w:val="0"/>
          <w:color w:val="000000"/>
          <w:sz w:val="24"/>
        </w:rPr>
        <w:t>«Однако это отличие есть в АА больше, чем в остальных парцуфим: в его Гальгальте есть Кетер и Хохма...»</w:t>
      </w:r>
      <w:r>
        <w:rPr>
          <w:rFonts w:ascii="Georgia" w:hAnsi="Georgia"/>
          <w:b w:val="0"/>
          <w:i w:val="0"/>
          <w:color w:val="000000"/>
          <w:sz w:val="24"/>
        </w:rPr>
        <w:t xml:space="preserve"> — то есть, как мы уже говорили, по отношению к себе самому, поскольку он — парцуф Кетер и АБ де-Ацилут, считается, что в его голове есть только Кетер и Хохма де-БОН, тогда как АХАП вышли на уровень тела. И об этом он говорит: </w:t>
      </w:r>
      <w:r>
        <w:rPr>
          <w:rFonts w:ascii="Georgia" w:hAnsi="Georgia"/>
          <w:b/>
          <w:i w:val="0"/>
          <w:color w:val="000000"/>
          <w:sz w:val="24"/>
        </w:rPr>
        <w:t>«Ведь Бина де-АА — это горло; туда она опустилась и не осталась в голове»</w:t>
      </w:r>
      <w:r>
        <w:rPr>
          <w:rFonts w:ascii="Georgia" w:hAnsi="Georgia"/>
          <w:b w:val="0"/>
          <w:i w:val="0"/>
          <w:color w:val="000000"/>
          <w:sz w:val="24"/>
        </w:rPr>
        <w:t xml:space="preserve">, — то есть согласно порядку ступеней БОН: в силу подъема МАН к никвей эйнаим десять сфирот головы выходят от глаз и выше, а значит, в голове парцуфим БОН есть только Гальгальта ве-эйнаим. В АА это Кетер и моха стимаа, которые представляют собой Гальгальту ве-эйнаим относительно стороны БОН в АА; тогда как его АХАП — Бина и ЗОН — опустились в тело, как было сказано. И об этом он сказал: </w:t>
      </w:r>
      <w:r>
        <w:rPr>
          <w:rFonts w:ascii="Georgia" w:hAnsi="Georgia"/>
          <w:b/>
          <w:i w:val="0"/>
          <w:color w:val="000000"/>
          <w:sz w:val="24"/>
        </w:rPr>
        <w:t>«Но Бины и Даат в его Гальгальте нет...»</w:t>
      </w:r>
      <w:r>
        <w:rPr>
          <w:rFonts w:ascii="Georgia" w:hAnsi="Georgia"/>
          <w:b w:val="0"/>
          <w:i w:val="0"/>
          <w:color w:val="000000"/>
          <w:sz w:val="24"/>
        </w:rPr>
        <w:t xml:space="preserve"> — то есть, как мы сказали, свечение Даат непостижимой головы не помогает ему настолько, чтобы он мог опустить масах, находящийся в последней стадии моха стимаа (являющейся Хохмой), к последней стадии своей Бины и поднять ее выше масаха головы, как сказано выше. А так как у него отсутствует Бина, оказывается, что у него есть только два кли, и потому у него есть лишь два света — нефеш и руах. Ведь из-за того, что у него недостает среднего кли, которое образуется лишь благодаря подъему Бины, как сказано выше, у него также недостает света нешама — согласно разъясненному выше в «Паним Меирот у-Масбирот», в ветви 9, о противоположном соотношении между келим и светами, посмотри там. И об этом он сказал: </w:t>
      </w:r>
      <w:r>
        <w:rPr>
          <w:rFonts w:ascii="Georgia" w:hAnsi="Georgia"/>
          <w:b/>
          <w:i w:val="0"/>
          <w:color w:val="000000"/>
          <w:sz w:val="24"/>
        </w:rPr>
        <w:t>«Получается, что ГАР де-АА сидят один на другом: Кетер, под ним Хохма, а под ней Бина. И они не [выстроены] в виде линий: Кетер наверху, а Хохма и Бина внизу...»</w:t>
      </w:r>
      <w:r>
        <w:rPr>
          <w:rFonts w:ascii="Georgia" w:hAnsi="Georgia"/>
          <w:b w:val="0"/>
          <w:i w:val="0"/>
          <w:color w:val="000000"/>
          <w:sz w:val="24"/>
        </w:rPr>
        <w:t xml:space="preserve"> ...то есть, как мы сказали, Бина уровня АБ не смогла подняться в голову и потому осталась в виде горла де-АА, как было сказано. И об этом сказано: </w:t>
      </w:r>
      <w:r>
        <w:rPr>
          <w:rFonts w:ascii="Georgia" w:hAnsi="Georgia"/>
          <w:b/>
          <w:i w:val="0"/>
          <w:color w:val="000000"/>
          <w:sz w:val="24"/>
        </w:rPr>
        <w:t>«И они не [выстроены] в виде линий: Кетер наверху, а Хохма и Бина внизу по двум сторонам от Кетера»</w:t>
      </w:r>
      <w:r>
        <w:rPr>
          <w:rFonts w:ascii="Georgia" w:hAnsi="Georgia"/>
          <w:b w:val="0"/>
          <w:i w:val="0"/>
          <w:color w:val="000000"/>
          <w:sz w:val="24"/>
        </w:rPr>
        <w:t>, — то есть в отличие от того, как сказано выше об Аба ве-Има, для которых Даат тахтон, притягивающийся к ним от непостижимой головы через моха де-авира и дикна де-АА, совершенно достаточен, поскольку они относятся к категории САГ, к тайне ИШСУТ в Некудим, чье построение полностью происходит от масаха де-НЕХИ де-паним, как сказано выше.</w:t>
      </w:r>
    </w:p>
    <w:p>
      <w:pPr>
        <w:spacing w:before="40" w:after="120"/>
        <w:jc w:val="both"/>
      </w:pPr>
      <w:r>
        <w:rPr>
          <w:rFonts w:ascii="Georgia" w:hAnsi="Georgia"/>
          <w:b w:val="0"/>
          <w:i w:val="0"/>
          <w:color w:val="000000"/>
          <w:sz w:val="24"/>
        </w:rPr>
        <w:t xml:space="preserve">И поэтому их силы достаточно для того, чтобы Хохма де-МА в Аба ве-Има опустила масах от Хохмы де-БОН в Аба ве-Има к последней стадии Бины. Тогда и Бина де-БОН в Аба ве-Има поднимается из их тела в их головы, и та Бина, что поднялась из тела, становится нуквой для Хохмы де-БОН, а масах, опустившийся к последней стадии Бины, становится свойством Даат в Аба ве-Има. И получается теперь, что Кетер де-Аба ве-Има наверху, а Хохма вместе с поднявшейся Биной находятся бок о бок на одном уровне, и масах, опустившийся под них, на котором теперь происходит зивуг, поднимающий отраженный свет (ор хозер) и так далее, рассматривается в двух аспектах: как Даат эльон и Даат тахтон. Ведь отраженный свет, поднимающийся от масаха и выше, считается Даат эльон, а отраженный свет, опускающийся от масаха и ниже, считается Даат тахтон, как сказано выше. В этом и заключается тайна исправления линий, о которой говорится везде: оно осуществляется посредством опускания масаха от Хохмы под Бину, благодаря чему Бина поднимается из тела в голову на один уровень с Хохмой в правую и левую линии, а опускающийся масах служит для них средней линией. Запомни это для всех мест. И об этом сказано (в ветви 66, пункт 13): </w:t>
      </w:r>
      <w:r>
        <w:rPr>
          <w:rFonts w:ascii="Georgia" w:hAnsi="Georgia"/>
          <w:b/>
          <w:i w:val="0"/>
          <w:color w:val="000000"/>
          <w:sz w:val="24"/>
        </w:rPr>
        <w:t>«Свечение же Атика раскрывается в двух нижних головах де-АА вместе... ведь существование этих двух голов раскрывается затем в Аба ве-Има, а Аба ве-Има выходят вместе и пребывают вместе, поэтому и эти две головы будут вместе...»</w:t>
      </w:r>
      <w:r>
        <w:rPr>
          <w:rFonts w:ascii="Georgia" w:hAnsi="Georgia"/>
          <w:b w:val="0"/>
          <w:i w:val="0"/>
          <w:color w:val="000000"/>
          <w:sz w:val="24"/>
        </w:rPr>
        <w:t xml:space="preserve"> — посмотри там [внимательно].</w:t>
      </w:r>
    </w:p>
    <w:p>
      <w:pPr>
        <w:spacing w:before="40" w:after="120"/>
        <w:jc w:val="both"/>
      </w:pPr>
      <w:r>
        <w:rPr>
          <w:rFonts w:ascii="Georgia" w:hAnsi="Georgia"/>
          <w:b w:val="0"/>
          <w:i w:val="0"/>
          <w:color w:val="000000"/>
          <w:sz w:val="24"/>
        </w:rPr>
        <w:t>Смысл в том, что [Учитель] дает объяснение, почему Хесед де-Атик облачается в Гальгальту, а Гвура де-Атик облачается в моха стимаа. Ведь поскольку Хесед и Гвура де-Атик равны по своей высоте, следовало бы, чтобы и Гальгальта, и моха стимаа были одинакового уровня, что совершенно невозможно, так как моха стимаа — это третья голова, находящаяся ниже крума де-авира. И он отвечает, что облачение Хеседа и Гвуры де-Атик в Кетер и моха стимаа вместе сказано только в отношении категории АВАЯ де-САГ, в тайне Даат непостижимой головы, светящего в авира. И относительно САГ он действительно уравновешивает Кетер и моха стимаа и устанавливает их на один уровень по принципу исправления линий, подобно сказанному выше: когда он опускает масах к крума де-авира, свойство Бины де-САГ поднимается из моха стимаа на один уровень с Кетером.</w:t>
      </w:r>
    </w:p>
    <w:p>
      <w:pPr>
        <w:spacing w:before="40" w:after="120"/>
        <w:jc w:val="both"/>
      </w:pPr>
      <w:r>
        <w:rPr>
          <w:rFonts w:ascii="Georgia" w:hAnsi="Georgia"/>
          <w:b w:val="0"/>
          <w:i w:val="0"/>
          <w:color w:val="000000"/>
          <w:sz w:val="24"/>
        </w:rPr>
        <w:t xml:space="preserve">Тогда Кетер считается правой линией и свойством Хохма, а моха стимаа считается левой линией и свойством Бина, и крума де-авира, являющаяся тайной масаха, объединяет их в зивуге вместе — в этом и заключается тайна исправления линий, осуществляемого благодаря опусканию масаха, как сказано выше. И оказывается, что в тайне свечения Даат непостижимой головы, то есть в категории АВАЯ де-САГ, Кетер и моха стимаа действительно находятся на одном уровне, и пойми это хорошо. И об этом сказано: </w:t>
      </w:r>
      <w:r>
        <w:rPr>
          <w:rFonts w:ascii="Georgia" w:hAnsi="Georgia"/>
          <w:b/>
          <w:i w:val="0"/>
          <w:color w:val="000000"/>
          <w:sz w:val="24"/>
        </w:rPr>
        <w:t>«Ведь существование этих двух голов раскрывается затем в Аба ве-Има, а Аба ве-Има выходят вместе...»</w:t>
      </w:r>
      <w:r>
        <w:rPr>
          <w:rFonts w:ascii="Georgia" w:hAnsi="Georgia"/>
          <w:b w:val="0"/>
          <w:i w:val="0"/>
          <w:color w:val="000000"/>
          <w:sz w:val="24"/>
        </w:rPr>
        <w:t xml:space="preserve"> — то есть вся суть свечения непостижимой головы и его облачения в две головы — Кетер и моха стимаа, о которых говорится здесь, предназначена главным образом лишь для того, чтобы передать это свечение Аба ве-Има де-Ацилут, являющимся АВАЯ де-САГ, и они выходят вместе. Иными словами, главное исправление линий предназначено только для них, и потому оно происходит в их корне в моха де-авира.</w:t>
      </w:r>
    </w:p>
    <w:p>
      <w:pPr>
        <w:spacing w:before="40" w:after="120"/>
        <w:jc w:val="both"/>
      </w:pPr>
      <w:r>
        <w:rPr>
          <w:rFonts w:ascii="Georgia" w:hAnsi="Georgia"/>
          <w:b w:val="0"/>
          <w:i w:val="0"/>
          <w:color w:val="000000"/>
          <w:sz w:val="24"/>
        </w:rPr>
        <w:t xml:space="preserve">Однако по отношению к самому АА, который представляет собой уровень АБ, а не САГ, как сказано выше, свечение непостижимой головы, конечно же, не помогает ему светить в виде исправления линий: в нем Кетер находится наверху, а моха стимаа — внизу, и пойми это хорошо. И об этом он сказал (в пункте 4): </w:t>
      </w:r>
      <w:r>
        <w:rPr>
          <w:rFonts w:ascii="Georgia" w:hAnsi="Georgia"/>
          <w:b/>
          <w:i w:val="0"/>
          <w:color w:val="000000"/>
          <w:sz w:val="24"/>
        </w:rPr>
        <w:t>«Поэтому у Бины в АА, который облачает Атика Йомина и получает свет от него самого, не было сил...»</w:t>
      </w:r>
      <w:r>
        <w:rPr>
          <w:rFonts w:ascii="Georgia" w:hAnsi="Georgia"/>
          <w:b w:val="0"/>
          <w:i w:val="0"/>
          <w:color w:val="000000"/>
          <w:sz w:val="24"/>
        </w:rPr>
        <w:t xml:space="preserve"> </w:t>
      </w:r>
      <w:r>
        <w:rPr>
          <w:rFonts w:ascii="Georgia" w:hAnsi="Georgia"/>
          <w:b/>
          <w:i w:val="0"/>
          <w:color w:val="000000"/>
          <w:sz w:val="24"/>
        </w:rPr>
        <w:t>«В остальных же парцуфим... все они получают свет Атика через облачение АА, и у них есть способность постичь его, поэтому их Бине нет необходимости опускаться...»</w:t>
      </w:r>
      <w:r>
        <w:rPr>
          <w:rFonts w:ascii="Georgia" w:hAnsi="Georgia"/>
          <w:b w:val="0"/>
          <w:i w:val="0"/>
          <w:color w:val="000000"/>
          <w:sz w:val="24"/>
        </w:rPr>
        <w:t xml:space="preserve"> — до сих пор его слова. Смысл в том, что Атик — это внутренний парцуф, и оказывается, что АА, получающий от Атика, — это парцуф АБ, и потому путь его исправления подобен АБ де-Некудим на НЕХИ де-ахор. А поскольку свечение непостижимой головы исходит лишь от НЕХИ де-паним, его Бина не может находиться в голове, как сказано выше. В отличие от Аба ве-Има, которые получают свет Атика через облачение АА, являясь третьим парцуфом — САГ, и потому им, безусловно, достаточно света непостижимой головы, чтобы поднять Бину из тела в голову, как сказано выше. А тема окружающих [светов] лица от Кетера и Хохмы, светящих для тринадцати исправлений бороды, будет разъяснена в следующей ветви с Б-жьей помощью.</w:t>
      </w:r>
    </w:p>
    <w:p>
      <w:r>
        <w:br w:type="page"/>
      </w:r>
    </w:p>
    <w:p>
      <w:pPr>
        <w:keepNext/>
        <w:spacing w:before="360" w:after="160"/>
        <w:jc w:val="center"/>
      </w:pPr>
      <w:r>
        <w:rPr>
          <w:rFonts w:ascii="Georgia" w:hAnsi="Georgia"/>
          <w:b w:val="0"/>
          <w:i w:val="0"/>
          <w:color w:val="000000"/>
          <w:sz w:val="40"/>
        </w:rPr>
        <w:t>Ветвь 68</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 xml:space="preserve">1) Разъясняя тринадцать свойств [милосердия] в тайне тринадцати исправлений дикны АА, объясним, где именно в дикне расположены эти тринадцать исправлений. Сначала перечислим сами речения, показывая, как их насчитывается тринадцать: 1) </w:t>
      </w:r>
      <w:r>
        <w:rPr>
          <w:rFonts w:ascii="Georgia" w:hAnsi="Georgia"/>
          <w:b w:val="0"/>
          <w:i/>
          <w:color w:val="000000"/>
          <w:sz w:val="24"/>
        </w:rPr>
        <w:t>«Кто Б-г, как Ты...»</w:t>
      </w:r>
      <w:r>
        <w:rPr>
          <w:rFonts w:ascii="Georgia" w:hAnsi="Georgia"/>
          <w:b w:val="0"/>
          <w:i w:val="0"/>
          <w:color w:val="000000"/>
          <w:sz w:val="24"/>
        </w:rPr>
        <w:t xml:space="preserve">, 2) </w:t>
      </w:r>
      <w:r>
        <w:rPr>
          <w:rFonts w:ascii="Georgia" w:hAnsi="Georgia"/>
          <w:b w:val="0"/>
          <w:i/>
          <w:color w:val="000000"/>
          <w:sz w:val="24"/>
        </w:rPr>
        <w:t>«...прощающий вину...»</w:t>
      </w:r>
      <w:r>
        <w:rPr>
          <w:rFonts w:ascii="Georgia" w:hAnsi="Georgia"/>
          <w:b w:val="0"/>
          <w:i w:val="0"/>
          <w:color w:val="000000"/>
          <w:sz w:val="24"/>
        </w:rPr>
        <w:t xml:space="preserve">, 3) </w:t>
      </w:r>
      <w:r>
        <w:rPr>
          <w:rFonts w:ascii="Georgia" w:hAnsi="Georgia"/>
          <w:b w:val="0"/>
          <w:i/>
          <w:color w:val="000000"/>
          <w:sz w:val="24"/>
        </w:rPr>
        <w:t>«...и проходящий мимо преступления...»</w:t>
      </w:r>
      <w:r>
        <w:rPr>
          <w:rFonts w:ascii="Georgia" w:hAnsi="Georgia"/>
          <w:b w:val="0"/>
          <w:i w:val="0"/>
          <w:color w:val="000000"/>
          <w:sz w:val="24"/>
        </w:rPr>
        <w:t xml:space="preserve">, 4) </w:t>
      </w:r>
      <w:r>
        <w:rPr>
          <w:rFonts w:ascii="Georgia" w:hAnsi="Georgia"/>
          <w:b w:val="0"/>
          <w:i/>
          <w:color w:val="000000"/>
          <w:sz w:val="24"/>
        </w:rPr>
        <w:t>«...остатку наследия Своего...»</w:t>
      </w:r>
      <w:r>
        <w:rPr>
          <w:rFonts w:ascii="Georgia" w:hAnsi="Georgia"/>
          <w:b w:val="0"/>
          <w:i w:val="0"/>
          <w:color w:val="000000"/>
          <w:sz w:val="24"/>
        </w:rPr>
        <w:t xml:space="preserve">, 5) </w:t>
      </w:r>
      <w:r>
        <w:rPr>
          <w:rFonts w:ascii="Georgia" w:hAnsi="Georgia"/>
          <w:b w:val="0"/>
          <w:i/>
          <w:color w:val="000000"/>
          <w:sz w:val="24"/>
        </w:rPr>
        <w:t>«...не держит вовек гнева Своего...»</w:t>
      </w:r>
      <w:r>
        <w:rPr>
          <w:rFonts w:ascii="Georgia" w:hAnsi="Georgia"/>
          <w:b w:val="0"/>
          <w:i w:val="0"/>
          <w:color w:val="000000"/>
          <w:sz w:val="24"/>
        </w:rPr>
        <w:t xml:space="preserve">, 6) </w:t>
      </w:r>
      <w:r>
        <w:rPr>
          <w:rFonts w:ascii="Georgia" w:hAnsi="Georgia"/>
          <w:b w:val="0"/>
          <w:i/>
          <w:color w:val="000000"/>
          <w:sz w:val="24"/>
        </w:rPr>
        <w:t>«...ибо желает милосердия Он»</w:t>
      </w:r>
      <w:r>
        <w:rPr>
          <w:rFonts w:ascii="Georgia" w:hAnsi="Georgia"/>
          <w:b w:val="0"/>
          <w:i w:val="0"/>
          <w:color w:val="000000"/>
          <w:sz w:val="24"/>
        </w:rPr>
        <w:t xml:space="preserve">, 7) </w:t>
      </w:r>
      <w:r>
        <w:rPr>
          <w:rFonts w:ascii="Georgia" w:hAnsi="Georgia"/>
          <w:b w:val="0"/>
          <w:i/>
          <w:color w:val="000000"/>
          <w:sz w:val="24"/>
        </w:rPr>
        <w:t>«Он снова смилуется над нами...»</w:t>
      </w:r>
      <w:r>
        <w:rPr>
          <w:rFonts w:ascii="Georgia" w:hAnsi="Georgia"/>
          <w:b w:val="0"/>
          <w:i w:val="0"/>
          <w:color w:val="000000"/>
          <w:sz w:val="24"/>
        </w:rPr>
        <w:t xml:space="preserve">, 8) </w:t>
      </w:r>
      <w:r>
        <w:rPr>
          <w:rFonts w:ascii="Georgia" w:hAnsi="Georgia"/>
          <w:b w:val="0"/>
          <w:i/>
          <w:color w:val="000000"/>
          <w:sz w:val="24"/>
        </w:rPr>
        <w:t>«...сотрет наши грехи...»</w:t>
      </w:r>
      <w:r>
        <w:rPr>
          <w:rFonts w:ascii="Georgia" w:hAnsi="Georgia"/>
          <w:b w:val="0"/>
          <w:i w:val="0"/>
          <w:color w:val="000000"/>
          <w:sz w:val="24"/>
        </w:rPr>
        <w:t xml:space="preserve">, 9) </w:t>
      </w:r>
      <w:r>
        <w:rPr>
          <w:rFonts w:ascii="Georgia" w:hAnsi="Georgia"/>
          <w:b w:val="0"/>
          <w:i/>
          <w:color w:val="000000"/>
          <w:sz w:val="24"/>
        </w:rPr>
        <w:t>«...и ввергнет в пучины морские все грехи их»</w:t>
      </w:r>
      <w:r>
        <w:rPr>
          <w:rFonts w:ascii="Georgia" w:hAnsi="Georgia"/>
          <w:b w:val="0"/>
          <w:i w:val="0"/>
          <w:color w:val="000000"/>
          <w:sz w:val="24"/>
        </w:rPr>
        <w:t xml:space="preserve">, 10) </w:t>
      </w:r>
      <w:r>
        <w:rPr>
          <w:rFonts w:ascii="Georgia" w:hAnsi="Georgia"/>
          <w:b w:val="0"/>
          <w:i/>
          <w:color w:val="000000"/>
          <w:sz w:val="24"/>
        </w:rPr>
        <w:t>«Явишь истину Яакову...»</w:t>
      </w:r>
      <w:r>
        <w:rPr>
          <w:rFonts w:ascii="Georgia" w:hAnsi="Georgia"/>
          <w:b w:val="0"/>
          <w:i w:val="0"/>
          <w:color w:val="000000"/>
          <w:sz w:val="24"/>
        </w:rPr>
        <w:t xml:space="preserve">, 11) </w:t>
      </w:r>
      <w:r>
        <w:rPr>
          <w:rFonts w:ascii="Georgia" w:hAnsi="Georgia"/>
          <w:b w:val="0"/>
          <w:i/>
          <w:color w:val="000000"/>
          <w:sz w:val="24"/>
        </w:rPr>
        <w:t>«...милосердие Аврааму...»</w:t>
      </w:r>
      <w:r>
        <w:rPr>
          <w:rFonts w:ascii="Georgia" w:hAnsi="Georgia"/>
          <w:b w:val="0"/>
          <w:i w:val="0"/>
          <w:color w:val="000000"/>
          <w:sz w:val="24"/>
        </w:rPr>
        <w:t xml:space="preserve">, 12) </w:t>
      </w:r>
      <w:r>
        <w:rPr>
          <w:rFonts w:ascii="Georgia" w:hAnsi="Georgia"/>
          <w:b w:val="0"/>
          <w:i/>
          <w:color w:val="000000"/>
          <w:sz w:val="24"/>
        </w:rPr>
        <w:t>«...о чем клялся Ты отцам нашим...»</w:t>
      </w:r>
      <w:r>
        <w:rPr>
          <w:rFonts w:ascii="Georgia" w:hAnsi="Georgia"/>
          <w:b w:val="0"/>
          <w:i w:val="0"/>
          <w:color w:val="000000"/>
          <w:sz w:val="24"/>
        </w:rPr>
        <w:t xml:space="preserve">, 13) </w:t>
      </w:r>
      <w:r>
        <w:rPr>
          <w:rFonts w:ascii="Georgia" w:hAnsi="Georgia"/>
          <w:b w:val="0"/>
          <w:i/>
          <w:color w:val="000000"/>
          <w:sz w:val="24"/>
        </w:rPr>
        <w:t>«...с давних времен»</w:t>
      </w:r>
      <w:r>
        <w:rPr>
          <w:rFonts w:ascii="Georgia" w:hAnsi="Georgia"/>
          <w:b w:val="0"/>
          <w:i w:val="0"/>
          <w:color w:val="000000"/>
          <w:sz w:val="24"/>
        </w:rPr>
        <w:t xml:space="preserve"> (Миха 7:18–20).</w:t>
      </w:r>
    </w:p>
    <w:p>
      <w:pPr>
        <w:spacing w:before="40" w:after="120"/>
        <w:jc w:val="both"/>
      </w:pPr>
      <w:r>
        <w:rPr>
          <w:rFonts w:ascii="Georgia" w:hAnsi="Georgia"/>
          <w:b w:val="0"/>
          <w:i w:val="0"/>
          <w:color w:val="000000"/>
          <w:sz w:val="24"/>
        </w:rPr>
        <w:t xml:space="preserve">2) Эти тринадцать свойств [из книги] Михи — внутреннее изобилие, притягивающееся из Моха Стимаа внутрь волос бороды, и они называются </w:t>
      </w:r>
      <w:r>
        <w:rPr>
          <w:rFonts w:ascii="Georgia" w:hAnsi="Georgia"/>
          <w:b w:val="0"/>
          <w:i/>
          <w:color w:val="000000"/>
          <w:sz w:val="24"/>
        </w:rPr>
        <w:t>шевха де-Атика</w:t>
      </w:r>
      <w:r>
        <w:rPr>
          <w:rFonts w:ascii="Georgia" w:hAnsi="Georgia"/>
          <w:b w:val="0"/>
          <w:i w:val="0"/>
          <w:color w:val="000000"/>
          <w:sz w:val="24"/>
        </w:rPr>
        <w:t xml:space="preserve"> («восхваление Древнего»). Сами же волосы бороды, являющиеся каналами (</w:t>
      </w:r>
      <w:r>
        <w:rPr>
          <w:rFonts w:ascii="Georgia" w:hAnsi="Georgia"/>
          <w:b w:val="0"/>
          <w:i/>
          <w:color w:val="000000"/>
          <w:sz w:val="24"/>
        </w:rPr>
        <w:t>цинорот</w:t>
      </w:r>
      <w:r>
        <w:rPr>
          <w:rFonts w:ascii="Georgia" w:hAnsi="Georgia"/>
          <w:b w:val="0"/>
          <w:i w:val="0"/>
          <w:color w:val="000000"/>
          <w:sz w:val="24"/>
        </w:rPr>
        <w:t>), келим и проходами, в которые изливается святой елей (</w:t>
      </w:r>
      <w:r>
        <w:rPr>
          <w:rFonts w:ascii="Georgia" w:hAnsi="Georgia"/>
          <w:b w:val="0"/>
          <w:i/>
          <w:color w:val="000000"/>
          <w:sz w:val="24"/>
        </w:rPr>
        <w:t>мишхата кадиша</w:t>
      </w:r>
      <w:r>
        <w:rPr>
          <w:rFonts w:ascii="Georgia" w:hAnsi="Georgia"/>
          <w:b w:val="0"/>
          <w:i w:val="0"/>
          <w:color w:val="000000"/>
          <w:sz w:val="24"/>
        </w:rPr>
        <w:t>), — это тринадцать свойств, упомянутых в Торе в недельной главе Ки Тиса, и они соответствуют тринадцати [свойствам] ЗА.</w:t>
      </w:r>
    </w:p>
    <w:p>
      <w:pPr>
        <w:spacing w:before="40" w:after="120"/>
        <w:jc w:val="both"/>
      </w:pPr>
      <w:r>
        <w:rPr>
          <w:rFonts w:ascii="Georgia" w:hAnsi="Georgia"/>
          <w:b w:val="0"/>
          <w:i w:val="0"/>
          <w:color w:val="000000"/>
          <w:sz w:val="24"/>
        </w:rPr>
        <w:t xml:space="preserve">3) Ведь тебе уже известно, что в ЗА есть лишь девять [свойств], и это [свойства] из главы Шлах Леха; когда же в нем светят эти тринадцать, он называется их именами. И порядок их таков: 1) «Эль» (Б-г), 2) «рахум» (милосердный), 3) «ве-ханун» (и благодатный), 4) «эрех» (долго-), 5) «апаим» (-терпеливый), — поскольку «долготерпеливый» указывает на два свойства вместе, и потому сказано не </w:t>
      </w:r>
      <w:r>
        <w:rPr>
          <w:rFonts w:ascii="Georgia" w:hAnsi="Georgia"/>
          <w:b w:val="0"/>
          <w:i/>
          <w:color w:val="000000"/>
          <w:sz w:val="24"/>
        </w:rPr>
        <w:t>эрех аф</w:t>
      </w:r>
      <w:r>
        <w:rPr>
          <w:rFonts w:ascii="Georgia" w:hAnsi="Georgia"/>
          <w:b w:val="0"/>
          <w:i w:val="0"/>
          <w:color w:val="000000"/>
          <w:sz w:val="24"/>
        </w:rPr>
        <w:t xml:space="preserve"> (</w:t>
      </w:r>
      <w:r>
        <w:rPr>
          <w:rFonts w:ascii="Georgia" w:hAnsi="Georgia" w:cs="Times New Roman"/>
          <w:b/>
          <w:i w:val="0"/>
          <w:color w:val="000000"/>
          <w:sz w:val="24"/>
          <w:rtl/>
          <w:szCs w:val="32"/>
        </w:rPr>
        <w:t>אֶרֶךְ אַף</w:t>
      </w:r>
      <w:r>
        <w:rPr>
          <w:rFonts w:ascii="Georgia" w:hAnsi="Georgia"/>
          <w:b w:val="0"/>
          <w:i w:val="0"/>
          <w:color w:val="000000"/>
          <w:sz w:val="24"/>
        </w:rPr>
        <w:t xml:space="preserve">), а </w:t>
      </w:r>
      <w:r>
        <w:rPr>
          <w:rFonts w:ascii="Georgia" w:hAnsi="Georgia"/>
          <w:b w:val="0"/>
          <w:i/>
          <w:color w:val="000000"/>
          <w:sz w:val="24"/>
        </w:rPr>
        <w:t>апаим</w:t>
      </w:r>
      <w:r>
        <w:rPr>
          <w:rFonts w:ascii="Georgia" w:hAnsi="Georgia"/>
          <w:b w:val="0"/>
          <w:i w:val="0"/>
          <w:color w:val="000000"/>
          <w:sz w:val="24"/>
        </w:rPr>
        <w:t xml:space="preserve"> (</w:t>
      </w:r>
      <w:r>
        <w:rPr>
          <w:rFonts w:ascii="Georgia" w:hAnsi="Georgia" w:cs="Times New Roman"/>
          <w:b/>
          <w:i w:val="0"/>
          <w:color w:val="000000"/>
          <w:sz w:val="24"/>
          <w:rtl/>
          <w:szCs w:val="32"/>
        </w:rPr>
        <w:t>אַפַּיִם</w:t>
      </w:r>
      <w:r>
        <w:rPr>
          <w:rFonts w:ascii="Georgia" w:hAnsi="Georgia"/>
          <w:b w:val="0"/>
          <w:i w:val="0"/>
          <w:color w:val="000000"/>
          <w:sz w:val="24"/>
        </w:rPr>
        <w:t>), — 6) «ве-рав хесед» (и многомилостивый), 7) «ве-эмет» (и истинный), 8) «ноцер хесед» (хранящий милость), 9) «ла-алафим» (для тысяч [поколений]), 10) «носе авон» (прощающий вину), 11) «ва-феша» (и преступление), 12) «ве-хатаа» (и грех), 13) «ве-наке» (и очищающий).</w:t>
      </w:r>
    </w:p>
    <w:p>
      <w:pPr>
        <w:spacing w:before="40" w:after="120"/>
        <w:jc w:val="both"/>
      </w:pPr>
      <w:r>
        <w:rPr>
          <w:rFonts w:ascii="Georgia" w:hAnsi="Georgia"/>
          <w:b w:val="0"/>
          <w:i w:val="0"/>
          <w:color w:val="000000"/>
          <w:sz w:val="24"/>
        </w:rPr>
        <w:t>4) Теперь разъясним их на самом человеческом лице: как они образуют тринадцать исправлений. Под двумя краями головы начинаются два верхних края бороды (</w:t>
      </w:r>
      <w:r>
        <w:rPr>
          <w:rFonts w:ascii="Georgia" w:hAnsi="Georgia"/>
          <w:b w:val="0"/>
          <w:i/>
          <w:color w:val="000000"/>
          <w:sz w:val="24"/>
        </w:rPr>
        <w:t>рейшин де-дикна</w:t>
      </w:r>
      <w:r>
        <w:rPr>
          <w:rFonts w:ascii="Georgia" w:hAnsi="Georgia"/>
          <w:b w:val="0"/>
          <w:i w:val="0"/>
          <w:color w:val="000000"/>
          <w:sz w:val="24"/>
        </w:rPr>
        <w:t>); они короткие, не широкие и расположены напротив уха (озэн) — это первое исправление, называемое «Эль». Затем второе исправление — ряды волос, растущих в длину на верхней губе над ртом (пэ), и это «рахум». 3) «Ве-ханун» — та дорожка (</w:t>
      </w:r>
      <w:r>
        <w:rPr>
          <w:rFonts w:ascii="Georgia" w:hAnsi="Georgia"/>
          <w:b w:val="0"/>
          <w:i/>
          <w:color w:val="000000"/>
          <w:sz w:val="24"/>
        </w:rPr>
        <w:t>орха</w:t>
      </w:r>
      <w:r>
        <w:rPr>
          <w:rFonts w:ascii="Georgia" w:hAnsi="Georgia"/>
          <w:b w:val="0"/>
          <w:i w:val="0"/>
          <w:color w:val="000000"/>
          <w:sz w:val="24"/>
        </w:rPr>
        <w:t>), что проходит напротив середины носа (хотэм). 4) «Эрех» — ряд волос под нижней губой. 5) «Апаим» — вторая дорожка (</w:t>
      </w:r>
      <w:r>
        <w:rPr>
          <w:rFonts w:ascii="Georgia" w:hAnsi="Georgia"/>
          <w:b w:val="0"/>
          <w:i/>
          <w:color w:val="000000"/>
          <w:sz w:val="24"/>
        </w:rPr>
        <w:t>орха таньяна</w:t>
      </w:r>
      <w:r>
        <w:rPr>
          <w:rFonts w:ascii="Georgia" w:hAnsi="Georgia"/>
          <w:b w:val="0"/>
          <w:i w:val="0"/>
          <w:color w:val="000000"/>
          <w:sz w:val="24"/>
        </w:rPr>
        <w:t>), разделяющая середину бороды; она расположена точно напротив первой дорожки, что под носом. 6) «Ве-рав хесед» находится под первым исправлением («Эль») и представляет собой окончание меры тех коротких волос бороды. Это место, где она начинает немного расширяться, то есть место начала самой скуловой кости, выступающей углом под ухом, и оттуда книзу борода шире, чем вверху, и это называется «ве-рав хесед»; оно продолжается до места напротив рта. 7) «Ве-эмет» — две стороны лица (щеки), гладкие, без волос: два святых яблока (</w:t>
      </w:r>
      <w:r>
        <w:rPr>
          <w:rFonts w:ascii="Georgia" w:hAnsi="Georgia"/>
          <w:b w:val="0"/>
          <w:i/>
          <w:color w:val="000000"/>
          <w:sz w:val="24"/>
        </w:rPr>
        <w:t>трин тапухин кадишин</w:t>
      </w:r>
      <w:r>
        <w:rPr>
          <w:rFonts w:ascii="Georgia" w:hAnsi="Georgia"/>
          <w:b w:val="0"/>
          <w:i w:val="0"/>
          <w:color w:val="000000"/>
          <w:sz w:val="24"/>
        </w:rPr>
        <w:t>). 8) «Ноцер хесед», называемый святым мазалем (</w:t>
      </w:r>
      <w:r>
        <w:rPr>
          <w:rFonts w:ascii="Georgia" w:hAnsi="Georgia"/>
          <w:b w:val="0"/>
          <w:i/>
          <w:color w:val="000000"/>
          <w:sz w:val="24"/>
        </w:rPr>
        <w:t>мазла кадиша</w:t>
      </w:r>
      <w:r>
        <w:rPr>
          <w:rFonts w:ascii="Georgia" w:hAnsi="Georgia"/>
          <w:b w:val="0"/>
          <w:i w:val="0"/>
          <w:color w:val="000000"/>
          <w:sz w:val="24"/>
        </w:rPr>
        <w:t>), — борода от уровня напротив рта и ниже, то есть общая масса бороды в едином соединении. Ведь то, что выше этого, разделено надвое, поскольку два яблока и нос разделяют между ними. От уровня же рта и ниже борода обретает густоту, и [волосы] соединяются вместе. Она очень густая: волосы лежат слоями поверх волос, и они разделяются надвое. Каким образом? Верхняя сторона бороды, то есть ее открытая часть, — это одно исправление, а скрытая сторона бороды, обращенная к горлу, — второе исправление.</w:t>
      </w:r>
    </w:p>
    <w:p>
      <w:pPr>
        <w:spacing w:before="40" w:after="120"/>
        <w:jc w:val="both"/>
      </w:pPr>
      <w:r>
        <w:rPr>
          <w:rFonts w:ascii="Georgia" w:hAnsi="Georgia"/>
          <w:b w:val="0"/>
          <w:i w:val="0"/>
          <w:color w:val="000000"/>
          <w:sz w:val="24"/>
        </w:rPr>
        <w:t xml:space="preserve">Получается, что мы разделяем толщу бороды: верхняя сторона, открытая для глаз, — одно исправление, а волосы, обращенные к горлу и находящиеся под первыми, укрытые ими, — второе исправление. Оба эти исправления называются «мазаль», и это два мазаля. Смысл слова </w:t>
      </w:r>
      <w:r>
        <w:rPr>
          <w:rFonts w:ascii="Georgia" w:hAnsi="Georgia"/>
          <w:b w:val="0"/>
          <w:i/>
          <w:color w:val="000000"/>
          <w:sz w:val="24"/>
        </w:rPr>
        <w:t>мазла</w:t>
      </w:r>
      <w:r>
        <w:rPr>
          <w:rFonts w:ascii="Georgia" w:hAnsi="Georgia"/>
          <w:b w:val="0"/>
          <w:i w:val="0"/>
          <w:color w:val="000000"/>
          <w:sz w:val="24"/>
        </w:rPr>
        <w:t xml:space="preserve"> (</w:t>
      </w:r>
      <w:r>
        <w:rPr>
          <w:rFonts w:ascii="Georgia" w:hAnsi="Georgia" w:cs="Times New Roman"/>
          <w:b/>
          <w:i w:val="0"/>
          <w:color w:val="000000"/>
          <w:sz w:val="24"/>
          <w:rtl/>
          <w:szCs w:val="32"/>
        </w:rPr>
        <w:t>מַזְלָא</w:t>
      </w:r>
      <w:r>
        <w:rPr>
          <w:rFonts w:ascii="Georgia" w:hAnsi="Georgia"/>
          <w:b w:val="0"/>
          <w:i w:val="0"/>
          <w:color w:val="000000"/>
          <w:sz w:val="24"/>
        </w:rPr>
        <w:t xml:space="preserve">) происходит от слова </w:t>
      </w:r>
      <w:r>
        <w:rPr>
          <w:rFonts w:ascii="Georgia" w:hAnsi="Georgia"/>
          <w:b w:val="0"/>
          <w:i/>
          <w:color w:val="000000"/>
          <w:sz w:val="24"/>
        </w:rPr>
        <w:t>тизаль</w:t>
      </w:r>
      <w:r>
        <w:rPr>
          <w:rFonts w:ascii="Georgia" w:hAnsi="Georgia"/>
          <w:b w:val="0"/>
          <w:i w:val="0"/>
          <w:color w:val="000000"/>
          <w:sz w:val="24"/>
        </w:rPr>
        <w:t xml:space="preserve"> (</w:t>
      </w:r>
      <w:r>
        <w:rPr>
          <w:rFonts w:ascii="Georgia" w:hAnsi="Georgia" w:cs="Times New Roman"/>
          <w:b/>
          <w:i w:val="0"/>
          <w:color w:val="000000"/>
          <w:sz w:val="24"/>
          <w:rtl/>
          <w:szCs w:val="32"/>
        </w:rPr>
        <w:t>תִּזַּל</w:t>
      </w:r>
      <w:r>
        <w:rPr>
          <w:rFonts w:ascii="Georgia" w:hAnsi="Georgia"/>
          <w:b w:val="0"/>
          <w:i w:val="0"/>
          <w:color w:val="000000"/>
          <w:sz w:val="24"/>
        </w:rPr>
        <w:t xml:space="preserve">): </w:t>
      </w:r>
      <w:r>
        <w:rPr>
          <w:rFonts w:ascii="Georgia" w:hAnsi="Georgia"/>
          <w:b w:val="0"/>
          <w:i/>
          <w:color w:val="000000"/>
          <w:sz w:val="24"/>
        </w:rPr>
        <w:t>«...каплет, как роса, речь моя»</w:t>
      </w:r>
      <w:r>
        <w:rPr>
          <w:rFonts w:ascii="Georgia" w:hAnsi="Georgia"/>
          <w:b w:val="0"/>
          <w:i w:val="0"/>
          <w:color w:val="000000"/>
          <w:sz w:val="24"/>
        </w:rPr>
        <w:t xml:space="preserve"> (Дварим 32:2), что указывает на протяженность волос в длину сверху вниз. И во всех этих тринадцати исправлениях только эти два называются так: верхнее называется «Ноцер» — восьмое исправление, а нижнее называется «Ве-наке» — тринадцатое исправление, и каждое из них называется «мазаль». Волосы эти длинные и доходят до его табура. 9) «Ла-алафим»: среди этих длинных волос скрыты короткие, и это «ла-алафим». 10) «Носе авон»: позади обоих этих мазалей есть короткие волосы, прилегающие к горлу и находящиеся чуть выше него; они не скрыты в упомянутом мазале, но различими отдельно и покрывают горло (</w:t>
      </w:r>
      <w:r>
        <w:rPr>
          <w:rFonts w:ascii="Georgia" w:hAnsi="Georgia"/>
          <w:b w:val="0"/>
          <w:i/>
          <w:color w:val="000000"/>
          <w:sz w:val="24"/>
        </w:rPr>
        <w:t>хафьен а-грона</w:t>
      </w:r>
      <w:r>
        <w:rPr>
          <w:rFonts w:ascii="Georgia" w:hAnsi="Georgia"/>
          <w:b w:val="0"/>
          <w:i w:val="0"/>
          <w:color w:val="000000"/>
          <w:sz w:val="24"/>
        </w:rPr>
        <w:t>). 11) «Ва-феша»: эти короткие волосы равны по длине и не выступают один из-под другого (</w:t>
      </w:r>
      <w:r>
        <w:rPr>
          <w:rFonts w:ascii="Georgia" w:hAnsi="Georgia"/>
          <w:b w:val="0"/>
          <w:i/>
          <w:color w:val="000000"/>
          <w:sz w:val="24"/>
        </w:rPr>
        <w:t>ло нафкей да мин да</w:t>
      </w:r>
      <w:r>
        <w:rPr>
          <w:rFonts w:ascii="Georgia" w:hAnsi="Georgia"/>
          <w:b w:val="0"/>
          <w:i w:val="0"/>
          <w:color w:val="000000"/>
          <w:sz w:val="24"/>
        </w:rPr>
        <w:t>). 12) «Ве-хатаа» — сам рот, поскольку он свободен от волос (и хотя он относится к тринадцати исправлениям Гальгальты, как сказано выше, все же то, что он свободен от волос, считается отдельным исправлением; из «Мево Шеарим», врата 3, часть 2, глава 11). 13) «Ве-наке» — второй мазаль, называемый тринадцатым исправлением. Эти два мазаля лежат один на другом; они — мужское и женское (</w:t>
      </w:r>
      <w:r>
        <w:rPr>
          <w:rFonts w:ascii="Georgia" w:hAnsi="Georgia"/>
          <w:b w:val="0"/>
          <w:i/>
          <w:color w:val="000000"/>
          <w:sz w:val="24"/>
        </w:rPr>
        <w:t>дхура ве-нуква</w:t>
      </w:r>
      <w:r>
        <w:rPr>
          <w:rFonts w:ascii="Georgia" w:hAnsi="Georgia"/>
          <w:b w:val="0"/>
          <w:i w:val="0"/>
          <w:color w:val="000000"/>
          <w:sz w:val="24"/>
        </w:rPr>
        <w:t>), и Аба питается от восьмого, а Има питается от тринадцатого. Итак, мы разъяснили тринадцать исправлений дикны.</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«Однако объяснение тринадцати свойств в тайне тринадцати исправлений дикны АА и т.д.»</w:t>
      </w:r>
      <w:r>
        <w:rPr>
          <w:rFonts w:ascii="Georgia" w:hAnsi="Georgia"/>
          <w:b w:val="0"/>
          <w:i w:val="0"/>
          <w:color w:val="000000"/>
          <w:sz w:val="24"/>
        </w:rPr>
        <w:t xml:space="preserve"> — чтобы понять эти тринадцать исправлений дикны, необходимо предварительно во всех свойствах и со всей ясностью разобрать тему белизны (</w:t>
      </w:r>
      <w:r>
        <w:rPr>
          <w:rFonts w:ascii="Georgia" w:hAnsi="Georgia"/>
          <w:b w:val="0"/>
          <w:i/>
          <w:color w:val="000000"/>
          <w:sz w:val="24"/>
        </w:rPr>
        <w:t>хиварта</w:t>
      </w:r>
      <w:r>
        <w:rPr>
          <w:rFonts w:ascii="Georgia" w:hAnsi="Georgia"/>
          <w:b w:val="0"/>
          <w:i w:val="0"/>
          <w:color w:val="000000"/>
          <w:sz w:val="24"/>
        </w:rPr>
        <w:t>), волос головы и волос дикны. Суть трех голов уже была разъяснена в общем и в частностях, однако главное в них раскрывается в трех различениях, и вот они: первое различение — по отношению к Радла (непостижимой голове): в том смысле, что АА представляет собой часть АХАП от нее. Однако вследствие исправления [в мире] Некудим, когда масах поднялся в никвей эйнаим и десять сфирот головы вышли от никвей эйнаим и выше, ступени АХАП из-за этого отделились в тело (гуф), то есть в горло и ХАГАТ Радла. Ведь пэ де-рош, то есть место зивуга, поднимающего отраженный свет снизу вверх для корней келим, поднялся и установился на месте никвей эйнаим, то есть в последней стадии Хохмы головы, как сказано выше. И оказывается поэтому, что АА, будучи АХАП, вышедшими из Радла, как сказано выше, считается ее горлом и ХАГАТ, как было сказано. И в этом отношении мы разделяем совокупность десяти сфирот — Гальгальта ве-эйнаим и АХАП, имеющиеся в обоих, — на три головы: Радла, Гальгальта и Моха Стимаа. Где Радла — это Гальгальта ве-эйнаим, то есть только Кетер и Хохма этих десяти сфирот; Гальгальта — это озэн этих десяти сфирот, то есть Бина или горло; а Моха Стимаа — это хотэм и пэ этих десяти сфирот, то есть ЗОН или ХАГАТ.</w:t>
      </w:r>
    </w:p>
    <w:p>
      <w:pPr>
        <w:spacing w:before="40" w:after="120"/>
        <w:jc w:val="both"/>
      </w:pPr>
      <w:r>
        <w:rPr>
          <w:rFonts w:ascii="Georgia" w:hAnsi="Georgia"/>
          <w:b w:val="0"/>
          <w:i w:val="0"/>
          <w:color w:val="000000"/>
          <w:sz w:val="24"/>
        </w:rPr>
        <w:t>Пойми это как следует, как подробно разъяснено выше. Второе различение — по отношению к Гальгальте АА: поистине это средняя голова между Радла и АА. То есть она еще не считается головой самого АА в качестве парцуфа Кетер и АБ пяти парцуфим Ацилута, но является промежуточной между ним и Радла. Причина в том, что эта Гальгальта — Бина совокупности Радла и АА вместе, и потому в ней самой есть два особых достоинства, превосходящих голову АА, то есть Моха Стимаа де-АА — главную голову, относящуюся к АА. Первое достоинство — со стороны МА: Бина де-МА не вышла наружу из головы, в отличие от Бины де-БОН, как сказано выше. Второе достоинство — со стороны зивуга гадлута в Радла, который опускает масах также из Хохмы де-БОН в последнюю стадию Бины де-БОН, как сказано выше; тогда Бина де-БОН, то есть Гальгальта, также поднимается на уровень Радла, как сказано выше, — по меньшей мере со стороны внутренних НЕХИ, включенных в Гальгальту, как сказано выше.</w:t>
      </w:r>
    </w:p>
    <w:p>
      <w:pPr>
        <w:spacing w:before="40" w:after="120"/>
        <w:jc w:val="both"/>
      </w:pPr>
      <w:r>
        <w:rPr>
          <w:rFonts w:ascii="Georgia" w:hAnsi="Georgia"/>
          <w:b w:val="0"/>
          <w:i w:val="0"/>
          <w:color w:val="000000"/>
          <w:sz w:val="24"/>
        </w:rPr>
        <w:t>Но эти два достоинства не относятся к Моха Стимаа, поскольку она представляет собой хотэм и пэ совокупности, и потому всегда остается на ступени нижнего парцуфа и не включается в Радла, в отличие от Гальгальты. Ведь даже со стороны МА она считается вышедшей наружу из головы, как сказано выше. Поэтому голова Гальгальта считается средней головой, а десять сфирот Гальгальта ве-эйнаим и АХАП ее делятся в этом отношении на три головы, называемые: Гальгальта, Авира и Моха Стимаа. Где Гальгальта — это Гальгальта ве-эйнаим этих десяти сфирот, Авира — Бина этих десяти сфирот, а Моха Стимаа — хотэм и пэ этих десяти сфирот. Третье различение — по отношению к голове АА в ее совокупности, то есть в том, в чем он является парцуфом Кетер, или АБ, пяти парцуфим Ацилута. И в этом отношении все десять сфирот головы АА рассматриваются только как Гальгальта ве-эйнаим, то есть Кетер и Хохма, а АХАП десяти сфирот этой головы вышли наружу в горло и ХАГАТ: Бина находится в горле АА, а ХАГАТ облачены в парцуфим Аба ве-Има Ацилута. В предыдущей ветви было объяснено, как эти три упомянутые ступени светят друг в друга: ведь свечение Радла облачается в Гальгальту, то есть в среднюю голову, а свечение Гальгальты облачается в голову АА, как подробно сказано там. Здесь же мы кратко напомним лишь то, что относится к теме волос и белизны (хиварта). И прежде чем перейти к частностям, тебе необходимо вспомнить сказанное выше в «Паним Меирот», страница 825, со слов «Также...» О необходимости для Моха де-Авира выделиться в особую голову между Гальгальтой и Моха Стимаа — ведь это стержень всех этих рассуждений. А именно: поскольку Гальгальта — это стадия АБ, и в ней включены внутренние НЕХИ и задние НЕХИ, тот Даат Радла, который явил свой свет в Авире (</w:t>
      </w:r>
      <w:r>
        <w:rPr>
          <w:rFonts w:ascii="Georgia" w:hAnsi="Georgia"/>
          <w:b w:val="0"/>
          <w:i/>
          <w:color w:val="000000"/>
          <w:sz w:val="24"/>
        </w:rPr>
        <w:t>де-ахзей неорей бе-авира</w:t>
      </w:r>
      <w:r>
        <w:rPr>
          <w:rFonts w:ascii="Georgia" w:hAnsi="Georgia"/>
          <w:b w:val="0"/>
          <w:i w:val="0"/>
          <w:color w:val="000000"/>
          <w:sz w:val="24"/>
        </w:rPr>
        <w:t>), то есть опускание масаха с уровня над Гальгальтой до оболочки воздуха (</w:t>
      </w:r>
      <w:r>
        <w:rPr>
          <w:rFonts w:ascii="Georgia" w:hAnsi="Georgia"/>
          <w:b w:val="0"/>
          <w:i/>
          <w:color w:val="000000"/>
          <w:sz w:val="24"/>
        </w:rPr>
        <w:t>крума де-авира</w:t>
      </w:r>
      <w:r>
        <w:rPr>
          <w:rFonts w:ascii="Georgia" w:hAnsi="Georgia"/>
          <w:b w:val="0"/>
          <w:i w:val="0"/>
          <w:color w:val="000000"/>
          <w:sz w:val="24"/>
        </w:rPr>
        <w:t>), возвращающее Бину в голову и на уровень ГАР Радла, как сказано там, — все это не помогает задним НЕХИ, включенным в Гальгальту. Ведь свечение Радла притягивается от внутренних НЕХИ, от свойства ИШСУТ де-Некудим, куда поднялся МАН, как сказано выше в «Паним Меирот», страница 823, со слов «И смысл...» И потому нет возможности поднять Бину де-АБ в голову, поскольку это высшие Аба ве-Има де-Некудим, чье строение — от масаха скрытых задних НЕХИ. Ради этого свечение Радла обособилось в особый мозг в тайне АВАЯ де-САГ, называемый Моха де-Авира, так что свечение ГАР уровня нешама Радла светит только в Авире, но не в Гальгальте.</w:t>
      </w:r>
    </w:p>
    <w:p>
      <w:pPr>
        <w:spacing w:before="40" w:after="120"/>
        <w:jc w:val="both"/>
      </w:pPr>
      <w:r>
        <w:rPr>
          <w:rFonts w:ascii="Georgia" w:hAnsi="Georgia"/>
          <w:b w:val="0"/>
          <w:i w:val="0"/>
          <w:color w:val="000000"/>
          <w:sz w:val="24"/>
        </w:rPr>
        <w:t>Поэтому Гальгальта по-прежнему остается лишь на уровне руах, являющемся Хеседом Радла, и не имеет уровня нешама Радла. Однако Моха де-Авира обладает подлинной ступенью нешама от ГАР Радла в тайне Даат Радла, облаченного в него, как написал Учитель выше; запомни это различение как следует. И здесь следует различить, что Тиферет, то есть средняя линия, выше Хеседа и Гвуры. Ведь Гальгальта облачает Хесед Радла, как сказано выше, и не может подняться, чтобы соединиться с Радла и получить уровень нешама от ГАР, и тем более Моха Стимаа, облачающая Гвуру Радла, которая находится ниже ГАР. Иначе обстоит дело со средней линией, то есть свойством масаха, который опустился в последнюю стадию Бины вплоть до оболочки воздуха, где совершился зивуг на этот масах в тайне Даат Радла.</w:t>
      </w:r>
    </w:p>
    <w:p>
      <w:pPr>
        <w:spacing w:before="40" w:after="120"/>
        <w:jc w:val="both"/>
      </w:pPr>
      <w:r>
        <w:rPr>
          <w:rFonts w:ascii="Georgia" w:hAnsi="Georgia"/>
          <w:b w:val="0"/>
          <w:i w:val="0"/>
          <w:color w:val="000000"/>
          <w:sz w:val="24"/>
        </w:rPr>
        <w:t>Следовательно, там есть свечение ГАР Радла, так как эта Бина считается соединенной с самой Радла, ведь масах Радла опустился ниже нее и поднимает отраженный свет снизу вверх, подобно уровню самой Радла, как подробно сказано выше. Таким образом, средняя линия достигает Даат Радла, являющегося ГАР и свечением Бины Радла, как сказано выше. В отличие от этого, Гальгальта и Моха Стимаа остаются облачающими лишь ГАР Радла в тайне ее Хеседа и Гвуры, как сказано. И помни это. Итак, было объяснено свечение Даат и ХАГАТ Радла во второй голове — Гальгальте. А Нецах и Ход Радла светят в голове Гальгальта в двух разных местах. И это также по упомянутой выше причине: ведь Гальгальта включает в себя два вида НЕХИ — от Аба ве-Има де-Некудим и от ИШСУТ де-Некудим; и та Бина, которая соединилась с Радла, раскрыла в Гальгальте лишь скрытия со стороны внутренних НЕХИ, то есть от строения включенного туда ИШСУТ. И оказывается вследствие этого, что здесь происходит зивуг Есода лишь на внутренний масах, причем от места зивуга и выше он считается высшим Даат, а от места зивуга и ниже — нижним Даат, как сказано выше в «Паним Меирот», страница 820, со слов «И согласно этому...» Знай же, что эти НЕХИ облачаются в глаза (эйнаим) Гальгальты и в ее лоб (мэцах).</w:t>
      </w:r>
    </w:p>
    <w:p>
      <w:pPr>
        <w:spacing w:before="40" w:after="120"/>
        <w:jc w:val="both"/>
      </w:pPr>
      <w:r>
        <w:rPr>
          <w:rFonts w:ascii="Georgia" w:hAnsi="Georgia"/>
          <w:b w:val="0"/>
          <w:i w:val="0"/>
          <w:color w:val="000000"/>
          <w:sz w:val="24"/>
        </w:rPr>
        <w:t>Однако те задние НЕХИ, которые остались закрытыми в Гальгальте, поскольку свечение Радла не присоединяет их к зивугу, как сказано выше, считаются лишь двумя краями Нецах и Ход — то есть в них нет услаждения Есода и зивуга Радла, и потому они остаются закрытыми в ушах (озэн), являющихся Биной де-АБ, вышедшей наружу из Радла, как сказано выше. Ведь они смогут открыться лишь во время зивуга Радла на задние НЕХИ, то есть на масах Аба ве-Има де-Некудим: тогда она поднимет и присоединит также озэн де-рош де-Гальгальта, и тогда Гальгальта тоже смогла бы подняться к Радла, подобно Моха де-Авира; пойми же это глубоко. Таким образом, Нецах и Ход Радла, облаченные в глаза, пребывают [в таком состоянии] во время зивуга гадлута, когда масах опустился из них к оболочке воздуха, и тогда Моха де-Авира соединяется с самой Радла, как сказано выше; в отличие от Нецах и Ход, облаченных в уши: они всегда остаются сокрытыми на своем месте, поскольку к ним не относится соединение с Радла, как сказано. А Есод Радла светит во лбу, и это происходит, как сказано выше, даже во время катнута АА. И Хесед Радла, облаченный в Гальгальту, тоже светит там всегда, даже не во время зивуга, как сказано выше. Малхут же Радла облачается в хотэм де-рош де-Гальгальта — а именно Малхут со стороны нового МАД в Радла, являющаяся третьей стадией (бхина гимель) по отношению к БОН, как сказано выше в «Паним Меирот», страница 817, со слов «И это...», а нос, как известно, — это третья стадия.</w:t>
      </w:r>
    </w:p>
    <w:p>
      <w:pPr>
        <w:spacing w:before="40" w:after="120"/>
        <w:jc w:val="both"/>
      </w:pPr>
      <w:r>
        <w:rPr>
          <w:rFonts w:ascii="Georgia" w:hAnsi="Georgia"/>
          <w:b w:val="0"/>
          <w:i w:val="0"/>
          <w:color w:val="000000"/>
          <w:sz w:val="24"/>
        </w:rPr>
        <w:t>Итак, разъяснено облачение Нецах, Хода, Есода и Малхут Радла во вторую голову — Гальгальту. Теперь же объясним тайну тринадцати [видов] белизны и волос головы АА. И полезно тебе знать одно правило, основанное на трех различениях, упомянутых нами относительно трех голов: А именно: волосы головы происходят от АХАП Радла, то есть согласно первому различению; волосы дикны до горла происходят от АХАП Гальгальты, то есть согласно второму различению; а волосы ниже горла происходят от АХАП головы самого АА, то есть согласно третьему различению. Корень волос, как уже было объяснено выше, — это суды (диним). Слово «волосы» (</w:t>
      </w:r>
      <w:r>
        <w:rPr>
          <w:rFonts w:ascii="Georgia" w:hAnsi="Georgia"/>
          <w:b w:val="0"/>
          <w:i/>
          <w:color w:val="000000"/>
          <w:sz w:val="24"/>
        </w:rPr>
        <w:t>сеарот</w:t>
      </w:r>
      <w:r>
        <w:rPr>
          <w:rFonts w:ascii="Georgia" w:hAnsi="Georgia"/>
          <w:b w:val="0"/>
          <w:i w:val="0"/>
          <w:color w:val="000000"/>
          <w:sz w:val="24"/>
        </w:rPr>
        <w:t xml:space="preserve">, </w:t>
      </w:r>
      <w:r>
        <w:rPr>
          <w:rFonts w:ascii="Georgia" w:hAnsi="Georgia" w:cs="Times New Roman"/>
          <w:b/>
          <w:i w:val="0"/>
          <w:color w:val="000000"/>
          <w:sz w:val="24"/>
          <w:rtl/>
          <w:szCs w:val="32"/>
        </w:rPr>
        <w:t>שְׂעָרוֹת</w:t>
      </w:r>
      <w:r>
        <w:rPr>
          <w:rFonts w:ascii="Georgia" w:hAnsi="Georgia"/>
          <w:b w:val="0"/>
          <w:i w:val="0"/>
          <w:color w:val="000000"/>
          <w:sz w:val="24"/>
        </w:rPr>
        <w:t>) происходит от слова «бури» (</w:t>
      </w:r>
      <w:r>
        <w:rPr>
          <w:rFonts w:ascii="Georgia" w:hAnsi="Georgia"/>
          <w:b w:val="0"/>
          <w:i/>
          <w:color w:val="000000"/>
          <w:sz w:val="24"/>
        </w:rPr>
        <w:t>сеарот</w:t>
      </w:r>
      <w:r>
        <w:rPr>
          <w:rFonts w:ascii="Georgia" w:hAnsi="Georgia"/>
          <w:b w:val="0"/>
          <w:i w:val="0"/>
          <w:color w:val="000000"/>
          <w:sz w:val="24"/>
        </w:rPr>
        <w:t xml:space="preserve">, </w:t>
      </w:r>
      <w:r>
        <w:rPr>
          <w:rFonts w:ascii="Georgia" w:hAnsi="Georgia" w:cs="Times New Roman"/>
          <w:b/>
          <w:i w:val="0"/>
          <w:color w:val="000000"/>
          <w:sz w:val="24"/>
          <w:rtl/>
          <w:szCs w:val="32"/>
        </w:rPr>
        <w:t>סְעָרוֹת</w:t>
      </w:r>
      <w:r>
        <w:rPr>
          <w:rFonts w:ascii="Georgia" w:hAnsi="Georgia"/>
          <w:b w:val="0"/>
          <w:i w:val="0"/>
          <w:color w:val="000000"/>
          <w:sz w:val="24"/>
        </w:rPr>
        <w:t>), как написал Учитель в «Шаар Маамарей РАШБИ». Начало же их возникновения — тайна Второго сокращения (ЦБ), когда масах поднялся в никвей эйнаим, а АХАП головы опустились в горло и ХАГАТ тела; и в этих ступенях АХАП возникли суды, поскольку они утратили свои ГАР.</w:t>
      </w:r>
    </w:p>
    <w:p>
      <w:pPr>
        <w:spacing w:before="40" w:after="120"/>
        <w:jc w:val="both"/>
      </w:pPr>
      <w:r>
        <w:rPr>
          <w:rFonts w:ascii="Georgia" w:hAnsi="Georgia"/>
          <w:b w:val="0"/>
          <w:i w:val="0"/>
          <w:color w:val="000000"/>
          <w:sz w:val="24"/>
        </w:rPr>
        <w:t>Знай, что они взращивают волосы именно поэтому: ведь это подобно тем, кто сошел с высокой крыши (</w:t>
      </w:r>
      <w:r>
        <w:rPr>
          <w:rFonts w:ascii="Georgia" w:hAnsi="Georgia"/>
          <w:b w:val="0"/>
          <w:i/>
          <w:color w:val="000000"/>
          <w:sz w:val="24"/>
        </w:rPr>
        <w:t>ми-игра рама</w:t>
      </w:r>
      <w:r>
        <w:rPr>
          <w:rFonts w:ascii="Georgia" w:hAnsi="Georgia"/>
          <w:b w:val="0"/>
          <w:i w:val="0"/>
          <w:color w:val="000000"/>
          <w:sz w:val="24"/>
        </w:rPr>
        <w:t>) в низкое место, чуждое их духу. И в этом тайна того, что Бина, выходящая наружу из головы, всегда называется «горлом» (</w:t>
      </w:r>
      <w:r>
        <w:rPr>
          <w:rFonts w:ascii="Georgia" w:hAnsi="Georgia"/>
          <w:b w:val="0"/>
          <w:i/>
          <w:color w:val="000000"/>
          <w:sz w:val="24"/>
        </w:rPr>
        <w:t>гарон</w:t>
      </w:r>
      <w:r>
        <w:rPr>
          <w:rFonts w:ascii="Georgia" w:hAnsi="Georgia"/>
          <w:b w:val="0"/>
          <w:i w:val="0"/>
          <w:color w:val="000000"/>
          <w:sz w:val="24"/>
        </w:rPr>
        <w:t xml:space="preserve">, </w:t>
      </w:r>
      <w:r>
        <w:rPr>
          <w:rFonts w:ascii="Georgia" w:hAnsi="Georgia" w:cs="Times New Roman"/>
          <w:b/>
          <w:i w:val="0"/>
          <w:color w:val="000000"/>
          <w:sz w:val="24"/>
          <w:rtl/>
          <w:szCs w:val="32"/>
        </w:rPr>
        <w:t>גָּרוֹן</w:t>
      </w:r>
      <w:r>
        <w:rPr>
          <w:rFonts w:ascii="Georgia" w:hAnsi="Georgia"/>
          <w:b w:val="0"/>
          <w:i w:val="0"/>
          <w:color w:val="000000"/>
          <w:sz w:val="24"/>
        </w:rPr>
        <w:t>), что родственно слову «пришелец» (</w:t>
      </w:r>
      <w:r>
        <w:rPr>
          <w:rFonts w:ascii="Georgia" w:hAnsi="Georgia"/>
          <w:b w:val="0"/>
          <w:i/>
          <w:color w:val="000000"/>
          <w:sz w:val="24"/>
        </w:rPr>
        <w:t>гер</w:t>
      </w:r>
      <w:r>
        <w:rPr>
          <w:rFonts w:ascii="Georgia" w:hAnsi="Georgia"/>
          <w:b w:val="0"/>
          <w:i w:val="0"/>
          <w:color w:val="000000"/>
          <w:sz w:val="24"/>
        </w:rPr>
        <w:t xml:space="preserve">, </w:t>
      </w:r>
      <w:r>
        <w:rPr>
          <w:rFonts w:ascii="Georgia" w:hAnsi="Georgia" w:cs="Times New Roman"/>
          <w:b/>
          <w:i w:val="0"/>
          <w:color w:val="000000"/>
          <w:sz w:val="24"/>
          <w:rtl/>
          <w:szCs w:val="32"/>
        </w:rPr>
        <w:t>גֵּר</w:t>
      </w:r>
      <w:r>
        <w:rPr>
          <w:rFonts w:ascii="Georgia" w:hAnsi="Georgia"/>
          <w:b w:val="0"/>
          <w:i w:val="0"/>
          <w:color w:val="000000"/>
          <w:sz w:val="24"/>
        </w:rPr>
        <w:t xml:space="preserve">) в стихе: </w:t>
      </w:r>
      <w:r>
        <w:rPr>
          <w:rFonts w:ascii="Georgia" w:hAnsi="Georgia"/>
          <w:b w:val="0"/>
          <w:i/>
          <w:color w:val="000000"/>
          <w:sz w:val="24"/>
        </w:rPr>
        <w:t>«...пришельцем был я в чужой земле»</w:t>
      </w:r>
      <w:r>
        <w:rPr>
          <w:rFonts w:ascii="Georgia" w:hAnsi="Georgia"/>
          <w:b w:val="0"/>
          <w:i w:val="0"/>
          <w:color w:val="000000"/>
          <w:sz w:val="24"/>
        </w:rPr>
        <w:t xml:space="preserve"> (Шмот 2:22), поскольку она опустилась со ступени головы в тело. Однако в этих АХАП, выходящих наружу из головы, есть два аспекта: первый — то, что относится к самому строению келим парцуфа со стороны корня до подъема МАН, из которого образуются три головы и все вышеупомянутое, относящееся к строению келим парцуфа; а второй — то, что вновь пришло во время Второго сокращения, из чего образуются волосы, выходящие наружу, как сказано выше в «Паним Меирот», ветвь 20. И не стоит распространяться об этом здесь. Благодаря этому ты поймешь тайну волос головы, которые выходят и свисают над Гальгальтой АА: ведь это происходит потому, что она — Бина и горло Радла, как сказано выше. И уже было объяснено в предыдущей ветви, что каждый парцуф начинается с АБ — второй головы, где уже есть отраженный свет, распространяющийся от масаха и вниз, представляющий собой келим; в отличие от этого, первая голова не присоединяется к парцуфу, поскольку масах действует в ней снизу вверх, и в ней нет келим. И поскольку тайна головы АБ начинается с Гальгальты, являющейся Биной первой головы, вышедшей наружу из головы, волосы и растут на Гальгальте каждого парцуфа; пойми это как следует. И известно, что они представляют собой тринадцать исправлений — три [имени] АВАЯ и одно, включающее их, как сказано выше в «Эц Хаим», ветвь 63, пункт 6, см. там.</w:t>
      </w:r>
    </w:p>
    <w:p>
      <w:pPr>
        <w:spacing w:before="40" w:after="120"/>
        <w:jc w:val="both"/>
      </w:pPr>
      <w:r>
        <w:rPr>
          <w:rFonts w:ascii="Georgia" w:hAnsi="Georgia"/>
          <w:b w:val="0"/>
          <w:i w:val="0"/>
          <w:color w:val="000000"/>
          <w:sz w:val="24"/>
        </w:rPr>
        <w:t>Однако в этих тринадцати исправлениях необходимо различать аспект свойств (мидот) и аспект елея (</w:t>
      </w:r>
      <w:r>
        <w:rPr>
          <w:rFonts w:ascii="Georgia" w:hAnsi="Georgia"/>
          <w:b w:val="0"/>
          <w:i/>
          <w:color w:val="000000"/>
          <w:sz w:val="24"/>
        </w:rPr>
        <w:t>мишхата</w:t>
      </w:r>
      <w:r>
        <w:rPr>
          <w:rFonts w:ascii="Georgia" w:hAnsi="Georgia"/>
          <w:b w:val="0"/>
          <w:i w:val="0"/>
          <w:color w:val="000000"/>
          <w:sz w:val="24"/>
        </w:rPr>
        <w:t>), подобно сказанному о волосах дикны. А именно: со стороны катнута, до того как Даат Радла явил свой свет в том Авире, что между Кетер и Моха Стимаа, они относятся лишь к уровню нефеш-руах. Однако после упомянутого зивуга гадлута в Радла, возвращающего Бину тела в голову, в них выходит елей (</w:t>
      </w:r>
      <w:r>
        <w:rPr>
          <w:rFonts w:ascii="Georgia" w:hAnsi="Georgia"/>
          <w:b w:val="0"/>
          <w:i/>
          <w:color w:val="000000"/>
          <w:sz w:val="24"/>
        </w:rPr>
        <w:t>мишхата</w:t>
      </w:r>
      <w:r>
        <w:rPr>
          <w:rFonts w:ascii="Georgia" w:hAnsi="Georgia"/>
          <w:b w:val="0"/>
          <w:i w:val="0"/>
          <w:color w:val="000000"/>
          <w:sz w:val="24"/>
        </w:rPr>
        <w:t>), представляющий собой изобилие уровня ГАР, силой свечения Даат Радла; тогда он услаждает суды катнута Бины, ведь он вернул ее в голову, как прежде, до [подъема] МАН; и пойми это как следует. И об этом сказано выше, в ветви 65, что тринадцать прядей волос выходят из оболочки воздуха (крума де-Авира), являющейся Тиферет. То есть, как сказано, это тайна елея (</w:t>
      </w:r>
      <w:r>
        <w:rPr>
          <w:rFonts w:ascii="Georgia" w:hAnsi="Georgia"/>
          <w:b w:val="0"/>
          <w:i/>
          <w:color w:val="000000"/>
          <w:sz w:val="24"/>
        </w:rPr>
        <w:t>мишхата</w:t>
      </w:r>
      <w:r>
        <w:rPr>
          <w:rFonts w:ascii="Georgia" w:hAnsi="Georgia"/>
          <w:b w:val="0"/>
          <w:i w:val="0"/>
          <w:color w:val="000000"/>
          <w:sz w:val="24"/>
        </w:rPr>
        <w:t>), выходящего из свечения Даат, которое притягивается благодаря опусканию масаха к оболочке воздуха. И об этом же сказано там, что они — сами Нецах и Ход, см. там. То есть они выходят из аспекта «снизу вверх» того масаха, который опустился в последнюю стадию Бины, благодаря чему туда притянулась Бина Радла, как сказано выше; а тебе уже известно, что масах называется именем Нецах и Ход. И подобно тому как мы объяснили относительно трех голов АА, что Моха де-Авира выше ступени Гальгальта, поскольку Даат Радла может облачиться только в Авиру, а не в Гальгальту, являющуюся АБ (см. там тщательно), — так же пойми и относительно волос, которые делятся на два аспекта: белизна (хиварта) и волосы. Белизна — от самой сущности Гальгальты, и это тайна АБ, в которую изливается Хесед Радла, но не аспект Даат Радла, ведь они не выше самой Гальгальты. Волосы же происходят от оболочки воздуха, и потому в них есть елей (</w:t>
      </w:r>
      <w:r>
        <w:rPr>
          <w:rFonts w:ascii="Georgia" w:hAnsi="Georgia"/>
          <w:b w:val="0"/>
          <w:i/>
          <w:color w:val="000000"/>
          <w:sz w:val="24"/>
        </w:rPr>
        <w:t>мишхата</w:t>
      </w:r>
      <w:r>
        <w:rPr>
          <w:rFonts w:ascii="Georgia" w:hAnsi="Georgia"/>
          <w:b w:val="0"/>
          <w:i w:val="0"/>
          <w:color w:val="000000"/>
          <w:sz w:val="24"/>
        </w:rPr>
        <w:t xml:space="preserve">), относящийся к ГАР Моха де-Авира, как сказано. И об этом сказано выше, в ветви 63, пункт 2, и вот его слова: </w:t>
      </w:r>
      <w:r>
        <w:rPr>
          <w:rFonts w:ascii="Georgia" w:hAnsi="Georgia"/>
          <w:b w:val="0"/>
          <w:i/>
          <w:color w:val="000000"/>
          <w:sz w:val="24"/>
        </w:rPr>
        <w:t>«И есть аспект, в котором волосы выше белизны, а есть другой аспект, в котором белизна выше волос и т.д.»</w:t>
      </w:r>
      <w:r>
        <w:rPr>
          <w:rFonts w:ascii="Georgia" w:hAnsi="Georgia"/>
          <w:b w:val="0"/>
          <w:i w:val="0"/>
          <w:color w:val="000000"/>
          <w:sz w:val="24"/>
        </w:rPr>
        <w:t>, конец цитаты. И смысл в том, что белизна — это тайна АБ, происходящая от самой сущности Гальгальты, являющейся Кетер, и в этом отношении она важнее волос, происходящих лишь из Авиры, которая представляет собой САГ и Хохму по отношению к Гальгальте. Но есть и другой аспект, в котором волосы выше белизны (хиварта), — благодаря святому елею (</w:t>
      </w:r>
      <w:r>
        <w:rPr>
          <w:rFonts w:ascii="Georgia" w:hAnsi="Georgia"/>
          <w:b w:val="0"/>
          <w:i/>
          <w:color w:val="000000"/>
          <w:sz w:val="24"/>
        </w:rPr>
        <w:t>мишхата кадиша</w:t>
      </w:r>
      <w:r>
        <w:rPr>
          <w:rFonts w:ascii="Georgia" w:hAnsi="Georgia"/>
          <w:b w:val="0"/>
          <w:i w:val="0"/>
          <w:color w:val="000000"/>
          <w:sz w:val="24"/>
        </w:rPr>
        <w:t>), притягивающемуся от ГАР Радла, как сказано выше. Однако на самом деле они светят вместе: свойство хасадим — от белизны, а свойство Даат — от елея; мы лишь различаем их в частностях. Пойми же все это как следует. Продолжение — в следующей ветви.</w:t>
      </w:r>
    </w:p>
    <w:p>
      <w:r>
        <w:br w:type="page"/>
      </w:r>
    </w:p>
    <w:p>
      <w:pPr>
        <w:keepNext/>
        <w:spacing w:before="360" w:after="160"/>
        <w:jc w:val="center"/>
      </w:pPr>
      <w:r>
        <w:rPr>
          <w:rFonts w:ascii="Georgia" w:hAnsi="Georgia"/>
          <w:b w:val="0"/>
          <w:i w:val="0"/>
          <w:color w:val="000000"/>
          <w:sz w:val="40"/>
        </w:rPr>
        <w:t>Ветвь 69</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Теперь объясним названия сфирот в тринадцати исправлениях бороды (тиккуней дикна). Дело в том, что первые восемь исправлений бороды — это восемь сфирот Хохмы, от Малхут до Бины, поскольку Кетер и Хохма сокрытого мозга (моха стимаа) не раскрылись вовсе, так как нижние не были способны воспринять их свечение, хотя внизу они и раскроются.</w:t>
      </w:r>
    </w:p>
    <w:p>
      <w:pPr>
        <w:spacing w:before="40" w:after="120"/>
        <w:jc w:val="both"/>
      </w:pPr>
      <w:r>
        <w:rPr>
          <w:rFonts w:ascii="Georgia" w:hAnsi="Georgia"/>
          <w:b w:val="0"/>
          <w:i w:val="0"/>
          <w:color w:val="000000"/>
          <w:sz w:val="24"/>
        </w:rPr>
        <w:t>2) Порядок их расположения и следования таков: «ЭЛЬ» — Малхут; «милосердный» (</w:t>
      </w:r>
      <w:r>
        <w:rPr>
          <w:rFonts w:ascii="Georgia" w:hAnsi="Georgia"/>
          <w:b w:val="0"/>
          <w:i/>
          <w:color w:val="000000"/>
          <w:sz w:val="24"/>
        </w:rPr>
        <w:t>рахум</w:t>
      </w:r>
      <w:r>
        <w:rPr>
          <w:rFonts w:ascii="Georgia" w:hAnsi="Georgia"/>
          <w:b w:val="0"/>
          <w:i w:val="0"/>
          <w:color w:val="000000"/>
          <w:sz w:val="24"/>
        </w:rPr>
        <w:t>) — Есод; «и милостивый» (</w:t>
      </w:r>
      <w:r>
        <w:rPr>
          <w:rFonts w:ascii="Georgia" w:hAnsi="Georgia"/>
          <w:b w:val="0"/>
          <w:i/>
          <w:color w:val="000000"/>
          <w:sz w:val="24"/>
        </w:rPr>
        <w:t>ве-ханун</w:t>
      </w:r>
      <w:r>
        <w:rPr>
          <w:rFonts w:ascii="Georgia" w:hAnsi="Georgia"/>
          <w:b w:val="0"/>
          <w:i w:val="0"/>
          <w:color w:val="000000"/>
          <w:sz w:val="24"/>
        </w:rPr>
        <w:t>) — Ход; «долго-» (</w:t>
      </w:r>
      <w:r>
        <w:rPr>
          <w:rFonts w:ascii="Georgia" w:hAnsi="Georgia"/>
          <w:b w:val="0"/>
          <w:i/>
          <w:color w:val="000000"/>
          <w:sz w:val="24"/>
        </w:rPr>
        <w:t>эрех</w:t>
      </w:r>
      <w:r>
        <w:rPr>
          <w:rFonts w:ascii="Georgia" w:hAnsi="Georgia"/>
          <w:b w:val="0"/>
          <w:i w:val="0"/>
          <w:color w:val="000000"/>
          <w:sz w:val="24"/>
        </w:rPr>
        <w:t>) — Нецах; «-терпеливый» (</w:t>
      </w:r>
      <w:r>
        <w:rPr>
          <w:rFonts w:ascii="Georgia" w:hAnsi="Georgia"/>
          <w:b w:val="0"/>
          <w:i/>
          <w:color w:val="000000"/>
          <w:sz w:val="24"/>
        </w:rPr>
        <w:t>апаим</w:t>
      </w:r>
      <w:r>
        <w:rPr>
          <w:rFonts w:ascii="Georgia" w:hAnsi="Georgia"/>
          <w:b w:val="0"/>
          <w:i w:val="0"/>
          <w:color w:val="000000"/>
          <w:sz w:val="24"/>
        </w:rPr>
        <w:t>) — Тиферет; «и многомилостивый» (</w:t>
      </w:r>
      <w:r>
        <w:rPr>
          <w:rFonts w:ascii="Georgia" w:hAnsi="Georgia"/>
          <w:b w:val="0"/>
          <w:i/>
          <w:color w:val="000000"/>
          <w:sz w:val="24"/>
        </w:rPr>
        <w:t>ве-рав хесед</w:t>
      </w:r>
      <w:r>
        <w:rPr>
          <w:rFonts w:ascii="Georgia" w:hAnsi="Georgia"/>
          <w:b w:val="0"/>
          <w:i w:val="0"/>
          <w:color w:val="000000"/>
          <w:sz w:val="24"/>
        </w:rPr>
        <w:t>) — Гвура; «и истинный» (</w:t>
      </w:r>
      <w:r>
        <w:rPr>
          <w:rFonts w:ascii="Georgia" w:hAnsi="Georgia"/>
          <w:b w:val="0"/>
          <w:i/>
          <w:color w:val="000000"/>
          <w:sz w:val="24"/>
        </w:rPr>
        <w:t>ве-эмет</w:t>
      </w:r>
      <w:r>
        <w:rPr>
          <w:rFonts w:ascii="Georgia" w:hAnsi="Georgia"/>
          <w:b w:val="0"/>
          <w:i w:val="0"/>
          <w:color w:val="000000"/>
          <w:sz w:val="24"/>
        </w:rPr>
        <w:t>) — Хесед; «хранящий милость» (</w:t>
      </w:r>
      <w:r>
        <w:rPr>
          <w:rFonts w:ascii="Georgia" w:hAnsi="Georgia"/>
          <w:b w:val="0"/>
          <w:i/>
          <w:color w:val="000000"/>
          <w:sz w:val="24"/>
        </w:rPr>
        <w:t>ноцер хесед</w:t>
      </w:r>
      <w:r>
        <w:rPr>
          <w:rFonts w:ascii="Georgia" w:hAnsi="Georgia"/>
          <w:b w:val="0"/>
          <w:i w:val="0"/>
          <w:color w:val="000000"/>
          <w:sz w:val="24"/>
        </w:rPr>
        <w:t>) — Бина. Вот восемь исправлений Хохмы, ведь первые две [сфиры] не раскрылись вовсе.</w:t>
      </w:r>
    </w:p>
    <w:p>
      <w:pPr>
        <w:spacing w:before="40" w:after="120"/>
        <w:jc w:val="both"/>
      </w:pPr>
      <w:r>
        <w:rPr>
          <w:rFonts w:ascii="Georgia" w:hAnsi="Georgia"/>
          <w:b w:val="0"/>
          <w:i w:val="0"/>
          <w:color w:val="000000"/>
          <w:sz w:val="24"/>
        </w:rPr>
        <w:t>3) А остальные пять исправлений — это пять краев Кетера, а именно: «для тысяч [родов]» (</w:t>
      </w:r>
      <w:r>
        <w:rPr>
          <w:rFonts w:ascii="Georgia" w:hAnsi="Georgia"/>
          <w:b w:val="0"/>
          <w:i/>
          <w:color w:val="000000"/>
          <w:sz w:val="24"/>
        </w:rPr>
        <w:t>ла-алафим</w:t>
      </w:r>
      <w:r>
        <w:rPr>
          <w:rFonts w:ascii="Georgia" w:hAnsi="Georgia"/>
          <w:b w:val="0"/>
          <w:i w:val="0"/>
          <w:color w:val="000000"/>
          <w:sz w:val="24"/>
        </w:rPr>
        <w:t>) — Ход; «прощающий вину» (</w:t>
      </w:r>
      <w:r>
        <w:rPr>
          <w:rFonts w:ascii="Georgia" w:hAnsi="Georgia"/>
          <w:b w:val="0"/>
          <w:i/>
          <w:color w:val="000000"/>
          <w:sz w:val="24"/>
        </w:rPr>
        <w:t>носе авон</w:t>
      </w:r>
      <w:r>
        <w:rPr>
          <w:rFonts w:ascii="Georgia" w:hAnsi="Georgia"/>
          <w:b w:val="0"/>
          <w:i w:val="0"/>
          <w:color w:val="000000"/>
          <w:sz w:val="24"/>
        </w:rPr>
        <w:t>) — Нецах; «и преступление» (</w:t>
      </w:r>
      <w:r>
        <w:rPr>
          <w:rFonts w:ascii="Georgia" w:hAnsi="Georgia"/>
          <w:b w:val="0"/>
          <w:i/>
          <w:color w:val="000000"/>
          <w:sz w:val="24"/>
        </w:rPr>
        <w:t>ва-феша</w:t>
      </w:r>
      <w:r>
        <w:rPr>
          <w:rFonts w:ascii="Georgia" w:hAnsi="Georgia"/>
          <w:b w:val="0"/>
          <w:i w:val="0"/>
          <w:color w:val="000000"/>
          <w:sz w:val="24"/>
        </w:rPr>
        <w:t>) — Тиферет; «и грех» (</w:t>
      </w:r>
      <w:r>
        <w:rPr>
          <w:rFonts w:ascii="Georgia" w:hAnsi="Georgia"/>
          <w:b w:val="0"/>
          <w:i/>
          <w:color w:val="000000"/>
          <w:sz w:val="24"/>
        </w:rPr>
        <w:t>ве-хатаа</w:t>
      </w:r>
      <w:r>
        <w:rPr>
          <w:rFonts w:ascii="Georgia" w:hAnsi="Georgia"/>
          <w:b w:val="0"/>
          <w:i w:val="0"/>
          <w:color w:val="000000"/>
          <w:sz w:val="24"/>
        </w:rPr>
        <w:t>) — Гвура; «и очищающий» (</w:t>
      </w:r>
      <w:r>
        <w:rPr>
          <w:rFonts w:ascii="Georgia" w:hAnsi="Georgia"/>
          <w:b w:val="0"/>
          <w:i/>
          <w:color w:val="000000"/>
          <w:sz w:val="24"/>
        </w:rPr>
        <w:t>ве-наке</w:t>
      </w:r>
      <w:r>
        <w:rPr>
          <w:rFonts w:ascii="Georgia" w:hAnsi="Georgia"/>
          <w:b w:val="0"/>
          <w:i w:val="0"/>
          <w:color w:val="000000"/>
          <w:sz w:val="24"/>
        </w:rPr>
        <w:t>) — Хесед. Вот и завершились тринадцать исправлений бороды.</w:t>
      </w:r>
    </w:p>
    <w:p>
      <w:pPr>
        <w:spacing w:before="40" w:after="120"/>
        <w:jc w:val="both"/>
      </w:pPr>
      <w:r>
        <w:rPr>
          <w:rFonts w:ascii="Georgia" w:hAnsi="Georgia"/>
          <w:b w:val="0"/>
          <w:i w:val="0"/>
          <w:color w:val="000000"/>
          <w:sz w:val="24"/>
        </w:rPr>
        <w:t>4) Однако первые три сфиры (ГАР) Кетера не могли раскрыться. В Хохме же не смогли раскрыться лишь первые две, а ее Бина раскрылась, потому что уровень Хохмы находится ниже Кетера, и ее Бина не светит так [сильно], как Бина Кетера, и нижние способны воспринять ее свечение. Малхут же Кетера не раскрылась, поскольку в АА проявление нуквы (женского начала) незаметно, и в особенности в его Кетере. Однако в его Хохме, которая представляет собой его нукву, как уже упоминалось у нас, Малхут раскрыться может.</w:t>
      </w:r>
    </w:p>
    <w:p>
      <w:pPr>
        <w:spacing w:before="40" w:after="120"/>
        <w:jc w:val="both"/>
      </w:pPr>
      <w:r>
        <w:rPr>
          <w:rFonts w:ascii="Georgia" w:hAnsi="Georgia"/>
          <w:b w:val="0"/>
          <w:i w:val="0"/>
          <w:color w:val="000000"/>
          <w:sz w:val="24"/>
        </w:rPr>
        <w:t>5) И Есод Кетера раскрылся в Бине Хохмы, являющейся его нуквой, в восьмом исправлении. В этом смысл слов «хранящий милость» (</w:t>
      </w:r>
      <w:r>
        <w:rPr>
          <w:rFonts w:ascii="Georgia" w:hAnsi="Georgia"/>
          <w:b w:val="0"/>
          <w:i/>
          <w:color w:val="000000"/>
          <w:sz w:val="24"/>
        </w:rPr>
        <w:t>ноцер хесед</w:t>
      </w:r>
      <w:r>
        <w:rPr>
          <w:rFonts w:ascii="Georgia" w:hAnsi="Georgia"/>
          <w:b w:val="0"/>
          <w:i w:val="0"/>
          <w:color w:val="000000"/>
          <w:sz w:val="24"/>
        </w:rPr>
        <w:t>): «хранящий» (</w:t>
      </w:r>
      <w:r>
        <w:rPr>
          <w:rFonts w:ascii="Georgia" w:hAnsi="Georgia"/>
          <w:b w:val="0"/>
          <w:i/>
          <w:color w:val="000000"/>
          <w:sz w:val="24"/>
        </w:rPr>
        <w:t>ноцер</w:t>
      </w:r>
      <w:r>
        <w:rPr>
          <w:rFonts w:ascii="Georgia" w:hAnsi="Georgia"/>
          <w:b w:val="0"/>
          <w:i w:val="0"/>
          <w:color w:val="000000"/>
          <w:sz w:val="24"/>
        </w:rPr>
        <w:t>) — это Бина Хохмы, а «милость» (</w:t>
      </w:r>
      <w:r>
        <w:rPr>
          <w:rFonts w:ascii="Georgia" w:hAnsi="Georgia"/>
          <w:b w:val="0"/>
          <w:i/>
          <w:color w:val="000000"/>
          <w:sz w:val="24"/>
        </w:rPr>
        <w:t>хесед</w:t>
      </w:r>
      <w:r>
        <w:rPr>
          <w:rFonts w:ascii="Georgia" w:hAnsi="Georgia"/>
          <w:b w:val="0"/>
          <w:i w:val="0"/>
          <w:color w:val="000000"/>
          <w:sz w:val="24"/>
        </w:rPr>
        <w:t>) — это Есод Кетера, и оба они считаются одним исправлением. Причина же в том, что там, наверху, совершенно нет разделения между мужским началом (дхура) — Кетером — и женским началом (нуква) — Хохмой. Поэтому Есод Кетера всегда неразрывно связан с ГАР Хохмы, а поскольку из них различима лишь Бина, мы соединяем его с Биной.</w:t>
      </w:r>
    </w:p>
    <w:p>
      <w:pPr>
        <w:spacing w:before="40" w:after="120"/>
        <w:jc w:val="both"/>
      </w:pPr>
      <w:r>
        <w:rPr>
          <w:rFonts w:ascii="Georgia" w:hAnsi="Georgia"/>
          <w:b w:val="0"/>
          <w:i w:val="0"/>
          <w:color w:val="000000"/>
          <w:sz w:val="24"/>
        </w:rPr>
        <w:t>6) Что же касается внутренних светов (орот пнимиим), то они расположены изнутри в точности напротив этих окружающих [светов], и разница лишь в том, что те идут снизу вверх, а эти — сверху вниз, как сказано выше. Поэтому следует направлять намерение также и на внутренний свет, соответствующий этим [исправлениям]. И я опишу их порядок:</w:t>
      </w:r>
    </w:p>
    <w:p>
      <w:pPr>
        <w:spacing w:before="40" w:after="120"/>
        <w:jc w:val="both"/>
      </w:pPr>
      <w:r>
        <w:rPr>
          <w:rFonts w:ascii="Georgia" w:hAnsi="Georgia"/>
          <w:b w:val="0"/>
          <w:i w:val="0"/>
          <w:color w:val="000000"/>
          <w:sz w:val="24"/>
        </w:rPr>
        <w:t>«ЭЛЬ» — внутренний [свет] Бины;</w:t>
      </w:r>
    </w:p>
    <w:p>
      <w:pPr>
        <w:spacing w:before="40" w:after="120"/>
        <w:jc w:val="both"/>
      </w:pPr>
      <w:r>
        <w:rPr>
          <w:rFonts w:ascii="Georgia" w:hAnsi="Georgia"/>
          <w:b w:val="0"/>
          <w:i w:val="0"/>
          <w:color w:val="000000"/>
          <w:sz w:val="24"/>
        </w:rPr>
        <w:t>«милосердный» (</w:t>
      </w:r>
      <w:r>
        <w:rPr>
          <w:rFonts w:ascii="Georgia" w:hAnsi="Georgia"/>
          <w:b w:val="0"/>
          <w:i/>
          <w:color w:val="000000"/>
          <w:sz w:val="24"/>
        </w:rPr>
        <w:t>рахум</w:t>
      </w:r>
      <w:r>
        <w:rPr>
          <w:rFonts w:ascii="Georgia" w:hAnsi="Georgia"/>
          <w:b w:val="0"/>
          <w:i w:val="0"/>
          <w:color w:val="000000"/>
          <w:sz w:val="24"/>
        </w:rPr>
        <w:t>) — внутренний [свет] Хеседа;</w:t>
      </w:r>
    </w:p>
    <w:p>
      <w:pPr>
        <w:spacing w:before="40" w:after="120"/>
        <w:jc w:val="both"/>
      </w:pPr>
      <w:r>
        <w:rPr>
          <w:rFonts w:ascii="Georgia" w:hAnsi="Georgia"/>
          <w:b w:val="0"/>
          <w:i w:val="0"/>
          <w:color w:val="000000"/>
          <w:sz w:val="24"/>
        </w:rPr>
        <w:t>«милостивый» (</w:t>
      </w:r>
      <w:r>
        <w:rPr>
          <w:rFonts w:ascii="Georgia" w:hAnsi="Georgia"/>
          <w:b w:val="0"/>
          <w:i/>
          <w:color w:val="000000"/>
          <w:sz w:val="24"/>
        </w:rPr>
        <w:t>ханун</w:t>
      </w:r>
      <w:r>
        <w:rPr>
          <w:rFonts w:ascii="Georgia" w:hAnsi="Georgia"/>
          <w:b w:val="0"/>
          <w:i w:val="0"/>
          <w:color w:val="000000"/>
          <w:sz w:val="24"/>
        </w:rPr>
        <w:t>) — внутренний [свет] Гвуры;</w:t>
      </w:r>
    </w:p>
    <w:p>
      <w:pPr>
        <w:spacing w:before="40" w:after="120"/>
        <w:jc w:val="both"/>
      </w:pPr>
      <w:r>
        <w:rPr>
          <w:rFonts w:ascii="Georgia" w:hAnsi="Georgia"/>
          <w:b w:val="0"/>
          <w:i w:val="0"/>
          <w:color w:val="000000"/>
          <w:sz w:val="24"/>
        </w:rPr>
        <w:t>«долго-» (</w:t>
      </w:r>
      <w:r>
        <w:rPr>
          <w:rFonts w:ascii="Georgia" w:hAnsi="Georgia"/>
          <w:b w:val="0"/>
          <w:i/>
          <w:color w:val="000000"/>
          <w:sz w:val="24"/>
        </w:rPr>
        <w:t>эрех</w:t>
      </w:r>
      <w:r>
        <w:rPr>
          <w:rFonts w:ascii="Georgia" w:hAnsi="Georgia"/>
          <w:b w:val="0"/>
          <w:i w:val="0"/>
          <w:color w:val="000000"/>
          <w:sz w:val="24"/>
        </w:rPr>
        <w:t>) — внутренний [свет] Тиферет;</w:t>
      </w:r>
    </w:p>
    <w:p>
      <w:pPr>
        <w:spacing w:before="40" w:after="120"/>
        <w:jc w:val="both"/>
      </w:pPr>
      <w:r>
        <w:rPr>
          <w:rFonts w:ascii="Georgia" w:hAnsi="Georgia"/>
          <w:b w:val="0"/>
          <w:i w:val="0"/>
          <w:color w:val="000000"/>
          <w:sz w:val="24"/>
        </w:rPr>
        <w:t>«-терпеливый» (</w:t>
      </w:r>
      <w:r>
        <w:rPr>
          <w:rFonts w:ascii="Georgia" w:hAnsi="Georgia"/>
          <w:b w:val="0"/>
          <w:i/>
          <w:color w:val="000000"/>
          <w:sz w:val="24"/>
        </w:rPr>
        <w:t>апаим</w:t>
      </w:r>
      <w:r>
        <w:rPr>
          <w:rFonts w:ascii="Georgia" w:hAnsi="Georgia"/>
          <w:b w:val="0"/>
          <w:i w:val="0"/>
          <w:color w:val="000000"/>
          <w:sz w:val="24"/>
        </w:rPr>
        <w:t>) — внутренний [свет] Нецаха;</w:t>
      </w:r>
    </w:p>
    <w:p>
      <w:pPr>
        <w:spacing w:before="40" w:after="120"/>
        <w:jc w:val="both"/>
      </w:pPr>
      <w:r>
        <w:rPr>
          <w:rFonts w:ascii="Georgia" w:hAnsi="Georgia"/>
          <w:b w:val="0"/>
          <w:i w:val="0"/>
          <w:color w:val="000000"/>
          <w:sz w:val="24"/>
        </w:rPr>
        <w:t>«и многомилостивый» (</w:t>
      </w:r>
      <w:r>
        <w:rPr>
          <w:rFonts w:ascii="Georgia" w:hAnsi="Georgia"/>
          <w:b w:val="0"/>
          <w:i/>
          <w:color w:val="000000"/>
          <w:sz w:val="24"/>
        </w:rPr>
        <w:t>ве-рав хесед</w:t>
      </w:r>
      <w:r>
        <w:rPr>
          <w:rFonts w:ascii="Georgia" w:hAnsi="Georgia"/>
          <w:b w:val="0"/>
          <w:i w:val="0"/>
          <w:color w:val="000000"/>
          <w:sz w:val="24"/>
        </w:rPr>
        <w:t>) — внутренний [свет] Хода;</w:t>
      </w:r>
    </w:p>
    <w:p>
      <w:pPr>
        <w:spacing w:before="40" w:after="120"/>
        <w:jc w:val="both"/>
      </w:pPr>
      <w:r>
        <w:rPr>
          <w:rFonts w:ascii="Georgia" w:hAnsi="Georgia"/>
          <w:b w:val="0"/>
          <w:i w:val="0"/>
          <w:color w:val="000000"/>
          <w:sz w:val="24"/>
        </w:rPr>
        <w:t>«и истинный» (</w:t>
      </w:r>
      <w:r>
        <w:rPr>
          <w:rFonts w:ascii="Georgia" w:hAnsi="Georgia"/>
          <w:b w:val="0"/>
          <w:i/>
          <w:color w:val="000000"/>
          <w:sz w:val="24"/>
        </w:rPr>
        <w:t>ве-эмет</w:t>
      </w:r>
      <w:r>
        <w:rPr>
          <w:rFonts w:ascii="Georgia" w:hAnsi="Georgia"/>
          <w:b w:val="0"/>
          <w:i w:val="0"/>
          <w:color w:val="000000"/>
          <w:sz w:val="24"/>
        </w:rPr>
        <w:t>) — внутренний [свет] Есода;</w:t>
      </w:r>
    </w:p>
    <w:p>
      <w:pPr>
        <w:spacing w:before="40" w:after="120"/>
        <w:jc w:val="both"/>
      </w:pPr>
      <w:r>
        <w:rPr>
          <w:rFonts w:ascii="Georgia" w:hAnsi="Georgia"/>
          <w:b w:val="0"/>
          <w:i w:val="0"/>
          <w:color w:val="000000"/>
          <w:sz w:val="24"/>
        </w:rPr>
        <w:t>«хранящий» (</w:t>
      </w:r>
      <w:r>
        <w:rPr>
          <w:rFonts w:ascii="Georgia" w:hAnsi="Georgia"/>
          <w:b w:val="0"/>
          <w:i/>
          <w:color w:val="000000"/>
          <w:sz w:val="24"/>
        </w:rPr>
        <w:t>ноцер</w:t>
      </w:r>
      <w:r>
        <w:rPr>
          <w:rFonts w:ascii="Georgia" w:hAnsi="Georgia"/>
          <w:b w:val="0"/>
          <w:i w:val="0"/>
          <w:color w:val="000000"/>
          <w:sz w:val="24"/>
        </w:rPr>
        <w:t>) — внутренний [свет] Малхут.</w:t>
      </w:r>
    </w:p>
    <w:p>
      <w:pPr>
        <w:spacing w:before="40" w:after="120"/>
        <w:jc w:val="both"/>
      </w:pPr>
      <w:r>
        <w:rPr>
          <w:rFonts w:ascii="Georgia" w:hAnsi="Georgia"/>
          <w:b w:val="0"/>
          <w:i w:val="0"/>
          <w:color w:val="000000"/>
          <w:sz w:val="24"/>
        </w:rPr>
        <w:t>Ведь во внутренних светах начинают от Бины к Малхут, а в окружающих начинают от Малхут к Бине.</w:t>
      </w:r>
    </w:p>
    <w:p>
      <w:pPr>
        <w:spacing w:before="40" w:after="120"/>
        <w:jc w:val="both"/>
      </w:pPr>
      <w:r>
        <w:rPr>
          <w:rFonts w:ascii="Georgia" w:hAnsi="Georgia"/>
          <w:b w:val="0"/>
          <w:i w:val="0"/>
          <w:color w:val="000000"/>
          <w:sz w:val="24"/>
        </w:rPr>
        <w:t>7) Затем в последних пяти направляй намерение так:</w:t>
      </w:r>
    </w:p>
    <w:p>
      <w:pPr>
        <w:spacing w:before="40" w:after="120"/>
        <w:jc w:val="both"/>
      </w:pPr>
      <w:r>
        <w:rPr>
          <w:rFonts w:ascii="Georgia" w:hAnsi="Georgia"/>
          <w:b w:val="0"/>
          <w:i w:val="0"/>
          <w:color w:val="000000"/>
          <w:sz w:val="24"/>
        </w:rPr>
        <w:t>«милость» (</w:t>
      </w:r>
      <w:r>
        <w:rPr>
          <w:rFonts w:ascii="Georgia" w:hAnsi="Georgia"/>
          <w:b w:val="0"/>
          <w:i/>
          <w:color w:val="000000"/>
          <w:sz w:val="24"/>
        </w:rPr>
        <w:t>хесед</w:t>
      </w:r>
      <w:r>
        <w:rPr>
          <w:rFonts w:ascii="Georgia" w:hAnsi="Georgia"/>
          <w:b w:val="0"/>
          <w:i w:val="0"/>
          <w:color w:val="000000"/>
          <w:sz w:val="24"/>
        </w:rPr>
        <w:t>) в выражении «хранящий милость» (</w:t>
      </w:r>
      <w:r>
        <w:rPr>
          <w:rFonts w:ascii="Georgia" w:hAnsi="Georgia"/>
          <w:b w:val="0"/>
          <w:i/>
          <w:color w:val="000000"/>
          <w:sz w:val="24"/>
        </w:rPr>
        <w:t>ноцер хесед</w:t>
      </w:r>
      <w:r>
        <w:rPr>
          <w:rFonts w:ascii="Georgia" w:hAnsi="Georgia"/>
          <w:b w:val="0"/>
          <w:i w:val="0"/>
          <w:color w:val="000000"/>
          <w:sz w:val="24"/>
        </w:rPr>
        <w:t>) — это именно внутренний Хесед Кетера;</w:t>
      </w:r>
    </w:p>
    <w:p>
      <w:pPr>
        <w:spacing w:before="40" w:after="120"/>
        <w:jc w:val="both"/>
      </w:pPr>
      <w:r>
        <w:rPr>
          <w:rFonts w:ascii="Georgia" w:hAnsi="Georgia"/>
          <w:b w:val="0"/>
          <w:i w:val="0"/>
          <w:color w:val="000000"/>
          <w:sz w:val="24"/>
        </w:rPr>
        <w:t>«для тысяч [родов]» (</w:t>
      </w:r>
      <w:r>
        <w:rPr>
          <w:rFonts w:ascii="Georgia" w:hAnsi="Georgia"/>
          <w:b w:val="0"/>
          <w:i/>
          <w:color w:val="000000"/>
          <w:sz w:val="24"/>
        </w:rPr>
        <w:t>ла-алафим</w:t>
      </w:r>
      <w:r>
        <w:rPr>
          <w:rFonts w:ascii="Georgia" w:hAnsi="Georgia"/>
          <w:b w:val="0"/>
          <w:i w:val="0"/>
          <w:color w:val="000000"/>
          <w:sz w:val="24"/>
        </w:rPr>
        <w:t>) — внутреннее Гвуры;</w:t>
      </w:r>
    </w:p>
    <w:p>
      <w:pPr>
        <w:spacing w:before="40" w:after="120"/>
        <w:jc w:val="both"/>
      </w:pPr>
      <w:r>
        <w:rPr>
          <w:rFonts w:ascii="Georgia" w:hAnsi="Georgia"/>
          <w:b w:val="0"/>
          <w:i w:val="0"/>
          <w:color w:val="000000"/>
          <w:sz w:val="24"/>
        </w:rPr>
        <w:t>«прощающий вину» (</w:t>
      </w:r>
      <w:r>
        <w:rPr>
          <w:rFonts w:ascii="Georgia" w:hAnsi="Georgia"/>
          <w:b w:val="0"/>
          <w:i/>
          <w:color w:val="000000"/>
          <w:sz w:val="24"/>
        </w:rPr>
        <w:t>носе авон</w:t>
      </w:r>
      <w:r>
        <w:rPr>
          <w:rFonts w:ascii="Georgia" w:hAnsi="Georgia"/>
          <w:b w:val="0"/>
          <w:i w:val="0"/>
          <w:color w:val="000000"/>
          <w:sz w:val="24"/>
        </w:rPr>
        <w:t>) — внутреннее Тиферет;</w:t>
      </w:r>
    </w:p>
    <w:p>
      <w:pPr>
        <w:spacing w:before="40" w:after="120"/>
        <w:jc w:val="both"/>
      </w:pPr>
      <w:r>
        <w:rPr>
          <w:rFonts w:ascii="Georgia" w:hAnsi="Georgia"/>
          <w:b w:val="0"/>
          <w:i w:val="0"/>
          <w:color w:val="000000"/>
          <w:sz w:val="24"/>
        </w:rPr>
        <w:t>«и преступление» (</w:t>
      </w:r>
      <w:r>
        <w:rPr>
          <w:rFonts w:ascii="Georgia" w:hAnsi="Georgia"/>
          <w:b w:val="0"/>
          <w:i/>
          <w:color w:val="000000"/>
          <w:sz w:val="24"/>
        </w:rPr>
        <w:t>ва-феша</w:t>
      </w:r>
      <w:r>
        <w:rPr>
          <w:rFonts w:ascii="Georgia" w:hAnsi="Georgia"/>
          <w:b w:val="0"/>
          <w:i w:val="0"/>
          <w:color w:val="000000"/>
          <w:sz w:val="24"/>
        </w:rPr>
        <w:t>) — внутреннее Нецаха;</w:t>
      </w:r>
    </w:p>
    <w:p>
      <w:pPr>
        <w:spacing w:before="40" w:after="120"/>
        <w:jc w:val="both"/>
      </w:pPr>
      <w:r>
        <w:rPr>
          <w:rFonts w:ascii="Georgia" w:hAnsi="Georgia"/>
          <w:b w:val="0"/>
          <w:i w:val="0"/>
          <w:color w:val="000000"/>
          <w:sz w:val="24"/>
        </w:rPr>
        <w:t>«и грех» (</w:t>
      </w:r>
      <w:r>
        <w:rPr>
          <w:rFonts w:ascii="Georgia" w:hAnsi="Georgia"/>
          <w:b w:val="0"/>
          <w:i/>
          <w:color w:val="000000"/>
          <w:sz w:val="24"/>
        </w:rPr>
        <w:t>ве-хатаа</w:t>
      </w:r>
      <w:r>
        <w:rPr>
          <w:rFonts w:ascii="Georgia" w:hAnsi="Georgia"/>
          <w:b w:val="0"/>
          <w:i w:val="0"/>
          <w:color w:val="000000"/>
          <w:sz w:val="24"/>
        </w:rPr>
        <w:t>) — внутреннее Хода;</w:t>
      </w:r>
    </w:p>
    <w:p>
      <w:pPr>
        <w:spacing w:before="40" w:after="120"/>
        <w:jc w:val="both"/>
      </w:pPr>
      <w:r>
        <w:rPr>
          <w:rFonts w:ascii="Georgia" w:hAnsi="Georgia"/>
          <w:b w:val="0"/>
          <w:i w:val="0"/>
          <w:color w:val="000000"/>
          <w:sz w:val="24"/>
        </w:rPr>
        <w:t>«и очищающий» (</w:t>
      </w:r>
      <w:r>
        <w:rPr>
          <w:rFonts w:ascii="Georgia" w:hAnsi="Georgia"/>
          <w:b w:val="0"/>
          <w:i/>
          <w:color w:val="000000"/>
          <w:sz w:val="24"/>
        </w:rPr>
        <w:t>ве-наке</w:t>
      </w:r>
      <w:r>
        <w:rPr>
          <w:rFonts w:ascii="Georgia" w:hAnsi="Georgia"/>
          <w:b w:val="0"/>
          <w:i w:val="0"/>
          <w:color w:val="000000"/>
          <w:sz w:val="24"/>
        </w:rPr>
        <w:t>) — внутреннее Есода.</w:t>
      </w:r>
    </w:p>
    <w:p>
      <w:pPr>
        <w:spacing w:before="40" w:after="120"/>
        <w:jc w:val="both"/>
      </w:pPr>
      <w:r>
        <w:rPr>
          <w:rFonts w:ascii="Georgia" w:hAnsi="Georgia"/>
          <w:b w:val="0"/>
          <w:i w:val="0"/>
          <w:color w:val="000000"/>
          <w:sz w:val="24"/>
        </w:rPr>
        <w:t>Таким образом, и в этих последних [исправлениях] внутренний порядок начинается от Хеседа до Есода, тогда как окружающие идут от Есода к Хеседу. А для внутренних светов первых двух сфирот Хохмы и ГАР Кетера окружающих светов нет, как сказано выше. Место же их — в пяти других частях, имеющихся на лике АА, и сейчас не время разъяснять их.</w:t>
      </w:r>
    </w:p>
    <w:p>
      <w:pPr>
        <w:spacing w:before="40" w:after="120"/>
        <w:jc w:val="both"/>
      </w:pPr>
      <w:r>
        <w:rPr>
          <w:rFonts w:ascii="Georgia" w:hAnsi="Georgia"/>
          <w:b w:val="0"/>
          <w:i w:val="0"/>
          <w:color w:val="000000"/>
          <w:sz w:val="24"/>
        </w:rPr>
        <w:t>8) Однако возникает сомнение: расположены ли они в точности напротив окружающих — восемь окружающих Хохмы напротив восьми внутренних самой Хохмы, а пять окружающих Кетера напротив пяти внутренних самого Кетера? И это объяснение ближе к истине, ведь тогда они встанут в точности: восемь напротив восьми и пять напротив пяти, и между ними не будет никакой разницы, кроме того, что одни идут снизу вверх, а другие сверху вниз. Но если это объяснение верно, получается, что даже во внутренних светах Хохма стоит выше Кетера, а это трудно принять. Или же мы скажем, что во внутренних светах Кетер заведомо стоит над Хохмой, и тогда окружающие Кетера окажутся расположенными напротив внутренних светов Хохмы, а окружающие Хохмы — напротив внутренних Кетера (и отчасти напротив Хохмы), и это требует дальнейшего выяснения.</w:t>
      </w:r>
    </w:p>
    <w:p>
      <w:pPr>
        <w:spacing w:before="40" w:after="120"/>
        <w:jc w:val="both"/>
      </w:pPr>
      <w:r>
        <w:rPr>
          <w:rFonts w:ascii="Georgia" w:hAnsi="Georgia"/>
          <w:b w:val="0"/>
          <w:i w:val="0"/>
          <w:color w:val="000000"/>
          <w:sz w:val="24"/>
        </w:rPr>
        <w:t>9) Однако первое объяснение ближе к истине, поскольку мой учитель, благословенна его память, передал мне первый порядок: внутренний свет Хеседа в Кетере стоит напротив окружающего Есода в Кетере, и точно так же со всеми остальными исправлениями. А раз так, неизбежно получается, что и во внутренней части Хохма должна быть выше Кетера, и это представляется мне истинным и почти несомненным.</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«Теперь объясним названия сфирот в тринадцати исправлениях бороды…»</w:t>
      </w:r>
      <w:r>
        <w:rPr>
          <w:rFonts w:ascii="Georgia" w:hAnsi="Georgia"/>
          <w:b w:val="0"/>
          <w:i w:val="0"/>
          <w:color w:val="000000"/>
          <w:sz w:val="24"/>
        </w:rPr>
        <w:t xml:space="preserve"> — Сначала разъясним сказанное им выше, в ветви 66 (пункт 7), где он пишет: «А раз так, в Кетере и в Хохме есть в каждом по десять сфирот. И вот, на всем протяжении головы вплоть до лба (мэцах), где растут волосы, содержится совокупность десяти сфирот от Кетера и десяти сфирот от Хохмы. И точно так же ниже лба, до горла, где находится Бина, есть также совокупность десяти сфирот от Кетера и десяти сфирот от Хохмы. И все это — с точки зрения внутреннего [строения]. То же самое относится и к окружающим светам… однако в качестве окружающих светов есть только тринадцать окружающих [светов] от Кетера и Хохмы, поскольку остальные не могут раскрыться… Но между внутренними и окружающими есть одно различие: десять внутренних сфирот Кетера расположены одна над другой по порядку…» «…окружающие же устроены противоположным образом: они начинаются снизу вверх, так что Малхут стоит во главе всех тринадцати исправлений бороды, а Кетер — в их конце… И точно так же все десять окружающих сфирот Хохмы находятся выше всех десяти окружающих сфирот Кетера…» — до сих пор его слова, смотри там.</w:t>
      </w:r>
    </w:p>
    <w:p>
      <w:pPr>
        <w:spacing w:before="40" w:after="120"/>
        <w:jc w:val="both"/>
      </w:pPr>
      <w:r>
        <w:rPr>
          <w:rFonts w:ascii="Georgia" w:hAnsi="Georgia"/>
          <w:b w:val="0"/>
          <w:i w:val="0"/>
          <w:color w:val="000000"/>
          <w:sz w:val="24"/>
        </w:rPr>
        <w:t>И то, что написал Учитель, будто окружающие расположены противоположно внутренним — то есть высшие внизу, а нижние вверху, — уже подробно объяснялось в предыдущей ветви: это происходит потому, что келим окружающих светов происходят от масаха (экрана), на котором происходят ударные соединения (зивугим). Поэтому эти келим и называются внешними келим, а их достоинство определяется по уровню отраженного света (ор хозер), поднимающегося при их соударении с прямым светом (ор яшар). И потому, чем масах грубее, тем он выше по достоинству, ибо таков в них закон: масах четвертой стадии (бхина далет) поднимает отраженный свет до уровня Кетера, третьей стадии (бхина гимель) — до уровня Хохмы, второй стадии (бхина бэт) — до уровня Бины, а первой стадии (бхина алеф) — лишь до уровня ЗА, как написано в «Птихе», пункт 4. И потому Малхут, представляющая собой самый грубый масах — то есть четвертую стадию (бхина далет), — находится наверху, то есть напротив уровня Кетера десяти внутренних сфирот. А ЗА в окружающих светах, представляющий собой третью стадию (бхина гимель), находится напротив уровня Хохмы десяти внутренних сфирот; Бина окружающих — напротив Бины внутренних; Хохма окружающих, представляющая собой масах первой стадии (бхина алеф), — напротив уровня ЗА десяти внутренних сфирот; а Кетер в окружающих светах, представляющий собой полное очищение (издохехут) масаха, когда на нем больше не происходит ударного соединения, оказывается тем самым напротив свойства Малхут десяти внутренних сфирот. Все это уже разъяснено в «Птихе» и в «Паним Меирот у-Масбирот», ветвь 3, и не стоит распространяться об этом.</w:t>
      </w:r>
    </w:p>
    <w:p>
      <w:pPr>
        <w:spacing w:before="40" w:after="120"/>
        <w:jc w:val="both"/>
      </w:pPr>
      <w:r>
        <w:rPr>
          <w:rFonts w:ascii="Georgia" w:hAnsi="Georgia"/>
          <w:b w:val="0"/>
          <w:i w:val="0"/>
          <w:color w:val="000000"/>
          <w:sz w:val="24"/>
        </w:rPr>
        <w:t>Однако сказанное в разбираемой нами ветви о том, что и во внутренних светах десять сфирот Хохмы находятся сверху — напротив десяти сфирот Хохмы окружающих, а десять сфирот Кетера внутренних находятся под десятью сфирот Хохмы внутренних, — требует объяснения: почему внутренняя Хохма находится выше внутреннего Кетера? Ведь коль скоро внутренние [света] оцениваются по высоте ступени сфиры, сфира Кетер заведомо выше и возвышеннее Хохмы, так как же можно представить, чтобы во внутренних светах Хохма оказалась выше Кетера? Также и то, что из десяти сфирот Хохмы в окружающих светах раскрылись только восемь — то есть от Бины и ниже, без Кетера и Хохмы, а от Кетера раскрылись лишь пять сфирот: ХАГАТ и Нецах-Ход, которые и составляют тринадцать исправлений бороды; а также то, что Есод Кетера включен в Бину Хохмы и так далее, — все это требует объяснения.</w:t>
      </w:r>
    </w:p>
    <w:p>
      <w:pPr>
        <w:spacing w:before="40" w:after="120"/>
        <w:jc w:val="both"/>
      </w:pPr>
      <w:r>
        <w:rPr>
          <w:rFonts w:ascii="Georgia" w:hAnsi="Georgia"/>
          <w:b w:val="0"/>
          <w:i w:val="0"/>
          <w:color w:val="000000"/>
          <w:sz w:val="24"/>
        </w:rPr>
        <w:t xml:space="preserve">И вот, в предыдущей ветви уже объяснялось, что корень всех волос — это горло первой головы, являющейся тайной Гальгальты каждого парцуфа, которая начинается с головы АБ (рош де-АБ), облачающей горло первой головы, смотри там. Ведь каждый парцуф включает в себя пять парцуфим: Гальгальта, АБ, САГ, МА и БОН, и его начало отсчитывается от Гальгальты де-АБ, в которую облачено горло первой головы, то есть Бина, вышедшая наружу из первой головы и опустившаяся в Гальгальту де-рош де-АБ, являющегося АА, как известно. Таким образом, эти волосы на Гальгальте де-АА принадлежат не ему, а РАДЛА. То есть они исходят из Бины де-РАДЛА, которая вышла наружу и умалилась до ступени тела (гуф), что и порождает волосы на Гальгальте, в которую она облачена, — запомни это. И об этом было сказано выше, в начале ветви 66: «И в той мере, в какой он облачается в АА, о нем сказано: </w:t>
      </w:r>
      <w:r>
        <w:rPr>
          <w:rFonts w:ascii="Georgia" w:hAnsi="Georgia"/>
          <w:b w:val="0"/>
          <w:i/>
          <w:color w:val="000000"/>
          <w:sz w:val="24"/>
        </w:rPr>
        <w:t>«…и волосы головы его — как чистая шерсть…»</w:t>
      </w:r>
      <w:r>
        <w:rPr>
          <w:rFonts w:ascii="Georgia" w:hAnsi="Georgia"/>
          <w:b w:val="0"/>
          <w:i w:val="0"/>
          <w:color w:val="000000"/>
          <w:sz w:val="24"/>
        </w:rPr>
        <w:t xml:space="preserve"> (Даниэль 7:9), хотя это и не сама его голова, а лишь раскрывается здесь» — до сих пор его слова.</w:t>
      </w:r>
    </w:p>
    <w:p>
      <w:pPr>
        <w:spacing w:before="40" w:after="120"/>
        <w:jc w:val="both"/>
      </w:pPr>
      <w:r>
        <w:rPr>
          <w:rFonts w:ascii="Georgia" w:hAnsi="Georgia"/>
          <w:b w:val="0"/>
          <w:i w:val="0"/>
          <w:color w:val="000000"/>
          <w:sz w:val="24"/>
        </w:rPr>
        <w:t xml:space="preserve">Смысл в том, что этот стих написан об Атик Йомине, как сказано: </w:t>
      </w:r>
      <w:r>
        <w:rPr>
          <w:rFonts w:ascii="Georgia" w:hAnsi="Georgia"/>
          <w:b w:val="0"/>
          <w:i/>
          <w:color w:val="000000"/>
          <w:sz w:val="24"/>
        </w:rPr>
        <w:t>«Видел я… и воссел Древний днями…»</w:t>
      </w:r>
      <w:r>
        <w:rPr>
          <w:rFonts w:ascii="Georgia" w:hAnsi="Georgia"/>
          <w:b w:val="0"/>
          <w:i w:val="0"/>
          <w:color w:val="000000"/>
          <w:sz w:val="24"/>
        </w:rPr>
        <w:t xml:space="preserve"> (Даниэль 7:9). И потому Учитель объяснил: хотя волосы его головы в исправлении «чистой шерсти» (</w:t>
      </w:r>
      <w:r>
        <w:rPr>
          <w:rFonts w:ascii="Georgia" w:hAnsi="Georgia"/>
          <w:b w:val="0"/>
          <w:i/>
          <w:color w:val="000000"/>
          <w:sz w:val="24"/>
        </w:rPr>
        <w:t>амар нека</w:t>
      </w:r>
      <w:r>
        <w:rPr>
          <w:rFonts w:ascii="Georgia" w:hAnsi="Georgia"/>
          <w:b w:val="0"/>
          <w:i w:val="0"/>
          <w:color w:val="000000"/>
          <w:sz w:val="24"/>
        </w:rPr>
        <w:t xml:space="preserve">, </w:t>
      </w:r>
      <w:r>
        <w:rPr>
          <w:rFonts w:ascii="Georgia" w:hAnsi="Georgia" w:cs="Times New Roman"/>
          <w:b/>
          <w:i w:val="0"/>
          <w:color w:val="000000"/>
          <w:sz w:val="24"/>
          <w:rtl/>
          <w:szCs w:val="32"/>
        </w:rPr>
        <w:t>עֲמַר נְקֵא</w:t>
      </w:r>
      <w:r>
        <w:rPr>
          <w:rFonts w:ascii="Georgia" w:hAnsi="Georgia"/>
          <w:b w:val="0"/>
          <w:i w:val="0"/>
          <w:color w:val="000000"/>
          <w:sz w:val="24"/>
        </w:rPr>
        <w:t>) исправлены в АА, тем не менее они относятся к Атик Йомину — то есть, как мы сказали, происходят от Бины де-Атик Йомин, вышедшей наружу из его головы и облачившейся в Гальгальту де-АА. И по причине этого умаления, из-за того что она умалилась относительно ГАР де-РАДЛА, в ней пробуждаются суды (диним), которые она выводит и раскрывает наружу в виде волос на Гальгальте. Об этом и сказано: «хотя это и не сама его голова, а лишь раскрывается здесь». То есть его Бина раскрывается здесь, в Гальгальте де-АА, — пойми это. И благодаря этому ты поймешь, что волосы головы (сеарот рейша) есть даже у зародыша (убар), ведь даже у зародыша есть свет нефеш, а тебе известно, что свет нефеш облачается в кли Кетера, как сказано выше в ветви 60, пункт 10, смотри там. А именно — в Кетер де-АБ, ведь оттуда начинается каждый парцуф; а значит, в него уже облачено горло первой головы, и само собой, на нем есть волосы.</w:t>
      </w:r>
    </w:p>
    <w:p>
      <w:pPr>
        <w:spacing w:before="40" w:after="120"/>
        <w:jc w:val="both"/>
      </w:pPr>
      <w:r>
        <w:rPr>
          <w:rFonts w:ascii="Georgia" w:hAnsi="Georgia"/>
          <w:b w:val="0"/>
          <w:i w:val="0"/>
          <w:color w:val="000000"/>
          <w:sz w:val="24"/>
        </w:rPr>
        <w:t>Также в предыдущей ветви объяснялись два аспекта волос: аспект качеств (мидот) в виде тринадцати качеств Торы и аспект святого елея (мешхата кадиша) в них, являющийся тайной тринадцати [качеств] из [книги пророка] Михи. И там было объяснено, что в состоянии малости (катнут) они называются качествами, поскольку представляют собой категорию судов, а слово «волосы» (</w:t>
      </w:r>
      <w:r>
        <w:rPr>
          <w:rFonts w:ascii="Georgia" w:hAnsi="Georgia"/>
          <w:b w:val="0"/>
          <w:i/>
          <w:color w:val="000000"/>
          <w:sz w:val="24"/>
        </w:rPr>
        <w:t>сеарот</w:t>
      </w:r>
      <w:r>
        <w:rPr>
          <w:rFonts w:ascii="Georgia" w:hAnsi="Georgia"/>
          <w:b w:val="0"/>
          <w:i w:val="0"/>
          <w:color w:val="000000"/>
          <w:sz w:val="24"/>
        </w:rPr>
        <w:t xml:space="preserve">, </w:t>
      </w:r>
      <w:r>
        <w:rPr>
          <w:rFonts w:ascii="Georgia" w:hAnsi="Georgia" w:cs="Times New Roman"/>
          <w:b/>
          <w:i w:val="0"/>
          <w:color w:val="000000"/>
          <w:sz w:val="24"/>
          <w:rtl/>
          <w:szCs w:val="32"/>
        </w:rPr>
        <w:t>שְׂעָרוֹת</w:t>
      </w:r>
      <w:r>
        <w:rPr>
          <w:rFonts w:ascii="Georgia" w:hAnsi="Georgia"/>
          <w:b w:val="0"/>
          <w:i w:val="0"/>
          <w:color w:val="000000"/>
          <w:sz w:val="24"/>
        </w:rPr>
        <w:t>) происходит от слова «бури» (</w:t>
      </w:r>
      <w:r>
        <w:rPr>
          <w:rFonts w:ascii="Georgia" w:hAnsi="Georgia"/>
          <w:b w:val="0"/>
          <w:i/>
          <w:color w:val="000000"/>
          <w:sz w:val="24"/>
        </w:rPr>
        <w:t>сеарот</w:t>
      </w:r>
      <w:r>
        <w:rPr>
          <w:rFonts w:ascii="Georgia" w:hAnsi="Georgia"/>
          <w:b w:val="0"/>
          <w:i w:val="0"/>
          <w:color w:val="000000"/>
          <w:sz w:val="24"/>
        </w:rPr>
        <w:t xml:space="preserve">, </w:t>
      </w:r>
      <w:r>
        <w:rPr>
          <w:rFonts w:ascii="Georgia" w:hAnsi="Georgia" w:cs="Times New Roman"/>
          <w:b/>
          <w:i w:val="0"/>
          <w:color w:val="000000"/>
          <w:sz w:val="24"/>
          <w:rtl/>
          <w:szCs w:val="32"/>
        </w:rPr>
        <w:t>סְעָרוֹת</w:t>
      </w:r>
      <w:r>
        <w:rPr>
          <w:rFonts w:ascii="Georgia" w:hAnsi="Georgia"/>
          <w:b w:val="0"/>
          <w:i w:val="0"/>
          <w:color w:val="000000"/>
          <w:sz w:val="24"/>
        </w:rPr>
        <w:t>). Однако в состоянии величия (гадлут) — то есть после того, как Даат де-РАДЛА проявил свой свет в воздухе (авира), находящемся между Кетером и сокрытым мозгом (моха стимаа), — они получают свечение ГАР де-авира, чрезвычайно смягчаются и называются елеем (мешхата), как написано там. И здесь тебе необходимо узнать тайну нисхождения судов от парцуфа к парцуфу. Ведь когда в парцуфе происходит ударное соединение состояния величия (зивуг де-гадлут) и он обретает свет Лика — то есть свечение нешама и ГАР, — все суды, несомненно, удаляются из него, и взглянешь на место их, а их уже нет. Однако при всем том суды не аннулируются и не исчезают из мира насовсем, а лишь опускаются с этой ступени на ступень, находящуюся ниже нее; и это будет подробно разъяснено в соответствующем месте.</w:t>
      </w:r>
    </w:p>
    <w:p>
      <w:pPr>
        <w:spacing w:before="40" w:after="120"/>
        <w:jc w:val="both"/>
      </w:pPr>
      <w:r>
        <w:rPr>
          <w:rFonts w:ascii="Georgia" w:hAnsi="Georgia"/>
          <w:b w:val="0"/>
          <w:i w:val="0"/>
          <w:color w:val="000000"/>
          <w:sz w:val="24"/>
        </w:rPr>
        <w:t>И отсюда ты поймешь, что после опускания масаха с Гальгальты на место сокрытого мозга в виде перепонки воздуха (крума де-авира), когда там раскрылся Даат де-РАДЛА, являющийся тайной возвращения Бины де-РАДЛА в ГАР де-РАДЛА, как прежде, — казалось бы, все суды волос, пробившихся и вышедших из-за нее на Гальгальту прежде, должны были аннулироваться и исчезнуть. Ведь все возникновение этих судов и волос произошло лишь по причине ее умаления на чуждой ей ступени — в месте горла, как сказано выше. И раз так, теперь, после зивуга, когда она уже возвратилась в голову, все эти волосы и суды должны были бы полностью исчезнуть оттуда, ведь теперь у них нет там никакой опоры. Однако этого не произошло, и причина в том, что свечение зивуга де-РАДЛА распространялось лишь на НЕХИ де-паним. И потому не вся Бина возвратилась в РАДЛА, а лишь лицевая часть этой Бины, называемая АВАЯ с наполнением САГ, как сказано выше в «Паним Меирот», стр. 836, со слов «И это…». Поэтому Гальгальта продолжает облачать Хесед де-РАДЛА и вовсе не может подняться в ГАР де-РАДЛА, ведь тогда все волосы и пряди на ней сгорели бы.</w:t>
      </w:r>
    </w:p>
    <w:p>
      <w:pPr>
        <w:spacing w:before="40" w:after="120"/>
        <w:jc w:val="both"/>
      </w:pPr>
      <w:r>
        <w:rPr>
          <w:rFonts w:ascii="Georgia" w:hAnsi="Georgia"/>
          <w:b w:val="0"/>
          <w:i w:val="0"/>
          <w:color w:val="000000"/>
          <w:sz w:val="24"/>
        </w:rPr>
        <w:t xml:space="preserve">И по этой причине лицевая Бина выделилась в отдельную голову, называемую воздушным мозгом (моха де-авира), как сказано выше в «Паним Меирот», стр. 810, со слов «И уже…». Это и послужило причиной того, что волосы сохранили свою связь с Гальгальтой, но побелели, в согласии со сказанным: </w:t>
      </w:r>
      <w:r>
        <w:rPr>
          <w:rFonts w:ascii="Georgia" w:hAnsi="Georgia"/>
          <w:b w:val="0"/>
          <w:i/>
          <w:color w:val="000000"/>
          <w:sz w:val="24"/>
        </w:rPr>
        <w:t>«…и волосы головы его — как чистая шерсть…»</w:t>
      </w:r>
      <w:r>
        <w:rPr>
          <w:rFonts w:ascii="Georgia" w:hAnsi="Georgia"/>
          <w:b w:val="0"/>
          <w:i w:val="0"/>
          <w:color w:val="000000"/>
          <w:sz w:val="24"/>
        </w:rPr>
        <w:t xml:space="preserve"> (Даниэль 7:9), ведь только черные волосы указывают на суды в значении бурь, как сказано выше. Белый же цвет выражает прямо противоположное: там нет совершенно никакого места для пробуждения судов, ведь дошедшее до них свечение ГАР де-моха де-авира смягчает их силой лицевой Бины, которая уже возвратилась в РАДЛА, как прежде. В этом и заключается тайна опускания масаха к перепонке воздуха, благодаря чему вся часть головы АА вплоть до перепонки считается местом самого РАДЛА, как сказано выше на стр. 817, со слов «Третье исправление…», смотри там. И поэтому в этом месте совершенно исчезли все суды, исходившие от Бины, вышедшей наружу из РАДЛА, и даже силы Бины де-АБ также не смогли проявиться там, в чем и заключается тайна побеления волос.</w:t>
      </w:r>
    </w:p>
    <w:p>
      <w:pPr>
        <w:spacing w:before="40" w:after="120"/>
        <w:jc w:val="both"/>
      </w:pPr>
      <w:r>
        <w:rPr>
          <w:rFonts w:ascii="Georgia" w:hAnsi="Georgia"/>
          <w:b w:val="0"/>
          <w:i w:val="0"/>
          <w:color w:val="000000"/>
          <w:sz w:val="24"/>
        </w:rPr>
        <w:t>Поэтому считается, что те суды, которые до зивуга состояния величия содержались в волосах Гальгальты, теперь опустились на уровень сокрытого мозга (моха стимаа). А тебе уже известно, что суды Бины из НЕХИ де-паним аннулировались полностью, так как эта Бина возвратилась в голову РАДЛА; осталась же в АА и не поднялась лишь Бина из НЕХИ де-ахор, называемая Биной де-АБ. Однако она не могла проявить никаких судов выше перепонки воздуха, поскольку все это место уже перешло под власть свечения РАДЛА, и потому суды раскрылись ниже перепонки воздуха — то есть в сокрытом мозге. И тогда наружу выходят волосы бороды (сеарот дикна), представляющие собой проявление судов, которые опустились из АХАП де-РАДЛА в АХАП де-Гальгальта.</w:t>
      </w:r>
    </w:p>
    <w:p>
      <w:pPr>
        <w:spacing w:before="40" w:after="120"/>
        <w:jc w:val="both"/>
      </w:pPr>
      <w:r>
        <w:rPr>
          <w:rFonts w:ascii="Georgia" w:hAnsi="Georgia"/>
          <w:b w:val="0"/>
          <w:i w:val="0"/>
          <w:color w:val="000000"/>
          <w:sz w:val="24"/>
        </w:rPr>
        <w:t>Это подобно сказанному в «Паним Меирот», ветвь 68, пункт 1, о трех различиях. В первом различии мы рассматриваем всю голову АА лишь как АХАП де-РАДЛА, вышедшие из него наружу. Во втором различии мы рассматриваем сокрытый мозг как АХАП де-Гальгальта, вышедшие наружу из головы Гальгальты, причем в состоянии величия ступень уха (озэн) снова поднялась из сокрытого мозга, вернулась в голову Гальгальты и стала воздушным мозгом, как сказано в предыдущей ветви. А в третьем различии лишь сокрытый мозг считается головой АА, тогда как горло и ХАГАТ, облаченные в Аба ве-Има, представляют собой АХАП, вышедшие наружу из головы АА, смотри там. Таким образом, каждая голова считается находящейся на уровне АХАП высшего, а сама по себе считается Кетером и Хохмой — то есть Гальгальта ве-Эйнаим, — тогда как ее АХАП находятся в нижней голове, как сказано в предыдущей ветви, и не стоит повторяться.</w:t>
      </w:r>
    </w:p>
    <w:p>
      <w:pPr>
        <w:spacing w:before="40" w:after="120"/>
        <w:jc w:val="both"/>
      </w:pPr>
      <w:r>
        <w:rPr>
          <w:rFonts w:ascii="Georgia" w:hAnsi="Georgia"/>
          <w:b w:val="0"/>
          <w:i w:val="0"/>
          <w:color w:val="000000"/>
          <w:sz w:val="24"/>
        </w:rPr>
        <w:t>И вот, теперь хорошо объяснена тайна волос головы в состояниях малости и величия, выражающаяся в двух цветах: черном и белом. Их корень — в АХАП де-РАДЛА, вышедших наружу из РАДЛА, которые умалились до второй головы, считающейся телом (гуф) РАДЛА — его горлом и сфирот ХАГАТ, — и потому они лишены относящихся к ним первых трех сфирот (ГАР) де-РАДЛА. Следовательно, они представляют собой ЗОН, лишенные головы, а потому являются судами и черными волосами. И тогда волос бороды еще вовсе не существует. Ведь прежде чем волосы головы исправятся тайной святого елея, абсолютно все суды заключены вверху, в Гальгальте, поскольку она является АХАП де-РАДЛА. Однако затем, когда в РАДЛА происходит зивуг состояния величия и масах опускается к перепонке воздуха, благодаря чему ступень озэн де-РАДЛА возвращается в голову, суды в волосах смягчаются и в них раскрывается святой елей, являющийся свечением ГАР из воздушного мозга, — тогда суды опускаются оттуда в сокрытый мозг, находящийся под перепонкой воздуха, и выводят волосы бороды. Потому что благодаря упомянутому свечению РАДЛА Гальгальта обретает статус головы и уровень нешама — в виде Даат де-РАДЛА, облачившегося в воздух; а раз она обретает статус головы и уровень ГАР, в ней появляются десять сфирот головы: Гальгальта ве-Эйнаим и АХАП.</w:t>
      </w:r>
    </w:p>
    <w:p>
      <w:pPr>
        <w:spacing w:before="40" w:after="120"/>
        <w:jc w:val="both"/>
      </w:pPr>
      <w:r>
        <w:rPr>
          <w:rFonts w:ascii="Georgia" w:hAnsi="Georgia"/>
          <w:b w:val="0"/>
          <w:i w:val="0"/>
          <w:color w:val="000000"/>
          <w:sz w:val="24"/>
        </w:rPr>
        <w:t>И поэтому считается, что и ее [Гальгальты] собственные АХАП вышли наружу из ее головы в голову, расположенную ниже нее, — то есть в третью голову, называемую сокрытым мозгом (моха стимаа), которая, впрочем, считается телом (гуф) Гальгальты, ее горлом и сфирот ХАГАТ, поскольку получает отраженный свет от масаха в пэ де-рош де-Гальгальта, именуемого перепонкой воздуха, то есть от последней стадии Бины де-Гальгальта.</w:t>
      </w:r>
    </w:p>
    <w:p>
      <w:pPr>
        <w:spacing w:before="40" w:after="120"/>
        <w:jc w:val="both"/>
      </w:pPr>
      <w:r>
        <w:rPr>
          <w:rFonts w:ascii="Georgia" w:hAnsi="Georgia"/>
          <w:b w:val="0"/>
          <w:i w:val="0"/>
          <w:color w:val="000000"/>
          <w:sz w:val="24"/>
        </w:rPr>
        <w:t>И вот, эти АХАП де-Гальгальта, находящиеся теперь под перепонкой воздуха, также считаются утратившими относящиеся к ним уровень ГАР и статус головы; они представляют собой ЗОН, лишенные головы, и потому суды пробились и вышли наружу в виде волос бороды. И поначалу они тоже пребывают в состоянии малости и являются черными волосами, как сказано. Продолжение этого — в следующей ветви.</w:t>
      </w:r>
    </w:p>
    <w:p>
      <w:r>
        <w:br w:type="page"/>
      </w:r>
    </w:p>
    <w:p>
      <w:pPr>
        <w:keepNext/>
        <w:spacing w:before="360" w:after="160"/>
        <w:jc w:val="center"/>
      </w:pPr>
      <w:r>
        <w:rPr>
          <w:rFonts w:ascii="Georgia" w:hAnsi="Georgia"/>
          <w:b w:val="0"/>
          <w:i w:val="0"/>
          <w:color w:val="000000"/>
          <w:sz w:val="40"/>
        </w:rPr>
        <w:t>Ветвь 70</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Теперь объясним два Имени тринадцати исправлений бороды (тиккуней дикна), то есть АВАЯ АВАЯ (</w:t>
      </w:r>
      <w:r>
        <w:rPr>
          <w:rFonts w:ascii="Georgia" w:hAnsi="Georgia" w:cs="Times New Roman"/>
          <w:b/>
          <w:i w:val="0"/>
          <w:color w:val="000000"/>
          <w:sz w:val="24"/>
          <w:rtl/>
          <w:szCs w:val="32"/>
        </w:rPr>
        <w:t>יהוה יהוה</w:t>
      </w:r>
      <w:r>
        <w:rPr>
          <w:rFonts w:ascii="Georgia" w:hAnsi="Georgia"/>
          <w:b w:val="0"/>
          <w:i w:val="0"/>
          <w:color w:val="000000"/>
          <w:sz w:val="24"/>
        </w:rPr>
        <w:t>), которые предшествуют им в Торе. Знай: мы уже объясняли, что в Гальгальте есть десять сфирот до лба (мэцах). И они расположены по порядку: Кетер наверху, а Малхут внизу.</w:t>
      </w:r>
    </w:p>
    <w:p>
      <w:pPr>
        <w:spacing w:before="40" w:after="120"/>
        <w:jc w:val="both"/>
      </w:pPr>
      <w:r>
        <w:rPr>
          <w:rFonts w:ascii="Georgia" w:hAnsi="Georgia"/>
          <w:b w:val="0"/>
          <w:i w:val="0"/>
          <w:color w:val="000000"/>
          <w:sz w:val="24"/>
        </w:rPr>
        <w:t>2) А последняя сфира, то есть Малхут, — это тайна края волос (пэа) на голове, ведь повсюду край (пэа) — это Малхут. И в голове Арих Анпина (АА) этот край — это Имя МАЦПАЦ (</w:t>
      </w:r>
      <w:r>
        <w:rPr>
          <w:rFonts w:ascii="Georgia" w:hAnsi="Georgia" w:cs="Times New Roman"/>
          <w:b/>
          <w:i w:val="0"/>
          <w:color w:val="000000"/>
          <w:sz w:val="24"/>
          <w:rtl/>
          <w:szCs w:val="32"/>
        </w:rPr>
        <w:t>מצפ״ץ</w:t>
      </w:r>
      <w:r>
        <w:rPr>
          <w:rFonts w:ascii="Georgia" w:hAnsi="Georgia"/>
          <w:b w:val="0"/>
          <w:i w:val="0"/>
          <w:color w:val="000000"/>
          <w:sz w:val="24"/>
        </w:rPr>
        <w:t>), и их два: один справа и один слева. Справа — против [Зеир Анпина] (АА) (Аба ве-Има), а слева — против [Нуквы] (Зеир Анпина), ведь и в Атике есть Зеир Анпин и Нуква (и Аба ве-Има).</w:t>
      </w:r>
    </w:p>
    <w:p>
      <w:pPr>
        <w:spacing w:before="40" w:after="120"/>
        <w:jc w:val="both"/>
      </w:pPr>
      <w:r>
        <w:rPr>
          <w:rFonts w:ascii="Georgia" w:hAnsi="Georgia"/>
          <w:b w:val="0"/>
          <w:i w:val="0"/>
          <w:color w:val="000000"/>
          <w:sz w:val="24"/>
        </w:rPr>
        <w:t>3) Каждое из этих Имен включает тринадцать исправлений бороды следующим образом: четыре высших исправления — это тайна четырех мохин (света разума), и это тайна буквы мэм (</w:t>
      </w:r>
      <w:r>
        <w:rPr>
          <w:rFonts w:ascii="Georgia" w:hAnsi="Georgia" w:cs="Times New Roman"/>
          <w:b/>
          <w:i w:val="0"/>
          <w:color w:val="000000"/>
          <w:sz w:val="24"/>
          <w:rtl/>
          <w:szCs w:val="32"/>
        </w:rPr>
        <w:t>מ</w:t>
      </w:r>
      <w:r>
        <w:rPr>
          <w:rFonts w:ascii="Georgia" w:hAnsi="Georgia"/>
          <w:b w:val="0"/>
          <w:i w:val="0"/>
          <w:color w:val="000000"/>
          <w:sz w:val="24"/>
        </w:rPr>
        <w:t>) в МАЦПАЦ, а оставшиеся девять исправлений — это буква цади (</w:t>
      </w:r>
      <w:r>
        <w:rPr>
          <w:rFonts w:ascii="Georgia" w:hAnsi="Georgia" w:cs="Times New Roman"/>
          <w:b/>
          <w:i w:val="0"/>
          <w:color w:val="000000"/>
          <w:sz w:val="24"/>
          <w:rtl/>
          <w:szCs w:val="32"/>
        </w:rPr>
        <w:t>צ</w:t>
      </w:r>
      <w:r>
        <w:rPr>
          <w:rFonts w:ascii="Georgia" w:hAnsi="Georgia"/>
          <w:b w:val="0"/>
          <w:i w:val="0"/>
          <w:color w:val="000000"/>
          <w:sz w:val="24"/>
        </w:rPr>
        <w:t>) в МАЦПАЦ.</w:t>
      </w:r>
    </w:p>
    <w:p>
      <w:pPr>
        <w:spacing w:before="40" w:after="120"/>
        <w:jc w:val="both"/>
      </w:pPr>
      <w:r>
        <w:rPr>
          <w:rFonts w:ascii="Georgia" w:hAnsi="Georgia"/>
          <w:b w:val="0"/>
          <w:i w:val="0"/>
          <w:color w:val="000000"/>
          <w:sz w:val="24"/>
        </w:rPr>
        <w:t>4) Причина в том, что четыре первых исправления бороды включаются в его Кетер и Хохму, ведь они обладают особым достоинством, поскольку включают в себя голову Атика (риша де-Атик), как известно; затем остальные девять отсчитываются от Бины и ниже.</w:t>
      </w:r>
    </w:p>
    <w:p>
      <w:pPr>
        <w:spacing w:before="40" w:after="120"/>
        <w:jc w:val="both"/>
      </w:pPr>
      <w:r>
        <w:rPr>
          <w:rFonts w:ascii="Georgia" w:hAnsi="Georgia"/>
          <w:b w:val="0"/>
          <w:i w:val="0"/>
          <w:color w:val="000000"/>
          <w:sz w:val="24"/>
        </w:rPr>
        <w:t>5) А затем, поскольку у Бины все же есть преимущество перед восемью [исправлениями], находящимися под ней, он снова считает эти восемь отдельно — и это буква пэй (</w:t>
      </w:r>
      <w:r>
        <w:rPr>
          <w:rFonts w:ascii="Georgia" w:hAnsi="Georgia" w:cs="Times New Roman"/>
          <w:b/>
          <w:i w:val="0"/>
          <w:color w:val="000000"/>
          <w:sz w:val="24"/>
          <w:rtl/>
          <w:szCs w:val="32"/>
        </w:rPr>
        <w:t>פ</w:t>
      </w:r>
      <w:r>
        <w:rPr>
          <w:rFonts w:ascii="Georgia" w:hAnsi="Georgia"/>
          <w:b w:val="0"/>
          <w:i w:val="0"/>
          <w:color w:val="000000"/>
          <w:sz w:val="24"/>
        </w:rPr>
        <w:t>) в МАЦПАЦ. А последняя цади (</w:t>
      </w:r>
      <w:r>
        <w:rPr>
          <w:rFonts w:ascii="Georgia" w:hAnsi="Georgia" w:cs="Times New Roman"/>
          <w:b/>
          <w:i w:val="0"/>
          <w:color w:val="000000"/>
          <w:sz w:val="24"/>
          <w:rtl/>
          <w:szCs w:val="32"/>
        </w:rPr>
        <w:t>צ</w:t>
      </w:r>
      <w:r>
        <w:rPr>
          <w:rFonts w:ascii="Georgia" w:hAnsi="Georgia"/>
          <w:b w:val="0"/>
          <w:i w:val="0"/>
          <w:color w:val="000000"/>
          <w:sz w:val="24"/>
        </w:rPr>
        <w:t>) — это девять [исправлений] Зеир Анпина (ЗА). Таким образом, в каждом из этих Имен заключены тринадцать исправлений.</w:t>
      </w:r>
    </w:p>
    <w:p>
      <w:pPr>
        <w:spacing w:before="40" w:after="120"/>
        <w:jc w:val="both"/>
      </w:pPr>
      <w:r>
        <w:rPr>
          <w:rFonts w:ascii="Georgia" w:hAnsi="Georgia"/>
          <w:b w:val="0"/>
          <w:i w:val="0"/>
          <w:color w:val="000000"/>
          <w:sz w:val="24"/>
        </w:rPr>
        <w:t>6) И эти два Имени нисходят от края головы, ведь каждое из них в гематрии равно 300 (</w:t>
      </w:r>
      <w:r>
        <w:rPr>
          <w:rFonts w:ascii="Georgia" w:hAnsi="Georgia" w:cs="Times New Roman"/>
          <w:b/>
          <w:i w:val="0"/>
          <w:color w:val="000000"/>
          <w:sz w:val="24"/>
          <w:rtl/>
          <w:szCs w:val="32"/>
        </w:rPr>
        <w:t>ש</w:t>
      </w:r>
      <w:r>
        <w:rPr>
          <w:rFonts w:ascii="Georgia" w:hAnsi="Georgia"/>
          <w:b w:val="0"/>
          <w:i w:val="0"/>
          <w:color w:val="000000"/>
          <w:sz w:val="24"/>
        </w:rPr>
        <w:t>). И вот Имя ЭЛОКИМ с наполнением буквами йод в гематрии равно 300 (</w:t>
      </w:r>
      <w:r>
        <w:rPr>
          <w:rFonts w:ascii="Georgia" w:hAnsi="Georgia" w:cs="Times New Roman"/>
          <w:b/>
          <w:i w:val="0"/>
          <w:color w:val="000000"/>
          <w:sz w:val="24"/>
          <w:rtl/>
          <w:szCs w:val="32"/>
        </w:rPr>
        <w:t>ש</w:t>
      </w:r>
      <w:r>
        <w:rPr>
          <w:rFonts w:ascii="Georgia" w:hAnsi="Georgia"/>
          <w:b w:val="0"/>
          <w:i w:val="0"/>
          <w:color w:val="000000"/>
          <w:sz w:val="24"/>
        </w:rPr>
        <w:t>), так: алеф, ламэд, хэй, йод, мэм (</w:t>
      </w:r>
      <w:r>
        <w:rPr>
          <w:rFonts w:ascii="Georgia" w:hAnsi="Georgia" w:cs="Times New Roman"/>
          <w:b/>
          <w:i w:val="0"/>
          <w:color w:val="000000"/>
          <w:sz w:val="24"/>
          <w:rtl/>
          <w:szCs w:val="32"/>
        </w:rPr>
        <w:t>אל״ף למ״ד ה״י יו״ד מ״ם</w:t>
      </w:r>
      <w:r>
        <w:rPr>
          <w:rFonts w:ascii="Georgia" w:hAnsi="Georgia"/>
          <w:b w:val="0"/>
          <w:i w:val="0"/>
          <w:color w:val="000000"/>
          <w:sz w:val="24"/>
        </w:rPr>
        <w:t xml:space="preserve"> = 300). И этот ЭЛОКИМ в АА — это свойство МАЦПАЦ, ведь о нем сказано: </w:t>
      </w:r>
      <w:r>
        <w:rPr>
          <w:rFonts w:ascii="Georgia" w:hAnsi="Georgia"/>
          <w:b w:val="0"/>
          <w:i/>
          <w:color w:val="000000"/>
          <w:sz w:val="24"/>
        </w:rPr>
        <w:t>«…и нет Б-га со Мною»</w:t>
      </w:r>
      <w:r>
        <w:rPr>
          <w:rFonts w:ascii="Georgia" w:hAnsi="Georgia"/>
          <w:b w:val="0"/>
          <w:i w:val="0"/>
          <w:color w:val="000000"/>
          <w:sz w:val="24"/>
        </w:rPr>
        <w:t xml:space="preserve"> (Дварим 32:39), и в нем нет ничего, кроме АВАЯ. А там, где в ЗА есть ЭЛОКИМ, в АА [Имя] АВАЯ заменяется на МАЦПАЦ, поскольку в конечном счете всякая замена — это суд (дин). И так как у Имени ЭЛОКИМ в его полном наполнении тринадцать букв, поэтому из него протягиваются тринадцать исправлений бороды.</w:t>
      </w:r>
    </w:p>
    <w:p>
      <w:pPr>
        <w:spacing w:before="40" w:after="120"/>
        <w:jc w:val="both"/>
      </w:pPr>
      <w:r>
        <w:rPr>
          <w:rFonts w:ascii="Georgia" w:hAnsi="Georgia"/>
          <w:b w:val="0"/>
          <w:i w:val="0"/>
          <w:color w:val="000000"/>
          <w:sz w:val="24"/>
        </w:rPr>
        <w:t>7) Ты уже знаешь, что вся суть бороды — это суды (диним), и благодаря ей подчиняются нижние суды, ведь суд услаждается только в своем корне. И поскольку этот край (пэа) по своей сути — Малхут, а Малхут — это суд и называется ЭЛОКИМ, как известно (ведь есть три [проявления Имени] ЭЛОКИМ: первое — в Гвуре, второе — в Ходе, третье — в Малхут), поэтому Малхут десяти сфирот высшей головы — это ЭЛОКИМ, равный по гематрии слову пэа (</w:t>
      </w:r>
      <w:r>
        <w:rPr>
          <w:rFonts w:ascii="Georgia" w:hAnsi="Georgia" w:cs="Times New Roman"/>
          <w:b/>
          <w:i w:val="0"/>
          <w:color w:val="000000"/>
          <w:sz w:val="24"/>
          <w:rtl/>
          <w:szCs w:val="32"/>
        </w:rPr>
        <w:t>פֵּאָה</w:t>
      </w:r>
      <w:r>
        <w:rPr>
          <w:rFonts w:ascii="Georgia" w:hAnsi="Georgia"/>
          <w:b w:val="0"/>
          <w:i w:val="0"/>
          <w:color w:val="000000"/>
          <w:sz w:val="24"/>
        </w:rPr>
        <w:t xml:space="preserve"> = 86). Однако здесь оно берется с наполнением буквами йод, поскольку находится в тайне головы, и так обстоит дело в ЗА; но в АА этот край — это Имя МАЦПАЦ, как сказано выше.</w:t>
      </w:r>
    </w:p>
    <w:p>
      <w:pPr>
        <w:spacing w:before="40" w:after="120"/>
        <w:jc w:val="both"/>
      </w:pPr>
      <w:r>
        <w:rPr>
          <w:rFonts w:ascii="Georgia" w:hAnsi="Georgia"/>
          <w:b w:val="0"/>
          <w:i w:val="0"/>
          <w:color w:val="000000"/>
          <w:sz w:val="24"/>
        </w:rPr>
        <w:t>8) И есть два края по обеим сторонам головы, и они — тайна двух великих светил: МАЦПАЦ МАЦПАЦ (</w:t>
      </w:r>
      <w:r>
        <w:rPr>
          <w:rFonts w:ascii="Georgia" w:hAnsi="Georgia" w:cs="Times New Roman"/>
          <w:b/>
          <w:i w:val="0"/>
          <w:color w:val="000000"/>
          <w:sz w:val="24"/>
          <w:rtl/>
          <w:szCs w:val="32"/>
        </w:rPr>
        <w:t>מצפ״ץ מצפ״ץ</w:t>
      </w:r>
      <w:r>
        <w:rPr>
          <w:rFonts w:ascii="Georgia" w:hAnsi="Georgia"/>
          <w:b w:val="0"/>
          <w:i w:val="0"/>
          <w:color w:val="000000"/>
          <w:sz w:val="24"/>
        </w:rPr>
        <w:t xml:space="preserve">), как сказано в Зоаре (Берешит 22). И это два Имени перед тринадцатью свойствами милосердия (мехилин де-рахмей), которые суть </w:t>
      </w:r>
      <w:r>
        <w:rPr>
          <w:rFonts w:ascii="Georgia" w:hAnsi="Georgia"/>
          <w:b w:val="0"/>
          <w:i/>
          <w:color w:val="000000"/>
          <w:sz w:val="24"/>
        </w:rPr>
        <w:t>«Г-сподь, Г-сподь, Б-г человеколюбивый…»</w:t>
      </w:r>
      <w:r>
        <w:rPr>
          <w:rFonts w:ascii="Georgia" w:hAnsi="Georgia"/>
          <w:b w:val="0"/>
          <w:i w:val="0"/>
          <w:color w:val="000000"/>
          <w:sz w:val="24"/>
        </w:rPr>
        <w:t xml:space="preserve"> (Шмот 34:6). Смысл этого в том, что ЗА произошел от правого МАЦПАЦ, а Нуква — от левого МАЦПАЦ. И они — корень двух великих светил, ведь между ними не было различия, и у каждого было полное [Имя] АВАЯ, только один справа, а другая слева.</w:t>
      </w:r>
    </w:p>
    <w:p>
      <w:pPr>
        <w:spacing w:before="40" w:after="120"/>
        <w:jc w:val="both"/>
      </w:pPr>
      <w:r>
        <w:rPr>
          <w:rFonts w:ascii="Georgia" w:hAnsi="Georgia"/>
          <w:b w:val="0"/>
          <w:i w:val="0"/>
          <w:color w:val="000000"/>
          <w:sz w:val="24"/>
        </w:rPr>
        <w:t>9) Смысл в том, что, как уже объяснялось выше, в АА есть Хесед и Гвура, и они — ЗОН. Поэтому с правой стороны головы, откуда [исходят] пять хасадим (венец мужского начала), вышел один край, от которого питается ЗА, ведь волосы — это излишки мозга (моха). А от пяти гвурот слева вышел левый край, от которого питается его Нуква.</w:t>
      </w:r>
    </w:p>
    <w:p>
      <w:pPr>
        <w:spacing w:before="40" w:after="120"/>
        <w:jc w:val="both"/>
      </w:pPr>
      <w:r>
        <w:rPr>
          <w:rFonts w:ascii="Georgia" w:hAnsi="Georgia"/>
          <w:b w:val="0"/>
          <w:i w:val="0"/>
          <w:color w:val="000000"/>
          <w:sz w:val="24"/>
        </w:rPr>
        <w:t>10) То же, что сказано в Зоаре, будто первые два Имени входят в счет тринадцати свойств [милосердия]… смысл здесь в сказанном [нами]: ведь первое исправление бороды — это ЭЛЬ (</w:t>
      </w:r>
      <w:r>
        <w:rPr>
          <w:rFonts w:ascii="Georgia" w:hAnsi="Georgia" w:cs="Times New Roman"/>
          <w:b/>
          <w:i w:val="0"/>
          <w:color w:val="000000"/>
          <w:sz w:val="24"/>
          <w:rtl/>
          <w:szCs w:val="32"/>
        </w:rPr>
        <w:t>אֵל</w:t>
      </w:r>
      <w:r>
        <w:rPr>
          <w:rFonts w:ascii="Georgia" w:hAnsi="Georgia"/>
          <w:b w:val="0"/>
          <w:i w:val="0"/>
          <w:color w:val="000000"/>
          <w:sz w:val="24"/>
        </w:rPr>
        <w:t>), и оно — Малхут, и край (пэа) — тоже свойство Малхут. Получается, что две Малхут смежны и соединены друг с другом: ведь там, где оканчивается Малхут головы — край головы (пэат а-рош), оттуда начинается Малхут бороды, являющаяся первым исправлением. И тогда эта нижняя [Малхут] питается от высшей, поскольку в силу волос головы, остающихся в краю головы, из них выходят волосы тринадцати исправлений бороды, как сказано выше. Если так, выходит, что все тринадцать свойств питаются от двух краев головы. Поэтому вначале мы упоминаем эти два [Имени] АВАЯ, которые в замене представляют собой тайну МАЦПАЦ МАЦПАЦ, а затем упоминаем тринадцать свойств.</w:t>
      </w:r>
    </w:p>
    <w:p>
      <w:pPr>
        <w:spacing w:before="40" w:after="120"/>
        <w:jc w:val="both"/>
      </w:pPr>
      <w:r>
        <w:rPr>
          <w:rFonts w:ascii="Georgia" w:hAnsi="Georgia"/>
          <w:b w:val="0"/>
          <w:i w:val="0"/>
          <w:color w:val="000000"/>
          <w:sz w:val="24"/>
        </w:rPr>
        <w:t>11) Мы уже объясняли, что у ЗА нет тринадцати исправлений бороды, а есть только девять. И даже когда мы упоминаем тринадцать исправлений бороды у ЗА, это лишь означает, что свечение тринадцати включено в девять [исправлений] ЗА, и в них есть тринадцать свечений, но самих исправлений — только девять. Следовательно, тринадцать исправлений бороды находятся в АА, и они протягиваются к девяти [исправлениям] ЗА. Поэтому [здесь] именно два Имени МАЦПАЦ МАЦПАЦ, ведь если бы они относились к ЗА, то были бы только двумя [Именами] ЭЛОКИМ с наполнением буквами йод, как сказано выше.</w:t>
      </w:r>
    </w:p>
    <w:p>
      <w:pPr>
        <w:spacing w:before="40" w:after="120"/>
        <w:jc w:val="both"/>
      </w:pPr>
      <w:r>
        <w:rPr>
          <w:rFonts w:ascii="Georgia" w:hAnsi="Georgia"/>
          <w:b w:val="0"/>
          <w:i w:val="0"/>
          <w:color w:val="000000"/>
          <w:sz w:val="24"/>
        </w:rPr>
        <w:t>12) От двух [Имен] ЭЛОКИМ в краях головы протянулись два [сочетания букв] ЭЛЬ (</w:t>
      </w:r>
      <w:r>
        <w:rPr>
          <w:rFonts w:ascii="Georgia" w:hAnsi="Georgia" w:cs="Times New Roman"/>
          <w:b/>
          <w:i w:val="0"/>
          <w:color w:val="000000"/>
          <w:sz w:val="24"/>
          <w:rtl/>
          <w:szCs w:val="32"/>
        </w:rPr>
        <w:t>אֵל</w:t>
      </w:r>
      <w:r>
        <w:rPr>
          <w:rFonts w:ascii="Georgia" w:hAnsi="Georgia"/>
          <w:b w:val="0"/>
          <w:i w:val="0"/>
          <w:color w:val="000000"/>
          <w:sz w:val="24"/>
        </w:rPr>
        <w:t>): к первому и второму исправлениям. Буквы йод-хэй (</w:t>
      </w:r>
      <w:r>
        <w:rPr>
          <w:rFonts w:ascii="Georgia" w:hAnsi="Georgia" w:cs="Times New Roman"/>
          <w:b/>
          <w:i w:val="0"/>
          <w:color w:val="000000"/>
          <w:sz w:val="24"/>
          <w:rtl/>
          <w:szCs w:val="32"/>
        </w:rPr>
        <w:t>י״ה</w:t>
      </w:r>
      <w:r>
        <w:rPr>
          <w:rFonts w:ascii="Georgia" w:hAnsi="Georgia"/>
          <w:b w:val="0"/>
          <w:i w:val="0"/>
          <w:color w:val="000000"/>
          <w:sz w:val="24"/>
        </w:rPr>
        <w:t xml:space="preserve">) из обоих [Имен] ЭЛОКИМ протянулись к шестому исправлению, как упоминается в Идра при объяснении стиха: </w:t>
      </w:r>
      <w:r>
        <w:rPr>
          <w:rFonts w:ascii="Georgia" w:hAnsi="Georgia"/>
          <w:b w:val="0"/>
          <w:i/>
          <w:color w:val="000000"/>
          <w:sz w:val="24"/>
        </w:rPr>
        <w:t>«Из теснины воззвал я к Г-споду…»</w:t>
      </w:r>
      <w:r>
        <w:rPr>
          <w:rFonts w:ascii="Georgia" w:hAnsi="Georgia"/>
          <w:b w:val="0"/>
          <w:i w:val="0"/>
          <w:color w:val="000000"/>
          <w:sz w:val="24"/>
        </w:rPr>
        <w:t xml:space="preserve"> (Теилим 118:5). И ты уже знаешь, что в первом исправлении есть ЭЛЬ (</w:t>
      </w:r>
      <w:r>
        <w:rPr>
          <w:rFonts w:ascii="Georgia" w:hAnsi="Georgia" w:cs="Times New Roman"/>
          <w:b/>
          <w:i w:val="0"/>
          <w:color w:val="000000"/>
          <w:sz w:val="24"/>
          <w:rtl/>
          <w:szCs w:val="32"/>
        </w:rPr>
        <w:t>אֵל</w:t>
      </w:r>
      <w:r>
        <w:rPr>
          <w:rFonts w:ascii="Georgia" w:hAnsi="Georgia"/>
          <w:b w:val="0"/>
          <w:i w:val="0"/>
          <w:color w:val="000000"/>
          <w:sz w:val="24"/>
        </w:rPr>
        <w:t xml:space="preserve"> = 31) прядей волос, и потому оно называется ЭЛЬ (</w:t>
      </w:r>
      <w:r>
        <w:rPr>
          <w:rFonts w:ascii="Georgia" w:hAnsi="Georgia" w:cs="Times New Roman"/>
          <w:b/>
          <w:i w:val="0"/>
          <w:color w:val="000000"/>
          <w:sz w:val="24"/>
          <w:rtl/>
          <w:szCs w:val="32"/>
        </w:rPr>
        <w:t>אֵל</w:t>
      </w:r>
      <w:r>
        <w:rPr>
          <w:rFonts w:ascii="Georgia" w:hAnsi="Georgia"/>
          <w:b w:val="0"/>
          <w:i w:val="0"/>
          <w:color w:val="000000"/>
          <w:sz w:val="24"/>
        </w:rPr>
        <w:t>), и протягивается оно от букв алеф-ламэд в ЭЛОКИМ. В шестом же исправлении, которое отчасти находится в теснине (мейцар) бороды, пребывают буквы йод-хэй от ЭЛОКИМ: йод (</w:t>
      </w:r>
      <w:r>
        <w:rPr>
          <w:rFonts w:ascii="Georgia" w:hAnsi="Georgia" w:cs="Times New Roman"/>
          <w:b/>
          <w:i w:val="0"/>
          <w:color w:val="000000"/>
          <w:sz w:val="24"/>
          <w:rtl/>
          <w:szCs w:val="32"/>
        </w:rPr>
        <w:t>י</w:t>
      </w:r>
      <w:r>
        <w:rPr>
          <w:rFonts w:ascii="Georgia" w:hAnsi="Georgia"/>
          <w:b w:val="0"/>
          <w:i w:val="0"/>
          <w:color w:val="000000"/>
          <w:sz w:val="24"/>
        </w:rPr>
        <w:t>) справа, а хэй (</w:t>
      </w:r>
      <w:r>
        <w:rPr>
          <w:rFonts w:ascii="Georgia" w:hAnsi="Georgia" w:cs="Times New Roman"/>
          <w:b/>
          <w:i w:val="0"/>
          <w:color w:val="000000"/>
          <w:sz w:val="24"/>
          <w:rtl/>
          <w:szCs w:val="32"/>
        </w:rPr>
        <w:t>ה</w:t>
      </w:r>
      <w:r>
        <w:rPr>
          <w:rFonts w:ascii="Georgia" w:hAnsi="Georgia"/>
          <w:b w:val="0"/>
          <w:i w:val="0"/>
          <w:color w:val="000000"/>
          <w:sz w:val="24"/>
        </w:rPr>
        <w:t xml:space="preserve">) слева, и об этом сказано: </w:t>
      </w:r>
      <w:r>
        <w:rPr>
          <w:rFonts w:ascii="Georgia" w:hAnsi="Georgia"/>
          <w:b w:val="0"/>
          <w:i/>
          <w:color w:val="000000"/>
          <w:sz w:val="24"/>
        </w:rPr>
        <w:t>«Из теснины воззвал я к Г-споду (ЙА)»</w:t>
      </w:r>
      <w:r>
        <w:rPr>
          <w:rFonts w:ascii="Georgia" w:hAnsi="Georgia"/>
          <w:b w:val="0"/>
          <w:i w:val="0"/>
          <w:color w:val="000000"/>
          <w:sz w:val="24"/>
        </w:rPr>
        <w:t>. А затем ниже, в том месте, где борода начинает расширяться — против двух «яблок» [щек] (тапухин), — находятся также вторые буквы йод-хэй от второго ЭЛОКИМ: йод справа, а хэй слева. А затем конечная буква мэм (мэм софит) от ЭЛОКИМ находится во рту (пэ), который подобен закрытой букве мэм, и это две буквы мэм: ведь губы, закрывающие рот, подобны закрытой букве мэм, а затем зубы также образуют круглую ограду наподобие закрытой буквы мэм (</w:t>
      </w:r>
      <w:r>
        <w:rPr>
          <w:rFonts w:ascii="Georgia" w:hAnsi="Georgia" w:cs="Times New Roman"/>
          <w:b/>
          <w:i w:val="0"/>
          <w:color w:val="000000"/>
          <w:sz w:val="24"/>
          <w:rtl/>
          <w:szCs w:val="32"/>
        </w:rPr>
        <w:t>ם</w:t>
      </w:r>
      <w:r>
        <w:rPr>
          <w:rFonts w:ascii="Georgia" w:hAnsi="Georgia"/>
          <w:b w:val="0"/>
          <w:i w:val="0"/>
          <w:color w:val="000000"/>
          <w:sz w:val="24"/>
        </w:rPr>
        <w:t>). И это две буквы мэм двух Имен ЭЛОКИМ.</w:t>
      </w:r>
    </w:p>
    <w:p>
      <w:pPr>
        <w:spacing w:before="40" w:after="120"/>
        <w:jc w:val="both"/>
      </w:pPr>
      <w:r>
        <w:rPr>
          <w:rFonts w:ascii="Georgia" w:hAnsi="Georgia"/>
          <w:b w:val="0"/>
          <w:i w:val="0"/>
          <w:color w:val="000000"/>
          <w:sz w:val="24"/>
        </w:rPr>
        <w:t xml:space="preserve">13) И так объясняется стих: </w:t>
      </w:r>
      <w:r>
        <w:rPr>
          <w:rFonts w:ascii="Georgia" w:hAnsi="Georgia"/>
          <w:b w:val="0"/>
          <w:i/>
          <w:color w:val="000000"/>
          <w:sz w:val="24"/>
        </w:rPr>
        <w:t>«Из теснины воззвал я к Г-споду (ЙА)»</w:t>
      </w:r>
      <w:r>
        <w:rPr>
          <w:rFonts w:ascii="Georgia" w:hAnsi="Georgia"/>
          <w:b w:val="0"/>
          <w:i w:val="0"/>
          <w:color w:val="000000"/>
          <w:sz w:val="24"/>
        </w:rPr>
        <w:t xml:space="preserve"> — ведь там начал раскрываться [свет] ЭЛЬ, и потому намерением было притянуть туда и [буквы] Имени ЙА, оставшиеся от ЭЛОКИМ. Но [Имя ЙА] ответило мне не в теснине, ведь там не его место, а </w:t>
      </w:r>
      <w:r>
        <w:rPr>
          <w:rFonts w:ascii="Georgia" w:hAnsi="Georgia"/>
          <w:b w:val="0"/>
          <w:i/>
          <w:color w:val="000000"/>
          <w:sz w:val="24"/>
        </w:rPr>
        <w:t>«на просторе [ответил мне] Г-сподь (ЙА)»</w:t>
      </w:r>
      <w:r>
        <w:rPr>
          <w:rFonts w:ascii="Georgia" w:hAnsi="Georgia"/>
          <w:b w:val="0"/>
          <w:i w:val="0"/>
          <w:color w:val="000000"/>
          <w:sz w:val="24"/>
        </w:rPr>
        <w:t xml:space="preserve"> (Теилим 118:5), поскольку оно опустилось на место простора в шестом исправлении и не осталось в теснине.</w:t>
      </w:r>
    </w:p>
    <w:p>
      <w:pPr>
        <w:spacing w:before="40" w:after="120"/>
        <w:jc w:val="both"/>
      </w:pPr>
      <w:r>
        <w:rPr>
          <w:rFonts w:ascii="Georgia" w:hAnsi="Georgia"/>
          <w:b w:val="0"/>
          <w:i w:val="0"/>
          <w:color w:val="000000"/>
          <w:sz w:val="24"/>
        </w:rPr>
        <w:t>14) Вот и разъяснилось, каким образом вся борода — это тайна судов от Имени ЭЛОКИМ. Причина же в том, что вся борода [происходит] от мозга (моха), а буквы мэм там — корни судов, подчиняющие все, что находится ниже их. И потому сказали [мудрецы], что сокровенный смысл бороды — подчинять суды.</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1–10) </w:t>
      </w:r>
      <w:r>
        <w:rPr>
          <w:rFonts w:ascii="Georgia" w:hAnsi="Georgia"/>
          <w:b/>
          <w:i w:val="0"/>
          <w:color w:val="000000"/>
          <w:sz w:val="24"/>
        </w:rPr>
        <w:t>«Теперь объясним два Имени… в Гальгальте есть десять сфирот до лба… последняя, то есть Малхут, — это тайна края… это Имя МАЦПАЦ… справа против ЗА, а слева против Нуквы… мэм в МАЦПАЦ… цади в МАЦПАЦ… в силу волос головы, остающихся в краю головы, из них выходят волосы тринадцати исправлений бороды…»</w:t>
      </w:r>
    </w:p>
    <w:p>
      <w:pPr>
        <w:spacing w:before="40" w:after="120"/>
        <w:jc w:val="both"/>
      </w:pPr>
      <w:r>
        <w:rPr>
          <w:rFonts w:ascii="Georgia" w:hAnsi="Georgia"/>
          <w:b w:val="0"/>
          <w:i w:val="0"/>
          <w:color w:val="000000"/>
          <w:sz w:val="24"/>
        </w:rPr>
        <w:t>Сначала разберем слова Учителя в ветви 67, где он говорит: «Вернемся к нашей теме: в голове АА есть только Кетер и Хохма… в каждой из них есть десять сфирот. И во всей протяженности головы до лба, то есть до места волос, там есть совокупность десяти сфирот от Кетера и десяти сфирот от Хохмы…» И ты уже знаешь, что всякая голова представляет собой свойство АХАП, вышедших из высшей ступени, и в этом отношении она — горло и ХАГАТ. Однако по отношению к себе самому [каждый такой уровень] рассматривается как Кетер и Хохма, как сказано в предыдущей ветви. Таким образом, голова Гальгальты АА считается свойством горла и ХАГАТ де-Радла, но по отношению к себе в ней есть Кетер и Хохма головы Гальгальты АА. И точно так же третья голова, то есть Моха Стимаа де-АА, считается свойством АХАП де-Гальгальта, а по отношению к себе считается, что в ней есть свойство Кетера и Хохмы де-Моха Стимаа де-АА. И точно так же Аба ве-Има считаются свойством АХАП де-Моха Стимаа, его горлом и ХАГАТ, а сами по себе содержат Кетер и Хохму АВАЯ де-САГ, являющуюся тайной Аба ве-Има, как известно.</w:t>
      </w:r>
    </w:p>
    <w:p>
      <w:pPr>
        <w:spacing w:before="40" w:after="120"/>
        <w:jc w:val="both"/>
      </w:pPr>
      <w:r>
        <w:rPr>
          <w:rFonts w:ascii="Georgia" w:hAnsi="Georgia"/>
          <w:b w:val="0"/>
          <w:i w:val="0"/>
          <w:color w:val="000000"/>
          <w:sz w:val="24"/>
        </w:rPr>
        <w:t>Также объяснялось выше на странице 810, со слов «И уже…», относительно Моха де-Авира (воздушного мозга), который обязательно должен был стать отдельной головой. Причина в том, что Гальгальта включает в себя также свойство Бины де-АБ, которая не получила никакого подъема благодаря свечению Радла, приходящему от зивуга НЕХИ де-паним, поскольку тот поднимает в голову только Бину де-САГ и не имеет отношения к Бине де-АБ. Поэтому Гальгальта не может подняться в свойство ГАР де-Радла, а остается на уровне Хеседа де-Радла, будучи лишена ГАР де-Радла; и свойства ГАР де-Радла светят только в Моха де-Авира в качестве света нешама для АА, как пишет Учитель в ветви 65, пункт шин, со слов... ...«И знай…», смотри там внимательно. И тебе нужно различать разницу между этими двумя головами: хотя сами по себе каждая из них содержит десять сфирот, как известно, но относительно света нешама и головы, получаемых от Радла, Гальгальта считается свойством АВАЯ де-АБ, называемой Кетером, а Моха де-Авира — свойством АВАЯ де-САГ, являющейся тайной Хохмы.</w:t>
      </w:r>
    </w:p>
    <w:p>
      <w:pPr>
        <w:spacing w:before="40" w:after="120"/>
        <w:jc w:val="both"/>
      </w:pPr>
      <w:r>
        <w:rPr>
          <w:rFonts w:ascii="Georgia" w:hAnsi="Georgia"/>
          <w:b w:val="0"/>
          <w:i w:val="0"/>
          <w:color w:val="000000"/>
          <w:sz w:val="24"/>
        </w:rPr>
        <w:t>Причина в том, что эта Гальгальта до зивуга сама состояла только из Гальгальты ве-Эйнаим, поскольку ее АХАП опустились в Моха Стимаа, как сказано выше. И тогда в АА еще не было уровня нешама, а только ГАР, представляющие собой лишь высоту [уровня] ЗОН. Лишь затем, благодаря зивугу состояния гадлут (большого состояния) де-Радла, когда экран опустился от Хохмы де-БОН до последней стадии Бины де-БОН, называемой оболочкой воздуха (крума де-авира) или лбом (мэцах), — ведь лоб тоже является тайной Бины де-Гальгальта, как сказано выше в «Паним Меирот», страница 821, со слов... ...«И это…», поэтому считается, что Бина, включенная в Моха Стимаа, поднялась выше крума де-авира, так как крума де-авира стала теперь последней стадией этой Бины. Вследствие этого высота Бины де-БОН сравнялась с высотой Хохмы де-БОН — с теми Эйнаим, которые были включены в Гальгальту, как сказано выше. Зивуг же произошел под ними, на крума де-авира, куда опустился Есод де-Радла, прежде находившийся над Гальгальтой, в тайне последней стадии Хохмы де-БОН в самом Радла, как написано там.</w:t>
      </w:r>
    </w:p>
    <w:p>
      <w:pPr>
        <w:spacing w:before="40" w:after="120"/>
        <w:jc w:val="both"/>
      </w:pPr>
      <w:r>
        <w:rPr>
          <w:rFonts w:ascii="Georgia" w:hAnsi="Georgia"/>
          <w:b w:val="0"/>
          <w:i w:val="0"/>
          <w:color w:val="000000"/>
          <w:sz w:val="24"/>
        </w:rPr>
        <w:t>И тогда там выходят НАРАН: нешама и руах — в ХУБ, а нефеш — от крума де-авира и ниже. И ты находишь, что в Моха де-Авира есть исправление линий (тиккун кавин): правая, левая и средняя. Правая линия в нем — это тайна Хохмы, взятой от Гальгальты, как сказано выше, и там облачена нешама; левая линия — это Бина, взятая от Моха Стимаа; а средняя линия — это опускание экрана Радла, который был над Гальгальтой и опустился теперь до крума де-авира, как сказано выше. И ты видишь, как из самой Гальгальты образовались эти две головы: Гальгальта и Авира. Ведь в состоянии катнут (малом состоянии) она включала в себя Кетер и Хохму вместе, а благодаря зивугу гадлута Хохма отделилась от нее и получила свет нешама в правой линии Моха де-Авира, как объяснялось выше.</w:t>
      </w:r>
    </w:p>
    <w:p>
      <w:pPr>
        <w:spacing w:before="40" w:after="120"/>
        <w:jc w:val="both"/>
      </w:pPr>
      <w:r>
        <w:rPr>
          <w:rFonts w:ascii="Georgia" w:hAnsi="Georgia"/>
          <w:b w:val="0"/>
          <w:i w:val="0"/>
          <w:color w:val="000000"/>
          <w:sz w:val="24"/>
        </w:rPr>
        <w:t>И знай, что именно поэтому весь Моха де-Авира называется Хохмой, и помни это. Однако при всем том, поскольку вся голова АА относится к свойству АБ — то есть к свойству Аба ве-Има де-Некудим, чей экран происходит из НЕХИ де-ахор, а эта нешама Моха де-Авира — лишь свойство НЕХИ де-паним, являющееся высотой [уровня] ИШСУТ де-Некудим, как сказано выше в «Паним Меирот», страница 823, со слов «И смысл…», — постольку в этом отношении она считается лишь уровнем ГАР де-Бина де-АБ. Иначе говоря, десять сфирот этой нешама достигают уровня Бины де-Некудим, и все еще недостает уровня Кетера и Хохмы де-Аба ве-Има де-Некудим — той разницы между высотой голов высших Аба ве-Има де-Некудим и высотой голов ИШСУТ де-Некудим, то есть двух сфирот: Кетера и Хохмы. И получается, что Кетер и Хохма в Хохме отсутствуют в этой нешама, находящейся в Моха де-Авира, и там есть лишь [уровни] от Бины де-Хохма и ниже. А в голове Гальгальты АА, которая осталась облачающей Хесед де-Радла, как сказано выше, из ГАР не раскрывается вообще ничего, кроме как от Хеседа и ниже.</w:t>
      </w:r>
    </w:p>
    <w:p>
      <w:pPr>
        <w:spacing w:before="40" w:after="120"/>
        <w:jc w:val="both"/>
      </w:pPr>
      <w:r>
        <w:rPr>
          <w:rFonts w:ascii="Georgia" w:hAnsi="Georgia"/>
          <w:b w:val="0"/>
          <w:i w:val="0"/>
          <w:color w:val="000000"/>
          <w:sz w:val="24"/>
        </w:rPr>
        <w:t>Причина в том, что зивуг де-Радла происходил не на экран НЕХИ де-ахор, включенных в Гальгальту, ибо они были скрыты в Парсе де-Радла, находящейся над Гальгальтой, и никогда не вступают в зивуг, как говорилось в предыдущей ветви. И поэтому считается также, что Есод и Малхут, являющиеся средней линией НЕХИ, которые раскрываются во время ударного соединения (зивуг де-акаа) под действием высшего света, как сказано в предыдущей ветви, отсутствуют в Гальгальте по причине их сокрытия. Поэтому ты находишь здесь лишь пять сфирот: от сфиры Хесед до Хода. Ведь из НЕХИ отсутствует средняя соединяющая линия — Есод и Малхут, поскольку они представляют собой Нецах и Ход де-ахор, как сказано выше... ...и по этой же причине они лишены также свойства ГАР, как разъяснено. И знай: подобно тому как объяснялось относительно Радла, который светит в голову Гальгальты и разделяет ее на две головы — Кетер и Хохму, где пять сфирот: ХАГАТ, Нецах и Ход — находятся в голове Кетера, являющейся самой Гальгальтой, а восемь сфирот от Бины до Малхут — в голове Хохмы, называемой Моха де-Авира, как объяснялось выше, — в точности так же Моха де-Авира светит в голову Моха Стимаа и разделяет ее тоже на две головы: Кетер и Хохму, подобно вышесказанному. Ведь в ней тоже есть оболочка (крума), покрывающая Моха Стимаа, которая является Гальгальтой, а сама Моха Стимаа — это Хохма.</w:t>
      </w:r>
    </w:p>
    <w:p>
      <w:pPr>
        <w:spacing w:before="40" w:after="120"/>
        <w:jc w:val="both"/>
      </w:pPr>
      <w:r>
        <w:rPr>
          <w:rFonts w:ascii="Georgia" w:hAnsi="Georgia"/>
          <w:b w:val="0"/>
          <w:i w:val="0"/>
          <w:color w:val="000000"/>
          <w:sz w:val="24"/>
        </w:rPr>
        <w:t>Но здесь есть одно отличие: эти восемь сфирот не могут получить исправление трех линий, как в Моха де-Авира, из-за оболочки, покрывающей ее наподобие Гальгальты, как сказано выше, в которой есть лишь пять сфирот: ХАГАТ, Нецах и Ход. Поскольку она относится к свойству АБ из НЕХИ де-ахор, как объяснялось выше относительно Гальгальты (смотри там), свечение нешама де-САГ не может пройти сквозь эту оболочку, покрывающую Моха Стимаа сверху. И поэтому эта нешама де-Моха Стимаа раскрывается только в волосах бороды вне Моха Стимаа, в тайне восьми высших исправлений бороды до «хранящий милость» (</w:t>
      </w:r>
      <w:r>
        <w:rPr>
          <w:rFonts w:ascii="Georgia" w:hAnsi="Georgia"/>
          <w:b w:val="0"/>
          <w:i/>
          <w:color w:val="000000"/>
          <w:sz w:val="24"/>
        </w:rPr>
        <w:t>ноцер хесед</w:t>
      </w:r>
      <w:r>
        <w:rPr>
          <w:rFonts w:ascii="Georgia" w:hAnsi="Georgia"/>
          <w:b w:val="0"/>
          <w:i w:val="0"/>
          <w:color w:val="000000"/>
          <w:sz w:val="24"/>
        </w:rPr>
        <w:t>), называемого высшим мазалем. Эти восемь исправлений суть восемь сфирот Хохмы — от Бины до Малхут. И ты находишь, что восемь высших исправлений бороды в точности подобны свойству Моха де-Авира, с той лишь разницей, что Моха де-Авира считается светом нешама головы Гальгальты, а эти восемь исправлений бороды считаются светом нешама головы Моха Стимаа. И нет между ними различия, кроме того, что Моха де-Авира, будучи нешама Гальгальты, смогла распространиться во внутренней части головы, поскольку она находится выше того места, куда опустился экран Радла, то есть выше крума де-авира; а известно, что толща (авиют) экрана никак не действует снизу вверх. Иначе обстоит дело со свойством нешама де-Моха Стимаа: поскольку Моха Стимаа находится от экрана и ниже, то есть ниже крума де-авира, граница оболочки закрывает ее, и потому нешама де-Моха Стимаа вынуждена раскрываться только через волосы бороды; пойми это как следует. И об этом сказано в ветви 67, пункт 7: «И вот во всей протяженности головы до лба, то есть до места волос, там есть совокупность десяти сфирот от Кетера и десяти сфирот от Хохмы; и так же ниже лба до горла есть также совокупность десяти сфирот от Кетера и десяти сфирот от Хохмы». Это согласуется со сказанным нами: свечение Радла разделяет Гальгальту на две головы — Гальгальту и Авиру, называемые головой Кетера и головой Хохмы, как сказано выше (смотри там). И обе они стоят выше крума де-авира, являющейся тайной лба, как сказано выше. И это смысл слов о том, что есть совокупность десяти сфирот от Кетера и совокупность десяти сфирот от Хохмы в верхней половине головы, от лба и выше. То есть две названные головы: Гальгальта и Моха де-Авира, оканчивающиеся выше крума де-авира, что от лба и выше, как разъяснено. Точно так же и в нижней половине головы, то есть от лба и ниже, называемой Моха Стимаа: она тоже получает свечение Моха де-Авира и разделяется на две головы, как сказано выше.</w:t>
      </w:r>
    </w:p>
    <w:p>
      <w:pPr>
        <w:spacing w:before="40" w:after="120"/>
        <w:jc w:val="both"/>
      </w:pPr>
      <w:r>
        <w:rPr>
          <w:rFonts w:ascii="Georgia" w:hAnsi="Georgia"/>
          <w:b w:val="0"/>
          <w:i w:val="0"/>
          <w:color w:val="000000"/>
          <w:sz w:val="24"/>
        </w:rPr>
        <w:t>Однако голова Хохмы, исправленная в линиях, не может раскрыться во внутренней части головы, и потому раскрывается в восьми высших исправлениях бороды, как было сказано. И вот объяснены катнут и гадлут восьми высших исправлений бороды: их катнут вышел после гадлута волос головы, как сказано выше на странице 848 со слов «И рассматривается…». Ведь суды, включенные в Гальгальту, опустились в Моха Стимаа и оттуда пробились и вышли наружу как [ступени], лишенные головы, по сторонам лица ниже ушей до высшего мазаля, называемого «хранящий милость» (</w:t>
      </w:r>
      <w:r>
        <w:rPr>
          <w:rFonts w:ascii="Georgia" w:hAnsi="Georgia"/>
          <w:b w:val="0"/>
          <w:i/>
          <w:color w:val="000000"/>
          <w:sz w:val="24"/>
        </w:rPr>
        <w:t>ноцер хесед</w:t>
      </w:r>
      <w:r>
        <w:rPr>
          <w:rFonts w:ascii="Georgia" w:hAnsi="Georgia"/>
          <w:b w:val="0"/>
          <w:i w:val="0"/>
          <w:color w:val="000000"/>
          <w:sz w:val="24"/>
        </w:rPr>
        <w:t>). Гадлута же они достигли после того, как Моха де-Авира осветил Моха Стимаа: тогда к ним пришли свойства нешама и ГАР в тайне головы Хохмы, простирающейся от Бины и ниже, как сказано выше... ...смотри там внимательно. А после того как свойство головы и нешама вышло в Моха Стимаа, то есть через восемь исправлений бороды, тогда суды, включенные в эти волосы прежде, опустились оттуда в голову Аба ве-Има, являющуюся тайной горла де-Моха Стимаа и свойством АХАП, выходящих наружу из Моха Стимаа, как сказано в предыдущей ветви. А известно, что всякое горло — это Гальгальта нижнего, в которой пробиваются и выходят наружу волосы горла высшего, включенные в Гальгальту нижнего. И это тайна пяти нижних исправлений, окружающих горло АА, которое считается Гальгальтой для Аба ве-Има. И ты находишь, что эти пять исправлений бороды, покрывающие горло, суть в точности волосы Гальгальты, и к ним применимы все те принципы, которые были разъяснены относительно волос Гальгальты самого АА, зависящих от свойства горла де-Радла, облаченного туда, как сказано выше в «Паним Меирот», страница 849, со слов «И вот…», смотри там. И об этом он говорит в ветви 69, пункт 2: «И порядок их таков:» «ЭЛЬ — Малхут… вот восемь исправлений Хохмы, ведь первые два вовсе не раскрылись. А другие пять исправлений — это пять краев Кетера… однако ГАР Кетера не смогли раскрыться… а Есод Кетера раскрылся в Бине де-Хохма, являющейся его Нуквой…» Это согласуется со сказанным нами: восемь высших исправлений протягиваются от свойства нешама де-Моха Стимаа, получающего от Моха де-Авира, являющегося тайной Хохмы, как сказано выше на странице 845 со слов «И теперь…», и потому Кетер и Хохма не могут там раскрыться, ведь они не светят и в самом Авира, как написано там. И об этом сказано: «А другие пять исправлений — это пять краев Кетера…», то есть, как мы сказали, эти волосы, окружающие горло, представляют собой волосы Гальгальты для Аба ве-Има, и потому протягиваются от тайны Гальгальты АА.</w:t>
      </w:r>
    </w:p>
    <w:p>
      <w:pPr>
        <w:spacing w:before="40" w:after="120"/>
        <w:jc w:val="both"/>
      </w:pPr>
      <w:r>
        <w:rPr>
          <w:rFonts w:ascii="Georgia" w:hAnsi="Georgia"/>
          <w:b w:val="0"/>
          <w:i w:val="0"/>
          <w:color w:val="000000"/>
          <w:sz w:val="24"/>
        </w:rPr>
        <w:t>Поэтому там нет больше пяти краев: ХАГАТ, Нецах и Ход, как написано выше на странице 852 со слов «И знай…», смотри там. И об этом сказано в ветви 69, пункт 4: «Однако Малхут Кетера не раскрылась, поскольку в АА не заметно существование Нуквы». То есть сокровенный смысл Малхут — это экран, принимающий зивуг. А ты уже знаешь, что Нецах и Ход де-ахор, относящиеся к АА, были скрыты, и на них не совершается зивуг; поэтому они представляют собой лишь две линии — Нецах и Ход — и лишены тайны Нуквы, являющейся средней линией. И об этом сказано в ветви 69, пункт 5: «А Есод Кетера раскрылся в Бине де-Хохма, являющейся его Нуквой». Смысл здесь не в том, что высший мазаль — это нуква по отношению к нижнему мазалю (напротив, высший мазаль — мужское начало, а нижний — нуква), а в том, что то свойство нуквы де-паним, которое служит в Моха де-Авира в тайне зивуга, поднимающего отраженный свет до Бины де-Хохма, служит также и Есоду Кетера. Нуква же де-НЕХИ де-ахор была скрыта и не служит в средней линии, как сказано; и пойми [это]. И из этого ты поймешь, что даже во внутренней части пять сфирот Кетера точно так же расположены под восемью сфиротами Хохмы — то есть в соответствии с решением, которое принял рабби Хаим Виталь, благословенна его память. Ведь Хохма происходит от свойства нешама де-Моха Стимаа и является свойством головы АА, тогда как Кетер — это тайна горла АА, являющегося нуквой по отношению к голове АА, и это тайна Бины, вышедшей наружу из головы АА; именно поэтому высший мазаль — мужское начало, а нижний мазаль — нуква. А то, что она называется Кетером, объясняется тем, что она становится Кетером для Аба ве-Има, как сказано выше. Противоположный же порядок в окружающих сфирот — когда высшие внизу, а нижние вверху — уже объяснялся в «Паним Меирот» выше на странице 845 со слов «И вот…», смотри там, и незачем повторяться.</w:t>
      </w:r>
    </w:p>
    <w:p>
      <w:pPr>
        <w:spacing w:before="40" w:after="120"/>
        <w:jc w:val="both"/>
      </w:pPr>
      <w:r>
        <w:rPr>
          <w:rFonts w:ascii="Georgia" w:hAnsi="Georgia"/>
          <w:b w:val="0"/>
          <w:i w:val="0"/>
          <w:color w:val="000000"/>
          <w:sz w:val="24"/>
        </w:rPr>
        <w:t>Однако следует глубоко понять тему внутренних и окружающих [светов и сфирот] в бороде: Учитель пишет, что применительно к бороде следует сосредоточиваться на обоих, в отличие от головы, как сказано во «Мво Шеарим», врата 3, часть 2, глава 13. Вот его слова: «Однако то, что я получил [по традиции], таково: десять сфирот головы расположены в прямом порядке от Кетера до Малхут, и Малхут находится в самом конце их даже в отношении окружающих, и они не подобны окружающим бороды, которые идут снизу вверх». И это, безусловно, требует глубокого осмысления различия между волосами головы и волосами бороды. Смысл в том, что, как ты уже знаешь, только от лба и выше — то есть до последней стадии Бины де-Гальгальта — нешама де-АА могла раскрыться во внутренней части головы в тайне Моха де-Авира между Кетером и Моха Стимаа.</w:t>
      </w:r>
    </w:p>
    <w:p>
      <w:pPr>
        <w:spacing w:before="40" w:after="120"/>
        <w:jc w:val="both"/>
      </w:pPr>
      <w:r>
        <w:rPr>
          <w:rFonts w:ascii="Georgia" w:hAnsi="Georgia"/>
          <w:b w:val="0"/>
          <w:i w:val="0"/>
          <w:color w:val="000000"/>
          <w:sz w:val="24"/>
        </w:rPr>
        <w:t>Однако от лба и ниже уже властвует сила оболочки, покрывающей Моха Стимаа, и нешама де-АА больше не может раскрываться во внутренней части головы иначе как через волосы бороды, как сказано выше со слов «И ты находишь…», смотри там. Разъяснялась также и причина противоположного порядка окружающих (высшие внизу, а нижние вверху): они представляют собой экраны, предназначенные для зивуга, а потому самый грубый экран оказывается наиболее важным. Ведь четвертая стадия (бхина далет) экрана поднимает отраженный свет на высоту Кетера, а третья стадия (бхина гимель) — на высоту Хохмы. Поэтому понятия «высший» и «нижний» означают здесь превосходство или приниженность по достоинству, ведь в духовном нет понятия физического места. Выходит, что то, что выше всего во внутренних [светах] — то есть самое чистое, — оказывается ниже всего в окружающих, поскольку поднимает отраженный свет на наименьшую высоту среди всех. И это различие в экранах применимо только к волосам бороды, где зивуг уровня нешама происходит в них самих, как сказано выше, а не во внутренней части головы. Иначе обстоит дело с волосами головы: в них самих зивуг не происходит, поскольку они находятся на Гальгальте, непригодной для зивуга НЕХИ де-паним, как сказано выше. Зивуг же совершается во внутренней части головы, то есть в Моха де-Авира, и потому в волосах головы нет оснований оценивать достоинство по высоте уровня экранов — ведь зивуг происходит не в самих волосах, и толща в них не дает никакого преимущества.</w:t>
      </w:r>
    </w:p>
    <w:p>
      <w:pPr>
        <w:spacing w:before="40" w:after="120"/>
        <w:jc w:val="both"/>
      </w:pPr>
      <w:r>
        <w:rPr>
          <w:rFonts w:ascii="Georgia" w:hAnsi="Georgia"/>
          <w:b w:val="0"/>
          <w:i w:val="0"/>
          <w:color w:val="000000"/>
          <w:sz w:val="24"/>
        </w:rPr>
        <w:t>Поэтому более чистое там заведомо важнее и называется более высоким, как и во внутренних [светах]. И об этом сказано, что десять сфирот головы идут по порядку от Кетера до Малхут, и Малхут находится в конце всех даже в отношении окружающих, и они не подобны окружающим бороды, идущим снизу вверх; это согласуется со сказанным нами: зивуг не совершается в волосах головы, как разъяснено. И об этом сказано в ветви 68, пункт 4: «Восьмое исправление — «хранящий милость» (</w:t>
      </w:r>
      <w:r>
        <w:rPr>
          <w:rFonts w:ascii="Georgia" w:hAnsi="Georgia"/>
          <w:b w:val="0"/>
          <w:i/>
          <w:color w:val="000000"/>
          <w:sz w:val="24"/>
        </w:rPr>
        <w:t>ноцер хесед</w:t>
      </w:r>
      <w:r>
        <w:rPr>
          <w:rFonts w:ascii="Georgia" w:hAnsi="Georgia"/>
          <w:b w:val="0"/>
          <w:i w:val="0"/>
          <w:color w:val="000000"/>
          <w:sz w:val="24"/>
        </w:rPr>
        <w:t>). Оно называется святым мазалем (мазла кадиша), и это борода напротив рта и ниже, представляющая собой всю бороду во всей совокупности в едином соединении. Ведь то, что выше этого, разделено надвое, так как два «яблока» [щек] и нос разделяют между ними. Однако напротив рта и ниже находится густота бороды и соединение их вместе». Этим он хочет дать нам понять, что от восьмого исправления и выше, представляющих собой восемь сфирот Хохмы, следует различать исправление трех линий: правую, левую и среднюю.</w:t>
      </w:r>
    </w:p>
    <w:p>
      <w:pPr>
        <w:spacing w:before="40" w:after="120"/>
        <w:jc w:val="both"/>
      </w:pPr>
      <w:r>
        <w:rPr>
          <w:rFonts w:ascii="Georgia" w:hAnsi="Georgia"/>
          <w:b w:val="0"/>
          <w:i w:val="0"/>
          <w:color w:val="000000"/>
          <w:sz w:val="24"/>
        </w:rPr>
        <w:t>Причина в том, что в них совершается зивуг в исправлении линий, получающих от головы Хохмы де-АА, называемой Моха де-Авира, как сказано выше. Ведь экран, находящийся в последней стадии Моха Стимаа над Биной тела (то есть над горлом), силой свечения Авира был опущен к последней стадии этой Бины, благодаря чему Бина возвращается к прежнему состоянию в голову на равную высоту с Хохмой, а экран оказывается под ними обоими — что и составляет тайну трех линий, как сказано выше... ...на странице 834 со слов «И нужно…», смотри там. Однако то, что должно было произойти в Моха Стимаа, совершается только в бороде, как сказано выше. Ведь Моха Стимаа не может принять исправление трех линий, и это тайна сказанного в Идра Раба (128б, пункт 21): «Оболочка воздуха высшей сокрытой мудрости не прекращается, и она не раскрыта и не отворена; и эта оболочка покрывает мозг, являющийся сокрытой мудростью… и эта оболочка рассекается от Зеир Анпина…», смотри там.</w:t>
      </w:r>
    </w:p>
    <w:p>
      <w:pPr>
        <w:spacing w:before="40" w:after="120"/>
        <w:jc w:val="both"/>
      </w:pPr>
      <w:r>
        <w:rPr>
          <w:rFonts w:ascii="Georgia" w:hAnsi="Georgia"/>
          <w:b w:val="0"/>
          <w:i w:val="0"/>
          <w:color w:val="000000"/>
          <w:sz w:val="24"/>
        </w:rPr>
        <w:t>Смысл в том, что оболочка воздуха ограничивает Моха Стимаа, так что она не может принять свечение Моха де-Авира, чтобы опустить экран из своей последней стадии к последней стадии Бины в горле и поднять ее на свое место в голову на равную высоту. Это называлось бы тем, что ограничивающая оболочка рассеклась и в ней образовался вход снизу, через который Бина поднимается из тела в голову. И это действительно происходит в Аба ве-Има, а также в ЗОН: в катнуте у них есть лишь один мозг, как у АА, окруженный оболочкой; в гадлуте же, когда они получают свечение Моха де-Авира через бороду, считается, что эта оболочка рассеклась, поскольку последняя стадия опустилась под Бину их горла, и тогда Бина может подняться в голову на место мозга Хохма, а экран остается под ними в тайне мозга Даат, как сказано в своем месте.</w:t>
      </w:r>
    </w:p>
    <w:p>
      <w:pPr>
        <w:spacing w:before="40" w:after="120"/>
        <w:jc w:val="both"/>
      </w:pPr>
      <w:r>
        <w:rPr>
          <w:rFonts w:ascii="Georgia" w:hAnsi="Georgia"/>
          <w:b w:val="0"/>
          <w:i w:val="0"/>
          <w:color w:val="000000"/>
          <w:sz w:val="24"/>
        </w:rPr>
        <w:t>Однако в Моха Стимаа де-АА не бывает, чтобы оболочка рассеклась и отворилась для подъема Бины в мозг и ее исправления в трех линиях, как сказали мудрецы: «И она не раскрыта и не отворена». И потому то, что должно было произойти в Моха Стимаа, совершается исключительно в волосах бороды. Ведь восемь высших исправлений, являющихся тайной Хохмы, как сказано выше в ветви 69, пункт 1, со слов... ...«И теперь…», опускают экран своей последней стадии, находящийся в восьмом исправлении, к последней стадии под Биной в горле; и тогда Бина вместе с пятью нижними исправлениями, зависящими от нее, поднимается в левую сторону бороды, так что Хохма и Бина оказываются на равной высоте. Экран же, бывший над Биной — то есть в восьмом исправлении, называемом «хранящий милость» (</w:t>
      </w:r>
      <w:r>
        <w:rPr>
          <w:rFonts w:ascii="Georgia" w:hAnsi="Georgia"/>
          <w:b w:val="0"/>
          <w:i/>
          <w:color w:val="000000"/>
          <w:sz w:val="24"/>
        </w:rPr>
        <w:t>ноцер хесед</w:t>
      </w:r>
      <w:r>
        <w:rPr>
          <w:rFonts w:ascii="Georgia" w:hAnsi="Georgia"/>
          <w:b w:val="0"/>
          <w:i w:val="0"/>
          <w:color w:val="000000"/>
          <w:sz w:val="24"/>
        </w:rPr>
        <w:t>), являющемся Биной де-Хохма (то есть экран НЕХИ де-паним, поднимающий отраженный свет на высоту Бины де-Хохма над горлом), — оказывается теперь под Хохмой и Биной в качестве Даат, по сказанному выше. Ведь Бина, находившаяся в горле, поднялась выше этого экрана по левую сторону семи высших исправлений, как разъяснено. И об этом сказано: «Однако напротив рта и ниже находится густота бороды и соединение их вместе». То есть там находится средняя линия — экран, на который совершается зивуг от высшего света, поднимающий отраженный свет на высоту Бины снизу вверх к Хохме и Бине в тайне высшего Даат, а оттуда и вниз — в тайне нижнего Даат; при этом света нешама и руах входят в Хохму и Бину, а свет нефеш — в Даат, как сказано выше... ...на странице 820 со слов «И вот…».</w:t>
      </w:r>
    </w:p>
    <w:p>
      <w:pPr>
        <w:spacing w:before="40" w:after="120"/>
        <w:jc w:val="both"/>
      </w:pPr>
      <w:r>
        <w:rPr>
          <w:rFonts w:ascii="Georgia" w:hAnsi="Georgia"/>
          <w:b w:val="0"/>
          <w:i w:val="0"/>
          <w:color w:val="000000"/>
          <w:sz w:val="24"/>
        </w:rPr>
        <w:t>Поэтому от восьмого исправления и ниже, включая само восьмое исправление, больше нет деления на правую и левую линии. Из этого понятно, что только семь высших исправлений бороды удвоены справа и слева, чего нет ни в волосах головы, ни в пяти нижних исправлениях бороды, покрывающих горло. Это согласуется со сказанным: зивуг происходит только в волосах бороды выше восьмого исправления, поскольку они получают свечение нешама от Авира, приходящее исключительно через исправление трех линий. В волосах же головы зивуг совершается не в них, а во внутренней части головы, как сказано выше; а в пяти нижних исправлениях вокруг горла зивуг происходит не на их месте, а когда они поднимаются в голову и включаются в левую сторону семи высших исправлений выше «хранящий милость» (</w:t>
      </w:r>
      <w:r>
        <w:rPr>
          <w:rFonts w:ascii="Georgia" w:hAnsi="Georgia"/>
          <w:b w:val="0"/>
          <w:i/>
          <w:color w:val="000000"/>
          <w:sz w:val="24"/>
        </w:rPr>
        <w:t>ноцер хесед</w:t>
      </w:r>
      <w:r>
        <w:rPr>
          <w:rFonts w:ascii="Georgia" w:hAnsi="Georgia"/>
          <w:b w:val="0"/>
          <w:i w:val="0"/>
          <w:color w:val="000000"/>
          <w:sz w:val="24"/>
        </w:rPr>
        <w:t>), и потому там нет разделения на правую, левую и среднюю линии. И когда ты вглядишься во все сказанное, то увидишь, что борода и Моха де-Авира во всех своих проявлениях подобны друг другу. Ведь подобно тому как причиной раскрытия Моха де-Авира в качестве дополнительной головы внутри Гальгальты было то, что в самой Гальгальте свет нешама де-Радла не мог раскрыться (как сказано выше на странице 825 со слов «И в этом…»), точно так же причиной появления бороды как головы вне Моха Стимаа (то есть напротив носа и рта) послужило то, что нешама Гальгальты не могла раскрыться в самом Моха Стимаа. И подобно тому как Моха де-Авира является свойством высшего Даат, решающего между Гальгальтой и Моха Стимаа — то есть поднимает свойство Озэн де-Гальгальта, включенное в Моха Стимаа, на уровень левой линии к Хохме на равную высоту, а экран, бывший над Озэн, опускается под него, так что отраженный свет, поднимающийся от экрана вверх, образует высший Даат, соединяющий Хохму с Биной, поднявшейся из Моха Стимаа (что и называется решением наподобие стрелки весов, поднимающей нижнюю чашу и выравнивающей обе чаши, как написано в «Паним Мебирот», страница 670, со слов... ...«И это…», смотри там), — точно так же и борода представляет собой тайну высшего Даат, решающего между Моха Стимаа и его Биной, вышедшей в горло и тело. Ведь она снова поднимает ее выше экрана восьмого исправления, где высший свет, соударяясь с экраном, поднимает отраженный свет снизу вверх и соединяет Хохму и Бину на равной высоте. Это согласуется со сказанным нами: Авира и борода представляют собой одно и то же явление, с той лишь разницей, что Авира решает внутри самой головы от лба и выше, а борода решает между головой и телом и расположена снаружи на лице АА, вокруг его носа и рта; помни все это как следует. И об этом сказано (в пункте 10): «То же, что сказано в Зоаре, будто первые два Имени входят в счет тринадцати свойств… поскольку в силу волос головы, остающихся в краю головы, из них выходят волосы тринадцати исправлений бороды… поэтому вначале мы упоминаем эти два [Имени] АВАЯ, которые в замене представляют собой тайну МАЦПАЦ МАЦПАЦ, а затем упоминаем тринадцать свойств».</w:t>
      </w:r>
    </w:p>
    <w:p>
      <w:pPr>
        <w:spacing w:before="40" w:after="120"/>
        <w:jc w:val="both"/>
      </w:pPr>
      <w:r>
        <w:rPr>
          <w:rFonts w:ascii="Georgia" w:hAnsi="Georgia"/>
          <w:b w:val="0"/>
          <w:i w:val="0"/>
          <w:color w:val="000000"/>
          <w:sz w:val="24"/>
        </w:rPr>
        <w:t>Смысл в том, что и в волосах различаются четыре парцуфа АБ, САГ, МА и БОН: волосы головы считаются АВАЯ де-АБ, а волосы бороды — АВАЯ де-САГ. Известно, что САГ выходит из рта (пэ) головы АБ, то есть из его Малхут. И об этом говорит Учитель: края головы — это Малхут волос головы, то есть Малхут де-АБ; поэтому тринадцать исправлений бороды, являющиеся АВАЯ де-САГ, выходят из краев головы. Следовательно, все тринадцать исправлений бороды включены в края головы как в свой корень, подобно тому как всякий нижний парцуф включен в рот высшего, из которого он вышел, и непременно находился там до своего выхода и распространения наружу. И об этом сказано: «Поэтому мы упоминаем эти два [Имени] АВАЯ, которые суть МАЦПАЦ МАЦПАЦ…». Это согласуется со сказанным: вся совокупность тринадцати исправлений бороды была включена в края головы до своего выхода и распространения на свои места, и тогда они обозначаются Именем МАЦПАЦ, являющимся [Именем] АВАЯ в замене букв по системе «ат-баш» (</w:t>
      </w:r>
      <w:r>
        <w:rPr>
          <w:rFonts w:ascii="Georgia" w:hAnsi="Georgia" w:cs="Times New Roman"/>
          <w:b/>
          <w:i w:val="0"/>
          <w:color w:val="000000"/>
          <w:sz w:val="24"/>
          <w:rtl/>
          <w:szCs w:val="32"/>
        </w:rPr>
        <w:t>א״ת ב״ש</w:t>
      </w:r>
      <w:r>
        <w:rPr>
          <w:rFonts w:ascii="Georgia" w:hAnsi="Georgia"/>
          <w:b w:val="0"/>
          <w:i w:val="0"/>
          <w:color w:val="000000"/>
          <w:sz w:val="24"/>
        </w:rPr>
        <w:t>), так: алеф — тав, бэт — шин, гимель — рэйш, далет — куф, хэй — цади, вав — пэй, зайн — айн, хэт — самэх, тэт — нун, йод — мэм, каф — ламэд. Здесь буква йод заменяется на мэм, первая хэй — на цади, вав — на пэй, а вторая хэй — на цади. Эта замена указывает на противоположность между внутренними и окружающими [светами], как сказано выше на странице 845 со слов «И вот…», смотри там. Ведь во внутренних светах все более чистое считается более высоким и важным, так как Кетер чище Хохмы, а Хохма чище Бины, и такое состояние называется «сверху вниз», как и должно быть: высшие вверху, а нижние внизу.</w:t>
      </w:r>
    </w:p>
    <w:p>
      <w:pPr>
        <w:spacing w:before="40" w:after="120"/>
        <w:jc w:val="both"/>
      </w:pPr>
      <w:r>
        <w:rPr>
          <w:rFonts w:ascii="Georgia" w:hAnsi="Georgia"/>
          <w:b w:val="0"/>
          <w:i w:val="0"/>
          <w:color w:val="000000"/>
          <w:sz w:val="24"/>
        </w:rPr>
        <w:t>Однако в окружающих — то есть в экранах, на которые совершается зивуг от высшего света, — наблюдается прямо противоположное: в них все более грубое оказывается более чистым [по отдаче] и более важным по достоинству. Ведь экран четвертой стадии (бхина далет), обладающий предельной толщей, поднимает отраженный свет и увеличивает парцуф до высоты Кетера; экран третьей стадии (бхина гимель), чья толща меньше, поднимает отраженный свет до высоты Хохмы; а экран второй стадии (бхина бэт), будучи чище третьей стадии, поднимает отраженный свет лишь до высоты Бины, как написано выше в ветви 3 «Паним Масбирот» с подробным объяснением причин, смотри там. И эта тайна заключена в сочетании алфавита «ат-баш»: она показывает, как экран стадии буквы тав (</w:t>
      </w:r>
      <w:r>
        <w:rPr>
          <w:rFonts w:ascii="Georgia" w:hAnsi="Georgia" w:cs="Times New Roman"/>
          <w:b/>
          <w:i w:val="0"/>
          <w:color w:val="000000"/>
          <w:sz w:val="24"/>
          <w:rtl/>
          <w:szCs w:val="32"/>
        </w:rPr>
        <w:t>ת</w:t>
      </w:r>
      <w:r>
        <w:rPr>
          <w:rFonts w:ascii="Georgia" w:hAnsi="Georgia"/>
          <w:b w:val="0"/>
          <w:i w:val="0"/>
          <w:color w:val="000000"/>
          <w:sz w:val="24"/>
        </w:rPr>
        <w:t>) поднимает отраженный свет на высоту головы — предельной высоты алфавита, то есть буквы алеф (</w:t>
      </w:r>
      <w:r>
        <w:rPr>
          <w:rFonts w:ascii="Georgia" w:hAnsi="Georgia" w:cs="Times New Roman"/>
          <w:b/>
          <w:i w:val="0"/>
          <w:color w:val="000000"/>
          <w:sz w:val="24"/>
          <w:rtl/>
          <w:szCs w:val="32"/>
        </w:rPr>
        <w:t>א</w:t>
      </w:r>
      <w:r>
        <w:rPr>
          <w:rFonts w:ascii="Georgia" w:hAnsi="Georgia"/>
          <w:b w:val="0"/>
          <w:i w:val="0"/>
          <w:color w:val="000000"/>
          <w:sz w:val="24"/>
        </w:rPr>
        <w:t>). И в этом сокровенный смысл сочетания алеф-тав (</w:t>
      </w:r>
      <w:r>
        <w:rPr>
          <w:rFonts w:ascii="Georgia" w:hAnsi="Georgia" w:cs="Times New Roman"/>
          <w:b/>
          <w:i w:val="0"/>
          <w:color w:val="000000"/>
          <w:sz w:val="24"/>
          <w:rtl/>
          <w:szCs w:val="32"/>
        </w:rPr>
        <w:t>א״ת</w:t>
      </w:r>
      <w:r>
        <w:rPr>
          <w:rFonts w:ascii="Georgia" w:hAnsi="Georgia"/>
          <w:b w:val="0"/>
          <w:i w:val="0"/>
          <w:color w:val="000000"/>
          <w:sz w:val="24"/>
        </w:rPr>
        <w:t>). Экран же более чистый — стадии буквы шин (</w:t>
      </w:r>
      <w:r>
        <w:rPr>
          <w:rFonts w:ascii="Georgia" w:hAnsi="Georgia" w:cs="Times New Roman"/>
          <w:b/>
          <w:i w:val="0"/>
          <w:color w:val="000000"/>
          <w:sz w:val="24"/>
          <w:rtl/>
          <w:szCs w:val="32"/>
        </w:rPr>
        <w:t>ש</w:t>
      </w:r>
      <w:r>
        <w:rPr>
          <w:rFonts w:ascii="Georgia" w:hAnsi="Georgia"/>
          <w:b w:val="0"/>
          <w:i w:val="0"/>
          <w:color w:val="000000"/>
          <w:sz w:val="24"/>
        </w:rPr>
        <w:t>) — поднимает отраженный свет не до алеф, а лишь до бэт (</w:t>
      </w:r>
      <w:r>
        <w:rPr>
          <w:rFonts w:ascii="Georgia" w:hAnsi="Georgia" w:cs="Times New Roman"/>
          <w:b/>
          <w:i w:val="0"/>
          <w:color w:val="000000"/>
          <w:sz w:val="24"/>
          <w:rtl/>
          <w:szCs w:val="32"/>
        </w:rPr>
        <w:t>ב</w:t>
      </w:r>
      <w:r>
        <w:rPr>
          <w:rFonts w:ascii="Georgia" w:hAnsi="Georgia"/>
          <w:b w:val="0"/>
          <w:i w:val="0"/>
          <w:color w:val="000000"/>
          <w:sz w:val="24"/>
        </w:rPr>
        <w:t>), которая ниже алеф, на что указывает сочетание бэт-шин (</w:t>
      </w:r>
      <w:r>
        <w:rPr>
          <w:rFonts w:ascii="Georgia" w:hAnsi="Georgia" w:cs="Times New Roman"/>
          <w:b/>
          <w:i w:val="0"/>
          <w:color w:val="000000"/>
          <w:sz w:val="24"/>
          <w:rtl/>
          <w:szCs w:val="32"/>
        </w:rPr>
        <w:t>ב״ש</w:t>
      </w:r>
      <w:r>
        <w:rPr>
          <w:rFonts w:ascii="Georgia" w:hAnsi="Georgia"/>
          <w:b w:val="0"/>
          <w:i w:val="0"/>
          <w:color w:val="000000"/>
          <w:sz w:val="24"/>
        </w:rPr>
        <w:t>). А если экран еще чище — ступени буквы рэйш (</w:t>
      </w:r>
      <w:r>
        <w:rPr>
          <w:rFonts w:ascii="Georgia" w:hAnsi="Georgia" w:cs="Times New Roman"/>
          <w:b/>
          <w:i w:val="0"/>
          <w:color w:val="000000"/>
          <w:sz w:val="24"/>
          <w:rtl/>
          <w:szCs w:val="32"/>
        </w:rPr>
        <w:t>ר</w:t>
      </w:r>
      <w:r>
        <w:rPr>
          <w:rFonts w:ascii="Georgia" w:hAnsi="Georgia"/>
          <w:b w:val="0"/>
          <w:i w:val="0"/>
          <w:color w:val="000000"/>
          <w:sz w:val="24"/>
        </w:rPr>
        <w:t>), — то высота отраженного света еще ниже и достигает лишь гимель (</w:t>
      </w:r>
      <w:r>
        <w:rPr>
          <w:rFonts w:ascii="Georgia" w:hAnsi="Georgia" w:cs="Times New Roman"/>
          <w:b/>
          <w:i w:val="0"/>
          <w:color w:val="000000"/>
          <w:sz w:val="24"/>
          <w:rtl/>
          <w:szCs w:val="32"/>
        </w:rPr>
        <w:t>ג</w:t>
      </w:r>
      <w:r>
        <w:rPr>
          <w:rFonts w:ascii="Georgia" w:hAnsi="Georgia"/>
          <w:b w:val="0"/>
          <w:i w:val="0"/>
          <w:color w:val="000000"/>
          <w:sz w:val="24"/>
        </w:rPr>
        <w:t>), и это сочетание гимель-рэйш (</w:t>
      </w:r>
      <w:r>
        <w:rPr>
          <w:rFonts w:ascii="Georgia" w:hAnsi="Georgia" w:cs="Times New Roman"/>
          <w:b/>
          <w:i w:val="0"/>
          <w:color w:val="000000"/>
          <w:sz w:val="24"/>
          <w:rtl/>
          <w:szCs w:val="32"/>
        </w:rPr>
        <w:t>ג״ר</w:t>
      </w:r>
      <w:r>
        <w:rPr>
          <w:rFonts w:ascii="Georgia" w:hAnsi="Georgia"/>
          <w:b w:val="0"/>
          <w:i w:val="0"/>
          <w:color w:val="000000"/>
          <w:sz w:val="24"/>
        </w:rPr>
        <w:t>), и так далее, пока самый чистый из всех экран — ступени буквы ламэд (</w:t>
      </w:r>
      <w:r>
        <w:rPr>
          <w:rFonts w:ascii="Georgia" w:hAnsi="Georgia" w:cs="Times New Roman"/>
          <w:b/>
          <w:i w:val="0"/>
          <w:color w:val="000000"/>
          <w:sz w:val="24"/>
          <w:rtl/>
          <w:szCs w:val="32"/>
        </w:rPr>
        <w:t>ל</w:t>
      </w:r>
      <w:r>
        <w:rPr>
          <w:rFonts w:ascii="Georgia" w:hAnsi="Georgia"/>
          <w:b w:val="0"/>
          <w:i w:val="0"/>
          <w:color w:val="000000"/>
          <w:sz w:val="24"/>
        </w:rPr>
        <w:t>) — не поднимает наименьший из всех отраженный свет, высотой лишь в букву каф (</w:t>
      </w:r>
      <w:r>
        <w:rPr>
          <w:rFonts w:ascii="Georgia" w:hAnsi="Georgia" w:cs="Times New Roman"/>
          <w:b/>
          <w:i w:val="0"/>
          <w:color w:val="000000"/>
          <w:sz w:val="24"/>
          <w:rtl/>
          <w:szCs w:val="32"/>
        </w:rPr>
        <w:t>כ</w:t>
      </w:r>
      <w:r>
        <w:rPr>
          <w:rFonts w:ascii="Georgia" w:hAnsi="Georgia"/>
          <w:b w:val="0"/>
          <w:i w:val="0"/>
          <w:color w:val="000000"/>
          <w:sz w:val="24"/>
        </w:rPr>
        <w:t>), ниже которой невозможно представить себе высоту; и это сочетание каф-ламэд (</w:t>
      </w:r>
      <w:r>
        <w:rPr>
          <w:rFonts w:ascii="Georgia" w:hAnsi="Georgia" w:cs="Times New Roman"/>
          <w:b/>
          <w:i w:val="0"/>
          <w:color w:val="000000"/>
          <w:sz w:val="24"/>
          <w:rtl/>
          <w:szCs w:val="32"/>
        </w:rPr>
        <w:t>כ״ל</w:t>
      </w:r>
      <w:r>
        <w:rPr>
          <w:rFonts w:ascii="Georgia" w:hAnsi="Georgia"/>
          <w:b w:val="0"/>
          <w:i w:val="0"/>
          <w:color w:val="000000"/>
          <w:sz w:val="24"/>
        </w:rPr>
        <w:t>). Запомни это для всех мест в Зоаре и Тиккуним, где приводится замена Имен по системе «ат-баш». И смотри Зоар (Берешит 1, пункт 111, со слов «И создал Всесильный два великих светила…»): «МАЦПАЦ МАЦПАЦ — это высшие Имена тринадцати свойств милосердия… подобно этому два светила поднялись вместе в одинаковом величии». И из сказанного ты поймешь, что все уменьшение Малхут относительно ЗА происходит из-за большей толщи (авиют), имеющейся в Малхут по сравнению с ЗА.</w:t>
      </w:r>
    </w:p>
    <w:p>
      <w:pPr>
        <w:spacing w:before="40" w:after="120"/>
        <w:jc w:val="both"/>
      </w:pPr>
      <w:r>
        <w:rPr>
          <w:rFonts w:ascii="Georgia" w:hAnsi="Georgia"/>
          <w:b w:val="0"/>
          <w:i w:val="0"/>
          <w:color w:val="000000"/>
          <w:sz w:val="24"/>
        </w:rPr>
        <w:t>Однако при первоначальном выходе светил (то есть ЗОН) они вышли в тайне сочетания «ат-баш», и потому, когда Малхут находилась в первом сочетании (алеф-тав), ее высота была в точности равна высоте ЗА, то есть высоте Кетера; уменьшение же Малхут в тайне малого светила произошло по причине очищения (издохехут) толщи ее экрана; пойми это. И об этом сказано там: «Затем она умалила себя со всех своих ступеней…». Смысл в том, что ее экран затем подвергся очищению по ступеням, как написано в «Птихе» и в ветви 3 «Паним Масбирот», согласно порядку сочетаний бэт-шин, гимель-рэйш, далет-куф и так далее до сочетания каф-ламэд, являющегося пределом очищения, из-за чего и наступило предельное уменьшение, как сказано выше. И об этом сказано там: «Хотя она — голова над ними, все же нет у женщины величия иначе как вместе с мужем».</w:t>
      </w:r>
    </w:p>
    <w:p>
      <w:pPr>
        <w:spacing w:before="40" w:after="120"/>
        <w:jc w:val="both"/>
      </w:pPr>
      <w:r>
        <w:rPr>
          <w:rFonts w:ascii="Georgia" w:hAnsi="Georgia"/>
          <w:b w:val="0"/>
          <w:i w:val="0"/>
          <w:color w:val="000000"/>
          <w:sz w:val="24"/>
        </w:rPr>
        <w:t>Смысл в том, что хотя в сочетании каф-ламэд достигается предел чистоты экрана, обозначаемого буквой ламэд (</w:t>
      </w:r>
      <w:r>
        <w:rPr>
          <w:rFonts w:ascii="Georgia" w:hAnsi="Georgia" w:cs="Times New Roman"/>
          <w:b/>
          <w:i w:val="0"/>
          <w:color w:val="000000"/>
          <w:sz w:val="24"/>
          <w:rtl/>
          <w:szCs w:val="32"/>
        </w:rPr>
        <w:t>ל</w:t>
      </w:r>
      <w:r>
        <w:rPr>
          <w:rFonts w:ascii="Georgia" w:hAnsi="Georgia"/>
          <w:b w:val="0"/>
          <w:i w:val="0"/>
          <w:color w:val="000000"/>
          <w:sz w:val="24"/>
        </w:rPr>
        <w:t>), из-за этого ее высота предельно мала — что выражается в ее выходе в мир Брия, где она становится головой десяти сфирот Брия, именуемых «лисицами». И об этом сказано: хотя она — голова над ними (то есть голова Брия), тем не менее нет у женщины величия иначе как вместе с мужем — то есть в зивуге с Зеир Анпином паним бе-паним на равной высоте в тайне великого сочетания алеф-тав (</w:t>
      </w:r>
      <w:r>
        <w:rPr>
          <w:rFonts w:ascii="Georgia" w:hAnsi="Georgia" w:cs="Times New Roman"/>
          <w:b/>
          <w:i w:val="0"/>
          <w:color w:val="000000"/>
          <w:sz w:val="24"/>
          <w:rtl/>
          <w:szCs w:val="32"/>
        </w:rPr>
        <w:t>א״ת</w:t>
      </w:r>
      <w:r>
        <w:rPr>
          <w:rFonts w:ascii="Georgia" w:hAnsi="Georgia"/>
          <w:b w:val="0"/>
          <w:i w:val="0"/>
          <w:color w:val="000000"/>
          <w:sz w:val="24"/>
        </w:rPr>
        <w:t>), как сказано выше; и пойми [это]. И об этом он говорит (в пункте 2): «И вот в голове АА этот край — это Имя МАЦПАЦ…». На первый взгляд это трудно понять: ведь Писание говорит «АВАЯ АВАЯ», о чем прежде объяснялось, что это два края головы; как же Учитель называет их Именами МАЦПАЦ МАЦПАЦ, указывающими на суд? А во «Мво Шеарим» (врата 3, часть 2, глава 13) прямо подчеркивается, что они — свойство МАЦПАЦ, а не сами [Имена] АВАЯ, поскольку они происходят от свойства ЭЛОКИМ, как сказано выше (смотри там). И нужно понять: если так, почему в Торе написано «АВАЯ АВАЯ»?</w:t>
      </w:r>
    </w:p>
    <w:p>
      <w:pPr>
        <w:spacing w:before="40" w:after="120"/>
        <w:jc w:val="both"/>
      </w:pPr>
      <w:r>
        <w:rPr>
          <w:rFonts w:ascii="Georgia" w:hAnsi="Georgia"/>
          <w:b w:val="0"/>
          <w:i w:val="0"/>
          <w:color w:val="000000"/>
          <w:sz w:val="24"/>
        </w:rPr>
        <w:t>Но из разъясненного выше ты поймешь это просто: Писание говорит о краях головы в их собственном существовании. А ты уже знаешь, что порядок «снизу вверх», принятый в состоянии экранов, отсутствует в волосах головы, и даже окружающие считаются там идущими сверху вниз, подобно внутренним, как написано в приведенном выше фрагменте из «Мво Шеарим». Поэтому в Писании они названы «АВАЯ АВАЯ», и их вовсе нельзя было назвать «МАЦПАЦ МАЦПАЦ» (то есть в замене «ат-баш»), поскольку эта замена как раз и служит определением свойства экранов, которых в волосах головы нет. Учитель же говорит о том, чтобы сосредоточиваться на том, как тринадцать исправлений бороды укоренены в краях головы; а поскольку все тринадцать исправлений бороды представляют собой именно экраны, как сказано выше... ...поэтому необходимо сосредоточиваться на них именно в свойстве замены «ат-баш», указывающей на экраны, относящиеся к этим АВАЯ, о которых и идет речь.</w:t>
      </w:r>
    </w:p>
    <w:p>
      <w:pPr>
        <w:spacing w:before="40" w:after="120"/>
        <w:jc w:val="both"/>
      </w:pPr>
      <w:r>
        <w:rPr>
          <w:rFonts w:ascii="Georgia" w:hAnsi="Georgia"/>
          <w:b w:val="0"/>
          <w:i w:val="0"/>
          <w:color w:val="000000"/>
          <w:sz w:val="24"/>
        </w:rPr>
        <w:t>Поэтому Учитель подчеркивает необходимость сосредоточиваться на этих [Именах] АВАЯ в краях головы также в тайне их замены по системе «ат-баш», то есть МАЦПАЦ МАЦПАЦ, подобно сказанному им выше на странице 854 со слов «Однако…» о том, что в тринадцати исправлениях бороды нужно иметь намерение как о внутренних [светах], идущих сверху вниз, так и об окружающих, идущих снизу вверх. И точно так же здесь он говорит, что в этих двух Именах АВАЯ АВАЯ, предшествующих тринадцати исправлениям бороды, нужно сосредоточиваться также на их замене по системе «ат-баш», то есть МАЦПАЦ МАЦПАЦ, как разъяснено. И он говорит (в пункте 3): «Каждое из этих Имен включает тринадцать исправлений бороды следующим образом: четыре высших исправления — это тайна четырех мохин, и это тайна буквы мэм в МАЦПАЦ…» «Причина в том, что четыре первых исправления бороды включаются в его Кетер и Хохму, ведь они обладают особым достоинством, поскольку включают в себя голову Атика, как известно». Тебе нужно вспомнить объяснение Учителя выше в ветви 63 относительно тринадцати исправлений Гальгальты, представляющих собой три АВАЯ и одно, включающее их. Тема трех [Имен] АВАЯ была разъяснена там в словах Учителя: это четыре буквы АВАЯ де-АБ, четыре буквы АВАЯ де-САГ и четыре буквы АВАЯ де-МА, что составляет двенадцать букв, а вместе с одним, включающим их, получается тринадцать. И смысл этих трех [Имен] АВАЯ уже объяснялся там: это разделение каждой ступени на три части, принятое в новом МА — на Гальгальту ве-Эйнаим, Озэн и Хотэм-Пэ. При этом Гальгальта ве-Эйнаим — это великий окружающий свет и АВАЯ де-АБ, поскольку это свойство снизу вверх даже на ступени БОН; Озэн — малый окружающий свет и АВАЯ де-САГ (ведь лишь по отношению к новому МА он считается окружающим светом... ...тогда как по отношению к БОН он уже находится ниже экрана, обладающего келим, и потому является в нем внутренним светом); а Хотэм-Пэ — это внутренний свет и АВАЯ де-МА как для МА, так и для БОН, как написано в «Паним Меирот» в ветви 62, смотри там. И подобно тому как голова АА разделилась на три головы — Гальгальта ве-Эйнаим, Озэн и Хотэм-Пэ (называемые Гальгальта, Авира и Моха Стимаа), точно так же каждая голова в отдельности разделяется на три головы подобным образом. Ведь в каждой отдельной голове есть десять сфирот: Гальгальта ве-Эйнаим и АХАП, и потому в них действует разделение на три: Гальгальта ве-Эйнаим — для окружающего света и АВАЯ де-АБ; Озэн — для малого окружающего света и АВАЯ де-САГ; а Хотэм-Пэ — для внутреннего света и АВАЯ де-МА.</w:t>
      </w:r>
    </w:p>
    <w:p>
      <w:pPr>
        <w:spacing w:before="40" w:after="120"/>
        <w:jc w:val="both"/>
      </w:pPr>
      <w:r>
        <w:rPr>
          <w:rFonts w:ascii="Georgia" w:hAnsi="Georgia"/>
          <w:b w:val="0"/>
          <w:i w:val="0"/>
          <w:color w:val="000000"/>
          <w:sz w:val="24"/>
        </w:rPr>
        <w:t>Таким образом, в самой Гальгальте различаются три АВАЯ (АБ, САГ, МА) и одно объединяющее, что составляет тринадцать белизн (</w:t>
      </w:r>
      <w:r>
        <w:rPr>
          <w:rFonts w:ascii="Georgia" w:hAnsi="Georgia"/>
          <w:b w:val="0"/>
          <w:i/>
          <w:color w:val="000000"/>
          <w:sz w:val="24"/>
        </w:rPr>
        <w:t>хиварта</w:t>
      </w:r>
      <w:r>
        <w:rPr>
          <w:rFonts w:ascii="Georgia" w:hAnsi="Georgia"/>
          <w:b w:val="0"/>
          <w:i w:val="0"/>
          <w:color w:val="000000"/>
          <w:sz w:val="24"/>
        </w:rPr>
        <w:t>), как сказано выше на странице 845 со слов... ...«И вот…». В Моха де-Авира различаются три АВАЯ (АБ, САГ, МА) и одно объединяющее, что составляет тринадцать прядей волос (</w:t>
      </w:r>
      <w:r>
        <w:rPr>
          <w:rFonts w:ascii="Georgia" w:hAnsi="Georgia"/>
          <w:b w:val="0"/>
          <w:i/>
          <w:color w:val="000000"/>
          <w:sz w:val="24"/>
        </w:rPr>
        <w:t>нимин</w:t>
      </w:r>
      <w:r>
        <w:rPr>
          <w:rFonts w:ascii="Georgia" w:hAnsi="Georgia"/>
          <w:b w:val="0"/>
          <w:i w:val="0"/>
          <w:color w:val="000000"/>
          <w:sz w:val="24"/>
        </w:rPr>
        <w:t>), как сказано выше на странице 842 со слов «И в этом…». В Моха Стимаа различаются три АВАЯ (АБ, САГ, МА) и одно объединяющее, что составляет тринадцать исправлений бороды, как написано у рабби Шимона бар Йохая в «Идра Зута» (247б со слов «И объясним…»). Также объяснялось выше на странице 850 со слов «И уже…», что всякая голова считается свойством АХАП высшего, а сама по себе — Гальгальтой ве-Эйнаим, чьи собственные АХАП опустились в находящуюся под ней нижнюю голову.</w:t>
      </w:r>
    </w:p>
    <w:p>
      <w:pPr>
        <w:spacing w:before="40" w:after="120"/>
        <w:jc w:val="both"/>
      </w:pPr>
      <w:r>
        <w:rPr>
          <w:rFonts w:ascii="Georgia" w:hAnsi="Georgia"/>
          <w:b w:val="0"/>
          <w:i w:val="0"/>
          <w:color w:val="000000"/>
          <w:sz w:val="24"/>
        </w:rPr>
        <w:t>Отсюда следует, что Моха де-Авира считается свойством АХАП де-Гальгальта, а Моха Стимаа — АХАП де-Моха де-Авира, а сама по себе — Кетером и Хохмой. Выше в предыдущих ветвях также объяснялось, что волосы головы — это парцуф АБ волос, а волосы бороды делятся надвое: восемь первых исправлений до «хранящий милость» (</w:t>
      </w:r>
      <w:r>
        <w:rPr>
          <w:rFonts w:ascii="Georgia" w:hAnsi="Georgia"/>
          <w:b w:val="0"/>
          <w:i/>
          <w:color w:val="000000"/>
          <w:sz w:val="24"/>
        </w:rPr>
        <w:t>ноцер хесед</w:t>
      </w:r>
      <w:r>
        <w:rPr>
          <w:rFonts w:ascii="Georgia" w:hAnsi="Georgia"/>
          <w:b w:val="0"/>
          <w:i w:val="0"/>
          <w:color w:val="000000"/>
          <w:sz w:val="24"/>
        </w:rPr>
        <w:t>), получающие от Моха де-Авира, считаются парцуфом САГ волос... ...а другие пять исправлений, покрывающих горло, считаются парцуфом МА. Таким образом, они тоже включены в три [Имени] АВАЯ: АБ, САГ и МА; помни это. И об этом сказано (в пункте 3): «Четыре высших исправления — это тайна четырех мохин… и четыре первых исправления бороды включаются в его Кетер и Хохму». Это согласуется со сказанным: АХАП высшего облачаются в Гальгальту ве-Эйнаим нижнего, а АХАП — это горло и ХАГАТ, как сказано выше. И это тайна четырех первых исправлений: ЭЛЬ, Милосердный, Милостивый, Долготерпеливый. Соответствующие им внутренние десять сфирот — это Бина, Хесед, Гвура и Тиферет, указывающие на горло и ХАГАТ волос головы (тайну АБ), которые облачились во внутреннюю их часть. Ведь всякая голова нижнего — это горло и ХАГАТ высшего. Сама же по себе она рассматривается как совершенные десять сфирот, чьи АХАП опустились в нижнюю по отношению к ней голову, так что в ней остались только Гальгальта ве-Эйнаим.</w:t>
      </w:r>
    </w:p>
    <w:p>
      <w:pPr>
        <w:spacing w:before="40" w:after="120"/>
        <w:jc w:val="both"/>
      </w:pPr>
      <w:r>
        <w:rPr>
          <w:rFonts w:ascii="Georgia" w:hAnsi="Georgia"/>
          <w:b w:val="0"/>
          <w:i w:val="0"/>
          <w:color w:val="000000"/>
          <w:sz w:val="24"/>
        </w:rPr>
        <w:t>Поэтому относительно облачения высшего (тайны мохин) он говорит, что они — четыре первых исправления, то есть горло и АХАП высшего; но сами по себе они — свойство высшей головы парцуфа бороды. Иначе говоря, весь парцуф бороды в целом также делится на три части: АБ, САГ и МА, являющиеся Гальгальтой ве-Эйнаим, Озэн и Хотэм-Пэ. Поэтому четыре первых исправления считаются свойством АБ и высшей головой бороды — то есть Гальгальтой ве-Эйнаим. И об этом сказано, что четыре первых исправления бороды включены в его Кетер и Хохму — в первую часть общей бороды, являющуюся Гальгальтой ве-Эйнаим. И об этом сказано (в пункте 4): «ведь они обладают особым достоинством, поскольку включают в себя голову Атика, как известно». Смысл в том, что, как уже объяснялось выше, сокровенная суть волос головы АА происходит от горла и ХАГАТ де-Атик, облачающихся в него; от них вышли волосы и облачились на Гальгальту АА, как написано в «Паним Меирот» на странице 846 со слов... ...«И вот…». И объяснялось, что АХАП волос Гальгальты облачаются в эти четыре первых исправления; следовательно, в этих четырех исправлениях заключена голова Атика — свойство АХАП волос, протягивающихся от Атика, как разъяснено.</w:t>
      </w:r>
    </w:p>
    <w:p>
      <w:pPr>
        <w:spacing w:before="40" w:after="120"/>
        <w:jc w:val="both"/>
      </w:pPr>
      <w:r>
        <w:rPr>
          <w:rFonts w:ascii="Georgia" w:hAnsi="Georgia"/>
          <w:b w:val="0"/>
          <w:i w:val="0"/>
          <w:color w:val="000000"/>
          <w:sz w:val="24"/>
        </w:rPr>
        <w:t>Вот и выяснилась до конца тайна буквы мэм (</w:t>
      </w:r>
      <w:r>
        <w:rPr>
          <w:rFonts w:ascii="Georgia" w:hAnsi="Georgia" w:cs="Times New Roman"/>
          <w:b/>
          <w:i w:val="0"/>
          <w:color w:val="000000"/>
          <w:sz w:val="24"/>
          <w:rtl/>
          <w:szCs w:val="32"/>
        </w:rPr>
        <w:t>מ</w:t>
      </w:r>
      <w:r>
        <w:rPr>
          <w:rFonts w:ascii="Georgia" w:hAnsi="Georgia"/>
          <w:b w:val="0"/>
          <w:i w:val="0"/>
          <w:color w:val="000000"/>
          <w:sz w:val="24"/>
        </w:rPr>
        <w:t>) в МАЦПАЦ: это первая часть парцуфа бороды — Гальгальта ве-Эйнаим бороды и тайна четырех букв частного АВАЯ де-АБ в ней, куда облачено свойство АХАП волос головы. И об этом сказано (в пункте 3): «а оставшиеся девять исправлений — это цади в МАЦПАЦ… девять отсчитываются от Бины и ниже». Смысл в том (как написано выше в «Паним Меирот» на странице 225 со слов «Однако…»), что разделение на три части наступает во время состояния гадлут; в катнуте же различаются только две части, как в БОН: Гальгальта ве-Эйнаим со светом руах и АХАП со светом нефеш. В таком виде Бина оказывается включенной в Хотэм-Пэ на одной ступени, на что и указывает буква цади (</w:t>
      </w:r>
      <w:r>
        <w:rPr>
          <w:rFonts w:ascii="Georgia" w:hAnsi="Georgia" w:cs="Times New Roman"/>
          <w:b/>
          <w:i w:val="0"/>
          <w:color w:val="000000"/>
          <w:sz w:val="24"/>
          <w:rtl/>
          <w:szCs w:val="32"/>
        </w:rPr>
        <w:t>צ</w:t>
      </w:r>
      <w:r>
        <w:rPr>
          <w:rFonts w:ascii="Georgia" w:hAnsi="Georgia"/>
          <w:b w:val="0"/>
          <w:i w:val="0"/>
          <w:color w:val="000000"/>
          <w:sz w:val="24"/>
        </w:rPr>
        <w:t>) в МАЦПАЦ: все девять нижних исправлений находятся на одной ступени без различия, подобно разделению в БОН, где Бина тоже не входит в состав головы. И об этом сказано (в пункте 5): «А затем, поскольку у Бины все же есть преимущество перед восемью [исправлениями], находящимися под ней, он снова считает эти восемь отдельно — и это буква пэй в МАЦПАЦ».</w:t>
      </w:r>
    </w:p>
    <w:p>
      <w:pPr>
        <w:spacing w:before="40" w:after="120"/>
        <w:jc w:val="both"/>
      </w:pPr>
      <w:r>
        <w:rPr>
          <w:rFonts w:ascii="Georgia" w:hAnsi="Georgia"/>
          <w:b w:val="0"/>
          <w:i w:val="0"/>
          <w:color w:val="000000"/>
          <w:sz w:val="24"/>
        </w:rPr>
        <w:t>Смысл в том, что со стороны МА Бина считается принадлежащей голове, и потому восемь нижних считаются стоящими ниже Бины: ведь они находятся под экраном даже со стороны МА, тогда как Бина (являющаяся тайной Озэн) со стороны МА относится к голове. Поэтому необходимо сосредоточиваться на восьми нижних также отдельно, чтобы указать на присущий им недостаток даже в силу МА. И об этом сказано: «А последняя цади — это девять [исправлений] Зеир Анпина…». Смысл в том, что к ЗА из всей бороды АА протягиваются только девять последних исправлений — две нижние части: АВАЯ де-САГ (тайна Озэн) и АВАЯ де-МА (тайна Хотэм-Пэ), как объяснялось выше; четыре же первых исправления (тайна Гальгальты ве-Эйнаим) к Зеир Анпину не протягиваются, как будет сказано далее.</w:t>
      </w:r>
    </w:p>
    <w:p>
      <w:r>
        <w:br w:type="page"/>
      </w:r>
    </w:p>
    <w:p>
      <w:pPr>
        <w:keepNext/>
        <w:spacing w:before="360" w:after="160"/>
        <w:jc w:val="center"/>
      </w:pPr>
      <w:r>
        <w:rPr>
          <w:rFonts w:ascii="Georgia" w:hAnsi="Georgia"/>
          <w:b w:val="0"/>
          <w:i w:val="0"/>
          <w:color w:val="000000"/>
          <w:sz w:val="40"/>
        </w:rPr>
        <w:t>Ветвь 71</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Теперь объясним, как устроены хотэм и пэ де-АА. Знай, что в пэ де-АА есть внешняя и внутренняя части. Внутренняя часть — это имя САГ, представляющее собой внутренний дух (</w:t>
      </w:r>
      <w:r>
        <w:rPr>
          <w:rFonts w:ascii="Georgia" w:hAnsi="Georgia"/>
          <w:b w:val="0"/>
          <w:i/>
          <w:color w:val="000000"/>
          <w:sz w:val="24"/>
        </w:rPr>
        <w:t>руха</w:t>
      </w:r>
      <w:r>
        <w:rPr>
          <w:rFonts w:ascii="Georgia" w:hAnsi="Georgia"/>
          <w:b w:val="0"/>
          <w:i w:val="0"/>
          <w:color w:val="000000"/>
          <w:sz w:val="24"/>
        </w:rPr>
        <w:t xml:space="preserve">) в этом пэ; и при его соединении с именем ЭЙЕ в ударном соединении (зивуге), вместе с колелем, получается [числовое значение слова] </w:t>
      </w:r>
      <w:r>
        <w:rPr>
          <w:rFonts w:ascii="Georgia" w:hAnsi="Georgia"/>
          <w:b w:val="0"/>
          <w:i/>
          <w:color w:val="000000"/>
          <w:sz w:val="24"/>
        </w:rPr>
        <w:t>пэ</w:t>
      </w:r>
      <w:r>
        <w:rPr>
          <w:rFonts w:ascii="Georgia" w:hAnsi="Georgia"/>
          <w:b w:val="0"/>
          <w:i w:val="0"/>
          <w:color w:val="000000"/>
          <w:sz w:val="24"/>
        </w:rPr>
        <w:t xml:space="preserve"> (</w:t>
      </w:r>
      <w:r>
        <w:rPr>
          <w:rFonts w:ascii="Georgia" w:hAnsi="Georgia" w:cs="Times New Roman"/>
          <w:b/>
          <w:i w:val="0"/>
          <w:color w:val="000000"/>
          <w:sz w:val="24"/>
          <w:rtl/>
          <w:szCs w:val="32"/>
        </w:rPr>
        <w:t>פֶּה</w:t>
      </w:r>
      <w:r>
        <w:rPr>
          <w:rFonts w:ascii="Georgia" w:hAnsi="Georgia"/>
          <w:b w:val="0"/>
          <w:i w:val="0"/>
          <w:color w:val="000000"/>
          <w:sz w:val="24"/>
        </w:rPr>
        <w:t xml:space="preserve"> = 85). Они являются свойствами мужского и женского начала внутри десяти сфирот этого пэ: нёбо — мужское, а горло — женское. И тогда от этого зивуга выходят остальные из 22 букв: ведь буквы алеф, хэт, айн, хэй (</w:t>
      </w:r>
      <w:r>
        <w:rPr>
          <w:rFonts w:ascii="Georgia" w:hAnsi="Georgia" w:cs="Times New Roman"/>
          <w:b/>
          <w:i w:val="0"/>
          <w:color w:val="000000"/>
          <w:sz w:val="24"/>
          <w:rtl/>
          <w:szCs w:val="32"/>
        </w:rPr>
        <w:t>אחע״ה</w:t>
      </w:r>
      <w:r>
        <w:rPr>
          <w:rFonts w:ascii="Georgia" w:hAnsi="Georgia"/>
          <w:b w:val="0"/>
          <w:i w:val="0"/>
          <w:color w:val="000000"/>
          <w:sz w:val="24"/>
        </w:rPr>
        <w:t>) — это МАН Нуквы в горле, гематрия которых 84 (</w:t>
      </w:r>
      <w:r>
        <w:rPr>
          <w:rFonts w:ascii="Georgia" w:hAnsi="Georgia" w:cs="Times New Roman"/>
          <w:b/>
          <w:i w:val="0"/>
          <w:color w:val="000000"/>
          <w:sz w:val="24"/>
          <w:rtl/>
          <w:szCs w:val="32"/>
        </w:rPr>
        <w:t>פ״ד</w:t>
      </w:r>
      <w:r>
        <w:rPr>
          <w:rFonts w:ascii="Georgia" w:hAnsi="Georgia"/>
          <w:b w:val="0"/>
          <w:i w:val="0"/>
          <w:color w:val="000000"/>
          <w:sz w:val="24"/>
        </w:rPr>
        <w:t>), а буквы нёба гимель, йод, каф, куф (</w:t>
      </w:r>
      <w:r>
        <w:rPr>
          <w:rFonts w:ascii="Georgia" w:hAnsi="Georgia" w:cs="Times New Roman"/>
          <w:b/>
          <w:i w:val="0"/>
          <w:color w:val="000000"/>
          <w:sz w:val="24"/>
          <w:rtl/>
          <w:szCs w:val="32"/>
        </w:rPr>
        <w:t>גיכ״ק</w:t>
      </w:r>
      <w:r>
        <w:rPr>
          <w:rFonts w:ascii="Georgia" w:hAnsi="Georgia"/>
          <w:b w:val="0"/>
          <w:i w:val="0"/>
          <w:color w:val="000000"/>
          <w:sz w:val="24"/>
        </w:rPr>
        <w:t xml:space="preserve">) — это МАД. Буквы </w:t>
      </w:r>
      <w:r>
        <w:rPr>
          <w:rFonts w:ascii="Georgia" w:hAnsi="Georgia" w:cs="Times New Roman"/>
          <w:b/>
          <w:i w:val="0"/>
          <w:color w:val="000000"/>
          <w:sz w:val="24"/>
          <w:rtl/>
          <w:szCs w:val="32"/>
        </w:rPr>
        <w:t>אחע״ה</w:t>
      </w:r>
      <w:r>
        <w:rPr>
          <w:rFonts w:ascii="Georgia" w:hAnsi="Georgia"/>
          <w:b w:val="0"/>
          <w:i w:val="0"/>
          <w:color w:val="000000"/>
          <w:sz w:val="24"/>
        </w:rPr>
        <w:t xml:space="preserve"> и </w:t>
      </w:r>
      <w:r>
        <w:rPr>
          <w:rFonts w:ascii="Georgia" w:hAnsi="Georgia" w:cs="Times New Roman"/>
          <w:b/>
          <w:i w:val="0"/>
          <w:color w:val="000000"/>
          <w:sz w:val="24"/>
          <w:rtl/>
          <w:szCs w:val="32"/>
        </w:rPr>
        <w:t>גיכ״ק</w:t>
      </w:r>
      <w:r>
        <w:rPr>
          <w:rFonts w:ascii="Georgia" w:hAnsi="Georgia"/>
          <w:b w:val="0"/>
          <w:i w:val="0"/>
          <w:color w:val="000000"/>
          <w:sz w:val="24"/>
        </w:rPr>
        <w:t xml:space="preserve"> соединяются вместе, и тогда сначала выходят буквы языка далет, тэт, ламэд, нун, тав (</w:t>
      </w:r>
      <w:r>
        <w:rPr>
          <w:rFonts w:ascii="Georgia" w:hAnsi="Georgia" w:cs="Times New Roman"/>
          <w:b/>
          <w:i w:val="0"/>
          <w:color w:val="000000"/>
          <w:sz w:val="24"/>
          <w:rtl/>
          <w:szCs w:val="32"/>
        </w:rPr>
        <w:t>דטלנ״ת</w:t>
      </w:r>
      <w:r>
        <w:rPr>
          <w:rFonts w:ascii="Georgia" w:hAnsi="Georgia"/>
          <w:b w:val="0"/>
          <w:i w:val="0"/>
          <w:color w:val="000000"/>
          <w:sz w:val="24"/>
        </w:rPr>
        <w:t>), представляющие собой свойство Даат, называемое языком.</w:t>
      </w:r>
    </w:p>
    <w:p>
      <w:pPr>
        <w:spacing w:before="40" w:after="120"/>
        <w:jc w:val="both"/>
      </w:pPr>
      <w:r>
        <w:rPr>
          <w:rFonts w:ascii="Georgia" w:hAnsi="Georgia"/>
          <w:b w:val="0"/>
          <w:i w:val="0"/>
          <w:color w:val="000000"/>
          <w:sz w:val="24"/>
        </w:rPr>
        <w:t>Затем выходят буквы зубов — зайн, самэх, шин, рэйш, цади (</w:t>
      </w:r>
      <w:r>
        <w:rPr>
          <w:rFonts w:ascii="Georgia" w:hAnsi="Georgia" w:cs="Times New Roman"/>
          <w:b/>
          <w:i w:val="0"/>
          <w:color w:val="000000"/>
          <w:sz w:val="24"/>
          <w:rtl/>
          <w:szCs w:val="32"/>
        </w:rPr>
        <w:t>זסשר״ץ</w:t>
      </w:r>
      <w:r>
        <w:rPr>
          <w:rFonts w:ascii="Georgia" w:hAnsi="Georgia"/>
          <w:b w:val="0"/>
          <w:i w:val="0"/>
          <w:color w:val="000000"/>
          <w:sz w:val="24"/>
        </w:rPr>
        <w:t>), являющиеся пятью гвурот МАНЦЕПАХ (</w:t>
      </w:r>
      <w:r>
        <w:rPr>
          <w:rFonts w:ascii="Georgia" w:hAnsi="Georgia" w:cs="Times New Roman"/>
          <w:b/>
          <w:i w:val="0"/>
          <w:color w:val="000000"/>
          <w:sz w:val="24"/>
          <w:rtl/>
          <w:szCs w:val="32"/>
        </w:rPr>
        <w:t>מנצפ״ך</w:t>
      </w:r>
      <w:r>
        <w:rPr>
          <w:rFonts w:ascii="Georgia" w:hAnsi="Georgia"/>
          <w:b w:val="0"/>
          <w:i w:val="0"/>
          <w:color w:val="000000"/>
          <w:sz w:val="24"/>
        </w:rPr>
        <w:t>). А затем выходят буквы губ, которые еще более внешние, — бэт, вав, мэм, пэй (</w:t>
      </w:r>
      <w:r>
        <w:rPr>
          <w:rFonts w:ascii="Georgia" w:hAnsi="Georgia" w:cs="Times New Roman"/>
          <w:b/>
          <w:i w:val="0"/>
          <w:color w:val="000000"/>
          <w:sz w:val="24"/>
          <w:rtl/>
          <w:szCs w:val="32"/>
        </w:rPr>
        <w:t>בומ״ף</w:t>
      </w:r>
      <w:r>
        <w:rPr>
          <w:rFonts w:ascii="Georgia" w:hAnsi="Georgia"/>
          <w:b w:val="0"/>
          <w:i w:val="0"/>
          <w:color w:val="000000"/>
          <w:sz w:val="24"/>
        </w:rPr>
        <w:t>). И эти три места произношения — зубов, языка и губ — представляют собой три имени йод-хэй-вав (</w:t>
      </w:r>
      <w:r>
        <w:rPr>
          <w:rFonts w:ascii="Georgia" w:hAnsi="Georgia" w:cs="Times New Roman"/>
          <w:b/>
          <w:i w:val="0"/>
          <w:color w:val="000000"/>
          <w:sz w:val="24"/>
          <w:rtl/>
          <w:szCs w:val="32"/>
        </w:rPr>
        <w:t>יה״ו</w:t>
      </w:r>
      <w:r>
        <w:rPr>
          <w:rFonts w:ascii="Georgia" w:hAnsi="Georgia"/>
          <w:b w:val="0"/>
          <w:i w:val="0"/>
          <w:color w:val="000000"/>
          <w:sz w:val="24"/>
        </w:rPr>
        <w:t>), которые все три вместе дают в гематрии 63 (САГ), подобно корню, из которого они вышли, — внутреннему духу этого пэ, как сказано выше; и они [берутся] с наполнением буквами йод и алеф. И одно свойство остается внутри пэ, а остальное выходит наружу в виде пара (</w:t>
      </w:r>
      <w:r>
        <w:rPr>
          <w:rFonts w:ascii="Georgia" w:hAnsi="Georgia"/>
          <w:b w:val="0"/>
          <w:i/>
          <w:color w:val="000000"/>
          <w:sz w:val="24"/>
        </w:rPr>
        <w:t>хэвель</w:t>
      </w:r>
      <w:r>
        <w:rPr>
          <w:rFonts w:ascii="Georgia" w:hAnsi="Georgia"/>
          <w:b w:val="0"/>
          <w:i w:val="0"/>
          <w:color w:val="000000"/>
          <w:sz w:val="24"/>
        </w:rPr>
        <w:t>), выходящего из пэ де-АА, и это — окружающий свет (</w:t>
      </w:r>
      <w:r>
        <w:rPr>
          <w:rFonts w:ascii="Georgia" w:hAnsi="Georgia"/>
          <w:b w:val="0"/>
          <w:i/>
          <w:color w:val="000000"/>
          <w:sz w:val="24"/>
        </w:rPr>
        <w:t>ор макиф</w:t>
      </w:r>
      <w:r>
        <w:rPr>
          <w:rFonts w:ascii="Georgia" w:hAnsi="Georgia"/>
          <w:b w:val="0"/>
          <w:i w:val="0"/>
          <w:color w:val="000000"/>
          <w:sz w:val="24"/>
        </w:rPr>
        <w:t>). Таким образом, указан корень этого пэ внутри: это САГ и имя ЭЙЕ.</w:t>
      </w:r>
    </w:p>
    <w:p>
      <w:pPr>
        <w:spacing w:before="40" w:after="120"/>
        <w:jc w:val="both"/>
      </w:pPr>
      <w:r>
        <w:rPr>
          <w:rFonts w:ascii="Georgia" w:hAnsi="Georgia"/>
          <w:b w:val="0"/>
          <w:i w:val="0"/>
          <w:color w:val="000000"/>
          <w:sz w:val="24"/>
        </w:rPr>
        <w:t>2) Затем [следуют] выходящие порождения: три имени йод-хэй-вав (</w:t>
      </w:r>
      <w:r>
        <w:rPr>
          <w:rFonts w:ascii="Georgia" w:hAnsi="Georgia" w:cs="Times New Roman"/>
          <w:b/>
          <w:i w:val="0"/>
          <w:color w:val="000000"/>
          <w:sz w:val="24"/>
          <w:rtl/>
          <w:szCs w:val="32"/>
        </w:rPr>
        <w:t>יה״ו</w:t>
      </w:r>
      <w:r>
        <w:rPr>
          <w:rFonts w:ascii="Georgia" w:hAnsi="Georgia"/>
          <w:b w:val="0"/>
          <w:i w:val="0"/>
          <w:color w:val="000000"/>
          <w:sz w:val="24"/>
        </w:rPr>
        <w:t xml:space="preserve">), составляющие 63 (САГ), что вместе с 22 буквами также составляет числовое значение слова </w:t>
      </w:r>
      <w:r>
        <w:rPr>
          <w:rFonts w:ascii="Georgia" w:hAnsi="Georgia"/>
          <w:b w:val="0"/>
          <w:i/>
          <w:color w:val="000000"/>
          <w:sz w:val="24"/>
        </w:rPr>
        <w:t>пэ</w:t>
      </w:r>
      <w:r>
        <w:rPr>
          <w:rFonts w:ascii="Georgia" w:hAnsi="Georgia"/>
          <w:b w:val="0"/>
          <w:i w:val="0"/>
          <w:color w:val="000000"/>
          <w:sz w:val="24"/>
        </w:rPr>
        <w:t xml:space="preserve"> (</w:t>
      </w:r>
      <w:r>
        <w:rPr>
          <w:rFonts w:ascii="Georgia" w:hAnsi="Georgia" w:cs="Times New Roman"/>
          <w:b/>
          <w:i w:val="0"/>
          <w:color w:val="000000"/>
          <w:sz w:val="24"/>
          <w:rtl/>
          <w:szCs w:val="32"/>
        </w:rPr>
        <w:t>פֶּה</w:t>
      </w:r>
      <w:r>
        <w:rPr>
          <w:rFonts w:ascii="Georgia" w:hAnsi="Georgia"/>
          <w:b w:val="0"/>
          <w:i w:val="0"/>
          <w:color w:val="000000"/>
          <w:sz w:val="24"/>
        </w:rPr>
        <w:t xml:space="preserve"> = 85). Кроме того, есть внешнее свойство пэ — это ахораим имени МА, составляющие 130 (</w:t>
      </w:r>
      <w:r>
        <w:rPr>
          <w:rFonts w:ascii="Georgia" w:hAnsi="Georgia" w:cs="Times New Roman"/>
          <w:b/>
          <w:i w:val="0"/>
          <w:color w:val="000000"/>
          <w:sz w:val="24"/>
          <w:rtl/>
          <w:szCs w:val="32"/>
        </w:rPr>
        <w:t>ק״ל</w:t>
      </w:r>
      <w:r>
        <w:rPr>
          <w:rFonts w:ascii="Georgia" w:hAnsi="Georgia"/>
          <w:b w:val="0"/>
          <w:i w:val="0"/>
          <w:color w:val="000000"/>
          <w:sz w:val="24"/>
        </w:rPr>
        <w:t>); отними от них 45 (</w:t>
      </w:r>
      <w:r>
        <w:rPr>
          <w:rFonts w:ascii="Georgia" w:hAnsi="Georgia" w:cs="Times New Roman"/>
          <w:b/>
          <w:i w:val="0"/>
          <w:color w:val="000000"/>
          <w:sz w:val="24"/>
          <w:rtl/>
          <w:szCs w:val="32"/>
        </w:rPr>
        <w:t>מ״ה</w:t>
      </w:r>
      <w:r>
        <w:rPr>
          <w:rFonts w:ascii="Georgia" w:hAnsi="Georgia"/>
          <w:b w:val="0"/>
          <w:i w:val="0"/>
          <w:color w:val="000000"/>
          <w:sz w:val="24"/>
        </w:rPr>
        <w:t xml:space="preserve">) — останется 85 [значение слова] </w:t>
      </w:r>
      <w:r>
        <w:rPr>
          <w:rFonts w:ascii="Georgia" w:hAnsi="Georgia"/>
          <w:b w:val="0"/>
          <w:i/>
          <w:color w:val="000000"/>
          <w:sz w:val="24"/>
        </w:rPr>
        <w:t>пэ</w:t>
      </w:r>
      <w:r>
        <w:rPr>
          <w:rFonts w:ascii="Georgia" w:hAnsi="Georgia"/>
          <w:b w:val="0"/>
          <w:i w:val="0"/>
          <w:color w:val="000000"/>
          <w:sz w:val="24"/>
        </w:rPr>
        <w:t xml:space="preserve"> (</w:t>
      </w:r>
      <w:r>
        <w:rPr>
          <w:rFonts w:ascii="Georgia" w:hAnsi="Georgia" w:cs="Times New Roman"/>
          <w:b/>
          <w:i w:val="0"/>
          <w:color w:val="000000"/>
          <w:sz w:val="24"/>
          <w:rtl/>
          <w:szCs w:val="32"/>
        </w:rPr>
        <w:t>פֶּה</w:t>
      </w:r>
      <w:r>
        <w:rPr>
          <w:rFonts w:ascii="Georgia" w:hAnsi="Georgia"/>
          <w:b w:val="0"/>
          <w:i w:val="0"/>
          <w:color w:val="000000"/>
          <w:sz w:val="24"/>
        </w:rPr>
        <w:t xml:space="preserve">). И в этом смысл стиха: </w:t>
      </w:r>
      <w:r>
        <w:rPr>
          <w:rFonts w:ascii="Georgia" w:hAnsi="Georgia"/>
          <w:b w:val="0"/>
          <w:i/>
          <w:color w:val="000000"/>
          <w:sz w:val="24"/>
        </w:rPr>
        <w:t>«Кто дал уста человеку?»</w:t>
      </w:r>
      <w:r>
        <w:rPr>
          <w:rFonts w:ascii="Georgia" w:hAnsi="Georgia"/>
          <w:b w:val="0"/>
          <w:i w:val="0"/>
          <w:color w:val="000000"/>
          <w:sz w:val="24"/>
        </w:rPr>
        <w:t xml:space="preserve"> (Шмот 4:11), ведь из слова </w:t>
      </w:r>
      <w:r>
        <w:rPr>
          <w:rFonts w:ascii="Georgia" w:hAnsi="Georgia"/>
          <w:b w:val="0"/>
          <w:i/>
          <w:color w:val="000000"/>
          <w:sz w:val="24"/>
        </w:rPr>
        <w:t>адам</w:t>
      </w:r>
      <w:r>
        <w:rPr>
          <w:rFonts w:ascii="Georgia" w:hAnsi="Georgia"/>
          <w:b w:val="0"/>
          <w:i w:val="0"/>
          <w:color w:val="000000"/>
          <w:sz w:val="24"/>
        </w:rPr>
        <w:t xml:space="preserve"> (</w:t>
      </w:r>
      <w:r>
        <w:rPr>
          <w:rFonts w:ascii="Georgia" w:hAnsi="Georgia" w:cs="Times New Roman"/>
          <w:b/>
          <w:i w:val="0"/>
          <w:color w:val="000000"/>
          <w:sz w:val="24"/>
          <w:rtl/>
          <w:szCs w:val="32"/>
        </w:rPr>
        <w:t>אָדָם</w:t>
      </w:r>
      <w:r>
        <w:rPr>
          <w:rFonts w:ascii="Georgia" w:hAnsi="Georgia"/>
          <w:b w:val="0"/>
          <w:i w:val="0"/>
          <w:color w:val="000000"/>
          <w:sz w:val="24"/>
        </w:rPr>
        <w:t xml:space="preserve">), гематрия которого 45 (МА), из его квадрата наполнения образуется [слово] </w:t>
      </w:r>
      <w:r>
        <w:rPr>
          <w:rFonts w:ascii="Georgia" w:hAnsi="Georgia"/>
          <w:b w:val="0"/>
          <w:i/>
          <w:color w:val="000000"/>
          <w:sz w:val="24"/>
        </w:rPr>
        <w:t>пэ</w:t>
      </w:r>
      <w:r>
        <w:rPr>
          <w:rFonts w:ascii="Georgia" w:hAnsi="Georgia"/>
          <w:b w:val="0"/>
          <w:i w:val="0"/>
          <w:color w:val="000000"/>
          <w:sz w:val="24"/>
        </w:rPr>
        <w:t>. И тогда выходят те самые порождения и пар из пэ, как сказано выше, согласно этому свойству внешнего пэ.</w:t>
      </w:r>
    </w:p>
    <w:p>
      <w:pPr>
        <w:spacing w:before="40" w:after="120"/>
        <w:jc w:val="both"/>
      </w:pPr>
      <w:r>
        <w:rPr>
          <w:rFonts w:ascii="Georgia" w:hAnsi="Georgia"/>
          <w:b w:val="0"/>
          <w:i w:val="0"/>
          <w:color w:val="000000"/>
          <w:sz w:val="24"/>
        </w:rPr>
        <w:t xml:space="preserve">3) Что касается хотэма де-АА, то и его внутренняя часть — это САГ, по числовому значению слова </w:t>
      </w:r>
      <w:r>
        <w:rPr>
          <w:rFonts w:ascii="Georgia" w:hAnsi="Georgia"/>
          <w:b w:val="0"/>
          <w:i/>
          <w:color w:val="000000"/>
          <w:sz w:val="24"/>
        </w:rPr>
        <w:t>хотэм</w:t>
      </w:r>
      <w:r>
        <w:rPr>
          <w:rFonts w:ascii="Georgia" w:hAnsi="Georgia"/>
          <w:b w:val="0"/>
          <w:i w:val="0"/>
          <w:color w:val="000000"/>
          <w:sz w:val="24"/>
        </w:rPr>
        <w:t xml:space="preserve"> (</w:t>
      </w:r>
      <w:r>
        <w:rPr>
          <w:rFonts w:ascii="Georgia" w:hAnsi="Georgia" w:cs="Times New Roman"/>
          <w:b/>
          <w:i w:val="0"/>
          <w:color w:val="000000"/>
          <w:sz w:val="24"/>
          <w:rtl/>
          <w:szCs w:val="32"/>
        </w:rPr>
        <w:t>חֹטֶם</w:t>
      </w:r>
      <w:r>
        <w:rPr>
          <w:rFonts w:ascii="Georgia" w:hAnsi="Georgia"/>
          <w:b w:val="0"/>
          <w:i w:val="0"/>
          <w:color w:val="000000"/>
          <w:sz w:val="24"/>
        </w:rPr>
        <w:t xml:space="preserve"> = 63), а внешняя часть — это три имени ЭЙЕ, которые также составляют в гематрии 63 (число слова </w:t>
      </w:r>
      <w:r>
        <w:rPr>
          <w:rFonts w:ascii="Georgia" w:hAnsi="Georgia"/>
          <w:b w:val="0"/>
          <w:i/>
          <w:color w:val="000000"/>
          <w:sz w:val="24"/>
        </w:rPr>
        <w:t>хотэм</w:t>
      </w:r>
      <w:r>
        <w:rPr>
          <w:rFonts w:ascii="Georgia" w:hAnsi="Georgia"/>
          <w:b w:val="0"/>
          <w:i w:val="0"/>
          <w:color w:val="000000"/>
          <w:sz w:val="24"/>
        </w:rPr>
        <w:t>). И эти три имени ЭЙЕ выходят из трех букв алеф, имеющихся в наполнении имени МА с буквами алеф (МА де-альпин), которое представляет собой пэ де-АА, как сказано выше; оттуда они протягиваются вверх и образуют внешнюю часть хотэма.</w:t>
      </w:r>
    </w:p>
    <w:p>
      <w:pPr>
        <w:spacing w:before="40" w:after="120"/>
        <w:jc w:val="both"/>
      </w:pPr>
      <w:r>
        <w:rPr>
          <w:rFonts w:ascii="Georgia" w:hAnsi="Georgia"/>
          <w:b w:val="0"/>
          <w:i w:val="0"/>
          <w:color w:val="000000"/>
          <w:sz w:val="24"/>
        </w:rPr>
        <w:t>4) Из этих двух свойств хотэма и пэ де-АА выходят свойства паров и окружающих светов, и их свечение протягивается до ЗОН, как будет сказано с Б-жьей помощью. Света же хотэма протягиваются до пэ и там облачаются внутрь светов пэ, так что света пэ становятся окружающим светом для светов хотэма и облачают их. И если вглядишься, всё это подобно светам АХАП де-АК, выходящим к миру Некудим, который уподоблен ЗОН; и этого достаточно.</w:t>
      </w:r>
    </w:p>
    <w:p>
      <w:pPr>
        <w:spacing w:before="40" w:after="120"/>
        <w:jc w:val="both"/>
      </w:pPr>
      <w:r>
        <w:rPr>
          <w:rFonts w:ascii="Georgia" w:hAnsi="Georgia"/>
          <w:b w:val="0"/>
          <w:i w:val="0"/>
          <w:color w:val="000000"/>
          <w:sz w:val="24"/>
        </w:rPr>
        <w:t>5) Внутренняя же часть хотэма — это САГ: ведь первая буква хэй находится в ноздре (</w:t>
      </w:r>
      <w:r>
        <w:rPr>
          <w:rFonts w:ascii="Georgia" w:hAnsi="Georgia"/>
          <w:b w:val="0"/>
          <w:i/>
          <w:color w:val="000000"/>
          <w:sz w:val="24"/>
        </w:rPr>
        <w:t>нуква де-фардашка</w:t>
      </w:r>
      <w:r>
        <w:rPr>
          <w:rFonts w:ascii="Georgia" w:hAnsi="Georgia"/>
          <w:b w:val="0"/>
          <w:i w:val="0"/>
          <w:color w:val="000000"/>
          <w:sz w:val="24"/>
        </w:rPr>
        <w:t>) с правой стороны, как упомянуто в Идра Зута; и это буква хэй над буквой йод, как в порядке всякого МАН; и оттуда веет дух жизни (</w:t>
      </w:r>
      <w:r>
        <w:rPr>
          <w:rFonts w:ascii="Georgia" w:hAnsi="Georgia"/>
          <w:b w:val="0"/>
          <w:i/>
          <w:color w:val="000000"/>
          <w:sz w:val="24"/>
        </w:rPr>
        <w:t>руха де-хайей</w:t>
      </w:r>
      <w:r>
        <w:rPr>
          <w:rFonts w:ascii="Georgia" w:hAnsi="Georgia"/>
          <w:b w:val="0"/>
          <w:i w:val="0"/>
          <w:color w:val="000000"/>
          <w:sz w:val="24"/>
        </w:rPr>
        <w:t>) к ЗА, причем буква йод — это сокрытый дух, а буква хэй — само отверстие. С левой же стороны находится вторая буква хэй, и оттуда веет дух жизни к Нукве, буква же вав — это разделяющая перегородка.</w:t>
      </w:r>
    </w:p>
    <w:p>
      <w:pPr>
        <w:spacing w:before="40" w:after="120"/>
        <w:jc w:val="both"/>
      </w:pPr>
      <w:r>
        <w:rPr>
          <w:rFonts w:ascii="Georgia" w:hAnsi="Georgia"/>
          <w:b w:val="0"/>
          <w:i w:val="0"/>
          <w:color w:val="000000"/>
          <w:sz w:val="24"/>
        </w:rPr>
        <w:t>6) Буква же йод имени САГ разделяется: простая буква йод — это сокрытый дух в правом отверстии для ЗА, а буквы вав-далет (</w:t>
      </w:r>
      <w:r>
        <w:rPr>
          <w:rFonts w:ascii="Georgia" w:hAnsi="Georgia" w:cs="Times New Roman"/>
          <w:b/>
          <w:i w:val="0"/>
          <w:color w:val="000000"/>
          <w:sz w:val="24"/>
          <w:rtl/>
          <w:szCs w:val="32"/>
        </w:rPr>
        <w:t>ו״ד</w:t>
      </w:r>
      <w:r>
        <w:rPr>
          <w:rFonts w:ascii="Georgia" w:hAnsi="Georgia"/>
          <w:b w:val="0"/>
          <w:i w:val="0"/>
          <w:color w:val="000000"/>
          <w:sz w:val="24"/>
        </w:rPr>
        <w:t>) из наполнения буквы йод (</w:t>
      </w:r>
      <w:r>
        <w:rPr>
          <w:rFonts w:ascii="Georgia" w:hAnsi="Georgia" w:cs="Times New Roman"/>
          <w:b/>
          <w:i w:val="0"/>
          <w:color w:val="000000"/>
          <w:sz w:val="24"/>
          <w:rtl/>
          <w:szCs w:val="32"/>
        </w:rPr>
        <w:t>יוֹד</w:t>
      </w:r>
      <w:r>
        <w:rPr>
          <w:rFonts w:ascii="Georgia" w:hAnsi="Georgia"/>
          <w:b w:val="0"/>
          <w:i w:val="0"/>
          <w:color w:val="000000"/>
          <w:sz w:val="24"/>
        </w:rPr>
        <w:t>) — это сокрытый дух в левом отверстии для Нуквы.</w:t>
      </w:r>
    </w:p>
    <w:p>
      <w:pPr>
        <w:spacing w:before="40" w:after="120"/>
        <w:jc w:val="both"/>
      </w:pPr>
      <w:r>
        <w:rPr>
          <w:rFonts w:ascii="Georgia" w:hAnsi="Georgia"/>
          <w:b w:val="0"/>
          <w:i w:val="0"/>
          <w:color w:val="000000"/>
          <w:sz w:val="24"/>
        </w:rPr>
        <w:t>7) И от этих светов протягиваются света к ЗОН, а также к Аба ве-Има, чтобы пробудить их к зивугу. Суть в том, что АВАЯ и ЭЙЕ соответствуют Аба ве-Има, а в ЗОН это АВАЯ-ЭЛОКИМ и АВАЯ-АДОНАЙ. Первое имя йод-хэй-вав (</w:t>
      </w:r>
      <w:r>
        <w:rPr>
          <w:rFonts w:ascii="Georgia" w:hAnsi="Georgia" w:cs="Times New Roman"/>
          <w:b/>
          <w:i w:val="0"/>
          <w:color w:val="000000"/>
          <w:sz w:val="24"/>
          <w:rtl/>
          <w:szCs w:val="32"/>
        </w:rPr>
        <w:t>יה״ו</w:t>
      </w:r>
      <w:r>
        <w:rPr>
          <w:rFonts w:ascii="Georgia" w:hAnsi="Georgia"/>
          <w:b w:val="0"/>
          <w:i w:val="0"/>
          <w:color w:val="000000"/>
          <w:sz w:val="24"/>
        </w:rPr>
        <w:t>) из внутренней части пэ протягивается к Абе, чтобы светить в нем и пробудить его к зивугу. А к Име протягивается упомянутое имя йод-хэй-вав из внутренней части пэ, а также опускается простая буква йод — свойство хотэма, являющееся внутренней частью САГ, и первое имя ЭЙЕ внешней части (это те самые три буквы алеф, которые там, в пэ). Затем к ЗА в первом свойстве опускается второе имя йод-хэй-вав внутренней части, а также первая буква йод (по другой версии — буква хэй) имени САГ, простая, из внутренней части хотэма в правой ноздре. А к Нукве в первом свойстве — имени ЭЛОКИМ — опускаются только из хотэма буквы вав-далет (</w:t>
      </w:r>
      <w:r>
        <w:rPr>
          <w:rFonts w:ascii="Georgia" w:hAnsi="Georgia" w:cs="Times New Roman"/>
          <w:b/>
          <w:i w:val="0"/>
          <w:color w:val="000000"/>
          <w:sz w:val="24"/>
          <w:rtl/>
          <w:szCs w:val="32"/>
        </w:rPr>
        <w:t>ו״ד</w:t>
      </w:r>
      <w:r>
        <w:rPr>
          <w:rFonts w:ascii="Georgia" w:hAnsi="Georgia"/>
          <w:b w:val="0"/>
          <w:i w:val="0"/>
          <w:color w:val="000000"/>
          <w:sz w:val="24"/>
        </w:rPr>
        <w:t>) наполнения имени САГ в левой ноздре внутренней части хотэма, а также второе имя ЭЙЕ внешней части хотэма.</w:t>
      </w:r>
    </w:p>
    <w:p>
      <w:pPr>
        <w:spacing w:before="40" w:after="120"/>
        <w:jc w:val="both"/>
      </w:pPr>
      <w:r>
        <w:rPr>
          <w:rFonts w:ascii="Georgia" w:hAnsi="Georgia"/>
          <w:b w:val="0"/>
          <w:i w:val="0"/>
          <w:color w:val="000000"/>
          <w:sz w:val="24"/>
        </w:rPr>
        <w:t>Затем к ЗА во втором свойстве опускается третье имя йод-хэй-вав внутренней части пэ, а также первая простая буква йод имени САГ из внутренней части хотэма в правой ноздре. А к Нукве во втором свойстве — имени АДОНАЙ — опускаются только из хотэма буквы вав-далет наполнения буквы йод имени САГ из левой ноздри внутренней части хотэма. А также опускается от третьего имени ЭЙЕ внешней части хотэма (в правой ноздре). (Следует еще тщательно исследовать: как возможно то, о чем мы сказали, будто из трех букв алеф в пэ де-АА образуются три имени ЭЙЕ внешней части его хотэма? Ведь хотэм выше, чем пэ! И можно объяснить это подобно сказанному выше: один свет имени МА де-альпин в наполнении буквы вав (</w:t>
      </w:r>
      <w:r>
        <w:rPr>
          <w:rFonts w:ascii="Georgia" w:hAnsi="Georgia" w:cs="Times New Roman"/>
          <w:b/>
          <w:i w:val="0"/>
          <w:color w:val="000000"/>
          <w:sz w:val="24"/>
          <w:rtl/>
          <w:szCs w:val="32"/>
        </w:rPr>
        <w:t>וא״ו</w:t>
      </w:r>
      <w:r>
        <w:rPr>
          <w:rFonts w:ascii="Georgia" w:hAnsi="Georgia"/>
          <w:b w:val="0"/>
          <w:i w:val="0"/>
          <w:color w:val="000000"/>
          <w:sz w:val="24"/>
        </w:rPr>
        <w:t>) представляет собой свойство ЭЙЕ де-Има и опускается туда, чтобы оживлять ЗА, являющегося именем МА; так же обстоит дело и здесь. Но смысл вовсе не в том, будто после того, как они опустились вниз в пэ, они вновь поднялись и стали хотэмом; напротив, сначала они образовали хотэм, а затем опустились в пэ).</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1–4) </w:t>
      </w:r>
      <w:r>
        <w:rPr>
          <w:rFonts w:ascii="Georgia" w:hAnsi="Georgia"/>
          <w:b/>
          <w:i w:val="0"/>
          <w:color w:val="000000"/>
          <w:sz w:val="24"/>
        </w:rPr>
        <w:t>«Теперь объясним устройство хотэма и пэ… а внутренняя часть — это имя САГ… внешняя часть — это ахораим имени МА…»</w:t>
      </w:r>
    </w:p>
    <w:p>
      <w:pPr>
        <w:spacing w:before="40" w:after="120"/>
        <w:jc w:val="both"/>
      </w:pPr>
      <w:r>
        <w:rPr>
          <w:rFonts w:ascii="Georgia" w:hAnsi="Georgia"/>
          <w:b w:val="0"/>
          <w:i w:val="0"/>
          <w:color w:val="000000"/>
          <w:sz w:val="24"/>
        </w:rPr>
        <w:t xml:space="preserve">Выше (лист 821, со слов «Однако…») Учитель объяснил, что хотэм — это тайна Малхут, а в пэ скрыт Даат де-Радла. То есть свойство масаха НЕХИ де-ахор, который должен был раскрыться там, будучи нижней половиной ступени Радла. Ведь Радла — это тайна Гальгальта ве-эйнаим де-Кетер де-БОН, а АА — это АХАП де-Кетер де-БОН. И если бы раскрылся масах НЕХИ де-ахор, являющийся четвертой стадией (бхина далет), которая должна быть в пэ этих АХАП, тогда Атик и АА соединились бы в один парцуф. И об этом сказано, что Даат де-Радла скрыт в пэ де-АА. То есть этот зивуг скрыт и не раскрывается, а [раскрывается] только свойство Малхут в хотэме, в тайне стиха: </w:t>
      </w:r>
      <w:r>
        <w:rPr>
          <w:rFonts w:ascii="Georgia" w:hAnsi="Georgia"/>
          <w:b w:val="0"/>
          <w:i/>
          <w:color w:val="000000"/>
          <w:sz w:val="24"/>
        </w:rPr>
        <w:t>«…и ради славы Моей обуздаю Себя (</w:t>
      </w:r>
      <w:r>
        <w:rPr>
          <w:rFonts w:ascii="Georgia" w:hAnsi="Georgia"/>
          <w:b w:val="0"/>
          <w:i w:val="0"/>
          <w:color w:val="000000"/>
          <w:sz w:val="24"/>
        </w:rPr>
        <w:t>эхтом</w:t>
      </w:r>
      <w:r>
        <w:rPr>
          <w:rFonts w:ascii="Georgia" w:hAnsi="Georgia"/>
          <w:b w:val="0"/>
          <w:i/>
          <w:color w:val="000000"/>
          <w:sz w:val="24"/>
        </w:rPr>
        <w:t xml:space="preserve">, </w:t>
      </w:r>
      <w:r>
        <w:rPr>
          <w:rFonts w:ascii="Georgia" w:hAnsi="Georgia" w:cs="Times New Roman"/>
          <w:b/>
          <w:i/>
          <w:color w:val="000000"/>
          <w:sz w:val="24"/>
          <w:rtl/>
          <w:szCs w:val="32"/>
        </w:rPr>
        <w:t>אֶחֱטָם</w:t>
      </w:r>
      <w:r>
        <w:rPr>
          <w:rFonts w:ascii="Georgia" w:hAnsi="Georgia"/>
          <w:b w:val="0"/>
          <w:i/>
          <w:color w:val="000000"/>
          <w:sz w:val="24"/>
        </w:rPr>
        <w:t>) ради тебя…»</w:t>
      </w:r>
      <w:r>
        <w:rPr>
          <w:rFonts w:ascii="Georgia" w:hAnsi="Georgia"/>
          <w:b w:val="0"/>
          <w:i w:val="0"/>
          <w:color w:val="000000"/>
          <w:sz w:val="24"/>
        </w:rPr>
        <w:t xml:space="preserve"> (Йешаяу 48:9), что представляет собой масах третьей стадии (бхина гимель). И ты видишь, что всё сказанное там относится лишь к Радла, то есть к тому, как рош де-АА соединяется с Радла в один рош. Здесь же он говорит о рош де-АА в отношении его самого, поскольку тот является парцуфом Кетер мира Ацилут, и тогда считается, что в его собственном рош есть полные десять сфирот: Гальгальта ве-эйнаим и АХАП. При этом Гальгальта ве-эйнаим — это первый рош де-АА, в котором нет келим, и потому в нем нет совершенно никакого постижения; и это тайна нижней хэй в эйнаим и букв йод-хэй-вав (</w:t>
      </w:r>
      <w:r>
        <w:rPr>
          <w:rFonts w:ascii="Georgia" w:hAnsi="Georgia" w:cs="Times New Roman"/>
          <w:b/>
          <w:i w:val="0"/>
          <w:color w:val="000000"/>
          <w:sz w:val="24"/>
          <w:rtl/>
          <w:szCs w:val="32"/>
        </w:rPr>
        <w:t>יה״ו</w:t>
      </w:r>
      <w:r>
        <w:rPr>
          <w:rFonts w:ascii="Georgia" w:hAnsi="Georgia"/>
          <w:b w:val="0"/>
          <w:i w:val="0"/>
          <w:color w:val="000000"/>
          <w:sz w:val="24"/>
        </w:rPr>
        <w:t xml:space="preserve">) в АХАП, ведь нижняя хэй, место которой в парцуфим де-АК было в пэ, поднялась в эйнаим. И вышел первый рош от эйнаим и выше, в тайне АВАЯ де-АБ (72), а от эйнаим и ниже вышел второй рош в АХАП, являющийся тайной АВАЯ де-САГ (63), которая сама по себе делится на буквы йод-хэй-вав: буква йод — в озэн, в тайне АБ де-САГ; буква хэй — в хотэме, в тайне САГ де-САГ; буква вав — в пэ, в тайне МА де-САГ. И об этом сказано: </w:t>
      </w:r>
      <w:r>
        <w:rPr>
          <w:rFonts w:ascii="Georgia" w:hAnsi="Georgia"/>
          <w:b/>
          <w:i w:val="0"/>
          <w:color w:val="000000"/>
          <w:sz w:val="24"/>
        </w:rPr>
        <w:t>«А внутренняя часть — это имя САГ…»</w:t>
      </w:r>
      <w:r>
        <w:rPr>
          <w:rFonts w:ascii="Georgia" w:hAnsi="Georgia"/>
          <w:b w:val="0"/>
          <w:i w:val="0"/>
          <w:color w:val="000000"/>
          <w:sz w:val="24"/>
        </w:rPr>
        <w:t xml:space="preserve"> То есть внутренняя часть хотэма и пэ де-АА — это АВАЯ де-САГ: ведь Гальгальта ве-эйнаим де-АА — это АБ, а АХАП — это второй рош и САГ; следовательно, и хотэм, и пэ представляют собой САГ.</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«Кроме того, есть внешнее свойство пэ — это ахораим имени МА…»</w:t>
      </w:r>
      <w:r>
        <w:rPr>
          <w:rFonts w:ascii="Georgia" w:hAnsi="Georgia"/>
          <w:b w:val="0"/>
          <w:i w:val="0"/>
          <w:color w:val="000000"/>
          <w:sz w:val="24"/>
        </w:rPr>
        <w:t xml:space="preserve"> И это в деталях второго рош, представляющего собой буквы йод-хэй-вав (</w:t>
      </w:r>
      <w:r>
        <w:rPr>
          <w:rFonts w:ascii="Georgia" w:hAnsi="Georgia" w:cs="Times New Roman"/>
          <w:b/>
          <w:i w:val="0"/>
          <w:color w:val="000000"/>
          <w:sz w:val="24"/>
          <w:rtl/>
          <w:szCs w:val="32"/>
        </w:rPr>
        <w:t>יה״ו</w:t>
      </w:r>
      <w:r>
        <w:rPr>
          <w:rFonts w:ascii="Georgia" w:hAnsi="Georgia"/>
          <w:b w:val="0"/>
          <w:i w:val="0"/>
          <w:color w:val="000000"/>
          <w:sz w:val="24"/>
        </w:rPr>
        <w:t>) в АХАП: буква йод и АБ де-САГ — в озэн; первая буква хэй (</w:t>
      </w:r>
      <w:r>
        <w:rPr>
          <w:rFonts w:ascii="Georgia" w:hAnsi="Georgia"/>
          <w:b w:val="0"/>
          <w:i/>
          <w:color w:val="000000"/>
          <w:sz w:val="24"/>
        </w:rPr>
        <w:t>хэй ришона</w:t>
      </w:r>
      <w:r>
        <w:rPr>
          <w:rFonts w:ascii="Georgia" w:hAnsi="Georgia"/>
          <w:b w:val="0"/>
          <w:i w:val="0"/>
          <w:color w:val="000000"/>
          <w:sz w:val="24"/>
        </w:rPr>
        <w:t>) и САГ де-САГ — в хотэме; а буква вав и МА де-САГ — в пэ, как обо всем этом сказано выше в словах Учителя в ветви 14 относительно парцуфим де-АК, обратитесь туда.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если вглядишься, всё это подобно светам АХАП де-АК, выходящим к миру Некудим, который уподоблен ЗОН; и этого достаточно»</w:t>
      </w:r>
      <w:r>
        <w:rPr>
          <w:rFonts w:ascii="Georgia" w:hAnsi="Georgia"/>
          <w:b w:val="0"/>
          <w:i w:val="0"/>
          <w:color w:val="000000"/>
          <w:sz w:val="24"/>
        </w:rPr>
        <w:t>, конец цитаты. То есть подобно тому, как выше Учитель разделяет рош де-АК на два имени АВАЯ: Гальгальта ве-эйнаим — это АВАЯ де-АБ и первый рош в тайне нижней хэй в эйнаим, а АХАП — это второй рош и АВАЯ де-САГ в тайне букв йод-хэй-вав в АХАП, так же обстоит дело и здесь, как мы сказали. Известно также, что от эйнаим и ниже уже считается находящимся вне головы (</w:t>
      </w:r>
      <w:r>
        <w:rPr>
          <w:rFonts w:ascii="Georgia" w:hAnsi="Georgia"/>
          <w:b w:val="0"/>
          <w:i/>
          <w:color w:val="000000"/>
          <w:sz w:val="24"/>
        </w:rPr>
        <w:t>ле-вар ми-рейша</w:t>
      </w:r>
      <w:r>
        <w:rPr>
          <w:rFonts w:ascii="Georgia" w:hAnsi="Georgia"/>
          <w:b w:val="0"/>
          <w:i w:val="0"/>
          <w:color w:val="000000"/>
          <w:sz w:val="24"/>
        </w:rPr>
        <w:t>) и свойством горла и ХАГАТ по отношению к первому рош, что является тайной ЗОН. И об этом сказано: «который уподоблен ЗОН». То есть эти АХАП вышли из свойства рош и ГАР в свойство ХАГАТ и тела (гуфа), поскольку они получают отраженный свет (</w:t>
      </w:r>
      <w:r>
        <w:rPr>
          <w:rFonts w:ascii="Georgia" w:hAnsi="Georgia"/>
          <w:b w:val="0"/>
          <w:i/>
          <w:color w:val="000000"/>
          <w:sz w:val="24"/>
        </w:rPr>
        <w:t>ор хозер</w:t>
      </w:r>
      <w:r>
        <w:rPr>
          <w:rFonts w:ascii="Georgia" w:hAnsi="Georgia"/>
          <w:b w:val="0"/>
          <w:i w:val="0"/>
          <w:color w:val="000000"/>
          <w:sz w:val="24"/>
        </w:rPr>
        <w:t>) от масаха в эйнаим сверху вниз. Как сказано в предыдущей ветви, и незачем распространяться об этом дольше.</w:t>
      </w:r>
    </w:p>
    <w:p>
      <w:r>
        <w:br w:type="page"/>
      </w:r>
    </w:p>
    <w:p>
      <w:pPr>
        <w:keepNext/>
        <w:spacing w:before="360" w:after="160"/>
        <w:jc w:val="center"/>
      </w:pPr>
      <w:r>
        <w:rPr>
          <w:rFonts w:ascii="Georgia" w:hAnsi="Georgia"/>
          <w:b w:val="0"/>
          <w:i w:val="0"/>
          <w:color w:val="000000"/>
          <w:sz w:val="40"/>
        </w:rPr>
        <w:t>Ветвь 72</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Смысл вглядывания (истаклют) лба Атика в лоб ЗА, о котором говорится в «Идра [Раба]» (стр. 136), заключается в следующем. Мы уже объясняли, что в рош де-АА есть аспект его Кетера, откуда распространяются тринадцать белизн головы (хиврати де-рейша), представляющих собой белизну Кетера, как сказано выше. Эти белизны включают в себя три имени АВАЯ, соответственно трем мохин, находящимся там в лике (паним), — пойми это как следует. Каждое имя АВАЯ происходит от имени АБ с наполнением буквами йод. Третье имя АВАЯ, представляющее собой белизну головы со стороны свойства Даат, нисходит через заднюю часть головы (ахорей рейша) де-АА, и от него праведники наследуют четыреста миров вожделения (</w:t>
      </w:r>
      <w:r>
        <w:rPr>
          <w:rFonts w:ascii="Georgia" w:hAnsi="Georgia"/>
          <w:b w:val="0"/>
          <w:i/>
          <w:color w:val="000000"/>
          <w:sz w:val="24"/>
        </w:rPr>
        <w:t>альмин де-хисуфин</w:t>
      </w:r>
      <w:r>
        <w:rPr>
          <w:rFonts w:ascii="Georgia" w:hAnsi="Georgia"/>
          <w:b w:val="0"/>
          <w:i w:val="0"/>
          <w:color w:val="000000"/>
          <w:sz w:val="24"/>
        </w:rPr>
        <w:t xml:space="preserve">, </w:t>
      </w:r>
      <w:r>
        <w:rPr>
          <w:rFonts w:ascii="Georgia" w:hAnsi="Georgia" w:cs="Times New Roman"/>
          <w:b/>
          <w:i w:val="0"/>
          <w:color w:val="000000"/>
          <w:sz w:val="24"/>
          <w:rtl/>
          <w:szCs w:val="32"/>
        </w:rPr>
        <w:t>עָלְמִין דִּכְסוּפִין</w:t>
      </w:r>
      <w:r>
        <w:rPr>
          <w:rFonts w:ascii="Georgia" w:hAnsi="Georgia"/>
          <w:b w:val="0"/>
          <w:i w:val="0"/>
          <w:color w:val="000000"/>
          <w:sz w:val="24"/>
        </w:rPr>
        <w:t xml:space="preserve">); ведь это четыре буквы имени АБ, в котором четыре буквы йод, и каждая содержит десять [сфирот, умноженных на десять], что составляет 400 (буква тав, </w:t>
      </w:r>
      <w:r>
        <w:rPr>
          <w:rFonts w:ascii="Georgia" w:hAnsi="Georgia" w:cs="Times New Roman"/>
          <w:b/>
          <w:i w:val="0"/>
          <w:color w:val="000000"/>
          <w:sz w:val="24"/>
          <w:rtl/>
          <w:szCs w:val="32"/>
        </w:rPr>
        <w:t>ת</w:t>
      </w:r>
      <w:r>
        <w:rPr>
          <w:rFonts w:ascii="Georgia" w:hAnsi="Georgia"/>
          <w:b w:val="0"/>
          <w:i w:val="0"/>
          <w:color w:val="000000"/>
          <w:sz w:val="24"/>
        </w:rPr>
        <w:t xml:space="preserve"> = 400). Однако два других имени АВАЯ, представляющие собой два мохин — ХУБ (Хохма и Бина), находящиеся в Кетере, содержат восемь букв, в которых восемь букв йод; они нисходят к лицу и распространяются в лике де-Атик, где светят эти восемь белизн. Итого получается 12 белизн. Кроме того, есть еще одна белизна, объединяющая все 12 белизн, вместе с которой все они называются тринадцатью белизнами головы; и эта тринадцатая белизна остается наверху, в рош де-Гальгальта.</w:t>
      </w:r>
    </w:p>
    <w:p>
      <w:pPr>
        <w:spacing w:before="40" w:after="120"/>
        <w:jc w:val="both"/>
      </w:pPr>
      <w:r>
        <w:rPr>
          <w:rFonts w:ascii="Georgia" w:hAnsi="Georgia"/>
          <w:b w:val="0"/>
          <w:i w:val="0"/>
          <w:color w:val="000000"/>
          <w:sz w:val="24"/>
        </w:rPr>
        <w:t>2) Разъясним теперь эти восемь белизн, нисходящих на лик: это два имени АВАЯ, содержащих восемь простых букв; однако они имеют наполнение буквами йод и распределяются так: одно имя АВАЯ — на одной стороне лица, а второе имя АВАЯ — на второй стороне лица. И в каждом из этих имен АВАЯ есть 42 буквы: четыре простые буквы и десять букв наполнения — это 14; и 28 букв двойного наполнения (милуй де-милуй), что дает 42 буквы на одной стороне лица и 42 буквы на второй стороне.</w:t>
      </w:r>
    </w:p>
    <w:p>
      <w:pPr>
        <w:spacing w:before="40" w:after="120"/>
        <w:jc w:val="both"/>
      </w:pPr>
      <w:r>
        <w:rPr>
          <w:rFonts w:ascii="Georgia" w:hAnsi="Georgia"/>
          <w:b w:val="0"/>
          <w:i w:val="0"/>
          <w:color w:val="000000"/>
          <w:sz w:val="24"/>
        </w:rPr>
        <w:t>3) И уже разъяснялось в своем месте, что лик — это седьмое исправление из тринадцати исправлений бороды де-АА, как сказано в «Идра», и это исправление двух святых яблок (</w:t>
      </w:r>
      <w:r>
        <w:rPr>
          <w:rFonts w:ascii="Georgia" w:hAnsi="Georgia"/>
          <w:b w:val="0"/>
          <w:i/>
          <w:color w:val="000000"/>
          <w:sz w:val="24"/>
        </w:rPr>
        <w:t>трейн тапухин кадишин</w:t>
      </w:r>
      <w:r>
        <w:rPr>
          <w:rFonts w:ascii="Georgia" w:hAnsi="Georgia"/>
          <w:b w:val="0"/>
          <w:i w:val="0"/>
          <w:color w:val="000000"/>
          <w:sz w:val="24"/>
        </w:rPr>
        <w:t>). И каждая из этих двух сторон включает в себя десять сфирот, как известно, ведь в святости ничто не бывает меньше десяти.</w:t>
      </w:r>
    </w:p>
    <w:p>
      <w:pPr>
        <w:spacing w:before="40" w:after="120"/>
        <w:jc w:val="both"/>
      </w:pPr>
      <w:r>
        <w:rPr>
          <w:rFonts w:ascii="Georgia" w:hAnsi="Georgia"/>
          <w:b w:val="0"/>
          <w:i w:val="0"/>
          <w:color w:val="000000"/>
          <w:sz w:val="24"/>
        </w:rPr>
        <w:t>4) Разъясним сначала одну сторону лица, и из нее станет понятна вторая. Известно, что 50 врат в Бине обусловлены упомянутыми 42 [буквами], имеющимися в Бине: ведь это семь имен, содержащих 42 буквы, а вместе с семью самими именами получается 49. И есть врата нун софит (</w:t>
      </w:r>
      <w:r>
        <w:rPr>
          <w:rFonts w:ascii="Georgia" w:hAnsi="Georgia" w:cs="Times New Roman"/>
          <w:b/>
          <w:i w:val="0"/>
          <w:color w:val="000000"/>
          <w:sz w:val="24"/>
          <w:rtl/>
          <w:szCs w:val="32"/>
        </w:rPr>
        <w:t>ן</w:t>
      </w:r>
      <w:r>
        <w:rPr>
          <w:rFonts w:ascii="Georgia" w:hAnsi="Georgia"/>
          <w:b w:val="0"/>
          <w:i w:val="0"/>
          <w:color w:val="000000"/>
          <w:sz w:val="24"/>
        </w:rPr>
        <w:t xml:space="preserve"> = 50), объединяющие все 49, и это высший Кетер в них — вот и получаются 50 врат Бины, как упомянуто в «Тиккуней Зоар» (тиккун 22). И пусть тебя не удивляет, что врата нун сами по себе — это Кетер (а все 49 находятся в остальных девяти сфирот), ведь они объединяют все 49 врат и не являются отдельными частными вратами.</w:t>
      </w:r>
    </w:p>
    <w:p>
      <w:pPr>
        <w:spacing w:before="40" w:after="120"/>
        <w:jc w:val="both"/>
      </w:pPr>
      <w:r>
        <w:rPr>
          <w:rFonts w:ascii="Georgia" w:hAnsi="Georgia"/>
          <w:b w:val="0"/>
          <w:i w:val="0"/>
          <w:color w:val="000000"/>
          <w:sz w:val="24"/>
        </w:rPr>
        <w:t>5) Сейчас мы не станем говорить об общей совокупности семи имен, вместе с которыми получается 49, а с объединяющим — 50. Мы поговорим о самом имени из 42 букв, представляющем собой 42 буквы, которые суть 42 входа. Они разделяются на десять сфирот, включающих 42 входа: высший Кетер в них — это высшие врата, то есть 42-е врата, объединяющие все 42 входа. Однако в девяти нижних сфирот ни одна сфира не включает в себя все 42 входа, а каждая включает лишь сорок одни врата.</w:t>
      </w:r>
    </w:p>
    <w:p>
      <w:pPr>
        <w:spacing w:before="40" w:after="120"/>
        <w:jc w:val="both"/>
      </w:pPr>
      <w:r>
        <w:rPr>
          <w:rFonts w:ascii="Georgia" w:hAnsi="Georgia"/>
          <w:b w:val="0"/>
          <w:i w:val="0"/>
          <w:color w:val="000000"/>
          <w:sz w:val="24"/>
        </w:rPr>
        <w:t>6) Суть в том, что 42-е врата находятся в Кетере, как сказано выше, а сорок одни врата — в девяти сфирот. И каждая из этих сфирот также включает в себя все сорок одни врата. Следовательно, в девяти сфирот одной стороны лица девять раз по 41 (9 × 41) составляет по гематрии 369 (</w:t>
      </w:r>
      <w:r>
        <w:rPr>
          <w:rFonts w:ascii="Georgia" w:hAnsi="Georgia" w:cs="Times New Roman"/>
          <w:b/>
          <w:i w:val="0"/>
          <w:color w:val="000000"/>
          <w:sz w:val="24"/>
          <w:rtl/>
          <w:szCs w:val="32"/>
        </w:rPr>
        <w:t>שס״ט</w:t>
      </w:r>
      <w:r>
        <w:rPr>
          <w:rFonts w:ascii="Georgia" w:hAnsi="Georgia"/>
          <w:b w:val="0"/>
          <w:i w:val="0"/>
          <w:color w:val="000000"/>
          <w:sz w:val="24"/>
        </w:rPr>
        <w:t xml:space="preserve"> = 369), а вместе с их общностью — 370 (</w:t>
      </w:r>
      <w:r>
        <w:rPr>
          <w:rFonts w:ascii="Georgia" w:hAnsi="Georgia" w:cs="Times New Roman"/>
          <w:b/>
          <w:i w:val="0"/>
          <w:color w:val="000000"/>
          <w:sz w:val="24"/>
          <w:rtl/>
          <w:szCs w:val="32"/>
        </w:rPr>
        <w:t>ש״ע</w:t>
      </w:r>
      <w:r>
        <w:rPr>
          <w:rFonts w:ascii="Georgia" w:hAnsi="Georgia"/>
          <w:b w:val="0"/>
          <w:i w:val="0"/>
          <w:color w:val="000000"/>
          <w:sz w:val="24"/>
        </w:rPr>
        <w:t xml:space="preserve"> = 370) врат. Кетер же включает их все, так как он — 42-е врата, объединяющие все нижние сорок одни врата. Итак, они распределяются по всем девяти сфирот, и каждая сфира включает все 41, что вместе дает 370.</w:t>
      </w:r>
    </w:p>
    <w:p>
      <w:pPr>
        <w:spacing w:before="40" w:after="120"/>
        <w:jc w:val="both"/>
      </w:pPr>
      <w:r>
        <w:rPr>
          <w:rFonts w:ascii="Georgia" w:hAnsi="Georgia"/>
          <w:b w:val="0"/>
          <w:i w:val="0"/>
          <w:color w:val="000000"/>
          <w:sz w:val="24"/>
        </w:rPr>
        <w:t>7) Итак, выяснилось, что на одной стороне лица де-Атик есть имя АВАЯ с наполнением буквами йод, в котором 42 буквы. Высшие врата из этих 42 — это находящийся там Кетер, а 41 буква — это девять сфирот, каждая из которых включает все 41, что составляет 370. А высшие врата, дополняющие до 42, включают их все и также равны по гематрии 370. И точно так же, как есть имя АВАЯ на первой стороне лица, устроено и на второй стороне со вторым именем АВАЯ, находящимся там.</w:t>
      </w:r>
    </w:p>
    <w:p>
      <w:pPr>
        <w:spacing w:before="40" w:after="120"/>
        <w:jc w:val="both"/>
      </w:pPr>
      <w:r>
        <w:rPr>
          <w:rFonts w:ascii="Georgia" w:hAnsi="Georgia"/>
          <w:b w:val="0"/>
          <w:i w:val="0"/>
          <w:color w:val="000000"/>
          <w:sz w:val="24"/>
        </w:rPr>
        <w:t>8) Известно, что там, в Атике, нет левой стороны, ведь все — правая (</w:t>
      </w:r>
      <w:r>
        <w:rPr>
          <w:rFonts w:ascii="Georgia" w:hAnsi="Georgia"/>
          <w:b w:val="0"/>
          <w:i/>
          <w:color w:val="000000"/>
          <w:sz w:val="24"/>
        </w:rPr>
        <w:t>кула ямина</w:t>
      </w:r>
      <w:r>
        <w:rPr>
          <w:rFonts w:ascii="Georgia" w:hAnsi="Georgia"/>
          <w:b w:val="0"/>
          <w:i w:val="0"/>
          <w:color w:val="000000"/>
          <w:sz w:val="24"/>
        </w:rPr>
        <w:t xml:space="preserve">, </w:t>
      </w:r>
      <w:r>
        <w:rPr>
          <w:rFonts w:ascii="Georgia" w:hAnsi="Georgia" w:cs="Times New Roman"/>
          <w:b/>
          <w:i w:val="0"/>
          <w:color w:val="000000"/>
          <w:sz w:val="24"/>
          <w:rtl/>
          <w:szCs w:val="32"/>
        </w:rPr>
        <w:t>כּוּלָּא יְמִינָא</w:t>
      </w:r>
      <w:r>
        <w:rPr>
          <w:rFonts w:ascii="Georgia" w:hAnsi="Georgia"/>
          <w:b w:val="0"/>
          <w:i w:val="0"/>
          <w:color w:val="000000"/>
          <w:sz w:val="24"/>
        </w:rPr>
        <w:t>), как сказано в «Идра» (стр. 129), и обе стороны лица считаются одной. И об этом сказано там же (стр. 128), что лик Атика распространился на 370 мириадов миров. Хотя есть 370 на одной стороне лица и 370 на второй, все это — распространение той белизны, как сказано выше.</w:t>
      </w:r>
    </w:p>
    <w:p>
      <w:pPr>
        <w:spacing w:before="40" w:after="120"/>
        <w:jc w:val="both"/>
      </w:pPr>
      <w:r>
        <w:rPr>
          <w:rFonts w:ascii="Georgia" w:hAnsi="Georgia"/>
          <w:b w:val="0"/>
          <w:i w:val="0"/>
          <w:color w:val="000000"/>
          <w:sz w:val="24"/>
        </w:rPr>
        <w:t>9) И есть еще одна причина этому: ведь эти два имени АВАЯ — два мохин, ХУБ, от которых происходят Аба ве-Има, как будет сказано с Б-жьей помощью. И знай, что Аба ве-Има пребывают вместе (</w:t>
      </w:r>
      <w:r>
        <w:rPr>
          <w:rFonts w:ascii="Georgia" w:hAnsi="Georgia"/>
          <w:b w:val="0"/>
          <w:i/>
          <w:color w:val="000000"/>
          <w:sz w:val="24"/>
        </w:rPr>
        <w:t>кахда шарьян</w:t>
      </w:r>
      <w:r>
        <w:rPr>
          <w:rFonts w:ascii="Georgia" w:hAnsi="Georgia"/>
          <w:b w:val="0"/>
          <w:i w:val="0"/>
          <w:color w:val="000000"/>
          <w:sz w:val="24"/>
        </w:rPr>
        <w:t xml:space="preserve">, </w:t>
      </w:r>
      <w:r>
        <w:rPr>
          <w:rFonts w:ascii="Georgia" w:hAnsi="Georgia" w:cs="Times New Roman"/>
          <w:b/>
          <w:i w:val="0"/>
          <w:color w:val="000000"/>
          <w:sz w:val="24"/>
          <w:rtl/>
          <w:szCs w:val="32"/>
        </w:rPr>
        <w:t>כַּחֲדָא שַׁרְיָין</w:t>
      </w:r>
      <w:r>
        <w:rPr>
          <w:rFonts w:ascii="Georgia" w:hAnsi="Georgia"/>
          <w:b w:val="0"/>
          <w:i w:val="0"/>
          <w:color w:val="000000"/>
          <w:sz w:val="24"/>
        </w:rPr>
        <w:t>), и все же Аба скрыт и утаен сильнее (</w:t>
      </w:r>
      <w:r>
        <w:rPr>
          <w:rFonts w:ascii="Georgia" w:hAnsi="Georgia"/>
          <w:b w:val="0"/>
          <w:i/>
          <w:color w:val="000000"/>
          <w:sz w:val="24"/>
        </w:rPr>
        <w:t>тамир ве-ганиз ятир</w:t>
      </w:r>
      <w:r>
        <w:rPr>
          <w:rFonts w:ascii="Georgia" w:hAnsi="Georgia"/>
          <w:b w:val="0"/>
          <w:i w:val="0"/>
          <w:color w:val="000000"/>
          <w:sz w:val="24"/>
        </w:rPr>
        <w:t xml:space="preserve">, </w:t>
      </w:r>
      <w:r>
        <w:rPr>
          <w:rFonts w:ascii="Georgia" w:hAnsi="Georgia" w:cs="Times New Roman"/>
          <w:b/>
          <w:i w:val="0"/>
          <w:color w:val="000000"/>
          <w:sz w:val="24"/>
          <w:rtl/>
          <w:szCs w:val="32"/>
        </w:rPr>
        <w:t>טָמִיר וּגְנִיז יַתִּיר</w:t>
      </w:r>
      <w:r>
        <w:rPr>
          <w:rFonts w:ascii="Georgia" w:hAnsi="Georgia"/>
          <w:b w:val="0"/>
          <w:i w:val="0"/>
          <w:color w:val="000000"/>
          <w:sz w:val="24"/>
        </w:rPr>
        <w:t xml:space="preserve">), как сказано в «Идра Зута» (стр. 291). А поскольку он скрыт и утаен сильнее, он включается в Иму, и потому обе стороны лица считаются одной, и упоминаются лишь 370 мириадов миров. Однако в действительности их два раза по 370, как объяснено у нас к стиху: </w:t>
      </w:r>
      <w:r>
        <w:rPr>
          <w:rFonts w:ascii="Georgia" w:hAnsi="Georgia"/>
          <w:b w:val="0"/>
          <w:i/>
          <w:color w:val="000000"/>
          <w:sz w:val="24"/>
        </w:rPr>
        <w:t>«И будет играть младенец над норою аспида…»</w:t>
      </w:r>
      <w:r>
        <w:rPr>
          <w:rFonts w:ascii="Georgia" w:hAnsi="Georgia"/>
          <w:b w:val="0"/>
          <w:i w:val="0"/>
          <w:color w:val="000000"/>
          <w:sz w:val="24"/>
        </w:rPr>
        <w:t xml:space="preserve"> (Йешаяу 11:8). И дважды 370 составляет по гематрии 740 (</w:t>
      </w:r>
      <w:r>
        <w:rPr>
          <w:rFonts w:ascii="Georgia" w:hAnsi="Georgia" w:cs="Times New Roman"/>
          <w:b/>
          <w:i w:val="0"/>
          <w:color w:val="000000"/>
          <w:sz w:val="24"/>
          <w:rtl/>
          <w:szCs w:val="32"/>
        </w:rPr>
        <w:t>תש״ס</w:t>
      </w:r>
      <w:r>
        <w:rPr>
          <w:rFonts w:ascii="Georgia" w:hAnsi="Georgia"/>
          <w:b w:val="0"/>
          <w:i w:val="0"/>
          <w:color w:val="000000"/>
          <w:sz w:val="24"/>
        </w:rPr>
        <w:t xml:space="preserve">), и на это намекает стих: </w:t>
      </w:r>
      <w:r>
        <w:rPr>
          <w:rFonts w:ascii="Georgia" w:hAnsi="Georgia"/>
          <w:b w:val="0"/>
          <w:i/>
          <w:color w:val="000000"/>
          <w:sz w:val="24"/>
        </w:rPr>
        <w:t>«Перед сединой вставай…»</w:t>
      </w:r>
      <w:r>
        <w:rPr>
          <w:rFonts w:ascii="Georgia" w:hAnsi="Georgia"/>
          <w:b w:val="0"/>
          <w:i w:val="0"/>
          <w:color w:val="000000"/>
          <w:sz w:val="24"/>
        </w:rPr>
        <w:t xml:space="preserve"> (Ваикра 19:32), где начальные буквы образуют </w:t>
      </w:r>
      <w:r>
        <w:rPr>
          <w:rFonts w:ascii="Georgia" w:hAnsi="Georgia" w:cs="Times New Roman"/>
          <w:b/>
          <w:i w:val="0"/>
          <w:color w:val="000000"/>
          <w:sz w:val="24"/>
          <w:rtl/>
          <w:szCs w:val="32"/>
        </w:rPr>
        <w:t>מש״ת</w:t>
      </w:r>
      <w:r>
        <w:rPr>
          <w:rFonts w:ascii="Georgia" w:hAnsi="Georgia"/>
          <w:b w:val="0"/>
          <w:i w:val="0"/>
          <w:color w:val="000000"/>
          <w:sz w:val="24"/>
        </w:rPr>
        <w:t xml:space="preserve"> (буквы мэм, шин, тав = 740), ведь «перед сединой» указывает на два яблока [щеки] де-Атик Кадиша; и слово </w:t>
      </w:r>
      <w:r>
        <w:rPr>
          <w:rFonts w:ascii="Georgia" w:hAnsi="Georgia"/>
          <w:b w:val="0"/>
          <w:i/>
          <w:color w:val="000000"/>
          <w:sz w:val="24"/>
        </w:rPr>
        <w:t>шиаша</w:t>
      </w:r>
      <w:r>
        <w:rPr>
          <w:rFonts w:ascii="Georgia" w:hAnsi="Georgia"/>
          <w:b w:val="0"/>
          <w:i w:val="0"/>
          <w:color w:val="000000"/>
          <w:sz w:val="24"/>
        </w:rPr>
        <w:t xml:space="preserve"> (</w:t>
      </w:r>
      <w:r>
        <w:rPr>
          <w:rFonts w:ascii="Georgia" w:hAnsi="Georgia" w:cs="Times New Roman"/>
          <w:b/>
          <w:i w:val="0"/>
          <w:color w:val="000000"/>
          <w:sz w:val="24"/>
          <w:rtl/>
          <w:szCs w:val="32"/>
        </w:rPr>
        <w:t>שִׁעֲשַׁע</w:t>
      </w:r>
      <w:r>
        <w:rPr>
          <w:rFonts w:ascii="Georgia" w:hAnsi="Georgia"/>
          <w:b w:val="0"/>
          <w:i w:val="0"/>
          <w:color w:val="000000"/>
          <w:sz w:val="24"/>
        </w:rPr>
        <w:t>) равно по гематрии 740 (</w:t>
      </w:r>
      <w:r>
        <w:rPr>
          <w:rFonts w:ascii="Georgia" w:hAnsi="Georgia" w:cs="Times New Roman"/>
          <w:b/>
          <w:i w:val="0"/>
          <w:color w:val="000000"/>
          <w:sz w:val="24"/>
          <w:rtl/>
          <w:szCs w:val="32"/>
        </w:rPr>
        <w:t>תש״ס</w:t>
      </w:r>
      <w:r>
        <w:rPr>
          <w:rFonts w:ascii="Georgia" w:hAnsi="Georgia"/>
          <w:b w:val="0"/>
          <w:i w:val="0"/>
          <w:color w:val="000000"/>
          <w:sz w:val="24"/>
        </w:rPr>
        <w:t xml:space="preserve">), и в этом же тайна стиха </w:t>
      </w:r>
      <w:r>
        <w:rPr>
          <w:rFonts w:ascii="Georgia" w:hAnsi="Georgia"/>
          <w:b w:val="0"/>
          <w:i/>
          <w:color w:val="000000"/>
          <w:sz w:val="24"/>
        </w:rPr>
        <w:t>«…и земля не запустеет»</w:t>
      </w:r>
      <w:r>
        <w:rPr>
          <w:rFonts w:ascii="Georgia" w:hAnsi="Georgia"/>
          <w:b w:val="0"/>
          <w:i w:val="0"/>
          <w:color w:val="000000"/>
          <w:sz w:val="24"/>
        </w:rPr>
        <w:t xml:space="preserve"> (Берешит 47:19, где слово </w:t>
      </w:r>
      <w:r>
        <w:rPr>
          <w:rFonts w:ascii="Georgia" w:hAnsi="Georgia"/>
          <w:b w:val="0"/>
          <w:i/>
          <w:color w:val="000000"/>
          <w:sz w:val="24"/>
        </w:rPr>
        <w:t>тейшам</w:t>
      </w:r>
      <w:r>
        <w:rPr>
          <w:rFonts w:ascii="Georgia" w:hAnsi="Georgia"/>
          <w:b w:val="0"/>
          <w:i w:val="0"/>
          <w:color w:val="000000"/>
          <w:sz w:val="24"/>
        </w:rPr>
        <w:t xml:space="preserve"> истолковано в значении числа </w:t>
      </w:r>
      <w:r>
        <w:rPr>
          <w:rFonts w:ascii="Georgia" w:hAnsi="Georgia" w:cs="Times New Roman"/>
          <w:b/>
          <w:i w:val="0"/>
          <w:color w:val="000000"/>
          <w:sz w:val="24"/>
          <w:rtl/>
          <w:szCs w:val="32"/>
        </w:rPr>
        <w:t>תש״ס</w:t>
      </w:r>
      <w:r>
        <w:rPr>
          <w:rFonts w:ascii="Georgia" w:hAnsi="Georgia"/>
          <w:b w:val="0"/>
          <w:i w:val="0"/>
          <w:color w:val="000000"/>
          <w:sz w:val="24"/>
        </w:rPr>
        <w:t xml:space="preserve"> = 740), как будет сказано с Б-жьей помощью.</w:t>
      </w:r>
    </w:p>
    <w:p>
      <w:pPr>
        <w:spacing w:before="40" w:after="120"/>
        <w:jc w:val="both"/>
      </w:pPr>
      <w:r>
        <w:rPr>
          <w:rFonts w:ascii="Georgia" w:hAnsi="Georgia"/>
          <w:b w:val="0"/>
          <w:i w:val="0"/>
          <w:color w:val="000000"/>
          <w:sz w:val="24"/>
        </w:rPr>
        <w:t>10) И еще одна причина: поскольку Аба скрыт и утаен сильнее, тайна Кетера Имы включена в Абу. Ведь 42-е высшие врата, являющиеся ее Кетером, как сказано выше, включены в Абу; получается, что в Име остается только 41, и так же в Абе.</w:t>
      </w:r>
    </w:p>
    <w:p>
      <w:pPr>
        <w:spacing w:before="40" w:after="120"/>
        <w:jc w:val="both"/>
      </w:pPr>
      <w:r>
        <w:rPr>
          <w:rFonts w:ascii="Georgia" w:hAnsi="Georgia"/>
          <w:b w:val="0"/>
          <w:i w:val="0"/>
          <w:color w:val="000000"/>
          <w:sz w:val="24"/>
        </w:rPr>
        <w:t xml:space="preserve">11) И в этом тайна стиха: </w:t>
      </w:r>
      <w:r>
        <w:rPr>
          <w:rFonts w:ascii="Georgia" w:hAnsi="Georgia"/>
          <w:b w:val="0"/>
          <w:i/>
          <w:color w:val="000000"/>
          <w:sz w:val="24"/>
        </w:rPr>
        <w:t>«И птица находит себе дом…»</w:t>
      </w:r>
      <w:r>
        <w:rPr>
          <w:rFonts w:ascii="Georgia" w:hAnsi="Georgia"/>
          <w:b w:val="0"/>
          <w:i w:val="0"/>
          <w:color w:val="000000"/>
          <w:sz w:val="24"/>
        </w:rPr>
        <w:t xml:space="preserve"> (Теилим 84:4), ведь слово </w:t>
      </w:r>
      <w:r>
        <w:rPr>
          <w:rFonts w:ascii="Georgia" w:hAnsi="Georgia"/>
          <w:b w:val="0"/>
          <w:i/>
          <w:color w:val="000000"/>
          <w:sz w:val="24"/>
        </w:rPr>
        <w:t>ципор</w:t>
      </w:r>
      <w:r>
        <w:rPr>
          <w:rFonts w:ascii="Georgia" w:hAnsi="Georgia"/>
          <w:b w:val="0"/>
          <w:i w:val="0"/>
          <w:color w:val="000000"/>
          <w:sz w:val="24"/>
        </w:rPr>
        <w:t xml:space="preserve"> без буквы вав (</w:t>
      </w:r>
      <w:r>
        <w:rPr>
          <w:rFonts w:ascii="Georgia" w:hAnsi="Georgia" w:cs="Times New Roman"/>
          <w:b/>
          <w:i w:val="0"/>
          <w:color w:val="000000"/>
          <w:sz w:val="24"/>
          <w:rtl/>
          <w:szCs w:val="32"/>
        </w:rPr>
        <w:t>צפ״ר</w:t>
      </w:r>
      <w:r>
        <w:rPr>
          <w:rFonts w:ascii="Georgia" w:hAnsi="Georgia"/>
          <w:b w:val="0"/>
          <w:i w:val="0"/>
          <w:color w:val="000000"/>
          <w:sz w:val="24"/>
        </w:rPr>
        <w:t xml:space="preserve"> = 370) составляет по гематрии 370 светов, исходящих из упомянутых 42 врат, и Аба берет три высшие сфирот, включающие (по другой версии: высший Кетер, включающий) все 370 светов слова </w:t>
      </w:r>
      <w:r>
        <w:rPr>
          <w:rFonts w:ascii="Georgia" w:hAnsi="Georgia"/>
          <w:b w:val="0"/>
          <w:i/>
          <w:color w:val="000000"/>
          <w:sz w:val="24"/>
        </w:rPr>
        <w:t>ципор</w:t>
      </w:r>
      <w:r>
        <w:rPr>
          <w:rFonts w:ascii="Georgia" w:hAnsi="Georgia"/>
          <w:b w:val="0"/>
          <w:i w:val="0"/>
          <w:color w:val="000000"/>
          <w:sz w:val="24"/>
        </w:rPr>
        <w:t xml:space="preserve"> (</w:t>
      </w:r>
      <w:r>
        <w:rPr>
          <w:rFonts w:ascii="Georgia" w:hAnsi="Georgia" w:cs="Times New Roman"/>
          <w:b/>
          <w:i w:val="0"/>
          <w:color w:val="000000"/>
          <w:sz w:val="24"/>
          <w:rtl/>
          <w:szCs w:val="32"/>
        </w:rPr>
        <w:t>צפ״ר</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12) И в этом тайна стиха: </w:t>
      </w:r>
      <w:r>
        <w:rPr>
          <w:rFonts w:ascii="Georgia" w:hAnsi="Georgia"/>
          <w:b w:val="0"/>
          <w:i/>
          <w:color w:val="000000"/>
          <w:sz w:val="24"/>
        </w:rPr>
        <w:t>«…если к разуму призовешь…»</w:t>
      </w:r>
      <w:r>
        <w:rPr>
          <w:rFonts w:ascii="Georgia" w:hAnsi="Georgia"/>
          <w:b w:val="0"/>
          <w:i w:val="0"/>
          <w:color w:val="000000"/>
          <w:sz w:val="24"/>
        </w:rPr>
        <w:t xml:space="preserve"> (Мишлей 2:3; где слово </w:t>
      </w:r>
      <w:r>
        <w:rPr>
          <w:rFonts w:ascii="Georgia" w:hAnsi="Georgia"/>
          <w:b w:val="0"/>
          <w:i/>
          <w:color w:val="000000"/>
          <w:sz w:val="24"/>
        </w:rPr>
        <w:t>им</w:t>
      </w:r>
      <w:r>
        <w:rPr>
          <w:rFonts w:ascii="Georgia" w:hAnsi="Georgia"/>
          <w:b w:val="0"/>
          <w:i w:val="0"/>
          <w:color w:val="000000"/>
          <w:sz w:val="24"/>
        </w:rPr>
        <w:t xml:space="preserve"> — «если» прочитывается как </w:t>
      </w:r>
      <w:r>
        <w:rPr>
          <w:rFonts w:ascii="Georgia" w:hAnsi="Georgia"/>
          <w:b w:val="0"/>
          <w:i/>
          <w:color w:val="000000"/>
          <w:sz w:val="24"/>
        </w:rPr>
        <w:t>эм</w:t>
      </w:r>
      <w:r>
        <w:rPr>
          <w:rFonts w:ascii="Georgia" w:hAnsi="Georgia"/>
          <w:b w:val="0"/>
          <w:i w:val="0"/>
          <w:color w:val="000000"/>
          <w:sz w:val="24"/>
        </w:rPr>
        <w:t xml:space="preserve"> — «мать», </w:t>
      </w:r>
      <w:r>
        <w:rPr>
          <w:rFonts w:ascii="Georgia" w:hAnsi="Georgia" w:cs="Times New Roman"/>
          <w:b/>
          <w:i w:val="0"/>
          <w:color w:val="000000"/>
          <w:sz w:val="24"/>
          <w:rtl/>
          <w:szCs w:val="32"/>
        </w:rPr>
        <w:t>אֵם</w:t>
      </w:r>
      <w:r>
        <w:rPr>
          <w:rFonts w:ascii="Georgia" w:hAnsi="Georgia"/>
          <w:b w:val="0"/>
          <w:i w:val="0"/>
          <w:color w:val="000000"/>
          <w:sz w:val="24"/>
        </w:rPr>
        <w:t xml:space="preserve"> = 41), ведь Бина называется словом </w:t>
      </w:r>
      <w:r>
        <w:rPr>
          <w:rFonts w:ascii="Georgia" w:hAnsi="Georgia"/>
          <w:b w:val="0"/>
          <w:i/>
          <w:color w:val="000000"/>
          <w:sz w:val="24"/>
        </w:rPr>
        <w:t>эм</w:t>
      </w:r>
      <w:r>
        <w:rPr>
          <w:rFonts w:ascii="Georgia" w:hAnsi="Georgia"/>
          <w:b w:val="0"/>
          <w:i w:val="0"/>
          <w:color w:val="000000"/>
          <w:sz w:val="24"/>
        </w:rPr>
        <w:t xml:space="preserve"> — «мать» (</w:t>
      </w:r>
      <w:r>
        <w:rPr>
          <w:rFonts w:ascii="Georgia" w:hAnsi="Georgia" w:cs="Times New Roman"/>
          <w:b/>
          <w:i w:val="0"/>
          <w:color w:val="000000"/>
          <w:sz w:val="24"/>
          <w:rtl/>
          <w:szCs w:val="32"/>
        </w:rPr>
        <w:t>אֵם</w:t>
      </w:r>
      <w:r>
        <w:rPr>
          <w:rFonts w:ascii="Georgia" w:hAnsi="Georgia"/>
          <w:b w:val="0"/>
          <w:i w:val="0"/>
          <w:color w:val="000000"/>
          <w:sz w:val="24"/>
        </w:rPr>
        <w:t xml:space="preserve"> = 41), потому что в ней недостает Кетера, и она включена в Абу; и поэтому Бина всегда называется </w:t>
      </w:r>
      <w:r>
        <w:rPr>
          <w:rFonts w:ascii="Georgia" w:hAnsi="Georgia"/>
          <w:b w:val="0"/>
          <w:i/>
          <w:color w:val="000000"/>
          <w:sz w:val="24"/>
        </w:rPr>
        <w:t>эм</w:t>
      </w:r>
      <w:r>
        <w:rPr>
          <w:rFonts w:ascii="Georgia" w:hAnsi="Georgia"/>
          <w:b w:val="0"/>
          <w:i w:val="0"/>
          <w:color w:val="000000"/>
          <w:sz w:val="24"/>
        </w:rPr>
        <w:t xml:space="preserve"> — пойми это.</w:t>
      </w:r>
    </w:p>
    <w:p>
      <w:pPr>
        <w:spacing w:before="40" w:after="120"/>
        <w:jc w:val="both"/>
      </w:pPr>
      <w:r>
        <w:rPr>
          <w:rFonts w:ascii="Georgia" w:hAnsi="Georgia"/>
          <w:b w:val="0"/>
          <w:i w:val="0"/>
          <w:color w:val="000000"/>
          <w:sz w:val="24"/>
        </w:rPr>
        <w:t xml:space="preserve">13) Также слово </w:t>
      </w:r>
      <w:r>
        <w:rPr>
          <w:rFonts w:ascii="Georgia" w:hAnsi="Georgia"/>
          <w:b w:val="0"/>
          <w:i/>
          <w:color w:val="000000"/>
          <w:sz w:val="24"/>
        </w:rPr>
        <w:t>ципор</w:t>
      </w:r>
      <w:r>
        <w:rPr>
          <w:rFonts w:ascii="Georgia" w:hAnsi="Georgia"/>
          <w:b w:val="0"/>
          <w:i w:val="0"/>
          <w:color w:val="000000"/>
          <w:sz w:val="24"/>
        </w:rPr>
        <w:t xml:space="preserve"> в полном написании, с буквой вав (</w:t>
      </w:r>
      <w:r>
        <w:rPr>
          <w:rFonts w:ascii="Georgia" w:hAnsi="Georgia" w:cs="Times New Roman"/>
          <w:b/>
          <w:i w:val="0"/>
          <w:color w:val="000000"/>
          <w:sz w:val="24"/>
          <w:rtl/>
          <w:szCs w:val="32"/>
        </w:rPr>
        <w:t>צִפּוֹר</w:t>
      </w:r>
      <w:r>
        <w:rPr>
          <w:rFonts w:ascii="Georgia" w:hAnsi="Georgia"/>
          <w:b w:val="0"/>
          <w:i w:val="0"/>
          <w:color w:val="000000"/>
          <w:sz w:val="24"/>
        </w:rPr>
        <w:t>), составляет по гематрии 376. 370 — это 370 светов белизны, нисходящих к лику, а буква вав (</w:t>
      </w:r>
      <w:r>
        <w:rPr>
          <w:rFonts w:ascii="Georgia" w:hAnsi="Georgia" w:cs="Times New Roman"/>
          <w:b/>
          <w:i w:val="0"/>
          <w:color w:val="000000"/>
          <w:sz w:val="24"/>
          <w:rtl/>
          <w:szCs w:val="32"/>
        </w:rPr>
        <w:t>ו</w:t>
      </w:r>
      <w:r>
        <w:rPr>
          <w:rFonts w:ascii="Georgia" w:hAnsi="Georgia"/>
          <w:b w:val="0"/>
          <w:i w:val="0"/>
          <w:color w:val="000000"/>
          <w:sz w:val="24"/>
        </w:rPr>
        <w:t xml:space="preserve"> = 6) намекает на сам лик, являющийся седьмым исправлением из тринадцати исправлений бороды; и это седьмое исправление объединяет все шесть исправлений, предшествующих ему, на которые и указывает буква вав в слове </w:t>
      </w:r>
      <w:r>
        <w:rPr>
          <w:rFonts w:ascii="Georgia" w:hAnsi="Georgia"/>
          <w:b w:val="0"/>
          <w:i/>
          <w:color w:val="000000"/>
          <w:sz w:val="24"/>
        </w:rPr>
        <w:t>ципор</w:t>
      </w:r>
      <w:r>
        <w:rPr>
          <w:rFonts w:ascii="Georgia" w:hAnsi="Georgia"/>
          <w:b w:val="0"/>
          <w:i w:val="0"/>
          <w:color w:val="000000"/>
          <w:sz w:val="24"/>
        </w:rPr>
        <w:t xml:space="preserve"> (</w:t>
      </w:r>
      <w:r>
        <w:rPr>
          <w:rFonts w:ascii="Georgia" w:hAnsi="Georgia" w:cs="Times New Roman"/>
          <w:b/>
          <w:i w:val="0"/>
          <w:color w:val="000000"/>
          <w:sz w:val="24"/>
          <w:rtl/>
          <w:szCs w:val="32"/>
        </w:rPr>
        <w:t>צִפּוֹר</w:t>
      </w:r>
      <w:r>
        <w:rPr>
          <w:rFonts w:ascii="Georgia" w:hAnsi="Georgia"/>
          <w:b w:val="0"/>
          <w:i w:val="0"/>
          <w:color w:val="000000"/>
          <w:sz w:val="24"/>
        </w:rPr>
        <w:t>).</w:t>
      </w:r>
    </w:p>
    <w:p>
      <w:pPr>
        <w:spacing w:before="40" w:after="120"/>
        <w:jc w:val="both"/>
      </w:pPr>
      <w:r>
        <w:rPr>
          <w:rFonts w:ascii="Georgia" w:hAnsi="Georgia"/>
          <w:b w:val="0"/>
          <w:i w:val="0"/>
          <w:color w:val="000000"/>
          <w:sz w:val="24"/>
        </w:rPr>
        <w:t>14) И знай, что подобно тому как эта белизна распространяется в лике де-Атик, так же и от лба благоволения (мэцах а-рацон) де-Атик свечение нисходит к его лику. Суть в том, как сказано в другом месте, что Есод де-Атик скрыт внутри лба де-АА, и потому он называется лбом благоволения. А Есод называется словом «мир» (</w:t>
      </w:r>
      <w:r>
        <w:rPr>
          <w:rFonts w:ascii="Georgia" w:hAnsi="Georgia"/>
          <w:b w:val="0"/>
          <w:i/>
          <w:color w:val="000000"/>
          <w:sz w:val="24"/>
        </w:rPr>
        <w:t>шалом</w:t>
      </w:r>
      <w:r>
        <w:rPr>
          <w:rFonts w:ascii="Georgia" w:hAnsi="Georgia"/>
          <w:b w:val="0"/>
          <w:i w:val="0"/>
          <w:color w:val="000000"/>
          <w:sz w:val="24"/>
        </w:rPr>
        <w:t xml:space="preserve">, </w:t>
      </w:r>
      <w:r>
        <w:rPr>
          <w:rFonts w:ascii="Georgia" w:hAnsi="Georgia" w:cs="Times New Roman"/>
          <w:b/>
          <w:i w:val="0"/>
          <w:color w:val="000000"/>
          <w:sz w:val="24"/>
          <w:rtl/>
          <w:szCs w:val="32"/>
        </w:rPr>
        <w:t>שָׁלוֹם</w:t>
      </w:r>
      <w:r>
        <w:rPr>
          <w:rFonts w:ascii="Georgia" w:hAnsi="Georgia"/>
          <w:b w:val="0"/>
          <w:i w:val="0"/>
          <w:color w:val="000000"/>
          <w:sz w:val="24"/>
        </w:rPr>
        <w:t xml:space="preserve"> = 376), поскольку он объединяет все упомянутые 376 светов; они распространяются во лбу, а оттуда нисходят к глазам и также к лику.</w:t>
      </w:r>
    </w:p>
    <w:p>
      <w:pPr>
        <w:spacing w:before="40" w:after="120"/>
        <w:jc w:val="both"/>
      </w:pPr>
      <w:r>
        <w:rPr>
          <w:rFonts w:ascii="Georgia" w:hAnsi="Georgia"/>
          <w:b w:val="0"/>
          <w:i w:val="0"/>
          <w:color w:val="000000"/>
          <w:sz w:val="24"/>
        </w:rPr>
        <w:t>15) Ты также знаешь сказанное в «Идра Зута» (стр. 292) о Зеир Анпине: благодаря силе Даат в голове распространился его лик и осветился, и засвидетельствовал его лик об Абе ве-Име, как известно. Точно так же происходит и в АА: ведь его Даат, скрытый в его лбу, внутри которого скрыт Есод де-Атик Йомин, также распространяется до лика де-АА, и его лик освещается тайной Даат, находящегося в нем.</w:t>
      </w:r>
    </w:p>
    <w:p>
      <w:pPr>
        <w:spacing w:before="40" w:after="120"/>
        <w:jc w:val="both"/>
      </w:pPr>
      <w:r>
        <w:rPr>
          <w:rFonts w:ascii="Georgia" w:hAnsi="Georgia"/>
          <w:b w:val="0"/>
          <w:i w:val="0"/>
          <w:color w:val="000000"/>
          <w:sz w:val="24"/>
        </w:rPr>
        <w:t>16) Итак, выяснилось, что лик — это седьмое исправление из тринадцати исправлений бороды де-Атик. А в «Идра» (стр. 132) сказано, что борода великого священника (</w:t>
      </w:r>
      <w:r>
        <w:rPr>
          <w:rFonts w:ascii="Georgia" w:hAnsi="Georgia"/>
          <w:b w:val="0"/>
          <w:i/>
          <w:color w:val="000000"/>
          <w:sz w:val="24"/>
        </w:rPr>
        <w:t>дикана де-кахана раба</w:t>
      </w:r>
      <w:r>
        <w:rPr>
          <w:rFonts w:ascii="Georgia" w:hAnsi="Georgia"/>
          <w:b w:val="0"/>
          <w:i w:val="0"/>
          <w:color w:val="000000"/>
          <w:sz w:val="24"/>
        </w:rPr>
        <w:t xml:space="preserve">, </w:t>
      </w:r>
      <w:r>
        <w:rPr>
          <w:rFonts w:ascii="Georgia" w:hAnsi="Georgia" w:cs="Times New Roman"/>
          <w:b/>
          <w:i w:val="0"/>
          <w:color w:val="000000"/>
          <w:sz w:val="24"/>
          <w:rtl/>
          <w:szCs w:val="32"/>
        </w:rPr>
        <w:t>דִּיקְנָא דְּכָהֲנָא רַבָּא</w:t>
      </w:r>
      <w:r>
        <w:rPr>
          <w:rFonts w:ascii="Georgia" w:hAnsi="Georgia"/>
          <w:b w:val="0"/>
          <w:i w:val="0"/>
          <w:color w:val="000000"/>
          <w:sz w:val="24"/>
        </w:rPr>
        <w:t xml:space="preserve">) устроена восемью исправлениями. Суть в том, что всего есть 13 исправлений бороды, и первые пять исправлений относятся к тайне мохин бороды, доходящих до Хеседа; поэтому шестое исправление — </w:t>
      </w:r>
      <w:r>
        <w:rPr>
          <w:rFonts w:ascii="Georgia" w:hAnsi="Georgia"/>
          <w:b w:val="0"/>
          <w:i/>
          <w:color w:val="000000"/>
          <w:sz w:val="24"/>
        </w:rPr>
        <w:t>«…и многомилостивый…»</w:t>
      </w:r>
      <w:r>
        <w:rPr>
          <w:rFonts w:ascii="Georgia" w:hAnsi="Georgia"/>
          <w:b w:val="0"/>
          <w:i w:val="0"/>
          <w:color w:val="000000"/>
          <w:sz w:val="24"/>
        </w:rPr>
        <w:t xml:space="preserve"> (</w:t>
      </w:r>
      <w:r>
        <w:rPr>
          <w:rFonts w:ascii="Georgia" w:hAnsi="Georgia"/>
          <w:b w:val="0"/>
          <w:i/>
          <w:color w:val="000000"/>
          <w:sz w:val="24"/>
        </w:rPr>
        <w:t>ве-рав хесед</w:t>
      </w:r>
      <w:r>
        <w:rPr>
          <w:rFonts w:ascii="Georgia" w:hAnsi="Georgia"/>
          <w:b w:val="0"/>
          <w:i w:val="0"/>
          <w:color w:val="000000"/>
          <w:sz w:val="24"/>
        </w:rPr>
        <w:t xml:space="preserve">, </w:t>
      </w:r>
      <w:r>
        <w:rPr>
          <w:rFonts w:ascii="Georgia" w:hAnsi="Georgia" w:cs="Times New Roman"/>
          <w:b/>
          <w:i w:val="0"/>
          <w:color w:val="000000"/>
          <w:sz w:val="24"/>
          <w:rtl/>
          <w:szCs w:val="32"/>
        </w:rPr>
        <w:t>וְרַב חֶסֶד</w:t>
      </w:r>
      <w:r>
        <w:rPr>
          <w:rFonts w:ascii="Georgia" w:hAnsi="Georgia"/>
          <w:b w:val="0"/>
          <w:i w:val="0"/>
          <w:color w:val="000000"/>
          <w:sz w:val="24"/>
        </w:rPr>
        <w:t>; Шмот 34:6), как известно. А от него и до завершения тринадцати — это восемь исправлений, и все они названы по имени Хеседа. И об этом сказано, что борода великого священника устроена восемью исправлениями, ведь Хесед называется священником (коэном), как известно.</w:t>
      </w:r>
    </w:p>
    <w:p>
      <w:pPr>
        <w:spacing w:before="40" w:after="120"/>
        <w:jc w:val="both"/>
      </w:pPr>
      <w:r>
        <w:rPr>
          <w:rFonts w:ascii="Georgia" w:hAnsi="Georgia"/>
          <w:b w:val="0"/>
          <w:i w:val="0"/>
          <w:color w:val="000000"/>
          <w:sz w:val="24"/>
        </w:rPr>
        <w:t xml:space="preserve">17) И разъяснение этого также подобно сказанному выше: восемь белизн рош де-АА распространяются в двух его яблоках [щеках], как сказано выше, и от них берут начало восемь исправлений бороды великого священника, являющегося тайной Хеседа; само же свойство этой белизны — имя АБ с наполнением буквами йод — равно по гематрии слову </w:t>
      </w:r>
      <w:r>
        <w:rPr>
          <w:rFonts w:ascii="Georgia" w:hAnsi="Georgia"/>
          <w:b w:val="0"/>
          <w:i/>
          <w:color w:val="000000"/>
          <w:sz w:val="24"/>
        </w:rPr>
        <w:t>хесед</w:t>
      </w:r>
      <w:r>
        <w:rPr>
          <w:rFonts w:ascii="Georgia" w:hAnsi="Georgia"/>
          <w:b w:val="0"/>
          <w:i w:val="0"/>
          <w:color w:val="000000"/>
          <w:sz w:val="24"/>
        </w:rPr>
        <w:t xml:space="preserve"> (</w:t>
      </w:r>
      <w:r>
        <w:rPr>
          <w:rFonts w:ascii="Georgia" w:hAnsi="Georgia" w:cs="Times New Roman"/>
          <w:b/>
          <w:i w:val="0"/>
          <w:color w:val="000000"/>
          <w:sz w:val="24"/>
          <w:rtl/>
          <w:szCs w:val="32"/>
        </w:rPr>
        <w:t>חֶסֶד</w:t>
      </w:r>
      <w:r>
        <w:rPr>
          <w:rFonts w:ascii="Georgia" w:hAnsi="Georgia"/>
          <w:b w:val="0"/>
          <w:i w:val="0"/>
          <w:color w:val="000000"/>
          <w:sz w:val="24"/>
        </w:rPr>
        <w:t xml:space="preserve"> = 72).</w:t>
      </w:r>
    </w:p>
    <w:p>
      <w:pPr>
        <w:spacing w:before="40" w:after="120"/>
        <w:jc w:val="both"/>
      </w:pPr>
      <w:r>
        <w:rPr>
          <w:rFonts w:ascii="Georgia" w:hAnsi="Georgia"/>
          <w:b w:val="0"/>
          <w:i w:val="0"/>
          <w:color w:val="000000"/>
          <w:sz w:val="24"/>
        </w:rPr>
        <w:t>18) Затем эти восемь белизн распространяются в горле де-АА, и там они становятся двумя именами из 42 букв, являющимися корнем этих восьми белизн. И это буквы алеф, хэт, хэй, айн (</w:t>
      </w:r>
      <w:r>
        <w:rPr>
          <w:rFonts w:ascii="Georgia" w:hAnsi="Georgia" w:cs="Times New Roman"/>
          <w:b/>
          <w:i w:val="0"/>
          <w:color w:val="000000"/>
          <w:sz w:val="24"/>
          <w:rtl/>
          <w:szCs w:val="32"/>
        </w:rPr>
        <w:t>אחה״ע</w:t>
      </w:r>
      <w:r>
        <w:rPr>
          <w:rFonts w:ascii="Georgia" w:hAnsi="Georgia"/>
          <w:b w:val="0"/>
          <w:i w:val="0"/>
          <w:color w:val="000000"/>
          <w:sz w:val="24"/>
        </w:rPr>
        <w:t xml:space="preserve"> = 84), [произносимые] в горле, гематрия которых [соответствует двум именам из 42 букв]: 42 и 42. Поэтому там происходит определенное соударение (зивуг), совершаемое посредством нёба и горла, как объяснено у нас. Тайна же букв алеф, хэт, айн, хэй (</w:t>
      </w:r>
      <w:r>
        <w:rPr>
          <w:rFonts w:ascii="Georgia" w:hAnsi="Georgia" w:cs="Times New Roman"/>
          <w:b/>
          <w:i w:val="0"/>
          <w:color w:val="000000"/>
          <w:sz w:val="24"/>
          <w:rtl/>
          <w:szCs w:val="32"/>
        </w:rPr>
        <w:t>אחע״ה</w:t>
      </w:r>
      <w:r>
        <w:rPr>
          <w:rFonts w:ascii="Georgia" w:hAnsi="Georgia"/>
          <w:b w:val="0"/>
          <w:i w:val="0"/>
          <w:color w:val="000000"/>
          <w:sz w:val="24"/>
        </w:rPr>
        <w:t>) — это зивуг имени САГ (63) с именем ЭЙЕ, которые по гематрии равны 84, ведь это также зивуг ХУБ.</w:t>
      </w:r>
    </w:p>
    <w:p>
      <w:pPr>
        <w:spacing w:before="40" w:after="120"/>
        <w:jc w:val="both"/>
      </w:pPr>
      <w:r>
        <w:rPr>
          <w:rFonts w:ascii="Georgia" w:hAnsi="Georgia"/>
          <w:b w:val="0"/>
          <w:i w:val="0"/>
          <w:color w:val="000000"/>
          <w:sz w:val="24"/>
        </w:rPr>
        <w:t>19) И если ты вглядишься во все сказанное выше, то поймешь, что все эти свойства — зивуг ХУБ. Поэтому все эти нисхождения и распространения относятся к свойству ХУБ. И благодаря этому ты поймешь суть Аба ве-Има и ЗОН — как отсюда к ним нисходит сила зивуга.</w:t>
      </w:r>
    </w:p>
    <w:p>
      <w:pPr>
        <w:spacing w:before="40" w:after="120"/>
        <w:jc w:val="both"/>
      </w:pPr>
      <w:r>
        <w:rPr>
          <w:rFonts w:ascii="Georgia" w:hAnsi="Georgia"/>
          <w:b w:val="0"/>
          <w:i w:val="0"/>
          <w:color w:val="000000"/>
          <w:sz w:val="24"/>
        </w:rPr>
        <w:t>20) Суть в том, что от этого лика нисходит свечение к ЗОН и к Аба ве-Има, а также от лба де-Атик, поскольку там Есод де-Атик Йомин облачен в сам Даат де-АА, и все это — свойство зивуга. Оттуда [свечение] нисходит к горлу, к находящемуся там зивугу, а оттуда зивуг исходит к Аба ве-Има, пребывающим там, в горле де-АА, ведь там находятся два их Кетера, как сказано.</w:t>
      </w:r>
    </w:p>
    <w:p>
      <w:pPr>
        <w:spacing w:before="40" w:after="120"/>
        <w:jc w:val="both"/>
      </w:pPr>
      <w:r>
        <w:rPr>
          <w:rFonts w:ascii="Georgia" w:hAnsi="Georgia"/>
          <w:b w:val="0"/>
          <w:i w:val="0"/>
          <w:color w:val="000000"/>
          <w:sz w:val="24"/>
        </w:rPr>
        <w:t>21) Сначала разъясним, как отсюда берут начало их зивугим. Знай: когда Аба ве-Има или ЗОН вглядываются в лоб де-АА, их зивугим совершенны, поскольку тогда они равны по своей высоте наверху. Но когда они вглядываются в лик де-Атик, а не в лоб, их зивуг несовершенен, и они не обладают полной высотой ступени; тогда этот зивуг совершается по принципу склонения головы. То есть хотя этот зивуг происходит паним бе-паним, тем не менее он совершается, когда ЗА находится лишь на уровне половины своего Тиферет и НЕХИ вместе с Нуквой, чей рост уменьшился сообразно упомянутой мере. И точно так же у Аба ве-Има есть два состояния, как будет сказано ниже с Б-жьей помощью.</w:t>
      </w:r>
    </w:p>
    <w:p>
      <w:pPr>
        <w:spacing w:before="40" w:after="120"/>
        <w:jc w:val="both"/>
      </w:pPr>
      <w:r>
        <w:rPr>
          <w:rFonts w:ascii="Georgia" w:hAnsi="Georgia"/>
          <w:b w:val="0"/>
          <w:i w:val="0"/>
          <w:color w:val="000000"/>
          <w:sz w:val="24"/>
        </w:rPr>
        <w:t>22) И знай, что есть два вида созерцания (истаклют): первый — созерцание ЗА или Аба ве-Има в сторону Атика; второй — созерцание Атика в их сторону. И каждый из этих двух разделяется еще на два, так что получается четыре: либо когда созерцание направлено на лоб АА (по другой версии: Аба ве-Има), либо когда оно направлено только на глаз. И каждое из них делится на четыре состояния: либо созерцание одним глазом, либо двумя глазами; и точно так же у ЗА, взирающего на Атика, и таковы же эти два разделения, когда Атик взирает на ЗА. В итоге получается множество градаций, но выше мы разобрали лишь два состояния, как сказано: созерцание Аба ве-Има или ЗА в лоб де-Атик, либо созерцание только в лик.</w:t>
      </w:r>
    </w:p>
    <w:p>
      <w:pPr>
        <w:spacing w:before="40" w:after="120"/>
        <w:jc w:val="both"/>
      </w:pPr>
      <w:r>
        <w:rPr>
          <w:rFonts w:ascii="Georgia" w:hAnsi="Georgia"/>
          <w:b w:val="0"/>
          <w:i w:val="0"/>
          <w:color w:val="000000"/>
          <w:sz w:val="24"/>
        </w:rPr>
        <w:t>23) Из первой редакции. Тайна 370 светов лика: на каждой стороне лица есть квадратное раскрытие (рибуа) имени АБ (72), то есть 184 (</w:t>
      </w:r>
      <w:r>
        <w:rPr>
          <w:rFonts w:ascii="Georgia" w:hAnsi="Georgia" w:cs="Times New Roman"/>
          <w:b/>
          <w:i w:val="0"/>
          <w:color w:val="000000"/>
          <w:sz w:val="24"/>
          <w:rtl/>
          <w:szCs w:val="32"/>
        </w:rPr>
        <w:t>קפ״ד</w:t>
      </w:r>
      <w:r>
        <w:rPr>
          <w:rFonts w:ascii="Georgia" w:hAnsi="Georgia"/>
          <w:b w:val="0"/>
          <w:i w:val="0"/>
          <w:color w:val="000000"/>
          <w:sz w:val="24"/>
        </w:rPr>
        <w:t xml:space="preserve"> = 184) справа и 184 слева, что вместе с двумя объединяющими составляет по гематрии 370 (</w:t>
      </w:r>
      <w:r>
        <w:rPr>
          <w:rFonts w:ascii="Georgia" w:hAnsi="Georgia" w:cs="Times New Roman"/>
          <w:b/>
          <w:i w:val="0"/>
          <w:color w:val="000000"/>
          <w:sz w:val="24"/>
          <w:rtl/>
          <w:szCs w:val="32"/>
        </w:rPr>
        <w:t>ש״ע</w:t>
      </w:r>
      <w:r>
        <w:rPr>
          <w:rFonts w:ascii="Georgia" w:hAnsi="Georgia"/>
          <w:b w:val="0"/>
          <w:i w:val="0"/>
          <w:color w:val="000000"/>
          <w:sz w:val="24"/>
        </w:rPr>
        <w:t xml:space="preserve"> = 370) светов. И эти 184 обратной стороны (ахораим) имени АБ с буквами йод — корень для других 370 светов, которые также есть в лике: это два имени ЭЛЬ в полном наполнении, с двух сторон лица — справа и слева. А имя ЭЛЬ в наполнении составляет по гематрии 185 (</w:t>
      </w:r>
      <w:r>
        <w:rPr>
          <w:rFonts w:ascii="Georgia" w:hAnsi="Georgia" w:cs="Times New Roman"/>
          <w:b/>
          <w:i w:val="0"/>
          <w:color w:val="000000"/>
          <w:sz w:val="24"/>
          <w:rtl/>
          <w:szCs w:val="32"/>
        </w:rPr>
        <w:t>קפ״ה</w:t>
      </w:r>
      <w:r>
        <w:rPr>
          <w:rFonts w:ascii="Georgia" w:hAnsi="Georgia"/>
          <w:b w:val="0"/>
          <w:i w:val="0"/>
          <w:color w:val="000000"/>
          <w:sz w:val="24"/>
        </w:rPr>
        <w:t xml:space="preserve"> = 185), и оба они вместе составляют по гематрии 370. И есть третье имя ЭЛЬ также в носу, который находится между двумя глазами. И это имя ЭЛЬ происходит от букв йод, йод, алеф, йод (</w:t>
      </w:r>
      <w:r>
        <w:rPr>
          <w:rFonts w:ascii="Georgia" w:hAnsi="Georgia" w:cs="Times New Roman"/>
          <w:b/>
          <w:i w:val="0"/>
          <w:color w:val="000000"/>
          <w:sz w:val="24"/>
          <w:rtl/>
          <w:szCs w:val="32"/>
        </w:rPr>
        <w:t>ייא״י</w:t>
      </w:r>
      <w:r>
        <w:rPr>
          <w:rFonts w:ascii="Georgia" w:hAnsi="Georgia"/>
          <w:b w:val="0"/>
          <w:i w:val="0"/>
          <w:color w:val="000000"/>
          <w:sz w:val="24"/>
        </w:rPr>
        <w:t>) имени САГ, гематрия которых равна имени ЭЛЬ (</w:t>
      </w:r>
      <w:r>
        <w:rPr>
          <w:rFonts w:ascii="Georgia" w:hAnsi="Georgia" w:cs="Times New Roman"/>
          <w:b/>
          <w:i w:val="0"/>
          <w:color w:val="000000"/>
          <w:sz w:val="24"/>
          <w:rtl/>
          <w:szCs w:val="32"/>
        </w:rPr>
        <w:t>אֵל</w:t>
      </w:r>
      <w:r>
        <w:rPr>
          <w:rFonts w:ascii="Georgia" w:hAnsi="Georgia"/>
          <w:b w:val="0"/>
          <w:i w:val="0"/>
          <w:color w:val="000000"/>
          <w:sz w:val="24"/>
        </w:rPr>
        <w:t xml:space="preserve"> = 31).</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21) </w:t>
      </w:r>
      <w:r>
        <w:rPr>
          <w:rFonts w:ascii="Georgia" w:hAnsi="Georgia"/>
          <w:b/>
          <w:i w:val="0"/>
          <w:color w:val="000000"/>
          <w:sz w:val="24"/>
        </w:rPr>
        <w:t>«Знай: когда Аба ве-Има или ЗОН вглядываются в лоб де-АА… равны по своей высоте наверху. Но когда они вглядываются в лик де-Атик… и этот зивуг совершается по принципу склонения головы…»</w:t>
      </w:r>
      <w:r>
        <w:rPr>
          <w:rFonts w:ascii="Georgia" w:hAnsi="Georgia"/>
          <w:b w:val="0"/>
          <w:i w:val="0"/>
          <w:color w:val="000000"/>
          <w:sz w:val="24"/>
        </w:rPr>
        <w:t xml:space="preserve"> — Это согласуется со сказанным нами в предыдущей ветви: рош де-АА разделяется на два свойства по принципу нижней хэй в глазах и букв йод, хэй, вав (</w:t>
      </w:r>
      <w:r>
        <w:rPr>
          <w:rFonts w:ascii="Georgia" w:hAnsi="Georgia" w:cs="Times New Roman"/>
          <w:b/>
          <w:i w:val="0"/>
          <w:color w:val="000000"/>
          <w:sz w:val="24"/>
          <w:rtl/>
          <w:szCs w:val="32"/>
        </w:rPr>
        <w:t>יה״ו</w:t>
      </w:r>
      <w:r>
        <w:rPr>
          <w:rFonts w:ascii="Georgia" w:hAnsi="Georgia"/>
          <w:b w:val="0"/>
          <w:i w:val="0"/>
          <w:color w:val="000000"/>
          <w:sz w:val="24"/>
        </w:rPr>
        <w:t>) в АХАП, обратись туда. Понятие же созерцания означает зивуг, как сказано в предыдущей ветви о тайне первого и второго созерцания. И третий рош Ацилута, называемый Аба ве-Има, также разделяется на те же два свойства, что и рош де-АА, как сказано в «Паним Меирот у-Масбирот» в ветви 16, обратись туда. И об этом говорит [Учитель]: «когда Аба ве-Има или ЗОН вглядываются в лоб де-АА» — то есть когда они совершают зивуг на уровне своего первого рош, то есть в свойстве Гальгальта ве-Эйнаим, и тогда получают соответственно им ото лба де-АА и выше.</w:t>
      </w:r>
    </w:p>
    <w:p>
      <w:pPr>
        <w:spacing w:before="40" w:after="120"/>
        <w:jc w:val="both"/>
      </w:pPr>
      <w:r>
        <w:rPr>
          <w:rFonts w:ascii="Georgia" w:hAnsi="Georgia"/>
          <w:b w:val="0"/>
          <w:i w:val="0"/>
          <w:color w:val="000000"/>
          <w:sz w:val="24"/>
        </w:rPr>
        <w:t>Выходит, что в них есть подлинный аспект головы, ведь Гальгальта ве-Эйнаим — это основа головы, поскольку масах действует там снизу вверх. Но когда они вглядываются в лик де-АА — то есть совершают зивуг на уровне своего АХАП, получая соответственно им от лика де-АА, являющегося их АХАП и вторым рош, который не представляет собой завершенной головы, поскольку уже принимает отраженный свет сверху вниз, — поэтому Учитель говорит: «их зивуг несовершенен, и они не обладают полной высотой ступени; и этот зивуг совершается по принципу склонения головы…». То есть, как мы говорили, свойство АХАП уже вышло из категории головы в категорию тела, как сказано выше в предыдущей ветви, обратись туда.</w:t>
      </w:r>
    </w:p>
    <w:p>
      <w:r>
        <w:br w:type="page"/>
      </w:r>
    </w:p>
    <w:p>
      <w:pPr>
        <w:keepNext/>
        <w:spacing w:before="360" w:after="160"/>
        <w:jc w:val="center"/>
      </w:pPr>
      <w:r>
        <w:rPr>
          <w:rFonts w:ascii="Georgia" w:hAnsi="Georgia"/>
          <w:b w:val="0"/>
          <w:i w:val="0"/>
          <w:color w:val="000000"/>
          <w:sz w:val="40"/>
        </w:rPr>
        <w:t>Ветвь 73</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Относительно трехсот семидесяти светов (</w:t>
      </w:r>
      <w:r>
        <w:rPr>
          <w:rFonts w:ascii="Georgia" w:hAnsi="Georgia" w:cs="Times New Roman"/>
          <w:b/>
          <w:i w:val="0"/>
          <w:color w:val="000000"/>
          <w:sz w:val="24"/>
          <w:rtl/>
          <w:szCs w:val="32"/>
        </w:rPr>
        <w:t>ש״ע</w:t>
      </w:r>
      <w:r>
        <w:rPr>
          <w:rFonts w:ascii="Georgia" w:hAnsi="Georgia"/>
          <w:b w:val="0"/>
          <w:i w:val="0"/>
          <w:color w:val="000000"/>
          <w:sz w:val="24"/>
        </w:rPr>
        <w:t xml:space="preserve"> = 370), упоминаемых в Идра [Раба, 128б]: </w:t>
      </w:r>
      <w:r>
        <w:rPr>
          <w:rFonts w:ascii="Georgia" w:hAnsi="Georgia"/>
          <w:b w:val="0"/>
          <w:i/>
          <w:color w:val="000000"/>
          <w:sz w:val="24"/>
        </w:rPr>
        <w:t>«и от этого распространяется длина лика его на триста семьдесят мириад миров»</w:t>
      </w:r>
      <w:r>
        <w:rPr>
          <w:rFonts w:ascii="Georgia" w:hAnsi="Georgia"/>
          <w:b w:val="0"/>
          <w:i w:val="0"/>
          <w:color w:val="000000"/>
          <w:sz w:val="24"/>
        </w:rPr>
        <w:t>, — я слышал от моего учителя, благословенна его память, [разъяснение] нескольких аспектов, и все они также [составляют] триста семьдесят светов. Первый [аспект] подобен упомянутому выше: ведь есть триста семьдесят светов со стороны Хохмы и триста семьдесят светов со стороны Бины. При этом триста семьдесят [светов] Абы сокрыты, а триста семьдесят [светов] Бины раскрываются в высшем лике со стороны Бины, представляющей собой [имя] ЭЙЕ. В простом [написании этого имени], его наполнении и наполнении наполнения содержится сорок одна буква (</w:t>
      </w:r>
      <w:r>
        <w:rPr>
          <w:rFonts w:ascii="Georgia" w:hAnsi="Georgia" w:cs="Times New Roman"/>
          <w:b/>
          <w:i w:val="0"/>
          <w:color w:val="000000"/>
          <w:sz w:val="24"/>
          <w:rtl/>
          <w:szCs w:val="32"/>
        </w:rPr>
        <w:t>א״ם</w:t>
      </w:r>
      <w:r>
        <w:rPr>
          <w:rFonts w:ascii="Georgia" w:hAnsi="Georgia"/>
          <w:b w:val="0"/>
          <w:i w:val="0"/>
          <w:color w:val="000000"/>
          <w:sz w:val="24"/>
        </w:rPr>
        <w:t xml:space="preserve"> = 41). А девять сфирот высшего лика, раскрывающиеся со стороны Бины, — в каждой сфире из них есть имя ЭЙЕ со значением сорока одной буквы (</w:t>
      </w:r>
      <w:r>
        <w:rPr>
          <w:rFonts w:ascii="Georgia" w:hAnsi="Georgia" w:cs="Times New Roman"/>
          <w:b/>
          <w:i w:val="0"/>
          <w:color w:val="000000"/>
          <w:sz w:val="24"/>
          <w:rtl/>
          <w:szCs w:val="32"/>
        </w:rPr>
        <w:t>א״ם</w:t>
      </w:r>
      <w:r>
        <w:rPr>
          <w:rFonts w:ascii="Georgia" w:hAnsi="Georgia"/>
          <w:b w:val="0"/>
          <w:i w:val="0"/>
          <w:color w:val="000000"/>
          <w:sz w:val="24"/>
        </w:rPr>
        <w:t>), и все вместе они по гематрии составляют триста семьдесят светов [с учетом колеля]. Только [света] Абы скрыты, и потому другие триста семьдесят [светов] не упоминаются.</w:t>
      </w:r>
    </w:p>
    <w:p>
      <w:pPr>
        <w:spacing w:before="40" w:after="120"/>
        <w:jc w:val="both"/>
      </w:pPr>
      <w:r>
        <w:rPr>
          <w:rFonts w:ascii="Georgia" w:hAnsi="Georgia"/>
          <w:b w:val="0"/>
          <w:i w:val="0"/>
          <w:color w:val="000000"/>
          <w:sz w:val="24"/>
        </w:rPr>
        <w:t>2) Также триста семьдесят [светов получаются] иным образом, а именно: из десятикратного наполнения [имени] САГ, гематрия которого тридцать семь (</w:t>
      </w:r>
      <w:r>
        <w:rPr>
          <w:rFonts w:ascii="Georgia" w:hAnsi="Georgia" w:cs="Times New Roman"/>
          <w:b/>
          <w:i w:val="0"/>
          <w:color w:val="000000"/>
          <w:sz w:val="24"/>
          <w:rtl/>
          <w:szCs w:val="32"/>
        </w:rPr>
        <w:t>ל״ז</w:t>
      </w:r>
      <w:r>
        <w:rPr>
          <w:rFonts w:ascii="Georgia" w:hAnsi="Georgia"/>
          <w:b w:val="0"/>
          <w:i w:val="0"/>
          <w:color w:val="000000"/>
          <w:sz w:val="24"/>
        </w:rPr>
        <w:t xml:space="preserve"> = 37), а десять раз по тридцать семь составляют по гематрии триста семьдесят.</w:t>
      </w:r>
    </w:p>
    <w:p>
      <w:pPr>
        <w:spacing w:before="40" w:after="120"/>
        <w:jc w:val="both"/>
      </w:pPr>
      <w:r>
        <w:rPr>
          <w:rFonts w:ascii="Georgia" w:hAnsi="Georgia"/>
          <w:b w:val="0"/>
          <w:i w:val="0"/>
          <w:color w:val="000000"/>
          <w:sz w:val="24"/>
        </w:rPr>
        <w:t>Также триста семьдесят получаются еще одним образом. Ведь свойство высшего лика — это седьмое исправление из тринадцати исправлений бороды (тиккуней дикна). И на своем месте мы объяснили, что они начинаются снизу вверх: первое исправление — это ЭЛЬ, и это Малхут и так далее, а седьмое исправление, «и истина» (</w:t>
      </w:r>
      <w:r>
        <w:rPr>
          <w:rFonts w:ascii="Georgia" w:hAnsi="Georgia"/>
          <w:b w:val="0"/>
          <w:i/>
          <w:color w:val="000000"/>
          <w:sz w:val="24"/>
        </w:rPr>
        <w:t>ве-эмет</w:t>
      </w:r>
      <w:r>
        <w:rPr>
          <w:rFonts w:ascii="Georgia" w:hAnsi="Georgia"/>
          <w:b w:val="0"/>
          <w:i w:val="0"/>
          <w:color w:val="000000"/>
          <w:sz w:val="24"/>
        </w:rPr>
        <w:t>), находится в Хеседе, называемом ЭЛЬ. И если так, в этих двух сторонах лица есть два имени ЭЛЬ. А если взять их с наполнением: алеф-ламэд, алеф-ламэд (</w:t>
      </w:r>
      <w:r>
        <w:rPr>
          <w:rFonts w:ascii="Georgia" w:hAnsi="Georgia" w:cs="Times New Roman"/>
          <w:b/>
          <w:i w:val="0"/>
          <w:color w:val="000000"/>
          <w:sz w:val="24"/>
          <w:rtl/>
          <w:szCs w:val="32"/>
        </w:rPr>
        <w:t>אַלֶ״ף לָמֶ״ד אַלֶ״ף לָמֶ״ד</w:t>
      </w:r>
      <w:r>
        <w:rPr>
          <w:rFonts w:ascii="Georgia" w:hAnsi="Georgia"/>
          <w:b w:val="0"/>
          <w:i w:val="0"/>
          <w:color w:val="000000"/>
          <w:sz w:val="24"/>
        </w:rPr>
        <w:t>), — они по гематрии составляют триста семьдесят.</w:t>
      </w:r>
    </w:p>
    <w:p>
      <w:pPr>
        <w:spacing w:before="40" w:after="120"/>
        <w:jc w:val="both"/>
      </w:pPr>
      <w:r>
        <w:rPr>
          <w:rFonts w:ascii="Georgia" w:hAnsi="Georgia"/>
          <w:b w:val="0"/>
          <w:i w:val="0"/>
          <w:color w:val="000000"/>
          <w:sz w:val="24"/>
        </w:rPr>
        <w:t>3) Также [это объясняется] иным образом. Лицо — это седьмое исправление [бороды], называемое «и истина» (</w:t>
      </w:r>
      <w:r>
        <w:rPr>
          <w:rFonts w:ascii="Georgia" w:hAnsi="Georgia"/>
          <w:b w:val="0"/>
          <w:i/>
          <w:color w:val="000000"/>
          <w:sz w:val="24"/>
        </w:rPr>
        <w:t>ве-эмет</w:t>
      </w:r>
      <w:r>
        <w:rPr>
          <w:rFonts w:ascii="Georgia" w:hAnsi="Georgia"/>
          <w:b w:val="0"/>
          <w:i w:val="0"/>
          <w:color w:val="000000"/>
          <w:sz w:val="24"/>
        </w:rPr>
        <w:t>), и оно представляет собой совокупность парцуфа лица вместе с носом. Ведь три имени САГ находятся на одной стороне лица и три имени САГ — на второй стороне лица, что по гематрии составляет триста семьдесят восемь (</w:t>
      </w:r>
      <w:r>
        <w:rPr>
          <w:rFonts w:ascii="Georgia" w:hAnsi="Georgia" w:cs="Times New Roman"/>
          <w:b/>
          <w:i w:val="0"/>
          <w:color w:val="000000"/>
          <w:sz w:val="24"/>
          <w:rtl/>
          <w:szCs w:val="32"/>
        </w:rPr>
        <w:t>שע״ח</w:t>
      </w:r>
      <w:r>
        <w:rPr>
          <w:rFonts w:ascii="Georgia" w:hAnsi="Georgia"/>
          <w:b w:val="0"/>
          <w:i w:val="0"/>
          <w:color w:val="000000"/>
          <w:sz w:val="24"/>
        </w:rPr>
        <w:t xml:space="preserve"> = 378). И одно [имя] САГ — в самом носу, ведь слово «нос» (</w:t>
      </w:r>
      <w:r>
        <w:rPr>
          <w:rFonts w:ascii="Georgia" w:hAnsi="Georgia"/>
          <w:b w:val="0"/>
          <w:i/>
          <w:color w:val="000000"/>
          <w:sz w:val="24"/>
        </w:rPr>
        <w:t>хотэм</w:t>
      </w:r>
      <w:r>
        <w:rPr>
          <w:rFonts w:ascii="Georgia" w:hAnsi="Georgia"/>
          <w:b w:val="0"/>
          <w:i w:val="0"/>
          <w:color w:val="000000"/>
          <w:sz w:val="24"/>
        </w:rPr>
        <w:t xml:space="preserve">, </w:t>
      </w:r>
      <w:r>
        <w:rPr>
          <w:rFonts w:ascii="Georgia" w:hAnsi="Georgia" w:cs="Times New Roman"/>
          <w:b/>
          <w:i w:val="0"/>
          <w:color w:val="000000"/>
          <w:sz w:val="24"/>
          <w:rtl/>
          <w:szCs w:val="32"/>
        </w:rPr>
        <w:t>חוֹטָם</w:t>
      </w:r>
      <w:r>
        <w:rPr>
          <w:rFonts w:ascii="Georgia" w:hAnsi="Georgia"/>
          <w:b w:val="0"/>
          <w:i w:val="0"/>
          <w:color w:val="000000"/>
          <w:sz w:val="24"/>
        </w:rPr>
        <w:t>) по гематрии равно шестидесяти трем. А семь раз по шестьдесят три по гематрии дают «истина» (</w:t>
      </w:r>
      <w:r>
        <w:rPr>
          <w:rFonts w:ascii="Georgia" w:hAnsi="Georgia"/>
          <w:b w:val="0"/>
          <w:i/>
          <w:color w:val="000000"/>
          <w:sz w:val="24"/>
        </w:rPr>
        <w:t>эмет</w:t>
      </w:r>
      <w:r>
        <w:rPr>
          <w:rFonts w:ascii="Georgia" w:hAnsi="Georgia"/>
          <w:b w:val="0"/>
          <w:i w:val="0"/>
          <w:color w:val="000000"/>
          <w:sz w:val="24"/>
        </w:rPr>
        <w:t xml:space="preserve">, </w:t>
      </w:r>
      <w:r>
        <w:rPr>
          <w:rFonts w:ascii="Georgia" w:hAnsi="Georgia" w:cs="Times New Roman"/>
          <w:b/>
          <w:i w:val="0"/>
          <w:color w:val="000000"/>
          <w:sz w:val="24"/>
          <w:rtl/>
          <w:szCs w:val="32"/>
        </w:rPr>
        <w:t>אֱמֶת</w:t>
      </w:r>
      <w:r>
        <w:rPr>
          <w:rFonts w:ascii="Georgia" w:hAnsi="Georgia"/>
          <w:b w:val="0"/>
          <w:i w:val="0"/>
          <w:color w:val="000000"/>
          <w:sz w:val="24"/>
        </w:rPr>
        <w:t xml:space="preserve"> = 441).</w:t>
      </w:r>
    </w:p>
    <w:p>
      <w:pPr>
        <w:spacing w:before="40" w:after="120"/>
        <w:jc w:val="both"/>
      </w:pPr>
      <w:r>
        <w:rPr>
          <w:rFonts w:ascii="Georgia" w:hAnsi="Georgia"/>
          <w:b w:val="0"/>
          <w:i w:val="0"/>
          <w:color w:val="000000"/>
          <w:sz w:val="24"/>
        </w:rPr>
        <w:t>Однако шесть [имен] САГ в двух сторонах лица сами по себе составляют по гематрии триста семьдесят восемь. И это тайна восьми [светов] белизны головы (хиварта де-рейша), которые распространяются в лице до трехсот семидесяти светов, как упомянуто выше: вот они триста семьдесят, а вместе с восемью [светами] белизны они составляют триста семьдесят восемь, как сказано выше.</w:t>
      </w:r>
    </w:p>
    <w:p>
      <w:pPr>
        <w:spacing w:before="40" w:after="120"/>
        <w:jc w:val="both"/>
      </w:pPr>
      <w:r>
        <w:rPr>
          <w:rFonts w:ascii="Georgia" w:hAnsi="Georgia"/>
          <w:b w:val="0"/>
          <w:i w:val="0"/>
          <w:color w:val="000000"/>
          <w:sz w:val="24"/>
        </w:rPr>
        <w:t>4) И знай, что эти триста семьдесят светов высшего лика тянутся до шестого чертога сфиры Ход, называемого «чертог самой сути небес» (</w:t>
      </w:r>
      <w:r>
        <w:rPr>
          <w:rFonts w:ascii="Georgia" w:hAnsi="Georgia"/>
          <w:b w:val="0"/>
          <w:i/>
          <w:color w:val="000000"/>
          <w:sz w:val="24"/>
        </w:rPr>
        <w:t>Эцем а-Шамаим</w:t>
      </w:r>
      <w:r>
        <w:rPr>
          <w:rFonts w:ascii="Georgia" w:hAnsi="Georgia"/>
          <w:b w:val="0"/>
          <w:i w:val="0"/>
          <w:color w:val="000000"/>
          <w:sz w:val="24"/>
        </w:rPr>
        <w:t>), и пребывающий там дух называется «свет Пниэль» (</w:t>
      </w:r>
      <w:r>
        <w:rPr>
          <w:rFonts w:ascii="Georgia" w:hAnsi="Georgia"/>
          <w:b w:val="0"/>
          <w:i/>
          <w:color w:val="000000"/>
          <w:sz w:val="24"/>
        </w:rPr>
        <w:t>Ор Пниэль</w:t>
      </w:r>
      <w:r>
        <w:rPr>
          <w:rFonts w:ascii="Georgia" w:hAnsi="Georgia"/>
          <w:b w:val="0"/>
          <w:i w:val="0"/>
          <w:color w:val="000000"/>
          <w:sz w:val="24"/>
        </w:rPr>
        <w:t>). Этот дух чертога назван так, как упоминается в недельном разделе Пкудей [Зоар, часть 2], 246б, потому что триста семьдесят восемь светов тянутся туда, и они по гематрии равны [словосочетанию] «свет Пниэль» (</w:t>
      </w:r>
      <w:r>
        <w:rPr>
          <w:rFonts w:ascii="Georgia" w:hAnsi="Georgia"/>
          <w:b w:val="0"/>
          <w:i/>
          <w:color w:val="000000"/>
          <w:sz w:val="24"/>
        </w:rPr>
        <w:t>Ор Пниэль</w:t>
      </w:r>
      <w:r>
        <w:rPr>
          <w:rFonts w:ascii="Georgia" w:hAnsi="Georgia"/>
          <w:b w:val="0"/>
          <w:i w:val="0"/>
          <w:color w:val="000000"/>
          <w:sz w:val="24"/>
        </w:rPr>
        <w:t xml:space="preserve">, </w:t>
      </w:r>
      <w:r>
        <w:rPr>
          <w:rFonts w:ascii="Georgia" w:hAnsi="Georgia" w:cs="Times New Roman"/>
          <w:b/>
          <w:i w:val="0"/>
          <w:color w:val="000000"/>
          <w:sz w:val="24"/>
          <w:rtl/>
          <w:szCs w:val="32"/>
        </w:rPr>
        <w:t>אוֹר פְּנִיאֵל</w:t>
      </w:r>
      <w:r>
        <w:rPr>
          <w:rFonts w:ascii="Georgia" w:hAnsi="Georgia"/>
          <w:b w:val="0"/>
          <w:i w:val="0"/>
          <w:color w:val="000000"/>
          <w:sz w:val="24"/>
        </w:rPr>
        <w:t xml:space="preserve"> = 378).</w:t>
      </w:r>
    </w:p>
    <w:p>
      <w:pPr>
        <w:spacing w:before="40" w:after="120"/>
        <w:jc w:val="both"/>
      </w:pPr>
      <w:r>
        <w:rPr>
          <w:rFonts w:ascii="Georgia" w:hAnsi="Georgia"/>
          <w:b w:val="0"/>
          <w:i w:val="0"/>
          <w:color w:val="000000"/>
          <w:sz w:val="24"/>
        </w:rPr>
        <w:t>Понимание этого заключено также в разделении букв: свет ликов ЭЛЬ (</w:t>
      </w:r>
      <w:r>
        <w:rPr>
          <w:rFonts w:ascii="Georgia" w:hAnsi="Georgia"/>
          <w:b w:val="0"/>
          <w:i/>
          <w:color w:val="000000"/>
          <w:sz w:val="24"/>
        </w:rPr>
        <w:t>ор пней Эль</w:t>
      </w:r>
      <w:r>
        <w:rPr>
          <w:rFonts w:ascii="Georgia" w:hAnsi="Georgia"/>
          <w:b w:val="0"/>
          <w:i w:val="0"/>
          <w:color w:val="000000"/>
          <w:sz w:val="24"/>
        </w:rPr>
        <w:t xml:space="preserve">, </w:t>
      </w:r>
      <w:r>
        <w:rPr>
          <w:rFonts w:ascii="Georgia" w:hAnsi="Georgia" w:cs="Times New Roman"/>
          <w:b/>
          <w:i w:val="0"/>
          <w:color w:val="000000"/>
          <w:sz w:val="24"/>
          <w:rtl/>
          <w:szCs w:val="32"/>
        </w:rPr>
        <w:t>אוֹר פנ״י א״ל</w:t>
      </w:r>
      <w:r>
        <w:rPr>
          <w:rFonts w:ascii="Georgia" w:hAnsi="Georgia"/>
          <w:b w:val="0"/>
          <w:i w:val="0"/>
          <w:color w:val="000000"/>
          <w:sz w:val="24"/>
        </w:rPr>
        <w:t>), то есть свет высших ликов, исходящих от [имени] ЭЛЬ, которое представляет собой два [имени] ЭЛЬ с наполнением. А два [имени] САГ вместе с десятью буквами в каждом составляют по гематрии «лики его» (</w:t>
      </w:r>
      <w:r>
        <w:rPr>
          <w:rFonts w:ascii="Georgia" w:hAnsi="Georgia"/>
          <w:b w:val="0"/>
          <w:i/>
          <w:color w:val="000000"/>
          <w:sz w:val="24"/>
        </w:rPr>
        <w:t>панав</w:t>
      </w:r>
      <w:r>
        <w:rPr>
          <w:rFonts w:ascii="Georgia" w:hAnsi="Georgia"/>
          <w:b w:val="0"/>
          <w:i w:val="0"/>
          <w:color w:val="000000"/>
          <w:sz w:val="24"/>
        </w:rPr>
        <w:t xml:space="preserve">, </w:t>
      </w:r>
      <w:r>
        <w:rPr>
          <w:rFonts w:ascii="Georgia" w:hAnsi="Georgia" w:cs="Times New Roman"/>
          <w:b/>
          <w:i w:val="0"/>
          <w:color w:val="000000"/>
          <w:sz w:val="24"/>
          <w:rtl/>
          <w:szCs w:val="32"/>
        </w:rPr>
        <w:t>פָּנָיו</w:t>
      </w:r>
      <w:r>
        <w:rPr>
          <w:rFonts w:ascii="Georgia" w:hAnsi="Georgia"/>
          <w:b w:val="0"/>
          <w:i w:val="0"/>
          <w:color w:val="000000"/>
          <w:sz w:val="24"/>
        </w:rPr>
        <w:t xml:space="preserve"> = 146), и это форма множественного числа: два [имени] САГ, два [имени] ЭЛЬ, как сказано выше. Он также называется Хашмаль (</w:t>
      </w:r>
      <w:r>
        <w:rPr>
          <w:rFonts w:ascii="Georgia" w:hAnsi="Georgia"/>
          <w:b w:val="0"/>
          <w:i/>
          <w:color w:val="000000"/>
          <w:sz w:val="24"/>
        </w:rPr>
        <w:t>хашмаль</w:t>
      </w:r>
      <w:r>
        <w:rPr>
          <w:rFonts w:ascii="Georgia" w:hAnsi="Georgia"/>
          <w:b w:val="0"/>
          <w:i w:val="0"/>
          <w:color w:val="000000"/>
          <w:sz w:val="24"/>
        </w:rPr>
        <w:t xml:space="preserve">, </w:t>
      </w:r>
      <w:r>
        <w:rPr>
          <w:rFonts w:ascii="Georgia" w:hAnsi="Georgia" w:cs="Times New Roman"/>
          <w:b/>
          <w:i w:val="0"/>
          <w:color w:val="000000"/>
          <w:sz w:val="24"/>
          <w:rtl/>
          <w:szCs w:val="32"/>
        </w:rPr>
        <w:t>חַשְׁמַל</w:t>
      </w:r>
      <w:r>
        <w:rPr>
          <w:rFonts w:ascii="Georgia" w:hAnsi="Georgia"/>
          <w:b w:val="0"/>
          <w:i w:val="0"/>
          <w:color w:val="000000"/>
          <w:sz w:val="24"/>
        </w:rPr>
        <w:t xml:space="preserve"> = 378), как упоминается там, ведь его гематрия также триста семьдесят восемь.</w:t>
      </w:r>
    </w:p>
    <w:p>
      <w:pPr>
        <w:spacing w:before="40" w:after="120"/>
        <w:jc w:val="both"/>
      </w:pPr>
      <w:r>
        <w:rPr>
          <w:rFonts w:ascii="Georgia" w:hAnsi="Georgia"/>
          <w:b w:val="0"/>
          <w:i w:val="0"/>
          <w:color w:val="000000"/>
          <w:sz w:val="24"/>
        </w:rPr>
        <w:t>5) И знай, что в клипе есть свойство «триста семьдесят», и эти триста семьдесят стоят напротив трехсот семидесяти [светов] святости АА. Они называются «моль» (</w:t>
      </w:r>
      <w:r>
        <w:rPr>
          <w:rFonts w:ascii="Georgia" w:hAnsi="Georgia"/>
          <w:b w:val="0"/>
          <w:i/>
          <w:color w:val="000000"/>
          <w:sz w:val="24"/>
        </w:rPr>
        <w:t>аш</w:t>
      </w:r>
      <w:r>
        <w:rPr>
          <w:rFonts w:ascii="Georgia" w:hAnsi="Georgia"/>
          <w:b w:val="0"/>
          <w:i w:val="0"/>
          <w:color w:val="000000"/>
          <w:sz w:val="24"/>
        </w:rPr>
        <w:t xml:space="preserve">, </w:t>
      </w:r>
      <w:r>
        <w:rPr>
          <w:rFonts w:ascii="Georgia" w:hAnsi="Georgia" w:cs="Times New Roman"/>
          <w:b/>
          <w:i w:val="0"/>
          <w:color w:val="000000"/>
          <w:sz w:val="24"/>
          <w:rtl/>
          <w:szCs w:val="32"/>
        </w:rPr>
        <w:t>עָשׁ</w:t>
      </w:r>
      <w:r>
        <w:rPr>
          <w:rFonts w:ascii="Georgia" w:hAnsi="Georgia"/>
          <w:b w:val="0"/>
          <w:i w:val="0"/>
          <w:color w:val="000000"/>
          <w:sz w:val="24"/>
        </w:rPr>
        <w:t xml:space="preserve"> = 370), по тайне стиха: </w:t>
      </w:r>
      <w:r>
        <w:rPr>
          <w:rFonts w:ascii="Georgia" w:hAnsi="Georgia"/>
          <w:b w:val="0"/>
          <w:i/>
          <w:color w:val="000000"/>
          <w:sz w:val="24"/>
        </w:rPr>
        <w:t>«как одежду, съест их моль…»</w:t>
      </w:r>
      <w:r>
        <w:rPr>
          <w:rFonts w:ascii="Georgia" w:hAnsi="Georgia"/>
          <w:b w:val="0"/>
          <w:i w:val="0"/>
          <w:color w:val="000000"/>
          <w:sz w:val="24"/>
        </w:rPr>
        <w:t xml:space="preserve"> (Йешаяу 51:8), ведь она пожирает и истребляет высшие одежды, представляющие собой категорию облачения по числу [слова] Хашмаль (</w:t>
      </w:r>
      <w:r>
        <w:rPr>
          <w:rFonts w:ascii="Georgia" w:hAnsi="Georgia" w:cs="Times New Roman"/>
          <w:b/>
          <w:i w:val="0"/>
          <w:color w:val="000000"/>
          <w:sz w:val="24"/>
          <w:rtl/>
          <w:szCs w:val="32"/>
        </w:rPr>
        <w:t>חַשְׁמַל</w:t>
      </w:r>
      <w:r>
        <w:rPr>
          <w:rFonts w:ascii="Georgia" w:hAnsi="Georgia"/>
          <w:b w:val="0"/>
          <w:i w:val="0"/>
          <w:color w:val="000000"/>
          <w:sz w:val="24"/>
        </w:rPr>
        <w:t xml:space="preserve"> = 378).</w:t>
      </w:r>
    </w:p>
    <w:p>
      <w:pPr>
        <w:spacing w:before="40" w:after="120"/>
        <w:jc w:val="both"/>
      </w:pPr>
      <w:r>
        <w:rPr>
          <w:rFonts w:ascii="Georgia" w:hAnsi="Georgia"/>
          <w:b w:val="0"/>
          <w:i w:val="0"/>
          <w:color w:val="000000"/>
          <w:sz w:val="24"/>
        </w:rPr>
        <w:t>Суть в том, что в упомянутом Хашмале есть аспект, перестановка букв которого: восемь и одеяние (</w:t>
      </w:r>
      <w:r>
        <w:rPr>
          <w:rFonts w:ascii="Georgia" w:hAnsi="Georgia" w:cs="Times New Roman"/>
          <w:b/>
          <w:i w:val="0"/>
          <w:color w:val="000000"/>
          <w:sz w:val="24"/>
          <w:rtl/>
          <w:szCs w:val="32"/>
        </w:rPr>
        <w:t>ח׳ שמ״ל</w:t>
      </w:r>
      <w:r>
        <w:rPr>
          <w:rFonts w:ascii="Georgia" w:hAnsi="Georgia"/>
          <w:b w:val="0"/>
          <w:i w:val="0"/>
          <w:color w:val="000000"/>
          <w:sz w:val="24"/>
        </w:rPr>
        <w:t>), как упомянуто в недельном разделе Ваякхель [Зоар, часть 2, 203б]. Клипа желает захватить этот свет, но не может взять ничего, кроме свойства трехсот семидесяти, и из них образуется упомянутая моль (</w:t>
      </w:r>
      <w:r>
        <w:rPr>
          <w:rFonts w:ascii="Georgia" w:hAnsi="Georgia"/>
          <w:b w:val="0"/>
          <w:i/>
          <w:color w:val="000000"/>
          <w:sz w:val="24"/>
        </w:rPr>
        <w:t>аш</w:t>
      </w:r>
      <w:r>
        <w:rPr>
          <w:rFonts w:ascii="Georgia" w:hAnsi="Georgia"/>
          <w:b w:val="0"/>
          <w:i w:val="0"/>
          <w:color w:val="000000"/>
          <w:sz w:val="24"/>
        </w:rPr>
        <w:t xml:space="preserve">, </w:t>
      </w:r>
      <w:r>
        <w:rPr>
          <w:rFonts w:ascii="Georgia" w:hAnsi="Georgia" w:cs="Times New Roman"/>
          <w:b/>
          <w:i w:val="0"/>
          <w:color w:val="000000"/>
          <w:sz w:val="24"/>
          <w:rtl/>
          <w:szCs w:val="32"/>
        </w:rPr>
        <w:t>עָשׁ</w:t>
      </w:r>
      <w:r>
        <w:rPr>
          <w:rFonts w:ascii="Georgia" w:hAnsi="Georgia"/>
          <w:b w:val="0"/>
          <w:i w:val="0"/>
          <w:color w:val="000000"/>
          <w:sz w:val="24"/>
        </w:rPr>
        <w:t>). Однако восемь лишних [светов] — свойство восьми [светов] белизны, как сказано выше, — высшие, освещающие триста семьдесят светов в лике, и клипа не может взять их.</w:t>
      </w:r>
    </w:p>
    <w:p>
      <w:pPr>
        <w:spacing w:before="40" w:after="120"/>
        <w:jc w:val="both"/>
      </w:pPr>
      <w:r>
        <w:rPr>
          <w:rFonts w:ascii="Georgia" w:hAnsi="Georgia"/>
          <w:b w:val="0"/>
          <w:i w:val="0"/>
          <w:color w:val="000000"/>
          <w:sz w:val="24"/>
        </w:rPr>
        <w:t xml:space="preserve">В этом также тайна [стиха]: </w:t>
      </w:r>
      <w:r>
        <w:rPr>
          <w:rFonts w:ascii="Georgia" w:hAnsi="Georgia"/>
          <w:b w:val="0"/>
          <w:i/>
          <w:color w:val="000000"/>
          <w:sz w:val="24"/>
        </w:rPr>
        <w:t>«Сотворил Он Аш, Кесиль и Хима…»</w:t>
      </w:r>
      <w:r>
        <w:rPr>
          <w:rFonts w:ascii="Georgia" w:hAnsi="Georgia"/>
          <w:b w:val="0"/>
          <w:i w:val="0"/>
          <w:color w:val="000000"/>
          <w:sz w:val="24"/>
        </w:rPr>
        <w:t xml:space="preserve"> (Иов 9:9). Есть также иное толкование, как написано в Идра [Раба, 128б]: </w:t>
      </w:r>
      <w:r>
        <w:rPr>
          <w:rFonts w:ascii="Georgia" w:hAnsi="Georgia"/>
          <w:b w:val="0"/>
          <w:i/>
          <w:color w:val="000000"/>
          <w:sz w:val="24"/>
        </w:rPr>
        <w:t>«И от этого распространяется длина лика его на триста семьдесят мириад светов…»</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6) Благодаря этому ты поймешь сказанное в недельном разделе Трума, 145а: </w:t>
      </w:r>
      <w:r>
        <w:rPr>
          <w:rFonts w:ascii="Georgia" w:hAnsi="Georgia"/>
          <w:b w:val="0"/>
          <w:i/>
          <w:color w:val="000000"/>
          <w:sz w:val="24"/>
        </w:rPr>
        <w:t>«И было песней его тысяча и пять»</w:t>
      </w:r>
      <w:r>
        <w:rPr>
          <w:rFonts w:ascii="Georgia" w:hAnsi="Georgia"/>
          <w:b w:val="0"/>
          <w:i w:val="0"/>
          <w:color w:val="000000"/>
          <w:sz w:val="24"/>
        </w:rPr>
        <w:t xml:space="preserve"> (Мелахим I 5:12). Ведь это тайна пяти врат от Хеседа до Хода, и это «пять и тысяча», и они представляют собой свойство Есода — «древа жизни» (</w:t>
      </w:r>
      <w:r>
        <w:rPr>
          <w:rFonts w:ascii="Georgia" w:hAnsi="Georgia"/>
          <w:b w:val="0"/>
          <w:i/>
          <w:color w:val="000000"/>
          <w:sz w:val="24"/>
        </w:rPr>
        <w:t>ила́на де-хайе́й</w:t>
      </w:r>
      <w:r>
        <w:rPr>
          <w:rFonts w:ascii="Georgia" w:hAnsi="Georgia"/>
          <w:b w:val="0"/>
          <w:i w:val="0"/>
          <w:color w:val="000000"/>
          <w:sz w:val="24"/>
        </w:rPr>
        <w:t>), идущего до ХУБ через спинной хребет, как известно.</w:t>
      </w:r>
    </w:p>
    <w:p>
      <w:pPr>
        <w:spacing w:before="40" w:after="120"/>
        <w:jc w:val="both"/>
      </w:pPr>
      <w:r>
        <w:rPr>
          <w:rFonts w:ascii="Georgia" w:hAnsi="Georgia"/>
          <w:b w:val="0"/>
          <w:i w:val="0"/>
          <w:color w:val="000000"/>
          <w:sz w:val="24"/>
        </w:rPr>
        <w:t>И известно, что все десять сфирот включены в Атика. Три первые сфиры (ГАР) составляют триста (</w:t>
      </w:r>
      <w:r>
        <w:rPr>
          <w:rFonts w:ascii="Georgia" w:hAnsi="Georgia" w:cs="Times New Roman"/>
          <w:b/>
          <w:i w:val="0"/>
          <w:color w:val="000000"/>
          <w:sz w:val="24"/>
          <w:rtl/>
          <w:szCs w:val="32"/>
        </w:rPr>
        <w:t>ש</w:t>
      </w:r>
      <w:r>
        <w:rPr>
          <w:rFonts w:ascii="Georgia" w:hAnsi="Georgia"/>
          <w:b w:val="0"/>
          <w:i w:val="0"/>
          <w:color w:val="000000"/>
          <w:sz w:val="24"/>
        </w:rPr>
        <w:t xml:space="preserve"> = 300): поскольку они высшие, они относятся к уровню сотен. Однако семь нижних сфирот (ЗАТ) — каждая из них включает лишь десять, что составляет семьдесят (</w:t>
      </w:r>
      <w:r>
        <w:rPr>
          <w:rFonts w:ascii="Georgia" w:hAnsi="Georgia" w:cs="Times New Roman"/>
          <w:b/>
          <w:i w:val="0"/>
          <w:color w:val="000000"/>
          <w:sz w:val="24"/>
          <w:rtl/>
          <w:szCs w:val="32"/>
        </w:rPr>
        <w:t>ע</w:t>
      </w:r>
      <w:r>
        <w:rPr>
          <w:rFonts w:ascii="Georgia" w:hAnsi="Georgia"/>
          <w:b w:val="0"/>
          <w:i w:val="0"/>
          <w:color w:val="000000"/>
          <w:sz w:val="24"/>
        </w:rPr>
        <w:t xml:space="preserve"> = 70). И вот, вместе они составляют триста семьдесят мириад.</w:t>
      </w:r>
    </w:p>
    <w:p>
      <w:pPr>
        <w:spacing w:before="40" w:after="120"/>
        <w:jc w:val="both"/>
      </w:pPr>
      <w:r>
        <w:rPr>
          <w:rFonts w:ascii="Georgia" w:hAnsi="Georgia"/>
          <w:b w:val="0"/>
          <w:i w:val="0"/>
          <w:color w:val="000000"/>
          <w:sz w:val="24"/>
        </w:rPr>
        <w:t>7) Однако в ЗА есть только сто пятьдесят (</w:t>
      </w:r>
      <w:r>
        <w:rPr>
          <w:rFonts w:ascii="Georgia" w:hAnsi="Georgia" w:cs="Times New Roman"/>
          <w:b/>
          <w:i w:val="0"/>
          <w:color w:val="000000"/>
          <w:sz w:val="24"/>
          <w:rtl/>
          <w:szCs w:val="32"/>
        </w:rPr>
        <w:t>ק״ן</w:t>
      </w:r>
      <w:r>
        <w:rPr>
          <w:rFonts w:ascii="Georgia" w:hAnsi="Georgia"/>
          <w:b w:val="0"/>
          <w:i w:val="0"/>
          <w:color w:val="000000"/>
          <w:sz w:val="24"/>
        </w:rPr>
        <w:t xml:space="preserve"> = 150) мириад светов. Ведь соответственно самому Тиферет — сто (буква куф, </w:t>
      </w:r>
      <w:r>
        <w:rPr>
          <w:rFonts w:ascii="Georgia" w:hAnsi="Georgia" w:cs="Times New Roman"/>
          <w:b/>
          <w:i w:val="0"/>
          <w:color w:val="000000"/>
          <w:sz w:val="24"/>
          <w:rtl/>
          <w:szCs w:val="32"/>
        </w:rPr>
        <w:t>ק</w:t>
      </w:r>
      <w:r>
        <w:rPr>
          <w:rFonts w:ascii="Georgia" w:hAnsi="Georgia"/>
          <w:b w:val="0"/>
          <w:i w:val="0"/>
          <w:color w:val="000000"/>
          <w:sz w:val="24"/>
        </w:rPr>
        <w:t xml:space="preserve"> = 100), а соответственно пяти вратам от Хеседа до Хода, где каждые включают десять, — пятьдесят (буква нун, </w:t>
      </w:r>
      <w:r>
        <w:rPr>
          <w:rFonts w:ascii="Georgia" w:hAnsi="Georgia" w:cs="Times New Roman"/>
          <w:b/>
          <w:i w:val="0"/>
          <w:color w:val="000000"/>
          <w:sz w:val="24"/>
          <w:rtl/>
          <w:szCs w:val="32"/>
        </w:rPr>
        <w:t>נ</w:t>
      </w:r>
      <w:r>
        <w:rPr>
          <w:rFonts w:ascii="Georgia" w:hAnsi="Georgia"/>
          <w:b w:val="0"/>
          <w:i w:val="0"/>
          <w:color w:val="000000"/>
          <w:sz w:val="24"/>
        </w:rPr>
        <w:t xml:space="preserve"> = 50), и всего получается сто пятьдесят мириад.</w:t>
      </w:r>
    </w:p>
    <w:p>
      <w:pPr>
        <w:spacing w:before="40" w:after="120"/>
        <w:jc w:val="both"/>
      </w:pPr>
      <w:r>
        <w:rPr>
          <w:rFonts w:ascii="Georgia" w:hAnsi="Georgia"/>
          <w:b w:val="0"/>
          <w:i w:val="0"/>
          <w:color w:val="000000"/>
          <w:sz w:val="24"/>
        </w:rPr>
        <w:t>И вот, если вычесть из упомянутых трехсот семидесяти эти сто пятьдесят, останется двести двадцать — [слово] «длина» (</w:t>
      </w:r>
      <w:r>
        <w:rPr>
          <w:rFonts w:ascii="Georgia" w:hAnsi="Georgia"/>
          <w:b w:val="0"/>
          <w:i/>
          <w:color w:val="000000"/>
          <w:sz w:val="24"/>
        </w:rPr>
        <w:t>э́рех</w:t>
      </w:r>
      <w:r>
        <w:rPr>
          <w:rFonts w:ascii="Georgia" w:hAnsi="Georgia"/>
          <w:b w:val="0"/>
          <w:i w:val="0"/>
          <w:color w:val="000000"/>
          <w:sz w:val="24"/>
        </w:rPr>
        <w:t xml:space="preserve">, </w:t>
      </w:r>
      <w:r>
        <w:rPr>
          <w:rFonts w:ascii="Georgia" w:hAnsi="Georgia" w:cs="Times New Roman"/>
          <w:b/>
          <w:i w:val="0"/>
          <w:color w:val="000000"/>
          <w:sz w:val="24"/>
          <w:rtl/>
          <w:szCs w:val="32"/>
        </w:rPr>
        <w:t>אֶרֶךְ</w:t>
      </w:r>
      <w:r>
        <w:rPr>
          <w:rFonts w:ascii="Georgia" w:hAnsi="Georgia"/>
          <w:b w:val="0"/>
          <w:i w:val="0"/>
          <w:color w:val="000000"/>
          <w:sz w:val="24"/>
        </w:rPr>
        <w:t>). Это свойства, остающиеся в АА, по имени которых он называется Арих Анпин (Длинный Ликом): лик его распространяется на двести двадцать мириад (</w:t>
      </w:r>
      <w:r>
        <w:rPr>
          <w:rFonts w:ascii="Georgia" w:hAnsi="Georgia" w:cs="Times New Roman"/>
          <w:b/>
          <w:i w:val="0"/>
          <w:color w:val="000000"/>
          <w:sz w:val="24"/>
          <w:rtl/>
          <w:szCs w:val="32"/>
        </w:rPr>
        <w:t>אֶרֶךְ</w:t>
      </w:r>
      <w:r>
        <w:rPr>
          <w:rFonts w:ascii="Georgia" w:hAnsi="Georgia"/>
          <w:b w:val="0"/>
          <w:i w:val="0"/>
          <w:color w:val="000000"/>
          <w:sz w:val="24"/>
        </w:rPr>
        <w:t>), а [лик] ЗА — на сто пятьдесят мириад, как упомянуто в Идра [Раба], 135б, а вместе они составляют триста семьдесят мириад.</w:t>
      </w:r>
    </w:p>
    <w:p>
      <w:pPr>
        <w:spacing w:before="40" w:after="120"/>
        <w:jc w:val="both"/>
      </w:pPr>
      <w:r>
        <w:rPr>
          <w:rFonts w:ascii="Georgia" w:hAnsi="Georgia"/>
          <w:b w:val="0"/>
          <w:i w:val="0"/>
          <w:color w:val="000000"/>
          <w:sz w:val="24"/>
        </w:rPr>
        <w:t xml:space="preserve">8) Разъясним теперь, почему ЗА берет лишь сто пятьдесят мириад светов, как упомянуто в Идра [Раба, раздел] Насо, 135б: </w:t>
      </w:r>
      <w:r>
        <w:rPr>
          <w:rFonts w:ascii="Georgia" w:hAnsi="Georgia"/>
          <w:b w:val="0"/>
          <w:i/>
          <w:color w:val="000000"/>
          <w:sz w:val="24"/>
        </w:rPr>
        <w:t>«и от этого чистого воздуха распространился лик его на сто пятьдесят мириад…»</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Тебе следует знать, что и высшая Има, когда она находится во втором соударении (зивуге) — высиживания птенцов, упомянутом выше, когда и Аба склоняет голову и они неполны в своем росте, как сказано в другом месте, по смыслу стиха: </w:t>
      </w:r>
      <w:r>
        <w:rPr>
          <w:rFonts w:ascii="Georgia" w:hAnsi="Georgia"/>
          <w:b w:val="0"/>
          <w:i/>
          <w:color w:val="000000"/>
          <w:sz w:val="24"/>
        </w:rPr>
        <w:t>«Если попадется тебе птичье гнездо (</w:t>
      </w:r>
      <w:r>
        <w:rPr>
          <w:rFonts w:ascii="Georgia" w:hAnsi="Georgia"/>
          <w:b w:val="0"/>
          <w:i w:val="0"/>
          <w:color w:val="000000"/>
          <w:sz w:val="24"/>
        </w:rPr>
        <w:t>кен</w:t>
      </w:r>
      <w:r>
        <w:rPr>
          <w:rFonts w:ascii="Georgia" w:hAnsi="Georgia"/>
          <w:b w:val="0"/>
          <w:i/>
          <w:color w:val="000000"/>
          <w:sz w:val="24"/>
        </w:rPr>
        <w:t xml:space="preserve">, </w:t>
      </w:r>
      <w:r>
        <w:rPr>
          <w:rFonts w:ascii="Georgia" w:hAnsi="Georgia" w:cs="Times New Roman"/>
          <w:b/>
          <w:i/>
          <w:color w:val="000000"/>
          <w:sz w:val="24"/>
          <w:rtl/>
          <w:szCs w:val="32"/>
        </w:rPr>
        <w:t>קַן</w:t>
      </w:r>
      <w:r>
        <w:rPr>
          <w:rFonts w:ascii="Georgia" w:hAnsi="Georgia"/>
          <w:b w:val="0"/>
          <w:i/>
          <w:color w:val="000000"/>
          <w:sz w:val="24"/>
        </w:rPr>
        <w:t xml:space="preserve"> = 150)…»</w:t>
      </w:r>
      <w:r>
        <w:rPr>
          <w:rFonts w:ascii="Georgia" w:hAnsi="Georgia"/>
          <w:b w:val="0"/>
          <w:i w:val="0"/>
          <w:color w:val="000000"/>
          <w:sz w:val="24"/>
        </w:rPr>
        <w:t xml:space="preserve"> (Дварим 22:6), — то есть когда Аба ве-Има не могут смотреть на лоб (мэцах) АА, а [смотрят] лишь на его лик, что является нижним зивугом Аба ве-Има, — тогда и в ней есть лишь сто пятьдесят мириад, как и у ЗА.</w:t>
      </w:r>
    </w:p>
    <w:p>
      <w:pPr>
        <w:spacing w:before="40" w:after="120"/>
        <w:jc w:val="both"/>
      </w:pPr>
      <w:r>
        <w:rPr>
          <w:rFonts w:ascii="Georgia" w:hAnsi="Georgia"/>
          <w:b w:val="0"/>
          <w:i w:val="0"/>
          <w:color w:val="000000"/>
          <w:sz w:val="24"/>
        </w:rPr>
        <w:t>9) Суть этих ста пятидесяти в Име заключается в следующем. Когда Аба ве-Има равны по своему росту, тогда в Име есть девять сфирот, и каждая включает сорок один уровень, как сказано выше. Ведь в лике АА есть те триста семьдесят светов, которые включаются и в высшую Иму, и она получает их, когда полна в девяти сфирот, и тогда смотрит на лоб АА.</w:t>
      </w:r>
    </w:p>
    <w:p>
      <w:pPr>
        <w:spacing w:before="40" w:after="120"/>
        <w:jc w:val="both"/>
      </w:pPr>
      <w:r>
        <w:rPr>
          <w:rFonts w:ascii="Georgia" w:hAnsi="Georgia"/>
          <w:b w:val="0"/>
          <w:i w:val="0"/>
          <w:color w:val="000000"/>
          <w:sz w:val="24"/>
        </w:rPr>
        <w:t>Но когда она смотрит не на лоб АА, а лишь на лик АА — когда рост Имы простирается лишь от хазе сфирот ТАНЕХИ Абы, несмотря на то что она находится там лицом к лицу с Абой за счет склонения головы, — тогда в трех сфирах НЕХИ содержатся три раза по сорок одному (</w:t>
      </w:r>
      <w:r>
        <w:rPr>
          <w:rFonts w:ascii="Georgia" w:hAnsi="Georgia" w:cs="Times New Roman"/>
          <w:b/>
          <w:i w:val="0"/>
          <w:color w:val="000000"/>
          <w:sz w:val="24"/>
          <w:rtl/>
          <w:szCs w:val="32"/>
        </w:rPr>
        <w:t>א״ם א״ם א״ם</w:t>
      </w:r>
      <w:r>
        <w:rPr>
          <w:rFonts w:ascii="Georgia" w:hAnsi="Georgia"/>
          <w:b w:val="0"/>
          <w:i w:val="0"/>
          <w:color w:val="000000"/>
          <w:sz w:val="24"/>
        </w:rPr>
        <w:t>), что по гематрии составляет сто двадцать три (</w:t>
      </w:r>
      <w:r>
        <w:rPr>
          <w:rFonts w:ascii="Georgia" w:hAnsi="Georgia" w:cs="Times New Roman"/>
          <w:b/>
          <w:i w:val="0"/>
          <w:color w:val="000000"/>
          <w:sz w:val="24"/>
          <w:rtl/>
          <w:szCs w:val="32"/>
        </w:rPr>
        <w:t>קכ״ג</w:t>
      </w:r>
      <w:r>
        <w:rPr>
          <w:rFonts w:ascii="Georgia" w:hAnsi="Georgia"/>
          <w:b w:val="0"/>
          <w:i w:val="0"/>
          <w:color w:val="000000"/>
          <w:sz w:val="24"/>
        </w:rPr>
        <w:t xml:space="preserve"> = 123). А в двух третях Тиферет, расположенных от хазе и ниже, как известно, находятся две трети от сорока одного, что составляет двадцать семь (</w:t>
      </w:r>
      <w:r>
        <w:rPr>
          <w:rFonts w:ascii="Georgia" w:hAnsi="Georgia" w:cs="Times New Roman"/>
          <w:b/>
          <w:i w:val="0"/>
          <w:color w:val="000000"/>
          <w:sz w:val="24"/>
          <w:rtl/>
          <w:szCs w:val="32"/>
        </w:rPr>
        <w:t>כ״ז</w:t>
      </w:r>
      <w:r>
        <w:rPr>
          <w:rFonts w:ascii="Georgia" w:hAnsi="Georgia"/>
          <w:b w:val="0"/>
          <w:i w:val="0"/>
          <w:color w:val="000000"/>
          <w:sz w:val="24"/>
        </w:rPr>
        <w:t xml:space="preserve"> = 27). И вместе со ста двадцатью тремя это дает лишь сто пятьдесят мириад. Точно так же обстоит дело и с ЗА: ведь его высота — от половины Тиферет и сфирот НЕХИ АА и ниже, что подобно положению Имы от хазе Абы и ниже. Поэтому и в ЗА есть лишь сто пятьдесят мириад, подобно ста пятидесяти в Име.</w:t>
      </w:r>
    </w:p>
    <w:p>
      <w:pPr>
        <w:spacing w:before="40" w:after="120"/>
        <w:jc w:val="both"/>
      </w:pPr>
      <w:r>
        <w:rPr>
          <w:rFonts w:ascii="Georgia" w:hAnsi="Georgia"/>
          <w:b w:val="0"/>
          <w:i w:val="0"/>
          <w:color w:val="000000"/>
          <w:sz w:val="24"/>
        </w:rPr>
        <w:t>10) Однако при всем том есть различие между ста пятьюдесятью в Име и ста пятьюдесятью в ЗА. Ведь к Име эти сто пятьдесят притягиваются от самого АА, поскольку она все еще соединена с ним там. ЗА же очень далек от лика АА, поэтому эти сто пятьдесят мириад притягиваются к нему не от самого АА, а через Иму, называемую «чистым воздухом» (</w:t>
      </w:r>
      <w:r>
        <w:rPr>
          <w:rFonts w:ascii="Georgia" w:hAnsi="Georgia"/>
          <w:b w:val="0"/>
          <w:i/>
          <w:color w:val="000000"/>
          <w:sz w:val="24"/>
        </w:rPr>
        <w:t>ави́ра дахья́</w:t>
      </w:r>
      <w:r>
        <w:rPr>
          <w:rFonts w:ascii="Georgia" w:hAnsi="Georgia"/>
          <w:b w:val="0"/>
          <w:i w:val="0"/>
          <w:color w:val="000000"/>
          <w:sz w:val="24"/>
        </w:rPr>
        <w:t xml:space="preserve">), как разъяснено у нас. И на эти два раза по сто пятьдесят намекает Мишна: </w:t>
      </w:r>
      <w:r>
        <w:rPr>
          <w:rFonts w:ascii="Georgia" w:hAnsi="Georgia"/>
          <w:b w:val="0"/>
          <w:i/>
          <w:color w:val="000000"/>
          <w:sz w:val="24"/>
        </w:rPr>
        <w:t>«Не смотри на кувшин… а [смотри] на то, что в нем»</w:t>
      </w:r>
      <w:r>
        <w:rPr>
          <w:rFonts w:ascii="Georgia" w:hAnsi="Georgia"/>
          <w:b w:val="0"/>
          <w:i w:val="0"/>
          <w:color w:val="000000"/>
          <w:sz w:val="24"/>
        </w:rPr>
        <w:t xml:space="preserve"> (Авот 4:20), где слово «кувшин» (</w:t>
      </w:r>
      <w:r>
        <w:rPr>
          <w:rFonts w:ascii="Georgia" w:hAnsi="Georgia"/>
          <w:b w:val="0"/>
          <w:i/>
          <w:color w:val="000000"/>
          <w:sz w:val="24"/>
        </w:rPr>
        <w:t>канкан</w:t>
      </w:r>
      <w:r>
        <w:rPr>
          <w:rFonts w:ascii="Georgia" w:hAnsi="Georgia"/>
          <w:b w:val="0"/>
          <w:i w:val="0"/>
          <w:color w:val="000000"/>
          <w:sz w:val="24"/>
        </w:rPr>
        <w:t>) прочитано как два раза по сто пятьдесят (</w:t>
      </w:r>
      <w:r>
        <w:rPr>
          <w:rFonts w:ascii="Georgia" w:hAnsi="Georgia"/>
          <w:b w:val="0"/>
          <w:i/>
          <w:color w:val="000000"/>
          <w:sz w:val="24"/>
        </w:rPr>
        <w:t>кан-кан</w:t>
      </w:r>
      <w:r>
        <w:rPr>
          <w:rFonts w:ascii="Georgia" w:hAnsi="Georgia"/>
          <w:b w:val="0"/>
          <w:i w:val="0"/>
          <w:color w:val="000000"/>
          <w:sz w:val="24"/>
        </w:rPr>
        <w:t xml:space="preserve">, </w:t>
      </w:r>
      <w:r>
        <w:rPr>
          <w:rFonts w:ascii="Georgia" w:hAnsi="Georgia" w:cs="Times New Roman"/>
          <w:b/>
          <w:i w:val="0"/>
          <w:color w:val="000000"/>
          <w:sz w:val="24"/>
          <w:rtl/>
          <w:szCs w:val="32"/>
        </w:rPr>
        <w:t>קַ״ן קַ״ן</w:t>
      </w:r>
      <w:r>
        <w:rPr>
          <w:rFonts w:ascii="Georgia" w:hAnsi="Georgia"/>
          <w:b w:val="0"/>
          <w:i w:val="0"/>
          <w:color w:val="000000"/>
          <w:sz w:val="24"/>
        </w:rPr>
        <w:t>).</w:t>
      </w:r>
    </w:p>
    <w:p>
      <w:pPr>
        <w:spacing w:before="40" w:after="120"/>
        <w:jc w:val="both"/>
      </w:pPr>
      <w:r>
        <w:rPr>
          <w:rFonts w:ascii="Georgia" w:hAnsi="Georgia"/>
          <w:b w:val="0"/>
          <w:i w:val="0"/>
          <w:color w:val="000000"/>
          <w:sz w:val="24"/>
        </w:rPr>
        <w:t>См. также в «Шаар а-Каванот», в молитве на Рош а-Шана, в благословении «Отцы» (Биркат Авот), относительно трехсот семидесяти светов, присутствующих в лике Нуквы и ЗА.</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Слова Учителя в этой ветви глубоки и с Б-жьей помощью будут разъяснены на подобающем им месте. Также и остальные слова Учителя в разделе АА, которые не были истолкованы, с Б-жьей помощью будут разъяснены на надлежащем им месте.</w:t>
      </w:r>
    </w:p>
    <w:p>
      <w:pPr>
        <w:spacing w:before="40" w:after="120"/>
        <w:jc w:val="both"/>
      </w:pPr>
      <w:r>
        <w:rPr>
          <w:rFonts w:ascii="Georgia" w:hAnsi="Georgia"/>
          <w:b w:val="0"/>
          <w:i w:val="0"/>
          <w:color w:val="000000"/>
          <w:sz w:val="24"/>
        </w:rPr>
        <w:t>Здесь же я приведу порядок тринадцати исправлений бороды (тиккуней дикна) с указанием их мест, их названий в Торе и в книге [пророка] Михи, а также в соотношении окружающих [светов] с внутренними, согласно разъясненному в словах Учителя в этих вратах и в наших объяснениях. И вот они:</w:t>
      </w:r>
    </w:p>
    <w:p>
      <w:pPr>
        <w:spacing w:before="40" w:after="120"/>
        <w:jc w:val="both"/>
      </w:pPr>
      <w:r>
        <w:rPr>
          <w:rFonts w:ascii="Georgia" w:hAnsi="Georgia"/>
          <w:b w:val="0"/>
          <w:i w:val="0"/>
          <w:color w:val="000000"/>
          <w:sz w:val="24"/>
        </w:rPr>
        <w:t>Высший мазаль (мазаль эльон) — в него включены восемь высших исправлений бороды, исходящих от десяти сфирот Хохмы АА, что в его голове, от Бины де-Хохма и ниже, и они разделяются на два имени АВАЯ: АБ и САГ. При этом первые четыре исправления представляют собой первую голову бороды (рош алеф де-дикна) и категорию Гальгальта ве-Эйнаим в ней, являясь четырьмя буквами имени АВАЯ де-АБ в бороде. И вот они:</w:t>
      </w:r>
    </w:p>
    <w:p>
      <w:pPr>
        <w:spacing w:before="40" w:after="120"/>
        <w:jc w:val="both"/>
      </w:pPr>
      <w:r>
        <w:rPr>
          <w:rFonts w:ascii="Georgia" w:hAnsi="Georgia"/>
          <w:b w:val="0"/>
          <w:i w:val="0"/>
          <w:color w:val="000000"/>
          <w:sz w:val="24"/>
        </w:rPr>
        <w:t>Из десяти сфирот окружающих Хохмы; из десяти сфирот внутренних Бины:</w:t>
      </w:r>
    </w:p>
    <w:p>
      <w:pPr>
        <w:spacing w:before="40" w:after="120"/>
        <w:jc w:val="both"/>
      </w:pPr>
      <w:r>
        <w:rPr>
          <w:rFonts w:ascii="Georgia" w:hAnsi="Georgia"/>
          <w:b w:val="0"/>
          <w:i w:val="0"/>
          <w:color w:val="000000"/>
          <w:sz w:val="24"/>
        </w:rPr>
        <w:t xml:space="preserve">[По окружающим:] Малхут — ЭЛЬ. [По внутренним:] Бина — </w:t>
      </w:r>
      <w:r>
        <w:rPr>
          <w:rFonts w:ascii="Georgia" w:hAnsi="Georgia"/>
          <w:b w:val="0"/>
          <w:i/>
          <w:color w:val="000000"/>
          <w:sz w:val="24"/>
        </w:rPr>
        <w:t>«Кто Б-г, как Ты»</w:t>
      </w:r>
      <w:r>
        <w:rPr>
          <w:rFonts w:ascii="Georgia" w:hAnsi="Georgia"/>
          <w:b w:val="0"/>
          <w:i w:val="0"/>
          <w:color w:val="000000"/>
          <w:sz w:val="24"/>
        </w:rPr>
        <w:t xml:space="preserve"> (Миха 7:18). Исправление 1: тридцать одна прядь волос на границе бороды под пейсами головы справа и слева, до нижнего угла щек, где борода начинает расширяться.</w:t>
      </w:r>
    </w:p>
    <w:p>
      <w:pPr>
        <w:spacing w:before="40" w:after="120"/>
        <w:jc w:val="both"/>
      </w:pPr>
      <w:r>
        <w:rPr>
          <w:rFonts w:ascii="Georgia" w:hAnsi="Georgia"/>
          <w:b w:val="0"/>
          <w:i w:val="0"/>
          <w:color w:val="000000"/>
          <w:sz w:val="24"/>
        </w:rPr>
        <w:t>[По окружающим:] Есод — Милосердный (</w:t>
      </w:r>
      <w:r>
        <w:rPr>
          <w:rFonts w:ascii="Georgia" w:hAnsi="Georgia"/>
          <w:b w:val="0"/>
          <w:i/>
          <w:color w:val="000000"/>
          <w:sz w:val="24"/>
        </w:rPr>
        <w:t>Рахум</w:t>
      </w:r>
      <w:r>
        <w:rPr>
          <w:rFonts w:ascii="Georgia" w:hAnsi="Georgia"/>
          <w:b w:val="0"/>
          <w:i w:val="0"/>
          <w:color w:val="000000"/>
          <w:sz w:val="24"/>
        </w:rPr>
        <w:t xml:space="preserve">). [По внутренним:] Хесед — </w:t>
      </w:r>
      <w:r>
        <w:rPr>
          <w:rFonts w:ascii="Georgia" w:hAnsi="Georgia"/>
          <w:b w:val="0"/>
          <w:i/>
          <w:color w:val="000000"/>
          <w:sz w:val="24"/>
        </w:rPr>
        <w:t>«прощающий грех»</w:t>
      </w:r>
      <w:r>
        <w:rPr>
          <w:rFonts w:ascii="Georgia" w:hAnsi="Georgia"/>
          <w:b w:val="0"/>
          <w:i w:val="0"/>
          <w:color w:val="000000"/>
          <w:sz w:val="24"/>
        </w:rPr>
        <w:t xml:space="preserve"> (Миха 7:18). Исправление 2: волосы, окружающие верхнюю губу справа и слева от нее.</w:t>
      </w:r>
    </w:p>
    <w:p>
      <w:pPr>
        <w:spacing w:before="40" w:after="120"/>
        <w:jc w:val="both"/>
      </w:pPr>
      <w:r>
        <w:rPr>
          <w:rFonts w:ascii="Georgia" w:hAnsi="Georgia"/>
          <w:b w:val="0"/>
          <w:i w:val="0"/>
          <w:color w:val="000000"/>
          <w:sz w:val="24"/>
        </w:rPr>
        <w:t>[По окружающим:] Ход — и Благодатный (</w:t>
      </w:r>
      <w:r>
        <w:rPr>
          <w:rFonts w:ascii="Georgia" w:hAnsi="Georgia"/>
          <w:b w:val="0"/>
          <w:i/>
          <w:color w:val="000000"/>
          <w:sz w:val="24"/>
        </w:rPr>
        <w:t>ве-Ханун</w:t>
      </w:r>
      <w:r>
        <w:rPr>
          <w:rFonts w:ascii="Georgia" w:hAnsi="Georgia"/>
          <w:b w:val="0"/>
          <w:i w:val="0"/>
          <w:color w:val="000000"/>
          <w:sz w:val="24"/>
        </w:rPr>
        <w:t xml:space="preserve">). [По внутренним:] Гвура — </w:t>
      </w:r>
      <w:r>
        <w:rPr>
          <w:rFonts w:ascii="Georgia" w:hAnsi="Georgia"/>
          <w:b w:val="0"/>
          <w:i/>
          <w:color w:val="000000"/>
          <w:sz w:val="24"/>
        </w:rPr>
        <w:t>«и прощающий преступление»</w:t>
      </w:r>
      <w:r>
        <w:rPr>
          <w:rFonts w:ascii="Georgia" w:hAnsi="Georgia"/>
          <w:b w:val="0"/>
          <w:i w:val="0"/>
          <w:color w:val="000000"/>
          <w:sz w:val="24"/>
        </w:rPr>
        <w:t xml:space="preserve"> (Миха 7:18). Исправление 3: тропинка посреди верхней губы под носом, свободная от волос.</w:t>
      </w:r>
    </w:p>
    <w:p>
      <w:pPr>
        <w:spacing w:before="40" w:after="120"/>
        <w:jc w:val="both"/>
      </w:pPr>
      <w:r>
        <w:rPr>
          <w:rFonts w:ascii="Georgia" w:hAnsi="Georgia"/>
          <w:b w:val="0"/>
          <w:i w:val="0"/>
          <w:color w:val="000000"/>
          <w:sz w:val="24"/>
        </w:rPr>
        <w:t>[По окружающим:] Нецах — Долготерпеливый (</w:t>
      </w:r>
      <w:r>
        <w:rPr>
          <w:rFonts w:ascii="Georgia" w:hAnsi="Georgia"/>
          <w:b w:val="0"/>
          <w:i/>
          <w:color w:val="000000"/>
          <w:sz w:val="24"/>
        </w:rPr>
        <w:t>Эрех</w:t>
      </w:r>
      <w:r>
        <w:rPr>
          <w:rFonts w:ascii="Georgia" w:hAnsi="Georgia"/>
          <w:b w:val="0"/>
          <w:i w:val="0"/>
          <w:color w:val="000000"/>
          <w:sz w:val="24"/>
        </w:rPr>
        <w:t xml:space="preserve">). [По внутренним:] Тиферет — </w:t>
      </w:r>
      <w:r>
        <w:rPr>
          <w:rFonts w:ascii="Georgia" w:hAnsi="Georgia"/>
          <w:b w:val="0"/>
          <w:i/>
          <w:color w:val="000000"/>
          <w:sz w:val="24"/>
        </w:rPr>
        <w:t>«остатку наследия Своего»</w:t>
      </w:r>
      <w:r>
        <w:rPr>
          <w:rFonts w:ascii="Georgia" w:hAnsi="Georgia"/>
          <w:b w:val="0"/>
          <w:i w:val="0"/>
          <w:color w:val="000000"/>
          <w:sz w:val="24"/>
        </w:rPr>
        <w:t xml:space="preserve"> (Миха 7:18). Исправление 4: волосы колоска бороды (шиболет а-закан), свисающие на нижней губе посредине, в которых нет разделения на правое и левое.</w:t>
      </w:r>
    </w:p>
    <w:p>
      <w:pPr>
        <w:spacing w:before="40" w:after="120"/>
        <w:jc w:val="both"/>
      </w:pPr>
      <w:r>
        <w:rPr>
          <w:rFonts w:ascii="Georgia" w:hAnsi="Georgia"/>
          <w:b w:val="0"/>
          <w:i w:val="0"/>
          <w:color w:val="000000"/>
          <w:sz w:val="24"/>
        </w:rPr>
        <w:t>Все это — тайна четырех букв имени АВАЯ де-АБ, являющихся категорией Гальгальта ве-Эйнаим бороды. А затем начинаются вторые четыре исправления по тайне четырех букв имени АВАЯ де-САГ, являющихся категорией АХАП бороды, именуемой второй головой, которая представляет собой Бину и САГ. И они светят для восполнения первых четырех исправлений бороды до девяти исправлений бороды ЗА. [По окружающим:] Тиферет — Гневом (</w:t>
      </w:r>
      <w:r>
        <w:rPr>
          <w:rFonts w:ascii="Georgia" w:hAnsi="Georgia"/>
          <w:b w:val="0"/>
          <w:i/>
          <w:color w:val="000000"/>
          <w:sz w:val="24"/>
        </w:rPr>
        <w:t>Апаим</w:t>
      </w:r>
      <w:r>
        <w:rPr>
          <w:rFonts w:ascii="Georgia" w:hAnsi="Georgia"/>
          <w:b w:val="0"/>
          <w:i w:val="0"/>
          <w:color w:val="000000"/>
          <w:sz w:val="24"/>
        </w:rPr>
        <w:t xml:space="preserve">). [По внутренним:] Нецах — </w:t>
      </w:r>
      <w:r>
        <w:rPr>
          <w:rFonts w:ascii="Georgia" w:hAnsi="Georgia"/>
          <w:b w:val="0"/>
          <w:i/>
          <w:color w:val="000000"/>
          <w:sz w:val="24"/>
        </w:rPr>
        <w:t>«Не держит Он вечно гнев Свой»</w:t>
      </w:r>
      <w:r>
        <w:rPr>
          <w:rFonts w:ascii="Georgia" w:hAnsi="Georgia"/>
          <w:b w:val="0"/>
          <w:i w:val="0"/>
          <w:color w:val="000000"/>
          <w:sz w:val="24"/>
        </w:rPr>
        <w:t xml:space="preserve"> (Миха 7:18). Исправление 5: тропинка, огибающая колосок бороды снизу, свободная от волос и расположенная точно напротив тропинки посреди верхней губы. И оно светит первому исправлению из девяти исправлений бороды ЗА — границе бороды под пейсами головы ЗА, называемой «Долготерпеливый» (</w:t>
      </w:r>
      <w:r>
        <w:rPr>
          <w:rFonts w:ascii="Georgia" w:hAnsi="Georgia"/>
          <w:b w:val="0"/>
          <w:i/>
          <w:color w:val="000000"/>
          <w:sz w:val="24"/>
        </w:rPr>
        <w:t>Эрех</w:t>
      </w:r>
      <w:r>
        <w:rPr>
          <w:rFonts w:ascii="Georgia" w:hAnsi="Georgia"/>
          <w:b w:val="0"/>
          <w:i w:val="0"/>
          <w:color w:val="000000"/>
          <w:sz w:val="24"/>
        </w:rPr>
        <w:t>).</w:t>
      </w:r>
    </w:p>
    <w:p>
      <w:pPr>
        <w:spacing w:before="40" w:after="120"/>
        <w:jc w:val="both"/>
      </w:pPr>
      <w:r>
        <w:rPr>
          <w:rFonts w:ascii="Georgia" w:hAnsi="Georgia"/>
          <w:b w:val="0"/>
          <w:i w:val="0"/>
          <w:color w:val="000000"/>
          <w:sz w:val="24"/>
        </w:rPr>
        <w:t>[По окружающим:] Гвура — и Многомилостивый (</w:t>
      </w:r>
      <w:r>
        <w:rPr>
          <w:rFonts w:ascii="Georgia" w:hAnsi="Georgia"/>
          <w:b w:val="0"/>
          <w:i/>
          <w:color w:val="000000"/>
          <w:sz w:val="24"/>
        </w:rPr>
        <w:t>ве-Рав Хесед</w:t>
      </w:r>
      <w:r>
        <w:rPr>
          <w:rFonts w:ascii="Georgia" w:hAnsi="Georgia"/>
          <w:b w:val="0"/>
          <w:i w:val="0"/>
          <w:color w:val="000000"/>
          <w:sz w:val="24"/>
        </w:rPr>
        <w:t xml:space="preserve">). [По внутренним:] Ход — </w:t>
      </w:r>
      <w:r>
        <w:rPr>
          <w:rFonts w:ascii="Georgia" w:hAnsi="Georgia"/>
          <w:b w:val="0"/>
          <w:i/>
          <w:color w:val="000000"/>
          <w:sz w:val="24"/>
        </w:rPr>
        <w:t>«ибо желает Он милосердия»</w:t>
      </w:r>
      <w:r>
        <w:rPr>
          <w:rFonts w:ascii="Georgia" w:hAnsi="Georgia"/>
          <w:b w:val="0"/>
          <w:i w:val="0"/>
          <w:color w:val="000000"/>
          <w:sz w:val="24"/>
        </w:rPr>
        <w:t xml:space="preserve"> (Миха 7:18). Исправление 6: волосы, начинающиеся в углах щек под первым исправлением с двух сторон, справа и слева, откуда борода начинает расширяться, и тянущиеся по просторам щек до краев рта справа и слева. И оно светит второму исправлению из девяти исправлений бороды ЗА — волосам верхней губы и волосам нижней губы ЗА, которые оба включены в него вместе и называются «Гневом» (</w:t>
      </w:r>
      <w:r>
        <w:rPr>
          <w:rFonts w:ascii="Georgia" w:hAnsi="Georgia"/>
          <w:b w:val="0"/>
          <w:i/>
          <w:color w:val="000000"/>
          <w:sz w:val="24"/>
        </w:rPr>
        <w:t>Апаим</w:t>
      </w:r>
      <w:r>
        <w:rPr>
          <w:rFonts w:ascii="Georgia" w:hAnsi="Georgia"/>
          <w:b w:val="0"/>
          <w:i w:val="0"/>
          <w:color w:val="000000"/>
          <w:sz w:val="24"/>
        </w:rPr>
        <w:t>).</w:t>
      </w:r>
    </w:p>
    <w:p>
      <w:pPr>
        <w:spacing w:before="40" w:after="120"/>
        <w:jc w:val="both"/>
      </w:pPr>
      <w:r>
        <w:rPr>
          <w:rFonts w:ascii="Georgia" w:hAnsi="Georgia"/>
          <w:b w:val="0"/>
          <w:i w:val="0"/>
          <w:color w:val="000000"/>
          <w:sz w:val="24"/>
        </w:rPr>
        <w:t>[По окружающим:] Хесед — и Истинный (</w:t>
      </w:r>
      <w:r>
        <w:rPr>
          <w:rFonts w:ascii="Georgia" w:hAnsi="Georgia"/>
          <w:b w:val="0"/>
          <w:i/>
          <w:color w:val="000000"/>
          <w:sz w:val="24"/>
        </w:rPr>
        <w:t>ве-Эмет</w:t>
      </w:r>
      <w:r>
        <w:rPr>
          <w:rFonts w:ascii="Georgia" w:hAnsi="Georgia"/>
          <w:b w:val="0"/>
          <w:i w:val="0"/>
          <w:color w:val="000000"/>
          <w:sz w:val="24"/>
        </w:rPr>
        <w:t xml:space="preserve">). [По внутренним:] Есод — </w:t>
      </w:r>
      <w:r>
        <w:rPr>
          <w:rFonts w:ascii="Georgia" w:hAnsi="Georgia"/>
          <w:b w:val="0"/>
          <w:i/>
          <w:color w:val="000000"/>
          <w:sz w:val="24"/>
        </w:rPr>
        <w:t>«Вновь помилует Он нас»</w:t>
      </w:r>
      <w:r>
        <w:rPr>
          <w:rFonts w:ascii="Georgia" w:hAnsi="Georgia"/>
          <w:b w:val="0"/>
          <w:i w:val="0"/>
          <w:color w:val="000000"/>
          <w:sz w:val="24"/>
        </w:rPr>
        <w:t xml:space="preserve"> (Миха 7:19). Исправление 7: два открывающихся [«яблока»] лица справа и слева, свободные от волос. И оно светит третьему исправлению из девяти исправлений бороды ЗА — тропинке посреди верхней губы ЗА под носом, где находятся мелкие волоски, и оно называется «и Многомилостивый» (</w:t>
      </w:r>
      <w:r>
        <w:rPr>
          <w:rFonts w:ascii="Georgia" w:hAnsi="Georgia"/>
          <w:b w:val="0"/>
          <w:i/>
          <w:color w:val="000000"/>
          <w:sz w:val="24"/>
        </w:rPr>
        <w:t>ве-Рав Хесед</w:t>
      </w:r>
      <w:r>
        <w:rPr>
          <w:rFonts w:ascii="Georgia" w:hAnsi="Georgia"/>
          <w:b w:val="0"/>
          <w:i w:val="0"/>
          <w:color w:val="000000"/>
          <w:sz w:val="24"/>
        </w:rPr>
        <w:t>).</w:t>
      </w:r>
    </w:p>
    <w:p>
      <w:pPr>
        <w:spacing w:before="40" w:after="120"/>
        <w:jc w:val="both"/>
      </w:pPr>
      <w:r>
        <w:rPr>
          <w:rFonts w:ascii="Georgia" w:hAnsi="Georgia"/>
          <w:b w:val="0"/>
          <w:i w:val="0"/>
          <w:color w:val="000000"/>
          <w:sz w:val="24"/>
        </w:rPr>
        <w:t>[По окружающим:] Бина — Хранящий милость (</w:t>
      </w:r>
      <w:r>
        <w:rPr>
          <w:rFonts w:ascii="Georgia" w:hAnsi="Georgia"/>
          <w:b w:val="0"/>
          <w:i/>
          <w:color w:val="000000"/>
          <w:sz w:val="24"/>
        </w:rPr>
        <w:t>Ноцер Хесед</w:t>
      </w:r>
      <w:r>
        <w:rPr>
          <w:rFonts w:ascii="Georgia" w:hAnsi="Georgia"/>
          <w:b w:val="0"/>
          <w:i w:val="0"/>
          <w:color w:val="000000"/>
          <w:sz w:val="24"/>
        </w:rPr>
        <w:t xml:space="preserve">). [По внутренним:] Малхут — </w:t>
      </w:r>
      <w:r>
        <w:rPr>
          <w:rFonts w:ascii="Georgia" w:hAnsi="Georgia"/>
          <w:b w:val="0"/>
          <w:i/>
          <w:color w:val="000000"/>
          <w:sz w:val="24"/>
        </w:rPr>
        <w:t>«подавит беззакония наши»</w:t>
      </w:r>
      <w:r>
        <w:rPr>
          <w:rFonts w:ascii="Georgia" w:hAnsi="Georgia"/>
          <w:b w:val="0"/>
          <w:i w:val="0"/>
          <w:color w:val="000000"/>
          <w:sz w:val="24"/>
        </w:rPr>
        <w:t xml:space="preserve"> (Миха 7:19); Есод де-Кетер, Хесед де-Кетер. Исправление 8: высший мазаль (мазаль эльон) — длинные волосы, свисающие от щек и ниже до хазе по всей поверхности бороды, видимой глазу, в полном равенстве до середины сердца (табура де-либа), и он называется высшим мазалем. Он включает также высшую сфиру пяти нижних исправлений бороды, выходящих из Кетера по тайне имени АВАЯ де-МА, что представляет собой Малхут высшего, становящуюся Кетером для нижнего. И он светит четвертому исправлению из девяти исправлений бороды ЗА — волосам в углах щек под границей бороды ЗА, откуда его борода уже начинает расширяться и тянется справа и слева до краев рта ЗА, и оно называется «прощающий грех» (</w:t>
      </w:r>
      <w:r>
        <w:rPr>
          <w:rFonts w:ascii="Georgia" w:hAnsi="Georgia"/>
          <w:b w:val="0"/>
          <w:i/>
          <w:color w:val="000000"/>
          <w:sz w:val="24"/>
        </w:rPr>
        <w:t>Носе авон</w:t>
      </w:r>
      <w:r>
        <w:rPr>
          <w:rFonts w:ascii="Georgia" w:hAnsi="Georgia"/>
          <w:b w:val="0"/>
          <w:i w:val="0"/>
          <w:color w:val="000000"/>
          <w:sz w:val="24"/>
        </w:rPr>
        <w:t>). Все это — тайна четырех букв имени АВАЯ де-САГ, являющихся второй головой бороды.</w:t>
      </w:r>
    </w:p>
    <w:p>
      <w:pPr>
        <w:spacing w:before="40" w:after="120"/>
        <w:jc w:val="both"/>
      </w:pPr>
      <w:r>
        <w:rPr>
          <w:rFonts w:ascii="Georgia" w:hAnsi="Georgia"/>
          <w:b w:val="0"/>
          <w:i w:val="0"/>
          <w:color w:val="000000"/>
          <w:sz w:val="24"/>
        </w:rPr>
        <w:t>А затем начинаются третьи четыре исправления бороды по тайне четырех букв имени АВАЯ де-МА, являющихся категорией АХАП, которые опускаются и выходят наружу из головы АА на уровень тела и на уровень третьей головы, по тайне Кетера для Аба ве-Има. Четыре исправления Кетера:</w:t>
      </w:r>
    </w:p>
    <w:p>
      <w:pPr>
        <w:spacing w:before="40" w:after="120"/>
        <w:jc w:val="both"/>
      </w:pPr>
      <w:r>
        <w:rPr>
          <w:rFonts w:ascii="Georgia" w:hAnsi="Georgia"/>
          <w:b w:val="0"/>
          <w:i w:val="0"/>
          <w:color w:val="000000"/>
          <w:sz w:val="24"/>
        </w:rPr>
        <w:t>Из десяти сфирот окружающих Кетера; из десяти сфирот внутренних Кетера.</w:t>
      </w:r>
    </w:p>
    <w:p>
      <w:pPr>
        <w:spacing w:before="40" w:after="120"/>
        <w:jc w:val="both"/>
      </w:pPr>
      <w:r>
        <w:rPr>
          <w:rFonts w:ascii="Georgia" w:hAnsi="Georgia"/>
          <w:b w:val="0"/>
          <w:i w:val="0"/>
          <w:color w:val="000000"/>
          <w:sz w:val="24"/>
        </w:rPr>
        <w:t xml:space="preserve">[По окружающим:] Ход — для тысяч [родов, </w:t>
      </w:r>
      <w:r>
        <w:rPr>
          <w:rFonts w:ascii="Georgia" w:hAnsi="Georgia"/>
          <w:b w:val="0"/>
          <w:i/>
          <w:color w:val="000000"/>
          <w:sz w:val="24"/>
        </w:rPr>
        <w:t>ла-Алафим</w:t>
      </w:r>
      <w:r>
        <w:rPr>
          <w:rFonts w:ascii="Georgia" w:hAnsi="Georgia"/>
          <w:b w:val="0"/>
          <w:i w:val="0"/>
          <w:color w:val="000000"/>
          <w:sz w:val="24"/>
        </w:rPr>
        <w:t xml:space="preserve">]. [По внутренним:] Гвура — </w:t>
      </w:r>
      <w:r>
        <w:rPr>
          <w:rFonts w:ascii="Georgia" w:hAnsi="Georgia"/>
          <w:b w:val="0"/>
          <w:i/>
          <w:color w:val="000000"/>
          <w:sz w:val="24"/>
        </w:rPr>
        <w:t>«и ввергнет в пучины морские все грехи их»</w:t>
      </w:r>
      <w:r>
        <w:rPr>
          <w:rFonts w:ascii="Georgia" w:hAnsi="Georgia"/>
          <w:b w:val="0"/>
          <w:i w:val="0"/>
          <w:color w:val="000000"/>
          <w:sz w:val="24"/>
        </w:rPr>
        <w:t xml:space="preserve"> (Миха 7:19). Исправление 9: мелкие волоски между двумя мазалями — «Хранящий милость» (</w:t>
      </w:r>
      <w:r>
        <w:rPr>
          <w:rFonts w:ascii="Georgia" w:hAnsi="Georgia"/>
          <w:b w:val="0"/>
          <w:i/>
          <w:color w:val="000000"/>
          <w:sz w:val="24"/>
        </w:rPr>
        <w:t>Ноцер Хесед</w:t>
      </w:r>
      <w:r>
        <w:rPr>
          <w:rFonts w:ascii="Georgia" w:hAnsi="Georgia"/>
          <w:b w:val="0"/>
          <w:i w:val="0"/>
          <w:color w:val="000000"/>
          <w:sz w:val="24"/>
        </w:rPr>
        <w:t>) и «Очищающий» (</w:t>
      </w:r>
      <w:r>
        <w:rPr>
          <w:rFonts w:ascii="Georgia" w:hAnsi="Georgia"/>
          <w:b w:val="0"/>
          <w:i/>
          <w:color w:val="000000"/>
          <w:sz w:val="24"/>
        </w:rPr>
        <w:t>ве-Наке</w:t>
      </w:r>
      <w:r>
        <w:rPr>
          <w:rFonts w:ascii="Georgia" w:hAnsi="Georgia"/>
          <w:b w:val="0"/>
          <w:i w:val="0"/>
          <w:color w:val="000000"/>
          <w:sz w:val="24"/>
        </w:rPr>
        <w:t>), — которые поглощены в них, однако видны сами по себе и не выходят один из другого. И оно светит пятому исправлению из девяти исправлений бороды ЗА — где волосы прерываются и видны два [«яблока»] лица ЗА справа и слева, красные, как алая роза, и оно называется «и преступление» (</w:t>
      </w:r>
      <w:r>
        <w:rPr>
          <w:rFonts w:ascii="Georgia" w:hAnsi="Georgia"/>
          <w:b w:val="0"/>
          <w:i/>
          <w:color w:val="000000"/>
          <w:sz w:val="24"/>
        </w:rPr>
        <w:t>у-Фэша</w:t>
      </w:r>
      <w:r>
        <w:rPr>
          <w:rFonts w:ascii="Georgia" w:hAnsi="Georgia"/>
          <w:b w:val="0"/>
          <w:i w:val="0"/>
          <w:color w:val="000000"/>
          <w:sz w:val="24"/>
        </w:rPr>
        <w:t>).</w:t>
      </w:r>
    </w:p>
    <w:p>
      <w:pPr>
        <w:spacing w:before="40" w:after="120"/>
        <w:jc w:val="both"/>
      </w:pPr>
      <w:r>
        <w:rPr>
          <w:rFonts w:ascii="Georgia" w:hAnsi="Georgia"/>
          <w:b w:val="0"/>
          <w:i w:val="0"/>
          <w:color w:val="000000"/>
          <w:sz w:val="24"/>
        </w:rPr>
        <w:t>[По окружающим:] Нецах — Прощающий вину (</w:t>
      </w:r>
      <w:r>
        <w:rPr>
          <w:rFonts w:ascii="Georgia" w:hAnsi="Georgia"/>
          <w:b w:val="0"/>
          <w:i/>
          <w:color w:val="000000"/>
          <w:sz w:val="24"/>
        </w:rPr>
        <w:t>Носе авон</w:t>
      </w:r>
      <w:r>
        <w:rPr>
          <w:rFonts w:ascii="Georgia" w:hAnsi="Georgia"/>
          <w:b w:val="0"/>
          <w:i w:val="0"/>
          <w:color w:val="000000"/>
          <w:sz w:val="24"/>
        </w:rPr>
        <w:t xml:space="preserve">). [По внутренним:] Тиферет — </w:t>
      </w:r>
      <w:r>
        <w:rPr>
          <w:rFonts w:ascii="Georgia" w:hAnsi="Georgia"/>
          <w:b w:val="0"/>
          <w:i/>
          <w:color w:val="000000"/>
          <w:sz w:val="24"/>
        </w:rPr>
        <w:t>«Явишь истину Яакову»</w:t>
      </w:r>
      <w:r>
        <w:rPr>
          <w:rFonts w:ascii="Georgia" w:hAnsi="Georgia"/>
          <w:b w:val="0"/>
          <w:i w:val="0"/>
          <w:color w:val="000000"/>
          <w:sz w:val="24"/>
        </w:rPr>
        <w:t xml:space="preserve"> (Миха 7:20). Исправление 10: короткие волосы под нижним мазалем, держащиеся чуть выше горла АА и покрывающие горло под бородой. И оно светит шестому исправлению из девяти исправлений бороды ЗА — открывающейся половине толщины бороды ЗА, подобно единой нити волос вокруг бороды, которые черны и крепки и свисают от рта и ниже до уровня выше хазе, и оно называется «и Очищающий» (</w:t>
      </w:r>
      <w:r>
        <w:rPr>
          <w:rFonts w:ascii="Georgia" w:hAnsi="Georgia"/>
          <w:b w:val="0"/>
          <w:i/>
          <w:color w:val="000000"/>
          <w:sz w:val="24"/>
        </w:rPr>
        <w:t>ве-Наке</w:t>
      </w:r>
      <w:r>
        <w:rPr>
          <w:rFonts w:ascii="Georgia" w:hAnsi="Georgia"/>
          <w:b w:val="0"/>
          <w:i w:val="0"/>
          <w:color w:val="000000"/>
          <w:sz w:val="24"/>
        </w:rPr>
        <w:t>).</w:t>
      </w:r>
    </w:p>
    <w:p>
      <w:pPr>
        <w:spacing w:before="40" w:after="120"/>
        <w:jc w:val="both"/>
      </w:pPr>
      <w:r>
        <w:rPr>
          <w:rFonts w:ascii="Georgia" w:hAnsi="Georgia"/>
          <w:b w:val="0"/>
          <w:i w:val="0"/>
          <w:color w:val="000000"/>
          <w:sz w:val="24"/>
        </w:rPr>
        <w:t>[По окружающим:] Тиферет — и Преступление (</w:t>
      </w:r>
      <w:r>
        <w:rPr>
          <w:rFonts w:ascii="Georgia" w:hAnsi="Georgia"/>
          <w:b w:val="0"/>
          <w:i/>
          <w:color w:val="000000"/>
          <w:sz w:val="24"/>
        </w:rPr>
        <w:t>у-Фэша</w:t>
      </w:r>
      <w:r>
        <w:rPr>
          <w:rFonts w:ascii="Georgia" w:hAnsi="Georgia"/>
          <w:b w:val="0"/>
          <w:i w:val="0"/>
          <w:color w:val="000000"/>
          <w:sz w:val="24"/>
        </w:rPr>
        <w:t xml:space="preserve">). [По внутренним:] Нецах — </w:t>
      </w:r>
      <w:r>
        <w:rPr>
          <w:rFonts w:ascii="Georgia" w:hAnsi="Georgia"/>
          <w:b w:val="0"/>
          <w:i/>
          <w:color w:val="000000"/>
          <w:sz w:val="24"/>
        </w:rPr>
        <w:t>«милость Аврааму»</w:t>
      </w:r>
      <w:r>
        <w:rPr>
          <w:rFonts w:ascii="Georgia" w:hAnsi="Georgia"/>
          <w:b w:val="0"/>
          <w:i w:val="0"/>
          <w:color w:val="000000"/>
          <w:sz w:val="24"/>
        </w:rPr>
        <w:t xml:space="preserve"> (Миха 7:20). Исправление 11: включено в упомянутое десятое исправление, а именно в короткие волосы под бородой, покрывающие горло, как сказано выше, но лишь в том аспекте, что они пребывают в равенстве, не выбиваясь один из другого, а свисая в едином равновесии. И оно светит седьмому исправлению из девяти исправлений бороды ЗА — рту ЗА, свободному от волос со всех сторон, где открываются губы, красные, как роза. И это исправление властвует над шестью первыми исправлениями ЗА, которые сохраняются и объединяются в нем, и оно называется «Вспоминающий» (</w:t>
      </w:r>
      <w:r>
        <w:rPr>
          <w:rFonts w:ascii="Georgia" w:hAnsi="Georgia"/>
          <w:b w:val="0"/>
          <w:i/>
          <w:color w:val="000000"/>
          <w:sz w:val="24"/>
        </w:rPr>
        <w:t>Покед</w:t>
      </w:r>
      <w:r>
        <w:rPr>
          <w:rFonts w:ascii="Georgia" w:hAnsi="Georgia"/>
          <w:b w:val="0"/>
          <w:i w:val="0"/>
          <w:color w:val="000000"/>
          <w:sz w:val="24"/>
        </w:rPr>
        <w:t>). [По окружающим:] Гвура — и Грех (</w:t>
      </w:r>
      <w:r>
        <w:rPr>
          <w:rFonts w:ascii="Georgia" w:hAnsi="Georgia"/>
          <w:b w:val="0"/>
          <w:i/>
          <w:color w:val="000000"/>
          <w:sz w:val="24"/>
        </w:rPr>
        <w:t>ве-Хатаа</w:t>
      </w:r>
      <w:r>
        <w:rPr>
          <w:rFonts w:ascii="Georgia" w:hAnsi="Georgia"/>
          <w:b w:val="0"/>
          <w:i w:val="0"/>
          <w:color w:val="000000"/>
          <w:sz w:val="24"/>
        </w:rPr>
        <w:t xml:space="preserve">). [По внутренним:] Ход — </w:t>
      </w:r>
      <w:r>
        <w:rPr>
          <w:rFonts w:ascii="Georgia" w:hAnsi="Georgia"/>
          <w:b w:val="0"/>
          <w:i/>
          <w:color w:val="000000"/>
          <w:sz w:val="24"/>
        </w:rPr>
        <w:t>«о чем клялся Ты отцам нашим»</w:t>
      </w:r>
      <w:r>
        <w:rPr>
          <w:rFonts w:ascii="Georgia" w:hAnsi="Georgia"/>
          <w:b w:val="0"/>
          <w:i w:val="0"/>
          <w:color w:val="000000"/>
          <w:sz w:val="24"/>
        </w:rPr>
        <w:t xml:space="preserve"> (Миха 7:20). Исправление 12: рот свободен и пуст от волос со всех сторон. И счастлив тот, кто удостаивается этих поцелуев! А волосы красиво лежат вокруг него, чтобы не возникло обременения. И это — сокровеннейшее из всего, чего нет ни наверху, ни внизу. И оно светит восьмому исправлению из девяти исправлений бороды ЗА — мелким волоскам под бородой, которые спускаются на горло и покрывают затылок, так что он не виден; а во время битвы он открывается, чтобы явить богатырскую силу, и тысяча миров держатся за него по тайне стиха: </w:t>
      </w:r>
      <w:r>
        <w:rPr>
          <w:rFonts w:ascii="Georgia" w:hAnsi="Georgia"/>
          <w:b w:val="0"/>
          <w:i/>
          <w:color w:val="000000"/>
          <w:sz w:val="24"/>
        </w:rPr>
        <w:t>«тысяча щитов висит на нем…»</w:t>
      </w:r>
      <w:r>
        <w:rPr>
          <w:rFonts w:ascii="Georgia" w:hAnsi="Georgia"/>
          <w:b w:val="0"/>
          <w:i w:val="0"/>
          <w:color w:val="000000"/>
          <w:sz w:val="24"/>
        </w:rPr>
        <w:t xml:space="preserve"> (Шир а-Ширим 4:4), и оно называется «до третьих [родов]» (</w:t>
      </w:r>
      <w:r>
        <w:rPr>
          <w:rFonts w:ascii="Georgia" w:hAnsi="Georgia"/>
          <w:b w:val="0"/>
          <w:i/>
          <w:color w:val="000000"/>
          <w:sz w:val="24"/>
        </w:rPr>
        <w:t>аль шлишим</w:t>
      </w:r>
      <w:r>
        <w:rPr>
          <w:rFonts w:ascii="Georgia" w:hAnsi="Georgia"/>
          <w:b w:val="0"/>
          <w:i w:val="0"/>
          <w:color w:val="000000"/>
          <w:sz w:val="24"/>
        </w:rPr>
        <w:t>).</w:t>
      </w:r>
    </w:p>
    <w:p>
      <w:pPr>
        <w:spacing w:before="40" w:after="120"/>
        <w:jc w:val="both"/>
      </w:pPr>
      <w:r>
        <w:rPr>
          <w:rFonts w:ascii="Georgia" w:hAnsi="Georgia"/>
          <w:b w:val="0"/>
          <w:i w:val="0"/>
          <w:color w:val="000000"/>
          <w:sz w:val="24"/>
        </w:rPr>
        <w:t>[По окружающим:] Хесед — и Очищающий (</w:t>
      </w:r>
      <w:r>
        <w:rPr>
          <w:rFonts w:ascii="Georgia" w:hAnsi="Georgia"/>
          <w:b w:val="0"/>
          <w:i/>
          <w:color w:val="000000"/>
          <w:sz w:val="24"/>
        </w:rPr>
        <w:t>ве-Наке</w:t>
      </w:r>
      <w:r>
        <w:rPr>
          <w:rFonts w:ascii="Georgia" w:hAnsi="Georgia"/>
          <w:b w:val="0"/>
          <w:i w:val="0"/>
          <w:color w:val="000000"/>
          <w:sz w:val="24"/>
        </w:rPr>
        <w:t xml:space="preserve">). [По внутренним:] Есод — </w:t>
      </w:r>
      <w:r>
        <w:rPr>
          <w:rFonts w:ascii="Georgia" w:hAnsi="Georgia"/>
          <w:b w:val="0"/>
          <w:i/>
          <w:color w:val="000000"/>
          <w:sz w:val="24"/>
        </w:rPr>
        <w:t>«со дней древних»</w:t>
      </w:r>
      <w:r>
        <w:rPr>
          <w:rFonts w:ascii="Georgia" w:hAnsi="Georgia"/>
          <w:b w:val="0"/>
          <w:i w:val="0"/>
          <w:color w:val="000000"/>
          <w:sz w:val="24"/>
        </w:rPr>
        <w:t xml:space="preserve"> (Миха 7:20). Исправление 13: нижний мазаль (мазаль тахтон), включающий четыре нижних исправления бороды, — длинные волосы, свисающие до табура в виде нижней поверхности бороды, на которой покоится и которую покрывает высший мазаль, так что от благоуханного лика не видно ничего, кроме прекрасных белых «яблок». Из этого мазаля, от которого зависит всё, вытекают тринадцать рек чистого афарсемона. Все они жаждут поднять голову навстречу ему, от него зависят все [исправления], что в ЗА, и все высшие и нижние сокровищницы сокрыты в нем, и это тот мазаль, из которого источается всё. И он светит девятому исправлению из девяти исправлений бороды ЗА — длинным и коротким волосам, которые тянутся в полном равенстве из-под верхней поверхности бороды ЗА. В них Он проявляется как могучий и грозный воин, потому что все волосы тянутся вслед за теми, что свисают, и все они пребывают в едином равенстве, и оно называется «и до четвертых [родов]» (</w:t>
      </w:r>
      <w:r>
        <w:rPr>
          <w:rFonts w:ascii="Georgia" w:hAnsi="Georgia"/>
          <w:b w:val="0"/>
          <w:i/>
          <w:color w:val="000000"/>
          <w:sz w:val="24"/>
        </w:rPr>
        <w:t>ве-аль рибеим</w:t>
      </w:r>
      <w:r>
        <w:rPr>
          <w:rFonts w:ascii="Georgia" w:hAnsi="Georgia"/>
          <w:b w:val="0"/>
          <w:i w:val="0"/>
          <w:color w:val="000000"/>
          <w:sz w:val="24"/>
        </w:rPr>
        <w:t>).</w:t>
      </w:r>
    </w:p>
    <w:p>
      <w:r>
        <w:br w:type="page"/>
      </w:r>
    </w:p>
    <w:p>
      <w:pPr>
        <w:keepNext/>
        <w:spacing w:before="360" w:after="160"/>
        <w:jc w:val="center"/>
      </w:pPr>
      <w:r>
        <w:rPr>
          <w:rFonts w:ascii="Georgia" w:hAnsi="Georgia"/>
          <w:b w:val="0"/>
          <w:i w:val="0"/>
          <w:color w:val="000000"/>
          <w:sz w:val="40"/>
        </w:rPr>
        <w:t>Ветвь 74</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Разъясним теперь исправление Аба ве-Има, происходящее вслед за исправлением Арих Анпина (АА). Они тоже сначала питались от сосцов животного в [мире] Брия, а затем поднялись в Ацилут и питались от сосцов человека, как с Б-жьей помощью будет сказано ниже применительно к ЗОН.</w:t>
      </w:r>
    </w:p>
    <w:p>
      <w:pPr>
        <w:spacing w:before="40" w:after="120"/>
        <w:jc w:val="both"/>
      </w:pPr>
      <w:r>
        <w:rPr>
          <w:rFonts w:ascii="Georgia" w:hAnsi="Georgia"/>
          <w:b w:val="0"/>
          <w:i w:val="0"/>
          <w:color w:val="000000"/>
          <w:sz w:val="24"/>
        </w:rPr>
        <w:t>2) Объясним теперь, как Аба ве-Има облачают АА, согласно упомянутому выше [правилу], что все ступени Ацилута облачаются друг в друга.</w:t>
      </w:r>
    </w:p>
    <w:p>
      <w:pPr>
        <w:spacing w:before="40" w:after="120"/>
        <w:jc w:val="both"/>
      </w:pPr>
      <w:r>
        <w:rPr>
          <w:rFonts w:ascii="Georgia" w:hAnsi="Georgia"/>
          <w:b w:val="0"/>
          <w:i w:val="0"/>
          <w:color w:val="000000"/>
          <w:sz w:val="24"/>
        </w:rPr>
        <w:t>Выше уже разъяснялось, что Аба ве-Има взяли Бину де-МА, которая представляет собой коронки (тагин) де-МА. Кроме того, Аба взял семь нижних сфирот (ЗАТ) де-Хохма де-БОН, а Има — шесть нижних сфирот де-Бина де-БОН. Ведь три первые сфиры (ГАР) де-Хохма де-БОН и четыре первые сфиры де-Бина де-БОН, как мы уже говорили и объясняли, взял Атик Йомин. Мы лишь сомневались, сколько ступеней он из них взял — лицевые света или обратные, как сказано выше об Атике. Подобным же образом у нас остается сомнение и относительно Аба ве-Има. И если так, получается, что от ступени Хохма де-БОН Аба взял только [сфирот] от сфиры Хесед в ней и ниже, а Има взяла от ступени Бина де-БОН только [сфирот] от сфиры Гвура в ней и ниже.</w:t>
      </w:r>
    </w:p>
    <w:p>
      <w:pPr>
        <w:spacing w:before="40" w:after="120"/>
        <w:jc w:val="both"/>
      </w:pPr>
      <w:r>
        <w:rPr>
          <w:rFonts w:ascii="Georgia" w:hAnsi="Georgia"/>
          <w:b w:val="0"/>
          <w:i w:val="0"/>
          <w:color w:val="000000"/>
          <w:sz w:val="24"/>
        </w:rPr>
        <w:t>Благодаря этому ты поймешь сказанное в Зоаре: «Аба держится за Хесед и зависит от него, а Има держится за Гвуру и зависит от нее». И пойми это как следует.</w:t>
      </w:r>
    </w:p>
    <w:p>
      <w:pPr>
        <w:spacing w:before="40" w:after="120"/>
        <w:jc w:val="both"/>
      </w:pPr>
      <w:r>
        <w:rPr>
          <w:rFonts w:ascii="Georgia" w:hAnsi="Georgia"/>
          <w:b w:val="0"/>
          <w:i w:val="0"/>
          <w:color w:val="000000"/>
          <w:sz w:val="24"/>
        </w:rPr>
        <w:t>3) Выше уже объяснялось, что и АА включает в себя мужское и женское начала в одном парцуфе: мужское — справа, а женское — по левой линии. По этой причине, когда Аба ве-Има пришли облачить АА, Аба облачил правую линию АА, а Има — его левую линию, как сказано.</w:t>
      </w:r>
    </w:p>
    <w:p>
      <w:pPr>
        <w:spacing w:before="40" w:after="120"/>
        <w:jc w:val="both"/>
      </w:pPr>
      <w:r>
        <w:rPr>
          <w:rFonts w:ascii="Georgia" w:hAnsi="Georgia"/>
          <w:b w:val="0"/>
          <w:i w:val="0"/>
          <w:color w:val="000000"/>
          <w:sz w:val="24"/>
        </w:rPr>
        <w:t>4) Происходит же это следующим образом: два Кетера де-Аба ве-Има облачили горло АА — один справа, а другой слева; остальная же часть парцуфа Аба и парцуфа Има облачила АА от горла и ниже до табура де-АА: Аба справа, а Има слева — один на руку Хесед, а другая на руку Гвура. И это второе толкование приведенных выше слов Зоара о том, что «Аба держится за Хесед и зависит от него, а Има держится за Гвуру и зависит от нее».</w:t>
      </w:r>
    </w:p>
    <w:p>
      <w:pPr>
        <w:spacing w:before="40" w:after="120"/>
        <w:jc w:val="both"/>
      </w:pPr>
      <w:r>
        <w:rPr>
          <w:rFonts w:ascii="Georgia" w:hAnsi="Georgia"/>
          <w:b w:val="0"/>
          <w:i w:val="0"/>
          <w:color w:val="000000"/>
          <w:sz w:val="24"/>
        </w:rPr>
        <w:t>5) Нам необходимо разобрать эти ступени подробно. Ведь выше уже говорилось, что Аба ве-Има разделяются на четыре парцуфа, а именно: [высшие] Аба ве-Има и ИШСУТ (Исраэль Саба ве-Твуна). И нужно знать, как все четверо облачают АА от горла до табура, как упомянуто выше. Поэтому сначала следует указать причину: что именно привело к тому, чтобы Аба ве-Има облачили АА таким образом?</w:t>
      </w:r>
    </w:p>
    <w:p>
      <w:pPr>
        <w:spacing w:before="40" w:after="120"/>
        <w:jc w:val="both"/>
      </w:pPr>
      <w:r>
        <w:rPr>
          <w:rFonts w:ascii="Georgia" w:hAnsi="Georgia"/>
          <w:b w:val="0"/>
          <w:i w:val="0"/>
          <w:color w:val="000000"/>
          <w:sz w:val="24"/>
        </w:rPr>
        <w:t>6) Причина заключается в ступени Есод де-Атик, которая облачается во внутреннюю часть АА, как сказано выше. И подобно тому, как объясняется в своем месте относительно ЗА, что присутствие внутри него двух Есодов де-Аба ве-Има привело к выходу наружу ступеней Яакова, Рахели и Леи, облачающих ЗА, — точно так же обстоит дело и в АА. Ведь света хасадим и гвурот, выходящие из Есода де-Атик, облаченного внутрь АА, притягивают, собирают и удерживают света Аба ве-Има, а также их келим; они исправляют их там, облачают это место и становятся там завершенными парцуфим.</w:t>
      </w:r>
    </w:p>
    <w:p>
      <w:pPr>
        <w:spacing w:before="40" w:after="120"/>
        <w:jc w:val="both"/>
      </w:pPr>
      <w:r>
        <w:rPr>
          <w:rFonts w:ascii="Georgia" w:hAnsi="Georgia"/>
          <w:b w:val="0"/>
          <w:i w:val="0"/>
          <w:color w:val="000000"/>
          <w:sz w:val="24"/>
        </w:rPr>
        <w:t>7) Суть же в том, что Есод Атик Йомина — это мужской Есод: он узкий и длинный, а не широкий, как женский Есод, который глубок и широк. Поэтому в нем нет места, чтобы вместить в себе его хасадим и гвурот. Однако вначале внутрь него сверху входят, распространяются и опускаются [именно] гвурот. Поскольку венец Гвуры находится в четвертом мозге, самом нижнем из всех четырех мохин, как известно, этот нижний мозг опускается первым, распространяется и входит в Есод де-Атик.</w:t>
      </w:r>
    </w:p>
    <w:p>
      <w:pPr>
        <w:spacing w:before="40" w:after="120"/>
        <w:jc w:val="both"/>
      </w:pPr>
      <w:r>
        <w:rPr>
          <w:rFonts w:ascii="Georgia" w:hAnsi="Georgia"/>
          <w:b w:val="0"/>
          <w:i w:val="0"/>
          <w:color w:val="000000"/>
          <w:sz w:val="24"/>
        </w:rPr>
        <w:t xml:space="preserve">8) Когда же затем приходят хасадим, они вытесняют гвурот и выводят их наружу из Есода через его пэ — наружу, в гуф де-АА. А гвурот из-за своего страстного стремления прилепиться к мужским хасадим — подобно женскому началу, о котором сказано: </w:t>
      </w:r>
      <w:r>
        <w:rPr>
          <w:rFonts w:ascii="Georgia" w:hAnsi="Georgia"/>
          <w:b w:val="0"/>
          <w:i/>
          <w:color w:val="000000"/>
          <w:sz w:val="24"/>
        </w:rPr>
        <w:t>«…и к мужу твоему влечение твое…»</w:t>
      </w:r>
      <w:r>
        <w:rPr>
          <w:rFonts w:ascii="Georgia" w:hAnsi="Georgia"/>
          <w:b w:val="0"/>
          <w:i w:val="0"/>
          <w:color w:val="000000"/>
          <w:sz w:val="24"/>
        </w:rPr>
        <w:t xml:space="preserve"> (Берешит 3:16), — не стали опускаться вниз по гуфу де-Арих, чтобы распространиться в Нецах и Ход, как это происходит в ЗА. Напротив, выходя из пэ де-Есод, они возвращаются и поднимаются вокруг Есода де-Атик с внешней стороны, окружая и охватывая его в виде отраженного света женского начала снизу вверх. И благодаря этому хасадим и гвурот соединяются вместе: одни изнутри, а другие снаружи.</w:t>
      </w:r>
    </w:p>
    <w:p>
      <w:pPr>
        <w:spacing w:before="40" w:after="120"/>
        <w:jc w:val="both"/>
      </w:pPr>
      <w:r>
        <w:rPr>
          <w:rFonts w:ascii="Georgia" w:hAnsi="Georgia"/>
          <w:b w:val="0"/>
          <w:i w:val="0"/>
          <w:color w:val="000000"/>
          <w:sz w:val="24"/>
        </w:rPr>
        <w:t>Выше уже разъяснялось, что место окончания Есода де-Атик находилось на уровне хазе (груди) де-АА. Получается, что упомянутые хасадим и гвурот стоят внутри АА целиком от уровня его хазе и выше.</w:t>
      </w:r>
    </w:p>
    <w:p>
      <w:pPr>
        <w:spacing w:before="40" w:after="120"/>
        <w:jc w:val="both"/>
      </w:pPr>
      <w:r>
        <w:rPr>
          <w:rFonts w:ascii="Georgia" w:hAnsi="Georgia"/>
          <w:b w:val="0"/>
          <w:i w:val="0"/>
          <w:color w:val="000000"/>
          <w:sz w:val="24"/>
        </w:rPr>
        <w:t>9) Если ты спросишь: почему в ЗА, когда гвурот сначала выходят из Есода Бины, они мгновенно опускаются до Есода де-ЗА, тогда как здесь они поднимаются, как сказано выше?</w:t>
      </w:r>
    </w:p>
    <w:p>
      <w:pPr>
        <w:spacing w:before="40" w:after="120"/>
        <w:jc w:val="both"/>
      </w:pPr>
      <w:r>
        <w:rPr>
          <w:rFonts w:ascii="Georgia" w:hAnsi="Georgia"/>
          <w:b w:val="0"/>
          <w:i w:val="0"/>
          <w:color w:val="000000"/>
          <w:sz w:val="24"/>
        </w:rPr>
        <w:t>На это можно ответить: ЗА отделен от Нуквы, они представляют собой раздельные парцуфим, причем ЗА строится посредством хасадим, а Нуква — посредством гвурот. Поэтому гвурот обязаны спуститься в Есод де-ЗА, расположенный напротив Даат Нуквы, чтобы через него распространиться в Нукву для ее взращивания и исправления. Однако в АА мужское и женское начала соединены в одном парцуфе: одно по правой линии, а другое по левой. И потому гвурот в нем соединяются с хасадим: одни изнутри, а другие снаружи, как сказано выше.</w:t>
      </w:r>
    </w:p>
    <w:p>
      <w:pPr>
        <w:spacing w:before="40" w:after="120"/>
        <w:jc w:val="both"/>
      </w:pPr>
      <w:r>
        <w:rPr>
          <w:rFonts w:ascii="Georgia" w:hAnsi="Georgia"/>
          <w:b w:val="0"/>
          <w:i w:val="0"/>
          <w:color w:val="000000"/>
          <w:sz w:val="24"/>
        </w:rPr>
        <w:t>10) Есть и другая причина: хасадим приходят от МА де-Атик, а гвурот — от БОН де-Атик; и там тоже МА и БОН прочно соединены и связаны крепкой связью, как сказано выше.</w:t>
      </w:r>
    </w:p>
    <w:p>
      <w:pPr>
        <w:spacing w:before="40" w:after="120"/>
        <w:jc w:val="both"/>
      </w:pPr>
      <w:r>
        <w:rPr>
          <w:rFonts w:ascii="Georgia" w:hAnsi="Georgia"/>
          <w:b w:val="0"/>
          <w:i w:val="0"/>
          <w:color w:val="000000"/>
          <w:sz w:val="24"/>
        </w:rPr>
        <w:t>11) Затем и хасадим тоже выходят наружу из пэ де-Есод и раскрываются внутри АА, чтобы взрастить его, подобно упомянутому относительно ЗА. И они застают гвурот окружающими Есод де-Атик: половина справа от него — это две с половиной гвуры, а половина слева от него — другие две с половиной гвуры. Тогда гвурот увлекают их и поднимают вверх.</w:t>
      </w:r>
    </w:p>
    <w:p>
      <w:pPr>
        <w:spacing w:before="40" w:after="120"/>
        <w:jc w:val="both"/>
      </w:pPr>
      <w:r>
        <w:rPr>
          <w:rFonts w:ascii="Georgia" w:hAnsi="Georgia"/>
          <w:b w:val="0"/>
          <w:i w:val="0"/>
          <w:color w:val="000000"/>
          <w:sz w:val="24"/>
        </w:rPr>
        <w:t>Хасадим же хотят встать снаружи справа от Есода, поскольку там находится ступень МА в Есоде, от которой, как известно, происходят хасадим; тогда они вытесняют стоящие справа гвурот, и те переходят налево. Но выше хазе нет места, чтобы вместить все пять хасадим и пять гвурот. И тогда те две с половиной гвуры, что находились справа и были более возвышенными, встают по левой линии выше хазе, а другие две с половиной гвуры, что были слева, опускаются ниже хазе, по той же левой стороне.</w:t>
      </w:r>
    </w:p>
    <w:p>
      <w:pPr>
        <w:spacing w:before="40" w:after="120"/>
        <w:jc w:val="both"/>
      </w:pPr>
      <w:r>
        <w:rPr>
          <w:rFonts w:ascii="Georgia" w:hAnsi="Georgia"/>
          <w:b w:val="0"/>
          <w:i w:val="0"/>
          <w:color w:val="000000"/>
          <w:sz w:val="24"/>
        </w:rPr>
        <w:t>12) И получается теперь, что все пять гвурот распространяются по левой линии сверху вниз: две с половиной наверху, напротив скрытого Есода, и две с половиной внизу, напротив раскрытия Есода. Подобным же образом хасадим распространяются по правой линии: две с половиной наверху, в скрытом месте, и две с половиной в раскрытом месте.</w:t>
      </w:r>
    </w:p>
    <w:p>
      <w:pPr>
        <w:spacing w:before="40" w:after="120"/>
        <w:jc w:val="both"/>
      </w:pPr>
      <w:r>
        <w:rPr>
          <w:rFonts w:ascii="Georgia" w:hAnsi="Georgia"/>
          <w:b w:val="0"/>
          <w:i w:val="0"/>
          <w:color w:val="000000"/>
          <w:sz w:val="24"/>
        </w:rPr>
        <w:t>И оказывается теперь, что здесь есть четыре ступени. Поэтому они привели к выходу напротив них четырех парцуфим, а именно: высшие хасадим вывели парцуф Аба справа вверху, а высшие гвурот вывели парцуф Има слева вверху. И точно так же внизу: хасадим, которые справа, вывели парцуф Исраэль Саба, а нижние гвурот вывели слева парцуф Твуна.</w:t>
      </w:r>
    </w:p>
    <w:p>
      <w:pPr>
        <w:spacing w:before="40" w:after="120"/>
        <w:jc w:val="both"/>
      </w:pPr>
      <w:r>
        <w:rPr>
          <w:rFonts w:ascii="Georgia" w:hAnsi="Georgia"/>
          <w:b w:val="0"/>
          <w:i w:val="0"/>
          <w:color w:val="000000"/>
          <w:sz w:val="24"/>
        </w:rPr>
        <w:t>13) И оказывается, что наличие двух состояний в хасадим — открытого и скрытого — привело к разделению Хохмы на два парцуфа справа. А наличие двух состояний в гвурот — открытого и скрытого — привело к разделению Бины на два парцуфа слева. И это то, что, как мне представляется, я слышал от моего учителя благословенной памяти вначале.</w:t>
      </w:r>
    </w:p>
    <w:p>
      <w:pPr>
        <w:spacing w:before="40" w:after="120"/>
        <w:jc w:val="both"/>
      </w:pPr>
      <w:r>
        <w:rPr>
          <w:rFonts w:ascii="Georgia" w:hAnsi="Georgia"/>
          <w:b w:val="0"/>
          <w:i w:val="0"/>
          <w:color w:val="000000"/>
          <w:sz w:val="24"/>
        </w:rPr>
        <w:t>14) Однако затем мой учитель благословенной памяти сказал мне, что написанное мною выше о выходе хасадим наружу из Есода де-Атик неверно, а дело обстоит так: две с половиной меры хасадим остались скрытыми внутри Есода де-Атик, а другие две с половиной меры хасадим спустились открыто ниже этого Есода. В отличие от гвурот, которые все стоят открытыми снаружи с левой стороны (по другой версии: две с половиной гвуры напротив скрытого, а две с половиной гвуры спустились открыто ниже этого Есода).</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«Разъясним теперь исправление Аба ве-Има… от сосцов животного…»</w:t>
      </w:r>
      <w:r>
        <w:rPr>
          <w:rFonts w:ascii="Georgia" w:hAnsi="Georgia"/>
          <w:b w:val="0"/>
          <w:i w:val="0"/>
          <w:color w:val="000000"/>
          <w:sz w:val="24"/>
        </w:rPr>
        <w:t xml:space="preserve"> — Это уже объяснялось в «Паним Меирот» (стр. 776, со слов «И эти…»), что выход парцуфа из корня в АК происходит через пэ высшего: в БОН де-АК он опустился до уровня табура, а в новом МА опустился до уровня сиюм раглин, стоящих над завесой (паргодом) между Ацилутом и Брией. И потому все парцуфим Ацилута обязаны выходить через завесу и ниже, ведь там находится уровень пэ де-АК — смотри там подробно причину и обоснование. Также там было объяснено различие между сосцами животного и сосцами человека, и здесь нет нужды повторяться.</w:t>
      </w:r>
    </w:p>
    <w:p>
      <w:pPr>
        <w:spacing w:before="40" w:after="120"/>
        <w:jc w:val="both"/>
      </w:pPr>
      <w:r>
        <w:rPr>
          <w:rFonts w:ascii="Georgia" w:hAnsi="Georgia"/>
          <w:b w:val="0"/>
          <w:i w:val="0"/>
          <w:color w:val="000000"/>
          <w:sz w:val="24"/>
        </w:rPr>
        <w:t xml:space="preserve">6) </w:t>
      </w:r>
      <w:r>
        <w:rPr>
          <w:rFonts w:ascii="Georgia" w:hAnsi="Georgia"/>
          <w:b/>
          <w:i w:val="0"/>
          <w:color w:val="000000"/>
          <w:sz w:val="24"/>
        </w:rPr>
        <w:t>«Есод де-Атик, облачающийся во внутреннюю часть… притягивают, собирают и удерживают света Аба ве-Има…»</w:t>
      </w:r>
      <w:r>
        <w:rPr>
          <w:rFonts w:ascii="Georgia" w:hAnsi="Georgia"/>
          <w:b w:val="0"/>
          <w:i w:val="0"/>
          <w:color w:val="000000"/>
          <w:sz w:val="24"/>
        </w:rPr>
        <w:t xml:space="preserve"> — Уже разъяснялось, что ХАГАТ де-Атик облачаются в ГАР де-АА, а НЕХИ де-Атик — в ЗАТ де-АА. Также тебе известно, что второе распространение высшего становится первым распространением у нижнего, как сказано выше (ветвь 9, пункт 2). И точно так же третье распространение высшего, то есть уровень завершающего экрана парцуфа высшего, оказывается вторым распространением у нижнего на уровне его хазе: от хазе и выше он выводит девять первых сфирот тела, называемые ХАГАТ, а от хазе и ниже — десять завершающих сфирот, называемые НЕХИ. Получается, что это второе распространение АА становится первым распространением и пэ де-рош для Аба ве-Има.</w:t>
      </w:r>
    </w:p>
    <w:p>
      <w:pPr>
        <w:spacing w:before="40" w:after="120"/>
        <w:jc w:val="both"/>
      </w:pPr>
      <w:r>
        <w:rPr>
          <w:rFonts w:ascii="Georgia" w:hAnsi="Georgia"/>
          <w:b w:val="0"/>
          <w:i w:val="0"/>
          <w:color w:val="000000"/>
          <w:sz w:val="24"/>
        </w:rPr>
        <w:t>И об этом сказано: «Ведь света хасадим и гвурот, выходящие из Есода де-Атик, облаченного внутрь АА, притягивают, собирают и удерживают света Аба ве-Има». Ведь начало парцуфим Аба ве-Има образуется из светов ХАГАТ де-АА, причем только на уровнях нефеш и руах, поскольку хазе де-АА становится пэ де-рош де-Аба ве-Има. И потому из светов, выходящих от хазе и выше, образуются высшие Аба ве-Има как свет руах и корень головы; а из светов, опускающихся от хазе и ниже, образуется ИШСУТ как свет нефеш и корень тела. Однако свечение нешама Аба ве-Има получают от бороды (дикна) де-АА, как с Б-жьей помощью будет сказано в своем месте.</w:t>
      </w:r>
    </w:p>
    <w:p>
      <w:pPr>
        <w:spacing w:before="40" w:after="120"/>
        <w:jc w:val="both"/>
      </w:pPr>
      <w:r>
        <w:rPr>
          <w:rFonts w:ascii="Georgia" w:hAnsi="Georgia"/>
          <w:b w:val="0"/>
          <w:i w:val="0"/>
          <w:color w:val="000000"/>
          <w:sz w:val="24"/>
        </w:rPr>
        <w:t xml:space="preserve">7) </w:t>
      </w:r>
      <w:r>
        <w:rPr>
          <w:rFonts w:ascii="Georgia" w:hAnsi="Georgia"/>
          <w:b/>
          <w:i w:val="0"/>
          <w:color w:val="000000"/>
          <w:sz w:val="24"/>
        </w:rPr>
        <w:t>«Есод Атик Йомина — это мужской Есод: он узкий и длинный… в нем нет места, чтобы вместить в себе его хасадим и гвурот…»</w:t>
      </w:r>
      <w:r>
        <w:rPr>
          <w:rFonts w:ascii="Georgia" w:hAnsi="Georgia"/>
          <w:b w:val="0"/>
          <w:i w:val="0"/>
          <w:color w:val="000000"/>
          <w:sz w:val="24"/>
        </w:rPr>
        <w:t xml:space="preserve"> — Ты поймешь это из их корня в МА и БОН де-АК, которые суть мир Некудим. Как сказано в «Паним Меирот у-Масбирот» (врата Исправления, пункт 3), пэ де-рош де-БОН де-АК, то есть ГАР де-Некудим, оканчивается у завершения Тиферет де-САГ де-АК — то есть у окончания гуф де-САГ де-АК, где находится Есод этого САГ; и он занимает все пространство от табура до окончания гуфа. В этом смысл указания во многих местах, что женский Есод короток и широк: поскольку он относится к уровню головы и ГАР де-Некудим, а также к распространению самого тела де-САГ, он широк, и внутри него есть место, чтобы вместить света, ведь ГАР де-Некудим были отчасти исправлены уже с самого начала, когда [Источник] выделил их [из Себя], как сказано там.</w:t>
      </w:r>
    </w:p>
    <w:p>
      <w:pPr>
        <w:spacing w:before="40" w:after="120"/>
        <w:jc w:val="both"/>
      </w:pPr>
      <w:r>
        <w:rPr>
          <w:rFonts w:ascii="Georgia" w:hAnsi="Georgia"/>
          <w:b w:val="0"/>
          <w:i w:val="0"/>
          <w:color w:val="000000"/>
          <w:sz w:val="24"/>
        </w:rPr>
        <w:t>Однако он короток, потому что эти света ГАР не могли распространиться до окончания тела и ниже, к ЗАТ де-Некудим: ведь по причине отсутствия АХАП в первой голове БОН (от хазе до табура) там был лишь свет получающего женского начала, которое не отдает, как сказано там. Иначе обстоит дело с внутренним парцуфом Некудим, называемым МА де-АК: он протягивается и поднимается поверх АХАП высшего, вследствие чего в нем вышли две ступени — Гальгальта и АБ. При этом Гальгальта ве-эйнаим де-АБ облачают АХАП де-Гальгальта до окончания гуф де-САГ, а АХАП де-АБ вышли наружу за пределы гуф де-САГ, на место ЗАТ де-Некудим, что и составляет мужской Есод, находящийся вне тела, как пространно объяснено там, смотри внимательно. И в этом смысл указания во многих местах, что мужской Есод узок и длинен: будучи расположен вне тела де-САГ и представляя собой внешние АХАП де-АБ, он поэтому узок. То есть он не исправлен так, чтобы быть способным вместить в себя света, поскольку вышел даже за рамки исправления головы Некудим. А как известно, свет глаз завершился в пэ де-рош, и от того света за пределы головы Некудим не распространилось ничего; поэтому его силы недостаточно, чтобы вместить в себя света. И все это верно, когда мы рассматриваем его сам по себе.</w:t>
      </w:r>
    </w:p>
    <w:p>
      <w:pPr>
        <w:spacing w:before="40" w:after="120"/>
        <w:jc w:val="both"/>
      </w:pPr>
      <w:r>
        <w:rPr>
          <w:rFonts w:ascii="Georgia" w:hAnsi="Georgia"/>
          <w:b w:val="0"/>
          <w:i w:val="0"/>
          <w:color w:val="000000"/>
          <w:sz w:val="24"/>
        </w:rPr>
        <w:t>Однако когда он соединяется с нижним парцуфом — то есть описанным выше образом, когда он облачается в ХАГАТ де-АА, — оказывается, что он становится там ступенью второго распространения. Как говорилось в предыдущем пояснении, завершающий экран высшего превращается в экран второго распространения у нижнего на уровне хазе де-АА, и потому становится пригодным для зивуга высшего света. И это то, что называется «длинным»: то есть хотя он и не пригоден для получения (что составляет смысл «узкого»), тем не менее он пригоден для отдачи, удлиняясь до уровня второго распространения у нижнего. И пойми [это].</w:t>
      </w:r>
    </w:p>
    <w:p>
      <w:pPr>
        <w:spacing w:before="40" w:after="120"/>
        <w:jc w:val="both"/>
      </w:pPr>
      <w:r>
        <w:rPr>
          <w:rFonts w:ascii="Georgia" w:hAnsi="Georgia"/>
          <w:b/>
          <w:i w:val="0"/>
          <w:color w:val="000000"/>
          <w:sz w:val="24"/>
        </w:rPr>
        <w:t>«Нижний мозг опускается… хасадим и гвурот вместе: одни изнутри, а другие снаружи… И если ты спросишь, почему в ЗА…»</w:t>
      </w:r>
      <w:r>
        <w:rPr>
          <w:rFonts w:ascii="Georgia" w:hAnsi="Georgia"/>
          <w:b w:val="0"/>
          <w:i w:val="0"/>
          <w:color w:val="000000"/>
          <w:sz w:val="24"/>
        </w:rPr>
        <w:t xml:space="preserve"> Объяснение. В предыдущей ветви уже разъяснялось различие между ГАР де-АА, облачающими ХАГАТ де-Атик: из-за сокрытия обратных НЕХИ Даат де-Радла был вынужден облачиться в моха де-авира (воздушный мозг) как свет нешама и ГАР де-АА с исправлением линий. Однако в самом Моха Стимаа Даат де-Радла не может раскрыться, будучи свойством АБ: ведь Бина де-АБ не соединилась с Радла, что означает отмену зивуга внутренних Аба ве-Има, как сказано в «Паним Меирот» (стр. 825, со слов «Также…», смотри там). Свечение же Моха Стимаа раскрывается в дикна де-АА, и по тайне зивуга двух мазалот оттуда протягивается уровень ГАР и исправление линий к ХАГАТ де-АА и к Аба ве-Има, как написано в «Паним Меирот» (стр. 850, со слов «Также…»).</w:t>
      </w:r>
    </w:p>
    <w:p>
      <w:pPr>
        <w:spacing w:before="40" w:after="120"/>
        <w:jc w:val="both"/>
      </w:pPr>
      <w:r>
        <w:rPr>
          <w:rFonts w:ascii="Georgia" w:hAnsi="Georgia"/>
          <w:b w:val="0"/>
          <w:i w:val="0"/>
          <w:color w:val="000000"/>
          <w:sz w:val="24"/>
        </w:rPr>
        <w:t>Таким образом, в голове АА нет исправления линий, но его КАХАБ стоят в одну линию, один под другим. И вместе с тем в теле АА исправление линий есть, и его ХАГАТ исправлены в трех линиях: правой, левой и средней. И точно так же Аба ве-Има, облачающие эти ХАГАТ, тоже находятся в исправлении линий, смотри там. В словах Учителя (ветвь 65, пункт 4) разъяснялось, что Хесед де-Атик облачается в Гальгальту де-АА, а Гвура де-Атик облачена в МоС де-АА. И знай, что этот Хесед де-Атик, облаченный в Гальгальту де-АА, является корнем всех хасадим в парцуфим Ацилута. И в этом смысл числа пяти хасадим и пяти гвурот, о которых говорится в парцуфим Ацилута. Ведь объяснялось, что в Гальгальту де-АА не облачился Даат де-Радла, являющийся светом нешама и ГАР де-АА, поскольку она относится к уровню АБ, как сказано выше в «Паним Меирот» (стр. 825, со слов «Также…»). И потому там есть лишь пять сфирот — только ХАГАТ, Нецах и Ход, — ведь недостает ГАР и недостает средней линии НЕХИ, то есть Есода и Малхут, как написано там.</w:t>
      </w:r>
    </w:p>
    <w:p>
      <w:pPr>
        <w:spacing w:before="40" w:after="120"/>
        <w:jc w:val="both"/>
      </w:pPr>
      <w:r>
        <w:rPr>
          <w:rFonts w:ascii="Georgia" w:hAnsi="Georgia"/>
          <w:b w:val="0"/>
          <w:i w:val="0"/>
          <w:color w:val="000000"/>
          <w:sz w:val="24"/>
        </w:rPr>
        <w:t>И поэтому число хасадим, протягивающихся от Хеседа де-Атик через Гальгальту, определяется числом пяти хасадим, происходящих только от ХАГАТ, Нецах и Ход, как разъяснено. Гвурот же, протягивающиеся от Моха Стимаа, где облачена Гвура де-Атик, как уже разъяснялось, выводят свое свечение наружу по тайне мазалот, благодаря чему обретают свечение нешама от моха де-авира, а также исправление линий; поэтому в действительности они представляют собой восемь сфирот от Бины и ниже. Однако поскольку они протягиваются вместе с пятью хасадим де-Гальгальта, эти гвурот тоже именуются «пятью гвурот». Помни это, ведь это основополагающий ключ к мохин де-Аба ве-Има и ЗОН! И благодаря этому ты поймешь, что левая линия АА важнее правой линии. И точно так же среди пяти хасадим и пяти гвурот, выходящих из пэ де-Есод де-Атик, облаченного в хазе де-АА, гвурот оказываются важнее хасадим, потому что пять гвурот — это ГАР и нешама, протягивающиеся к ним от Даат де-Атик, находящегося в моха де-авира. Пять же хасадим, происходя из Гальгальты, являющейся свойством АБ, лишены ГАР, и потому уступают гвурот, как разъяснено. Также в предыдущем пояснении говорилось, что уровень Есод де-Атик превращается у АА во второе созерцание (истаклют бэт), называемое хазе; а хазе превращается в первое созерцание (истаклют алеф) у Аба ве-Има, называемое пэ де-рош. Таким образом, от хазе и выше выходят десять сфирот головы Аба ве-Има.</w:t>
      </w:r>
    </w:p>
    <w:p>
      <w:pPr>
        <w:spacing w:before="40" w:after="120"/>
        <w:jc w:val="both"/>
      </w:pPr>
      <w:r>
        <w:rPr>
          <w:rFonts w:ascii="Georgia" w:hAnsi="Georgia"/>
          <w:b w:val="0"/>
          <w:i w:val="0"/>
          <w:color w:val="000000"/>
          <w:sz w:val="24"/>
        </w:rPr>
        <w:t xml:space="preserve">7–9) </w:t>
      </w:r>
      <w:r>
        <w:rPr>
          <w:rFonts w:ascii="Georgia" w:hAnsi="Georgia"/>
          <w:b/>
          <w:i w:val="0"/>
          <w:color w:val="000000"/>
          <w:sz w:val="24"/>
        </w:rPr>
        <w:t>«Поэтому нижний мозг опускается… хасадим и гвурот вместе: одни изнутри, а другие снаружи… И если ты спросишь, почему в ЗА…»</w:t>
      </w:r>
      <w:r>
        <w:rPr>
          <w:rFonts w:ascii="Georgia" w:hAnsi="Georgia"/>
          <w:b w:val="0"/>
          <w:i w:val="0"/>
          <w:color w:val="000000"/>
          <w:sz w:val="24"/>
        </w:rPr>
        <w:t xml:space="preserve"> — Объяснение. В предыдущей ветви уже разъяснялось различие между ГАР де-АА, облачающими ХАГАТ де-Атик: из-за сокрытия обратных НЕХИ Даат де-Радла был вынужден облачиться в моха де-авира в виде света нешама и ГАР де-АА с исправлением линий. Однако в самом МоС Даат де-Радла не может раскрыться, будучи свойством АБ: ведь Бина де-АБ не соединилась с Радла, что означает отмену зивуга внутренних Аба ве-Има, как сказано в «Паним Меирот» (стр. 825, со слов «Также…», смотри там). Свечение же МоС раскрывается в дикна де-АА, и по тайне зивуга двух мазалот оттуда протягивается уровень ГАР и исправление линий к ХАГАТ де-АА и к Аба ве-Има, как написано в «Паним Меирот» (стр. 850, со слов «Также…»).</w:t>
      </w:r>
    </w:p>
    <w:p>
      <w:pPr>
        <w:spacing w:before="40" w:after="120"/>
        <w:jc w:val="both"/>
      </w:pPr>
      <w:r>
        <w:rPr>
          <w:rFonts w:ascii="Georgia" w:hAnsi="Georgia"/>
          <w:b w:val="0"/>
          <w:i w:val="0"/>
          <w:color w:val="000000"/>
          <w:sz w:val="24"/>
        </w:rPr>
        <w:t>Таким образом, в голове АА нет исправления линий, но его КАХАБ стоят в одну линию, один под другим. И вместе с тем в теле АА есть исправление линий, и его ХАГАТ исправлены в трех линиях: правой, левой и средней. И точно так же Аба ве-Има, облачающие эти ХАГАТ, тоже находятся в исправлении линий, смотри там. В словах Учителя (ветвь 65, пункт 4) разъяснялось, что Хесед де-Атик облачается в Гальгальту де-АА, а Гвура де-Атик облачена в МоС де-АА. И знай, что этот Хесед де-Атик, облаченный в Гальгальту де-АА, является корнем всех хасадим в парцуфим Ацилута. И в этом смысл числа пяти хасадим и пяти гвурот, о которых говорится в парцуфим Ацилута. Ведь объяснялось, что в Гальгальту де-АА не облачился Даат де-Радла, являющийся светом нешама и ГАР де-АА, поскольку она относится к уровню АБ, как сказано выше в «Паним Меирот» (стр. 825, со слов «Также…»). И потому там есть лишь пять сфирот — только ХАГАТ, Нецах и Ход, — ведь недостает ГАР и недостает средней линии НЕХИ, то есть Есода и Малхут, как написано там.</w:t>
      </w:r>
    </w:p>
    <w:p>
      <w:pPr>
        <w:spacing w:before="40" w:after="120"/>
        <w:jc w:val="both"/>
      </w:pPr>
      <w:r>
        <w:rPr>
          <w:rFonts w:ascii="Georgia" w:hAnsi="Georgia"/>
          <w:b w:val="0"/>
          <w:i w:val="0"/>
          <w:color w:val="000000"/>
          <w:sz w:val="24"/>
        </w:rPr>
        <w:t>И поэтому число хасадим, протягивающихся от Хеседа де-Атик через Гальгальту, определяется числом пяти хасадим, происходящих только от ХАГАТ, Нецах и Ход, как разъяснено. Гвурот же, протягивающиеся от МоС, где облачена Гвура де-Атик, как уже разъяснялось, выводят свое свечение наружу по тайне мазалот, благодаря чему обретают свечение нешама от моха де-авира, а также исправление линий; поэтому в действительности они представляют собой восемь сфирот от Бины и ниже. Однако поскольку они протягиваются вместе с пятью хасадим де-Гальгальта, эти гвурот тоже именуются «пятью гвурот». Помни это, ведь это основополагающий ключ к мохин де-Аба ве-Има и ЗОН! И благодаря этому ты поймешь, что левая линия АА важнее правой линии. И точно так же среди пяти хасадим и пяти гвурот, выходящих из пэ де-Есод де-Атик, облаченного в хазе де-АА, гвурот оказываются важнее хасадим, потому что пять гвурот — это ГАР и нешама, протягивающиеся к ним от Даат де-Атик, находящегося в моха де-авира. Пять же хасадим, происходя из Гальгальты, являющейся свойством АБ, лишены ГАР, и потому уступают гвурот, как разъяснено. Также в предыдущем пояснении говорилось, что уровень Есод де-Атик превращается у АА во второе созерцание, называемое хазе; а хазе превращается в первое созерцание у Аба ве-Има, называемое пэ их голов. Таким образом, от хазе и выше выходят десять сфирот головы Аба ве-Има, а от хазе и ниже — ступень ИШСУТ их тел, смотри там.</w:t>
      </w:r>
    </w:p>
    <w:p>
      <w:pPr>
        <w:spacing w:before="40" w:after="120"/>
        <w:jc w:val="both"/>
      </w:pPr>
      <w:r>
        <w:rPr>
          <w:rFonts w:ascii="Georgia" w:hAnsi="Georgia"/>
          <w:b w:val="0"/>
          <w:i w:val="0"/>
          <w:color w:val="000000"/>
          <w:sz w:val="24"/>
        </w:rPr>
        <w:t>И в этом смысл сказанного: «Поэтому нижний мозг опускается первым, распространяется и входит в Есод де-Атик». То есть, как мы сказали, уровень ГАР заключен главным образом в венце Гвуры, протягивающемся от Даат де-Радла по тайне пяти гвурот описанным путем, пока не достигает уровня голов Аба ве-Има. И потому он распространяется раньше хасадим, будучи важнее их. И это не так, как в Зеир Анпине, где хасадим выходят первыми: ведь там все иначе, поскольку пять гвурот не содержат в себе ГАР, и потому хасадим заведомо превосходят их. И потому [в ЗА] хасадим выходят первыми из пэ де-Есод де-Има. Здесь же, среди хасадим и гвурот Есода де-Атик, гвурот оказываются более возвышенными, как сказано.</w:t>
      </w:r>
    </w:p>
    <w:p>
      <w:pPr>
        <w:spacing w:before="40" w:after="120"/>
        <w:jc w:val="both"/>
      </w:pPr>
      <w:r>
        <w:rPr>
          <w:rFonts w:ascii="Georgia" w:hAnsi="Georgia"/>
          <w:b w:val="0"/>
          <w:i w:val="0"/>
          <w:color w:val="000000"/>
          <w:sz w:val="24"/>
        </w:rPr>
        <w:t xml:space="preserve">И об этом сказано в пункте 8: </w:t>
      </w:r>
      <w:r>
        <w:rPr>
          <w:rFonts w:ascii="Georgia" w:hAnsi="Georgia"/>
          <w:b/>
          <w:i w:val="0"/>
          <w:color w:val="000000"/>
          <w:sz w:val="24"/>
        </w:rPr>
        <w:t>«Когда же затем приходят хасадим, они вытесняют гвурот и выводят их наружу из Есода…»</w:t>
      </w:r>
      <w:r>
        <w:rPr>
          <w:rFonts w:ascii="Georgia" w:hAnsi="Georgia"/>
          <w:b w:val="0"/>
          <w:i w:val="0"/>
          <w:color w:val="000000"/>
          <w:sz w:val="24"/>
        </w:rPr>
        <w:t xml:space="preserve"> — Ведь уже объяснялось, что гвурот более возвышенны, чем хасадим, поскольку содержат в себе ГАР. Однако известно, что этот уровень ГАР, протягивающийся от Даат де-Атик, может облачиться не в парцуф АБ, а только в парцуф САГ, как сказано выше в «Паним Меирот» (стр. 825, со слов «Также…»). И потому следует различать два состояния в этих хасадим и гвурот, раскрывающихся в Есоде де-Атик на уровне хазе де-АА:</w:t>
      </w:r>
    </w:p>
    <w:p>
      <w:pPr>
        <w:spacing w:before="40" w:after="120"/>
        <w:jc w:val="both"/>
      </w:pPr>
      <w:r>
        <w:rPr>
          <w:rFonts w:ascii="Georgia" w:hAnsi="Georgia"/>
          <w:b w:val="0"/>
          <w:i w:val="0"/>
          <w:color w:val="000000"/>
          <w:sz w:val="24"/>
        </w:rPr>
        <w:t>Первое состояние — когда он производит отдачу в качестве самого хазе де-АА, в силу его превращения во второе созерцание де-АА. Тогда зивуг совершается в келим де-АБ, и в этом состоянии гвурот не могут раскрыть содержащийся в них уровень ГАР, поскольку в келим де-АБ ГАР раскрыться не могут, как написано там, в упомянутом месте «Паним Меирот». И все же у гвурот сохраняется преимущество перед хасадим, а именно в свойстве исправления линий: ведь поскольку они протягиваются от моха де-авира, в них также есть подобное ему исправление линий; хасадим же, происходящие из Гальгальты де-АА, где нет исправления линий, тоже пребывают в виде одной линии, один под другим.</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«Когда же затем приходят хасадим…»</w:t>
      </w:r>
      <w:r>
        <w:rPr>
          <w:rFonts w:ascii="Georgia" w:hAnsi="Georgia"/>
          <w:b w:val="0"/>
          <w:i w:val="0"/>
          <w:color w:val="000000"/>
          <w:sz w:val="24"/>
        </w:rPr>
        <w:t xml:space="preserve"> — То есть когда происходит зивуг на экран Есода де-Атик силой хазе де-АА по тайне второго созерцания, и благодаря этому зивугу раскрываются хасадим и гвурот от двух голов АА — Гальгальты и Авира, — тогда считается, что хасадим остаются в Есоде де-Атик. То есть пребывают в виде одной линии, один под другим, поскольку, происходя из Гальгальты де-АА, они лишены исправления линий. Гвурот же выходят оттуда в стороны вправо и влево вокруг Есода де-Атик — то есть выстраиваются по принципу трех линий справа и слева, а Есод выступает решающей средней линией между ними. И уже разъяснялось, что уровень хазе де-АА превращается в первое созерцание и пэ де-рош де-Аба ве-Има, а именно благодаря подъему МАН от уровня Аба ве-Има, как известно из предыдущей ветви. И тогда наступает иное состояние в этих хасадим и гвурот, раскрывающихся посредством Есода де-Атик в хазе де-АА, ставшем пэ для Аба ве-Има. Поскольку Аба ве-Има представляют собой САГ Ацилута, они тем самым пригодны для раскрытия ГАР от моха де-авира. И тогда тем гвурот, что находились на правой стороне АА по линии Хесед, удобнее перейти на левую сторону — то есть на линию Гвура, протягивающуюся от Моха Стимаа через дикна, где они получают свечение ГАР де-моха де-авира, как сказано выше со слов «Гвурот же…», смотри там.</w:t>
      </w:r>
    </w:p>
    <w:p>
      <w:pPr>
        <w:spacing w:before="40" w:after="120"/>
        <w:jc w:val="both"/>
      </w:pPr>
      <w:r>
        <w:rPr>
          <w:rFonts w:ascii="Georgia" w:hAnsi="Georgia"/>
          <w:b w:val="0"/>
          <w:i w:val="0"/>
          <w:color w:val="000000"/>
          <w:sz w:val="24"/>
        </w:rPr>
        <w:t xml:space="preserve">И об этом сказано в пункте 11: </w:t>
      </w:r>
      <w:r>
        <w:rPr>
          <w:rFonts w:ascii="Georgia" w:hAnsi="Georgia"/>
          <w:b/>
          <w:i w:val="0"/>
          <w:color w:val="000000"/>
          <w:sz w:val="24"/>
        </w:rPr>
        <w:t>«Затем и хасадим тоже выходят… и раскрываются внутри АА, чтобы взрастить его…»</w:t>
      </w:r>
      <w:r>
        <w:rPr>
          <w:rFonts w:ascii="Georgia" w:hAnsi="Georgia"/>
          <w:b w:val="0"/>
          <w:i w:val="0"/>
          <w:color w:val="000000"/>
          <w:sz w:val="24"/>
        </w:rPr>
        <w:t xml:space="preserve"> — То есть благодаря подъему МАН от уровня Аба ве-Има совершается более великий зивуг на этот экран Есода де-Атик в хазе де-АА: зивуг совершается на уровне Аба ве-Има, представляющих собой САГ Ацилута, благодаря чему внутри АА раскрывается состояние гадлут. То есть уровень нешама и ГАР от моха де-авира, как сказано выше. И об этом написано: «и раскрываются внутри АА, чтобы взрастить его», — ведь тогда уровень нешама де-АА, находящийся в моха де-авира, протягивается также внутрь ХАГАТ де-АА, что составляет гадлут этих ХАГАТ, а именно посредством построения келим де-Аба ве-Има, как разъяснено.</w:t>
      </w:r>
    </w:p>
    <w:p>
      <w:pPr>
        <w:spacing w:before="40" w:after="120"/>
        <w:jc w:val="both"/>
      </w:pPr>
      <w:r>
        <w:rPr>
          <w:rFonts w:ascii="Georgia" w:hAnsi="Georgia"/>
          <w:b w:val="0"/>
          <w:i w:val="0"/>
          <w:color w:val="000000"/>
          <w:sz w:val="24"/>
        </w:rPr>
        <w:t xml:space="preserve">И об этом сказано в пункте 12: </w:t>
      </w:r>
      <w:r>
        <w:rPr>
          <w:rFonts w:ascii="Georgia" w:hAnsi="Georgia"/>
          <w:b/>
          <w:i w:val="0"/>
          <w:color w:val="000000"/>
          <w:sz w:val="24"/>
        </w:rPr>
        <w:t>«И получается теперь, что все пять гвурот распространяются по левой линии сверху вниз: две с половиной наверху, напротив скрытого Есода, и две с половиной внизу, напротив раскрытия Есода. Подобным же образом хасадим… Поэтому они привели к выходу напротив них четырех парцуфим… А наличие двух состояний — открытого и скрытого…»</w:t>
      </w:r>
      <w:r>
        <w:rPr>
          <w:rFonts w:ascii="Georgia" w:hAnsi="Georgia"/>
          <w:b w:val="0"/>
          <w:i w:val="0"/>
          <w:color w:val="000000"/>
          <w:sz w:val="24"/>
        </w:rPr>
        <w:t xml:space="preserve"> — до конца цитаты.</w:t>
      </w:r>
    </w:p>
    <w:p>
      <w:pPr>
        <w:spacing w:before="40" w:after="120"/>
        <w:jc w:val="both"/>
      </w:pPr>
      <w:r>
        <w:rPr>
          <w:rFonts w:ascii="Georgia" w:hAnsi="Georgia"/>
          <w:b w:val="0"/>
          <w:i w:val="0"/>
          <w:color w:val="000000"/>
          <w:sz w:val="24"/>
        </w:rPr>
        <w:t>Смысл в том, что в «Паним Меирот» в предшествующих ветвях уже объяснялось: рош де-Аба ве-Има сам по себе также делится на две половины: АБ и САГ. От хазе де-АА и выше, что составляет Гальгальта ве-эйнаим, находится АБ де-Аба ве-Има, или первая голова; а от хазе и ниже, что составляет АХАП, находится вторая голова и САГ де-Аба ве-Има. И поэтому эти две головы Аба ве-Има рассматриваются точно так же, как две головы в АА — Гальгальта и Авира. А именно, как сказано выше в «Паним Меирот» (стр. 825, со слов «Также…»), в первой голове АА, то есть в Гальгальте, нешама де-Радла не может раскрыться, поскольку она относится к уровню АБ; и потому нешама раскрылась лишь во второй голове — моха де-авира, представляющей собой САГ, смотри там.</w:t>
      </w:r>
    </w:p>
    <w:p>
      <w:pPr>
        <w:spacing w:before="40" w:after="120"/>
        <w:jc w:val="both"/>
      </w:pPr>
      <w:r>
        <w:rPr>
          <w:rFonts w:ascii="Georgia" w:hAnsi="Georgia"/>
          <w:b w:val="0"/>
          <w:i w:val="0"/>
          <w:color w:val="000000"/>
          <w:sz w:val="24"/>
        </w:rPr>
        <w:t>Подобным же образом и здесь, в двух головах Аба ве-Има, этот уровень ГАР, протягивающийся от Авира, не может раскрыться в высших Аба ве-Има (от хазе и выше), поскольку они относятся к уровню АБ и к первой голове; и он раскрывается только во второй голове — от хазе де-АА и ниже.</w:t>
      </w:r>
    </w:p>
    <w:p>
      <w:pPr>
        <w:spacing w:before="40" w:after="120"/>
        <w:jc w:val="both"/>
      </w:pPr>
      <w:r>
        <w:rPr>
          <w:rFonts w:ascii="Georgia" w:hAnsi="Georgia"/>
          <w:b w:val="0"/>
          <w:i w:val="0"/>
          <w:color w:val="000000"/>
          <w:sz w:val="24"/>
        </w:rPr>
        <w:t>И поэтому в ХАГАТ де-АА различаются два места: скрытое место и открытое место. Ведь пространство от хазе де-АА и выше, где находится верхняя половина пяти хасадим и пяти гвурот (составляющая высших Аба ве-Има и уровень АБ), именуется скрытым местом, поскольку нешама и ГАР, протягивающиеся от моха де-авира, там сокрыты и не могут раскрыться — по той же самой причине, которая была указана в упомянутом месте «Паним Меирот» относительно Гальгальты, смотри там. А от хазе и ниже — то есть нижняя половина пяти хасадим и пяти гвурот, составляющая ИШСУТ и уровень САГ, — называется открытым местом, поскольку нешама де-Авира раскрывается там, ведь там ее место благодаря тому, что они относятся к уровню САГ. И ты обнаруживаешь, что уровень пэ де-Есод де-Атик делит рош де-Аба ве-Има на две половины: от него и выше находится первая голова и уровень АБ, а от него и ниже — вторая голова и уровень САГ.</w:t>
      </w:r>
    </w:p>
    <w:p>
      <w:pPr>
        <w:spacing w:before="40" w:after="120"/>
        <w:jc w:val="both"/>
      </w:pPr>
      <w:r>
        <w:rPr>
          <w:rFonts w:ascii="Georgia" w:hAnsi="Georgia"/>
          <w:b w:val="0"/>
          <w:i w:val="0"/>
          <w:color w:val="000000"/>
          <w:sz w:val="24"/>
        </w:rPr>
        <w:t>И об этом сказано: наличие двух состояний в хасадим — открытого и скрытого — привело к разделению Хохмы на два парцуфа справа: высший Аба и Исраэль Саба; а наличие двух состояний в гвурот — открытого и скрытого — привело к разделению Бины на два парцуфа слева: высшая Има и Твуна.</w:t>
      </w:r>
    </w:p>
    <w:p>
      <w:pPr>
        <w:spacing w:before="40" w:after="120"/>
        <w:jc w:val="both"/>
      </w:pPr>
      <w:r>
        <w:rPr>
          <w:rFonts w:ascii="Georgia" w:hAnsi="Georgia"/>
          <w:b w:val="0"/>
          <w:i w:val="0"/>
          <w:color w:val="000000"/>
          <w:sz w:val="24"/>
        </w:rPr>
        <w:t xml:space="preserve">14) </w:t>
      </w:r>
      <w:r>
        <w:rPr>
          <w:rFonts w:ascii="Georgia" w:hAnsi="Georgia"/>
          <w:b/>
          <w:i w:val="0"/>
          <w:color w:val="000000"/>
          <w:sz w:val="24"/>
        </w:rPr>
        <w:t>«Однако затем мой учитель благословенной памяти сказал мне… что две с половиной меры хасадим остались скрытыми внутри Есода де-Атик…»</w:t>
      </w:r>
      <w:r>
        <w:rPr>
          <w:rFonts w:ascii="Georgia" w:hAnsi="Georgia"/>
          <w:b w:val="0"/>
          <w:i w:val="0"/>
          <w:color w:val="000000"/>
          <w:sz w:val="24"/>
        </w:rPr>
        <w:t xml:space="preserve"> — Различие между этими двумя версиями состоит в следующем. Согласно первой версии, хотя свечение нешама не раскрылось в хасадим и гвурот от пэ де-Есод и выше, тем не менее там раскрылось исправление линий также и в хасадим; и потому там говорится, что хасадим тоже вышли из пэ де-Есод де-Атик и встали по правой линии АА. Согласно же второй версии, от пэ де-Есод и выше, где находится уровень АБ, не получающий свечения нешама де-Авира, вследствие этого не принимается даже свечение исправления линий от Авира: ведь только гвурот, поскольку сами они протягиваются от Авира, обладают исправлением линий даже в скрытом месте. Хасадим же, чья сущность протягивается из Гальгальты де-АА, где облачен Хесед де-Атик, не имеют исправления линий, подобно самой голове АА, как сказано выше. И лишь от пэ де-Есод и ниже, где находится уровень САГ и место раскрытия нешама от Авира, хасадим тоже исправляются силой этой нешама и обретают исправление линий. И пойми это как следует!</w:t>
      </w:r>
    </w:p>
    <w:p>
      <w:pPr>
        <w:spacing w:before="40" w:after="120"/>
        <w:jc w:val="both"/>
      </w:pPr>
      <w:r>
        <w:rPr>
          <w:rFonts w:ascii="Georgia" w:hAnsi="Georgia"/>
          <w:b w:val="0"/>
          <w:i w:val="0"/>
          <w:color w:val="000000"/>
          <w:sz w:val="24"/>
        </w:rPr>
        <w:t>И об этом сказано: «две с половиной меры хасадим остались скрытыми внутри Есода де-Атик», — что указывает нам: они пребывают в виде одной линии, один под другим, какими и были до подъема МАН со стороны Аба ве-Има. И об этом же сказано: «а другие две с половиной меры хасадим спустились открыто ниже этого Есода», — то есть они получили исправление линий благодаря тому, что спустились в место раскрытия свечения нешама от моха де-авира, относясь уже к уровню САГ, как разъяснено.</w:t>
      </w:r>
    </w:p>
    <w:p>
      <w:r>
        <w:br w:type="page"/>
      </w:r>
    </w:p>
    <w:p>
      <w:pPr>
        <w:keepNext/>
        <w:spacing w:before="360" w:after="160"/>
        <w:jc w:val="center"/>
      </w:pPr>
      <w:r>
        <w:rPr>
          <w:rFonts w:ascii="Georgia" w:hAnsi="Georgia"/>
          <w:b w:val="0"/>
          <w:i w:val="0"/>
          <w:color w:val="000000"/>
          <w:sz w:val="40"/>
        </w:rPr>
        <w:t>Ветвь 75</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Теперь нужно понять: если так, то чем отличаются друг от друга четыре парцуфа, раз всё открыто? Но дело в том, что это верно только для первых хасадим и гвурот, которые пришли во время исправления Аба ве-Има, а также для возвеличения АА, — и подобным образом происходили его возвеличение и исправление в первый раз, когда исправлялся мир Ацилут. Однако отсюда и далее, когда АА и эти высшие Аба ве-Има уже исправились с помощью первых хасадим и гвурот, — когда АА вступает в зивуг (ударное соединение) с Нуквой и низводит новые хасадим и гвурот (либо для Аба ве-Има, либо для ЗОН), тогда эти хасадим и гвурот уже не располагаются в упомянутом порядке (то есть не поднимаются вверх, как сказано выше), а стремительно спускаются ниже своего места.</w:t>
      </w:r>
    </w:p>
    <w:p>
      <w:pPr>
        <w:spacing w:before="40" w:after="120"/>
        <w:jc w:val="both"/>
      </w:pPr>
      <w:r>
        <w:rPr>
          <w:rFonts w:ascii="Georgia" w:hAnsi="Georgia"/>
          <w:b w:val="0"/>
          <w:i w:val="0"/>
          <w:color w:val="000000"/>
          <w:sz w:val="24"/>
        </w:rPr>
        <w:t>2) Однако эти первые хасадим и гвурот, находящиеся наверху, всегда получают свечение от новых, приходящих затем, ведь зивуг АА и Аба ве-Има непрерывен, в особенности то, что необходимо для оживления миров. И поскольку новые хасадим и гвурот протягиваются постоянно, первые хасадим и гвурот наверху получают свечение от новых через масах (экран) Есода в полной сокрытости. А гвурот и хасадим, находящиеся внизу, получают свечение от новых в полном раскрытии. И эта причина приводит к разделению на четыре парцуфа, образуя различие между нижними и высшими.</w:t>
      </w:r>
    </w:p>
    <w:p>
      <w:pPr>
        <w:spacing w:before="40" w:after="120"/>
        <w:jc w:val="both"/>
      </w:pPr>
      <w:r>
        <w:rPr>
          <w:rFonts w:ascii="Georgia" w:hAnsi="Georgia"/>
          <w:b w:val="0"/>
          <w:i w:val="0"/>
          <w:color w:val="000000"/>
          <w:sz w:val="24"/>
        </w:rPr>
        <w:t>3) Получается теперь, что Аба ве-Има начинают облачать Арих Анпина от его горла до окончания Есода де-Атик внутри него, то есть до окончания верхней трети Тиферет де-Арих Анпин, что соответствует его хазе (груди). При этом Аба облачает правую сторону, а Има — левую. А затем приходят также Исраэль Саба и Твуна и облачают АА от упомянутого хазе до табура (пупа) АА, который находится чуть ниже середины его Тиферет: Исраэль Саба справа, а Твуна слева. И эти четыре парцуфа облачают АА от горла до табура, как сказано выше, со всех его сторон и вокруг: справа и слева, сзади и спереди.</w:t>
      </w:r>
    </w:p>
    <w:p>
      <w:pPr>
        <w:spacing w:before="40" w:after="120"/>
        <w:jc w:val="both"/>
      </w:pPr>
      <w:r>
        <w:rPr>
          <w:rFonts w:ascii="Georgia" w:hAnsi="Georgia"/>
          <w:b w:val="0"/>
          <w:i w:val="0"/>
          <w:color w:val="000000"/>
          <w:sz w:val="24"/>
        </w:rPr>
        <w:t>4) Уже известно сказанное о Лее и Рахели, когда они стоят позади ЗА: тогда пятки Леи входят внутрь головы Рахели, стоящей под ней. Так же обстоит дело и здесь: пятки ног Бины входят внутрь головы Твуны, в отличие от Абы и Исраэль Сабы, стоящего под ним.</w:t>
      </w:r>
    </w:p>
    <w:p>
      <w:pPr>
        <w:spacing w:before="40" w:after="120"/>
        <w:jc w:val="both"/>
      </w:pPr>
      <w:r>
        <w:rPr>
          <w:rFonts w:ascii="Georgia" w:hAnsi="Georgia"/>
          <w:b w:val="0"/>
          <w:i w:val="0"/>
          <w:color w:val="000000"/>
          <w:sz w:val="24"/>
        </w:rPr>
        <w:t xml:space="preserve">5) Причина же в том, что гвурот вышли из Есода первыми и раскрылись, а затем вышли хасадим. И тогда раскрытие было одинаковым для всех гвурот, и потому высшие гвурот крепко связались с нижними. Поэтому, хотя впоследствии они и разделились на два парцуфа, между ними осталась прочная и крепкая связь благодаря упомянутым пяткам, посредством которых Бина связывается с Твуной. И это то, о чем сказано в Гемаре: </w:t>
      </w:r>
      <w:r>
        <w:rPr>
          <w:rFonts w:ascii="Georgia" w:hAnsi="Georgia"/>
          <w:b w:val="0"/>
          <w:i/>
          <w:color w:val="000000"/>
          <w:sz w:val="24"/>
        </w:rPr>
        <w:t>«Потребовалось лишь для места рассечения»</w:t>
      </w:r>
      <w:r>
        <w:rPr>
          <w:rFonts w:ascii="Georgia" w:hAnsi="Georgia"/>
          <w:b w:val="0"/>
          <w:i w:val="0"/>
          <w:color w:val="000000"/>
          <w:sz w:val="24"/>
        </w:rPr>
        <w:t xml:space="preserve"> (Хулин 54б), — то есть для места перерыва, разделения и рассечения между ногами Бины и головой Твуны, когда гвурот рассеклись пополам, как сказано выше. И тот свет, что был в упомянутом месте рассечения, вошел как свойство пяток внутрь головы Твуны, и эту часть света Бина взяла в свой удел сверх доли Твуны.</w:t>
      </w:r>
    </w:p>
    <w:p>
      <w:pPr>
        <w:spacing w:before="40" w:after="120"/>
        <w:jc w:val="both"/>
      </w:pPr>
      <w:r>
        <w:rPr>
          <w:rFonts w:ascii="Georgia" w:hAnsi="Georgia"/>
          <w:b w:val="0"/>
          <w:i w:val="0"/>
          <w:color w:val="000000"/>
          <w:sz w:val="24"/>
        </w:rPr>
        <w:t xml:space="preserve">6) И теперь ты поймешь, почему Бина называется: </w:t>
      </w:r>
      <w:r>
        <w:rPr>
          <w:rFonts w:ascii="Georgia" w:hAnsi="Georgia"/>
          <w:b w:val="0"/>
          <w:i/>
          <w:color w:val="000000"/>
          <w:sz w:val="24"/>
        </w:rPr>
        <w:t>«Доблестная жена — венец мужа своего»</w:t>
      </w:r>
      <w:r>
        <w:rPr>
          <w:rFonts w:ascii="Georgia" w:hAnsi="Georgia"/>
          <w:b w:val="0"/>
          <w:i w:val="0"/>
          <w:color w:val="000000"/>
          <w:sz w:val="24"/>
        </w:rPr>
        <w:t xml:space="preserve"> (Мишлей 12:4). Причина в том, что она образована из свойства гвурот, которые все раскрыты гораздо больше, чем хасадим, как сказано выше. Об Абе же, происходящем из хасадим, которые не столь открыты, сказано в Зоаре: «И потому Аба скрыт и утаен более [всех]». Пойми же это.</w:t>
      </w:r>
    </w:p>
    <w:p>
      <w:pPr>
        <w:spacing w:before="40" w:after="120"/>
        <w:jc w:val="both"/>
      </w:pPr>
      <w:r>
        <w:rPr>
          <w:rFonts w:ascii="Georgia" w:hAnsi="Georgia"/>
          <w:b w:val="0"/>
          <w:i w:val="0"/>
          <w:color w:val="000000"/>
          <w:sz w:val="24"/>
        </w:rPr>
        <w:t xml:space="preserve">7) Есть и другая причина: ведь гвурот вышли и раскрылись раньше хасадим и тогда, будучи открытыми, получили вначале великое свечение. В этом смысл стиха: </w:t>
      </w:r>
      <w:r>
        <w:rPr>
          <w:rFonts w:ascii="Georgia" w:hAnsi="Georgia"/>
          <w:b w:val="0"/>
          <w:i/>
          <w:color w:val="000000"/>
          <w:sz w:val="24"/>
        </w:rPr>
        <w:t>«Лучше открытый упрек, чем скрытая любовь»</w:t>
      </w:r>
      <w:r>
        <w:rPr>
          <w:rFonts w:ascii="Georgia" w:hAnsi="Georgia"/>
          <w:b w:val="0"/>
          <w:i w:val="0"/>
          <w:color w:val="000000"/>
          <w:sz w:val="24"/>
        </w:rPr>
        <w:t xml:space="preserve"> (Мишлей 27:5). Ведь гвурот, называемые упреком, лучше и светят сильнее благодаря своей открытости, чем хасадим, называемые любовью, по причине их скрытости и закрытости.</w:t>
      </w:r>
    </w:p>
    <w:p>
      <w:pPr>
        <w:spacing w:before="40" w:after="120"/>
        <w:jc w:val="both"/>
      </w:pPr>
      <w:r>
        <w:rPr>
          <w:rFonts w:ascii="Georgia" w:hAnsi="Georgia"/>
          <w:b w:val="0"/>
          <w:i w:val="0"/>
          <w:color w:val="000000"/>
          <w:sz w:val="24"/>
        </w:rPr>
        <w:t xml:space="preserve">8) И поэтому Бина называется венцом своего мужа, как сказано выше. Ведь то, о чем сказали мудрецы (ХАЗАЛЬ): </w:t>
      </w:r>
      <w:r>
        <w:rPr>
          <w:rFonts w:ascii="Georgia" w:hAnsi="Georgia"/>
          <w:b w:val="0"/>
          <w:i/>
          <w:color w:val="000000"/>
          <w:sz w:val="24"/>
        </w:rPr>
        <w:t>«В грядущем мире праведники сидят, и венцы их на головах их»</w:t>
      </w:r>
      <w:r>
        <w:rPr>
          <w:rFonts w:ascii="Georgia" w:hAnsi="Georgia"/>
          <w:b w:val="0"/>
          <w:i w:val="0"/>
          <w:color w:val="000000"/>
          <w:sz w:val="24"/>
        </w:rPr>
        <w:t xml:space="preserve"> (Брахот 17а), — относится к Бине, которая называется грядущим временем и будущим миром. Поэтому во время их властвования, то есть в будущем мире, мужские хасадим, называемые праведниками, сидят, а их венцы — то есть гвурот, женское свойство, по смыслу выражения «венец своего мужа», — находясь как венцы на их головах, превосходят их.</w:t>
      </w:r>
    </w:p>
    <w:p>
      <w:pPr>
        <w:spacing w:before="40" w:after="120"/>
        <w:jc w:val="both"/>
      </w:pPr>
      <w:r>
        <w:rPr>
          <w:rFonts w:ascii="Georgia" w:hAnsi="Georgia"/>
          <w:b w:val="0"/>
          <w:i w:val="0"/>
          <w:color w:val="000000"/>
          <w:sz w:val="24"/>
        </w:rPr>
        <w:t xml:space="preserve">9) Также из этого ты поймешь сказанное в Зоаре о стихе: </w:t>
      </w:r>
      <w:r>
        <w:rPr>
          <w:rFonts w:ascii="Georgia" w:hAnsi="Georgia"/>
          <w:b w:val="0"/>
          <w:i/>
          <w:color w:val="000000"/>
          <w:sz w:val="24"/>
        </w:rPr>
        <w:t>«Кто перескажет могущество Г-спода…»</w:t>
      </w:r>
      <w:r>
        <w:rPr>
          <w:rFonts w:ascii="Georgia" w:hAnsi="Georgia"/>
          <w:b w:val="0"/>
          <w:i w:val="0"/>
          <w:color w:val="000000"/>
          <w:sz w:val="24"/>
        </w:rPr>
        <w:t xml:space="preserve"> (Теилим 106:2), — ведь Бина называется «гвурот» (могущество), по смыслу стиха: </w:t>
      </w:r>
      <w:r>
        <w:rPr>
          <w:rFonts w:ascii="Georgia" w:hAnsi="Georgia"/>
          <w:b w:val="0"/>
          <w:i/>
          <w:color w:val="000000"/>
          <w:sz w:val="24"/>
        </w:rPr>
        <w:t>«…а при силе — восемьдесят лет…»</w:t>
      </w:r>
      <w:r>
        <w:rPr>
          <w:rFonts w:ascii="Georgia" w:hAnsi="Georgia"/>
          <w:b w:val="0"/>
          <w:i w:val="0"/>
          <w:color w:val="000000"/>
          <w:sz w:val="24"/>
        </w:rPr>
        <w:t xml:space="preserve"> (Теилим 90:10). И так же сказали в Зоаре, что от Бины «пробуждаются суды», как упоминается в недельных главах Ахарей мот, Ваикра и во многих других местах. Причина же в том, что она вся создается и строится исключительно из одних только гвурот, в отличие от Рахели и Леи, которые хотя и называются женскими образами, содержат также и хасадим; запомни это предисловие. В этом также смысл стиха: </w:t>
      </w:r>
      <w:r>
        <w:rPr>
          <w:rFonts w:ascii="Georgia" w:hAnsi="Georgia"/>
          <w:b w:val="0"/>
          <w:i/>
          <w:color w:val="000000"/>
          <w:sz w:val="24"/>
        </w:rPr>
        <w:t>«Я — Бина (разум), у меня Гвура (сила)»</w:t>
      </w:r>
      <w:r>
        <w:rPr>
          <w:rFonts w:ascii="Georgia" w:hAnsi="Georgia"/>
          <w:b w:val="0"/>
          <w:i w:val="0"/>
          <w:color w:val="000000"/>
          <w:sz w:val="24"/>
        </w:rPr>
        <w:t xml:space="preserve"> (Мишлей 8:14), — ведь она берет Гвуру де-БОН де-АА и строится из нее.</w:t>
      </w:r>
    </w:p>
    <w:p>
      <w:pPr>
        <w:spacing w:before="40" w:after="120"/>
        <w:jc w:val="both"/>
      </w:pPr>
      <w:r>
        <w:rPr>
          <w:rFonts w:ascii="Georgia" w:hAnsi="Georgia"/>
          <w:b w:val="0"/>
          <w:i w:val="0"/>
          <w:color w:val="000000"/>
          <w:sz w:val="24"/>
        </w:rPr>
        <w:t>10) И вот теперь возникает вопрос: если причина превосходства Бины над Хохмой заключается в раскрытии гвурот, то в таком случае следовало бы, чтобы Исраэль Саба и Твуна, будучи нижними, превосходили по достоинству Аба ве-Има, поскольку нижние находятся в раскрытии, а высшие — в скрытом месте. Но дело в том, что если бы гвурот при своем первоначальном выходе сразу распространялись и опускались вниз, в открытое место, тогда они непременно светили бы внизу, в открытом месте, и нижние были бы больше высших. Однако даже нижние гвурот поднялись наверх, на место высшей Бины, и светили там своим основным свечением, соединившись с высшим светом, — и тогда высшие стали более возвышенными и высокими, чем нижние, находящиеся внизу.</w:t>
      </w:r>
    </w:p>
    <w:p>
      <w:pPr>
        <w:spacing w:before="40" w:after="120"/>
        <w:jc w:val="both"/>
      </w:pPr>
      <w:r>
        <w:rPr>
          <w:rFonts w:ascii="Georgia" w:hAnsi="Georgia"/>
          <w:b w:val="0"/>
          <w:i w:val="0"/>
          <w:color w:val="000000"/>
          <w:sz w:val="24"/>
        </w:rPr>
        <w:t>11) Есть и другая причина: верхняя половина гвурот и хасадим полностью отдана Аба ве-Има. Однако нижняя половина, из которой образовались Исраэль Саба и Твуна, отдает свое свечение не им одним: ведь они должны также распространиться и дать свечение остальной части тела от табура и ниже — бедрам и Есоду де-АА, а также они должны светить ЗОН, которые облачают АА от табура и ниже. И получается, что от их свечения для Исраэль Саба и Твуны остается лишь малое свечение, и благодаря этому оказывается, что Аба ве-Има больше и возвышеннее их.</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«Теперь нужно понять...»</w:t>
      </w:r>
      <w:r>
        <w:rPr>
          <w:rFonts w:ascii="Georgia" w:hAnsi="Georgia"/>
          <w:b w:val="0"/>
          <w:i w:val="0"/>
          <w:color w:val="000000"/>
          <w:sz w:val="24"/>
        </w:rPr>
        <w:t xml:space="preserve"> — это уже подробно объяснено в предыдущей ветви, обратись туда.</w:t>
      </w:r>
    </w:p>
    <w:p>
      <w:pPr>
        <w:spacing w:before="40" w:after="120"/>
        <w:jc w:val="both"/>
      </w:pPr>
      <w:r>
        <w:rPr>
          <w:rFonts w:ascii="Georgia" w:hAnsi="Georgia"/>
          <w:b w:val="0"/>
          <w:i w:val="0"/>
          <w:color w:val="000000"/>
          <w:sz w:val="24"/>
        </w:rPr>
        <w:t xml:space="preserve">4–5) </w:t>
      </w:r>
      <w:r>
        <w:rPr>
          <w:rFonts w:ascii="Georgia" w:hAnsi="Georgia"/>
          <w:b/>
          <w:i w:val="0"/>
          <w:color w:val="000000"/>
          <w:sz w:val="24"/>
        </w:rPr>
        <w:t>«Так же обстоит дело и здесь: пятки ног Бины входят внутрь головы Твуны... и это то, о чем сказано в Гемаре: „Потребовалось лишь для места рассечения“»</w:t>
      </w:r>
      <w:r>
        <w:rPr>
          <w:rFonts w:ascii="Georgia" w:hAnsi="Georgia"/>
          <w:b w:val="0"/>
          <w:i w:val="0"/>
          <w:color w:val="000000"/>
          <w:sz w:val="24"/>
        </w:rPr>
        <w:t>.</w:t>
      </w:r>
    </w:p>
    <w:p>
      <w:pPr>
        <w:spacing w:before="40" w:after="120"/>
        <w:jc w:val="both"/>
      </w:pPr>
      <w:r>
        <w:rPr>
          <w:rFonts w:ascii="Georgia" w:hAnsi="Georgia"/>
          <w:b w:val="0"/>
          <w:i w:val="0"/>
          <w:color w:val="000000"/>
          <w:sz w:val="24"/>
        </w:rPr>
        <w:t>В предыдущей ветви уже объяснялось, что масах Есода де-Атик облачается в середину головы Аба ве-Има как свойство никвей эйнаим (отверстия глаз), и десять сфирот первой головы выходят в келим Гальгальта и Эйнаим Аба ве-Има от хазе де-АА и выше, которые называются высшими Аба ве-Има и свойством АБ де-Аба ве-Има; а от пэ де-Есод и ниже выходят десять сфирот второй головы в АХАП де-Аба ве-Има, которые называются ИШСУТ и свойством САГ де-Аба ве-Има. Таким образом, масах де-Атик, ставший свойством первого созерцания (истаклют алеф) для Аба ве-Има, разделил и рассек десять сфирот их головы на две половины, обратись туда.</w:t>
      </w:r>
    </w:p>
    <w:p>
      <w:pPr>
        <w:spacing w:before="40" w:after="120"/>
        <w:jc w:val="both"/>
      </w:pPr>
      <w:r>
        <w:rPr>
          <w:rFonts w:ascii="Georgia" w:hAnsi="Georgia"/>
          <w:b w:val="0"/>
          <w:i w:val="0"/>
          <w:color w:val="000000"/>
          <w:sz w:val="24"/>
        </w:rPr>
        <w:t>Там же объяснялось, что гвурот превосходят хасадим, поскольку протягиваются из моха де-авира (воздушного мозга), светящего в скрытый мозг (моха стимаа) через дикну, и потому сами по себе они являются свойством ГАР. В отличие от них, хасадим, протягивающиеся из Гальгальты, по своему источнику лишены ГАР, и только благодаря зивугу Есода де-Атик в хазе де-АА они могут получать свойство ГАР лишь от масаха Есода де-Атик и ниже, на ступени ИШСУТ. Но от масаха Есода и выше они остаются лишенными ГАР, поскольку свечение нешама там скрыто, как сказано выше во втором свидетельстве. И в соответствии с этим есть большое различие между высшим Абой и высшей Имой. Ведь высший Аба, будучи по своему источнику лишен ГАР подобно Гальгальте де-АА, почти не получает никакого свечения нешама, находясь в скрытом месте. Высшая же Има, происходя по своему источнику из тайны гвурот, обладающих ГАР (то есть из моха де-авира), сама по себе обладает свойством ГАР даже находясь в скрытом месте, и пойми это хорошо.</w:t>
      </w:r>
    </w:p>
    <w:p>
      <w:pPr>
        <w:spacing w:before="40" w:after="120"/>
        <w:jc w:val="both"/>
      </w:pPr>
      <w:r>
        <w:rPr>
          <w:rFonts w:ascii="Georgia" w:hAnsi="Georgia"/>
          <w:b w:val="0"/>
          <w:i w:val="0"/>
          <w:color w:val="000000"/>
          <w:sz w:val="24"/>
        </w:rPr>
        <w:t>Причина же того, что Гальгальта не получила свойства нешама от непостижимой головы (рош де-ло итъяда), а Даат этой непостижимой головы должен был раскрыться в особом мозге между Кетером и скрытым мозгом, объяснена в «Паним Меирот» выше на стр. 825, со слов «Также потому, что...»: ведь зивуг непостижимой головы произошел на масах де-САГ, а свечение САГ не помогает для АБ, поскольку масах де-САГ — это вторая стадия (бхина бэт), тогда как масах де-АБ — третья стадия (бхина гимель), обратись туда. И согласно этому следует спросить по поводу сказанного выше: хотя высшая Има и находится в месте, скрытом от свечения нешама, то есть в первой голове Аба ве-Има, являющейся тайной АБ, тем не менее сама по себе она обладает свойством ГАР, так как по своему источнику происходит из свойства Гвура де-Атик, облачающегося в скрытый мозг как левая линия в ХАБАД де-авира, как написано в «Паним Меирот» выше со слов «Также...», обратись туда.</w:t>
      </w:r>
    </w:p>
    <w:p>
      <w:pPr>
        <w:spacing w:before="40" w:after="120"/>
        <w:jc w:val="both"/>
      </w:pPr>
      <w:r>
        <w:rPr>
          <w:rFonts w:ascii="Georgia" w:hAnsi="Georgia"/>
          <w:b w:val="0"/>
          <w:i w:val="0"/>
          <w:color w:val="000000"/>
          <w:sz w:val="24"/>
        </w:rPr>
        <w:t>Но ведь следует спросить: вся величина уровня любого парцуфа зависит от масаха, поднимающего отраженный свет, и если в высшей Име есть свойство нешама от моха де-авира, то она должна быть исправлена на масахе де-САГ, как сказано выше, ведь масах де-АБ не способен принимать свечение нешама. А поскольку она находится в первой голове Аба ве-Има, где действует масах де-АБ, как же она может получать уровень нешама? И об этом сообщает нам Учитель: «пятки ног Бины входят внутрь головы Твуны». Он хочет сказать, что масах высшей Имы на самом деле находится чуть ниже первой головы, то есть внутри свойства Гальгальта второй головы, где может раскрыться масах де-САГ, но не выше этого. Ведь ты уже знаешь, что в каждом масахе мы различаем две стороны: то, что служит снизу вверх по отношению к высшему, определяется под именем Парса или под именем разделяющего небосвода (ракиа а-мавдиль), а то, что служит для отдачи сверху вниз, определяется как Гальгальта для нижнего парцуфа, как написано в «Паним Меирот» на стр. 810 со слов «И уже...», обратись туда. И этим мы разделяем между пятками высшего Абы и пятками высшей Имы: высший Аба по своему источнику относится к тайне АБ, происходя от Хеседа де-Атик в Гальгальте де-АА, и потому его пятки находятся в свойстве небосвода, разделяющего первую и вторую головы, то есть в той части масаха, которая служит снизу вверх; Однако что касается пяток высшей Имы, то, поскольку по своему источнику она относится к тайне САГ, поскольку происходит из моха де-авира, поэтому ее масах не относится к разделяющему небосводу между первой и второй головами, ведь она не является полным АБ, но представляет собой САГ де-АБ. И потому считается, что ее пятки стоят в нижней части масаха, называемой Гальгальта де-Твуна, которая является тайной второй головы и САГ. Таким образом, хотя она и относится к первой голове и к АБ, тем не менее по отношению к высшему Абе она считается свойством САГ де-АБ, а не абсолютным АБ.</w:t>
      </w:r>
    </w:p>
    <w:p>
      <w:pPr>
        <w:spacing w:before="40" w:after="120"/>
        <w:jc w:val="both"/>
      </w:pPr>
      <w:r>
        <w:rPr>
          <w:rFonts w:ascii="Georgia" w:hAnsi="Georgia"/>
          <w:b w:val="0"/>
          <w:i w:val="0"/>
          <w:color w:val="000000"/>
          <w:sz w:val="24"/>
        </w:rPr>
        <w:t xml:space="preserve">И об этом сказано в пункте 5: «хотя впоследствии они и разделились на два парцуфа, между ними осталась прочная и крепкая связь благодаря упомянутым пяткам...» — то есть между ними есть соответствие по свойствам, и они не отделены полностью друг от друга, поскольку обе они — свойство САГ, как объяснено. В отличие от них, высший Аба и Исраэль Саба полностью отделены друг от друга, и между ними нет никакой связи, так как масах высшего Абы — это масах третьей стадии в тайне разделяющего небосвода между высшим Абой, в котором действует масах третьей стадии, и Исраэль Сабой, в котором действует масах второй стадии, как объяснено. И потому [Учитель] намеренно приводит слова Гемары: </w:t>
      </w:r>
      <w:r>
        <w:rPr>
          <w:rFonts w:ascii="Georgia" w:hAnsi="Georgia"/>
          <w:b w:val="0"/>
          <w:i/>
          <w:color w:val="000000"/>
          <w:sz w:val="24"/>
        </w:rPr>
        <w:t>«Потребовалось лишь для места рассечения»</w:t>
      </w:r>
      <w:r>
        <w:rPr>
          <w:rFonts w:ascii="Georgia" w:hAnsi="Georgia"/>
          <w:b w:val="0"/>
          <w:i w:val="0"/>
          <w:color w:val="000000"/>
          <w:sz w:val="24"/>
        </w:rPr>
        <w:t xml:space="preserve"> (Хулин 54б). Это призвано показать, что протяженность пяток высшей Имы, превышающая пятки Абы, составляет не больше и не меньше, чем та мера, которая рассекает общую голову Аба ве-Има на две головы, — то есть в точности соответствует верхней части масаха, являющейся разделяющим небосводом. При этом само это рассечение не существует у высшей Имы, но ее пятки представляют собой нижнюю часть масаха, находящуюся в свойстве Гальгальта де-Твуна, как сказано выше, и пойми это хорошо.</w:t>
      </w:r>
    </w:p>
    <w:p>
      <w:pPr>
        <w:spacing w:before="40" w:after="120"/>
        <w:jc w:val="both"/>
      </w:pPr>
      <w:r>
        <w:rPr>
          <w:rFonts w:ascii="Georgia" w:hAnsi="Georgia"/>
          <w:b w:val="0"/>
          <w:i w:val="0"/>
          <w:color w:val="000000"/>
          <w:sz w:val="24"/>
        </w:rPr>
        <w:t xml:space="preserve">10) </w:t>
      </w:r>
      <w:r>
        <w:rPr>
          <w:rFonts w:ascii="Georgia" w:hAnsi="Georgia"/>
          <w:b/>
          <w:i w:val="0"/>
          <w:color w:val="000000"/>
          <w:sz w:val="24"/>
        </w:rPr>
        <w:t>«И вот теперь возникает вопрос... поскольку нижние находятся в раскрытии, а высшие — в скрытом месте...»</w:t>
      </w:r>
      <w:r>
        <w:rPr>
          <w:rFonts w:ascii="Georgia" w:hAnsi="Georgia"/>
          <w:b w:val="0"/>
          <w:i w:val="0"/>
          <w:color w:val="000000"/>
          <w:sz w:val="24"/>
        </w:rPr>
        <w:t xml:space="preserve"> Ведь согласно объясненному, свойства ГАР и нешама де-АА раскрываются не в высших Аба ве-Има, а в ИШСУТ, и в таком случае ИШСУТ должны быть выше и важнее, чем Аба ве-Има.</w:t>
      </w:r>
    </w:p>
    <w:p>
      <w:pPr>
        <w:spacing w:before="40" w:after="120"/>
        <w:jc w:val="both"/>
      </w:pPr>
      <w:r>
        <w:rPr>
          <w:rFonts w:ascii="Georgia" w:hAnsi="Georgia"/>
          <w:b/>
          <w:i w:val="0"/>
          <w:color w:val="000000"/>
          <w:sz w:val="24"/>
        </w:rPr>
        <w:t>«Но дело в том... Однако даже нижние гвурот поднялись наверх... и светили там своим основным свечением...»</w:t>
      </w:r>
      <w:r>
        <w:rPr>
          <w:rFonts w:ascii="Georgia" w:hAnsi="Georgia"/>
          <w:b w:val="0"/>
          <w:i w:val="0"/>
          <w:color w:val="000000"/>
          <w:sz w:val="24"/>
        </w:rPr>
        <w:t xml:space="preserve"> Как подробно объяснялось в предыдущей ветви, основное свечение ступени находится в первой голове, а вторая голова — это порождение и нижний парцуф, распространяющийся из первой головы, и все свои света вторая голова получает от высшего масаха, обратись туда.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«Однако нижние гвурот поднялись наверх, на место высшей Бины»</w:t>
      </w:r>
      <w:r>
        <w:rPr>
          <w:rFonts w:ascii="Georgia" w:hAnsi="Georgia"/>
          <w:b w:val="0"/>
          <w:i w:val="0"/>
          <w:color w:val="000000"/>
          <w:sz w:val="24"/>
        </w:rPr>
        <w:t>, — то есть как мы сказали: вторая голова с самого начала целиком включена в первую голову.</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светили там своим основным свечением»</w:t>
      </w:r>
      <w:r>
        <w:rPr>
          <w:rFonts w:ascii="Georgia" w:hAnsi="Georgia"/>
          <w:b w:val="0"/>
          <w:i w:val="0"/>
          <w:color w:val="000000"/>
          <w:sz w:val="24"/>
        </w:rPr>
        <w:t>, — то есть даже затем, после того как вторая голова распространилась на своем месте, ее основное свечение все равно осталось в первой голове, а именно главным образом в высшей Име, в которой есть также и свечение нешама, как сказано выше в предыдущем толковании.</w:t>
      </w:r>
    </w:p>
    <w:p>
      <w:r>
        <w:br w:type="page"/>
      </w:r>
    </w:p>
    <w:p>
      <w:pPr>
        <w:keepNext/>
        <w:spacing w:before="360" w:after="160"/>
        <w:jc w:val="center"/>
      </w:pPr>
      <w:r>
        <w:rPr>
          <w:rFonts w:ascii="Georgia" w:hAnsi="Georgia"/>
          <w:b w:val="0"/>
          <w:i w:val="0"/>
          <w:color w:val="000000"/>
          <w:sz w:val="40"/>
        </w:rPr>
        <w:t>Ветвь 76</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Теперь разберем некоторые различия между АА и ЗА, хотя ранее мы уже объяснили ряд других отличий. В ЗА хасадим распространяются по всему его телу (гуф), а гвурот целиком отданы Нукве, в отличие от того, что происходит здесь [в АА]. Причина в том, что там мужское и женское начала представляют собой раздельные парцуфим, поэтому мужское начало берет хасадим, а Нуква забирает гвурот. Однако в АА, где мужское и женское начала составляют один парцуф и лишь располагаются так, что одно стоит справа, а другое — слева, [света] распространяются аналогичным образом: хасадим — по правой линии, где находится мужское начало, а гвурот — по левой, где находится женское.</w:t>
      </w:r>
    </w:p>
    <w:p>
      <w:pPr>
        <w:spacing w:before="40" w:after="120"/>
        <w:jc w:val="both"/>
      </w:pPr>
      <w:r>
        <w:rPr>
          <w:rFonts w:ascii="Georgia" w:hAnsi="Georgia"/>
          <w:b w:val="0"/>
          <w:i w:val="0"/>
          <w:color w:val="000000"/>
          <w:sz w:val="24"/>
        </w:rPr>
        <w:t>2) Есть еще одно различие: в АА четыре парцуфа выходят лишь из одного свойства есод внутри него — из Есод де-Атик, как сказано выше. А там, в ЗА, из двух имеющихся внутри него есодов — Есод де-Аба и Есод де-Има, как известно, — выходят всего лишь четыре парцуфа: Яаков, поколение пустыни, Лея и Рахель, как объясняется в своем месте.</w:t>
      </w:r>
    </w:p>
    <w:p>
      <w:pPr>
        <w:spacing w:before="40" w:after="120"/>
        <w:jc w:val="both"/>
      </w:pPr>
      <w:r>
        <w:rPr>
          <w:rFonts w:ascii="Georgia" w:hAnsi="Georgia"/>
          <w:b w:val="0"/>
          <w:i w:val="0"/>
          <w:color w:val="000000"/>
          <w:sz w:val="24"/>
        </w:rPr>
        <w:t>3) Суть в том, что и в Атике есть два свойства — мужское и женское, как нам известно, однако они соединены вместе, как сказано выше. И это их соединение привело к еще одному отличию [АА] от ЗА: здесь даже женские парцуфим — Бина и Твуна — выходят с лицевой стороны (паним) де-АА, а не со стороны спины (ахор). В ЗА же, напротив, Лея и Рахель находятся со спины (ахор) де-ЗА, как сказано выше.</w:t>
      </w:r>
    </w:p>
    <w:p>
      <w:pPr>
        <w:spacing w:before="40" w:after="120"/>
        <w:jc w:val="both"/>
      </w:pPr>
      <w:r>
        <w:rPr>
          <w:rFonts w:ascii="Georgia" w:hAnsi="Georgia"/>
          <w:b w:val="0"/>
          <w:i w:val="0"/>
          <w:color w:val="000000"/>
          <w:sz w:val="24"/>
        </w:rPr>
        <w:t>4) Есть еще одно различие: в ЗА вышли два женских парцуфа — Лея и Рахель, один напротив открытого места ниже есода, а второй — напротив скрытого места, подобно тому как здесь [в АА] выходят Бина и Твуна. Но Яаков и поколение пустыни оба выходят только внизу, в открытом месте.</w:t>
      </w:r>
    </w:p>
    <w:p>
      <w:pPr>
        <w:spacing w:before="40" w:after="120"/>
        <w:jc w:val="both"/>
      </w:pPr>
      <w:r>
        <w:rPr>
          <w:rFonts w:ascii="Georgia" w:hAnsi="Georgia"/>
          <w:b w:val="0"/>
          <w:i w:val="0"/>
          <w:color w:val="000000"/>
          <w:sz w:val="24"/>
        </w:rPr>
        <w:t>5) Причина в том, что в ЗА наверху, в скрытом месте, находятся два масаха — это перегородки Есод де-Аба и Есод де-Има, облачающего Есод де-Аба, как известно. Яаков же и поколение пустыни оба выходят из Есод де-Аба, скрытого внутри Есод де-Има, и у них нет сил выйти наружу там, наверху. Зато внизу, в открытом месте, где уже нет масаха Есод де-Има, а остается лишь масах де-Аба, они могут выйти. В отличие от них, Лея происходит из Есод де-Има, и даже наверху перед ней находится лишь один масах, поэтому она смогла выйти даже в верхнем скрытом месте. Здесь же, в АА, есть только один Есод де-Атик, и даже наверху имеется лишь один масах, поэтому там может выйти один парцуф наверху, в скрытом месте, и один парцуф внизу, в открытом месте.</w:t>
      </w:r>
    </w:p>
    <w:p>
      <w:pPr>
        <w:spacing w:before="40" w:after="120"/>
        <w:jc w:val="both"/>
      </w:pPr>
      <w:r>
        <w:rPr>
          <w:rFonts w:ascii="Georgia" w:hAnsi="Georgia"/>
          <w:b w:val="0"/>
          <w:i w:val="0"/>
          <w:color w:val="000000"/>
          <w:sz w:val="24"/>
        </w:rPr>
        <w:t xml:space="preserve">6) И ты должен знать одно обстоятельство, общее для всех видов парцуфим. Дело в том, что в середине тела АА есть одна Парса и разделяющий масах между верхней и нижней половинами. Это наглядно видно по принципу </w:t>
      </w:r>
      <w:r>
        <w:rPr>
          <w:rFonts w:ascii="Georgia" w:hAnsi="Georgia"/>
          <w:b w:val="0"/>
          <w:i/>
          <w:color w:val="000000"/>
          <w:sz w:val="24"/>
        </w:rPr>
        <w:t>«И в плоти моей увижу Б-га»</w:t>
      </w:r>
      <w:r>
        <w:rPr>
          <w:rFonts w:ascii="Georgia" w:hAnsi="Georgia"/>
          <w:b w:val="0"/>
          <w:i w:val="0"/>
          <w:color w:val="000000"/>
          <w:sz w:val="24"/>
        </w:rPr>
        <w:t xml:space="preserve"> (Иов 19:26): как [в теле] существует некая перепонка, перегородка, разделяющая органы дыхания — легкие и сердце — и нижние органы, то есть печень и кишечник, как известно. Причем эта Парса проходит не по прямой горизонтали: начинаясь с лицевой стороны (паним) непосредственно под хазе, она по мере расширения и распространения к спине (ахор) опускается до уровня табур, как это очевидно при непосредственном наблюдении природного строения. И это называется диафрагмой («йотерет а-кавед») — разделяющей перегородкой во внутренностях человека, как упоминается в Зоаре (раздел «Берешит») на стих </w:t>
      </w:r>
      <w:r>
        <w:rPr>
          <w:rFonts w:ascii="Georgia" w:hAnsi="Georgia"/>
          <w:b w:val="0"/>
          <w:i/>
          <w:color w:val="000000"/>
          <w:sz w:val="24"/>
        </w:rPr>
        <w:t>«Да будет свод посреди вод»</w:t>
      </w:r>
      <w:r>
        <w:rPr>
          <w:rFonts w:ascii="Georgia" w:hAnsi="Georgia"/>
          <w:b w:val="0"/>
          <w:i w:val="0"/>
          <w:color w:val="000000"/>
          <w:sz w:val="24"/>
        </w:rPr>
        <w:t xml:space="preserve"> (Берешит 1:6).</w:t>
      </w:r>
    </w:p>
    <w:p>
      <w:pPr>
        <w:spacing w:before="40" w:after="120"/>
        <w:jc w:val="both"/>
      </w:pPr>
      <w:r>
        <w:rPr>
          <w:rFonts w:ascii="Georgia" w:hAnsi="Georgia"/>
          <w:b w:val="0"/>
          <w:i w:val="0"/>
          <w:color w:val="000000"/>
          <w:sz w:val="24"/>
        </w:rPr>
        <w:t>7) Аба ве-Има стоят по обе стороны АА: один справа, а другая слева, обратившись лицами друг к другу, паним бе-паним. Наглядно видно, что место соединения живота и чрева у обоих выступает наружу по сравнению с остальным телом, и в месте окончания чрева Аба ве-Има, напротив этой точки в АА, упомянутая перепонка начинает распространяться к его спине. И по мере того как она тянется к спине АА, там располагаются бедра Аба ве-Има, которые длиннее их чрева; они опускаются и тянутся вниз до уровня табур де-АА. Там заканчивается протяженность бедер Аба ве-Има, и перепонка со стороны спины также доходит туда, постепенно наклоняясь и спускаясь, так что на спине ее окончание оказывается ниже уровня табур. Это видно со всей очевидностью, и нет нужды удлинять [объяснение].</w:t>
      </w:r>
    </w:p>
    <w:p>
      <w:pPr>
        <w:spacing w:before="40" w:after="120"/>
        <w:jc w:val="both"/>
      </w:pPr>
      <w:r>
        <w:rPr>
          <w:rFonts w:ascii="Georgia" w:hAnsi="Georgia"/>
          <w:b w:val="0"/>
          <w:i w:val="0"/>
          <w:color w:val="000000"/>
          <w:sz w:val="24"/>
        </w:rPr>
        <w:t>8) (Махадура батра). У Аба есть лишь Даат хасадим де-МА, и они разделяются на Хесед и Гвуру. Точно так же у Исраэль Саба. А у Бины и Твуны — у каждой из них есть только Даат и Гвура де-БОН, разделяющиеся на хасадим и гвурот. После соударения (зивуга) они смешиваются: гвурот де-МА и де-БОН входят в Есод де-Има, а хасадим де-МА и де-БОН — в Есод де-Аба. Получается, что до зивуга каждый из Аба ве-Има взял либо хасадим де-МА и де-БОН, либо гвурот де-МА и де-БОН; тогда как в ЗОН каждый берет хасадим де-МА и гвурот де-БОН, поскольку они смешались в Есод де-Аба ве-Има, как сказано выше. Благодаря этому понятно, каким образом Зеир Анпин взял вместе с собой также выясненные свойства (бирурим) де-БОН, несмотря на то что он — мужское начало. И посмотри, как ЗА также берет бирурим де-БОН.</w:t>
      </w:r>
    </w:p>
    <w:p>
      <w:pPr>
        <w:spacing w:before="40" w:after="120"/>
        <w:jc w:val="both"/>
      </w:pPr>
      <w:r>
        <w:rPr>
          <w:rFonts w:ascii="Georgia" w:hAnsi="Georgia"/>
          <w:b w:val="0"/>
          <w:i w:val="0"/>
          <w:color w:val="000000"/>
          <w:sz w:val="24"/>
        </w:rPr>
        <w:t>9) (Махадура батра). Аба ве-Има: один от Хеседа и ниже, а другая от Гвуры и ниже. Получается, что ХАГАТ относятся к Бине, а Нецах, Ход, Есод — к Твуне, как упомянуто в описании тайны пасхальной ночи. Однако ГАР находятся в Атик Йомин. И Аба выяснил из имени БОН семь нижних сфирот (ЗАТ) де-Хохма де-БОН, а Има выяснила шесть нижних сфирот де-Бина де-БОН, и оба они, Аба ве-Има, взяли Бину де-МА.</w:t>
      </w:r>
    </w:p>
    <w:p>
      <w:pPr>
        <w:spacing w:before="40" w:after="120"/>
        <w:jc w:val="both"/>
      </w:pPr>
      <w:r>
        <w:rPr>
          <w:rFonts w:ascii="Georgia" w:hAnsi="Georgia"/>
          <w:b w:val="0"/>
          <w:i w:val="0"/>
          <w:color w:val="000000"/>
          <w:sz w:val="24"/>
        </w:rPr>
        <w:t>10) Аба ве-Има разделились на четыре парцуфа, так как Аба разделился на Аба и Исраэль Саба, а Има — на Бину и Твуну. Их мохин сформировались посредством ХАГАТ де-АА, внутри которых находятся НЕХИ де-Атик, служащие мохин для Аба ве-Има. Тогда Аба и Исраэль Саба стоят один под другим по правой линии де-АА, поскольку там находятся хасадим де-МА внутри мужского начала де-АА; а Бина и Твуна стоят одна под другой по левой линии де-АА, так как там находится Нуква де-АА, внутри которой пребывают гвурот де-БОН. Мохин образуются посредством соударения (зивуга) восьмого мазаля Дикны де-АА с тринадцатым мазалем: один из них мужской, а другой женский, и они образуют мохин для Аба ве-Има, как сказано выше; так же сказано и в записях товарищей (кунтрас а-хаверим), слышавших это [непосредственно].</w:t>
      </w:r>
    </w:p>
    <w:p>
      <w:pPr>
        <w:spacing w:before="40" w:after="120"/>
        <w:jc w:val="both"/>
      </w:pPr>
      <w:r>
        <w:rPr>
          <w:rFonts w:ascii="Georgia" w:hAnsi="Georgia"/>
          <w:b w:val="0"/>
          <w:i w:val="0"/>
          <w:color w:val="000000"/>
          <w:sz w:val="24"/>
        </w:rPr>
        <w:t xml:space="preserve">11) Восьмой мазаль сам по себе дает пять хасадим для Аба, а тринадцатый мазаль сам по себе дает пять гвурот для Има. И вот МА де-Аба принадлежит Аба, а БОН де-Аба — женскому началу де-Аба, называемому Биной, в тайне слов </w:t>
      </w:r>
      <w:r>
        <w:rPr>
          <w:rFonts w:ascii="Georgia" w:hAnsi="Georgia"/>
          <w:b w:val="0"/>
          <w:i/>
          <w:color w:val="000000"/>
          <w:sz w:val="24"/>
        </w:rPr>
        <w:t>«постигай мудростью»</w:t>
      </w:r>
      <w:r>
        <w:rPr>
          <w:rFonts w:ascii="Georgia" w:hAnsi="Georgia"/>
          <w:b w:val="0"/>
          <w:i w:val="0"/>
          <w:color w:val="000000"/>
          <w:sz w:val="24"/>
        </w:rPr>
        <w:t xml:space="preserve"> (Сефер Йецира 1:4), и это буква йод (</w:t>
      </w:r>
      <w:r>
        <w:rPr>
          <w:rFonts w:ascii="Georgia" w:hAnsi="Georgia" w:cs="Times New Roman"/>
          <w:b/>
          <w:i w:val="0"/>
          <w:color w:val="000000"/>
          <w:sz w:val="24"/>
          <w:rtl/>
          <w:szCs w:val="32"/>
        </w:rPr>
        <w:t>י</w:t>
      </w:r>
      <w:r>
        <w:rPr>
          <w:rFonts w:ascii="Georgia" w:hAnsi="Georgia"/>
          <w:b w:val="0"/>
          <w:i w:val="0"/>
          <w:color w:val="000000"/>
          <w:sz w:val="24"/>
        </w:rPr>
        <w:t>) в Имени (в другой версии: буквы вав и далет в букве йод (</w:t>
      </w:r>
      <w:r>
        <w:rPr>
          <w:rFonts w:ascii="Georgia" w:hAnsi="Georgia" w:cs="Times New Roman"/>
          <w:b/>
          <w:i w:val="0"/>
          <w:color w:val="000000"/>
          <w:sz w:val="24"/>
          <w:rtl/>
          <w:szCs w:val="32"/>
        </w:rPr>
        <w:t>ו״ד</w:t>
      </w:r>
      <w:r>
        <w:rPr>
          <w:rFonts w:ascii="Georgia" w:hAnsi="Georgia"/>
          <w:b w:val="0"/>
          <w:i w:val="0"/>
          <w:color w:val="000000"/>
          <w:sz w:val="24"/>
        </w:rPr>
        <w:t xml:space="preserve">)). А МА де-Има идет к ИШСУТ, и БОН де-Има — к Твуне, в тайне слов </w:t>
      </w:r>
      <w:r>
        <w:rPr>
          <w:rFonts w:ascii="Georgia" w:hAnsi="Georgia"/>
          <w:b w:val="0"/>
          <w:i/>
          <w:color w:val="000000"/>
          <w:sz w:val="24"/>
        </w:rPr>
        <w:t>«умудряйся пониманием»</w:t>
      </w:r>
      <w:r>
        <w:rPr>
          <w:rFonts w:ascii="Georgia" w:hAnsi="Georgia"/>
          <w:b w:val="0"/>
          <w:i w:val="0"/>
          <w:color w:val="000000"/>
          <w:sz w:val="24"/>
        </w:rPr>
        <w:t xml:space="preserve"> (Сефер Йецира 1:4), и это буква хэй (</w:t>
      </w:r>
      <w:r>
        <w:rPr>
          <w:rFonts w:ascii="Georgia" w:hAnsi="Georgia" w:cs="Times New Roman"/>
          <w:b/>
          <w:i w:val="0"/>
          <w:color w:val="000000"/>
          <w:sz w:val="24"/>
          <w:rtl/>
          <w:szCs w:val="32"/>
        </w:rPr>
        <w:t>ה</w:t>
      </w:r>
      <w:r>
        <w:rPr>
          <w:rFonts w:ascii="Georgia" w:hAnsi="Georgia"/>
          <w:b w:val="0"/>
          <w:i w:val="0"/>
          <w:color w:val="000000"/>
          <w:sz w:val="24"/>
        </w:rPr>
        <w:t xml:space="preserve">) в Имени, вот так: </w:t>
      </w:r>
      <w:r>
        <w:rPr>
          <w:rFonts w:ascii="Georgia" w:hAnsi="Georgia" w:cs="Times New Roman"/>
          <w:b/>
          <w:i w:val="0"/>
          <w:color w:val="000000"/>
          <w:sz w:val="24"/>
          <w:rtl/>
          <w:szCs w:val="32"/>
        </w:rPr>
        <w:t>ה</w:t>
      </w:r>
      <w:r>
        <w:rPr>
          <w:rFonts w:ascii="Georgia" w:hAnsi="Georgia"/>
          <w:b w:val="0"/>
          <w:i w:val="0"/>
          <w:color w:val="000000"/>
          <w:sz w:val="24"/>
        </w:rPr>
        <w:t>. Выходит, что Аба и ИШСУТ — это полностью МА, а Бина и Твуна — полностью БОН, поскольку оба первых находятся на правой стороне де-АА, где пребывают хасадим де-МА, а оба вторых — на левой стороне де-АА, где находится гвура де-БОН. И посмотри в другом месте, как Бина де-Аба совершает соударение (зивуг) с Има. Судя по всему, Бина де-Аба — это ИШСУТ, либо же, возможно, это БОН самого Аба.</w:t>
      </w:r>
    </w:p>
    <w:p>
      <w:pPr>
        <w:spacing w:before="40" w:after="120"/>
        <w:jc w:val="both"/>
      </w:pPr>
      <w:r>
        <w:rPr>
          <w:rFonts w:ascii="Georgia" w:hAnsi="Georgia"/>
          <w:b w:val="0"/>
          <w:i w:val="0"/>
          <w:color w:val="000000"/>
          <w:sz w:val="24"/>
        </w:rPr>
        <w:t xml:space="preserve">12) (Махарху, благословенной памяти). У меня возникло сомнение относительно вопроса об Аба ве-Има: каждый из них берет МА и БОН, а затем они разделились на четыре парцуфа. Сомнение вот в чем: действительно ли Аба и Исраэль Саба — это один МА, а другой БОН де-Аба, тогда как Бина и Твуна — это МА и БОН де-Има? При таком подходе понятно, почему Аба совершает соударение (зивуг) с Биной, которые представляют собой МА и МА, а Исраэль Саба — с Твуной, которые суть БОН и БОН. Также понятно и то, что сам Аба разделился на две части — на Аба и Исраэль Саба, а сама Има разделилась надвое — на Бину и Твуну. Или же следует сказать, что МА и БОН от имени МА — это Аба ве-Има, а МА и БОН от имени БОН — это Исраэль Саба и Твуна, в чем и заключается тайна слов </w:t>
      </w:r>
      <w:r>
        <w:rPr>
          <w:rFonts w:ascii="Georgia" w:hAnsi="Georgia"/>
          <w:b w:val="0"/>
          <w:i/>
          <w:color w:val="000000"/>
          <w:sz w:val="24"/>
        </w:rPr>
        <w:t>«постигай мудростью и умудряйся в понимании»</w:t>
      </w:r>
      <w:r>
        <w:rPr>
          <w:rFonts w:ascii="Georgia" w:hAnsi="Georgia"/>
          <w:b w:val="0"/>
          <w:i w:val="0"/>
          <w:color w:val="000000"/>
          <w:sz w:val="24"/>
        </w:rPr>
        <w:t>? При таком объяснении понятно, почему мужские начала всегда образуются только из МА, а женские — только из БОН, ведь мы не находим зивуга МА с МА, поскольку весь зивуг направлен на то, чтобы исправить погибших мелахим (являющихся БОН) посредством МА. И этот вопрос требует дальнейшего изучения.</w:t>
      </w:r>
    </w:p>
    <w:p>
      <w:pPr>
        <w:spacing w:before="40" w:after="120"/>
        <w:jc w:val="both"/>
      </w:pPr>
      <w:r>
        <w:rPr>
          <w:rFonts w:ascii="Georgia" w:hAnsi="Georgia"/>
          <w:b w:val="0"/>
          <w:i w:val="0"/>
          <w:color w:val="000000"/>
          <w:sz w:val="24"/>
        </w:rPr>
        <w:t>13) Между тем из записей об АК со всей очевидностью следует, что Аба ве-Има взяли между собой Бину де-МА. Из имени же БОН Аба взял семь нижних сфирот (ЗАТ) де-Хохма де-БОН, а Има взяла шесть нижних сфирот де-Бина де-БОН. Подобным же образом ЗА взял шесть сфирот де-МА и шесть сфирот де-БОН, кроме кетеров де-БОН; а Нуква взяла Малхут де-МА и Малхут де-БОН, кроме кетера де-БОН. И потому мужское и женское начала оказались отделены друг от друга, ведь в каждом из них есть и МА, и БОН — как в Аба, так и в Има, как в ЗА, так и в Нукве. Однако в Атике и АА мужское и женское начала в каждом из них не разделены, но составляют мужское и женское начала в едином парцуфе.</w:t>
      </w:r>
    </w:p>
    <w:p>
      <w:pPr>
        <w:spacing w:before="40" w:after="120"/>
        <w:jc w:val="both"/>
      </w:pPr>
      <w:r>
        <w:rPr>
          <w:rFonts w:ascii="Georgia" w:hAnsi="Georgia"/>
          <w:b w:val="0"/>
          <w:i w:val="0"/>
          <w:color w:val="000000"/>
          <w:sz w:val="24"/>
        </w:rPr>
        <w:t>14) Причина в том, что мужское начало Атика взяло только Кетер де-МА, тогда как Нуква взяла пять высших сфирот де-Кетер де-БОН, три первых (ГАР) де-Хохма де-БОН, четыре первых сфиры де-Бина де-БОН и семь кетеров ЗАТ де-БОН. И поскольку мужское начало Атика содержит только МА, а Нуква — только БОН, они не могут разделиться, ведь для БОН нет существования и исправления иначе как через новое МА. Напротив, Има и Нуква де-ЗА содержат в себе как МА, так и БОН, поэтому они могут отделяться от мужских начал. По этой же причине Има и Нуква де-ЗА называются полноценными женскими парцуфим, ведь парцуфом называется лишь то, где соединяются МА и БОН. В Атике же и АА отдельный парцуф Нуквы не проявлен, поскольку в их [женской стороне] есть только БОН: мужское начало АА берет лишь Хохму де-МА, а женская сторона в нем взяла только пять нижних сфирот де-Кетер де-БОН. И знай, что относительно трех первых [сфирот] де-Хохма де-БОН и четырех первых [сфирот] де-Бина де-БОН, которые взял Атик, как сказано выше, есть сомнения: во-первых, взял ли он их лицевую и заднюю стороны (паним и ахор), или же, во-вторых, он взял только ахор, а паним остались для Аба ве-Има. [До сих пор цитата].</w:t>
      </w:r>
    </w:p>
    <w:p>
      <w:pPr>
        <w:spacing w:before="40" w:after="120"/>
        <w:jc w:val="both"/>
      </w:pPr>
      <w:r>
        <w:rPr>
          <w:rFonts w:ascii="Georgia" w:hAnsi="Georgia"/>
          <w:b w:val="0"/>
          <w:i w:val="0"/>
          <w:color w:val="000000"/>
          <w:sz w:val="24"/>
        </w:rPr>
        <w:t xml:space="preserve">15) [Махадура кама]. Мы уже объяснили, что из Есод де-Атик выходит пар и разделяется на две головы для Аба ве-Има. Головы Аба ве-Има достигают Дикны де-АА, поскольку они включены в мазаль, и потому их светам нет нужды возвращаться в виде отраженного света снизу вверх через волосы, как в трех первых (ГАР) де-АА. Их намерение состоит в том, чтобы передавать мохин своим детям — ЗОН, по причине любви и стремления к ним, в тайне стиха </w:t>
      </w:r>
      <w:r>
        <w:rPr>
          <w:rFonts w:ascii="Georgia" w:hAnsi="Georgia"/>
          <w:b w:val="0"/>
          <w:i/>
          <w:color w:val="000000"/>
          <w:sz w:val="24"/>
        </w:rPr>
        <w:t>«И небеса не чисты в глазах Его»</w:t>
      </w:r>
      <w:r>
        <w:rPr>
          <w:rFonts w:ascii="Georgia" w:hAnsi="Georgia"/>
          <w:b w:val="0"/>
          <w:i w:val="0"/>
          <w:color w:val="000000"/>
          <w:sz w:val="24"/>
        </w:rPr>
        <w:t xml:space="preserve"> (Иов 15:15). Ведь ЗА, называемый «небесами», представляется недостаточно чистым в глазах Аба ве-Има, и им всегда кажется, что ему все еще требуется дополнительное исправление. Поэтому они непрестанно исправляют детей и передают им венцы, что составляет тайну стиха </w:t>
      </w:r>
      <w:r>
        <w:rPr>
          <w:rFonts w:ascii="Georgia" w:hAnsi="Georgia"/>
          <w:b w:val="0"/>
          <w:i/>
          <w:color w:val="000000"/>
          <w:sz w:val="24"/>
        </w:rPr>
        <w:t>«Творящий небеса и распростирающий их»</w:t>
      </w:r>
      <w:r>
        <w:rPr>
          <w:rFonts w:ascii="Georgia" w:hAnsi="Georgia"/>
          <w:b w:val="0"/>
          <w:i w:val="0"/>
          <w:color w:val="000000"/>
          <w:sz w:val="24"/>
        </w:rPr>
        <w:t xml:space="preserve"> (Йешаяу 42:5). Свет же, которому следовало бы подняться и выйти через волосы, опускается вниз, чтобы стать мохин для ЗОН. Поэтому Аба ве-Има гладкие, без волос, в отличие от АА и ЗА, ведь назначение волос — служить окружающим светом, как известно. А поскольку они включены в мазаль, окружающий их, у них нет нужды в собственных волосах, поэтому те света спускаются вниз, становясь мохин для ЗОН, а сами они остаются гладкими, без волос.</w:t>
      </w:r>
    </w:p>
    <w:p>
      <w:pPr>
        <w:spacing w:before="40" w:after="120"/>
        <w:jc w:val="both"/>
      </w:pPr>
      <w:r>
        <w:rPr>
          <w:rFonts w:ascii="Georgia" w:hAnsi="Georgia"/>
          <w:b w:val="0"/>
          <w:i w:val="0"/>
          <w:color w:val="000000"/>
          <w:sz w:val="24"/>
        </w:rPr>
        <w:t xml:space="preserve">16) А тайна волос, относящихся к окружающему свету, — это тайна стиха </w:t>
      </w:r>
      <w:r>
        <w:rPr>
          <w:rFonts w:ascii="Georgia" w:hAnsi="Georgia"/>
          <w:b w:val="0"/>
          <w:i/>
          <w:color w:val="000000"/>
          <w:sz w:val="24"/>
        </w:rPr>
        <w:t>«И когда кожу мою уничтожат эту...»</w:t>
      </w:r>
      <w:r>
        <w:rPr>
          <w:rFonts w:ascii="Georgia" w:hAnsi="Georgia"/>
          <w:b w:val="0"/>
          <w:i w:val="0"/>
          <w:color w:val="000000"/>
          <w:sz w:val="24"/>
        </w:rPr>
        <w:t xml:space="preserve"> (Иов 19:26). Пояснение: волосы, выходящие наружу с обратной стороны кожи, относятся к окружающим светам, и в этом значение слова </w:t>
      </w:r>
      <w:r>
        <w:rPr>
          <w:rFonts w:ascii="Georgia" w:hAnsi="Georgia"/>
          <w:b w:val="0"/>
          <w:i/>
          <w:color w:val="000000"/>
          <w:sz w:val="24"/>
        </w:rPr>
        <w:t>никфу</w:t>
      </w:r>
      <w:r>
        <w:rPr>
          <w:rFonts w:ascii="Georgia" w:hAnsi="Georgia"/>
          <w:b w:val="0"/>
          <w:i w:val="0"/>
          <w:color w:val="000000"/>
          <w:sz w:val="24"/>
        </w:rPr>
        <w:t xml:space="preserve"> (</w:t>
      </w:r>
      <w:r>
        <w:rPr>
          <w:rFonts w:ascii="Georgia" w:hAnsi="Georgia" w:cs="Times New Roman"/>
          <w:b/>
          <w:i w:val="0"/>
          <w:color w:val="000000"/>
          <w:sz w:val="24"/>
          <w:rtl/>
          <w:szCs w:val="32"/>
        </w:rPr>
        <w:t>נִקְּפוּ</w:t>
      </w:r>
      <w:r>
        <w:rPr>
          <w:rFonts w:ascii="Georgia" w:hAnsi="Georgia"/>
          <w:b w:val="0"/>
          <w:i w:val="0"/>
          <w:color w:val="000000"/>
          <w:sz w:val="24"/>
        </w:rPr>
        <w:t>) — «окружили».</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«Причина в том, что там мужское и женское начала представляют собой раздельные парцуфим и т.д.»</w:t>
      </w:r>
      <w:r>
        <w:rPr>
          <w:rFonts w:ascii="Georgia" w:hAnsi="Georgia"/>
          <w:b w:val="0"/>
          <w:i w:val="0"/>
          <w:color w:val="000000"/>
          <w:sz w:val="24"/>
        </w:rPr>
        <w:t>: разделение мужского и женского начал на два отдельных парцуфа окончательно завершается только в ЗОН. Ведь в Кетере, хотя он и включает в себя мужское и женское начала, Нуква тем не менее в нем неразличима из-за сокрытия НЕХИ де-ахор в РАДЛА. Это означает, что Нуква де-Кетер мира Некудим скрылась и более не служит в мире Ацилут, как сказано выше в «Паним Меирот» (стр. 716, пункт, начинающийся со слов «Разъясним»). Тайна же соударения (зивуга) мужского и женского начал, совершающегося в парцуфе Кетер, — это НЕХИ де-паним, благодаря подъему ИШСУТ туда в качестве МАН, как сказано там. И поскольку это свойство масаха и эта Нуква не принадлежат парцуфу Кетер, как было сказано, он считается лишь единым мужским парцуфом, а Нуква включена в мужское начало и сама по себе там не различима. В Аба ве-Има Нуква уже рассматривается как самостоятельный парцуф, однако они все еще соединены друг с другом и никогда не разделяются.</w:t>
      </w:r>
    </w:p>
    <w:p>
      <w:pPr>
        <w:spacing w:before="40" w:after="120"/>
        <w:jc w:val="both"/>
      </w:pPr>
      <w:r>
        <w:rPr>
          <w:rFonts w:ascii="Georgia" w:hAnsi="Georgia"/>
          <w:b w:val="0"/>
          <w:i w:val="0"/>
          <w:color w:val="000000"/>
          <w:sz w:val="24"/>
        </w:rPr>
        <w:t xml:space="preserve">Причина в том, что эта Нуква уже получила совершенное исправление благодаря тайне свечения РАДЛА в моха де-авира, как сказано в «Паним Меирот» (стр. 885, начиная со слов «Также»), поэтому эта Нуква порой считается даже более возвышенной, чем мужское начало. Как пишет Учитель в ветви 75 (пункт 4, начиная со слов «И вот»), Бина называется </w:t>
      </w:r>
      <w:r>
        <w:rPr>
          <w:rFonts w:ascii="Georgia" w:hAnsi="Georgia"/>
          <w:b w:val="0"/>
          <w:i/>
          <w:color w:val="000000"/>
          <w:sz w:val="24"/>
        </w:rPr>
        <w:t>«венцом своего мужа»</w:t>
      </w:r>
      <w:r>
        <w:rPr>
          <w:rFonts w:ascii="Georgia" w:hAnsi="Georgia"/>
          <w:b w:val="0"/>
          <w:i w:val="0"/>
          <w:color w:val="000000"/>
          <w:sz w:val="24"/>
        </w:rPr>
        <w:t xml:space="preserve"> (Мишлей 12:4), см. там. Точно так же и в ветви 63 (пункт 2) в отношении тайны волос сказано, что порой они выше белизны (хиварта), и это происходит по той же причине, поскольку волосы протягиваются от моха де-авира, как сказано в «Паним Меирот» (стр. 842, начиная со слов «И это»), см. там. Поэтому между ними никогда не происходит разделения. В ЗОН же раскрылась уже полноценная Нуква, отделенная от мужского начала как завершенное самостоятельное строение, так как эта Нуква включает в себя также НЕХИ де-ахор, скрытые в РАДЛА, однако она исправлена облачениями Има. Это выражено в стихе </w:t>
      </w:r>
      <w:r>
        <w:rPr>
          <w:rFonts w:ascii="Georgia" w:hAnsi="Georgia"/>
          <w:b w:val="0"/>
          <w:i/>
          <w:color w:val="000000"/>
          <w:sz w:val="24"/>
        </w:rPr>
        <w:t>«Колодец, который копали князья, вырыли его…»</w:t>
      </w:r>
      <w:r>
        <w:rPr>
          <w:rFonts w:ascii="Georgia" w:hAnsi="Georgia"/>
          <w:b w:val="0"/>
          <w:i w:val="0"/>
          <w:color w:val="000000"/>
          <w:sz w:val="24"/>
        </w:rPr>
        <w:t xml:space="preserve"> (Бемидбар 21:18), начальные буквы слов которого (</w:t>
      </w:r>
      <w:r>
        <w:rPr>
          <w:rFonts w:ascii="Georgia" w:hAnsi="Georgia"/>
          <w:b w:val="0"/>
          <w:i/>
          <w:color w:val="000000"/>
          <w:sz w:val="24"/>
        </w:rPr>
        <w:t>Беэр хафаруа сарим каруа</w:t>
      </w:r>
      <w:r>
        <w:rPr>
          <w:rFonts w:ascii="Georgia" w:hAnsi="Georgia"/>
          <w:b w:val="0"/>
          <w:i w:val="0"/>
          <w:color w:val="000000"/>
          <w:sz w:val="24"/>
        </w:rPr>
        <w:t xml:space="preserve">, </w:t>
      </w:r>
      <w:r>
        <w:rPr>
          <w:rFonts w:ascii="Georgia" w:hAnsi="Georgia" w:cs="Times New Roman"/>
          <w:b/>
          <w:i w:val="0"/>
          <w:color w:val="000000"/>
          <w:sz w:val="24"/>
          <w:rtl/>
          <w:szCs w:val="32"/>
        </w:rPr>
        <w:t>בְּאֵר חֲפָרוּהָ שָׂרִים כָּרוּהָ</w:t>
      </w:r>
      <w:r>
        <w:rPr>
          <w:rFonts w:ascii="Georgia" w:hAnsi="Georgia"/>
          <w:b w:val="0"/>
          <w:i w:val="0"/>
          <w:color w:val="000000"/>
          <w:sz w:val="24"/>
        </w:rPr>
        <w:t xml:space="preserve">) образуют слово </w:t>
      </w:r>
      <w:r>
        <w:rPr>
          <w:rFonts w:ascii="Georgia" w:hAnsi="Georgia"/>
          <w:b w:val="0"/>
          <w:i/>
          <w:color w:val="000000"/>
          <w:sz w:val="24"/>
        </w:rPr>
        <w:t>ба-хошех</w:t>
      </w:r>
      <w:r>
        <w:rPr>
          <w:rFonts w:ascii="Georgia" w:hAnsi="Georgia"/>
          <w:b w:val="0"/>
          <w:i w:val="0"/>
          <w:color w:val="000000"/>
          <w:sz w:val="24"/>
        </w:rPr>
        <w:t xml:space="preserve"> — «во тьме» (</w:t>
      </w:r>
      <w:r>
        <w:rPr>
          <w:rFonts w:ascii="Georgia" w:hAnsi="Georgia" w:cs="Times New Roman"/>
          <w:b/>
          <w:i w:val="0"/>
          <w:color w:val="000000"/>
          <w:sz w:val="24"/>
          <w:rtl/>
          <w:szCs w:val="32"/>
        </w:rPr>
        <w:t>בַּחֹשֶׁךְ</w:t>
      </w:r>
      <w:r>
        <w:rPr>
          <w:rFonts w:ascii="Georgia" w:hAnsi="Georgia"/>
          <w:b w:val="0"/>
          <w:i w:val="0"/>
          <w:color w:val="000000"/>
          <w:sz w:val="24"/>
        </w:rPr>
        <w:t xml:space="preserve">), ведь масах де-Има называется «тьмой», как объясняется в своем месте. А поскольку она включает в себя также НЕХИ де-ахор, ее исправление не завершится до тех пор, пока не раскроется зивуг внутренних Аба ве-Има. До тех же пор она неизбежно пребывает в отделении от ЗА, за исключением времени зивуга, происходящего периодически, да и тогда — лишь благодаря высшему свечению Аба ве-Има, как сказано в своем месте. И об этом говорит [Учитель]: </w:t>
      </w:r>
      <w:r>
        <w:rPr>
          <w:rFonts w:ascii="Georgia" w:hAnsi="Georgia"/>
          <w:b/>
          <w:i w:val="0"/>
          <w:color w:val="000000"/>
          <w:sz w:val="24"/>
        </w:rPr>
        <w:t>«Причина в том, что там мужское и женское начала представляют собой раздельные парцуфим, поэтому мужское начало берет хасадим, а Нуква забирает гвурот»</w:t>
      </w:r>
      <w:r>
        <w:rPr>
          <w:rFonts w:ascii="Georgia" w:hAnsi="Georgia"/>
          <w:b w:val="0"/>
          <w:i w:val="0"/>
          <w:color w:val="000000"/>
          <w:sz w:val="24"/>
        </w:rPr>
        <w:t xml:space="preserve">. Это согласуется со сказанным нами: гвурот, исходящие из Есод де-Има в хазе де-ЗА, относятся к построению отделенной Нуквы де-ЗА, чтобы подготовить ее к соударению (зивугу) с ним, как говорилось. </w:t>
      </w:r>
      <w:r>
        <w:rPr>
          <w:rFonts w:ascii="Georgia" w:hAnsi="Georgia"/>
          <w:b/>
          <w:i w:val="0"/>
          <w:color w:val="000000"/>
          <w:sz w:val="24"/>
        </w:rPr>
        <w:t>«Однако в АА и т.д. а гвурот — по левой, где находится женское»</w:t>
      </w:r>
      <w:r>
        <w:rPr>
          <w:rFonts w:ascii="Georgia" w:hAnsi="Georgia"/>
          <w:b w:val="0"/>
          <w:i w:val="0"/>
          <w:color w:val="000000"/>
          <w:sz w:val="24"/>
        </w:rPr>
        <w:t>: как уже говорилось выше, подлинная Нуква, относящаяся к АА, никогда не проявляется в нем [как отдельный парцуф], но представляет собой его левую сторону в тайне построения правой и левой линий в его теле. Но и это свойство Нуквы не принадлежит ему самому — он получает его от Даат де-Атик, явившего свой свет между Кетером и скрытым мозгом (моха стимаа), как написано в предыдущей ветви. И поэтому гвурот, выходящие из Есод де-Атик, также распространяются по левой стороне его тела, ведь другой Нуквы у него нет, как было сказано.</w:t>
      </w:r>
    </w:p>
    <w:p>
      <w:pPr>
        <w:spacing w:before="40" w:after="120"/>
        <w:jc w:val="both"/>
      </w:pPr>
      <w:r>
        <w:rPr>
          <w:rFonts w:ascii="Georgia" w:hAnsi="Georgia"/>
          <w:b w:val="0"/>
          <w:i w:val="0"/>
          <w:color w:val="000000"/>
          <w:sz w:val="24"/>
        </w:rPr>
        <w:t xml:space="preserve">2) </w:t>
      </w:r>
      <w:r>
        <w:rPr>
          <w:rFonts w:ascii="Georgia" w:hAnsi="Georgia"/>
          <w:b/>
          <w:i w:val="0"/>
          <w:color w:val="000000"/>
          <w:sz w:val="24"/>
        </w:rPr>
        <w:t>«Четыре парцуфа выходят лишь из одного свойства есод и т.д. А там, в ЗА, из двух есодов и т.д.»</w:t>
      </w:r>
      <w:r>
        <w:rPr>
          <w:rFonts w:ascii="Georgia" w:hAnsi="Georgia"/>
          <w:b w:val="0"/>
          <w:i w:val="0"/>
          <w:color w:val="000000"/>
          <w:sz w:val="24"/>
        </w:rPr>
        <w:t>: в действительности нижний облачает лишь НЕХИ одной ступени, находящейся непосредственно над ним, подобно тому как НЕХИ де-Атик находятся внутри ХАГАТ де-АА. Поэтому в хазе де-АА есть только один есод. Однако у ЗА положение меняется, поскольку Аба ве-Има представляют собой два парцуфа, неразрывно соединенных друг с другом вовеки, как сказано выше (стр. 889, начиная со слов «И причина»), см. там. В таком случае невозможно представить, чтобы в ЗА облачились только НЕХИ де-Има без НЕХИ де-Аба, раз они навеки соединены. Вследствие этого НЕХИ де-Аба также оказываются облаченными в ЗА вместе с НЕХИ де-Има, и получается, что в хазе де-ЗА облачены два есода: Есод де-Аба и Есод де-Има.</w:t>
      </w:r>
    </w:p>
    <w:p>
      <w:pPr>
        <w:spacing w:before="40" w:after="120"/>
        <w:jc w:val="both"/>
      </w:pPr>
      <w:r>
        <w:rPr>
          <w:rFonts w:ascii="Georgia" w:hAnsi="Georgia"/>
          <w:b w:val="0"/>
          <w:i w:val="0"/>
          <w:color w:val="000000"/>
          <w:sz w:val="24"/>
        </w:rPr>
        <w:t xml:space="preserve">3) </w:t>
      </w:r>
      <w:r>
        <w:rPr>
          <w:rFonts w:ascii="Georgia" w:hAnsi="Georgia"/>
          <w:b/>
          <w:i w:val="0"/>
          <w:color w:val="000000"/>
          <w:sz w:val="24"/>
        </w:rPr>
        <w:t>«Бина и Твуна выходят с лицевой стороны де-АА и т.д. тогда как Лея и Рахель находятся со спины де-ЗА и т.д.»</w:t>
      </w:r>
      <w:r>
        <w:rPr>
          <w:rFonts w:ascii="Georgia" w:hAnsi="Georgia"/>
          <w:b w:val="0"/>
          <w:i w:val="0"/>
          <w:color w:val="000000"/>
          <w:sz w:val="24"/>
        </w:rPr>
        <w:t>: в предыдущих ветвях уже подробно разъяснялась суть категорий паним и ахор, см. там. Свет лица указывает на наличие уровня нешама и трех первых сфирот (ГАР), тогда как свет спины указывает на отсутствие ГАР. И тебе уже известно, что нешама всех парцуфим мира Ацилут — это тайна Даат де-Атик, облачившегося в моха де-авира де-АА и склонившего чашу между его Кетером и скрытым мозгом в тайне построения трех линий ХАБАД, как сказано в «Паним Меирот» (стр. 840, начиная со слов «И прежде»). Там объяснялось, что этот зивуг произошел на ступени НЕХИ де-паним, являющейся тайной подъема МАН третьей головы мира Некудим, названного у Учителя в ветви 41 (пункт 2, начиная со слов «И уже») «распространением трех линий КАХАБ в ХАГАТ де-Некудим».</w:t>
      </w:r>
    </w:p>
    <w:p>
      <w:pPr>
        <w:spacing w:before="40" w:after="120"/>
        <w:jc w:val="both"/>
      </w:pPr>
      <w:r>
        <w:rPr>
          <w:rFonts w:ascii="Georgia" w:hAnsi="Georgia"/>
          <w:b w:val="0"/>
          <w:i w:val="0"/>
          <w:color w:val="000000"/>
          <w:sz w:val="24"/>
        </w:rPr>
        <w:t xml:space="preserve">Поэтому свечение нешама в моха де-авира, вышедшее от этого зивуга, способно распространяться до уровня хазе де-ЗА, поскольку он происходит от строения ХАГАТ де-Некудим, где голова ИШСУТ распространялась до уровня хазе этих ХАГАТ. Однако от хазе и ниже свечение нешама распространяться не может, ведь даже в корне ЗА в мире Некудим голова ИШСУТ там уже заканчивалась. И об этом говорит [Учитель] в пункте 4: </w:t>
      </w:r>
      <w:r>
        <w:rPr>
          <w:rFonts w:ascii="Georgia" w:hAnsi="Georgia"/>
          <w:b/>
          <w:i w:val="0"/>
          <w:color w:val="000000"/>
          <w:sz w:val="24"/>
        </w:rPr>
        <w:t>«В ЗА вышли два женских парцуфа — Лея и Рахель, один напротив открытого места ниже есода, а второй — напротив скрытого места, подобно тому как здесь выходят Бина и Твуна»</w:t>
      </w:r>
      <w:r>
        <w:rPr>
          <w:rFonts w:ascii="Georgia" w:hAnsi="Georgia"/>
          <w:b w:val="0"/>
          <w:i w:val="0"/>
          <w:color w:val="000000"/>
          <w:sz w:val="24"/>
        </w:rPr>
        <w:t>, до сих пор его слова. Из сказанного выше понятно, что в парцуфе Леи свечение нешама может раскрыться, поскольку она находится выше хазе де-ЗА. Напротив, в Рахели, стоящей ниже хазе, свечение нешама уже прекратилось. Впрочем, и выше хазе есть огромное различие между Леей — высшей Нуквой де-ЗА — и высшей Имой (Има илаа), и причина тому — Есод де-Аба, облачающийся в Есод де-Има, так что они включены друг в друга. Тебе уже известна суть свечения нешама в моха де-авира, притянутого от зивуга на НЕХИ де-паним: это масах второй стадии (бхина бэт), представляющей собой САГ и Иму.</w:t>
      </w:r>
    </w:p>
    <w:p>
      <w:pPr>
        <w:spacing w:before="40" w:after="120"/>
        <w:jc w:val="both"/>
      </w:pPr>
      <w:r>
        <w:rPr>
          <w:rFonts w:ascii="Georgia" w:hAnsi="Georgia"/>
          <w:b w:val="0"/>
          <w:i w:val="0"/>
          <w:color w:val="000000"/>
          <w:sz w:val="24"/>
        </w:rPr>
        <w:t>Поэтому данное свечение нешама не может раскрыться на правой стороне де-АА выше хазе, где находится уровень высшего Аба (Аба илаа), чье строение образовано масахом де-АБ (72), как сказано выше в «Паним Меирот» (стр. 849, начиная со слов «И вот»). И отсюда ты поймешь: соединение здесь масаха Есод де-Аба с Есод де-Има приводит к тому, что свечение нешама от САГ не способно светить в парцуфе Леи постоянно, в отличие от того, как это происходит в высшей Име. Ведь высшая Има получает гвурот из Есод де-Атик, а этот есод образован масахом де-САГ, и потому высшая Има изначально и постоянно вышла в свете лица де-АА. Не такова Лея — высшая Нуква де-ЗА: поскольку масах Есод де-Аба соединен с масахом де-Има, она от самого своего зарождения вышла со стороны света спины де-ЗА, то есть без трех первых сфирот (ГАР) именно из-за влияния Есод де-Аба, как объяснялось выше. Лишь временами свечение Есод де-Има усиливается, и тогда Лея переходит на лицевую сторону, то есть обретает свечение ГАР; и пойми это как следует.</w:t>
      </w:r>
    </w:p>
    <w:p>
      <w:pPr>
        <w:spacing w:before="40" w:after="120"/>
        <w:jc w:val="both"/>
      </w:pPr>
      <w:r>
        <w:rPr>
          <w:rFonts w:ascii="Georgia" w:hAnsi="Georgia"/>
          <w:b w:val="0"/>
          <w:i w:val="0"/>
          <w:color w:val="000000"/>
          <w:sz w:val="24"/>
        </w:rPr>
        <w:t xml:space="preserve">4) </w:t>
      </w:r>
      <w:r>
        <w:rPr>
          <w:rFonts w:ascii="Georgia" w:hAnsi="Georgia"/>
          <w:b/>
          <w:i w:val="0"/>
          <w:color w:val="000000"/>
          <w:sz w:val="24"/>
        </w:rPr>
        <w:t>«Но Яаков и поколение пустыни и т.д. оба выходят только внизу, в открытом месте и т.д.»</w:t>
      </w:r>
      <w:r>
        <w:rPr>
          <w:rFonts w:ascii="Georgia" w:hAnsi="Georgia"/>
          <w:b w:val="0"/>
          <w:i w:val="0"/>
          <w:color w:val="000000"/>
          <w:sz w:val="24"/>
        </w:rPr>
        <w:t>: это происходит по той же причине, что была указана относительно Леи, которая изначально не могла выйти с лицевой стороны де-ЗА из-за масаха Есод де-Аба, не принимающего уровень ГАР де-САГ, см. там. И по этой причине никакой мужской парцуф не может выйти выше хазе де-ЗА, подобно высшему Абе, вышедшему с правой стороны де-АА выше хазе. Ведь мужские парцуфим происходят от хасадим Гальгальты де-АА, где облачен Хесед де-Атик — источник всех мужских парцуфим мира Ацилут, как сказано выше. И там объяснялось, что по этой причине даже высший Аба считается лишенным собственных ГАР де-АБ, см. там. Однако он по меньшей мере получает уровень ГАР де-САГ, светящих в гвурот, которые выходят из Есод де-Атик, и потому он стоит выше хазе в АА. В хазе же де-ЗА дело обстоит иначе: там масах Есод де-Аба соединен с Есод де-Има, и даже гвурот, выходящие из уст есодов Аба ве-Има в хазе де-ЗА, изначально при своем выходе еще не несут совершенного свечения ГАР, из-за чего Лея и вышла лишь со стороны спины де-ЗА, как сказано выше.</w:t>
      </w:r>
    </w:p>
    <w:p>
      <w:pPr>
        <w:spacing w:before="40" w:after="120"/>
        <w:jc w:val="both"/>
      </w:pPr>
      <w:r>
        <w:rPr>
          <w:rFonts w:ascii="Georgia" w:hAnsi="Georgia"/>
          <w:b w:val="0"/>
          <w:i w:val="0"/>
          <w:color w:val="000000"/>
          <w:sz w:val="24"/>
        </w:rPr>
        <w:t xml:space="preserve">Поэтому мужское начало, не имеющее уровня ГАР от собственного источника, не способно находиться выше хазе де-ЗА, где пребывает свойство ГАР, как сказано выше (начиная со слов «И об этом говорит»), но лишь ниже хазе, где свойство ГАР уже прекратилось. И об этом говорит [Учитель] в пункте 5: </w:t>
      </w:r>
      <w:r>
        <w:rPr>
          <w:rFonts w:ascii="Georgia" w:hAnsi="Georgia"/>
          <w:b/>
          <w:i w:val="0"/>
          <w:color w:val="000000"/>
          <w:sz w:val="24"/>
        </w:rPr>
        <w:t>«Яаков же и поколение пустыни оба выходят из Есод де-Аба, скрытого внутри Есод де-Има и т.д.»</w:t>
      </w:r>
      <w:r>
        <w:rPr>
          <w:rFonts w:ascii="Georgia" w:hAnsi="Georgia"/>
          <w:b w:val="0"/>
          <w:i w:val="0"/>
          <w:color w:val="000000"/>
          <w:sz w:val="24"/>
        </w:rPr>
        <w:t>. Это значит, как мы уже говорили, что здесь есть два недостатка: первый — то, что масах Есод де-Аба, соединенный с Есод де-Има, препятствует раскрытию свечения нешама де-САГ, из-за чего даже Лея, происходящая от высших гвурот (относящихся к ГАР), все же не смогла выйти с лицевой стороны де-ЗА, как сказано выше. Об этом и написано, что Есод де-Аба скрыт внутри Есод де-Има. Второй же недостаток заключается в том, что мужские начала, то есть хасадим, лишены в своем источнике относящегося к ним уровня ГАР, происходя от высшего Абы и Гальгальты, и потому они не смогли расположиться даже со спины того места, где властвуют ГАР (то есть выше хазе, подобно Лее), но были вынуждены опуститься ниже хазе, где свечение ГАР де-САГ уже иссякло, как разъяснялось выше (начиная со слов «И об этом говорит»). В отличие от них, Лея, будучи женским парцуфом (Нуквой), происходящим от гвурот и обладающим в своем источнике уровнем ГАР, способна находиться и выше хазе, однако со стороны спины де-ЗА, как сказано там.</w:t>
      </w:r>
    </w:p>
    <w:p>
      <w:r>
        <w:br w:type="page"/>
      </w:r>
    </w:p>
    <w:p>
      <w:pPr>
        <w:keepNext/>
        <w:spacing w:before="360" w:after="160"/>
        <w:jc w:val="center"/>
      </w:pPr>
      <w:r>
        <w:rPr>
          <w:rFonts w:ascii="Georgia" w:hAnsi="Georgia"/>
          <w:b w:val="0"/>
          <w:i w:val="0"/>
          <w:color w:val="000000"/>
          <w:sz w:val="40"/>
        </w:rPr>
        <w:t>Ветвь 77</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Знай, что каждое имя из упомянутых (в седьмой главе) включает все десять сфирот, которые есть в той сфире. Пример тому: Кетер де-Аба — это простое [имя] АВАЯ, и оно делится на десять сфирот этого Кетера:</w:t>
      </w:r>
    </w:p>
    <w:p>
      <w:pPr>
        <w:spacing w:before="40" w:after="120"/>
        <w:jc w:val="both"/>
      </w:pPr>
      <w:r>
        <w:rPr>
          <w:rFonts w:ascii="Georgia" w:hAnsi="Georgia"/>
          <w:b w:val="0"/>
          <w:i w:val="0"/>
          <w:color w:val="000000"/>
          <w:sz w:val="24"/>
        </w:rPr>
        <w:t>кончик буквы йод (</w:t>
      </w:r>
      <w:r>
        <w:rPr>
          <w:rFonts w:ascii="Georgia" w:hAnsi="Georgia" w:cs="Times New Roman"/>
          <w:b/>
          <w:i w:val="0"/>
          <w:color w:val="000000"/>
          <w:sz w:val="24"/>
          <w:rtl/>
          <w:szCs w:val="32"/>
        </w:rPr>
        <w:t>י</w:t>
      </w:r>
      <w:r>
        <w:rPr>
          <w:rFonts w:ascii="Georgia" w:hAnsi="Georgia"/>
          <w:b w:val="0"/>
          <w:i w:val="0"/>
          <w:color w:val="000000"/>
          <w:sz w:val="24"/>
        </w:rPr>
        <w:t>) — это Кетер,</w:t>
      </w:r>
    </w:p>
    <w:p>
      <w:pPr>
        <w:spacing w:before="40" w:after="120"/>
        <w:jc w:val="both"/>
      </w:pPr>
      <w:r>
        <w:rPr>
          <w:rFonts w:ascii="Georgia" w:hAnsi="Georgia"/>
          <w:b w:val="0"/>
          <w:i w:val="0"/>
          <w:color w:val="000000"/>
          <w:sz w:val="24"/>
        </w:rPr>
        <w:t>йод (</w:t>
      </w:r>
      <w:r>
        <w:rPr>
          <w:rFonts w:ascii="Georgia" w:hAnsi="Georgia" w:cs="Times New Roman"/>
          <w:b/>
          <w:i w:val="0"/>
          <w:color w:val="000000"/>
          <w:sz w:val="24"/>
          <w:rtl/>
          <w:szCs w:val="32"/>
        </w:rPr>
        <w:t>י</w:t>
      </w:r>
      <w:r>
        <w:rPr>
          <w:rFonts w:ascii="Georgia" w:hAnsi="Georgia"/>
          <w:b w:val="0"/>
          <w:i w:val="0"/>
          <w:color w:val="000000"/>
          <w:sz w:val="24"/>
        </w:rPr>
        <w:t>) — Хохма,</w:t>
      </w:r>
    </w:p>
    <w:p>
      <w:pPr>
        <w:spacing w:before="40" w:after="120"/>
        <w:jc w:val="both"/>
      </w:pPr>
      <w:r>
        <w:rPr>
          <w:rFonts w:ascii="Georgia" w:hAnsi="Georgia"/>
          <w:b w:val="0"/>
          <w:i w:val="0"/>
          <w:color w:val="000000"/>
          <w:sz w:val="24"/>
        </w:rPr>
        <w:t>хэй (</w:t>
      </w:r>
      <w:r>
        <w:rPr>
          <w:rFonts w:ascii="Georgia" w:hAnsi="Georgia" w:cs="Times New Roman"/>
          <w:b/>
          <w:i w:val="0"/>
          <w:color w:val="000000"/>
          <w:sz w:val="24"/>
          <w:rtl/>
          <w:szCs w:val="32"/>
        </w:rPr>
        <w:t>ה</w:t>
      </w:r>
      <w:r>
        <w:rPr>
          <w:rFonts w:ascii="Georgia" w:hAnsi="Georgia"/>
          <w:b w:val="0"/>
          <w:i w:val="0"/>
          <w:color w:val="000000"/>
          <w:sz w:val="24"/>
        </w:rPr>
        <w:t>) — Бина,</w:t>
      </w:r>
    </w:p>
    <w:p>
      <w:pPr>
        <w:spacing w:before="40" w:after="120"/>
        <w:jc w:val="both"/>
      </w:pPr>
      <w:r>
        <w:rPr>
          <w:rFonts w:ascii="Georgia" w:hAnsi="Georgia"/>
          <w:b w:val="0"/>
          <w:i w:val="0"/>
          <w:color w:val="000000"/>
          <w:sz w:val="24"/>
        </w:rPr>
        <w:t>вав (</w:t>
      </w:r>
      <w:r>
        <w:rPr>
          <w:rFonts w:ascii="Georgia" w:hAnsi="Georgia" w:cs="Times New Roman"/>
          <w:b/>
          <w:i w:val="0"/>
          <w:color w:val="000000"/>
          <w:sz w:val="24"/>
          <w:rtl/>
          <w:szCs w:val="32"/>
        </w:rPr>
        <w:t>ו</w:t>
      </w:r>
      <w:r>
        <w:rPr>
          <w:rFonts w:ascii="Georgia" w:hAnsi="Georgia"/>
          <w:b w:val="0"/>
          <w:i w:val="0"/>
          <w:color w:val="000000"/>
          <w:sz w:val="24"/>
        </w:rPr>
        <w:t>) — ВАК,</w:t>
      </w:r>
    </w:p>
    <w:p>
      <w:pPr>
        <w:spacing w:before="40" w:after="120"/>
        <w:jc w:val="both"/>
      </w:pPr>
      <w:r>
        <w:rPr>
          <w:rFonts w:ascii="Georgia" w:hAnsi="Georgia"/>
          <w:b w:val="0"/>
          <w:i w:val="0"/>
          <w:color w:val="000000"/>
          <w:sz w:val="24"/>
        </w:rPr>
        <w:t>хэй (</w:t>
      </w:r>
      <w:r>
        <w:rPr>
          <w:rFonts w:ascii="Georgia" w:hAnsi="Georgia" w:cs="Times New Roman"/>
          <w:b/>
          <w:i w:val="0"/>
          <w:color w:val="000000"/>
          <w:sz w:val="24"/>
          <w:rtl/>
          <w:szCs w:val="32"/>
        </w:rPr>
        <w:t>ה</w:t>
      </w:r>
      <w:r>
        <w:rPr>
          <w:rFonts w:ascii="Georgia" w:hAnsi="Georgia"/>
          <w:b w:val="0"/>
          <w:i w:val="0"/>
          <w:color w:val="000000"/>
          <w:sz w:val="24"/>
        </w:rPr>
        <w:t>) — Малхут.</w:t>
      </w:r>
    </w:p>
    <w:p>
      <w:pPr>
        <w:spacing w:before="40" w:after="120"/>
        <w:jc w:val="both"/>
      </w:pPr>
      <w:r>
        <w:rPr>
          <w:rFonts w:ascii="Georgia" w:hAnsi="Georgia"/>
          <w:b w:val="0"/>
          <w:i w:val="0"/>
          <w:color w:val="000000"/>
          <w:sz w:val="24"/>
        </w:rPr>
        <w:t>Вот десять сфирот, что в Кетер де-Аба со стороны паним (лицевой стороны).</w:t>
      </w:r>
    </w:p>
    <w:p>
      <w:pPr>
        <w:spacing w:before="40" w:after="120"/>
        <w:jc w:val="both"/>
      </w:pPr>
      <w:r>
        <w:rPr>
          <w:rFonts w:ascii="Georgia" w:hAnsi="Georgia"/>
          <w:b w:val="0"/>
          <w:i w:val="0"/>
          <w:color w:val="000000"/>
          <w:sz w:val="24"/>
        </w:rPr>
        <w:t>И так же в ахораим (обратной стороне), которые представляют собой:</w:t>
      </w:r>
    </w:p>
    <w:p>
      <w:pPr>
        <w:spacing w:before="40" w:after="120"/>
        <w:jc w:val="both"/>
      </w:pPr>
      <w:r>
        <w:rPr>
          <w:rFonts w:ascii="Georgia" w:hAnsi="Georgia"/>
          <w:b w:val="0"/>
          <w:i w:val="0"/>
          <w:color w:val="000000"/>
          <w:sz w:val="24"/>
        </w:rPr>
        <w:t>йод (</w:t>
      </w:r>
      <w:r>
        <w:rPr>
          <w:rFonts w:ascii="Georgia" w:hAnsi="Georgia" w:cs="Times New Roman"/>
          <w:b/>
          <w:i w:val="0"/>
          <w:color w:val="000000"/>
          <w:sz w:val="24"/>
          <w:rtl/>
          <w:szCs w:val="32"/>
        </w:rPr>
        <w:t>י</w:t>
      </w:r>
      <w:r>
        <w:rPr>
          <w:rFonts w:ascii="Georgia" w:hAnsi="Georgia"/>
          <w:b w:val="0"/>
          <w:i w:val="0"/>
          <w:color w:val="000000"/>
          <w:sz w:val="24"/>
        </w:rPr>
        <w:t>),</w:t>
      </w:r>
    </w:p>
    <w:p>
      <w:pPr>
        <w:spacing w:before="40" w:after="120"/>
        <w:jc w:val="both"/>
      </w:pPr>
      <w:r>
        <w:rPr>
          <w:rFonts w:ascii="Georgia" w:hAnsi="Georgia"/>
          <w:b w:val="0"/>
          <w:i w:val="0"/>
          <w:color w:val="000000"/>
          <w:sz w:val="24"/>
        </w:rPr>
        <w:t>йод-хэй (</w:t>
      </w:r>
      <w:r>
        <w:rPr>
          <w:rFonts w:ascii="Georgia" w:hAnsi="Georgia" w:cs="Times New Roman"/>
          <w:b/>
          <w:i w:val="0"/>
          <w:color w:val="000000"/>
          <w:sz w:val="24"/>
          <w:rtl/>
          <w:szCs w:val="32"/>
        </w:rPr>
        <w:t>י״ה</w:t>
      </w:r>
      <w:r>
        <w:rPr>
          <w:rFonts w:ascii="Georgia" w:hAnsi="Georgia"/>
          <w:b w:val="0"/>
          <w:i w:val="0"/>
          <w:color w:val="000000"/>
          <w:sz w:val="24"/>
        </w:rPr>
        <w:t>),</w:t>
      </w:r>
    </w:p>
    <w:p>
      <w:pPr>
        <w:spacing w:before="40" w:after="120"/>
        <w:jc w:val="both"/>
      </w:pPr>
      <w:r>
        <w:rPr>
          <w:rFonts w:ascii="Georgia" w:hAnsi="Georgia"/>
          <w:b w:val="0"/>
          <w:i w:val="0"/>
          <w:color w:val="000000"/>
          <w:sz w:val="24"/>
        </w:rPr>
        <w:t>йод-хэй-вав (</w:t>
      </w:r>
      <w:r>
        <w:rPr>
          <w:rFonts w:ascii="Georgia" w:hAnsi="Georgia" w:cs="Times New Roman"/>
          <w:b/>
          <w:i w:val="0"/>
          <w:color w:val="000000"/>
          <w:sz w:val="24"/>
          <w:rtl/>
          <w:szCs w:val="32"/>
        </w:rPr>
        <w:t>יה״ו</w:t>
      </w:r>
      <w:r>
        <w:rPr>
          <w:rFonts w:ascii="Georgia" w:hAnsi="Georgia"/>
          <w:b w:val="0"/>
          <w:i w:val="0"/>
          <w:color w:val="000000"/>
          <w:sz w:val="24"/>
        </w:rPr>
        <w:t>),</w:t>
      </w:r>
    </w:p>
    <w:p>
      <w:pPr>
        <w:spacing w:before="40" w:after="120"/>
        <w:jc w:val="both"/>
      </w:pPr>
      <w:r>
        <w:rPr>
          <w:rFonts w:ascii="Georgia" w:hAnsi="Georgia"/>
          <w:b w:val="0"/>
          <w:i w:val="0"/>
          <w:color w:val="000000"/>
          <w:sz w:val="24"/>
        </w:rPr>
        <w:t>йод-хэй-вав-хэй (</w:t>
      </w:r>
      <w:r>
        <w:rPr>
          <w:rFonts w:ascii="Georgia" w:hAnsi="Georgia" w:cs="Times New Roman"/>
          <w:b/>
          <w:i w:val="0"/>
          <w:color w:val="000000"/>
          <w:sz w:val="24"/>
          <w:rtl/>
          <w:szCs w:val="32"/>
        </w:rPr>
        <w:t>יהו״ה</w:t>
      </w:r>
      <w:r>
        <w:rPr>
          <w:rFonts w:ascii="Georgia" w:hAnsi="Georgia"/>
          <w:b w:val="0"/>
          <w:i w:val="0"/>
          <w:color w:val="000000"/>
          <w:sz w:val="24"/>
        </w:rPr>
        <w:t>).</w:t>
      </w:r>
    </w:p>
    <w:p>
      <w:pPr>
        <w:spacing w:before="40" w:after="120"/>
        <w:jc w:val="both"/>
      </w:pPr>
      <w:r>
        <w:rPr>
          <w:rFonts w:ascii="Georgia" w:hAnsi="Georgia"/>
          <w:b w:val="0"/>
          <w:i w:val="0"/>
          <w:color w:val="000000"/>
          <w:sz w:val="24"/>
        </w:rPr>
        <w:t>А именно:</w:t>
      </w:r>
    </w:p>
    <w:p>
      <w:pPr>
        <w:spacing w:before="40" w:after="120"/>
        <w:jc w:val="both"/>
      </w:pPr>
      <w:r>
        <w:rPr>
          <w:rFonts w:ascii="Georgia" w:hAnsi="Georgia"/>
          <w:b w:val="0"/>
          <w:i w:val="0"/>
          <w:color w:val="000000"/>
          <w:sz w:val="24"/>
        </w:rPr>
        <w:t>йод — Кетер,</w:t>
      </w:r>
    </w:p>
    <w:p>
      <w:pPr>
        <w:spacing w:before="40" w:after="120"/>
        <w:jc w:val="both"/>
      </w:pPr>
      <w:r>
        <w:rPr>
          <w:rFonts w:ascii="Georgia" w:hAnsi="Georgia"/>
          <w:b w:val="0"/>
          <w:i w:val="0"/>
          <w:color w:val="000000"/>
          <w:sz w:val="24"/>
        </w:rPr>
        <w:t>йод-хэй — Хохма и Бина,</w:t>
      </w:r>
    </w:p>
    <w:p>
      <w:pPr>
        <w:spacing w:before="40" w:after="120"/>
        <w:jc w:val="both"/>
      </w:pPr>
      <w:r>
        <w:rPr>
          <w:rFonts w:ascii="Georgia" w:hAnsi="Georgia"/>
          <w:b w:val="0"/>
          <w:i w:val="0"/>
          <w:color w:val="000000"/>
          <w:sz w:val="24"/>
        </w:rPr>
        <w:t>йод-хэй-вав — ХАГАТ,</w:t>
      </w:r>
    </w:p>
    <w:p>
      <w:pPr>
        <w:spacing w:before="40" w:after="120"/>
        <w:jc w:val="both"/>
      </w:pPr>
      <w:r>
        <w:rPr>
          <w:rFonts w:ascii="Georgia" w:hAnsi="Georgia"/>
          <w:b w:val="0"/>
          <w:i w:val="0"/>
          <w:color w:val="000000"/>
          <w:sz w:val="24"/>
        </w:rPr>
        <w:t>йод-хэй-вав-хэй — НЕХИМ.</w:t>
      </w:r>
    </w:p>
    <w:p>
      <w:pPr>
        <w:spacing w:before="40" w:after="120"/>
        <w:jc w:val="both"/>
      </w:pPr>
      <w:r>
        <w:rPr>
          <w:rFonts w:ascii="Georgia" w:hAnsi="Georgia"/>
          <w:b w:val="0"/>
          <w:i w:val="0"/>
          <w:color w:val="000000"/>
          <w:sz w:val="24"/>
        </w:rPr>
        <w:t>И так же в Хохма де-Аба есть [наполнение] йод-хэй-вав-хэй (</w:t>
      </w:r>
      <w:r>
        <w:rPr>
          <w:rFonts w:ascii="Georgia" w:hAnsi="Georgia" w:cs="Times New Roman"/>
          <w:b/>
          <w:i w:val="0"/>
          <w:color w:val="000000"/>
          <w:sz w:val="24"/>
          <w:rtl/>
          <w:szCs w:val="32"/>
        </w:rPr>
        <w:t>יו״ד ה״י וי״ו ה״י</w:t>
      </w:r>
      <w:r>
        <w:rPr>
          <w:rFonts w:ascii="Georgia" w:hAnsi="Georgia"/>
          <w:b w:val="0"/>
          <w:i w:val="0"/>
          <w:color w:val="000000"/>
          <w:sz w:val="24"/>
        </w:rPr>
        <w:t>), и они делятся так:</w:t>
      </w:r>
    </w:p>
    <w:p>
      <w:pPr>
        <w:spacing w:before="40" w:after="120"/>
        <w:jc w:val="both"/>
      </w:pPr>
      <w:r>
        <w:rPr>
          <w:rFonts w:ascii="Georgia" w:hAnsi="Georgia"/>
          <w:b w:val="0"/>
          <w:i w:val="0"/>
          <w:color w:val="000000"/>
          <w:sz w:val="24"/>
        </w:rPr>
        <w:t>кончик буквы йод — Кетер,</w:t>
      </w:r>
    </w:p>
    <w:p>
      <w:pPr>
        <w:spacing w:before="40" w:after="120"/>
        <w:jc w:val="both"/>
      </w:pPr>
      <w:r>
        <w:rPr>
          <w:rFonts w:ascii="Georgia" w:hAnsi="Georgia"/>
          <w:b w:val="0"/>
          <w:i w:val="0"/>
          <w:color w:val="000000"/>
          <w:sz w:val="24"/>
        </w:rPr>
        <w:t>йод (</w:t>
      </w:r>
      <w:r>
        <w:rPr>
          <w:rFonts w:ascii="Georgia" w:hAnsi="Georgia" w:cs="Times New Roman"/>
          <w:b/>
          <w:i w:val="0"/>
          <w:color w:val="000000"/>
          <w:sz w:val="24"/>
          <w:rtl/>
          <w:szCs w:val="32"/>
        </w:rPr>
        <w:t>יו״ד</w:t>
      </w:r>
      <w:r>
        <w:rPr>
          <w:rFonts w:ascii="Georgia" w:hAnsi="Georgia"/>
          <w:b w:val="0"/>
          <w:i w:val="0"/>
          <w:color w:val="000000"/>
          <w:sz w:val="24"/>
        </w:rPr>
        <w:t>) — Хохма,</w:t>
      </w:r>
    </w:p>
    <w:p>
      <w:pPr>
        <w:spacing w:before="40" w:after="120"/>
        <w:jc w:val="both"/>
      </w:pPr>
      <w:r>
        <w:rPr>
          <w:rFonts w:ascii="Georgia" w:hAnsi="Georgia"/>
          <w:b w:val="0"/>
          <w:i w:val="0"/>
          <w:color w:val="000000"/>
          <w:sz w:val="24"/>
        </w:rPr>
        <w:t>хэй (</w:t>
      </w:r>
      <w:r>
        <w:rPr>
          <w:rFonts w:ascii="Georgia" w:hAnsi="Georgia" w:cs="Times New Roman"/>
          <w:b/>
          <w:i w:val="0"/>
          <w:color w:val="000000"/>
          <w:sz w:val="24"/>
          <w:rtl/>
          <w:szCs w:val="32"/>
        </w:rPr>
        <w:t>ה״י</w:t>
      </w:r>
      <w:r>
        <w:rPr>
          <w:rFonts w:ascii="Georgia" w:hAnsi="Georgia"/>
          <w:b w:val="0"/>
          <w:i w:val="0"/>
          <w:color w:val="000000"/>
          <w:sz w:val="24"/>
        </w:rPr>
        <w:t>) — Бина,</w:t>
      </w:r>
    </w:p>
    <w:p>
      <w:pPr>
        <w:spacing w:before="40" w:after="120"/>
        <w:jc w:val="both"/>
      </w:pPr>
      <w:r>
        <w:rPr>
          <w:rFonts w:ascii="Georgia" w:hAnsi="Georgia"/>
          <w:b w:val="0"/>
          <w:i w:val="0"/>
          <w:color w:val="000000"/>
          <w:sz w:val="24"/>
        </w:rPr>
        <w:t>вав (</w:t>
      </w:r>
      <w:r>
        <w:rPr>
          <w:rFonts w:ascii="Georgia" w:hAnsi="Georgia" w:cs="Times New Roman"/>
          <w:b/>
          <w:i w:val="0"/>
          <w:color w:val="000000"/>
          <w:sz w:val="24"/>
          <w:rtl/>
          <w:szCs w:val="32"/>
        </w:rPr>
        <w:t>וי״ו</w:t>
      </w:r>
      <w:r>
        <w:rPr>
          <w:rFonts w:ascii="Georgia" w:hAnsi="Georgia"/>
          <w:b w:val="0"/>
          <w:i w:val="0"/>
          <w:color w:val="000000"/>
          <w:sz w:val="24"/>
        </w:rPr>
        <w:t>) — ВАК,</w:t>
      </w:r>
    </w:p>
    <w:p>
      <w:pPr>
        <w:spacing w:before="40" w:after="120"/>
        <w:jc w:val="both"/>
      </w:pPr>
      <w:r>
        <w:rPr>
          <w:rFonts w:ascii="Georgia" w:hAnsi="Georgia"/>
          <w:b w:val="0"/>
          <w:i w:val="0"/>
          <w:color w:val="000000"/>
          <w:sz w:val="24"/>
        </w:rPr>
        <w:t>хэй (</w:t>
      </w:r>
      <w:r>
        <w:rPr>
          <w:rFonts w:ascii="Georgia" w:hAnsi="Georgia" w:cs="Times New Roman"/>
          <w:b/>
          <w:i w:val="0"/>
          <w:color w:val="000000"/>
          <w:sz w:val="24"/>
          <w:rtl/>
          <w:szCs w:val="32"/>
        </w:rPr>
        <w:t>ה״י</w:t>
      </w:r>
      <w:r>
        <w:rPr>
          <w:rFonts w:ascii="Georgia" w:hAnsi="Georgia"/>
          <w:b w:val="0"/>
          <w:i w:val="0"/>
          <w:color w:val="000000"/>
          <w:sz w:val="24"/>
        </w:rPr>
        <w:t>) — Малхут;</w:t>
      </w:r>
    </w:p>
    <w:p>
      <w:pPr>
        <w:spacing w:before="40" w:after="120"/>
        <w:jc w:val="both"/>
      </w:pPr>
      <w:r>
        <w:rPr>
          <w:rFonts w:ascii="Georgia" w:hAnsi="Georgia"/>
          <w:b w:val="0"/>
          <w:i w:val="0"/>
          <w:color w:val="000000"/>
          <w:sz w:val="24"/>
        </w:rPr>
        <w:t>и это — паним.</w:t>
      </w:r>
    </w:p>
    <w:p>
      <w:pPr>
        <w:spacing w:before="40" w:after="120"/>
        <w:jc w:val="both"/>
      </w:pPr>
      <w:r>
        <w:rPr>
          <w:rFonts w:ascii="Georgia" w:hAnsi="Georgia"/>
          <w:b w:val="0"/>
          <w:i w:val="0"/>
          <w:color w:val="000000"/>
          <w:sz w:val="24"/>
        </w:rPr>
        <w:t>И так же ахораим:</w:t>
      </w:r>
    </w:p>
    <w:p>
      <w:pPr>
        <w:spacing w:before="40" w:after="120"/>
        <w:jc w:val="both"/>
      </w:pPr>
      <w:r>
        <w:rPr>
          <w:rFonts w:ascii="Georgia" w:hAnsi="Georgia"/>
          <w:b w:val="0"/>
          <w:i w:val="0"/>
          <w:color w:val="000000"/>
          <w:sz w:val="24"/>
        </w:rPr>
        <w:t>йод (</w:t>
      </w:r>
      <w:r>
        <w:rPr>
          <w:rFonts w:ascii="Georgia" w:hAnsi="Georgia" w:cs="Times New Roman"/>
          <w:b/>
          <w:i w:val="0"/>
          <w:color w:val="000000"/>
          <w:sz w:val="24"/>
          <w:rtl/>
          <w:szCs w:val="32"/>
        </w:rPr>
        <w:t>יו״ד</w:t>
      </w:r>
      <w:r>
        <w:rPr>
          <w:rFonts w:ascii="Georgia" w:hAnsi="Georgia"/>
          <w:b w:val="0"/>
          <w:i w:val="0"/>
          <w:color w:val="000000"/>
          <w:sz w:val="24"/>
        </w:rPr>
        <w:t>) — Кетер,</w:t>
      </w:r>
    </w:p>
    <w:p>
      <w:pPr>
        <w:spacing w:before="40" w:after="120"/>
        <w:jc w:val="both"/>
      </w:pPr>
      <w:r>
        <w:rPr>
          <w:rFonts w:ascii="Georgia" w:hAnsi="Georgia"/>
          <w:b w:val="0"/>
          <w:i w:val="0"/>
          <w:color w:val="000000"/>
          <w:sz w:val="24"/>
        </w:rPr>
        <w:t>йод-хэй (</w:t>
      </w:r>
      <w:r>
        <w:rPr>
          <w:rFonts w:ascii="Georgia" w:hAnsi="Georgia" w:cs="Times New Roman"/>
          <w:b/>
          <w:i w:val="0"/>
          <w:color w:val="000000"/>
          <w:sz w:val="24"/>
          <w:rtl/>
          <w:szCs w:val="32"/>
        </w:rPr>
        <w:t>יו״ד ה״י</w:t>
      </w:r>
      <w:r>
        <w:rPr>
          <w:rFonts w:ascii="Georgia" w:hAnsi="Georgia"/>
          <w:b w:val="0"/>
          <w:i w:val="0"/>
          <w:color w:val="000000"/>
          <w:sz w:val="24"/>
        </w:rPr>
        <w:t>) — ХУБ,</w:t>
      </w:r>
    </w:p>
    <w:p>
      <w:pPr>
        <w:spacing w:before="40" w:after="120"/>
        <w:jc w:val="both"/>
      </w:pPr>
      <w:r>
        <w:rPr>
          <w:rFonts w:ascii="Georgia" w:hAnsi="Georgia"/>
          <w:b w:val="0"/>
          <w:i w:val="0"/>
          <w:color w:val="000000"/>
          <w:sz w:val="24"/>
        </w:rPr>
        <w:t>йод-хэй-вав (</w:t>
      </w:r>
      <w:r>
        <w:rPr>
          <w:rFonts w:ascii="Georgia" w:hAnsi="Georgia" w:cs="Times New Roman"/>
          <w:b/>
          <w:i w:val="0"/>
          <w:color w:val="000000"/>
          <w:sz w:val="24"/>
          <w:rtl/>
          <w:szCs w:val="32"/>
        </w:rPr>
        <w:t>יו״ד ה״י וי״ו</w:t>
      </w:r>
      <w:r>
        <w:rPr>
          <w:rFonts w:ascii="Georgia" w:hAnsi="Georgia"/>
          <w:b w:val="0"/>
          <w:i w:val="0"/>
          <w:color w:val="000000"/>
          <w:sz w:val="24"/>
        </w:rPr>
        <w:t>) — ХАГАТ,</w:t>
      </w:r>
    </w:p>
    <w:p>
      <w:pPr>
        <w:spacing w:before="40" w:after="120"/>
        <w:jc w:val="both"/>
      </w:pPr>
      <w:r>
        <w:rPr>
          <w:rFonts w:ascii="Georgia" w:hAnsi="Georgia"/>
          <w:b w:val="0"/>
          <w:i w:val="0"/>
          <w:color w:val="000000"/>
          <w:sz w:val="24"/>
        </w:rPr>
        <w:t>йод-хэй-вав-хэй (</w:t>
      </w:r>
      <w:r>
        <w:rPr>
          <w:rFonts w:ascii="Georgia" w:hAnsi="Georgia" w:cs="Times New Roman"/>
          <w:b/>
          <w:i w:val="0"/>
          <w:color w:val="000000"/>
          <w:sz w:val="24"/>
          <w:rtl/>
          <w:szCs w:val="32"/>
        </w:rPr>
        <w:t>יו״ד ה״י וי״ו ה״י</w:t>
      </w:r>
      <w:r>
        <w:rPr>
          <w:rFonts w:ascii="Georgia" w:hAnsi="Georgia"/>
          <w:b w:val="0"/>
          <w:i w:val="0"/>
          <w:color w:val="000000"/>
          <w:sz w:val="24"/>
        </w:rPr>
        <w:t>) — НЕХИМ.</w:t>
      </w:r>
    </w:p>
    <w:p>
      <w:pPr>
        <w:spacing w:before="40" w:after="120"/>
        <w:jc w:val="both"/>
      </w:pPr>
      <w:r>
        <w:rPr>
          <w:rFonts w:ascii="Georgia" w:hAnsi="Georgia"/>
          <w:b w:val="0"/>
          <w:i w:val="0"/>
          <w:color w:val="000000"/>
          <w:sz w:val="24"/>
        </w:rPr>
        <w:t>И по этому образцу суди обо всех остальных.</w:t>
      </w:r>
    </w:p>
    <w:p>
      <w:pPr>
        <w:spacing w:before="40" w:after="120"/>
        <w:jc w:val="both"/>
      </w:pPr>
      <w:r>
        <w:rPr>
          <w:rFonts w:ascii="Georgia" w:hAnsi="Georgia"/>
          <w:b w:val="0"/>
          <w:i w:val="0"/>
          <w:color w:val="000000"/>
          <w:sz w:val="24"/>
        </w:rPr>
        <w:t>2) Мы уже объясняли, что АБ с [наполнением] буквами йод находится в Хохме, САГ — в Бине, МА — в ЗА, а БОН — в Нукве. Однако знай, что в ГАР, имеющихся в каждом из них, заключена тайна 42 букв: простое [имя], наполнение и наполнение наполнения. Но эти уровни — не категория числа, подсчета и гематрии, а лишь количество самих букв; ведь подсчетом называется только числовая сумма каждой буквы, — пойми это.</w:t>
      </w:r>
    </w:p>
    <w:p>
      <w:pPr>
        <w:spacing w:before="40" w:after="120"/>
        <w:jc w:val="both"/>
      </w:pPr>
      <w:r>
        <w:rPr>
          <w:rFonts w:ascii="Georgia" w:hAnsi="Georgia"/>
          <w:b w:val="0"/>
          <w:i w:val="0"/>
          <w:color w:val="000000"/>
          <w:sz w:val="24"/>
        </w:rPr>
        <w:t>Так вот, четыре простые буквы находятся в Кетер де-Аба; десять букв [наполнения] АБ с буквами йод — в Хохме, что в нем (ведь наполненные буквы всегда относятся к Хохме, пойми это); а 28 букв наполнения наполнения АБ с буквами йод — в Бине, что в нем, как известно, ведь Бина называется также «сила МА» (</w:t>
      </w:r>
      <w:r>
        <w:rPr>
          <w:rFonts w:ascii="Georgia" w:hAnsi="Georgia"/>
          <w:b w:val="0"/>
          <w:i/>
          <w:color w:val="000000"/>
          <w:sz w:val="24"/>
        </w:rPr>
        <w:t>коах ма</w:t>
      </w:r>
      <w:r>
        <w:rPr>
          <w:rFonts w:ascii="Georgia" w:hAnsi="Georgia"/>
          <w:b w:val="0"/>
          <w:i w:val="0"/>
          <w:color w:val="000000"/>
          <w:sz w:val="24"/>
        </w:rPr>
        <w:t xml:space="preserve">, </w:t>
      </w:r>
      <w:r>
        <w:rPr>
          <w:rFonts w:ascii="Georgia" w:hAnsi="Georgia" w:cs="Times New Roman"/>
          <w:b/>
          <w:i w:val="0"/>
          <w:color w:val="000000"/>
          <w:sz w:val="24"/>
          <w:rtl/>
          <w:szCs w:val="32"/>
        </w:rPr>
        <w:t>כ״ח מ״ה</w:t>
      </w:r>
      <w:r>
        <w:rPr>
          <w:rFonts w:ascii="Georgia" w:hAnsi="Georgia"/>
          <w:b w:val="0"/>
          <w:i w:val="0"/>
          <w:color w:val="000000"/>
          <w:sz w:val="24"/>
        </w:rPr>
        <w:t>). А затем в ЗАТ, что в нем, — это тоже лишь одно [имя] АВАЯ с наполнением буквами йод, включающее все ЗАТ в десяти буквах.</w:t>
      </w:r>
    </w:p>
    <w:p>
      <w:pPr>
        <w:spacing w:before="40" w:after="120"/>
        <w:jc w:val="both"/>
      </w:pPr>
      <w:r>
        <w:rPr>
          <w:rFonts w:ascii="Georgia" w:hAnsi="Georgia"/>
          <w:b w:val="0"/>
          <w:i w:val="0"/>
          <w:color w:val="000000"/>
          <w:sz w:val="24"/>
        </w:rPr>
        <w:t>3) И вот мы писали относительно порядка ступеней Имен, что есть уровень в соответствии с порядком того, сколько в них букв, и это не называется подсчетом; подсчет же — это сумма того, сколько составляет каждая буква в гематрии. И этот уровень, называемый подсчетом, всегда находится в свойстве Малхут, где бы она ни была. Например, в вышеупомянутой Малхут де-Аба подсчетом [имени] АВАЯ с буквами йод будет то, что оно составляет число 72 (АБ). И так же в Малхут де-Има — это число 63 (САГ) для [имени] АВАЯ; и подобно этому во всех Именах в мире: их подсчет находится в Малхут этой ступени, — помни это предварительное правило.</w:t>
      </w:r>
    </w:p>
    <w:p>
      <w:pPr>
        <w:spacing w:before="40" w:after="120"/>
        <w:jc w:val="both"/>
      </w:pPr>
      <w:r>
        <w:rPr>
          <w:rFonts w:ascii="Georgia" w:hAnsi="Georgia"/>
          <w:b w:val="0"/>
          <w:i w:val="0"/>
          <w:color w:val="000000"/>
          <w:sz w:val="24"/>
        </w:rPr>
        <w:t>И вот паним и ахор — то есть 72 (АБ) и 161 (</w:t>
      </w:r>
      <w:r>
        <w:rPr>
          <w:rFonts w:ascii="Georgia" w:hAnsi="Georgia" w:cs="Times New Roman"/>
          <w:b/>
          <w:i w:val="0"/>
          <w:color w:val="000000"/>
          <w:sz w:val="24"/>
          <w:rtl/>
          <w:szCs w:val="32"/>
        </w:rPr>
        <w:t>קס״א</w:t>
      </w:r>
      <w:r>
        <w:rPr>
          <w:rFonts w:ascii="Georgia" w:hAnsi="Georgia"/>
          <w:b w:val="0"/>
          <w:i w:val="0"/>
          <w:color w:val="000000"/>
          <w:sz w:val="24"/>
        </w:rPr>
        <w:t>), составляющие число 233 (</w:t>
      </w:r>
      <w:r>
        <w:rPr>
          <w:rFonts w:ascii="Georgia" w:hAnsi="Georgia"/>
          <w:b w:val="0"/>
          <w:i/>
          <w:color w:val="000000"/>
          <w:sz w:val="24"/>
        </w:rPr>
        <w:t>регель</w:t>
      </w:r>
      <w:r>
        <w:rPr>
          <w:rFonts w:ascii="Georgia" w:hAnsi="Georgia"/>
          <w:b w:val="0"/>
          <w:i w:val="0"/>
          <w:color w:val="000000"/>
          <w:sz w:val="24"/>
        </w:rPr>
        <w:t xml:space="preserve">, </w:t>
      </w:r>
      <w:r>
        <w:rPr>
          <w:rFonts w:ascii="Georgia" w:hAnsi="Georgia" w:cs="Times New Roman"/>
          <w:b/>
          <w:i w:val="0"/>
          <w:color w:val="000000"/>
          <w:sz w:val="24"/>
          <w:rtl/>
          <w:szCs w:val="32"/>
        </w:rPr>
        <w:t>רג״ל</w:t>
      </w:r>
      <w:r>
        <w:rPr>
          <w:rFonts w:ascii="Georgia" w:hAnsi="Georgia"/>
          <w:b w:val="0"/>
          <w:i w:val="0"/>
          <w:color w:val="000000"/>
          <w:sz w:val="24"/>
        </w:rPr>
        <w:t>), а также 184 (</w:t>
      </w:r>
      <w:r>
        <w:rPr>
          <w:rFonts w:ascii="Georgia" w:hAnsi="Georgia" w:cs="Times New Roman"/>
          <w:b/>
          <w:i w:val="0"/>
          <w:color w:val="000000"/>
          <w:sz w:val="24"/>
          <w:rtl/>
          <w:szCs w:val="32"/>
        </w:rPr>
        <w:t>דפ״ק</w:t>
      </w:r>
      <w:r>
        <w:rPr>
          <w:rFonts w:ascii="Georgia" w:hAnsi="Georgia"/>
          <w:b w:val="0"/>
          <w:i w:val="0"/>
          <w:color w:val="000000"/>
          <w:sz w:val="24"/>
        </w:rPr>
        <w:t>) и 544 (</w:t>
      </w:r>
      <w:r>
        <w:rPr>
          <w:rFonts w:ascii="Georgia" w:hAnsi="Georgia" w:cs="Times New Roman"/>
          <w:b/>
          <w:i w:val="0"/>
          <w:color w:val="000000"/>
          <w:sz w:val="24"/>
          <w:rtl/>
          <w:szCs w:val="32"/>
        </w:rPr>
        <w:t>תקמ״ד</w:t>
      </w:r>
      <w:r>
        <w:rPr>
          <w:rFonts w:ascii="Georgia" w:hAnsi="Georgia"/>
          <w:b w:val="0"/>
          <w:i w:val="0"/>
          <w:color w:val="000000"/>
          <w:sz w:val="24"/>
        </w:rPr>
        <w:t>), составляющие число 728 (</w:t>
      </w:r>
      <w:r>
        <w:rPr>
          <w:rFonts w:ascii="Georgia" w:hAnsi="Georgia" w:cs="Times New Roman"/>
          <w:b/>
          <w:i w:val="0"/>
          <w:color w:val="000000"/>
          <w:sz w:val="24"/>
          <w:rtl/>
          <w:szCs w:val="32"/>
        </w:rPr>
        <w:t>תשכ״ח</w:t>
      </w:r>
      <w:r>
        <w:rPr>
          <w:rFonts w:ascii="Georgia" w:hAnsi="Georgia"/>
          <w:b w:val="0"/>
          <w:i w:val="0"/>
          <w:color w:val="000000"/>
          <w:sz w:val="24"/>
        </w:rPr>
        <w:t>), — относятся к свойству Малхут де-Аба ве-Има, так как именно там находится уровень подсчета, как сказано выше.</w:t>
      </w:r>
    </w:p>
    <w:p>
      <w:pPr>
        <w:spacing w:before="40" w:after="120"/>
        <w:jc w:val="both"/>
      </w:pPr>
      <w:r>
        <w:rPr>
          <w:rFonts w:ascii="Georgia" w:hAnsi="Georgia"/>
          <w:b w:val="0"/>
          <w:i w:val="0"/>
          <w:color w:val="000000"/>
          <w:sz w:val="24"/>
        </w:rPr>
        <w:t xml:space="preserve">4) И вот этот подсчет 28 избыточных единиц, превышающих трижды </w:t>
      </w:r>
      <w:r>
        <w:rPr>
          <w:rFonts w:ascii="Georgia" w:hAnsi="Georgia"/>
          <w:b w:val="0"/>
          <w:i/>
          <w:color w:val="000000"/>
          <w:sz w:val="24"/>
        </w:rPr>
        <w:t>регель</w:t>
      </w:r>
      <w:r>
        <w:rPr>
          <w:rFonts w:ascii="Georgia" w:hAnsi="Georgia"/>
          <w:b w:val="0"/>
          <w:i w:val="0"/>
          <w:color w:val="000000"/>
          <w:sz w:val="24"/>
        </w:rPr>
        <w:t xml:space="preserve"> (</w:t>
      </w:r>
      <w:r>
        <w:rPr>
          <w:rFonts w:ascii="Georgia" w:hAnsi="Georgia" w:cs="Times New Roman"/>
          <w:b/>
          <w:i w:val="0"/>
          <w:color w:val="000000"/>
          <w:sz w:val="24"/>
          <w:rtl/>
          <w:szCs w:val="32"/>
        </w:rPr>
        <w:t>רג״ל</w:t>
      </w:r>
      <w:r>
        <w:rPr>
          <w:rFonts w:ascii="Georgia" w:hAnsi="Georgia"/>
          <w:b w:val="0"/>
          <w:i w:val="0"/>
          <w:color w:val="000000"/>
          <w:sz w:val="24"/>
        </w:rPr>
        <w:t>) из вышеупомянутой суммы 728 (</w:t>
      </w:r>
      <w:r>
        <w:rPr>
          <w:rFonts w:ascii="Georgia" w:hAnsi="Georgia" w:cs="Times New Roman"/>
          <w:b/>
          <w:i w:val="0"/>
          <w:color w:val="000000"/>
          <w:sz w:val="24"/>
          <w:rtl/>
          <w:szCs w:val="32"/>
        </w:rPr>
        <w:t>תשכ״ח</w:t>
      </w:r>
      <w:r>
        <w:rPr>
          <w:rFonts w:ascii="Georgia" w:hAnsi="Georgia"/>
          <w:b w:val="0"/>
          <w:i w:val="0"/>
          <w:color w:val="000000"/>
          <w:sz w:val="24"/>
        </w:rPr>
        <w:t>), — это буква йод (</w:t>
      </w:r>
      <w:r>
        <w:rPr>
          <w:rFonts w:ascii="Georgia" w:hAnsi="Georgia" w:cs="Times New Roman"/>
          <w:b/>
          <w:i w:val="0"/>
          <w:color w:val="000000"/>
          <w:sz w:val="24"/>
          <w:rtl/>
          <w:szCs w:val="32"/>
        </w:rPr>
        <w:t>יו״ד</w:t>
      </w:r>
      <w:r>
        <w:rPr>
          <w:rFonts w:ascii="Georgia" w:hAnsi="Georgia"/>
          <w:b w:val="0"/>
          <w:i w:val="0"/>
          <w:color w:val="000000"/>
          <w:sz w:val="24"/>
        </w:rPr>
        <w:t>), буква хэй (</w:t>
      </w:r>
      <w:r>
        <w:rPr>
          <w:rFonts w:ascii="Georgia" w:hAnsi="Georgia" w:cs="Times New Roman"/>
          <w:b/>
          <w:i w:val="0"/>
          <w:color w:val="000000"/>
          <w:sz w:val="24"/>
          <w:rtl/>
          <w:szCs w:val="32"/>
        </w:rPr>
        <w:t>ה</w:t>
      </w:r>
      <w:r>
        <w:rPr>
          <w:rFonts w:ascii="Georgia" w:hAnsi="Georgia"/>
          <w:b w:val="0"/>
          <w:i w:val="0"/>
          <w:color w:val="000000"/>
          <w:sz w:val="24"/>
        </w:rPr>
        <w:t>) и три части из буквы йод в наполнении хэй (</w:t>
      </w:r>
      <w:r>
        <w:rPr>
          <w:rFonts w:ascii="Georgia" w:hAnsi="Georgia" w:cs="Times New Roman"/>
          <w:b/>
          <w:i w:val="0"/>
          <w:color w:val="000000"/>
          <w:sz w:val="24"/>
          <w:rtl/>
          <w:szCs w:val="32"/>
        </w:rPr>
        <w:t>ה״י</w:t>
      </w:r>
      <w:r>
        <w:rPr>
          <w:rFonts w:ascii="Georgia" w:hAnsi="Georgia"/>
          <w:b w:val="0"/>
          <w:i w:val="0"/>
          <w:color w:val="000000"/>
          <w:sz w:val="24"/>
        </w:rPr>
        <w:t>): они являются первыми из букв йод-хэй-вав-хэй (</w:t>
      </w:r>
      <w:r>
        <w:rPr>
          <w:rFonts w:ascii="Georgia" w:hAnsi="Georgia" w:cs="Times New Roman"/>
          <w:b/>
          <w:i w:val="0"/>
          <w:color w:val="000000"/>
          <w:sz w:val="24"/>
          <w:rtl/>
          <w:szCs w:val="32"/>
        </w:rPr>
        <w:t>יו״ד ה״י וא״ו ה״י</w:t>
      </w:r>
      <w:r>
        <w:rPr>
          <w:rFonts w:ascii="Georgia" w:hAnsi="Georgia"/>
          <w:b w:val="0"/>
          <w:i w:val="0"/>
          <w:color w:val="000000"/>
          <w:sz w:val="24"/>
        </w:rPr>
        <w:t xml:space="preserve">) со стороны паним. И они возвышеннее остальных уровней под ними, составляющих в гематрии четырежды (трижды) </w:t>
      </w:r>
      <w:r>
        <w:rPr>
          <w:rFonts w:ascii="Georgia" w:hAnsi="Georgia"/>
          <w:b w:val="0"/>
          <w:i/>
          <w:color w:val="000000"/>
          <w:sz w:val="24"/>
        </w:rPr>
        <w:t>регель</w:t>
      </w:r>
      <w:r>
        <w:rPr>
          <w:rFonts w:ascii="Georgia" w:hAnsi="Georgia"/>
          <w:b w:val="0"/>
          <w:i w:val="0"/>
          <w:color w:val="000000"/>
          <w:sz w:val="24"/>
        </w:rPr>
        <w:t>, как сказано выше.</w:t>
      </w:r>
    </w:p>
    <w:p>
      <w:pPr>
        <w:spacing w:before="40" w:after="120"/>
        <w:jc w:val="both"/>
      </w:pPr>
      <w:r>
        <w:rPr>
          <w:rFonts w:ascii="Georgia" w:hAnsi="Georgia"/>
          <w:b w:val="0"/>
          <w:i w:val="0"/>
          <w:color w:val="000000"/>
          <w:sz w:val="24"/>
        </w:rPr>
        <w:t>Однако эти 28 облачаются в эти четыре опоры (ножки), представляющие собой тайну четырех ножек этого Престола, который находится в Аба ве-Има, как сказано выше, на что намекается в недельном разделе Кдошим в Раайа Мехемна (Верный Пастырь, лист 82). И эти 28 — сам Престол; и все это — в свойстве этих Малхут де-Аба ве-Има.</w:t>
      </w:r>
    </w:p>
    <w:p>
      <w:pPr>
        <w:spacing w:before="40" w:after="120"/>
        <w:jc w:val="both"/>
      </w:pPr>
      <w:r>
        <w:rPr>
          <w:rFonts w:ascii="Georgia" w:hAnsi="Georgia"/>
          <w:b w:val="0"/>
          <w:i w:val="0"/>
          <w:color w:val="000000"/>
          <w:sz w:val="24"/>
        </w:rPr>
        <w:t>А Тот, Кто восседает на этом Престоле и облачается в него, — это 28 букв наполнения наполнения [имени] АВАЯ с наполнением буквами йод: ведь это 28 букв, и они не являются 28 буквами по тайне подсчета (гематрии), поскольку те, что относятся к подсчету, — последние, в свойстве Малхут, как сказано выше.</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«Знай, что каждое имя из упомянутых... включает все десять сфирот, которые есть в той сфире, пример тому...»</w:t>
      </w:r>
      <w:r>
        <w:rPr>
          <w:rFonts w:ascii="Georgia" w:hAnsi="Georgia"/>
          <w:b w:val="0"/>
          <w:i w:val="0"/>
          <w:color w:val="000000"/>
          <w:sz w:val="24"/>
        </w:rPr>
        <w:t xml:space="preserve"> —</w:t>
      </w:r>
    </w:p>
    <w:p>
      <w:pPr>
        <w:spacing w:before="40" w:after="120"/>
        <w:jc w:val="both"/>
      </w:pPr>
      <w:r>
        <w:rPr>
          <w:rFonts w:ascii="Georgia" w:hAnsi="Georgia"/>
          <w:b w:val="0"/>
          <w:i w:val="0"/>
          <w:color w:val="000000"/>
          <w:sz w:val="24"/>
        </w:rPr>
        <w:t>И в дальнейшем здесь необходимо помнить все то, что объяснялось выше в «Паним Меирот» в учении о 288 искрах (РАПАХ ницоцин) с 31-й по 37-ю ветвь, поскольку там мы разбирали это подробно. Здесь же мы кратко напомним то, что относится к находящимся перед нами словам Учителя.</w:t>
      </w:r>
    </w:p>
    <w:p>
      <w:pPr>
        <w:spacing w:before="40" w:after="120"/>
        <w:jc w:val="both"/>
      </w:pPr>
      <w:r>
        <w:rPr>
          <w:rFonts w:ascii="Georgia" w:hAnsi="Georgia"/>
          <w:b w:val="0"/>
          <w:i w:val="0"/>
          <w:color w:val="000000"/>
          <w:sz w:val="24"/>
        </w:rPr>
        <w:t>И знай, что есть два пути в объяснении этой мудрости:</w:t>
      </w:r>
    </w:p>
    <w:p>
      <w:pPr>
        <w:spacing w:before="40" w:after="120"/>
        <w:jc w:val="both"/>
      </w:pPr>
      <w:r>
        <w:rPr>
          <w:rFonts w:ascii="Georgia" w:hAnsi="Georgia"/>
          <w:b w:val="0"/>
          <w:i w:val="0"/>
          <w:color w:val="000000"/>
          <w:sz w:val="24"/>
        </w:rPr>
        <w:t>первый — через названия сфирот: КАХАБ, ЗОН, АБЕА и так далее;</w:t>
      </w:r>
    </w:p>
    <w:p>
      <w:pPr>
        <w:spacing w:before="40" w:after="120"/>
        <w:jc w:val="both"/>
      </w:pPr>
      <w:r>
        <w:rPr>
          <w:rFonts w:ascii="Georgia" w:hAnsi="Georgia"/>
          <w:b w:val="0"/>
          <w:i w:val="0"/>
          <w:color w:val="000000"/>
          <w:sz w:val="24"/>
        </w:rPr>
        <w:t>второй — через Священные Имена: АВАЯ, ЭЙЕ, ЭЛОКИМ и так далее.</w:t>
      </w:r>
    </w:p>
    <w:p>
      <w:pPr>
        <w:spacing w:before="40" w:after="120"/>
        <w:jc w:val="both"/>
      </w:pPr>
      <w:r>
        <w:rPr>
          <w:rFonts w:ascii="Georgia" w:hAnsi="Georgia"/>
          <w:b w:val="0"/>
          <w:i w:val="0"/>
          <w:color w:val="000000"/>
          <w:sz w:val="24"/>
        </w:rPr>
        <w:t>И этот второй путь — как раз тот, что объяснялся выше в шести ветвях учения о РАПАХ ницоцин по тайне 12 ступеней, а также в трех ветвях перед нами. Ведь здесь [Учитель] хочет объяснить различия между Имой, включенной в Абу, и Имой, являющейся Нуквой де-Аба; а эти различия невозможно объяснить должным образом иначе, как вторым путем — то есть через Священные Имена и их наполнения, как мы с Б-жьей помощью напишем. И уже было подробно объяснено в предыдущих ветвях, что такое десять сфирот прямого света — Кетер, Хохма, Бина и ЗОН — и десять сфирот отраженного света, выходящих от ударного соединения (зивуга) высшего света с экраном (масахом), а также что такое рош (голова) и гуф (тело): от экрана и выше называется рош, а от экрана и ниже называется гуф.</w:t>
      </w:r>
    </w:p>
    <w:p>
      <w:pPr>
        <w:spacing w:before="40" w:after="120"/>
        <w:jc w:val="both"/>
      </w:pPr>
      <w:r>
        <w:rPr>
          <w:rFonts w:ascii="Georgia" w:hAnsi="Georgia"/>
          <w:b w:val="0"/>
          <w:i w:val="0"/>
          <w:color w:val="000000"/>
          <w:sz w:val="24"/>
        </w:rPr>
        <w:t>А также [было объяснено] очищение экрана (издохехут) по пяти уровням высоты — Кетер, Хохма, Бина и ЗОН, — происходящее в каждом теле пяти парцуфим АК, по причине которого обязаны выйти пять полных парцуфим, состоящих из рош, тох и соф, в каждом полном парцуфе. Ведь все силы, действующие в высшем, проявляются в нижнем: из-за упомянутого очищения экрана скрылись света из тела первого парцуфа, именуемого парцуфом Кетер, и потому вышло второе распространение, называемое парцуфом Хохма, чтобы восполнить этот недостаток в теле Кетера. Подобно этому и в теле парцуфа Хохма произошло очищение экрана и ушли его света; тогда вышло второе распространение, называемое парцуфом Бина, и восполнило недостаток светов в теле Хохмы. И здесь следует различать, что эти три парцуфа — Кетер, Хохма и Бина — связаны друг с другом и считаются словно одним телом. Ведь два парцуфа — Хохма и Бина — представляют собой не что иное, как восполнение недостатка в теле парцуфа Кетер: сначала его восполняет парцуф Хохма своими рош, тох и соф; однако после того как скрылись света тела парцуфа Хохма, это сокрытие затронуло и тело Кетера, ведь он облачался в эту часть парцуфа Хохма и наполнялся ею — той, чьи света скрылись, как сказано выше. И потому, когда парцуф Бина восполняет недостаток светов тела парцуфа Хохма, оказывается, что он восполняет его и для тела парцуфа Кетер, ведь парцуф Бина служит ему вместо тела парцуфа Хохма, чьи света скрылись.</w:t>
      </w:r>
    </w:p>
    <w:p>
      <w:pPr>
        <w:spacing w:before="40" w:after="120"/>
        <w:jc w:val="both"/>
      </w:pPr>
      <w:r>
        <w:rPr>
          <w:rFonts w:ascii="Georgia" w:hAnsi="Georgia"/>
          <w:b w:val="0"/>
          <w:i w:val="0"/>
          <w:color w:val="000000"/>
          <w:sz w:val="24"/>
        </w:rPr>
        <w:t>Поэтому оба парцуфа — Хохма и Бина — связались с телом Кетера; только парцуф Хохма называется его первым наполнением, а парцуф Бина считается его вторым наполнением, то есть наполнением, приходящим восполнить недостаток в предыдущем наполнении, — и пойми это как следует. Однако и в теле парцуфа Бина произошло очищение экрана и уход света, как писал Учитель в ветви 7, пункт «шин», со слов «Однако...». И здесь произошло нечто новое: света его тела перемешались и скрылись в НЕХИ парцуфа Кетер по тайне включения свойства милосердия в суд; и потому АХАП поднялись в качестве МАН, и вышло второе распространение, называемое парцуфом ЗОН, или МА и БОН, и восполнило недостаток, возникший в теле Бины.</w:t>
      </w:r>
    </w:p>
    <w:p>
      <w:pPr>
        <w:spacing w:before="40" w:after="120"/>
        <w:jc w:val="both"/>
      </w:pPr>
      <w:r>
        <w:rPr>
          <w:rFonts w:ascii="Georgia" w:hAnsi="Georgia"/>
          <w:b w:val="0"/>
          <w:i w:val="0"/>
          <w:color w:val="000000"/>
          <w:sz w:val="24"/>
        </w:rPr>
        <w:t>И здесь нужно помнить, что произошло событие, отличное от происходившего в телах предыдущих парцуфим АК: ведь тело парцуфа Бина, простиравшееся до ног парцуфа Кетер, после ухода света целиком поднялось выше табура и больше уже не опускалось ниже табура АК, как написано в ветви 15, пункт 6, со слов «Однако...».</w:t>
      </w:r>
    </w:p>
    <w:p>
      <w:pPr>
        <w:spacing w:before="40" w:after="120"/>
        <w:jc w:val="both"/>
      </w:pPr>
      <w:r>
        <w:rPr>
          <w:rFonts w:ascii="Georgia" w:hAnsi="Georgia"/>
          <w:b w:val="0"/>
          <w:i w:val="0"/>
          <w:color w:val="000000"/>
          <w:sz w:val="24"/>
        </w:rPr>
        <w:t>Таким образом, парцуф ЗОН, являющийся вторым распространением парцуфа Бина, стоит ниже ног парцуфа Бина; и оказывается, что он восполняет недостаток части тела Кетера от табура и ниже, откуда отдалились и исчезли света наполнения Бины, как сказано выше. И потому в каждом парцуфе различаются две отдельные части: ведь основа парцуфа — это парцуф Кетер, и он нуждается в трех наполнениях, которые восполняют и возвращают света его тела, ушедшие по причине очищения экрана, как сказано выше. И они разделяются по табуру: первые два наполнения — парцуф Хохма и парцуф Бина — стоят выше табура по тайне наполнения и наполнения наполнения; а третье наполнение, называемое ЗОН, или МА и БОН, стоит ниже табура. И здесь уже нет наполнения наполнения, поскольку уровень этих ЗОН исходит от экрана первой стадии (бхина алеф), а на экране, который чище первой стадии, ударное соединение уже не происходит, как все это было объяснено выше в «Паним Масбирот», в ветви 9, обратись туда.</w:t>
      </w:r>
    </w:p>
    <w:p>
      <w:pPr>
        <w:spacing w:before="40" w:after="120"/>
        <w:jc w:val="both"/>
      </w:pPr>
      <w:r>
        <w:rPr>
          <w:rFonts w:ascii="Georgia" w:hAnsi="Georgia"/>
          <w:b w:val="0"/>
          <w:i w:val="0"/>
          <w:color w:val="000000"/>
          <w:sz w:val="24"/>
        </w:rPr>
        <w:t>Теперь же мы вернемся ко всем этим вопросам, чтобы объяснить их вторым путем — то есть согласно значениям Священных Имен: АВАЯ, ЭЙЕ и так далее — в их буквах, наполнениях, квадратах (рибуим) и числовых подсчетах. Так вот, десять сфирот прямого света объясняются через четыре буквы имени АВАЯ:</w:t>
      </w:r>
    </w:p>
    <w:p>
      <w:pPr>
        <w:spacing w:before="40" w:after="120"/>
        <w:jc w:val="both"/>
      </w:pPr>
      <w:r>
        <w:rPr>
          <w:rFonts w:ascii="Georgia" w:hAnsi="Georgia"/>
          <w:b w:val="0"/>
          <w:i w:val="0"/>
          <w:color w:val="000000"/>
          <w:sz w:val="24"/>
        </w:rPr>
        <w:t>кончик буквы йод — это Кетер, то есть корень четырех стадий прямого света;</w:t>
      </w:r>
    </w:p>
    <w:p>
      <w:pPr>
        <w:spacing w:before="40" w:after="120"/>
        <w:jc w:val="both"/>
      </w:pPr>
      <w:r>
        <w:rPr>
          <w:rFonts w:ascii="Georgia" w:hAnsi="Georgia"/>
          <w:b w:val="0"/>
          <w:i w:val="0"/>
          <w:color w:val="000000"/>
          <w:sz w:val="24"/>
        </w:rPr>
        <w:t>буква йод — это Хохма, то есть первая стадия прямого света;</w:t>
      </w:r>
    </w:p>
    <w:p>
      <w:pPr>
        <w:spacing w:before="40" w:after="120"/>
        <w:jc w:val="both"/>
      </w:pPr>
      <w:r>
        <w:rPr>
          <w:rFonts w:ascii="Georgia" w:hAnsi="Georgia"/>
          <w:b w:val="0"/>
          <w:i w:val="0"/>
          <w:color w:val="000000"/>
          <w:sz w:val="24"/>
        </w:rPr>
        <w:t>верхняя хэй — Бина, то есть вторая стадия прямого света;</w:t>
      </w:r>
    </w:p>
    <w:p>
      <w:pPr>
        <w:spacing w:before="40" w:after="120"/>
        <w:jc w:val="both"/>
      </w:pPr>
      <w:r>
        <w:rPr>
          <w:rFonts w:ascii="Georgia" w:hAnsi="Georgia"/>
          <w:b w:val="0"/>
          <w:i w:val="0"/>
          <w:color w:val="000000"/>
          <w:sz w:val="24"/>
        </w:rPr>
        <w:t>буква вав — это ЗА, включающий ХАГАТ и НЕХИМ, то есть третья стадия прямого света;</w:t>
      </w:r>
    </w:p>
    <w:p>
      <w:pPr>
        <w:spacing w:before="40" w:after="120"/>
        <w:jc w:val="both"/>
      </w:pPr>
      <w:r>
        <w:rPr>
          <w:rFonts w:ascii="Georgia" w:hAnsi="Georgia"/>
          <w:b w:val="0"/>
          <w:i w:val="0"/>
          <w:color w:val="000000"/>
          <w:sz w:val="24"/>
        </w:rPr>
        <w:t>а нижняя хэй — это Малхут, включающая НЕХИМ.</w:t>
      </w:r>
    </w:p>
    <w:p>
      <w:pPr>
        <w:spacing w:before="40" w:after="120"/>
        <w:jc w:val="both"/>
      </w:pPr>
      <w:r>
        <w:rPr>
          <w:rFonts w:ascii="Georgia" w:hAnsi="Georgia"/>
          <w:b w:val="0"/>
          <w:i w:val="0"/>
          <w:color w:val="000000"/>
          <w:sz w:val="24"/>
        </w:rPr>
        <w:t>И об этом сказано [в словах Учителя]: «Кончик буквы йод — это Кетер, йод — Хохма...» и так далее.</w:t>
      </w:r>
    </w:p>
    <w:p>
      <w:pPr>
        <w:spacing w:before="40" w:after="120"/>
        <w:jc w:val="both"/>
      </w:pPr>
      <w:r>
        <w:rPr>
          <w:rFonts w:ascii="Georgia" w:hAnsi="Georgia"/>
          <w:b w:val="0"/>
          <w:i w:val="0"/>
          <w:color w:val="000000"/>
          <w:sz w:val="24"/>
        </w:rPr>
        <w:t>А десять сфирот отраженного света, выходящие благодаря ударному соединению высшего света с экраном, представляющие собой уровень высоты, как написано выше в «Паним Масбирот», в ветви 3, объясняются через наполнения четырех букв имени АВАЯ.</w:t>
      </w:r>
    </w:p>
    <w:p>
      <w:pPr>
        <w:spacing w:before="40" w:after="120"/>
        <w:jc w:val="both"/>
      </w:pPr>
      <w:r>
        <w:rPr>
          <w:rFonts w:ascii="Georgia" w:hAnsi="Georgia"/>
          <w:b w:val="0"/>
          <w:i w:val="0"/>
          <w:color w:val="000000"/>
          <w:sz w:val="24"/>
        </w:rPr>
        <w:t>Как писал Учитель в ветви 31, пункт «ламэд», со слов «И объясним...», и вот его слова: «Ведь очевидно, что корень светов и их основа — это четыре простые буквы имени АВАЯ без наполнений, и они представляют собой свойство самой сущности света...» «...но их наполнение — это раскрытие имени АВАЯ и выход их светов наружу», — до сих пор его слова, обратись туда.</w:t>
      </w:r>
    </w:p>
    <w:p>
      <w:pPr>
        <w:spacing w:before="40" w:after="120"/>
        <w:jc w:val="both"/>
      </w:pPr>
      <w:r>
        <w:rPr>
          <w:rFonts w:ascii="Georgia" w:hAnsi="Georgia"/>
          <w:b w:val="0"/>
          <w:i w:val="0"/>
          <w:color w:val="000000"/>
          <w:sz w:val="24"/>
        </w:rPr>
        <w:t>И в этом выходе наружу есть четыре уровня высоты: Хохма, Бина, ЗА и Малхут, или АБ, САГ, МА, БОН, которые выходят из четырех букв внутреннего имени АВАЯ, как написано в «Паним Масбирот», в ветви 9, обратись туда.</w:t>
      </w:r>
    </w:p>
    <w:p>
      <w:pPr>
        <w:spacing w:before="40" w:after="120"/>
        <w:jc w:val="both"/>
      </w:pPr>
      <w:r>
        <w:rPr>
          <w:rFonts w:ascii="Georgia" w:hAnsi="Georgia"/>
          <w:b w:val="0"/>
          <w:i w:val="0"/>
          <w:color w:val="000000"/>
          <w:sz w:val="24"/>
        </w:rPr>
        <w:t>И вот уровень АБ объясняется через наполнение буквами йод, вот так: йод-хэй-вав-хэй (</w:t>
      </w:r>
      <w:r>
        <w:rPr>
          <w:rFonts w:ascii="Georgia" w:hAnsi="Georgia" w:cs="Times New Roman"/>
          <w:b/>
          <w:i w:val="0"/>
          <w:color w:val="000000"/>
          <w:sz w:val="24"/>
          <w:rtl/>
          <w:szCs w:val="32"/>
        </w:rPr>
        <w:t>יוד הי ויו הי</w:t>
      </w:r>
      <w:r>
        <w:rPr>
          <w:rFonts w:ascii="Georgia" w:hAnsi="Georgia"/>
          <w:b w:val="0"/>
          <w:i w:val="0"/>
          <w:color w:val="000000"/>
          <w:sz w:val="24"/>
        </w:rPr>
        <w:t>). И это потому, что уровень АБ, как и уровень САГ, представляет собой рош каждого парцуфа, а гуф начинается только с ЗА, как написано выше в «Паним Масбирот», в ветви 67. И потому АБ и САГ, выходящие из букв йод и хэй внутреннего имени АВАЯ, являются свойством рош; а во всяком рош нет законченных келим, но лишь корни келим. Поэтому эти уровни обозначаются буквами йод, так как буквы йод служат корнями для букв: ведь написание любой буквы начинается с точки, из которой затем вытягивают нужную букву, и потому точка считается корнем для каждой буквы, а буква йод имеет форму точки. Однако в уровне САГ есть особое отличие: это АХАП де-САГ, вышедшие наружу из рош и воспринятые как свойство ХАГАТ и тела. И потому буква вав в имени АВАЯ де-САГ пишется не с наполнением йод, поскольку она является свойством тела и завершения келим, а таковые выражаются наполнением буквами алеф.</w:t>
      </w:r>
    </w:p>
    <w:p>
      <w:pPr>
        <w:spacing w:before="40" w:after="120"/>
        <w:jc w:val="both"/>
      </w:pPr>
      <w:r>
        <w:rPr>
          <w:rFonts w:ascii="Georgia" w:hAnsi="Georgia"/>
          <w:b w:val="0"/>
          <w:i w:val="0"/>
          <w:color w:val="000000"/>
          <w:sz w:val="24"/>
        </w:rPr>
        <w:t>Таким образом, десять сфирот де-рош де-САГ делятся надвое: только в двух буквах йод-хэй (</w:t>
      </w:r>
      <w:r>
        <w:rPr>
          <w:rFonts w:ascii="Georgia" w:hAnsi="Georgia" w:cs="Times New Roman"/>
          <w:b/>
          <w:i w:val="0"/>
          <w:color w:val="000000"/>
          <w:sz w:val="24"/>
          <w:rtl/>
          <w:szCs w:val="32"/>
        </w:rPr>
        <w:t>י״ה</w:t>
      </w:r>
      <w:r>
        <w:rPr>
          <w:rFonts w:ascii="Georgia" w:hAnsi="Georgia"/>
          <w:b w:val="0"/>
          <w:i w:val="0"/>
          <w:color w:val="000000"/>
          <w:sz w:val="24"/>
        </w:rPr>
        <w:t>), представляющих собой находящиеся в ней Гальгальта ве-Эйнаим и ее верхнюю половину, есть наполнение буквами йод, указывающее на рош и корни келим. В двух же последних буквах — вав и хэй, тайне АХАП, вышедших в ХАГАТ и тело, — они наполняются буквой алеф, вот так: вав-хэй (</w:t>
      </w:r>
      <w:r>
        <w:rPr>
          <w:rFonts w:ascii="Georgia" w:hAnsi="Georgia" w:cs="Times New Roman"/>
          <w:b/>
          <w:i w:val="0"/>
          <w:color w:val="000000"/>
          <w:sz w:val="24"/>
          <w:rtl/>
          <w:szCs w:val="32"/>
        </w:rPr>
        <w:t>ואו הי</w:t>
      </w:r>
      <w:r>
        <w:rPr>
          <w:rFonts w:ascii="Georgia" w:hAnsi="Georgia"/>
          <w:b w:val="0"/>
          <w:i w:val="0"/>
          <w:color w:val="000000"/>
          <w:sz w:val="24"/>
        </w:rPr>
        <w:t>). Однако последняя хэй не наполняется буквой алеф, потому что она осталась в своей верхней половине, то есть в глазах (эйнаим), как писал Учитель в ветви 14, пункт 6, со слов «И вот...», что нижняя хэй осталась в эйнаим, а йод-хэй-вав (</w:t>
      </w:r>
      <w:r>
        <w:rPr>
          <w:rFonts w:ascii="Georgia" w:hAnsi="Georgia" w:cs="Times New Roman"/>
          <w:b/>
          <w:i w:val="0"/>
          <w:color w:val="000000"/>
          <w:sz w:val="24"/>
          <w:rtl/>
          <w:szCs w:val="32"/>
        </w:rPr>
        <w:t>יה״ו</w:t>
      </w:r>
      <w:r>
        <w:rPr>
          <w:rFonts w:ascii="Georgia" w:hAnsi="Georgia"/>
          <w:b w:val="0"/>
          <w:i w:val="0"/>
          <w:color w:val="000000"/>
          <w:sz w:val="24"/>
        </w:rPr>
        <w:t>) — в АХАП, обратись туда. И так как нижняя хэй не последовала за ХАГАТ, чтобы опуститься в категорию тела и завершения келим, она наполняется буквой йод, указывающей на корни келим и уровень рош. А десять сфирот уровня ЗА объясняются наполнением буквами алеф, поскольку они представляют собой законченные келим даже на уровне его рош: ведь у него нет подлинных келим ГАР, но келим ХАГАТ становятся в нем свойствами ХАБАД, как сказано в своем месте. Поэтому даже буквы йод-хэй в нем наполняются буквами алеф, вот так: йод-хэй-вав-хэй (</w:t>
      </w:r>
      <w:r>
        <w:rPr>
          <w:rFonts w:ascii="Georgia" w:hAnsi="Georgia" w:cs="Times New Roman"/>
          <w:b/>
          <w:i w:val="0"/>
          <w:color w:val="000000"/>
          <w:sz w:val="24"/>
          <w:rtl/>
          <w:szCs w:val="32"/>
        </w:rPr>
        <w:t>יוד הא ואו הא</w:t>
      </w:r>
      <w:r>
        <w:rPr>
          <w:rFonts w:ascii="Georgia" w:hAnsi="Georgia"/>
          <w:b w:val="0"/>
          <w:i w:val="0"/>
          <w:color w:val="000000"/>
          <w:sz w:val="24"/>
        </w:rPr>
        <w:t>).</w:t>
      </w:r>
    </w:p>
    <w:p>
      <w:pPr>
        <w:spacing w:before="40" w:after="120"/>
        <w:jc w:val="both"/>
      </w:pPr>
      <w:r>
        <w:rPr>
          <w:rFonts w:ascii="Georgia" w:hAnsi="Georgia"/>
          <w:b w:val="0"/>
          <w:i w:val="0"/>
          <w:color w:val="000000"/>
          <w:sz w:val="24"/>
        </w:rPr>
        <w:t>Уровень же БОН объясняется через удвоенное имя АВАЯ, что указывает на то, что весь его уровень высоты возникает не от силы ударного соединения в его собственном парцуфе, а от того, что он получает от имени АВАЯ с наполнением буквами алеф от ЗА; и потому в нем намекается лишь на два имени АВАЯ, вот так: йод-хэй-вав-хэй (</w:t>
      </w:r>
      <w:r>
        <w:rPr>
          <w:rFonts w:ascii="Georgia" w:hAnsi="Georgia" w:cs="Times New Roman"/>
          <w:b/>
          <w:i w:val="0"/>
          <w:color w:val="000000"/>
          <w:sz w:val="24"/>
          <w:rtl/>
          <w:szCs w:val="32"/>
        </w:rPr>
        <w:t>יוד הה וו הה</w:t>
      </w:r>
      <w:r>
        <w:rPr>
          <w:rFonts w:ascii="Georgia" w:hAnsi="Georgia"/>
          <w:b w:val="0"/>
          <w:i w:val="0"/>
          <w:color w:val="000000"/>
          <w:sz w:val="24"/>
        </w:rPr>
        <w:t>), то есть удвоенное АВАЯ: одно — его собственное, а другое — от ЗА.</w:t>
      </w:r>
    </w:p>
    <w:p>
      <w:pPr>
        <w:spacing w:before="40" w:after="120"/>
        <w:jc w:val="both"/>
      </w:pPr>
      <w:r>
        <w:rPr>
          <w:rFonts w:ascii="Georgia" w:hAnsi="Georgia"/>
          <w:b w:val="0"/>
          <w:i w:val="0"/>
          <w:color w:val="000000"/>
          <w:sz w:val="24"/>
        </w:rPr>
        <w:t>И это то, что он сказал в пункте 1: «Кетер де-Аба — это простое [имя]... и так же в Хохма де-Аба есть [наполнение] йод-хэй-вав-хэй (</w:t>
      </w:r>
      <w:r>
        <w:rPr>
          <w:rFonts w:ascii="Georgia" w:hAnsi="Georgia" w:cs="Times New Roman"/>
          <w:b/>
          <w:i w:val="0"/>
          <w:color w:val="000000"/>
          <w:sz w:val="24"/>
          <w:rtl/>
          <w:szCs w:val="32"/>
        </w:rPr>
        <w:t>יוד הי ויו הי</w:t>
      </w:r>
      <w:r>
        <w:rPr>
          <w:rFonts w:ascii="Georgia" w:hAnsi="Georgia"/>
          <w:b w:val="0"/>
          <w:i w:val="0"/>
          <w:color w:val="000000"/>
          <w:sz w:val="24"/>
        </w:rPr>
        <w:t>)... и САГ — в Бине, МА — в ЗА, а БОН — в Нукве», — до сих пор его слова. И здесь необходимо помнить объясненное в предыдущих ветвях: первый рош каждого парцуфа — это Кетер в нем, и он не присоединяется к строению парцуфа, поскольку в нем нет келим из числа тех, что относятся к этому парцуфу, обратись туда. И поэтому первый рош каждого парцуфа объясняется только простым именем АВАЯ без всякого наполнения, так как наполнение указывает на келим или на корни келим, как сказано выше.</w:t>
      </w:r>
    </w:p>
    <w:p>
      <w:pPr>
        <w:spacing w:before="40" w:after="120"/>
        <w:jc w:val="both"/>
      </w:pPr>
      <w:r>
        <w:rPr>
          <w:rFonts w:ascii="Georgia" w:hAnsi="Georgia"/>
          <w:b w:val="0"/>
          <w:i w:val="0"/>
          <w:color w:val="000000"/>
          <w:sz w:val="24"/>
        </w:rPr>
        <w:t>Все это не относится к первому рош, называемому Кетер; лишь уровень Хохма считается основой рош по тайне нижней хэй в эйнаим, и потому объясняется наполнением буквами йод.</w:t>
      </w:r>
    </w:p>
    <w:p>
      <w:pPr>
        <w:spacing w:before="40" w:after="120"/>
        <w:jc w:val="both"/>
      </w:pPr>
      <w:r>
        <w:rPr>
          <w:rFonts w:ascii="Georgia" w:hAnsi="Georgia"/>
          <w:b w:val="0"/>
          <w:i w:val="0"/>
          <w:color w:val="000000"/>
          <w:sz w:val="24"/>
        </w:rPr>
        <w:t>Второй же рош — это уровень Бина, который делится на две половины, и потому лишь в его буквах йод-хэй (</w:t>
      </w:r>
      <w:r>
        <w:rPr>
          <w:rFonts w:ascii="Georgia" w:hAnsi="Georgia" w:cs="Times New Roman"/>
          <w:b/>
          <w:i w:val="0"/>
          <w:color w:val="000000"/>
          <w:sz w:val="24"/>
          <w:rtl/>
          <w:szCs w:val="32"/>
        </w:rPr>
        <w:t>י״ה</w:t>
      </w:r>
      <w:r>
        <w:rPr>
          <w:rFonts w:ascii="Georgia" w:hAnsi="Georgia"/>
          <w:b w:val="0"/>
          <w:i w:val="0"/>
          <w:color w:val="000000"/>
          <w:sz w:val="24"/>
        </w:rPr>
        <w:t>) есть наполнение буквами йод; имя же АВАЯ де-МА находится в ЗА — это наполнение буквами алеф; а АВАЯ де-БОН в Нукве — удвоенное АВАЯ, как сказано выше. А процесс очищения экрана, произошедший в каждом теле из пяти парцуфим АК, который выше, в ветви 7, в словах Учителя назван уходом светов всего первого распространения от пэ де-рош и ниже (как подробно описано выше в «Паним Масбирот», в ветви 9), что является обязательным законом для всех нижних парцуфим, как говорилось в предыдущих ветвях, — здесь именуется светом ахораим.</w:t>
      </w:r>
    </w:p>
    <w:p>
      <w:pPr>
        <w:spacing w:before="40" w:after="120"/>
        <w:jc w:val="both"/>
      </w:pPr>
      <w:r>
        <w:rPr>
          <w:rFonts w:ascii="Georgia" w:hAnsi="Georgia"/>
          <w:b w:val="0"/>
          <w:i w:val="0"/>
          <w:color w:val="000000"/>
          <w:sz w:val="24"/>
        </w:rPr>
        <w:t>И хотя в АК не было ухода света в головах, поскольку это происходило только в телах от пэ де-рош и ниже, однако начиная со Второго сокращения (ЦБ) в АК и далее, где происходил подъем МАН к эйнаим де-рош, из этого следует, что очищение экрана — событие, относящееся к телу, — вызывает также уход светов и в рош, как писал Учитель в ветви 22, пункт 2, со слов «И во время...». И потому отныне и далее уход первого распространения рассматривается также и в рош каждого парцуфа. И это то, что он сказал: «И так же в ахораим, которые представляют собой: [букву] йод, йод-хэй, йод-хэй-вав, йод-хэй-вав-хэй».</w:t>
      </w:r>
    </w:p>
    <w:p>
      <w:pPr>
        <w:spacing w:before="40" w:after="120"/>
        <w:jc w:val="both"/>
      </w:pPr>
      <w:r>
        <w:rPr>
          <w:rFonts w:ascii="Georgia" w:hAnsi="Georgia"/>
          <w:b w:val="0"/>
          <w:i w:val="0"/>
          <w:color w:val="000000"/>
          <w:sz w:val="24"/>
        </w:rPr>
        <w:t>Ведь то очищение экрана и уход светов по порядку ступеней, которые были объяснены выше в «Паним Масбирот», в ветви 3, обратись туда, — представляющие собой четыре уровня, один ниже другого, пока свет не удалится полностью и не соединится со своим Источником (то есть экран очищается до стадии корня, как сказано там), — объясняются здесь через тайну букв имени АВАЯ в квадрате (рибуа).</w:t>
      </w:r>
    </w:p>
    <w:p>
      <w:pPr>
        <w:spacing w:before="40" w:after="120"/>
        <w:jc w:val="both"/>
      </w:pPr>
      <w:r>
        <w:rPr>
          <w:rFonts w:ascii="Georgia" w:hAnsi="Georgia"/>
          <w:b w:val="0"/>
          <w:i w:val="0"/>
          <w:color w:val="000000"/>
          <w:sz w:val="24"/>
        </w:rPr>
        <w:t>Ибо первое распространение рош, называемое Кетер, как тебе уже известно, обозначается четырьмя буквами АВАЯ, как сказано выше. Затем, когда экран очищается до уровня АБ, оно обозначается тремя буквами: йод-хэй-вав (</w:t>
      </w:r>
      <w:r>
        <w:rPr>
          <w:rFonts w:ascii="Georgia" w:hAnsi="Georgia" w:cs="Times New Roman"/>
          <w:b/>
          <w:i w:val="0"/>
          <w:color w:val="000000"/>
          <w:sz w:val="24"/>
          <w:rtl/>
          <w:szCs w:val="32"/>
        </w:rPr>
        <w:t>יהו</w:t>
      </w:r>
      <w:r>
        <w:rPr>
          <w:rFonts w:ascii="Georgia" w:hAnsi="Georgia"/>
          <w:b w:val="0"/>
          <w:i w:val="0"/>
          <w:color w:val="000000"/>
          <w:sz w:val="24"/>
        </w:rPr>
        <w:t>); затем, когда очищается до уровня САГ, — двумя буквами: йод-хэй (</w:t>
      </w:r>
      <w:r>
        <w:rPr>
          <w:rFonts w:ascii="Georgia" w:hAnsi="Georgia" w:cs="Times New Roman"/>
          <w:b/>
          <w:i w:val="0"/>
          <w:color w:val="000000"/>
          <w:sz w:val="24"/>
          <w:rtl/>
          <w:szCs w:val="32"/>
        </w:rPr>
        <w:t>י״ה</w:t>
      </w:r>
      <w:r>
        <w:rPr>
          <w:rFonts w:ascii="Georgia" w:hAnsi="Georgia"/>
          <w:b w:val="0"/>
          <w:i w:val="0"/>
          <w:color w:val="000000"/>
          <w:sz w:val="24"/>
        </w:rPr>
        <w:t>); а затем, когда очищается до уровня ЗА, — одной буквой: йод (</w:t>
      </w:r>
      <w:r>
        <w:rPr>
          <w:rFonts w:ascii="Georgia" w:hAnsi="Georgia" w:cs="Times New Roman"/>
          <w:b/>
          <w:i w:val="0"/>
          <w:color w:val="000000"/>
          <w:sz w:val="24"/>
          <w:rtl/>
          <w:szCs w:val="32"/>
        </w:rPr>
        <w:t>י</w:t>
      </w:r>
      <w:r>
        <w:rPr>
          <w:rFonts w:ascii="Georgia" w:hAnsi="Georgia"/>
          <w:b w:val="0"/>
          <w:i w:val="0"/>
          <w:color w:val="000000"/>
          <w:sz w:val="24"/>
        </w:rPr>
        <w:t>). Как писал Учитель в ветви 13, пункт 4, со слов «Также...», объясняя свет ахораим Имени ЭЛОКИМ, и вот его слова: «Это такой квадрат: алеф, алеф-ламэд, алеф-ламэд-хэй, алеф-ламэд-хэй-йод, алеф-ламэд-хэй-йод-мэм (</w:t>
      </w:r>
      <w:r>
        <w:rPr>
          <w:rFonts w:ascii="Georgia" w:hAnsi="Georgia" w:cs="Times New Roman"/>
          <w:b/>
          <w:i w:val="0"/>
          <w:color w:val="000000"/>
          <w:sz w:val="24"/>
          <w:rtl/>
          <w:szCs w:val="32"/>
        </w:rPr>
        <w:t>א׳ אל׳ אלה׳ אלהי׳ אלהים</w:t>
      </w:r>
      <w:r>
        <w:rPr>
          <w:rFonts w:ascii="Georgia" w:hAnsi="Georgia"/>
          <w:b w:val="0"/>
          <w:i w:val="0"/>
          <w:color w:val="000000"/>
          <w:sz w:val="24"/>
        </w:rPr>
        <w:t>), где буквы всегда соединены, показывая, что они поднимаются и соединяются друг с другом, пока не соединятся со своим корнем и Источником», — обратись туда. Посмотри также в «Паним Масбирот», в ветви 3, и здесь незачем распространяться об этом дольше.</w:t>
      </w:r>
    </w:p>
    <w:p>
      <w:pPr>
        <w:spacing w:before="40" w:after="120"/>
        <w:jc w:val="both"/>
      </w:pPr>
      <w:r>
        <w:rPr>
          <w:rFonts w:ascii="Georgia" w:hAnsi="Georgia"/>
          <w:b w:val="0"/>
          <w:i w:val="0"/>
          <w:color w:val="000000"/>
          <w:sz w:val="24"/>
        </w:rPr>
        <w:t>Итак, был объяснен свет ахораим, действующий в рош, называемом Кетер; и точно так же пойми для остальных ступеней — Хохмы, Бины и ЗОН.</w:t>
      </w:r>
    </w:p>
    <w:p>
      <w:pPr>
        <w:spacing w:before="40" w:after="120"/>
        <w:jc w:val="both"/>
      </w:pPr>
      <w:r>
        <w:rPr>
          <w:rFonts w:ascii="Georgia" w:hAnsi="Georgia"/>
          <w:b w:val="0"/>
          <w:i w:val="0"/>
          <w:color w:val="000000"/>
          <w:sz w:val="24"/>
        </w:rPr>
        <w:t>Таким образом, свет паним каждой ступени обозначается буквами имени АВАЯ по порядку либо именем АВАЯ в своем полном наполнении по порядку; а свет ахораим каждой ступени обозначается квадратом, ведь тогда буквы разделяются и соединяются согласно тому уровню высоты, который возникает в парцуфе в уменьшении по причине очищения экрана: сначала он уменьшается до уровня Хохма, и соединяются только три буквы: йод-хэй-вав (</w:t>
      </w:r>
      <w:r>
        <w:rPr>
          <w:rFonts w:ascii="Georgia" w:hAnsi="Georgia" w:cs="Times New Roman"/>
          <w:b/>
          <w:i w:val="0"/>
          <w:color w:val="000000"/>
          <w:sz w:val="24"/>
          <w:rtl/>
          <w:szCs w:val="32"/>
        </w:rPr>
        <w:t>יה״ו</w:t>
      </w:r>
      <w:r>
        <w:rPr>
          <w:rFonts w:ascii="Georgia" w:hAnsi="Georgia"/>
          <w:b w:val="0"/>
          <w:i w:val="0"/>
          <w:color w:val="000000"/>
          <w:sz w:val="24"/>
        </w:rPr>
        <w:t>), или йод-хэй-вав (</w:t>
      </w:r>
      <w:r>
        <w:rPr>
          <w:rFonts w:ascii="Georgia" w:hAnsi="Georgia" w:cs="Times New Roman"/>
          <w:b/>
          <w:i w:val="0"/>
          <w:color w:val="000000"/>
          <w:sz w:val="24"/>
          <w:rtl/>
          <w:szCs w:val="32"/>
        </w:rPr>
        <w:t>יוד הי ויו</w:t>
      </w:r>
      <w:r>
        <w:rPr>
          <w:rFonts w:ascii="Georgia" w:hAnsi="Georgia"/>
          <w:b w:val="0"/>
          <w:i w:val="0"/>
          <w:color w:val="000000"/>
          <w:sz w:val="24"/>
        </w:rPr>
        <w:t>); а затем, когда он уменьшается до уровня Бина, соединяются только две буквы: йод-хэй (</w:t>
      </w:r>
      <w:r>
        <w:rPr>
          <w:rFonts w:ascii="Georgia" w:hAnsi="Georgia" w:cs="Times New Roman"/>
          <w:b/>
          <w:i w:val="0"/>
          <w:color w:val="000000"/>
          <w:sz w:val="24"/>
          <w:rtl/>
          <w:szCs w:val="32"/>
        </w:rPr>
        <w:t>י״ה</w:t>
      </w:r>
      <w:r>
        <w:rPr>
          <w:rFonts w:ascii="Georgia" w:hAnsi="Georgia"/>
          <w:b w:val="0"/>
          <w:i w:val="0"/>
          <w:color w:val="000000"/>
          <w:sz w:val="24"/>
        </w:rPr>
        <w:t>), или йод-хэй (</w:t>
      </w:r>
      <w:r>
        <w:rPr>
          <w:rFonts w:ascii="Georgia" w:hAnsi="Georgia" w:cs="Times New Roman"/>
          <w:b/>
          <w:i w:val="0"/>
          <w:color w:val="000000"/>
          <w:sz w:val="24"/>
          <w:rtl/>
          <w:szCs w:val="32"/>
        </w:rPr>
        <w:t>יוד ה״י</w:t>
      </w:r>
      <w:r>
        <w:rPr>
          <w:rFonts w:ascii="Georgia" w:hAnsi="Georgia"/>
          <w:b w:val="0"/>
          <w:i w:val="0"/>
          <w:color w:val="000000"/>
          <w:sz w:val="24"/>
        </w:rPr>
        <w:t>), и так далее... ...подобно тому, как объяснялось выше, пока этот свет не скроется полностью в своем Источнике.</w:t>
      </w:r>
    </w:p>
    <w:p>
      <w:pPr>
        <w:spacing w:before="40" w:after="120"/>
        <w:jc w:val="both"/>
      </w:pPr>
      <w:r>
        <w:rPr>
          <w:rFonts w:ascii="Georgia" w:hAnsi="Georgia"/>
          <w:b w:val="0"/>
          <w:i w:val="0"/>
          <w:color w:val="000000"/>
          <w:sz w:val="24"/>
        </w:rPr>
        <w:t>И нам следует различать также в свойстве самого экрана все эти вышеупомянутые градации, о которых мы говорили выше применительно к светам: то есть пять уровней — Кетер, Хохма, Бина и ЗОН в свете паним, а также процесс ухода света, происходящий на каждой из этих пяти ступеней, когда он уходит также по уровням Хохмы, Бины и ЗОН, пока не скроется.</w:t>
      </w:r>
    </w:p>
    <w:p>
      <w:pPr>
        <w:spacing w:before="40" w:after="120"/>
        <w:jc w:val="both"/>
      </w:pPr>
      <w:r>
        <w:rPr>
          <w:rFonts w:ascii="Georgia" w:hAnsi="Georgia"/>
          <w:b w:val="0"/>
          <w:i w:val="0"/>
          <w:color w:val="000000"/>
          <w:sz w:val="24"/>
        </w:rPr>
        <w:t>И так как все эти различия проистекают и исходят исключительно по причине экрана, то есть по мере его очищения, мы должны обозначить и назвать все эти уровни в самом экране, который называется Малхут.</w:t>
      </w:r>
    </w:p>
    <w:p>
      <w:pPr>
        <w:spacing w:before="40" w:after="120"/>
        <w:jc w:val="both"/>
      </w:pPr>
      <w:r>
        <w:rPr>
          <w:rFonts w:ascii="Georgia" w:hAnsi="Georgia"/>
          <w:b w:val="0"/>
          <w:i w:val="0"/>
          <w:color w:val="000000"/>
          <w:sz w:val="24"/>
        </w:rPr>
        <w:t>Это выражается через числовой подсчет букв соответствующей ступени: ведь когда мы хотим говорить именно о пяти свойствах в экране, служащем для пяти вышеупомянутых уровней света паним, мы называем их пятью подсчетами: 26, 72 (АБ), 63 (САГ), 45 (МА) и 52 (БОН) — то есть гематрией букв соответствующей ступени.</w:t>
      </w:r>
    </w:p>
    <w:p>
      <w:pPr>
        <w:spacing w:before="40" w:after="120"/>
        <w:jc w:val="both"/>
      </w:pPr>
      <w:r>
        <w:rPr>
          <w:rFonts w:ascii="Georgia" w:hAnsi="Georgia"/>
          <w:b w:val="0"/>
          <w:i w:val="0"/>
          <w:color w:val="000000"/>
          <w:sz w:val="24"/>
        </w:rPr>
        <w:t>И точно так же четыре уровня, действующие в порядке ухода света каждой ступени из пяти уровней света паним, мы также обозначаем гематрией этих букв: свет ахораим де-Кетер обозначается подсчетом 72 (АБ), а свет ахораим де-Хохма обозначается числом 184 (</w:t>
      </w:r>
      <w:r>
        <w:rPr>
          <w:rFonts w:ascii="Georgia" w:hAnsi="Georgia" w:cs="Times New Roman"/>
          <w:b/>
          <w:i w:val="0"/>
          <w:color w:val="000000"/>
          <w:sz w:val="24"/>
          <w:rtl/>
          <w:szCs w:val="32"/>
        </w:rPr>
        <w:t>קפ״ד</w:t>
      </w:r>
      <w:r>
        <w:rPr>
          <w:rFonts w:ascii="Georgia" w:hAnsi="Georgia"/>
          <w:b w:val="0"/>
          <w:i w:val="0"/>
          <w:color w:val="000000"/>
          <w:sz w:val="24"/>
        </w:rPr>
        <w:t>), и так далее по этому образцу, как пишет здесь Учитель.</w:t>
      </w:r>
    </w:p>
    <w:p>
      <w:pPr>
        <w:spacing w:before="40" w:after="120"/>
        <w:jc w:val="both"/>
      </w:pPr>
      <w:r>
        <w:rPr>
          <w:rFonts w:ascii="Georgia" w:hAnsi="Georgia"/>
          <w:b w:val="0"/>
          <w:i w:val="0"/>
          <w:color w:val="000000"/>
          <w:sz w:val="24"/>
        </w:rPr>
        <w:t xml:space="preserve">2) </w:t>
      </w:r>
      <w:r>
        <w:rPr>
          <w:rFonts w:ascii="Georgia" w:hAnsi="Georgia"/>
          <w:b/>
          <w:i w:val="0"/>
          <w:color w:val="000000"/>
          <w:sz w:val="24"/>
        </w:rPr>
        <w:t>«Однако знай, что в ГАР, имеющихся в каждом из них, есть тайна 42 букв: простое [имя], наполнение и наполнение наполнения... а затем в ЗАТ, что в нем, — это тоже лишь одно [имя] АВАЯ с наполнением буквами йод...»</w:t>
      </w:r>
      <w:r>
        <w:rPr>
          <w:rFonts w:ascii="Georgia" w:hAnsi="Georgia"/>
          <w:b w:val="0"/>
          <w:i w:val="0"/>
          <w:color w:val="000000"/>
          <w:sz w:val="24"/>
        </w:rPr>
        <w:t xml:space="preserve"> —</w:t>
      </w:r>
    </w:p>
    <w:p>
      <w:pPr>
        <w:spacing w:before="40" w:after="120"/>
        <w:jc w:val="both"/>
      </w:pPr>
      <w:r>
        <w:rPr>
          <w:rFonts w:ascii="Georgia" w:hAnsi="Georgia"/>
          <w:b w:val="0"/>
          <w:i w:val="0"/>
          <w:color w:val="000000"/>
          <w:sz w:val="24"/>
        </w:rPr>
        <w:t>И это подобно тому, как объяснялось в предыдущем комментарии (на листе 897, со слов «Однако...») через названия сфирот и парцуфим, обратись туда: всякий нижний парцуф восполняет недостаток, возникший в высшем парцуфе; и первые три парцуфа — парцуф Кетер, парцуф АБ и парцуф САГ до общего табура — рассматриваются сами по себе, поскольку и парцуф САГ относится к восполнению недостатка Кетера, обратись туда.</w:t>
      </w:r>
    </w:p>
    <w:p>
      <w:pPr>
        <w:spacing w:before="40" w:after="120"/>
        <w:jc w:val="both"/>
      </w:pPr>
      <w:r>
        <w:rPr>
          <w:rFonts w:ascii="Georgia" w:hAnsi="Georgia"/>
          <w:b w:val="0"/>
          <w:i w:val="0"/>
          <w:color w:val="000000"/>
          <w:sz w:val="24"/>
        </w:rPr>
        <w:t>И потому обозначения имен АВАЯ также намекают в одном аспекте на Имя из 42 букв: простое, наполнение и наполнение наполнения.</w:t>
      </w:r>
    </w:p>
    <w:p>
      <w:pPr>
        <w:spacing w:before="40" w:after="120"/>
        <w:jc w:val="both"/>
      </w:pPr>
      <w:r>
        <w:rPr>
          <w:rFonts w:ascii="Georgia" w:hAnsi="Georgia"/>
          <w:b w:val="0"/>
          <w:i w:val="0"/>
          <w:color w:val="000000"/>
          <w:sz w:val="24"/>
        </w:rPr>
        <w:t>Однако от табура общего парцуфа и ниже свечение САГ не может распространяться, поскольку оно оборвалось на табуре, как писал Учитель в ветви 15, пункт 6, со слов... «Однако...» — что свет САГ, прежде распространявшийся от табура и ниже в АК, больше не опускался, а остался там, выше табура, обратись туда.</w:t>
      </w:r>
    </w:p>
    <w:p>
      <w:pPr>
        <w:spacing w:before="40" w:after="120"/>
        <w:jc w:val="both"/>
      </w:pPr>
      <w:r>
        <w:rPr>
          <w:rFonts w:ascii="Georgia" w:hAnsi="Georgia"/>
          <w:b w:val="0"/>
          <w:i w:val="0"/>
          <w:color w:val="000000"/>
          <w:sz w:val="24"/>
        </w:rPr>
        <w:t>И потому от табура и ниже вышел парцуф МА и БОН, чтобы завершить и восполнить недостаток внутреннего парцуфа на том месте, которое простирается от табура и ниже до окончания его ног (сиюм раглин).</w:t>
      </w:r>
    </w:p>
    <w:p>
      <w:pPr>
        <w:spacing w:before="40" w:after="120"/>
        <w:jc w:val="both"/>
      </w:pPr>
      <w:r>
        <w:rPr>
          <w:rFonts w:ascii="Georgia" w:hAnsi="Georgia"/>
          <w:b w:val="0"/>
          <w:i w:val="0"/>
          <w:color w:val="000000"/>
          <w:sz w:val="24"/>
        </w:rPr>
        <w:t>И это то, что он сказал: «А затем в ЗАТ, что в нем, — это тоже лишь одно [имя] АВАЯ с наполнением буквами йод», — до сих пор его слова.</w:t>
      </w:r>
    </w:p>
    <w:p>
      <w:pPr>
        <w:spacing w:before="40" w:after="120"/>
        <w:jc w:val="both"/>
      </w:pPr>
      <w:r>
        <w:rPr>
          <w:rFonts w:ascii="Georgia" w:hAnsi="Georgia"/>
          <w:b w:val="0"/>
          <w:i w:val="0"/>
          <w:color w:val="000000"/>
          <w:sz w:val="24"/>
        </w:rPr>
        <w:t>То есть оно не считается наполнением наполнения парцуфа САГ (ведь САГ уже завершился и оборвался выше табура, как сказано выше), но полностью считается наполнением одного лишь парцуфа Кетер. И потому ЗАТ де-Хохма, представляющие собой ЗОН де-Хохма, восполняющие то место, что находится ниже табура парцуфа Кетер, который в Хохме, — поскольку высшие парцуфим, то есть АБ и САГ де-Хохма, уже завершились и оборвались выше табура общего парцуфа Хохма, — поэтому эти ЗАТ рассматриваются как одно самостоятельное полное [имя] АВАЯ, а не как наполнение наполнения от САГ де-Хохма.</w:t>
      </w:r>
    </w:p>
    <w:p>
      <w:pPr>
        <w:spacing w:before="40" w:after="120"/>
        <w:jc w:val="both"/>
      </w:pPr>
      <w:r>
        <w:rPr>
          <w:rFonts w:ascii="Georgia" w:hAnsi="Georgia"/>
          <w:b w:val="0"/>
          <w:i w:val="0"/>
          <w:color w:val="000000"/>
          <w:sz w:val="24"/>
        </w:rPr>
        <w:t>И потому в них есть наполнение буквами йод, подобно АБ де-Хохма, находящемуся выше табура, — то есть лишь десять букв, а не наполнение наполнения наполнения, представляющее собой наполнение из 28 букв парцуфа САГ, — и пойми это как следует!</w:t>
      </w:r>
    </w:p>
    <w:p>
      <w:pPr>
        <w:spacing w:before="40" w:after="120"/>
        <w:jc w:val="both"/>
      </w:pPr>
      <w:r>
        <w:rPr>
          <w:rFonts w:ascii="Georgia" w:hAnsi="Georgia"/>
          <w:b w:val="0"/>
          <w:i w:val="0"/>
          <w:color w:val="000000"/>
          <w:sz w:val="24"/>
        </w:rPr>
        <w:t>Ведь оно в точности равно АБ де-Хохма: как АБ де-Хохма является первым наполнением внутреннего парцуфа, то есть Кетера, так и ЗАТ де-Хохма также являются первым наполнением внутреннего парцуфа, и между ними нет никакой разницы, кроме того, что АБ облачает парцуф Кетер выше табура, а ЗАТ де-Хохма облачают парцуф Кетер ниже табура, как разъяснено.</w:t>
      </w:r>
    </w:p>
    <w:p>
      <w:pPr>
        <w:spacing w:before="40" w:after="120"/>
        <w:jc w:val="both"/>
      </w:pPr>
      <w:r>
        <w:rPr>
          <w:rFonts w:ascii="Georgia" w:hAnsi="Georgia"/>
          <w:b w:val="0"/>
          <w:i w:val="0"/>
          <w:color w:val="000000"/>
          <w:sz w:val="24"/>
        </w:rPr>
        <w:t>А вопрос четырех ножек Престола и Того, Кто восседает на Престоле, уже объяснялся выше в «Паним Масбирот», в ветви 16, обратись туда.</w:t>
      </w:r>
    </w:p>
    <w:p>
      <w:r>
        <w:br w:type="page"/>
      </w:r>
    </w:p>
    <w:p>
      <w:pPr>
        <w:keepNext/>
        <w:spacing w:before="360" w:after="160"/>
        <w:jc w:val="center"/>
      </w:pPr>
      <w:r>
        <w:rPr>
          <w:rFonts w:ascii="Georgia" w:hAnsi="Georgia"/>
          <w:b w:val="0"/>
          <w:i w:val="0"/>
          <w:color w:val="000000"/>
          <w:sz w:val="40"/>
        </w:rPr>
        <w:t>Ветвь 78</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Знай, что есть несколько ступеней [в соотношении] паним (лицевой стороны) и ахораим (обратной стороны), и они выражаются простыми Именами и их наполнениями (милуй). Поэтому разберем ступени Аба ве-Има, а по ним ты сможешь судить обо всех остальных.</w:t>
      </w:r>
    </w:p>
    <w:p>
      <w:pPr>
        <w:spacing w:before="40" w:after="120"/>
        <w:jc w:val="both"/>
      </w:pPr>
      <w:r>
        <w:rPr>
          <w:rFonts w:ascii="Georgia" w:hAnsi="Georgia"/>
          <w:b w:val="0"/>
          <w:i w:val="0"/>
          <w:color w:val="000000"/>
          <w:sz w:val="24"/>
        </w:rPr>
        <w:t>Итак, Кетер де-Аба — это простое [Имя] АВАЯ, а Кетер де-Има — простое [Имя] ЭЙЕ, и это их лицевая сторона (паним).</w:t>
      </w:r>
    </w:p>
    <w:p>
      <w:pPr>
        <w:spacing w:before="40" w:after="120"/>
        <w:jc w:val="both"/>
      </w:pPr>
      <w:r>
        <w:rPr>
          <w:rFonts w:ascii="Georgia" w:hAnsi="Georgia"/>
          <w:b w:val="0"/>
          <w:i w:val="0"/>
          <w:color w:val="000000"/>
          <w:sz w:val="24"/>
        </w:rPr>
        <w:t>Их же обратная сторона (ахораим) представляет собой десять букв:</w:t>
      </w:r>
    </w:p>
    <w:p>
      <w:pPr>
        <w:spacing w:before="40" w:after="120"/>
        <w:jc w:val="both"/>
      </w:pPr>
      <w:r>
        <w:rPr>
          <w:rFonts w:ascii="Georgia" w:hAnsi="Georgia"/>
          <w:b w:val="0"/>
          <w:i w:val="0"/>
          <w:color w:val="000000"/>
          <w:sz w:val="24"/>
        </w:rPr>
        <w:t>буква йод (</w:t>
      </w:r>
      <w:r>
        <w:rPr>
          <w:rFonts w:ascii="Georgia" w:hAnsi="Georgia" w:cs="Times New Roman"/>
          <w:b/>
          <w:i w:val="0"/>
          <w:color w:val="000000"/>
          <w:sz w:val="24"/>
          <w:rtl/>
          <w:szCs w:val="32"/>
        </w:rPr>
        <w:t>י</w:t>
      </w:r>
      <w:r>
        <w:rPr>
          <w:rFonts w:ascii="Georgia" w:hAnsi="Georgia"/>
          <w:b w:val="0"/>
          <w:i w:val="0"/>
          <w:color w:val="000000"/>
          <w:sz w:val="24"/>
        </w:rPr>
        <w:t>); йод, хэй (</w:t>
      </w:r>
      <w:r>
        <w:rPr>
          <w:rFonts w:ascii="Georgia" w:hAnsi="Georgia" w:cs="Times New Roman"/>
          <w:b/>
          <w:i w:val="0"/>
          <w:color w:val="000000"/>
          <w:sz w:val="24"/>
          <w:rtl/>
          <w:szCs w:val="32"/>
        </w:rPr>
        <w:t>י״ה</w:t>
      </w:r>
      <w:r>
        <w:rPr>
          <w:rFonts w:ascii="Georgia" w:hAnsi="Georgia"/>
          <w:b w:val="0"/>
          <w:i w:val="0"/>
          <w:color w:val="000000"/>
          <w:sz w:val="24"/>
        </w:rPr>
        <w:t>); йод, хэй, вав (</w:t>
      </w:r>
      <w:r>
        <w:rPr>
          <w:rFonts w:ascii="Georgia" w:hAnsi="Georgia" w:cs="Times New Roman"/>
          <w:b/>
          <w:i w:val="0"/>
          <w:color w:val="000000"/>
          <w:sz w:val="24"/>
          <w:rtl/>
          <w:szCs w:val="32"/>
        </w:rPr>
        <w:t>יה״ו</w:t>
      </w:r>
      <w:r>
        <w:rPr>
          <w:rFonts w:ascii="Georgia" w:hAnsi="Georgia"/>
          <w:b w:val="0"/>
          <w:i w:val="0"/>
          <w:color w:val="000000"/>
          <w:sz w:val="24"/>
        </w:rPr>
        <w:t>); йод, хэй, вав, хэй (</w:t>
      </w:r>
      <w:r>
        <w:rPr>
          <w:rFonts w:ascii="Georgia" w:hAnsi="Georgia" w:cs="Times New Roman"/>
          <w:b/>
          <w:i w:val="0"/>
          <w:color w:val="000000"/>
          <w:sz w:val="24"/>
          <w:rtl/>
          <w:szCs w:val="32"/>
        </w:rPr>
        <w:t>יהו״ה</w:t>
      </w:r>
      <w:r>
        <w:rPr>
          <w:rFonts w:ascii="Georgia" w:hAnsi="Georgia"/>
          <w:b w:val="0"/>
          <w:i w:val="0"/>
          <w:color w:val="000000"/>
          <w:sz w:val="24"/>
        </w:rPr>
        <w:t>) — это ахораим Кетера де-Аба;</w:t>
      </w:r>
    </w:p>
    <w:p>
      <w:pPr>
        <w:spacing w:before="40" w:after="120"/>
        <w:jc w:val="both"/>
      </w:pPr>
      <w:r>
        <w:rPr>
          <w:rFonts w:ascii="Georgia" w:hAnsi="Georgia"/>
          <w:b w:val="0"/>
          <w:i w:val="0"/>
          <w:color w:val="000000"/>
          <w:sz w:val="24"/>
        </w:rPr>
        <w:t>буква алеф (</w:t>
      </w:r>
      <w:r>
        <w:rPr>
          <w:rFonts w:ascii="Georgia" w:hAnsi="Georgia" w:cs="Times New Roman"/>
          <w:b/>
          <w:i w:val="0"/>
          <w:color w:val="000000"/>
          <w:sz w:val="24"/>
          <w:rtl/>
          <w:szCs w:val="32"/>
        </w:rPr>
        <w:t>א</w:t>
      </w:r>
      <w:r>
        <w:rPr>
          <w:rFonts w:ascii="Georgia" w:hAnsi="Georgia"/>
          <w:b w:val="0"/>
          <w:i w:val="0"/>
          <w:color w:val="000000"/>
          <w:sz w:val="24"/>
        </w:rPr>
        <w:t>); алеф, хэй (</w:t>
      </w:r>
      <w:r>
        <w:rPr>
          <w:rFonts w:ascii="Georgia" w:hAnsi="Georgia" w:cs="Times New Roman"/>
          <w:b/>
          <w:i w:val="0"/>
          <w:color w:val="000000"/>
          <w:sz w:val="24"/>
          <w:rtl/>
          <w:szCs w:val="32"/>
        </w:rPr>
        <w:t>א״ה</w:t>
      </w:r>
      <w:r>
        <w:rPr>
          <w:rFonts w:ascii="Georgia" w:hAnsi="Georgia"/>
          <w:b w:val="0"/>
          <w:i w:val="0"/>
          <w:color w:val="000000"/>
          <w:sz w:val="24"/>
        </w:rPr>
        <w:t>); алеф, хэй, йод (</w:t>
      </w:r>
      <w:r>
        <w:rPr>
          <w:rFonts w:ascii="Georgia" w:hAnsi="Georgia" w:cs="Times New Roman"/>
          <w:b/>
          <w:i w:val="0"/>
          <w:color w:val="000000"/>
          <w:sz w:val="24"/>
          <w:rtl/>
          <w:szCs w:val="32"/>
        </w:rPr>
        <w:t>אה״י</w:t>
      </w:r>
      <w:r>
        <w:rPr>
          <w:rFonts w:ascii="Georgia" w:hAnsi="Georgia"/>
          <w:b w:val="0"/>
          <w:i w:val="0"/>
          <w:color w:val="000000"/>
          <w:sz w:val="24"/>
        </w:rPr>
        <w:t>); алеф, хэй, йод, хэй (</w:t>
      </w:r>
      <w:r>
        <w:rPr>
          <w:rFonts w:ascii="Georgia" w:hAnsi="Georgia" w:cs="Times New Roman"/>
          <w:b/>
          <w:i w:val="0"/>
          <w:color w:val="000000"/>
          <w:sz w:val="24"/>
          <w:rtl/>
          <w:szCs w:val="32"/>
        </w:rPr>
        <w:t>אהי״ה</w:t>
      </w:r>
      <w:r>
        <w:rPr>
          <w:rFonts w:ascii="Georgia" w:hAnsi="Georgia"/>
          <w:b w:val="0"/>
          <w:i w:val="0"/>
          <w:color w:val="000000"/>
          <w:sz w:val="24"/>
        </w:rPr>
        <w:t>) — это ахораим Кетера де-Има.</w:t>
      </w:r>
    </w:p>
    <w:p>
      <w:pPr>
        <w:spacing w:before="40" w:after="120"/>
        <w:jc w:val="both"/>
      </w:pPr>
      <w:r>
        <w:rPr>
          <w:rFonts w:ascii="Georgia" w:hAnsi="Georgia"/>
          <w:b w:val="0"/>
          <w:i w:val="0"/>
          <w:color w:val="000000"/>
          <w:sz w:val="24"/>
        </w:rPr>
        <w:t>И все это относится к девяти [первым] сфирот Кетера де-Аба ве-Има.</w:t>
      </w:r>
    </w:p>
    <w:p>
      <w:pPr>
        <w:spacing w:before="40" w:after="120"/>
        <w:jc w:val="both"/>
      </w:pPr>
      <w:r>
        <w:rPr>
          <w:rFonts w:ascii="Georgia" w:hAnsi="Georgia"/>
          <w:b w:val="0"/>
          <w:i w:val="0"/>
          <w:color w:val="000000"/>
          <w:sz w:val="24"/>
        </w:rPr>
        <w:t>2) Малхут же Кетера де-Аба представляет собой числовое значение, то есть числовое значение четырех букв простого [Имени] АВАЯ, которое равно 26 (</w:t>
      </w:r>
      <w:r>
        <w:rPr>
          <w:rFonts w:ascii="Georgia" w:hAnsi="Georgia" w:cs="Times New Roman"/>
          <w:b/>
          <w:i w:val="0"/>
          <w:color w:val="000000"/>
          <w:sz w:val="24"/>
          <w:rtl/>
          <w:szCs w:val="32"/>
        </w:rPr>
        <w:t>כ״ו</w:t>
      </w:r>
      <w:r>
        <w:rPr>
          <w:rFonts w:ascii="Georgia" w:hAnsi="Georgia"/>
          <w:b w:val="0"/>
          <w:i w:val="0"/>
          <w:color w:val="000000"/>
          <w:sz w:val="24"/>
        </w:rPr>
        <w:t>). А Малхут Кетера де-Има — это числовое значение простого [Имени] ЭЙЕ, равное 21 (</w:t>
      </w:r>
      <w:r>
        <w:rPr>
          <w:rFonts w:ascii="Georgia" w:hAnsi="Georgia" w:cs="Times New Roman"/>
          <w:b/>
          <w:i w:val="0"/>
          <w:color w:val="000000"/>
          <w:sz w:val="24"/>
          <w:rtl/>
          <w:szCs w:val="32"/>
        </w:rPr>
        <w:t>כ״א</w:t>
      </w:r>
      <w:r>
        <w:rPr>
          <w:rFonts w:ascii="Georgia" w:hAnsi="Georgia"/>
          <w:b w:val="0"/>
          <w:i w:val="0"/>
          <w:color w:val="000000"/>
          <w:sz w:val="24"/>
        </w:rPr>
        <w:t>). И это — паним двух названных ступеней Малхут.</w:t>
      </w:r>
    </w:p>
    <w:p>
      <w:pPr>
        <w:spacing w:before="40" w:after="120"/>
        <w:jc w:val="both"/>
      </w:pPr>
      <w:r>
        <w:rPr>
          <w:rFonts w:ascii="Georgia" w:hAnsi="Georgia"/>
          <w:b w:val="0"/>
          <w:i w:val="0"/>
          <w:color w:val="000000"/>
          <w:sz w:val="24"/>
        </w:rPr>
        <w:t>А их ахораим таковы: ахораим Малхут Кетера де-Аба — это числовое значение десяти простых букв его ахораим, составляющее 72 (</w:t>
      </w:r>
      <w:r>
        <w:rPr>
          <w:rFonts w:ascii="Georgia" w:hAnsi="Georgia" w:cs="Times New Roman"/>
          <w:b/>
          <w:i w:val="0"/>
          <w:color w:val="000000"/>
          <w:sz w:val="24"/>
          <w:rtl/>
          <w:szCs w:val="32"/>
        </w:rPr>
        <w:t>ע״ב</w:t>
      </w:r>
      <w:r>
        <w:rPr>
          <w:rFonts w:ascii="Georgia" w:hAnsi="Georgia"/>
          <w:b w:val="0"/>
          <w:i w:val="0"/>
          <w:color w:val="000000"/>
          <w:sz w:val="24"/>
        </w:rPr>
        <w:t>). А ахораим Малхут Кетера де-Има — это числовое значение десяти букв ахораим [Имени] ЭЙЕ, составляющее 44 (</w:t>
      </w:r>
      <w:r>
        <w:rPr>
          <w:rFonts w:ascii="Georgia" w:hAnsi="Georgia" w:cs="Times New Roman"/>
          <w:b/>
          <w:i w:val="0"/>
          <w:color w:val="000000"/>
          <w:sz w:val="24"/>
          <w:rtl/>
          <w:szCs w:val="32"/>
        </w:rPr>
        <w:t>מ״ד</w:t>
      </w:r>
      <w:r>
        <w:rPr>
          <w:rFonts w:ascii="Georgia" w:hAnsi="Georgia"/>
          <w:b w:val="0"/>
          <w:i w:val="0"/>
          <w:color w:val="000000"/>
          <w:sz w:val="24"/>
        </w:rPr>
        <w:t>).</w:t>
      </w:r>
    </w:p>
    <w:p>
      <w:pPr>
        <w:spacing w:before="40" w:after="120"/>
        <w:jc w:val="both"/>
      </w:pPr>
      <w:r>
        <w:rPr>
          <w:rFonts w:ascii="Georgia" w:hAnsi="Georgia"/>
          <w:b w:val="0"/>
          <w:i w:val="0"/>
          <w:color w:val="000000"/>
          <w:sz w:val="24"/>
        </w:rPr>
        <w:t>3) Что касается Хохмы де-Аба, то девять ее первых сфирот со стороны паним — это десять букв наполнения, выглядящие так:</w:t>
      </w:r>
    </w:p>
    <w:p>
      <w:pPr>
        <w:spacing w:before="40" w:after="120"/>
        <w:jc w:val="both"/>
      </w:pPr>
      <w:r>
        <w:rPr>
          <w:rFonts w:ascii="Georgia" w:hAnsi="Georgia"/>
          <w:b w:val="0"/>
          <w:i w:val="0"/>
          <w:color w:val="000000"/>
          <w:sz w:val="24"/>
        </w:rPr>
        <w:t>йод (</w:t>
      </w:r>
      <w:r>
        <w:rPr>
          <w:rFonts w:ascii="Georgia" w:hAnsi="Georgia" w:cs="Times New Roman"/>
          <w:b/>
          <w:i w:val="0"/>
          <w:color w:val="000000"/>
          <w:sz w:val="24"/>
          <w:rtl/>
          <w:szCs w:val="32"/>
        </w:rPr>
        <w:t>יו״ד</w:t>
      </w:r>
      <w:r>
        <w:rPr>
          <w:rFonts w:ascii="Georgia" w:hAnsi="Georgia"/>
          <w:b w:val="0"/>
          <w:i w:val="0"/>
          <w:color w:val="000000"/>
          <w:sz w:val="24"/>
        </w:rPr>
        <w:t>), хэй (</w:t>
      </w:r>
      <w:r>
        <w:rPr>
          <w:rFonts w:ascii="Georgia" w:hAnsi="Georgia" w:cs="Times New Roman"/>
          <w:b/>
          <w:i w:val="0"/>
          <w:color w:val="000000"/>
          <w:sz w:val="24"/>
          <w:rtl/>
          <w:szCs w:val="32"/>
        </w:rPr>
        <w:t>ה״י</w:t>
      </w:r>
      <w:r>
        <w:rPr>
          <w:rFonts w:ascii="Georgia" w:hAnsi="Georgia"/>
          <w:b w:val="0"/>
          <w:i w:val="0"/>
          <w:color w:val="000000"/>
          <w:sz w:val="24"/>
        </w:rPr>
        <w:t>), вав (</w:t>
      </w:r>
      <w:r>
        <w:rPr>
          <w:rFonts w:ascii="Georgia" w:hAnsi="Georgia" w:cs="Times New Roman"/>
          <w:b/>
          <w:i w:val="0"/>
          <w:color w:val="000000"/>
          <w:sz w:val="24"/>
          <w:rtl/>
          <w:szCs w:val="32"/>
        </w:rPr>
        <w:t>וי״ו</w:t>
      </w:r>
      <w:r>
        <w:rPr>
          <w:rFonts w:ascii="Georgia" w:hAnsi="Georgia"/>
          <w:b w:val="0"/>
          <w:i w:val="0"/>
          <w:color w:val="000000"/>
          <w:sz w:val="24"/>
        </w:rPr>
        <w:t>), хэй (</w:t>
      </w:r>
      <w:r>
        <w:rPr>
          <w:rFonts w:ascii="Georgia" w:hAnsi="Georgia" w:cs="Times New Roman"/>
          <w:b/>
          <w:i w:val="0"/>
          <w:color w:val="000000"/>
          <w:sz w:val="24"/>
          <w:rtl/>
          <w:szCs w:val="32"/>
        </w:rPr>
        <w:t>ה״י</w:t>
      </w:r>
      <w:r>
        <w:rPr>
          <w:rFonts w:ascii="Georgia" w:hAnsi="Georgia"/>
          <w:b w:val="0"/>
          <w:i w:val="0"/>
          <w:color w:val="000000"/>
          <w:sz w:val="24"/>
        </w:rPr>
        <w:t>).</w:t>
      </w:r>
    </w:p>
    <w:p>
      <w:pPr>
        <w:spacing w:before="40" w:after="120"/>
        <w:jc w:val="both"/>
      </w:pPr>
      <w:r>
        <w:rPr>
          <w:rFonts w:ascii="Georgia" w:hAnsi="Georgia"/>
          <w:b w:val="0"/>
          <w:i w:val="0"/>
          <w:color w:val="000000"/>
          <w:sz w:val="24"/>
        </w:rPr>
        <w:t>Девять же первых [сфирот] Хохмы де-Има со стороны паним — это десять букв наполнения [Имени] ЭЙЕ, выглядящие так:</w:t>
      </w:r>
    </w:p>
    <w:p>
      <w:pPr>
        <w:spacing w:before="40" w:after="120"/>
        <w:jc w:val="both"/>
      </w:pPr>
      <w:r>
        <w:rPr>
          <w:rFonts w:ascii="Georgia" w:hAnsi="Georgia"/>
          <w:b w:val="0"/>
          <w:i w:val="0"/>
          <w:color w:val="000000"/>
          <w:sz w:val="24"/>
        </w:rPr>
        <w:t>алеф (</w:t>
      </w:r>
      <w:r>
        <w:rPr>
          <w:rFonts w:ascii="Georgia" w:hAnsi="Georgia" w:cs="Times New Roman"/>
          <w:b/>
          <w:i w:val="0"/>
          <w:color w:val="000000"/>
          <w:sz w:val="24"/>
          <w:rtl/>
          <w:szCs w:val="32"/>
        </w:rPr>
        <w:t>אל״ף</w:t>
      </w:r>
      <w:r>
        <w:rPr>
          <w:rFonts w:ascii="Georgia" w:hAnsi="Georgia"/>
          <w:b w:val="0"/>
          <w:i w:val="0"/>
          <w:color w:val="000000"/>
          <w:sz w:val="24"/>
        </w:rPr>
        <w:t>), хэй (</w:t>
      </w:r>
      <w:r>
        <w:rPr>
          <w:rFonts w:ascii="Georgia" w:hAnsi="Georgia" w:cs="Times New Roman"/>
          <w:b/>
          <w:i w:val="0"/>
          <w:color w:val="000000"/>
          <w:sz w:val="24"/>
          <w:rtl/>
          <w:szCs w:val="32"/>
        </w:rPr>
        <w:t>ה״י</w:t>
      </w:r>
      <w:r>
        <w:rPr>
          <w:rFonts w:ascii="Georgia" w:hAnsi="Georgia"/>
          <w:b w:val="0"/>
          <w:i w:val="0"/>
          <w:color w:val="000000"/>
          <w:sz w:val="24"/>
        </w:rPr>
        <w:t>), йод (</w:t>
      </w:r>
      <w:r>
        <w:rPr>
          <w:rFonts w:ascii="Georgia" w:hAnsi="Georgia" w:cs="Times New Roman"/>
          <w:b/>
          <w:i w:val="0"/>
          <w:color w:val="000000"/>
          <w:sz w:val="24"/>
          <w:rtl/>
          <w:szCs w:val="32"/>
        </w:rPr>
        <w:t>יו״ד</w:t>
      </w:r>
      <w:r>
        <w:rPr>
          <w:rFonts w:ascii="Georgia" w:hAnsi="Georgia"/>
          <w:b w:val="0"/>
          <w:i w:val="0"/>
          <w:color w:val="000000"/>
          <w:sz w:val="24"/>
        </w:rPr>
        <w:t>), хэй (</w:t>
      </w:r>
      <w:r>
        <w:rPr>
          <w:rFonts w:ascii="Georgia" w:hAnsi="Georgia" w:cs="Times New Roman"/>
          <w:b/>
          <w:i w:val="0"/>
          <w:color w:val="000000"/>
          <w:sz w:val="24"/>
          <w:rtl/>
          <w:szCs w:val="32"/>
        </w:rPr>
        <w:t>ה״י</w:t>
      </w:r>
      <w:r>
        <w:rPr>
          <w:rFonts w:ascii="Georgia" w:hAnsi="Georgia"/>
          <w:b w:val="0"/>
          <w:i w:val="0"/>
          <w:color w:val="000000"/>
          <w:sz w:val="24"/>
        </w:rPr>
        <w:t>).</w:t>
      </w:r>
    </w:p>
    <w:p>
      <w:pPr>
        <w:spacing w:before="40" w:after="120"/>
        <w:jc w:val="both"/>
      </w:pPr>
      <w:r>
        <w:rPr>
          <w:rFonts w:ascii="Georgia" w:hAnsi="Georgia"/>
          <w:b w:val="0"/>
          <w:i w:val="0"/>
          <w:color w:val="000000"/>
          <w:sz w:val="24"/>
        </w:rPr>
        <w:t>А их ахораим — это 26 (</w:t>
      </w:r>
      <w:r>
        <w:rPr>
          <w:rFonts w:ascii="Georgia" w:hAnsi="Georgia" w:cs="Times New Roman"/>
          <w:b/>
          <w:i w:val="0"/>
          <w:color w:val="000000"/>
          <w:sz w:val="24"/>
          <w:rtl/>
          <w:szCs w:val="32"/>
        </w:rPr>
        <w:t>כ״ו</w:t>
      </w:r>
      <w:r>
        <w:rPr>
          <w:rFonts w:ascii="Georgia" w:hAnsi="Georgia"/>
          <w:b w:val="0"/>
          <w:i w:val="0"/>
          <w:color w:val="000000"/>
          <w:sz w:val="24"/>
        </w:rPr>
        <w:t>) букв развернутого наполнения:</w:t>
      </w:r>
    </w:p>
    <w:p>
      <w:pPr>
        <w:spacing w:before="40" w:after="120"/>
        <w:jc w:val="both"/>
      </w:pPr>
      <w:r>
        <w:rPr>
          <w:rFonts w:ascii="Georgia" w:hAnsi="Georgia"/>
          <w:b w:val="0"/>
          <w:i w:val="0"/>
          <w:color w:val="000000"/>
          <w:sz w:val="24"/>
        </w:rPr>
        <w:t>йод (</w:t>
      </w:r>
      <w:r>
        <w:rPr>
          <w:rFonts w:ascii="Georgia" w:hAnsi="Georgia" w:cs="Times New Roman"/>
          <w:b/>
          <w:i w:val="0"/>
          <w:color w:val="000000"/>
          <w:sz w:val="24"/>
          <w:rtl/>
          <w:szCs w:val="32"/>
        </w:rPr>
        <w:t>יו״ד</w:t>
      </w:r>
      <w:r>
        <w:rPr>
          <w:rFonts w:ascii="Georgia" w:hAnsi="Georgia"/>
          <w:b w:val="0"/>
          <w:i w:val="0"/>
          <w:color w:val="000000"/>
          <w:sz w:val="24"/>
        </w:rPr>
        <w:t>); йод, хэй (</w:t>
      </w:r>
      <w:r>
        <w:rPr>
          <w:rFonts w:ascii="Georgia" w:hAnsi="Georgia" w:cs="Times New Roman"/>
          <w:b/>
          <w:i w:val="0"/>
          <w:color w:val="000000"/>
          <w:sz w:val="24"/>
          <w:rtl/>
          <w:szCs w:val="32"/>
        </w:rPr>
        <w:t>יו״ד ה״י</w:t>
      </w:r>
      <w:r>
        <w:rPr>
          <w:rFonts w:ascii="Georgia" w:hAnsi="Georgia"/>
          <w:b w:val="0"/>
          <w:i w:val="0"/>
          <w:color w:val="000000"/>
          <w:sz w:val="24"/>
        </w:rPr>
        <w:t>); йод, хэй, вав (</w:t>
      </w:r>
      <w:r>
        <w:rPr>
          <w:rFonts w:ascii="Georgia" w:hAnsi="Georgia" w:cs="Times New Roman"/>
          <w:b/>
          <w:i w:val="0"/>
          <w:color w:val="000000"/>
          <w:sz w:val="24"/>
          <w:rtl/>
          <w:szCs w:val="32"/>
        </w:rPr>
        <w:t>יו״ד ה״י וי״ו</w:t>
      </w:r>
      <w:r>
        <w:rPr>
          <w:rFonts w:ascii="Georgia" w:hAnsi="Georgia"/>
          <w:b w:val="0"/>
          <w:i w:val="0"/>
          <w:color w:val="000000"/>
          <w:sz w:val="24"/>
        </w:rPr>
        <w:t>); йод, хэй, вав, хэй (</w:t>
      </w:r>
      <w:r>
        <w:rPr>
          <w:rFonts w:ascii="Georgia" w:hAnsi="Georgia" w:cs="Times New Roman"/>
          <w:b/>
          <w:i w:val="0"/>
          <w:color w:val="000000"/>
          <w:sz w:val="24"/>
          <w:rtl/>
          <w:szCs w:val="32"/>
        </w:rPr>
        <w:t>יו״ד ה״י וי״ו ה״י</w:t>
      </w:r>
      <w:r>
        <w:rPr>
          <w:rFonts w:ascii="Georgia" w:hAnsi="Georgia"/>
          <w:b w:val="0"/>
          <w:i w:val="0"/>
          <w:color w:val="000000"/>
          <w:sz w:val="24"/>
        </w:rPr>
        <w:t>) — это ахораим Хохмы де-Аба.</w:t>
      </w:r>
    </w:p>
    <w:p>
      <w:pPr>
        <w:spacing w:before="40" w:after="120"/>
        <w:jc w:val="both"/>
      </w:pPr>
      <w:r>
        <w:rPr>
          <w:rFonts w:ascii="Georgia" w:hAnsi="Georgia"/>
          <w:b w:val="0"/>
          <w:i w:val="0"/>
          <w:color w:val="000000"/>
          <w:sz w:val="24"/>
        </w:rPr>
        <w:t>И 26 букв:</w:t>
      </w:r>
    </w:p>
    <w:p>
      <w:pPr>
        <w:spacing w:before="40" w:after="120"/>
        <w:jc w:val="both"/>
      </w:pPr>
      <w:r>
        <w:rPr>
          <w:rFonts w:ascii="Georgia" w:hAnsi="Georgia"/>
          <w:b w:val="0"/>
          <w:i w:val="0"/>
          <w:color w:val="000000"/>
          <w:sz w:val="24"/>
        </w:rPr>
        <w:t>алеф (</w:t>
      </w:r>
      <w:r>
        <w:rPr>
          <w:rFonts w:ascii="Georgia" w:hAnsi="Georgia" w:cs="Times New Roman"/>
          <w:b/>
          <w:i w:val="0"/>
          <w:color w:val="000000"/>
          <w:sz w:val="24"/>
          <w:rtl/>
          <w:szCs w:val="32"/>
        </w:rPr>
        <w:t>אל״ף</w:t>
      </w:r>
      <w:r>
        <w:rPr>
          <w:rFonts w:ascii="Georgia" w:hAnsi="Georgia"/>
          <w:b w:val="0"/>
          <w:i w:val="0"/>
          <w:color w:val="000000"/>
          <w:sz w:val="24"/>
        </w:rPr>
        <w:t>); алеф, хэй (</w:t>
      </w:r>
      <w:r>
        <w:rPr>
          <w:rFonts w:ascii="Georgia" w:hAnsi="Georgia" w:cs="Times New Roman"/>
          <w:b/>
          <w:i w:val="0"/>
          <w:color w:val="000000"/>
          <w:sz w:val="24"/>
          <w:rtl/>
          <w:szCs w:val="32"/>
        </w:rPr>
        <w:t>אל״ף ה״י</w:t>
      </w:r>
      <w:r>
        <w:rPr>
          <w:rFonts w:ascii="Georgia" w:hAnsi="Georgia"/>
          <w:b w:val="0"/>
          <w:i w:val="0"/>
          <w:color w:val="000000"/>
          <w:sz w:val="24"/>
        </w:rPr>
        <w:t>); алеф, хэй, йод (</w:t>
      </w:r>
      <w:r>
        <w:rPr>
          <w:rFonts w:ascii="Georgia" w:hAnsi="Georgia" w:cs="Times New Roman"/>
          <w:b/>
          <w:i w:val="0"/>
          <w:color w:val="000000"/>
          <w:sz w:val="24"/>
          <w:rtl/>
          <w:szCs w:val="32"/>
        </w:rPr>
        <w:t>אל״ף ה״י יו״ד</w:t>
      </w:r>
      <w:r>
        <w:rPr>
          <w:rFonts w:ascii="Georgia" w:hAnsi="Georgia"/>
          <w:b w:val="0"/>
          <w:i w:val="0"/>
          <w:color w:val="000000"/>
          <w:sz w:val="24"/>
        </w:rPr>
        <w:t>); алеф, хэй, йод, хэй (</w:t>
      </w:r>
      <w:r>
        <w:rPr>
          <w:rFonts w:ascii="Georgia" w:hAnsi="Georgia" w:cs="Times New Roman"/>
          <w:b/>
          <w:i w:val="0"/>
          <w:color w:val="000000"/>
          <w:sz w:val="24"/>
          <w:rtl/>
          <w:szCs w:val="32"/>
        </w:rPr>
        <w:t>אל״ף ה״י יו״ד ה״י</w:t>
      </w:r>
      <w:r>
        <w:rPr>
          <w:rFonts w:ascii="Georgia" w:hAnsi="Georgia"/>
          <w:b w:val="0"/>
          <w:i w:val="0"/>
          <w:color w:val="000000"/>
          <w:sz w:val="24"/>
        </w:rPr>
        <w:t>) — это ахораим Хохмы де-Има.</w:t>
      </w:r>
    </w:p>
    <w:p>
      <w:pPr>
        <w:spacing w:before="40" w:after="120"/>
        <w:jc w:val="both"/>
      </w:pPr>
      <w:r>
        <w:rPr>
          <w:rFonts w:ascii="Georgia" w:hAnsi="Georgia"/>
          <w:b w:val="0"/>
          <w:i w:val="0"/>
          <w:color w:val="000000"/>
          <w:sz w:val="24"/>
        </w:rPr>
        <w:t>4) Паним Малхут Хохмы де-Аба — это числовое значение его паним, составляющее 72 (</w:t>
      </w:r>
      <w:r>
        <w:rPr>
          <w:rFonts w:ascii="Georgia" w:hAnsi="Georgia" w:cs="Times New Roman"/>
          <w:b/>
          <w:i w:val="0"/>
          <w:color w:val="000000"/>
          <w:sz w:val="24"/>
          <w:rtl/>
          <w:szCs w:val="32"/>
        </w:rPr>
        <w:t>ע״ב</w:t>
      </w:r>
      <w:r>
        <w:rPr>
          <w:rFonts w:ascii="Georgia" w:hAnsi="Georgia"/>
          <w:b w:val="0"/>
          <w:i w:val="0"/>
          <w:color w:val="000000"/>
          <w:sz w:val="24"/>
        </w:rPr>
        <w:t>).</w:t>
      </w:r>
    </w:p>
    <w:p>
      <w:pPr>
        <w:spacing w:before="40" w:after="120"/>
        <w:jc w:val="both"/>
      </w:pPr>
      <w:r>
        <w:rPr>
          <w:rFonts w:ascii="Georgia" w:hAnsi="Georgia"/>
          <w:b w:val="0"/>
          <w:i w:val="0"/>
          <w:color w:val="000000"/>
          <w:sz w:val="24"/>
        </w:rPr>
        <w:t>А ахораим Малхут Хохмы де-Аба — это числовое значение его ахораим, составляющее 184 (</w:t>
      </w:r>
      <w:r>
        <w:rPr>
          <w:rFonts w:ascii="Georgia" w:hAnsi="Georgia" w:cs="Times New Roman"/>
          <w:b/>
          <w:i w:val="0"/>
          <w:color w:val="000000"/>
          <w:sz w:val="24"/>
          <w:rtl/>
          <w:szCs w:val="32"/>
        </w:rPr>
        <w:t>קפ״ד</w:t>
      </w:r>
      <w:r>
        <w:rPr>
          <w:rFonts w:ascii="Georgia" w:hAnsi="Georgia"/>
          <w:b w:val="0"/>
          <w:i w:val="0"/>
          <w:color w:val="000000"/>
          <w:sz w:val="24"/>
        </w:rPr>
        <w:t>).</w:t>
      </w:r>
    </w:p>
    <w:p>
      <w:pPr>
        <w:spacing w:before="40" w:after="120"/>
        <w:jc w:val="both"/>
      </w:pPr>
      <w:r>
        <w:rPr>
          <w:rFonts w:ascii="Georgia" w:hAnsi="Georgia"/>
          <w:b w:val="0"/>
          <w:i w:val="0"/>
          <w:color w:val="000000"/>
          <w:sz w:val="24"/>
        </w:rPr>
        <w:t>Паним же Малхут Хохмы де-Има — это числовое значение ее паним, составляющее 161 (</w:t>
      </w:r>
      <w:r>
        <w:rPr>
          <w:rFonts w:ascii="Georgia" w:hAnsi="Georgia" w:cs="Times New Roman"/>
          <w:b/>
          <w:i w:val="0"/>
          <w:color w:val="000000"/>
          <w:sz w:val="24"/>
          <w:rtl/>
          <w:szCs w:val="32"/>
        </w:rPr>
        <w:t>קס״א</w:t>
      </w:r>
      <w:r>
        <w:rPr>
          <w:rFonts w:ascii="Georgia" w:hAnsi="Georgia"/>
          <w:b w:val="0"/>
          <w:i w:val="0"/>
          <w:color w:val="000000"/>
          <w:sz w:val="24"/>
        </w:rPr>
        <w:t>).</w:t>
      </w:r>
    </w:p>
    <w:p>
      <w:pPr>
        <w:spacing w:before="40" w:after="120"/>
        <w:jc w:val="both"/>
      </w:pPr>
      <w:r>
        <w:rPr>
          <w:rFonts w:ascii="Georgia" w:hAnsi="Georgia"/>
          <w:b w:val="0"/>
          <w:i w:val="0"/>
          <w:color w:val="000000"/>
          <w:sz w:val="24"/>
        </w:rPr>
        <w:t>А ее ахораим — это числовое значение ее ахораим, составляющее 544 (</w:t>
      </w:r>
      <w:r>
        <w:rPr>
          <w:rFonts w:ascii="Georgia" w:hAnsi="Georgia" w:cs="Times New Roman"/>
          <w:b/>
          <w:i w:val="0"/>
          <w:color w:val="000000"/>
          <w:sz w:val="24"/>
          <w:rtl/>
          <w:szCs w:val="32"/>
        </w:rPr>
        <w:t>תקמ״ד</w:t>
      </w:r>
      <w:r>
        <w:rPr>
          <w:rFonts w:ascii="Georgia" w:hAnsi="Georgia"/>
          <w:b w:val="0"/>
          <w:i w:val="0"/>
          <w:color w:val="000000"/>
          <w:sz w:val="24"/>
        </w:rPr>
        <w:t>).</w:t>
      </w:r>
    </w:p>
    <w:p>
      <w:pPr>
        <w:spacing w:before="40" w:after="120"/>
        <w:jc w:val="both"/>
      </w:pPr>
      <w:r>
        <w:rPr>
          <w:rFonts w:ascii="Georgia" w:hAnsi="Georgia"/>
          <w:b w:val="0"/>
          <w:i w:val="0"/>
          <w:color w:val="000000"/>
          <w:sz w:val="24"/>
        </w:rPr>
        <w:t>5) В Бине де-Аба ее паним в девяти первых сфирот — это 28 (</w:t>
      </w:r>
      <w:r>
        <w:rPr>
          <w:rFonts w:ascii="Georgia" w:hAnsi="Georgia" w:cs="Times New Roman"/>
          <w:b/>
          <w:i w:val="0"/>
          <w:color w:val="000000"/>
          <w:sz w:val="24"/>
          <w:rtl/>
          <w:szCs w:val="32"/>
        </w:rPr>
        <w:t>כ״ח</w:t>
      </w:r>
      <w:r>
        <w:rPr>
          <w:rFonts w:ascii="Georgia" w:hAnsi="Georgia"/>
          <w:b w:val="0"/>
          <w:i w:val="0"/>
          <w:color w:val="000000"/>
          <w:sz w:val="24"/>
        </w:rPr>
        <w:t>) букв двойного наполнения:</w:t>
      </w:r>
    </w:p>
    <w:p>
      <w:pPr>
        <w:spacing w:before="40" w:after="120"/>
        <w:jc w:val="both"/>
      </w:pPr>
      <w:r>
        <w:rPr>
          <w:rFonts w:ascii="Georgia" w:hAnsi="Georgia"/>
          <w:b w:val="0"/>
          <w:i w:val="0"/>
          <w:color w:val="000000"/>
          <w:sz w:val="24"/>
        </w:rPr>
        <w:t>йод, вав, далет (</w:t>
      </w:r>
      <w:r>
        <w:rPr>
          <w:rFonts w:ascii="Georgia" w:hAnsi="Georgia" w:cs="Times New Roman"/>
          <w:b/>
          <w:i w:val="0"/>
          <w:color w:val="000000"/>
          <w:sz w:val="24"/>
          <w:rtl/>
          <w:szCs w:val="32"/>
        </w:rPr>
        <w:t>יו״ד וי״ו דל״ת</w:t>
      </w:r>
      <w:r>
        <w:rPr>
          <w:rFonts w:ascii="Georgia" w:hAnsi="Georgia"/>
          <w:b w:val="0"/>
          <w:i w:val="0"/>
          <w:color w:val="000000"/>
          <w:sz w:val="24"/>
        </w:rPr>
        <w:t>); хэй, йод (</w:t>
      </w:r>
      <w:r>
        <w:rPr>
          <w:rFonts w:ascii="Georgia" w:hAnsi="Georgia" w:cs="Times New Roman"/>
          <w:b/>
          <w:i w:val="0"/>
          <w:color w:val="000000"/>
          <w:sz w:val="24"/>
          <w:rtl/>
          <w:szCs w:val="32"/>
        </w:rPr>
        <w:t>ה״י יו״ד</w:t>
      </w:r>
      <w:r>
        <w:rPr>
          <w:rFonts w:ascii="Georgia" w:hAnsi="Georgia"/>
          <w:b w:val="0"/>
          <w:i w:val="0"/>
          <w:color w:val="000000"/>
          <w:sz w:val="24"/>
        </w:rPr>
        <w:t>); вав, йод, вав (</w:t>
      </w:r>
      <w:r>
        <w:rPr>
          <w:rFonts w:ascii="Georgia" w:hAnsi="Georgia" w:cs="Times New Roman"/>
          <w:b/>
          <w:i w:val="0"/>
          <w:color w:val="000000"/>
          <w:sz w:val="24"/>
          <w:rtl/>
          <w:szCs w:val="32"/>
        </w:rPr>
        <w:t>וי״ו יו״ד וי״ו</w:t>
      </w:r>
      <w:r>
        <w:rPr>
          <w:rFonts w:ascii="Georgia" w:hAnsi="Georgia"/>
          <w:b w:val="0"/>
          <w:i w:val="0"/>
          <w:color w:val="000000"/>
          <w:sz w:val="24"/>
        </w:rPr>
        <w:t>); хэй, йод (</w:t>
      </w:r>
      <w:r>
        <w:rPr>
          <w:rFonts w:ascii="Georgia" w:hAnsi="Georgia" w:cs="Times New Roman"/>
          <w:b/>
          <w:i w:val="0"/>
          <w:color w:val="000000"/>
          <w:sz w:val="24"/>
          <w:rtl/>
          <w:szCs w:val="32"/>
        </w:rPr>
        <w:t>ה״י יו״ד</w:t>
      </w:r>
      <w:r>
        <w:rPr>
          <w:rFonts w:ascii="Georgia" w:hAnsi="Georgia"/>
          <w:b w:val="0"/>
          <w:i w:val="0"/>
          <w:color w:val="000000"/>
          <w:sz w:val="24"/>
        </w:rPr>
        <w:t>).</w:t>
      </w:r>
    </w:p>
    <w:p>
      <w:pPr>
        <w:spacing w:before="40" w:after="120"/>
        <w:jc w:val="both"/>
      </w:pPr>
      <w:r>
        <w:rPr>
          <w:rFonts w:ascii="Georgia" w:hAnsi="Georgia"/>
          <w:b w:val="0"/>
          <w:i w:val="0"/>
          <w:color w:val="000000"/>
          <w:sz w:val="24"/>
        </w:rPr>
        <w:t>А ее ахораим таковы:</w:t>
      </w:r>
    </w:p>
    <w:p>
      <w:pPr>
        <w:spacing w:before="40" w:after="120"/>
        <w:jc w:val="both"/>
      </w:pPr>
      <w:r>
        <w:rPr>
          <w:rFonts w:ascii="Georgia" w:hAnsi="Georgia"/>
          <w:b w:val="0"/>
          <w:i w:val="0"/>
          <w:color w:val="000000"/>
          <w:sz w:val="24"/>
        </w:rPr>
        <w:t>йод (</w:t>
      </w:r>
      <w:r>
        <w:rPr>
          <w:rFonts w:ascii="Georgia" w:hAnsi="Georgia" w:cs="Times New Roman"/>
          <w:b/>
          <w:i w:val="0"/>
          <w:color w:val="000000"/>
          <w:sz w:val="24"/>
          <w:rtl/>
          <w:szCs w:val="32"/>
        </w:rPr>
        <w:t>יו״ד וי״ו דל״ת</w:t>
      </w:r>
      <w:r>
        <w:rPr>
          <w:rFonts w:ascii="Georgia" w:hAnsi="Georgia"/>
          <w:b w:val="0"/>
          <w:i w:val="0"/>
          <w:color w:val="000000"/>
          <w:sz w:val="24"/>
        </w:rPr>
        <w:t>);</w:t>
      </w:r>
    </w:p>
    <w:p>
      <w:pPr>
        <w:spacing w:before="40" w:after="120"/>
        <w:jc w:val="both"/>
      </w:pPr>
      <w:r>
        <w:rPr>
          <w:rFonts w:ascii="Georgia" w:hAnsi="Georgia"/>
          <w:b w:val="0"/>
          <w:i w:val="0"/>
          <w:color w:val="000000"/>
          <w:sz w:val="24"/>
        </w:rPr>
        <w:t>йод, хэй (</w:t>
      </w:r>
      <w:r>
        <w:rPr>
          <w:rFonts w:ascii="Georgia" w:hAnsi="Georgia" w:cs="Times New Roman"/>
          <w:b/>
          <w:i w:val="0"/>
          <w:color w:val="000000"/>
          <w:sz w:val="24"/>
          <w:rtl/>
          <w:szCs w:val="32"/>
        </w:rPr>
        <w:t>יו״ד וי״ו דל״ת ה״י יו״ד</w:t>
      </w:r>
      <w:r>
        <w:rPr>
          <w:rFonts w:ascii="Georgia" w:hAnsi="Georgia"/>
          <w:b w:val="0"/>
          <w:i w:val="0"/>
          <w:color w:val="000000"/>
          <w:sz w:val="24"/>
        </w:rPr>
        <w:t>);</w:t>
      </w:r>
    </w:p>
    <w:p>
      <w:pPr>
        <w:spacing w:before="40" w:after="120"/>
        <w:jc w:val="both"/>
      </w:pPr>
      <w:r>
        <w:rPr>
          <w:rFonts w:ascii="Georgia" w:hAnsi="Georgia"/>
          <w:b w:val="0"/>
          <w:i w:val="0"/>
          <w:color w:val="000000"/>
          <w:sz w:val="24"/>
        </w:rPr>
        <w:t>йод, хэй, вав (</w:t>
      </w:r>
      <w:r>
        <w:rPr>
          <w:rFonts w:ascii="Georgia" w:hAnsi="Georgia" w:cs="Times New Roman"/>
          <w:b/>
          <w:i w:val="0"/>
          <w:color w:val="000000"/>
          <w:sz w:val="24"/>
          <w:rtl/>
          <w:szCs w:val="32"/>
        </w:rPr>
        <w:t>יו״ד וי״ו דל״ת ה״י יו״ד וי״ו יו״ד וי״ו</w:t>
      </w:r>
      <w:r>
        <w:rPr>
          <w:rFonts w:ascii="Georgia" w:hAnsi="Georgia"/>
          <w:b w:val="0"/>
          <w:i w:val="0"/>
          <w:color w:val="000000"/>
          <w:sz w:val="24"/>
        </w:rPr>
        <w:t>);</w:t>
      </w:r>
    </w:p>
    <w:p>
      <w:pPr>
        <w:spacing w:before="40" w:after="120"/>
        <w:jc w:val="both"/>
      </w:pPr>
      <w:r>
        <w:rPr>
          <w:rFonts w:ascii="Georgia" w:hAnsi="Georgia"/>
          <w:b w:val="0"/>
          <w:i w:val="0"/>
          <w:color w:val="000000"/>
          <w:sz w:val="24"/>
        </w:rPr>
        <w:t>йод, хэй, вав, хэй (</w:t>
      </w:r>
      <w:r>
        <w:rPr>
          <w:rFonts w:ascii="Georgia" w:hAnsi="Georgia" w:cs="Times New Roman"/>
          <w:b/>
          <w:i w:val="0"/>
          <w:color w:val="000000"/>
          <w:sz w:val="24"/>
          <w:rtl/>
          <w:szCs w:val="32"/>
        </w:rPr>
        <w:t>יו״ד וי״ו דל״ת ה״י יו״ד וי״ו יו״ד וי״ו ה״י יו״ד</w:t>
      </w:r>
      <w:r>
        <w:rPr>
          <w:rFonts w:ascii="Georgia" w:hAnsi="Georgia"/>
          <w:b w:val="0"/>
          <w:i w:val="0"/>
          <w:color w:val="000000"/>
          <w:sz w:val="24"/>
        </w:rPr>
        <w:t>),</w:t>
      </w:r>
    </w:p>
    <w:p>
      <w:pPr>
        <w:spacing w:before="40" w:after="120"/>
        <w:jc w:val="both"/>
      </w:pPr>
      <w:r>
        <w:rPr>
          <w:rFonts w:ascii="Georgia" w:hAnsi="Georgia"/>
          <w:b w:val="0"/>
          <w:i w:val="0"/>
          <w:color w:val="000000"/>
          <w:sz w:val="24"/>
        </w:rPr>
        <w:t>что составляет 74 (</w:t>
      </w:r>
      <w:r>
        <w:rPr>
          <w:rFonts w:ascii="Georgia" w:hAnsi="Georgia" w:cs="Times New Roman"/>
          <w:b/>
          <w:i w:val="0"/>
          <w:color w:val="000000"/>
          <w:sz w:val="24"/>
          <w:rtl/>
          <w:szCs w:val="32"/>
        </w:rPr>
        <w:t>ע״ד</w:t>
      </w:r>
      <w:r>
        <w:rPr>
          <w:rFonts w:ascii="Georgia" w:hAnsi="Georgia"/>
          <w:b w:val="0"/>
          <w:i w:val="0"/>
          <w:color w:val="000000"/>
          <w:sz w:val="24"/>
        </w:rPr>
        <w:t>) буквы.</w:t>
      </w:r>
    </w:p>
    <w:p>
      <w:pPr>
        <w:spacing w:before="40" w:after="120"/>
        <w:jc w:val="both"/>
      </w:pPr>
      <w:r>
        <w:rPr>
          <w:rFonts w:ascii="Georgia" w:hAnsi="Georgia"/>
          <w:b w:val="0"/>
          <w:i w:val="0"/>
          <w:color w:val="000000"/>
          <w:sz w:val="24"/>
        </w:rPr>
        <w:t>Малхут же Бины де-Аба: ее паним — это числовое значение 28 букв их паним, составляющее 610 (</w:t>
      </w:r>
      <w:r>
        <w:rPr>
          <w:rFonts w:ascii="Georgia" w:hAnsi="Georgia" w:cs="Times New Roman"/>
          <w:b/>
          <w:i w:val="0"/>
          <w:color w:val="000000"/>
          <w:sz w:val="24"/>
          <w:rtl/>
          <w:szCs w:val="32"/>
        </w:rPr>
        <w:t>ית״ר</w:t>
      </w:r>
      <w:r>
        <w:rPr>
          <w:rFonts w:ascii="Georgia" w:hAnsi="Georgia"/>
          <w:b w:val="0"/>
          <w:i w:val="0"/>
          <w:color w:val="000000"/>
          <w:sz w:val="24"/>
        </w:rPr>
        <w:t>).</w:t>
      </w:r>
    </w:p>
    <w:p>
      <w:pPr>
        <w:spacing w:before="40" w:after="120"/>
        <w:jc w:val="both"/>
      </w:pPr>
      <w:r>
        <w:rPr>
          <w:rFonts w:ascii="Georgia" w:hAnsi="Georgia"/>
          <w:b w:val="0"/>
          <w:i w:val="0"/>
          <w:color w:val="000000"/>
          <w:sz w:val="24"/>
        </w:rPr>
        <w:t>А ее ахораим — это числовое значение 74 букв ее ахораим, составляющее 2172 (</w:t>
      </w:r>
      <w:r>
        <w:rPr>
          <w:rFonts w:ascii="Georgia" w:hAnsi="Georgia" w:cs="Times New Roman"/>
          <w:b/>
          <w:i w:val="0"/>
          <w:color w:val="000000"/>
          <w:sz w:val="24"/>
          <w:rtl/>
          <w:szCs w:val="32"/>
        </w:rPr>
        <w:t>ב׳ אלפים קע״ב</w:t>
      </w:r>
      <w:r>
        <w:rPr>
          <w:rFonts w:ascii="Georgia" w:hAnsi="Georgia"/>
          <w:b w:val="0"/>
          <w:i w:val="0"/>
          <w:color w:val="000000"/>
          <w:sz w:val="24"/>
        </w:rPr>
        <w:t>).</w:t>
      </w:r>
    </w:p>
    <w:p>
      <w:pPr>
        <w:spacing w:before="40" w:after="120"/>
        <w:jc w:val="both"/>
      </w:pPr>
      <w:r>
        <w:rPr>
          <w:rFonts w:ascii="Georgia" w:hAnsi="Georgia"/>
          <w:b w:val="0"/>
          <w:i w:val="0"/>
          <w:color w:val="000000"/>
          <w:sz w:val="24"/>
        </w:rPr>
        <w:t>6) В Бине де-Има паним девяти ее первых сфирот — это 27 (</w:t>
      </w:r>
      <w:r>
        <w:rPr>
          <w:rFonts w:ascii="Georgia" w:hAnsi="Georgia" w:cs="Times New Roman"/>
          <w:b/>
          <w:i w:val="0"/>
          <w:color w:val="000000"/>
          <w:sz w:val="24"/>
          <w:rtl/>
          <w:szCs w:val="32"/>
        </w:rPr>
        <w:t>כ״ז</w:t>
      </w:r>
      <w:r>
        <w:rPr>
          <w:rFonts w:ascii="Georgia" w:hAnsi="Georgia"/>
          <w:b w:val="0"/>
          <w:i w:val="0"/>
          <w:color w:val="000000"/>
          <w:sz w:val="24"/>
        </w:rPr>
        <w:t>) букв двойного наполнения:</w:t>
      </w:r>
    </w:p>
    <w:p>
      <w:pPr>
        <w:spacing w:before="40" w:after="120"/>
        <w:jc w:val="both"/>
      </w:pPr>
      <w:r>
        <w:rPr>
          <w:rFonts w:ascii="Georgia" w:hAnsi="Georgia"/>
          <w:b w:val="0"/>
          <w:i w:val="0"/>
          <w:color w:val="000000"/>
          <w:sz w:val="24"/>
        </w:rPr>
        <w:t>алеф, ламэд, пэй (</w:t>
      </w:r>
      <w:r>
        <w:rPr>
          <w:rFonts w:ascii="Georgia" w:hAnsi="Georgia" w:cs="Times New Roman"/>
          <w:b/>
          <w:i w:val="0"/>
          <w:color w:val="000000"/>
          <w:sz w:val="24"/>
          <w:rtl/>
          <w:szCs w:val="32"/>
        </w:rPr>
        <w:t>אל״ף למ״ד פ״א</w:t>
      </w:r>
      <w:r>
        <w:rPr>
          <w:rFonts w:ascii="Georgia" w:hAnsi="Georgia"/>
          <w:b w:val="0"/>
          <w:i w:val="0"/>
          <w:color w:val="000000"/>
          <w:sz w:val="24"/>
        </w:rPr>
        <w:t>); хэй, йод (</w:t>
      </w:r>
      <w:r>
        <w:rPr>
          <w:rFonts w:ascii="Georgia" w:hAnsi="Georgia" w:cs="Times New Roman"/>
          <w:b/>
          <w:i w:val="0"/>
          <w:color w:val="000000"/>
          <w:sz w:val="24"/>
          <w:rtl/>
          <w:szCs w:val="32"/>
        </w:rPr>
        <w:t>ה״י יו״ד</w:t>
      </w:r>
      <w:r>
        <w:rPr>
          <w:rFonts w:ascii="Georgia" w:hAnsi="Georgia"/>
          <w:b w:val="0"/>
          <w:i w:val="0"/>
          <w:color w:val="000000"/>
          <w:sz w:val="24"/>
        </w:rPr>
        <w:t>); йод, вав, далет (</w:t>
      </w:r>
      <w:r>
        <w:rPr>
          <w:rFonts w:ascii="Georgia" w:hAnsi="Georgia" w:cs="Times New Roman"/>
          <w:b/>
          <w:i w:val="0"/>
          <w:color w:val="000000"/>
          <w:sz w:val="24"/>
          <w:rtl/>
          <w:szCs w:val="32"/>
        </w:rPr>
        <w:t>יו״ד וי״ו דל״ת</w:t>
      </w:r>
      <w:r>
        <w:rPr>
          <w:rFonts w:ascii="Georgia" w:hAnsi="Georgia"/>
          <w:b w:val="0"/>
          <w:i w:val="0"/>
          <w:color w:val="000000"/>
          <w:sz w:val="24"/>
        </w:rPr>
        <w:t>); хэй, йод (</w:t>
      </w:r>
      <w:r>
        <w:rPr>
          <w:rFonts w:ascii="Georgia" w:hAnsi="Georgia" w:cs="Times New Roman"/>
          <w:b/>
          <w:i w:val="0"/>
          <w:color w:val="000000"/>
          <w:sz w:val="24"/>
          <w:rtl/>
          <w:szCs w:val="32"/>
        </w:rPr>
        <w:t>ה״י יו״ד</w:t>
      </w:r>
      <w:r>
        <w:rPr>
          <w:rFonts w:ascii="Georgia" w:hAnsi="Georgia"/>
          <w:b w:val="0"/>
          <w:i w:val="0"/>
          <w:color w:val="000000"/>
          <w:sz w:val="24"/>
        </w:rPr>
        <w:t>).</w:t>
      </w:r>
    </w:p>
    <w:p>
      <w:pPr>
        <w:spacing w:before="40" w:after="120"/>
        <w:jc w:val="both"/>
      </w:pPr>
      <w:r>
        <w:rPr>
          <w:rFonts w:ascii="Georgia" w:hAnsi="Georgia"/>
          <w:b w:val="0"/>
          <w:i w:val="0"/>
          <w:color w:val="000000"/>
          <w:sz w:val="24"/>
        </w:rPr>
        <w:t>А ее ахораим:</w:t>
      </w:r>
    </w:p>
    <w:p>
      <w:pPr>
        <w:spacing w:before="40" w:after="120"/>
        <w:jc w:val="both"/>
      </w:pPr>
      <w:r>
        <w:rPr>
          <w:rFonts w:ascii="Georgia" w:hAnsi="Georgia"/>
          <w:b w:val="0"/>
          <w:i w:val="0"/>
          <w:color w:val="000000"/>
          <w:sz w:val="24"/>
        </w:rPr>
        <w:t>алеф (</w:t>
      </w:r>
      <w:r>
        <w:rPr>
          <w:rFonts w:ascii="Georgia" w:hAnsi="Georgia" w:cs="Times New Roman"/>
          <w:b/>
          <w:i w:val="0"/>
          <w:color w:val="000000"/>
          <w:sz w:val="24"/>
          <w:rtl/>
          <w:szCs w:val="32"/>
        </w:rPr>
        <w:t>אל״ף למ״ד פ״א</w:t>
      </w:r>
      <w:r>
        <w:rPr>
          <w:rFonts w:ascii="Georgia" w:hAnsi="Georgia"/>
          <w:b w:val="0"/>
          <w:i w:val="0"/>
          <w:color w:val="000000"/>
          <w:sz w:val="24"/>
        </w:rPr>
        <w:t>);</w:t>
      </w:r>
    </w:p>
    <w:p>
      <w:pPr>
        <w:spacing w:before="40" w:after="120"/>
        <w:jc w:val="both"/>
      </w:pPr>
      <w:r>
        <w:rPr>
          <w:rFonts w:ascii="Georgia" w:hAnsi="Georgia"/>
          <w:b w:val="0"/>
          <w:i w:val="0"/>
          <w:color w:val="000000"/>
          <w:sz w:val="24"/>
        </w:rPr>
        <w:t>алеф, хэй (</w:t>
      </w:r>
      <w:r>
        <w:rPr>
          <w:rFonts w:ascii="Georgia" w:hAnsi="Georgia" w:cs="Times New Roman"/>
          <w:b/>
          <w:i w:val="0"/>
          <w:color w:val="000000"/>
          <w:sz w:val="24"/>
          <w:rtl/>
          <w:szCs w:val="32"/>
        </w:rPr>
        <w:t>אל״ף למ״ד פ״א ה״י יוד</w:t>
      </w:r>
      <w:r>
        <w:rPr>
          <w:rFonts w:ascii="Georgia" w:hAnsi="Georgia"/>
          <w:b w:val="0"/>
          <w:i w:val="0"/>
          <w:color w:val="000000"/>
          <w:sz w:val="24"/>
        </w:rPr>
        <w:t>);</w:t>
      </w:r>
    </w:p>
    <w:p>
      <w:pPr>
        <w:spacing w:before="40" w:after="120"/>
        <w:jc w:val="both"/>
      </w:pPr>
      <w:r>
        <w:rPr>
          <w:rFonts w:ascii="Georgia" w:hAnsi="Georgia"/>
          <w:b w:val="0"/>
          <w:i w:val="0"/>
          <w:color w:val="000000"/>
          <w:sz w:val="24"/>
        </w:rPr>
        <w:t>алеф, хэй, йод (</w:t>
      </w:r>
      <w:r>
        <w:rPr>
          <w:rFonts w:ascii="Georgia" w:hAnsi="Georgia" w:cs="Times New Roman"/>
          <w:b/>
          <w:i w:val="0"/>
          <w:color w:val="000000"/>
          <w:sz w:val="24"/>
          <w:rtl/>
          <w:szCs w:val="32"/>
        </w:rPr>
        <w:t>אל״ף למ״ד פ״א ה״י יו״ד יו״ד וי״ו דל״ת</w:t>
      </w:r>
      <w:r>
        <w:rPr>
          <w:rFonts w:ascii="Georgia" w:hAnsi="Georgia"/>
          <w:b w:val="0"/>
          <w:i w:val="0"/>
          <w:color w:val="000000"/>
          <w:sz w:val="24"/>
        </w:rPr>
        <w:t>);</w:t>
      </w:r>
    </w:p>
    <w:p>
      <w:pPr>
        <w:spacing w:before="40" w:after="120"/>
        <w:jc w:val="both"/>
      </w:pPr>
      <w:r>
        <w:rPr>
          <w:rFonts w:ascii="Georgia" w:hAnsi="Georgia"/>
          <w:b w:val="0"/>
          <w:i w:val="0"/>
          <w:color w:val="000000"/>
          <w:sz w:val="24"/>
        </w:rPr>
        <w:t>алеф, хэй, йод, хэй (</w:t>
      </w:r>
      <w:r>
        <w:rPr>
          <w:rFonts w:ascii="Georgia" w:hAnsi="Georgia" w:cs="Times New Roman"/>
          <w:b/>
          <w:i w:val="0"/>
          <w:color w:val="000000"/>
          <w:sz w:val="24"/>
          <w:rtl/>
          <w:szCs w:val="32"/>
        </w:rPr>
        <w:t>אל״ף למ״ד פ״א ה״י יו״ד יו״ד וי״ו דל״ת ה״י יו״ד</w:t>
      </w:r>
      <w:r>
        <w:rPr>
          <w:rFonts w:ascii="Georgia" w:hAnsi="Georgia"/>
          <w:b w:val="0"/>
          <w:i w:val="0"/>
          <w:color w:val="000000"/>
          <w:sz w:val="24"/>
        </w:rPr>
        <w:t>),</w:t>
      </w:r>
    </w:p>
    <w:p>
      <w:pPr>
        <w:spacing w:before="40" w:after="120"/>
        <w:jc w:val="both"/>
      </w:pPr>
      <w:r>
        <w:rPr>
          <w:rFonts w:ascii="Georgia" w:hAnsi="Georgia"/>
          <w:b w:val="0"/>
          <w:i w:val="0"/>
          <w:color w:val="000000"/>
          <w:sz w:val="24"/>
        </w:rPr>
        <w:t>что составляет 70 букв.</w:t>
      </w:r>
    </w:p>
    <w:p>
      <w:pPr>
        <w:spacing w:before="40" w:after="120"/>
        <w:jc w:val="both"/>
      </w:pPr>
      <w:r>
        <w:rPr>
          <w:rFonts w:ascii="Georgia" w:hAnsi="Georgia"/>
          <w:b w:val="0"/>
          <w:i w:val="0"/>
          <w:color w:val="000000"/>
          <w:sz w:val="24"/>
        </w:rPr>
        <w:t>7) Малхут же Бины де-Има: ее паним — это числовое значение 27 букв ее паним, составляющее 912 (</w:t>
      </w:r>
      <w:r>
        <w:rPr>
          <w:rFonts w:ascii="Georgia" w:hAnsi="Georgia" w:cs="Times New Roman"/>
          <w:b/>
          <w:i w:val="0"/>
          <w:color w:val="000000"/>
          <w:sz w:val="24"/>
          <w:rtl/>
          <w:szCs w:val="32"/>
        </w:rPr>
        <w:t>תתי״ב</w:t>
      </w:r>
      <w:r>
        <w:rPr>
          <w:rFonts w:ascii="Georgia" w:hAnsi="Georgia"/>
          <w:b w:val="0"/>
          <w:i w:val="0"/>
          <w:color w:val="000000"/>
          <w:sz w:val="24"/>
        </w:rPr>
        <w:t>).</w:t>
      </w:r>
    </w:p>
    <w:p>
      <w:pPr>
        <w:spacing w:before="40" w:after="120"/>
        <w:jc w:val="both"/>
      </w:pPr>
      <w:r>
        <w:rPr>
          <w:rFonts w:ascii="Georgia" w:hAnsi="Georgia"/>
          <w:b w:val="0"/>
          <w:i w:val="0"/>
          <w:color w:val="000000"/>
          <w:sz w:val="24"/>
        </w:rPr>
        <w:t>А ее ахораим — это числовое значение 70 букв ее ахораим, составляющее 2156 (</w:t>
      </w:r>
      <w:r>
        <w:rPr>
          <w:rFonts w:ascii="Georgia" w:hAnsi="Georgia" w:cs="Times New Roman"/>
          <w:b/>
          <w:i w:val="0"/>
          <w:color w:val="000000"/>
          <w:sz w:val="24"/>
          <w:rtl/>
          <w:szCs w:val="32"/>
        </w:rPr>
        <w:t>ב׳ אלפים קנ״ו</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8) Семь же нижних сфирот (ЗАТ) де-Аба — это всего лишь одно [Имя] АВАЯ с наполнением буквами йод, подобно Хохме. Ведь ты уже знаешь, что все ЗАТ представляют собой лишь один парцуф — ЗА де-Аба, точно так же, как и Хохма является одним парцуфом — Аба де-Аба. И ты уже знаешь, что Отец и Сын равны, по смыслу сказанного в стихе: </w:t>
      </w:r>
      <w:r>
        <w:rPr>
          <w:rFonts w:ascii="Georgia" w:hAnsi="Georgia"/>
          <w:b w:val="0"/>
          <w:i/>
          <w:color w:val="000000"/>
          <w:sz w:val="24"/>
        </w:rPr>
        <w:t>«Каково имя Его и каково имя сына Его…»</w:t>
      </w:r>
      <w:r>
        <w:rPr>
          <w:rFonts w:ascii="Georgia" w:hAnsi="Georgia"/>
          <w:b w:val="0"/>
          <w:i w:val="0"/>
          <w:color w:val="000000"/>
          <w:sz w:val="24"/>
        </w:rPr>
        <w:t xml:space="preserve"> (Мишлей 30:4). И это то, что я получил [от своего Учителя] по данному вопросу.</w:t>
      </w:r>
    </w:p>
    <w:p>
      <w:pPr>
        <w:spacing w:before="40" w:after="120"/>
        <w:jc w:val="both"/>
      </w:pPr>
      <w:r>
        <w:rPr>
          <w:rFonts w:ascii="Georgia" w:hAnsi="Georgia"/>
          <w:b w:val="0"/>
          <w:i w:val="0"/>
          <w:color w:val="000000"/>
          <w:sz w:val="24"/>
        </w:rPr>
        <w:t>9) (И представляется мне, по моему скромному мнению, что в частном разделении это относится не ко всем семи нижним сфирот, а только к шести нижним сфирот (ВАК). Суть же в том, что все вышеупомянутые ступени Хохмы де-Аба присутствуют в шести концах (ВАК), тогда как все ступени, упомянутые выше относительно Бины де-Аба, имеются в седьмой [сфире], которая является Нуквой для ВАК, как известно.</w:t>
      </w:r>
    </w:p>
    <w:p>
      <w:pPr>
        <w:spacing w:before="40" w:after="120"/>
        <w:jc w:val="both"/>
      </w:pPr>
      <w:r>
        <w:rPr>
          <w:rFonts w:ascii="Georgia" w:hAnsi="Georgia"/>
          <w:b w:val="0"/>
          <w:i w:val="0"/>
          <w:color w:val="000000"/>
          <w:sz w:val="24"/>
        </w:rPr>
        <w:t xml:space="preserve">И этим объясняется сказанное в другом месте: все 28 букв двойного наполнения называются «Человек, восседающий на Престоле» о четырех ногах. Пояснение: паним Аба ве-Има имеют гематрию </w:t>
      </w:r>
      <w:r>
        <w:rPr>
          <w:rFonts w:ascii="Georgia" w:hAnsi="Georgia"/>
          <w:b w:val="0"/>
          <w:i/>
          <w:color w:val="000000"/>
          <w:sz w:val="24"/>
        </w:rPr>
        <w:t>регель</w:t>
      </w:r>
      <w:r>
        <w:rPr>
          <w:rFonts w:ascii="Georgia" w:hAnsi="Georgia"/>
          <w:b w:val="0"/>
          <w:i w:val="0"/>
          <w:color w:val="000000"/>
          <w:sz w:val="24"/>
        </w:rPr>
        <w:t xml:space="preserve"> — «нога» (</w:t>
      </w:r>
      <w:r>
        <w:rPr>
          <w:rFonts w:ascii="Georgia" w:hAnsi="Georgia" w:cs="Times New Roman"/>
          <w:b/>
          <w:i w:val="0"/>
          <w:color w:val="000000"/>
          <w:sz w:val="24"/>
          <w:rtl/>
          <w:szCs w:val="32"/>
        </w:rPr>
        <w:t>רֶגֶל</w:t>
      </w:r>
      <w:r>
        <w:rPr>
          <w:rFonts w:ascii="Georgia" w:hAnsi="Georgia"/>
          <w:b w:val="0"/>
          <w:i w:val="0"/>
          <w:color w:val="000000"/>
          <w:sz w:val="24"/>
        </w:rPr>
        <w:t xml:space="preserve"> = 233), а ахораим Аба ве-Има имеют гематрию 728 (</w:t>
      </w:r>
      <w:r>
        <w:rPr>
          <w:rFonts w:ascii="Georgia" w:hAnsi="Georgia" w:cs="Times New Roman"/>
          <w:b/>
          <w:i w:val="0"/>
          <w:color w:val="000000"/>
          <w:sz w:val="24"/>
          <w:rtl/>
          <w:szCs w:val="32"/>
        </w:rPr>
        <w:t>תשכ״ח</w:t>
      </w:r>
      <w:r>
        <w:rPr>
          <w:rFonts w:ascii="Georgia" w:hAnsi="Georgia"/>
          <w:b w:val="0"/>
          <w:i w:val="0"/>
          <w:color w:val="000000"/>
          <w:sz w:val="24"/>
        </w:rPr>
        <w:t>), и они представляют собой [свойства] Малхут де-Аба ве-Има. То есть имеется в виду Малхут, находящаяся внутри самого ЗА де-Аба ве-Има; мы говорим здесь не о собственно Нукве де-ЗА де-Аба ве-Има, а лишь о Малхут самого ЗА де-Аба ве-Има. И это подобно свойству Малхут, существующему в Хохме де-Аба ве-Има, числовое значение которого составляет 72 и 184, 161 и 544 в аспектах паним и ахораим.</w:t>
      </w:r>
    </w:p>
    <w:p>
      <w:pPr>
        <w:spacing w:before="40" w:after="120"/>
        <w:jc w:val="both"/>
      </w:pPr>
      <w:r>
        <w:rPr>
          <w:rFonts w:ascii="Georgia" w:hAnsi="Georgia"/>
          <w:b w:val="0"/>
          <w:i w:val="0"/>
          <w:color w:val="000000"/>
          <w:sz w:val="24"/>
        </w:rPr>
        <w:t>И когда ХУБ де-Аба облачаются, чтобы дать мохин для ЗА де-Аба, как известно, то Хохма, несомненно, облачается и восседает верхом на самом ЗА, который становится для нее престолом. А Бина де-Аба восседает и облачается на Малхут де-ЗА, числовое значение которой — 72 и 184. Бина же де-Аба — это 28 букв двойного наполнения [Имени] 72 (АБ). Подобным же образом Бина де-Има содержит 27 букв двойного наполнения [Имени] ЭЙЕ с наполнением йод и восседает на престоле — то есть на Малхут де-ЗА де-Има, числовое значение которой — 161 и 544. Хохма же де-Има восседает на самом ЗА де-Има.</w:t>
      </w:r>
    </w:p>
    <w:p>
      <w:pPr>
        <w:spacing w:before="40" w:after="120"/>
        <w:jc w:val="both"/>
      </w:pPr>
      <w:r>
        <w:rPr>
          <w:rFonts w:ascii="Georgia" w:hAnsi="Georgia"/>
          <w:b w:val="0"/>
          <w:i w:val="0"/>
          <w:color w:val="000000"/>
          <w:sz w:val="24"/>
        </w:rPr>
        <w:t>10) Отсюда мы учим: когда мохин де-Аба ве-Има входят в ЗА, то у Абы есть ХУБ, а также Хесед и Гвура, и им соответствуют [те же сфирот] у Имы. При вхождении в ЗА Хохма и Хесед де-Аба соединяются с Хохмой и Хеседом де-Има и облачаются в его НЕХИ, а Бина и Гвура де-Аба соединяются с Биной и Гвурой де-Има в ее НЕХИ. И тогда Аба ве-Има содержат в себе качества МА и БОН. Ведь до этого Аба был полностью [на ступени] МА, а Има — полностью [на ступени] БОН. Теперь же, когда они обменялись и взаимно соединились, как сказано выше, при их вхождении внутрь ЗА получается, что часть Хохмы и Хеседа де-Аба отдается мужской стороне — качеству МА в ЗА, равно как и часть Хохмы и Хеседа де-Има, которые также относятся к качеству МА, как было упомянуто.</w:t>
      </w:r>
    </w:p>
    <w:p>
      <w:pPr>
        <w:spacing w:before="40" w:after="120"/>
        <w:jc w:val="both"/>
      </w:pPr>
      <w:r>
        <w:rPr>
          <w:rFonts w:ascii="Georgia" w:hAnsi="Georgia"/>
          <w:b w:val="0"/>
          <w:i w:val="0"/>
          <w:color w:val="000000"/>
          <w:sz w:val="24"/>
        </w:rPr>
        <w:t>Бина же и Гвура де-Аба вместе с Биной и Гвурой де-Има отдаются женской стороне внутри самого ЗА, которая называется Малхут в его собственном теле.</w:t>
      </w:r>
    </w:p>
    <w:p>
      <w:pPr>
        <w:spacing w:before="40" w:after="120"/>
        <w:jc w:val="both"/>
      </w:pPr>
      <w:r>
        <w:rPr>
          <w:rFonts w:ascii="Georgia" w:hAnsi="Georgia"/>
          <w:b w:val="0"/>
          <w:i w:val="0"/>
          <w:color w:val="000000"/>
          <w:sz w:val="24"/>
        </w:rPr>
        <w:t>И после того как эти [сфирот] вскормили и вырастили [его], свечение содержащейся в них Малхут — в самих мохин со стороны двух Бин и двух Гвур — выходит к обратной стороне (ахораим) ЗА, чтобы растить Нукву де-ЗА, отделенную от него; и она также мало-помалу растет.</w:t>
      </w:r>
    </w:p>
    <w:p>
      <w:pPr>
        <w:spacing w:before="40" w:after="120"/>
        <w:jc w:val="both"/>
      </w:pPr>
      <w:r>
        <w:rPr>
          <w:rFonts w:ascii="Georgia" w:hAnsi="Georgia"/>
          <w:b w:val="0"/>
          <w:i w:val="0"/>
          <w:color w:val="000000"/>
          <w:sz w:val="24"/>
        </w:rPr>
        <w:t>Однако после того как ЗА уже вырос — как в своей мужской, так и в женской части, — мохин удаляются, и мохин Бины и Гвуры де-Аба ве-Има приходят сами по себе внутрь Нуквы, и она вырастает окончательно. Так завершаются все эти мохин, называемые стадией ахор бе-ахор (спиной к спине). А затем приходят новые мохин стадии паним бе-паним (лицом к лицу) и растят их обоих, как вначале.)</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«Знай, что есть несколько ступеней [в соотношении] паним и ахораим… Кетер де-Аба — простое [Имя] АВАЯ, Кетер де-Има — простое [Имя] ЭЙЕ…»</w:t>
      </w:r>
    </w:p>
    <w:p>
      <w:pPr>
        <w:spacing w:before="40" w:after="120"/>
        <w:jc w:val="both"/>
      </w:pPr>
      <w:r>
        <w:rPr>
          <w:rFonts w:ascii="Georgia" w:hAnsi="Georgia"/>
          <w:b w:val="0"/>
          <w:i w:val="0"/>
          <w:color w:val="000000"/>
          <w:sz w:val="24"/>
        </w:rPr>
        <w:t>Суть понятий паним и ахораим и их числовых значений, рассматриваемых в простом написании, наполнении и двойном наполнении Имен АВАЯ, уже была подробно разъяснена в предыдущей ветви. Нам остается лишь объяснить здесь соотношение паним и ахораим Имен ЭЙЕ: как они проявляются в Име. Это уже объяснялось в ветви 16 в «Паним Меирот» и в «Паним Масбирот».</w:t>
      </w:r>
    </w:p>
    <w:p>
      <w:pPr>
        <w:spacing w:before="40" w:after="120"/>
        <w:jc w:val="both"/>
      </w:pPr>
      <w:r>
        <w:rPr>
          <w:rFonts w:ascii="Georgia" w:hAnsi="Georgia"/>
          <w:b w:val="0"/>
          <w:i w:val="0"/>
          <w:color w:val="000000"/>
          <w:sz w:val="24"/>
        </w:rPr>
        <w:t>И вот подлинные слова Учителя там, в пункте 1: «Знай, что Има Илаа обладает [Именем] АВАЯ де-САГ и является Нуквой по отношению к Абе… И вот это [Имя] АВАЯ разделяется по четырем своим буквам, и это: два [Имени] ЭЙЕ с наполнением йод, одно — с наполнением алеф и одно — с наполнением хэй; и на нее указывает первая [буква] хэй общего [Имени] АВАЯ… Однако при ее разделении на две стадии… первая стадия, на которую указывает наполнение буквы йод, называется ЭЙЕ де-йодин, а вторая стадия называется АВАЯ де-САГ и обозначается первой [буквой] хэй общего [Имени] АВАЯ…» Посмотри там внимательно. И тебе необходимо различить здесь три аспекта, которые раскрывает нам Учитель в определении понятия Има.</w:t>
      </w:r>
    </w:p>
    <w:p>
      <w:pPr>
        <w:spacing w:before="40" w:after="120"/>
        <w:jc w:val="both"/>
      </w:pPr>
      <w:r>
        <w:rPr>
          <w:rFonts w:ascii="Georgia" w:hAnsi="Georgia"/>
          <w:b w:val="0"/>
          <w:i w:val="0"/>
          <w:color w:val="000000"/>
          <w:sz w:val="24"/>
        </w:rPr>
        <w:t>Первый аспект — это общее определение парцуфа Има, который выражается [Именем] АВАЯ де-САГ, то есть десятью сфирот высоты Бины, поскольку ее масах относится ко второй стадии (бхина бэт). Тогда как определение парцуфа Аба в общем виде выражается [Именем] АВАЯ де-АБ, то есть десятью сфирот высоты Хохмы, поскольку его масах относится к третьей стадии (бхина гимель), как сказано выше в «Паним Масбирот» в ветви 3. И об этом его слова: «Знай, что Има Илаа обладает [Именем] АВАЯ де-САГ…»</w:t>
      </w:r>
    </w:p>
    <w:p>
      <w:pPr>
        <w:spacing w:before="40" w:after="120"/>
        <w:jc w:val="both"/>
      </w:pPr>
      <w:r>
        <w:rPr>
          <w:rFonts w:ascii="Georgia" w:hAnsi="Georgia"/>
          <w:b w:val="0"/>
          <w:i w:val="0"/>
          <w:color w:val="000000"/>
          <w:sz w:val="24"/>
        </w:rPr>
        <w:t>Второй аспект — это ее состояние в соударении (зивуге) с Абой: тогда Има всегда находится на левой стороне относительно Абы на равной высоте. Это действует на всех ступенях пяти парцуфим АБ, САГ, МА, БОН, когда правая сторона, то есть Аба, рассматривается под Именем АВАЯ, а левая сторона, то есть Има, всегда рассматривается под Именем ЭЙЕ. И об этом его слова: «И вот это [Имя] АВАЯ разделяется всегда по четырем своим буквам: и это два [Имени] ЭЙЕ с наполнением йод, одно — с наполнением алеф и одно — с наполнением хэй». То есть, как мы уже говорили: хотя [Имя] АВАЯ де-САГ в общем смысле и относится к Име, тем не менее там рассматривается также и Аба, ведь правая сторона парцуфа САГ именуется Аба, а левая сторона именуется Има. И здесь он определяет для нас, что только Аба де-САГ обозначается Именем АВАЯ де-САГ, тогда как Има де-САГ называется исключительно Именем ЭЙЕ. При этом левая сторона букв йод-хэй (</w:t>
      </w:r>
      <w:r>
        <w:rPr>
          <w:rFonts w:ascii="Georgia" w:hAnsi="Georgia" w:cs="Times New Roman"/>
          <w:b/>
          <w:i w:val="0"/>
          <w:color w:val="000000"/>
          <w:sz w:val="24"/>
          <w:rtl/>
          <w:szCs w:val="32"/>
        </w:rPr>
        <w:t>י״ה</w:t>
      </w:r>
      <w:r>
        <w:rPr>
          <w:rFonts w:ascii="Georgia" w:hAnsi="Georgia"/>
          <w:b w:val="0"/>
          <w:i w:val="0"/>
          <w:color w:val="000000"/>
          <w:sz w:val="24"/>
        </w:rPr>
        <w:t>) де-САГ — это два [Имени] ЭЙЕ де-йодин, а левая сторона букв вав-хэй (</w:t>
      </w:r>
      <w:r>
        <w:rPr>
          <w:rFonts w:ascii="Georgia" w:hAnsi="Georgia" w:cs="Times New Roman"/>
          <w:b/>
          <w:i w:val="0"/>
          <w:color w:val="000000"/>
          <w:sz w:val="24"/>
          <w:rtl/>
          <w:szCs w:val="32"/>
        </w:rPr>
        <w:t>ו״ה</w:t>
      </w:r>
      <w:r>
        <w:rPr>
          <w:rFonts w:ascii="Georgia" w:hAnsi="Georgia"/>
          <w:b w:val="0"/>
          <w:i w:val="0"/>
          <w:color w:val="000000"/>
          <w:sz w:val="24"/>
        </w:rPr>
        <w:t>) де-САГ — это одно [Имя ЭЙЕ] с наполнением алеф и одно — с наполнением хэй. Причина же этих наполнений уже подробно объяснялась там, в «Паним Меирот», обратись туда.</w:t>
      </w:r>
    </w:p>
    <w:p>
      <w:pPr>
        <w:spacing w:before="40" w:after="120"/>
        <w:jc w:val="both"/>
      </w:pPr>
      <w:r>
        <w:rPr>
          <w:rFonts w:ascii="Georgia" w:hAnsi="Georgia"/>
          <w:b w:val="0"/>
          <w:i w:val="0"/>
          <w:color w:val="000000"/>
          <w:sz w:val="24"/>
        </w:rPr>
        <w:t>Третий аспект указывает на разделение ступени на две половины, впервые возникшее при раскрытии света глаз (ор а-эйнаим) мира Некудим, когда все головы разделились тогда надвое: когда Гальгальта ве-Эйнаим сами по себе стали головой (рош), а АХАП вышли наружу из головы. И поэтому он дает для этого особое определение: стадии Гальгальта ве-Эйнаим ступеней парцуфа Има, оставшиеся в качестве рош, всегда называются ЭЙЕ де-йодин, и в них нет свойства ЭЙЕ с наполнением алеф или хэй, поскольку они представляют собой первую голову каждой ступени. И уже было объяснено в предыдущей ветви, что все наполнения Имен в рош образуются буквой йод, указывая на корни келим.</w:t>
      </w:r>
    </w:p>
    <w:p>
      <w:pPr>
        <w:spacing w:before="40" w:after="120"/>
        <w:jc w:val="both"/>
      </w:pPr>
      <w:r>
        <w:rPr>
          <w:rFonts w:ascii="Georgia" w:hAnsi="Georgia"/>
          <w:b w:val="0"/>
          <w:i w:val="0"/>
          <w:color w:val="000000"/>
          <w:sz w:val="24"/>
        </w:rPr>
        <w:t>АХАП же ступени, вышедшие наружу из головы, рассматриваются как [Имя] АВАЯ де-САГ на правой стороне и как четыре Имени ЭЙЕ — два с наполнением йод, одно с наполнением алеф и одно с наполнением хэй — на левой стороне, как сказано выше.</w:t>
      </w:r>
    </w:p>
    <w:p>
      <w:pPr>
        <w:spacing w:before="40" w:after="120"/>
        <w:jc w:val="both"/>
      </w:pPr>
      <w:r>
        <w:rPr>
          <w:rFonts w:ascii="Georgia" w:hAnsi="Georgia"/>
          <w:b w:val="0"/>
          <w:i w:val="0"/>
          <w:color w:val="000000"/>
          <w:sz w:val="24"/>
        </w:rPr>
        <w:t>И об этом его слова: «Однако при ее разделении на две стадии», — то есть на Гальгальта ве-Эйнаим и АХАП, — тогда «первая стадия», то есть Гальгальта ве-Эйнаим, «обозначается наполнением вав-далет буквы йод (</w:t>
      </w:r>
      <w:r>
        <w:rPr>
          <w:rFonts w:ascii="Georgia" w:hAnsi="Georgia" w:cs="Times New Roman"/>
          <w:b/>
          <w:i w:val="0"/>
          <w:color w:val="000000"/>
          <w:sz w:val="24"/>
          <w:rtl/>
          <w:szCs w:val="32"/>
        </w:rPr>
        <w:t>ו״ד דיו״ד</w:t>
      </w:r>
      <w:r>
        <w:rPr>
          <w:rFonts w:ascii="Georgia" w:hAnsi="Georgia"/>
          <w:b w:val="0"/>
          <w:i w:val="0"/>
          <w:color w:val="000000"/>
          <w:sz w:val="24"/>
        </w:rPr>
        <w:t>) общего [Имени] АВАЯ, называется ЭЙЕ де-йодин и именуется Има Илаа или Бина. Вторая же стадия», то есть АХАП, вышедшие наружу из головы, «обозначается первой [буквой] хэй общего [Имени] АВАЯ, называется АВАЯ де-САГ и именуется Твуна» — как раз в соответствии со сказанным.</w:t>
      </w:r>
    </w:p>
    <w:p>
      <w:pPr>
        <w:spacing w:before="40" w:after="120"/>
        <w:jc w:val="both"/>
      </w:pPr>
      <w:r>
        <w:rPr>
          <w:rFonts w:ascii="Georgia" w:hAnsi="Georgia"/>
          <w:b w:val="0"/>
          <w:i w:val="0"/>
          <w:color w:val="000000"/>
          <w:sz w:val="24"/>
        </w:rPr>
        <w:t>И крепко помни все три названных аспекта согласно их определениям, разъясненным здесь, ведь они понадобятся тебе буквально в каждом слове рассуждений Учителя о мохин де-Аба ве-Има.</w:t>
      </w:r>
    </w:p>
    <w:p>
      <w:pPr>
        <w:spacing w:before="40" w:after="120"/>
        <w:jc w:val="both"/>
      </w:pPr>
      <w:r>
        <w:rPr>
          <w:rFonts w:ascii="Georgia" w:hAnsi="Georgia"/>
          <w:b w:val="0"/>
          <w:i w:val="0"/>
          <w:color w:val="000000"/>
          <w:sz w:val="24"/>
        </w:rPr>
        <w:t xml:space="preserve">8–9) </w:t>
      </w:r>
      <w:r>
        <w:rPr>
          <w:rFonts w:ascii="Georgia" w:hAnsi="Georgia"/>
          <w:b/>
          <w:i w:val="0"/>
          <w:color w:val="000000"/>
          <w:sz w:val="24"/>
        </w:rPr>
        <w:t>«И ты уже знаешь, что Отец и Сын равны, по смыслу сказанного в стихе: *«Каково имя Его и каково имя сына Его…»*, ибо все вышеупомянутые ступени, имеющиеся в Хохме…»</w:t>
      </w:r>
    </w:p>
    <w:p>
      <w:pPr>
        <w:spacing w:before="40" w:after="120"/>
        <w:jc w:val="both"/>
      </w:pPr>
      <w:r>
        <w:rPr>
          <w:rFonts w:ascii="Georgia" w:hAnsi="Georgia"/>
          <w:b w:val="0"/>
          <w:i w:val="0"/>
          <w:color w:val="000000"/>
          <w:sz w:val="24"/>
        </w:rPr>
        <w:t>Это уже подробно разъяснялось в предыдущей ветви на странице 899, начиная со слов «И это»: ЗА возвращает и наполняет света, скрывшиеся от табура и ниже в Кетере, в точности так же, как Аба возвращает и наполняет света, скрывшиеся от табура и выше в гуф де-Кетер, обратись туда. А тайна «Человека, восседающего на Престоле…» уже была объяснена в «Паним Масбирот» в ветви 16.</w:t>
      </w:r>
    </w:p>
    <w:p>
      <w:r>
        <w:br w:type="page"/>
      </w:r>
    </w:p>
    <w:p>
      <w:pPr>
        <w:keepNext/>
        <w:spacing w:before="360" w:after="160"/>
        <w:jc w:val="center"/>
      </w:pPr>
      <w:r>
        <w:rPr>
          <w:rFonts w:ascii="Georgia" w:hAnsi="Georgia"/>
          <w:b w:val="0"/>
          <w:i w:val="0"/>
          <w:color w:val="000000"/>
          <w:sz w:val="40"/>
        </w:rPr>
        <w:t>Ветвь 79</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В учении о 288 искрах (РАПАХ ницоцин) уже объяснялось, что в Аба ве-Има есть лицевая и обратная стороны (паним ве-ахор). И эти лицо и обратная сторона разделяются на две части: первая — лицо и обратная сторона девяти их высших сфирот, в которых есть лицевая и обратная стороны; вторая — Малхут в них, в которой [также] есть лицо и обратная сторона.</w:t>
      </w:r>
    </w:p>
    <w:p>
      <w:pPr>
        <w:spacing w:before="40" w:after="120"/>
        <w:jc w:val="both"/>
      </w:pPr>
      <w:r>
        <w:rPr>
          <w:rFonts w:ascii="Georgia" w:hAnsi="Georgia"/>
          <w:b w:val="0"/>
          <w:i w:val="0"/>
          <w:color w:val="000000"/>
          <w:sz w:val="24"/>
        </w:rPr>
        <w:t>2) Разберем устройство Имы, и по нему можно будет сделать вывод об Абе. У Имы есть десять сфирот: в первых девяти сфирот есть лицо и обратная сторона, и они занимают всю высоту высшей Имы (Има Илаа). Затем Малхут в ней начинается от уровня ее хазе и ниже и облачает их. Получается, что из Имы открыты только первые шесть ее сфирот. А поскольку эта Има представляет собой буквы вав и далет (</w:t>
      </w:r>
      <w:r>
        <w:rPr>
          <w:rFonts w:ascii="Georgia" w:hAnsi="Georgia" w:cs="Times New Roman"/>
          <w:b/>
          <w:i w:val="0"/>
          <w:color w:val="000000"/>
          <w:sz w:val="24"/>
          <w:rtl/>
          <w:szCs w:val="32"/>
        </w:rPr>
        <w:t>ו״ד</w:t>
      </w:r>
      <w:r>
        <w:rPr>
          <w:rFonts w:ascii="Georgia" w:hAnsi="Georgia"/>
          <w:b w:val="0"/>
          <w:i w:val="0"/>
          <w:color w:val="000000"/>
          <w:sz w:val="24"/>
        </w:rPr>
        <w:t xml:space="preserve">) наполнения буквы йод имени АВАЯ, по тайне сказанного: </w:t>
      </w:r>
      <w:r>
        <w:rPr>
          <w:rFonts w:ascii="Georgia" w:hAnsi="Georgia"/>
          <w:b w:val="0"/>
          <w:i/>
          <w:color w:val="000000"/>
          <w:sz w:val="24"/>
        </w:rPr>
        <w:t>«Постигай с мудростью»</w:t>
      </w:r>
      <w:r>
        <w:rPr>
          <w:rFonts w:ascii="Georgia" w:hAnsi="Georgia"/>
          <w:b w:val="0"/>
          <w:i w:val="0"/>
          <w:color w:val="000000"/>
          <w:sz w:val="24"/>
        </w:rPr>
        <w:t xml:space="preserve"> (Сефер Йецира 1:4), каждая из первых шести сфирот включает в себя десять сфирот Абы, составляя шестьдесят (</w:t>
      </w:r>
      <w:r>
        <w:rPr>
          <w:rFonts w:ascii="Georgia" w:hAnsi="Georgia" w:cs="Times New Roman"/>
          <w:b/>
          <w:i w:val="0"/>
          <w:color w:val="000000"/>
          <w:sz w:val="24"/>
          <w:rtl/>
          <w:szCs w:val="32"/>
        </w:rPr>
        <w:t>ס</w:t>
      </w:r>
      <w:r>
        <w:rPr>
          <w:rFonts w:ascii="Georgia" w:hAnsi="Georgia"/>
          <w:b w:val="0"/>
          <w:i w:val="0"/>
          <w:color w:val="000000"/>
          <w:sz w:val="24"/>
        </w:rPr>
        <w:t xml:space="preserve"> = 60), и это называется сокрытой Имой (Има Стимаа). Остальные же четыре сфиры облачаются внутрь ее Малхут, вся высота которой равна лишь четырем нижним сфирот Имы, и потому становятся для нее светом разума (мохин) — то есть для Твуны. И свойством Има называются только шесть высших сфирот, составляющие шестьдесят, а остальные четыре — это замкнутая мэм (</w:t>
      </w:r>
      <w:r>
        <w:rPr>
          <w:rFonts w:ascii="Georgia" w:hAnsi="Georgia" w:cs="Times New Roman"/>
          <w:b/>
          <w:i w:val="0"/>
          <w:color w:val="000000"/>
          <w:sz w:val="24"/>
          <w:rtl/>
          <w:szCs w:val="32"/>
        </w:rPr>
        <w:t>ם</w:t>
      </w:r>
      <w:r>
        <w:rPr>
          <w:rFonts w:ascii="Georgia" w:hAnsi="Georgia"/>
          <w:b w:val="0"/>
          <w:i w:val="0"/>
          <w:color w:val="000000"/>
          <w:sz w:val="24"/>
        </w:rPr>
        <w:t xml:space="preserve"> = 40), ведь четыре ее нижние сфиры называются Малхут в ней; они служат для нее мохин, становятся частью ее органа и именуются по ее названию.</w:t>
      </w:r>
    </w:p>
    <w:p>
      <w:pPr>
        <w:spacing w:before="40" w:after="120"/>
        <w:jc w:val="both"/>
      </w:pPr>
      <w:r>
        <w:rPr>
          <w:rFonts w:ascii="Georgia" w:hAnsi="Georgia"/>
          <w:b w:val="0"/>
          <w:i w:val="0"/>
          <w:color w:val="000000"/>
          <w:sz w:val="24"/>
        </w:rPr>
        <w:t>Выходит, что буквы вав и далет (</w:t>
      </w:r>
      <w:r>
        <w:rPr>
          <w:rFonts w:ascii="Georgia" w:hAnsi="Georgia" w:cs="Times New Roman"/>
          <w:b/>
          <w:i w:val="0"/>
          <w:color w:val="000000"/>
          <w:sz w:val="24"/>
          <w:rtl/>
          <w:szCs w:val="32"/>
        </w:rPr>
        <w:t>ו״ד</w:t>
      </w:r>
      <w:r>
        <w:rPr>
          <w:rFonts w:ascii="Georgia" w:hAnsi="Georgia"/>
          <w:b w:val="0"/>
          <w:i w:val="0"/>
          <w:color w:val="000000"/>
          <w:sz w:val="24"/>
        </w:rPr>
        <w:t>) наполнения буквы йод имени АВАЯ — это высшая Има: буква вав (</w:t>
      </w:r>
      <w:r>
        <w:rPr>
          <w:rFonts w:ascii="Georgia" w:hAnsi="Georgia" w:cs="Times New Roman"/>
          <w:b/>
          <w:i w:val="0"/>
          <w:color w:val="000000"/>
          <w:sz w:val="24"/>
          <w:rtl/>
          <w:szCs w:val="32"/>
        </w:rPr>
        <w:t>ו</w:t>
      </w:r>
      <w:r>
        <w:rPr>
          <w:rFonts w:ascii="Georgia" w:hAnsi="Georgia"/>
          <w:b w:val="0"/>
          <w:i w:val="0"/>
          <w:color w:val="000000"/>
          <w:sz w:val="24"/>
        </w:rPr>
        <w:t>) — сама Има, и у этой вав есть головка (рош), намекающая на наличие в ней десяти сфирот; буква далет (</w:t>
      </w:r>
      <w:r>
        <w:rPr>
          <w:rFonts w:ascii="Georgia" w:hAnsi="Georgia" w:cs="Times New Roman"/>
          <w:b/>
          <w:i w:val="0"/>
          <w:color w:val="000000"/>
          <w:sz w:val="24"/>
          <w:rtl/>
          <w:szCs w:val="32"/>
        </w:rPr>
        <w:t>ד</w:t>
      </w:r>
      <w:r>
        <w:rPr>
          <w:rFonts w:ascii="Georgia" w:hAnsi="Georgia"/>
          <w:b w:val="0"/>
          <w:i w:val="0"/>
          <w:color w:val="000000"/>
          <w:sz w:val="24"/>
        </w:rPr>
        <w:t>) — Малхут в ней, и внутрь нее облачаются четыре нижние сфиры Имы. Поэтому здесь не две буквы далет, а одна буква далет (</w:t>
      </w:r>
      <w:r>
        <w:rPr>
          <w:rFonts w:ascii="Georgia" w:hAnsi="Georgia" w:cs="Times New Roman"/>
          <w:b/>
          <w:i w:val="0"/>
          <w:color w:val="000000"/>
          <w:sz w:val="24"/>
          <w:rtl/>
          <w:szCs w:val="32"/>
        </w:rPr>
        <w:t>ד</w:t>
      </w:r>
      <w:r>
        <w:rPr>
          <w:rFonts w:ascii="Georgia" w:hAnsi="Georgia"/>
          <w:b w:val="0"/>
          <w:i w:val="0"/>
          <w:color w:val="000000"/>
          <w:sz w:val="24"/>
        </w:rPr>
        <w:t>), и вместе они составляют совершенную букву йод (</w:t>
      </w:r>
      <w:r>
        <w:rPr>
          <w:rFonts w:ascii="Georgia" w:hAnsi="Georgia" w:cs="Times New Roman"/>
          <w:b/>
          <w:i w:val="0"/>
          <w:color w:val="000000"/>
          <w:sz w:val="24"/>
          <w:rtl/>
          <w:szCs w:val="32"/>
        </w:rPr>
        <w:t>יו״ד</w:t>
      </w:r>
      <w:r>
        <w:rPr>
          <w:rFonts w:ascii="Georgia" w:hAnsi="Georgia"/>
          <w:b w:val="0"/>
          <w:i w:val="0"/>
          <w:color w:val="000000"/>
          <w:sz w:val="24"/>
        </w:rPr>
        <w:t>).</w:t>
      </w:r>
    </w:p>
    <w:p>
      <w:pPr>
        <w:spacing w:before="40" w:after="120"/>
        <w:jc w:val="both"/>
      </w:pPr>
      <w:r>
        <w:rPr>
          <w:rFonts w:ascii="Georgia" w:hAnsi="Georgia"/>
          <w:b w:val="0"/>
          <w:i w:val="0"/>
          <w:color w:val="000000"/>
          <w:sz w:val="24"/>
        </w:rPr>
        <w:t>3) Эта буква далет наполнения буквы йод, являющаяся Малхут де-Има, содержит в себе полные десять сфирот. Однако поскольку весь их размер равен лишь четырем нижним сфирот Имы, облачающимся в нее в качестве мохин, как сказано выше, все десять сфирот в ней называются буквой далет — по имени четырех ее светов мохин, являющихся четырьмя нижними сфирот Имы. Кроме того, значение этой буквы далет понятно из известного правила: высший никогда не облачается в нижнего иначе как своей обратной стороной, которая становится внутренней частью для нижнего. Известно также, что высший облачается в нижнего только своей Малхут. Следовательно, обратная сторона Малхут высшей Имы облачается в Твуну и становится там лицевой стороной. Пойми же это глубоко.</w:t>
      </w:r>
    </w:p>
    <w:p>
      <w:pPr>
        <w:spacing w:before="40" w:after="120"/>
        <w:jc w:val="both"/>
      </w:pPr>
      <w:r>
        <w:rPr>
          <w:rFonts w:ascii="Georgia" w:hAnsi="Georgia"/>
          <w:b w:val="0"/>
          <w:i w:val="0"/>
          <w:color w:val="000000"/>
          <w:sz w:val="24"/>
        </w:rPr>
        <w:t>4) Обратная сторона Хохмы и Бины Малхут высшей Имы (имени ЭЙЕ) составляет 544 (</w:t>
      </w:r>
      <w:r>
        <w:rPr>
          <w:rFonts w:ascii="Georgia" w:hAnsi="Georgia" w:cs="Times New Roman"/>
          <w:b/>
          <w:i w:val="0"/>
          <w:color w:val="000000"/>
          <w:sz w:val="24"/>
          <w:rtl/>
          <w:szCs w:val="32"/>
        </w:rPr>
        <w:t>תקמ״ד</w:t>
      </w:r>
      <w:r>
        <w:rPr>
          <w:rFonts w:ascii="Georgia" w:hAnsi="Georgia"/>
          <w:b w:val="0"/>
          <w:i w:val="0"/>
          <w:color w:val="000000"/>
          <w:sz w:val="24"/>
        </w:rPr>
        <w:t xml:space="preserve"> = 544), а наполнение наполнения в квадрате — 2156 (</w:t>
      </w:r>
      <w:r>
        <w:rPr>
          <w:rFonts w:ascii="Georgia" w:hAnsi="Georgia" w:cs="Times New Roman"/>
          <w:b/>
          <w:i w:val="0"/>
          <w:color w:val="000000"/>
          <w:sz w:val="24"/>
          <w:rtl/>
          <w:szCs w:val="32"/>
        </w:rPr>
        <w:t>ב׳ אלפים קנ״ו</w:t>
      </w:r>
      <w:r>
        <w:rPr>
          <w:rFonts w:ascii="Georgia" w:hAnsi="Georgia"/>
          <w:b w:val="0"/>
          <w:i w:val="0"/>
          <w:color w:val="000000"/>
          <w:sz w:val="24"/>
        </w:rPr>
        <w:t xml:space="preserve"> = 2156); обратная сторона Кетера Малхут де-Има составляет 44 (</w:t>
      </w:r>
      <w:r>
        <w:rPr>
          <w:rFonts w:ascii="Georgia" w:hAnsi="Georgia" w:cs="Times New Roman"/>
          <w:b/>
          <w:i w:val="0"/>
          <w:color w:val="000000"/>
          <w:sz w:val="24"/>
          <w:rtl/>
          <w:szCs w:val="32"/>
        </w:rPr>
        <w:t>מ״ד</w:t>
      </w:r>
      <w:r>
        <w:rPr>
          <w:rFonts w:ascii="Georgia" w:hAnsi="Georgia"/>
          <w:b w:val="0"/>
          <w:i w:val="0"/>
          <w:color w:val="000000"/>
          <w:sz w:val="24"/>
        </w:rPr>
        <w:t xml:space="preserve"> = 44). Таким образом, 44, 544 и 2156 — это КАХАБ обратной стороны Малхут де-Има. И они сами по себе служат свойством лица — КАХАБ самой Твуны, а не Малхут в ней, как я уже писал.</w:t>
      </w:r>
    </w:p>
    <w:p>
      <w:pPr>
        <w:spacing w:before="40" w:after="120"/>
        <w:jc w:val="both"/>
      </w:pPr>
      <w:r>
        <w:rPr>
          <w:rFonts w:ascii="Georgia" w:hAnsi="Georgia"/>
          <w:b w:val="0"/>
          <w:i w:val="0"/>
          <w:color w:val="000000"/>
          <w:sz w:val="24"/>
        </w:rPr>
        <w:t>5) И все это относится к имени ЭЙЕ, представляющему внутреннюю часть (пнимиют), а напротив них находится имя ЭЛОКИМ, относящееся к внешней части (хицониют). И если так, то оказывается, что эта буква далет наполнения буквы йод — это обратная сторона Малхут де-Има в свойстве ее КАХАБ, являющихся мохин Твуны, которые облачаются в эту букву далет, представляющую собой обратную сторону Малхут де-Има, когда они находятся внизу, в ее НЕХИ. Следовательно, эта буква далет — это КАХАБ Малхут де-Има в ее свойстве обратной стороны, в которую облачаются мохин Твуны.</w:t>
      </w:r>
    </w:p>
    <w:p>
      <w:pPr>
        <w:spacing w:before="40" w:after="120"/>
        <w:jc w:val="both"/>
      </w:pPr>
      <w:r>
        <w:rPr>
          <w:rFonts w:ascii="Georgia" w:hAnsi="Georgia"/>
          <w:b w:val="0"/>
          <w:i w:val="0"/>
          <w:color w:val="000000"/>
          <w:sz w:val="24"/>
        </w:rPr>
        <w:t>6) Вернемся к букве вав, являющейся Имой, в которой есть лицо и обратная сторона во всех ее десяти сфирот, и это десять сфирот лица и десять сфирот обратной стороны. Так же и в букве далет, являющейся Малхут де-Има, есть десять сфирот лица и десять сфирот обратной стороны. И в каждой из них есть два вида Имен: одно — ЭЙЕ, а другое — ЭЛОКИМ, по известной тайне внутренней и внешней частей. И в этих Именах ЭЛОКИМ также есть четыре категории: десять сфирот ЭЛОКИМ в Име, называемые десятью (по другой версии: четырьмя) свойствами лица, и десять сфирот ЭЛОКИМ обратной стороны. А напротив них в Малхут де-Има, представляющей собой букву далет наполнения буквы йод, как сказано выше, есть десять сфирот ЭЛОКИМ лица и десять сфирот ЭЛОКИМ обратной стороны. Различие же здесь подобно имени ЭЙЕ: ведь так же как в имени ЭЙЕ, представляющем внутреннюю часть, в лицевой стороне есть простые буквы, а в обратной стороне — квадраты букв, так в Малхут они выражаются числовыми расчетами.</w:t>
      </w:r>
    </w:p>
    <w:p>
      <w:pPr>
        <w:spacing w:before="40" w:after="120"/>
        <w:jc w:val="both"/>
      </w:pPr>
      <w:r>
        <w:rPr>
          <w:rFonts w:ascii="Georgia" w:hAnsi="Georgia"/>
          <w:b w:val="0"/>
          <w:i w:val="0"/>
          <w:color w:val="000000"/>
          <w:sz w:val="24"/>
        </w:rPr>
        <w:t>7) Общий итог таков: в букве вав наполнения буквы йод есть внутренняя часть имени ЭЙЕ — лицо и обратная сторона, и есть внешняя часть Имен ЭЛОКИМ — лицо и обратная сторона; и эти два свойства, внешнее и внутреннее, выражаются самим числом букв. А в букве далет наполнения буквы йод есть внутренняя часть ЭЙЕ — лицо и обратная сторона, и внешняя часть ЭЛОКИМ — лицо и обратная сторона, и они выражаются через расчет: суммированием значений букв в их исчислении, то есть тем, сколько составляет каждая буква по гематрии.</w:t>
      </w:r>
    </w:p>
    <w:p>
      <w:pPr>
        <w:spacing w:before="40" w:after="120"/>
        <w:jc w:val="both"/>
      </w:pPr>
      <w:r>
        <w:rPr>
          <w:rFonts w:ascii="Georgia" w:hAnsi="Georgia"/>
          <w:b w:val="0"/>
          <w:i w:val="0"/>
          <w:color w:val="000000"/>
          <w:sz w:val="24"/>
        </w:rPr>
        <w:t>8) Затем идет первая буква хэй имени АВАЯ, форма которой — хэй (</w:t>
      </w:r>
      <w:r>
        <w:rPr>
          <w:rFonts w:ascii="Georgia" w:hAnsi="Georgia" w:cs="Times New Roman"/>
          <w:b/>
          <w:i w:val="0"/>
          <w:color w:val="000000"/>
          <w:sz w:val="24"/>
          <w:rtl/>
          <w:szCs w:val="32"/>
        </w:rPr>
        <w:t>ה</w:t>
      </w:r>
      <w:r>
        <w:rPr>
          <w:rFonts w:ascii="Georgia" w:hAnsi="Georgia"/>
          <w:b w:val="0"/>
          <w:i w:val="0"/>
          <w:color w:val="000000"/>
          <w:sz w:val="24"/>
        </w:rPr>
        <w:t xml:space="preserve">), как известно по тайне сказанного: </w:t>
      </w:r>
      <w:r>
        <w:rPr>
          <w:rFonts w:ascii="Georgia" w:hAnsi="Georgia"/>
          <w:b w:val="0"/>
          <w:i/>
          <w:color w:val="000000"/>
          <w:sz w:val="24"/>
        </w:rPr>
        <w:t>«Умудряйся в Бине»</w:t>
      </w:r>
      <w:r>
        <w:rPr>
          <w:rFonts w:ascii="Georgia" w:hAnsi="Georgia"/>
          <w:b w:val="0"/>
          <w:i w:val="0"/>
          <w:color w:val="000000"/>
          <w:sz w:val="24"/>
        </w:rPr>
        <w:t xml:space="preserve"> (Сефер Йецира 1:4). И поговорим о букве хэй, которая всегда называется Твуной. Форма же буквы хэй (</w:t>
      </w:r>
      <w:r>
        <w:rPr>
          <w:rFonts w:ascii="Georgia" w:hAnsi="Georgia" w:cs="Times New Roman"/>
          <w:b/>
          <w:i w:val="0"/>
          <w:color w:val="000000"/>
          <w:sz w:val="24"/>
          <w:rtl/>
          <w:szCs w:val="32"/>
        </w:rPr>
        <w:t>ה</w:t>
      </w:r>
      <w:r>
        <w:rPr>
          <w:rFonts w:ascii="Georgia" w:hAnsi="Georgia"/>
          <w:b w:val="0"/>
          <w:i w:val="0"/>
          <w:color w:val="000000"/>
          <w:sz w:val="24"/>
        </w:rPr>
        <w:t>) — это далет над вав (</w:t>
      </w:r>
      <w:r>
        <w:rPr>
          <w:rFonts w:ascii="Georgia" w:hAnsi="Georgia" w:cs="Times New Roman"/>
          <w:b/>
          <w:i w:val="0"/>
          <w:color w:val="000000"/>
          <w:sz w:val="24"/>
          <w:rtl/>
          <w:szCs w:val="32"/>
        </w:rPr>
        <w:t>ד</w:t>
      </w:r>
      <w:r>
        <w:rPr>
          <w:rFonts w:ascii="Georgia" w:hAnsi="Georgia"/>
          <w:b w:val="0"/>
          <w:i w:val="0"/>
          <w:color w:val="000000"/>
          <w:sz w:val="24"/>
        </w:rPr>
        <w:t xml:space="preserve"> над </w:t>
      </w:r>
      <w:r>
        <w:rPr>
          <w:rFonts w:ascii="Georgia" w:hAnsi="Georgia" w:cs="Times New Roman"/>
          <w:b/>
          <w:i w:val="0"/>
          <w:color w:val="000000"/>
          <w:sz w:val="24"/>
          <w:rtl/>
          <w:szCs w:val="32"/>
        </w:rPr>
        <w:t>ו</w:t>
      </w:r>
      <w:r>
        <w:rPr>
          <w:rFonts w:ascii="Georgia" w:hAnsi="Georgia"/>
          <w:b w:val="0"/>
          <w:i w:val="0"/>
          <w:color w:val="000000"/>
          <w:sz w:val="24"/>
        </w:rPr>
        <w:t xml:space="preserve">). И суть в том, как тебе известно из темы о целем Зеир Анпина (целем де-ЗА), состоящем из трех букв слова </w:t>
      </w:r>
      <w:r>
        <w:rPr>
          <w:rFonts w:ascii="Georgia" w:hAnsi="Georgia"/>
          <w:b w:val="0"/>
          <w:i/>
          <w:color w:val="000000"/>
          <w:sz w:val="24"/>
        </w:rPr>
        <w:t>целем</w:t>
      </w:r>
      <w:r>
        <w:rPr>
          <w:rFonts w:ascii="Georgia" w:hAnsi="Georgia"/>
          <w:b w:val="0"/>
          <w:i w:val="0"/>
          <w:color w:val="000000"/>
          <w:sz w:val="24"/>
        </w:rPr>
        <w:t xml:space="preserve"> (</w:t>
      </w:r>
      <w:r>
        <w:rPr>
          <w:rFonts w:ascii="Georgia" w:hAnsi="Georgia" w:cs="Times New Roman"/>
          <w:b/>
          <w:i w:val="0"/>
          <w:color w:val="000000"/>
          <w:sz w:val="24"/>
          <w:rtl/>
          <w:szCs w:val="32"/>
        </w:rPr>
        <w:t>צֶלֶם</w:t>
      </w:r>
      <w:r>
        <w:rPr>
          <w:rFonts w:ascii="Georgia" w:hAnsi="Georgia"/>
          <w:b w:val="0"/>
          <w:i w:val="0"/>
          <w:color w:val="000000"/>
          <w:sz w:val="24"/>
        </w:rPr>
        <w:t>): мэм (</w:t>
      </w:r>
      <w:r>
        <w:rPr>
          <w:rFonts w:ascii="Georgia" w:hAnsi="Georgia" w:cs="Times New Roman"/>
          <w:b/>
          <w:i w:val="0"/>
          <w:color w:val="000000"/>
          <w:sz w:val="24"/>
          <w:rtl/>
          <w:szCs w:val="32"/>
        </w:rPr>
        <w:t>ם</w:t>
      </w:r>
      <w:r>
        <w:rPr>
          <w:rFonts w:ascii="Georgia" w:hAnsi="Georgia"/>
          <w:b w:val="0"/>
          <w:i w:val="0"/>
          <w:color w:val="000000"/>
          <w:sz w:val="24"/>
        </w:rPr>
        <w:t>) — в трех первых ступенях, ламэд (</w:t>
      </w:r>
      <w:r>
        <w:rPr>
          <w:rFonts w:ascii="Georgia" w:hAnsi="Georgia" w:cs="Times New Roman"/>
          <w:b/>
          <w:i w:val="0"/>
          <w:color w:val="000000"/>
          <w:sz w:val="24"/>
          <w:rtl/>
          <w:szCs w:val="32"/>
        </w:rPr>
        <w:t>ל</w:t>
      </w:r>
      <w:r>
        <w:rPr>
          <w:rFonts w:ascii="Georgia" w:hAnsi="Georgia"/>
          <w:b w:val="0"/>
          <w:i w:val="0"/>
          <w:color w:val="000000"/>
          <w:sz w:val="24"/>
        </w:rPr>
        <w:t>) — в трех средних, цади (</w:t>
      </w:r>
      <w:r>
        <w:rPr>
          <w:rFonts w:ascii="Georgia" w:hAnsi="Georgia" w:cs="Times New Roman"/>
          <w:b/>
          <w:i w:val="0"/>
          <w:color w:val="000000"/>
          <w:sz w:val="24"/>
          <w:rtl/>
          <w:szCs w:val="32"/>
        </w:rPr>
        <w:t>צ</w:t>
      </w:r>
      <w:r>
        <w:rPr>
          <w:rFonts w:ascii="Georgia" w:hAnsi="Georgia"/>
          <w:b w:val="0"/>
          <w:i w:val="0"/>
          <w:color w:val="000000"/>
          <w:sz w:val="24"/>
        </w:rPr>
        <w:t>) — в трех нижних ступенях Твуны, которые входят непосредственно внутрь ЗА. Так же и здесь: сначала этот свет мохин облачен в четыре первые сфиры в обратной стороне Малхут де-Има, и это буква далет наполнения буквы йод, как сказано выше, представляющая собой мэм де-</w:t>
      </w:r>
      <w:r>
        <w:rPr>
          <w:rFonts w:ascii="Georgia" w:hAnsi="Georgia"/>
          <w:b w:val="0"/>
          <w:i/>
          <w:color w:val="000000"/>
          <w:sz w:val="24"/>
        </w:rPr>
        <w:t>целем</w:t>
      </w:r>
      <w:r>
        <w:rPr>
          <w:rFonts w:ascii="Georgia" w:hAnsi="Georgia"/>
          <w:b w:val="0"/>
          <w:i w:val="0"/>
          <w:color w:val="000000"/>
          <w:sz w:val="24"/>
        </w:rPr>
        <w:t xml:space="preserve"> (</w:t>
      </w:r>
      <w:r>
        <w:rPr>
          <w:rFonts w:ascii="Georgia" w:hAnsi="Georgia" w:cs="Times New Roman"/>
          <w:b/>
          <w:i w:val="0"/>
          <w:color w:val="000000"/>
          <w:sz w:val="24"/>
          <w:rtl/>
          <w:szCs w:val="32"/>
        </w:rPr>
        <w:t>ם</w:t>
      </w:r>
      <w:r>
        <w:rPr>
          <w:rFonts w:ascii="Georgia" w:hAnsi="Georgia"/>
          <w:b w:val="0"/>
          <w:i w:val="0"/>
          <w:color w:val="000000"/>
          <w:sz w:val="24"/>
        </w:rPr>
        <w:t>). Затем далет над вав, чья форма образует хэй (</w:t>
      </w:r>
      <w:r>
        <w:rPr>
          <w:rFonts w:ascii="Georgia" w:hAnsi="Georgia" w:cs="Times New Roman"/>
          <w:b/>
          <w:i w:val="0"/>
          <w:color w:val="000000"/>
          <w:sz w:val="24"/>
          <w:rtl/>
          <w:szCs w:val="32"/>
        </w:rPr>
        <w:t>ה</w:t>
      </w:r>
      <w:r>
        <w:rPr>
          <w:rFonts w:ascii="Georgia" w:hAnsi="Georgia"/>
          <w:b w:val="0"/>
          <w:i w:val="0"/>
          <w:color w:val="000000"/>
          <w:sz w:val="24"/>
        </w:rPr>
        <w:t>), — это мохин самой Твуны, облаченные в три средние сфиры обратной стороны Малхут де-Има, и это ламэд де-</w:t>
      </w:r>
      <w:r>
        <w:rPr>
          <w:rFonts w:ascii="Georgia" w:hAnsi="Georgia"/>
          <w:b w:val="0"/>
          <w:i/>
          <w:color w:val="000000"/>
          <w:sz w:val="24"/>
        </w:rPr>
        <w:t>целем</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b w:val="0"/>
          <w:i w:val="0"/>
          <w:color w:val="000000"/>
          <w:sz w:val="24"/>
        </w:rPr>
        <w:t>). А затем вав в форме первой буквы хэй — это мохин самой Твуны, облаченные в три нижние сфиры обратной стороны Малхут де-Има, и это цади де-</w:t>
      </w:r>
      <w:r>
        <w:rPr>
          <w:rFonts w:ascii="Georgia" w:hAnsi="Georgia"/>
          <w:b w:val="0"/>
          <w:i/>
          <w:color w:val="000000"/>
          <w:sz w:val="24"/>
        </w:rPr>
        <w:t>целем</w:t>
      </w:r>
      <w:r>
        <w:rPr>
          <w:rFonts w:ascii="Georgia" w:hAnsi="Georgia"/>
          <w:b w:val="0"/>
          <w:i w:val="0"/>
          <w:color w:val="000000"/>
          <w:sz w:val="24"/>
        </w:rPr>
        <w:t xml:space="preserve"> (</w:t>
      </w:r>
      <w:r>
        <w:rPr>
          <w:rFonts w:ascii="Georgia" w:hAnsi="Georgia" w:cs="Times New Roman"/>
          <w:b/>
          <w:i w:val="0"/>
          <w:color w:val="000000"/>
          <w:sz w:val="24"/>
          <w:rtl/>
          <w:szCs w:val="32"/>
        </w:rPr>
        <w:t>צ</w:t>
      </w:r>
      <w:r>
        <w:rPr>
          <w:rFonts w:ascii="Georgia" w:hAnsi="Georgia"/>
          <w:b w:val="0"/>
          <w:i w:val="0"/>
          <w:color w:val="000000"/>
          <w:sz w:val="24"/>
        </w:rPr>
        <w:t>), внутренние мохин.</w:t>
      </w:r>
    </w:p>
    <w:p>
      <w:pPr>
        <w:spacing w:before="40" w:after="120"/>
        <w:jc w:val="both"/>
      </w:pPr>
      <w:r>
        <w:rPr>
          <w:rFonts w:ascii="Georgia" w:hAnsi="Georgia"/>
          <w:b w:val="0"/>
          <w:i w:val="0"/>
          <w:color w:val="000000"/>
          <w:sz w:val="24"/>
        </w:rPr>
        <w:t>9) Однако знай, что все это происходит тогда, когда Бина и Твуна объединены в один парцуф. Ведь тогда эта первая хэй имени, называемая Твуной, поднимается наверх, к буквам вав и далет (</w:t>
      </w:r>
      <w:r>
        <w:rPr>
          <w:rFonts w:ascii="Georgia" w:hAnsi="Georgia" w:cs="Times New Roman"/>
          <w:b/>
          <w:i w:val="0"/>
          <w:color w:val="000000"/>
          <w:sz w:val="24"/>
          <w:rtl/>
          <w:szCs w:val="32"/>
        </w:rPr>
        <w:t>ו״ד</w:t>
      </w:r>
      <w:r>
        <w:rPr>
          <w:rFonts w:ascii="Georgia" w:hAnsi="Georgia"/>
          <w:b w:val="0"/>
          <w:i w:val="0"/>
          <w:color w:val="000000"/>
          <w:sz w:val="24"/>
        </w:rPr>
        <w:t xml:space="preserve">) наполнения буквы йод, представляющим собой иную форму буквы хэй, и они становятся для нее обратной стороной. Но когда они опускаются вниз и становятся первой буквой хэй — состояние, о котором сказано: </w:t>
      </w:r>
      <w:r>
        <w:rPr>
          <w:rFonts w:ascii="Georgia" w:hAnsi="Georgia"/>
          <w:b w:val="0"/>
          <w:i/>
          <w:color w:val="000000"/>
          <w:sz w:val="24"/>
        </w:rPr>
        <w:t>«мать сидит на птенцах»</w:t>
      </w:r>
      <w:r>
        <w:rPr>
          <w:rFonts w:ascii="Georgia" w:hAnsi="Georgia"/>
          <w:b w:val="0"/>
          <w:i w:val="0"/>
          <w:color w:val="000000"/>
          <w:sz w:val="24"/>
        </w:rPr>
        <w:t xml:space="preserve"> (Дварим 22:6), — она сходит со своего места. И тогда мохин пребывают в качестве окружающих светов (макифим), представляя собой букву далет над буквой вав, отделенные друг от друга, и у этой вав нет головы, а есть лишь укороченная вав — ВАК без мохин, как известно; при ее же подъеме у нее появляются внутренние мохин.</w:t>
      </w:r>
    </w:p>
    <w:p>
      <w:pPr>
        <w:spacing w:before="40" w:after="120"/>
        <w:jc w:val="both"/>
      </w:pPr>
      <w:r>
        <w:rPr>
          <w:rFonts w:ascii="Georgia" w:hAnsi="Georgia"/>
          <w:b w:val="0"/>
          <w:i w:val="0"/>
          <w:color w:val="000000"/>
          <w:sz w:val="24"/>
        </w:rPr>
        <w:t>10) Вернемся к теме: ведь когда они разделяются, образуются Бина и Твуна. И тогда обратная сторона Малхут де-Бина опускается внутрь Твуны. И тогда эта самая обратная сторона Малхут де-Бина становится буквально лицевой стороной Твуны, так что сами десять сфирот обратной стороны Малхут де-Бина являются свойством самого лица Твуны. Ведь первые четыре сфиры обратной стороны Малхут де-Бина — это те самые четыре первые сфиры лицевой стороны Твуны, а ВАК обратной стороны Малхут де-Бина — это те самые ВАК лицевой стороны Твуны. И получается, что когда Твуна поднимается, чтобы включиться вместе с Биной в один парцуф, лицевая сторона Твуны оказывается обратной стороной для Малхут де-Бина.</w:t>
      </w:r>
    </w:p>
    <w:p>
      <w:pPr>
        <w:spacing w:before="40" w:after="120"/>
        <w:jc w:val="both"/>
      </w:pPr>
      <w:r>
        <w:rPr>
          <w:rFonts w:ascii="Georgia" w:hAnsi="Georgia"/>
          <w:b w:val="0"/>
          <w:i w:val="0"/>
          <w:color w:val="000000"/>
          <w:sz w:val="24"/>
        </w:rPr>
        <w:t>11) Вверху, в Бине, также была обратная сторона от свойства ЭЛОКИМ. Вся внутренняя часть в свойствах лица и обратной стороны происходит от имени ЭЙЕ, вся же внешняя часть в свойствах лица и обратной стороны происходит от имени БОХО (</w:t>
      </w:r>
      <w:r>
        <w:rPr>
          <w:rFonts w:ascii="Georgia" w:hAnsi="Georgia" w:cs="Times New Roman"/>
          <w:b/>
          <w:i w:val="0"/>
          <w:color w:val="000000"/>
          <w:sz w:val="24"/>
          <w:rtl/>
          <w:szCs w:val="32"/>
        </w:rPr>
        <w:t>בוכ״ו</w:t>
      </w:r>
      <w:r>
        <w:rPr>
          <w:rFonts w:ascii="Georgia" w:hAnsi="Georgia"/>
          <w:b w:val="0"/>
          <w:i w:val="0"/>
          <w:color w:val="000000"/>
          <w:sz w:val="24"/>
        </w:rPr>
        <w:t>), получаемого заменой букв имени ЭЙЕ. И тогда этот БОХО светит во внешней части, называемой ЭЛОКИМ, поскольку он включает в себя всего ЭЛОКИМ, состоящего из 120 сочетаний (</w:t>
      </w:r>
      <w:r>
        <w:rPr>
          <w:rFonts w:ascii="Georgia" w:hAnsi="Georgia" w:cs="Times New Roman"/>
          <w:b/>
          <w:i w:val="0"/>
          <w:color w:val="000000"/>
          <w:sz w:val="24"/>
          <w:rtl/>
          <w:szCs w:val="32"/>
        </w:rPr>
        <w:t>ק״ך</w:t>
      </w:r>
      <w:r>
        <w:rPr>
          <w:rFonts w:ascii="Georgia" w:hAnsi="Georgia"/>
          <w:b w:val="0"/>
          <w:i w:val="0"/>
          <w:color w:val="000000"/>
          <w:sz w:val="24"/>
        </w:rPr>
        <w:t xml:space="preserve"> = 120), которые разделяются так: 4 раза по 30 — это 120; так же и БОХО распространяется во всех них, служа для них мерилом, и его гематрия равна 34 (</w:t>
      </w:r>
      <w:r>
        <w:rPr>
          <w:rFonts w:ascii="Georgia" w:hAnsi="Georgia" w:cs="Times New Roman"/>
          <w:b/>
          <w:i w:val="0"/>
          <w:color w:val="000000"/>
          <w:sz w:val="24"/>
          <w:rtl/>
          <w:szCs w:val="32"/>
        </w:rPr>
        <w:t>ד״ל</w:t>
      </w:r>
      <w:r>
        <w:rPr>
          <w:rFonts w:ascii="Georgia" w:hAnsi="Georgia"/>
          <w:b w:val="0"/>
          <w:i w:val="0"/>
          <w:color w:val="000000"/>
          <w:sz w:val="24"/>
        </w:rPr>
        <w:t>), что означает: 4 раза по 30 (</w:t>
      </w:r>
      <w:r>
        <w:rPr>
          <w:rFonts w:ascii="Georgia" w:hAnsi="Georgia" w:cs="Times New Roman"/>
          <w:b/>
          <w:i w:val="0"/>
          <w:color w:val="000000"/>
          <w:sz w:val="24"/>
          <w:rtl/>
          <w:szCs w:val="32"/>
        </w:rPr>
        <w:t>ל</w:t>
      </w:r>
      <w:r>
        <w:rPr>
          <w:rFonts w:ascii="Georgia" w:hAnsi="Georgia"/>
          <w:b w:val="0"/>
          <w:i w:val="0"/>
          <w:color w:val="000000"/>
          <w:sz w:val="24"/>
        </w:rPr>
        <w:t>).</w:t>
      </w:r>
    </w:p>
    <w:p>
      <w:pPr>
        <w:spacing w:before="40" w:after="120"/>
        <w:jc w:val="both"/>
      </w:pPr>
      <w:r>
        <w:rPr>
          <w:rFonts w:ascii="Georgia" w:hAnsi="Georgia"/>
          <w:b w:val="0"/>
          <w:i w:val="0"/>
          <w:color w:val="000000"/>
          <w:sz w:val="24"/>
        </w:rPr>
        <w:t>12) Дело в том, что в Малхут де-Бина, называемой далет Бины из-за ее пребывания в четырех нижних сфирот Бины, там, во внешней части, находятся Имена 120 сочетаний ЭЛОКИМ, как сказано выше. И тогда в них распространяется свечение имени БОХО, как сказано выше, и они также разделяются на четыре части, а именно: 30 сочетаний — в Тиферет, 30 — в Нецах, 30 — в Ход, 30 — в Есод; и они находятся от хазе де-Бина и ниже, представляя собой ТАНЕХИ, как сказано выше. Затем подобно тому, как обратная сторона имени ЭЙЕ Малхут де-Бина распространяется, опускается и становится для Твуны свойством лица, так же и обратная сторона имени ЭЛОКИМ Малхут де-Бина опускается и из нее образуется обратная сторона (следует читать: лицевая сторона) (лицевая сторона внешней части) Твуны. И в этой Твуне тоже есть девять сфирот и еще Малхут в ней, подобно упомянутой Бине. Эти Имена ЭЛОКИМ, называемые обратной стороной Твуны, также раскрываются здесь только в четырех нижних сфирот (в семи нижних сфирот) Твуны, где находится ее Малхут, а также в свойстве Гвуры в ней: ведь поскольку это нижняя Твуна, суды раскрываются даже начиная с ее Гвуры.</w:t>
      </w:r>
    </w:p>
    <w:p>
      <w:pPr>
        <w:spacing w:before="40" w:after="120"/>
        <w:jc w:val="both"/>
      </w:pPr>
      <w:r>
        <w:rPr>
          <w:rFonts w:ascii="Georgia" w:hAnsi="Georgia"/>
          <w:b w:val="0"/>
          <w:i w:val="0"/>
          <w:color w:val="000000"/>
          <w:sz w:val="24"/>
        </w:rPr>
        <w:t>И тогда эти 120 сочетаний ЭЛОКИМ разделяются в ней на пять частей соответственно пяти буквам имени ЭЛОКИМ, и распределяются по 24 в каждой из этих сфирот: 24 сочетания, начинающихся с буквы алеф (</w:t>
      </w:r>
      <w:r>
        <w:rPr>
          <w:rFonts w:ascii="Georgia" w:hAnsi="Georgia" w:cs="Times New Roman"/>
          <w:b/>
          <w:i w:val="0"/>
          <w:color w:val="000000"/>
          <w:sz w:val="24"/>
          <w:rtl/>
          <w:szCs w:val="32"/>
        </w:rPr>
        <w:t>א</w:t>
      </w:r>
      <w:r>
        <w:rPr>
          <w:rFonts w:ascii="Georgia" w:hAnsi="Georgia"/>
          <w:b w:val="0"/>
          <w:i w:val="0"/>
          <w:color w:val="000000"/>
          <w:sz w:val="24"/>
        </w:rPr>
        <w:t>), 24 начинающихся с буквы ламэд (</w:t>
      </w:r>
      <w:r>
        <w:rPr>
          <w:rFonts w:ascii="Georgia" w:hAnsi="Georgia" w:cs="Times New Roman"/>
          <w:b/>
          <w:i w:val="0"/>
          <w:color w:val="000000"/>
          <w:sz w:val="24"/>
          <w:rtl/>
          <w:szCs w:val="32"/>
        </w:rPr>
        <w:t>ל</w:t>
      </w:r>
      <w:r>
        <w:rPr>
          <w:rFonts w:ascii="Georgia" w:hAnsi="Georgia"/>
          <w:b w:val="0"/>
          <w:i w:val="0"/>
          <w:color w:val="000000"/>
          <w:sz w:val="24"/>
        </w:rPr>
        <w:t>) и так далее. И каждые из этих 24 сочетаний представляют собой одно имя ЭЛОКИМ, итого пять Имен ЭЛОКИМ, составляющих в сумме 430 (</w:t>
      </w:r>
      <w:r>
        <w:rPr>
          <w:rFonts w:ascii="Georgia" w:hAnsi="Georgia" w:cs="Times New Roman"/>
          <w:b/>
          <w:i w:val="0"/>
          <w:color w:val="000000"/>
          <w:sz w:val="24"/>
          <w:rtl/>
          <w:szCs w:val="32"/>
        </w:rPr>
        <w:t>ת״ל</w:t>
      </w:r>
      <w:r>
        <w:rPr>
          <w:rFonts w:ascii="Georgia" w:hAnsi="Georgia"/>
          <w:b w:val="0"/>
          <w:i w:val="0"/>
          <w:color w:val="000000"/>
          <w:sz w:val="24"/>
        </w:rPr>
        <w:t xml:space="preserve"> = 430), а вместе с именем БОХО, светящим в них, это дает гематрию слова </w:t>
      </w:r>
      <w:r>
        <w:rPr>
          <w:rFonts w:ascii="Georgia" w:hAnsi="Georgia"/>
          <w:b w:val="0"/>
          <w:i/>
          <w:color w:val="000000"/>
          <w:sz w:val="24"/>
        </w:rPr>
        <w:t>Твуна</w:t>
      </w:r>
      <w:r>
        <w:rPr>
          <w:rFonts w:ascii="Georgia" w:hAnsi="Georgia"/>
          <w:b w:val="0"/>
          <w:i w:val="0"/>
          <w:color w:val="000000"/>
          <w:sz w:val="24"/>
        </w:rPr>
        <w:t xml:space="preserve"> (</w:t>
      </w:r>
      <w:r>
        <w:rPr>
          <w:rFonts w:ascii="Georgia" w:hAnsi="Georgia" w:cs="Times New Roman"/>
          <w:b/>
          <w:i w:val="0"/>
          <w:color w:val="000000"/>
          <w:sz w:val="24"/>
          <w:rtl/>
          <w:szCs w:val="32"/>
        </w:rPr>
        <w:t>תְּבוּנָה</w:t>
      </w:r>
      <w:r>
        <w:rPr>
          <w:rFonts w:ascii="Georgia" w:hAnsi="Georgia"/>
          <w:b w:val="0"/>
          <w:i w:val="0"/>
          <w:color w:val="000000"/>
          <w:sz w:val="24"/>
        </w:rPr>
        <w:t xml:space="preserve"> = 463) с колелем.</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2) </w:t>
      </w:r>
      <w:r>
        <w:rPr>
          <w:rFonts w:ascii="Georgia" w:hAnsi="Georgia"/>
          <w:b/>
          <w:i w:val="0"/>
          <w:color w:val="000000"/>
          <w:sz w:val="24"/>
        </w:rPr>
        <w:t>«У Имы есть десять сфирот: в первых девяти сфирот есть лицо и обратная сторона…»</w:t>
      </w:r>
      <w:r>
        <w:rPr>
          <w:rFonts w:ascii="Georgia" w:hAnsi="Georgia"/>
          <w:b w:val="0"/>
          <w:i w:val="0"/>
          <w:color w:val="000000"/>
          <w:sz w:val="24"/>
        </w:rPr>
        <w:t xml:space="preserve"> И знай, что все рассматриваемое здесь относится к АВАЯ де-САГ, в которой буква йод включает Кетер и Хохму, первая буква хэй — это тайна Бины, а вав и хэй — тайна ЗОН, как написал Учитель в ветви 16, пункт 7, со слов «И вот», и смотри там же в «Паним Меирот», со слов «И вот», что со времени исправления МАН и далее каждый рош разделился надвое. Ведь нижняя хэй десяти сфирот рош, находившаяся в пэ, поднялась в эйнаим, являющиеся тайной Хохма де-рош, и десять сфирот рош вышли от эйнаим и выше. И потому эти десять сфирот именуются: Кетер и Хохма, или Гальгальта ве-Эйнаим, или АВАЯ де-АБ, или высшие Аба ве-Има, или буква йод имени АВАЯ; где верхний кончик [буквы йод] — это тайна Гальгальты и Кетера, а само тело буквы йод — это тайна эйнаим и Хохмы.</w:t>
      </w:r>
    </w:p>
    <w:p>
      <w:pPr>
        <w:spacing w:before="40" w:after="120"/>
        <w:jc w:val="both"/>
      </w:pPr>
      <w:r>
        <w:rPr>
          <w:rFonts w:ascii="Georgia" w:hAnsi="Georgia"/>
          <w:b w:val="0"/>
          <w:i w:val="0"/>
          <w:color w:val="000000"/>
          <w:sz w:val="24"/>
        </w:rPr>
        <w:t xml:space="preserve">Однако Бина и ЗОН де-рош, называемые АХАП, вышли наружу из рош, поскольку масах уже стоит и охватывает их сверху, над АХАП. И так как АХАП получают свет от масаха и ниже, они считаются свойствами тела (гуф) и ХАГАТ — то есть они утратили уровень головы (рош), который был у них до подъема нижней хэй в эйнаим. Ведь тогда АХАП находились выше масаха, тогда как теперь они находятся ниже масаха. И эти АХАП именуются: первая буква хэй имени АВАЯ, или ИШСУТ, или АВАЯ де-САГ, как обо всем этом написано там, в ветви 16, в «Паним Меирот» и в «Паним Масбирот», и незачем повторяться. И об этом сказано: </w:t>
      </w:r>
      <w:r>
        <w:rPr>
          <w:rFonts w:ascii="Georgia" w:hAnsi="Georgia"/>
          <w:b/>
          <w:i w:val="0"/>
          <w:color w:val="000000"/>
          <w:sz w:val="24"/>
        </w:rPr>
        <w:t>«У Имы есть десять сфирот»</w:t>
      </w:r>
      <w:r>
        <w:rPr>
          <w:rFonts w:ascii="Georgia" w:hAnsi="Georgia"/>
          <w:b w:val="0"/>
          <w:i w:val="0"/>
          <w:color w:val="000000"/>
          <w:sz w:val="24"/>
        </w:rPr>
        <w:t>. Имелась в виду та Има, которая включена в букву йод АВАЯ де-САГ и называется высшей Имой (Има Илаа), являясь тайной САГ де-АБ, а не собственно САГ, ведь только первая хэй называется собственно АВАЯ де-САГ.</w:t>
      </w:r>
    </w:p>
    <w:p>
      <w:pPr>
        <w:spacing w:before="40" w:after="120"/>
        <w:jc w:val="both"/>
      </w:pPr>
      <w:r>
        <w:rPr>
          <w:rFonts w:ascii="Georgia" w:hAnsi="Georgia"/>
          <w:b w:val="0"/>
          <w:i w:val="0"/>
          <w:color w:val="000000"/>
          <w:sz w:val="24"/>
        </w:rPr>
        <w:t>Однако высшая Има (Има Илаа) — это тайна букв вав и далет (</w:t>
      </w:r>
      <w:r>
        <w:rPr>
          <w:rFonts w:ascii="Georgia" w:hAnsi="Georgia" w:cs="Times New Roman"/>
          <w:b/>
          <w:i w:val="0"/>
          <w:color w:val="000000"/>
          <w:sz w:val="24"/>
          <w:rtl/>
          <w:szCs w:val="32"/>
        </w:rPr>
        <w:t>ו״ד</w:t>
      </w:r>
      <w:r>
        <w:rPr>
          <w:rFonts w:ascii="Georgia" w:hAnsi="Georgia"/>
          <w:b w:val="0"/>
          <w:i w:val="0"/>
          <w:color w:val="000000"/>
          <w:sz w:val="24"/>
        </w:rPr>
        <w:t xml:space="preserve">) наполнения буквы йод имени АВАЯ, а не первая буква хэй имени АВАЯ. И уже объяснялось, что правая сторона — это высший Аба (Аба Илаа), являющийся тайной буквы йод имени АВАЯ, называемой также АВАЯ де-АБ, а левая сторона в нем — это упомянутая высшая Има, представляющая собой тайну букв вав и далет наполнения буквы йод, называемой также именем ЭЙЕ с наполнением йод (де-йодин). И об этом сказано: </w:t>
      </w:r>
      <w:r>
        <w:rPr>
          <w:rFonts w:ascii="Georgia" w:hAnsi="Georgia"/>
          <w:b/>
          <w:i w:val="0"/>
          <w:color w:val="000000"/>
          <w:sz w:val="24"/>
        </w:rPr>
        <w:t>«В первых девяти сфирот есть лицо и обратная сторона, и они занимают всю высоту высшей Имы…»</w:t>
      </w:r>
      <w:r>
        <w:rPr>
          <w:rFonts w:ascii="Georgia" w:hAnsi="Georgia"/>
          <w:b w:val="0"/>
          <w:i w:val="0"/>
          <w:color w:val="000000"/>
          <w:sz w:val="24"/>
        </w:rPr>
        <w:t xml:space="preserve"> Этим он хочет подчеркнуть, что данные девять сфирот охватывают всю сущность и высоту высшей Имы, являющейся левой линией высшего Абы и называемой именем ЭЙЕ де-йодин, и представляют собой тайну буквы вав наполнения вав-далет буквы йод. Буква же далет наполнения вав-далет — это тайна нижней хэй и масаха, поднявшегося в никвей эйнаим; он поднимает отраженный свет и служит там для высших Абы ве-Имы вместе, и потому она не относится к самому телу высшей Имы, ведь высшая Има — это в точности левая линия Абы, как сказано выше.</w:t>
      </w:r>
    </w:p>
    <w:p>
      <w:pPr>
        <w:spacing w:before="40" w:after="120"/>
        <w:jc w:val="both"/>
      </w:pPr>
      <w:r>
        <w:rPr>
          <w:rFonts w:ascii="Georgia" w:hAnsi="Georgia"/>
          <w:b w:val="0"/>
          <w:i w:val="0"/>
          <w:color w:val="000000"/>
          <w:sz w:val="24"/>
        </w:rPr>
        <w:t xml:space="preserve">Однако этот масах также считается Малхут высшей Имы, поскольку он служит [для зивуга] и поднимает отраженный свет снизу вверх, и потому называется именем Малхут. И об этом сказано: </w:t>
      </w:r>
      <w:r>
        <w:rPr>
          <w:rFonts w:ascii="Georgia" w:hAnsi="Georgia"/>
          <w:b/>
          <w:i w:val="0"/>
          <w:color w:val="000000"/>
          <w:sz w:val="24"/>
        </w:rPr>
        <w:t>«А затем Малхут в ней начинается от хазе и ниже и облачает их… вся высота которой равна лишь четырем нижним [сфирот] Имы, и потому становятся для нее светом разума…»</w:t>
      </w:r>
      <w:r>
        <w:rPr>
          <w:rFonts w:ascii="Georgia" w:hAnsi="Georgia"/>
          <w:b w:val="0"/>
          <w:i w:val="0"/>
          <w:color w:val="000000"/>
          <w:sz w:val="24"/>
        </w:rPr>
        <w:t xml:space="preserve"> То есть, как написано в предыдущей ветви, вследствие подъема Малхут, находившейся в пэ де-рош, на место эйнаим, уровень пэ де-рош опустился и уподобился свойству Малхут де-Малхут, являющейся хазе. И поэтому никакой нижний [парцуф] отныне не облачает семь нижних сфирот (ЗАТ) высшего, как это было в АК, а облачает лишь четыре нижние сфиры высшего, являющиеся ТАНЕХИ, то есть [распространяющиеся] от хазе высшего и ниже. И об этом он говорит, что эта Малхут, являющаяся тайной буквы далет наполнения вав-далет, которая сама распространяется на десять сфирот, чтобы облачиться в нижний парцуф — то есть в Твуну, являющуюся первой буквой хэй имени АВАЯ, — располагается от хазе высшей Имы и ниже.</w:t>
      </w:r>
    </w:p>
    <w:p>
      <w:pPr>
        <w:spacing w:before="40" w:after="120"/>
        <w:jc w:val="both"/>
      </w:pPr>
      <w:r>
        <w:rPr>
          <w:rFonts w:ascii="Georgia" w:hAnsi="Georgia"/>
          <w:b w:val="0"/>
          <w:i w:val="0"/>
          <w:color w:val="000000"/>
          <w:sz w:val="24"/>
        </w:rPr>
        <w:t xml:space="preserve">Однако выше хазе находится сама высшая Има, которую нижний не способен там облачить, как разъяснялось. И знай, что то, о чем Учитель пишет ниже в тайне первой хэй — что буква вав внутри буквы хэй представляет собой усеченную вав без головы, окруженную буквой далет, — так вот, эта далет и есть упомянутая Малхут де-Има, из-за которой первая хэй вышла наружу из головы (рош), и оказывается, что эта далет ограничивает первую хэй, из-за чего та лишена свойства головы. И пойми это. </w:t>
      </w:r>
      <w:r>
        <w:rPr>
          <w:rFonts w:ascii="Georgia" w:hAnsi="Georgia"/>
          <w:b/>
          <w:i w:val="0"/>
          <w:color w:val="000000"/>
          <w:sz w:val="24"/>
        </w:rPr>
        <w:t>«Поэтому здесь не две буквы далет, а одна далет…»</w:t>
      </w:r>
      <w:r>
        <w:rPr>
          <w:rFonts w:ascii="Georgia" w:hAnsi="Georgia"/>
          <w:b w:val="0"/>
          <w:i w:val="0"/>
          <w:color w:val="000000"/>
          <w:sz w:val="24"/>
        </w:rPr>
        <w:t xml:space="preserve"> Ведь относительно Нуквы Зеир Анпина в книге «Эц Хаим» (врата 35, глава 3) объяснялось, что там есть две буквы далет, смотри там внимательно. И потому он говорит, что здесь, в Малхут высшей Имы, этого нет, как будет с Б-жьей помощью объяснено на своем месте.</w:t>
      </w:r>
    </w:p>
    <w:p>
      <w:pPr>
        <w:spacing w:before="40" w:after="120"/>
        <w:jc w:val="both"/>
      </w:pPr>
      <w:r>
        <w:rPr>
          <w:rFonts w:ascii="Georgia" w:hAnsi="Georgia"/>
          <w:b w:val="0"/>
          <w:i w:val="0"/>
          <w:color w:val="000000"/>
          <w:sz w:val="24"/>
        </w:rPr>
        <w:t xml:space="preserve">3) </w:t>
      </w:r>
      <w:r>
        <w:rPr>
          <w:rFonts w:ascii="Georgia" w:hAnsi="Georgia"/>
          <w:b/>
          <w:i w:val="0"/>
          <w:color w:val="000000"/>
          <w:sz w:val="24"/>
        </w:rPr>
        <w:t>«Высший никогда не облачается в нижнего иначе как своей обратной стороной… Следовательно, обратная сторона Малхут высшей Имы облачается в Твуну…»</w:t>
      </w:r>
      <w:r>
        <w:rPr>
          <w:rFonts w:ascii="Georgia" w:hAnsi="Georgia"/>
          <w:b w:val="0"/>
          <w:i w:val="0"/>
          <w:color w:val="000000"/>
          <w:sz w:val="24"/>
        </w:rPr>
        <w:t xml:space="preserve"> В предыдущей ветви уже объяснялось, что тайна облачения НЕХИ высшего в нижнего берет свое начало в подъеме МАН к эйнаим, когда каждая ступень разделилась пополам: десять сфирот рош разделились на Гальгальту ве-Эйнаим и АХАП, а десять сфирот внутренней части (тох) — на Кетер-Хохму и Бину с ЗОН, как подробно описано выше, в «Паним Масбирот», ветви 15 и 16. Также выше, в «Паним Масбирот» (стр. 583) и во многих других местах, объяснялось значение обратной стороны любой ступени: это решимот, остающиеся на ступени во время очищения экрана (издохехут) и ухода света первого распространения. Ведь процесс ухода света происходит постепенно, по порядку ступеней: сначала масах очищается до третьей стадии (бхина гимель), и скрывается уровень Кетера; затем он очищается до второй стадии (бхина бэт), и скрывается также уровень Хохмы; затем — до первой стадии (бхина алеф), и скрывается также уровень Бины, и так далее, пока весь свет не уйдет полностью. И решимот, остающиеся на ступени от тех четырех уровней высоты, которые раскрылись во время ухода света, называются светом обратной стороны (ор ахораим). И в этих решимот есть два аспекта: первый — это решимот от самой сущности светов, и они именуются обратной стороной букв или квадратом букв Имени; второй — это решимот, оставшиеся в масахе с того времени, когда он порождал четыре упомянутых уровня высоты, и они выражаются числовым значением букв Имени в квадрате, как там подробно описано. И благодаря этому ты поймешь: когда Малхут находилась на своем месте в пэ, она порождала десять сфирот прямого и отраженного света высотой до Кетера.</w:t>
      </w:r>
    </w:p>
    <w:p>
      <w:pPr>
        <w:spacing w:before="40" w:after="120"/>
        <w:jc w:val="both"/>
      </w:pPr>
      <w:r>
        <w:rPr>
          <w:rFonts w:ascii="Georgia" w:hAnsi="Georgia"/>
          <w:b w:val="0"/>
          <w:i w:val="0"/>
          <w:color w:val="000000"/>
          <w:sz w:val="24"/>
        </w:rPr>
        <w:t xml:space="preserve">Затем же, во время подъема МАН в никвей эйнаим, она оказалась лишенной трех уровней КАХАБ, так как там остался лишь уровень ЗОН, поскольку отраженный свет, поднимающийся от Хохмы к Кетеру, порождает лишь высоту ЗОН, как написано выше, в ветви 3 в «Паним Масбирот». И поэтому оказывается, что в этом масахе, поднявшемся в никвей эйнаим, остались три решимо от тех трех уровней высоты КАХАБ, которые скрылись из-за его подъема в эйнаим. И знай, что это и есть тайна обратной стороны Малхут высшего, облачающейся в нижнего. Ведь вся связь между десятью сфирот рош, вышедшими от эйнаим и выше, и нижней ступенью, образовавшейся из тайны АХАП, вышедших наружу из рош на уровень гуф, осуществляется посредством трех [светов] обратной стороны Малхут никвей эйнаим, распространяющихся в эти АХАП. Ведь поистине там изначально и было место этих трех уровней высоты до того, как они скрылись: когда масах находился в пэ, там выходил уровень Кетера; когда он поднялся в хотэм, выходил уровень Хохмы; а когда поднялся в озэн, выходил уровень Бины, как сказано выше. И об этом сказано, </w:t>
      </w:r>
      <w:r>
        <w:rPr>
          <w:rFonts w:ascii="Georgia" w:hAnsi="Georgia"/>
          <w:b/>
          <w:i w:val="0"/>
          <w:color w:val="000000"/>
          <w:sz w:val="24"/>
        </w:rPr>
        <w:t>«что обратная сторона высшего облачается в нижнего и становится в нем внутренней частью…»</w:t>
      </w:r>
      <w:r>
        <w:rPr>
          <w:rFonts w:ascii="Georgia" w:hAnsi="Georgia"/>
          <w:b w:val="0"/>
          <w:i w:val="0"/>
          <w:color w:val="000000"/>
          <w:sz w:val="24"/>
        </w:rPr>
        <w:t xml:space="preserve"> А именно: впоследствии, когда в высшем совершается соударение большого состояния (зивуг де-гадлут) и опускание масаха, благодаря чему нижний, являющийся тайной АХАП, вновь соединяется с высшим в единую ступень, как написано в «Паним Масбирот» (стр. 662), со слов «И поэтому», смотри там, — тогда эта самая обратная сторона, облаченная в АХАП, пробуждается и вновь становится свойством лица и трех первых сфирот (ГАР). Ведь при опускании масаха из никвей эйнаим в озэн масах достигает свойства решимо Бины, оставшегося там еще до подъема МАН в эйнаим, от которого там уже выходили десять сфирот высотой Бины; и оказывается, что та обратная сторона пробуждается и становится лицом света нешама. Подобным же образом, если масах опускается еще ниже, к уровню хотэм, он достигает решимо, оставшегося там от уровня Хохмы, и обратная сторона становится свойством лица для света хая. А затем, когда он опускается в пэ, он достигает оставшегося там прежде решимо от уровня Кетера, и обратная сторона пробуждается в своем прежнем величии: там выходят десять сфирот высотой Кетера и получают свет ехида. И вот хорошо объяснено, как обратная сторона высшего облачается в нижнего и становится там свойством лица; и помни это.</w:t>
      </w:r>
    </w:p>
    <w:p>
      <w:pPr>
        <w:spacing w:before="40" w:after="120"/>
        <w:jc w:val="both"/>
      </w:pPr>
      <w:r>
        <w:rPr>
          <w:rFonts w:ascii="Georgia" w:hAnsi="Georgia"/>
          <w:b w:val="0"/>
          <w:i w:val="0"/>
          <w:color w:val="000000"/>
          <w:sz w:val="24"/>
        </w:rPr>
        <w:t xml:space="preserve">4) </w:t>
      </w:r>
      <w:r>
        <w:rPr>
          <w:rFonts w:ascii="Georgia" w:hAnsi="Georgia"/>
          <w:b/>
          <w:i w:val="0"/>
          <w:color w:val="000000"/>
          <w:sz w:val="24"/>
        </w:rPr>
        <w:t>«Обратная сторона Хохмы и Бины Малхут высшей Имы… КАХАБ обратной стороны Малхут де-Има, и они сами по себе служат свойством лица — КАХАБ самой Твуны…»</w:t>
      </w:r>
      <w:r>
        <w:rPr>
          <w:rFonts w:ascii="Georgia" w:hAnsi="Georgia"/>
          <w:b w:val="0"/>
          <w:i w:val="0"/>
          <w:color w:val="000000"/>
          <w:sz w:val="24"/>
        </w:rPr>
        <w:t xml:space="preserve"> И это подобно тому, как мы сказали: Малхут высшей Имы, представляющая собой тайну букв вав и далет наполнения буквы йод, — это тайна масаха в никвей эйнаим, как сказано выше в «Паним Меирот», со слов «И об этом сказано: "У Имы..."», смотри там внимательно. И в предыдущем комментарии объяснялось, что эта обратная сторона, являющаяся тайной решимот тех трех уровней высоты: Кетера, Хохмы и Бины, скрывшихся из-за подъема этого масаха из пэ в эйнаим, оказывается облаченной в первую букву хэй имени АВАЯ, представляющую собой тайну АХАП, превратившихся в тело, как сказано выше. И об этом он говорит, что КАХАБ обратной стороны Малхут де-Има — это числовое значение обратной стороны четырех букв имени ЭЙЕ в квадрате, составляющее по гематрии 44 (</w:t>
      </w:r>
      <w:r>
        <w:rPr>
          <w:rFonts w:ascii="Georgia" w:hAnsi="Georgia" w:cs="Times New Roman"/>
          <w:b/>
          <w:i w:val="0"/>
          <w:color w:val="000000"/>
          <w:sz w:val="24"/>
          <w:rtl/>
          <w:szCs w:val="32"/>
        </w:rPr>
        <w:t>מ״ד</w:t>
      </w:r>
      <w:r>
        <w:rPr>
          <w:rFonts w:ascii="Georgia" w:hAnsi="Georgia"/>
          <w:b w:val="0"/>
          <w:i w:val="0"/>
          <w:color w:val="000000"/>
          <w:sz w:val="24"/>
        </w:rPr>
        <w:t>); и числовое значение обратной стороны имени ЭЙЕ с наполнением йод (де-йодин) в квадрате, составляющее по гематрии 544 (</w:t>
      </w:r>
      <w:r>
        <w:rPr>
          <w:rFonts w:ascii="Georgia" w:hAnsi="Georgia" w:cs="Times New Roman"/>
          <w:b/>
          <w:i w:val="0"/>
          <w:color w:val="000000"/>
          <w:sz w:val="24"/>
          <w:rtl/>
          <w:szCs w:val="32"/>
        </w:rPr>
        <w:t>תקמ״ד</w:t>
      </w:r>
      <w:r>
        <w:rPr>
          <w:rFonts w:ascii="Georgia" w:hAnsi="Georgia"/>
          <w:b w:val="0"/>
          <w:i w:val="0"/>
          <w:color w:val="000000"/>
          <w:sz w:val="24"/>
        </w:rPr>
        <w:t>); и числовое значение обратной стороны наполнения наполнения имени ЭЙЕ де-йодин в квадрате, составляющее по гематрии 2156 (</w:t>
      </w:r>
      <w:r>
        <w:rPr>
          <w:rFonts w:ascii="Georgia" w:hAnsi="Georgia" w:cs="Times New Roman"/>
          <w:b/>
          <w:i w:val="0"/>
          <w:color w:val="000000"/>
          <w:sz w:val="24"/>
          <w:rtl/>
          <w:szCs w:val="32"/>
        </w:rPr>
        <w:t>ב׳ אלפים קנ״ו</w:t>
      </w:r>
      <w:r>
        <w:rPr>
          <w:rFonts w:ascii="Georgia" w:hAnsi="Georgia"/>
          <w:b w:val="0"/>
          <w:i w:val="0"/>
          <w:color w:val="000000"/>
          <w:sz w:val="24"/>
        </w:rPr>
        <w:t xml:space="preserve">); они представляют собой обратную сторону Малхут де-Кетер де-Има, обратную сторону Малхут де-Хохма де-Има и обратную сторону Малхут де-Бина де-Има, как написал Учитель в предыдущей ветви, смотри там внимательно. И решимот этих трех уровней высоты остаются в АХАП, являющихся первой буквой хэй, как сказано выше. И об этом сказано: </w:t>
      </w:r>
      <w:r>
        <w:rPr>
          <w:rFonts w:ascii="Georgia" w:hAnsi="Georgia"/>
          <w:b/>
          <w:i w:val="0"/>
          <w:color w:val="000000"/>
          <w:sz w:val="24"/>
        </w:rPr>
        <w:t>«И они сами по себе служат свойством лица — КАХАБ самой Твуны»</w:t>
      </w:r>
      <w:r>
        <w:rPr>
          <w:rFonts w:ascii="Georgia" w:hAnsi="Georgia"/>
          <w:b w:val="0"/>
          <w:i w:val="0"/>
          <w:color w:val="000000"/>
          <w:sz w:val="24"/>
        </w:rPr>
        <w:t>. То есть впоследствии, когда происходит соударение большого состояния (зивуг де-гадлут) и эти АХАП, являющиеся первой буквой хэй, вновь соединяются с высшей Имой, представляющей собой Гальгальту ве-Эйнаим, в одну ступень — то есть когда масах опускается в пэ, как вначале, — оказывается, что сама эта обратная сторона пробуждается и получает уровень высоты КАХАБ, как сказано в предыдущем комментарии, смотри там внимательно. И пусть не вызывает затруднения приведенный выше расчет обратной стороны: ведь он складывается из Малхут обратной стороны Кетера, Малхут обратной стороны Хохмы и Малхут обратной стороны Бины всей совокупной высоты Имы, как написал Учитель в предыдущей ветви; и по этой логике здесь, где речь идет только о Малхут высшей Имы, в ее обратной стороне должно было бы фигурировать лишь число 544.</w:t>
      </w:r>
    </w:p>
    <w:p>
      <w:pPr>
        <w:spacing w:before="40" w:after="120"/>
        <w:jc w:val="both"/>
      </w:pPr>
      <w:r>
        <w:rPr>
          <w:rFonts w:ascii="Georgia" w:hAnsi="Georgia"/>
          <w:b w:val="0"/>
          <w:i w:val="0"/>
          <w:color w:val="000000"/>
          <w:sz w:val="24"/>
        </w:rPr>
        <w:t>Однако там речь шла о Малхут де-гуф самой высшей Имы, тогда как здесь речь идет вовсе не о Малхут де-гуф и не о сущности высшей Имы, а лишь о свойстве масаха в никвей эйнаим, который служит для высших Абы и Имы вместе, как я подробно объяснил выше в комментарии со слов «И об этом сказано: "У Имы..."», смотри там внимательно на протяжении всего текста. И ты уже знаешь, что этот масах включал в себя всю высоту этой головы еще до подъема МАН в никвей эйнаим; и потому теперь, после того как он очистился и поднялся в никвей эйнаим, в нем различаются три решимо от тех трех уровней высоты, которые были в нем до его подъема в никвей эйнаим, как сказано выше.</w:t>
      </w:r>
    </w:p>
    <w:p>
      <w:pPr>
        <w:spacing w:before="40" w:after="120"/>
        <w:jc w:val="both"/>
      </w:pPr>
      <w:r>
        <w:rPr>
          <w:rFonts w:ascii="Georgia" w:hAnsi="Georgia"/>
          <w:b w:val="0"/>
          <w:i w:val="0"/>
          <w:color w:val="000000"/>
          <w:sz w:val="24"/>
        </w:rPr>
        <w:t xml:space="preserve">5) </w:t>
      </w:r>
      <w:r>
        <w:rPr>
          <w:rFonts w:ascii="Georgia" w:hAnsi="Georgia"/>
          <w:b/>
          <w:i w:val="0"/>
          <w:color w:val="000000"/>
          <w:sz w:val="24"/>
        </w:rPr>
        <w:t>«И все это относится к имени ЭЙЕ, представляющему внутреннюю часть, а напротив них находится имя ЭЛОКИМ, относящееся к внешней части…»</w:t>
      </w:r>
      <w:r>
        <w:rPr>
          <w:rFonts w:ascii="Georgia" w:hAnsi="Georgia"/>
          <w:b w:val="0"/>
          <w:i w:val="0"/>
          <w:color w:val="000000"/>
          <w:sz w:val="24"/>
        </w:rPr>
        <w:t xml:space="preserve"> Это уже объяснялось в «Паним Масбирот» и в «Паним Меирот», в ветви 16: внутренняя часть следует за Малхут высшего, находящейся в эйнаим, а внешняя часть остается под Малхут де-Малхут высшего, находящейся в пэ, смотри там внимательно. А поскольку Малхут в эйнаим и Малхут в пэ включены друг в друга, получается, что есть лицевая и обратная стороны во внутренней части, и лицевая и обратная стороны во внешней части, как написано в «Паним Меирот» (стр. 289), смотри там. И из этого ты поймешь, что все сказанное о внутренней части применимо и к внешней части, с той лишь разницей, что внутренняя часть именуется Именами ЭЙЕ, а внешняя — Именами ЭЛОКИМ, как и говорит лежащий перед нами текст Учителя. А тайна целем и 120 сочетаний имени ЭЛОКИМ будет с Б-жьей помощью разъяснена на своем месте.</w:t>
      </w:r>
    </w:p>
    <w:p>
      <w:r>
        <w:br w:type="page"/>
      </w:r>
    </w:p>
    <w:p>
      <w:pPr>
        <w:keepNext/>
        <w:spacing w:before="360" w:after="160"/>
        <w:jc w:val="center"/>
      </w:pPr>
      <w:r>
        <w:rPr>
          <w:rFonts w:ascii="Georgia" w:hAnsi="Georgia"/>
          <w:b w:val="0"/>
          <w:i w:val="0"/>
          <w:color w:val="000000"/>
          <w:sz w:val="40"/>
        </w:rPr>
        <w:t>Ветвь 80</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 xml:space="preserve">1) Выше уже говорилось, что есть первые Бина и Твуна. Твуна находится от хазе Бины и ниже, подобно [соотношению] Рахели и Леи, а напротив них — две части в Хохме. И оказывается, что эта первая Бина соединяется в соударении (зивуге) с верхней частью Хохмы; и о них сказано: «вместе выходят и вовек не разделяются», как приведено в Идра. Относительно же Твуны и нижней части Хохмы это не так: временами они разделяются. И эта Твуна от своей половины и ниже — то есть от своего хазе и ниже — облачается в ЗА в виде его мохин (света разума). И об этих двух половинах Твуны сказано: </w:t>
      </w:r>
      <w:r>
        <w:rPr>
          <w:rFonts w:ascii="Georgia" w:hAnsi="Georgia"/>
          <w:b w:val="0"/>
          <w:i/>
          <w:color w:val="000000"/>
          <w:sz w:val="24"/>
        </w:rPr>
        <w:t>«но разумный человек (</w:t>
      </w:r>
      <w:r>
        <w:rPr>
          <w:rFonts w:ascii="Georgia" w:hAnsi="Georgia"/>
          <w:b w:val="0"/>
          <w:i w:val="0"/>
          <w:color w:val="000000"/>
          <w:sz w:val="24"/>
        </w:rPr>
        <w:t>иш твунот</w:t>
      </w:r>
      <w:r>
        <w:rPr>
          <w:rFonts w:ascii="Georgia" w:hAnsi="Georgia"/>
          <w:b w:val="0"/>
          <w:i/>
          <w:color w:val="000000"/>
          <w:sz w:val="24"/>
        </w:rPr>
        <w:t xml:space="preserve">, </w:t>
      </w:r>
      <w:r>
        <w:rPr>
          <w:rFonts w:ascii="Georgia" w:hAnsi="Georgia" w:cs="Times New Roman"/>
          <w:b/>
          <w:i/>
          <w:color w:val="000000"/>
          <w:sz w:val="24"/>
          <w:rtl/>
          <w:szCs w:val="32"/>
        </w:rPr>
        <w:t>אִישׁ תְּבוּנוֹת</w:t>
      </w:r>
      <w:r>
        <w:rPr>
          <w:rFonts w:ascii="Georgia" w:hAnsi="Georgia"/>
          <w:b w:val="0"/>
          <w:i/>
          <w:color w:val="000000"/>
          <w:sz w:val="24"/>
        </w:rPr>
        <w:t>) вычерпывает ее»</w:t>
      </w:r>
      <w:r>
        <w:rPr>
          <w:rFonts w:ascii="Georgia" w:hAnsi="Georgia"/>
          <w:b w:val="0"/>
          <w:i w:val="0"/>
          <w:color w:val="000000"/>
          <w:sz w:val="24"/>
        </w:rPr>
        <w:t xml:space="preserve"> (Мишлей 20:5), как упоминается в другом рассуждении: ведь по отношению к этим двум половинам они всегда называются двумя Твунот, хотя на самом деле обе они составляют лишь один парцуф.</w:t>
      </w:r>
    </w:p>
    <w:p>
      <w:pPr>
        <w:spacing w:before="40" w:after="120"/>
        <w:jc w:val="both"/>
      </w:pPr>
      <w:r>
        <w:rPr>
          <w:rFonts w:ascii="Georgia" w:hAnsi="Georgia"/>
          <w:b w:val="0"/>
          <w:i w:val="0"/>
          <w:color w:val="000000"/>
          <w:sz w:val="24"/>
        </w:rPr>
        <w:t>2) И знай, что Бина с Твуной также иногда объединяются вместе, и в этом есть две стороны:</w:t>
      </w:r>
    </w:p>
    <w:p>
      <w:pPr>
        <w:spacing w:before="40" w:after="120"/>
        <w:jc w:val="both"/>
      </w:pPr>
      <w:r>
        <w:rPr>
          <w:rFonts w:ascii="Georgia" w:hAnsi="Georgia"/>
          <w:b w:val="0"/>
          <w:i w:val="0"/>
          <w:color w:val="000000"/>
          <w:sz w:val="24"/>
        </w:rPr>
        <w:t>первая — когда Твуна поднимается и включается в Бину;</w:t>
      </w:r>
    </w:p>
    <w:p>
      <w:pPr>
        <w:spacing w:before="40" w:after="120"/>
        <w:jc w:val="both"/>
      </w:pPr>
      <w:r>
        <w:rPr>
          <w:rFonts w:ascii="Georgia" w:hAnsi="Georgia"/>
          <w:b w:val="0"/>
          <w:i w:val="0"/>
          <w:color w:val="000000"/>
          <w:sz w:val="24"/>
        </w:rPr>
        <w:t>вторая — когда Бина опускается и включается в Твуну.</w:t>
      </w:r>
    </w:p>
    <w:p>
      <w:pPr>
        <w:spacing w:before="40" w:after="120"/>
        <w:jc w:val="both"/>
      </w:pPr>
      <w:r>
        <w:rPr>
          <w:rFonts w:ascii="Georgia" w:hAnsi="Georgia"/>
          <w:b w:val="0"/>
          <w:i w:val="0"/>
          <w:color w:val="000000"/>
          <w:sz w:val="24"/>
        </w:rPr>
        <w:t>Однако соударение, служащее для порождения мохин де-ЗА, называемое вторым зачатием (ибур бэт), происходит тогда, когда Бина опускается и включается в Твуну, и там, внизу, совершается это соударение.</w:t>
      </w:r>
    </w:p>
    <w:p>
      <w:pPr>
        <w:spacing w:before="40" w:after="120"/>
        <w:jc w:val="both"/>
      </w:pPr>
      <w:r>
        <w:rPr>
          <w:rFonts w:ascii="Georgia" w:hAnsi="Georgia"/>
          <w:b w:val="0"/>
          <w:i w:val="0"/>
          <w:color w:val="000000"/>
          <w:sz w:val="24"/>
        </w:rPr>
        <w:t>Первое же зачатие (ибур алеф) произошло оттого, что высшие ХУБ облачились в нижние ХУБ (примечание: то есть ИШСУТ поднялись и облачили высших ХУБ), включились в них и внутрь них, и включились ХАГАТ и НЕХИ де-АА друг в друга, и ХАГАТ и НЕХИ де-ЗА друг в друга; и получается, что ЗА находится в Твуне, а не в Бине.</w:t>
      </w:r>
    </w:p>
    <w:p>
      <w:pPr>
        <w:spacing w:before="40" w:after="120"/>
        <w:jc w:val="both"/>
      </w:pPr>
      <w:r>
        <w:rPr>
          <w:rFonts w:ascii="Georgia" w:hAnsi="Georgia"/>
          <w:b w:val="0"/>
          <w:i w:val="0"/>
          <w:color w:val="000000"/>
          <w:sz w:val="24"/>
        </w:rPr>
        <w:t>3) Бина называется «мать» (</w:t>
      </w:r>
      <w:r>
        <w:rPr>
          <w:rFonts w:ascii="Georgia" w:hAnsi="Georgia"/>
          <w:b w:val="0"/>
          <w:i/>
          <w:color w:val="000000"/>
          <w:sz w:val="24"/>
        </w:rPr>
        <w:t>эм</w:t>
      </w:r>
      <w:r>
        <w:rPr>
          <w:rFonts w:ascii="Georgia" w:hAnsi="Georgia"/>
          <w:b w:val="0"/>
          <w:i w:val="0"/>
          <w:color w:val="000000"/>
          <w:sz w:val="24"/>
        </w:rPr>
        <w:t xml:space="preserve">, </w:t>
      </w:r>
      <w:r>
        <w:rPr>
          <w:rFonts w:ascii="Georgia" w:hAnsi="Georgia" w:cs="Times New Roman"/>
          <w:b/>
          <w:i w:val="0"/>
          <w:color w:val="000000"/>
          <w:sz w:val="24"/>
          <w:rtl/>
          <w:szCs w:val="32"/>
        </w:rPr>
        <w:t>אֵם</w:t>
      </w:r>
      <w:r>
        <w:rPr>
          <w:rFonts w:ascii="Georgia" w:hAnsi="Georgia"/>
          <w:b w:val="0"/>
          <w:i w:val="0"/>
          <w:color w:val="000000"/>
          <w:sz w:val="24"/>
        </w:rPr>
        <w:t>), так как имя ЭЙЕ пребывает в Бине. И при наполнении буквами йод, и [при наполнении] буквами алеф в каждом из них в простом [написании], в наполнении и в наполнении наполнения содержится сорок одна буква (</w:t>
      </w:r>
      <w:r>
        <w:rPr>
          <w:rFonts w:ascii="Georgia" w:hAnsi="Georgia" w:cs="Times New Roman"/>
          <w:b/>
          <w:i w:val="0"/>
          <w:color w:val="000000"/>
          <w:sz w:val="24"/>
          <w:rtl/>
          <w:szCs w:val="32"/>
        </w:rPr>
        <w:t>א״ם</w:t>
      </w:r>
      <w:r>
        <w:rPr>
          <w:rFonts w:ascii="Georgia" w:hAnsi="Georgia"/>
          <w:b w:val="0"/>
          <w:i w:val="0"/>
          <w:color w:val="000000"/>
          <w:sz w:val="24"/>
        </w:rPr>
        <w:t xml:space="preserve"> = 41); поэтому она называется </w:t>
      </w:r>
      <w:r>
        <w:rPr>
          <w:rFonts w:ascii="Georgia" w:hAnsi="Georgia"/>
          <w:b w:val="0"/>
          <w:i/>
          <w:color w:val="000000"/>
          <w:sz w:val="24"/>
        </w:rPr>
        <w:t>эм</w:t>
      </w:r>
      <w:r>
        <w:rPr>
          <w:rFonts w:ascii="Georgia" w:hAnsi="Georgia"/>
          <w:b w:val="0"/>
          <w:i w:val="0"/>
          <w:color w:val="000000"/>
          <w:sz w:val="24"/>
        </w:rPr>
        <w:t xml:space="preserve"> («мать») и Има Илаа (Высшая Мать). И это — два [первых имени] в стихе </w:t>
      </w:r>
      <w:r>
        <w:rPr>
          <w:rFonts w:ascii="Georgia" w:hAnsi="Georgia"/>
          <w:b w:val="0"/>
          <w:i/>
          <w:color w:val="000000"/>
          <w:sz w:val="24"/>
        </w:rPr>
        <w:t>«ЭЙЕ, Который ЭЙЕ»</w:t>
      </w:r>
      <w:r>
        <w:rPr>
          <w:rFonts w:ascii="Georgia" w:hAnsi="Georgia"/>
          <w:b w:val="0"/>
          <w:i w:val="0"/>
          <w:color w:val="000000"/>
          <w:sz w:val="24"/>
        </w:rPr>
        <w:t xml:space="preserve"> (Шмот 3:14). Третье же имя ЭЙЕ, о котором сказано: </w:t>
      </w:r>
      <w:r>
        <w:rPr>
          <w:rFonts w:ascii="Georgia" w:hAnsi="Georgia"/>
          <w:b w:val="0"/>
          <w:i/>
          <w:color w:val="000000"/>
          <w:sz w:val="24"/>
        </w:rPr>
        <w:t>«Так скажи сынам Исраэля: ЭЙЕ послал меня к вам»</w:t>
      </w:r>
      <w:r>
        <w:rPr>
          <w:rFonts w:ascii="Georgia" w:hAnsi="Georgia"/>
          <w:b w:val="0"/>
          <w:i w:val="0"/>
          <w:color w:val="000000"/>
          <w:sz w:val="24"/>
        </w:rPr>
        <w:t xml:space="preserve"> (Шмот 3:14), представляет собой наполнение наполнения с буквами хэй, в котором насчитывается лишь двадцать пять букв (</w:t>
      </w:r>
      <w:r>
        <w:rPr>
          <w:rFonts w:ascii="Georgia" w:hAnsi="Georgia" w:cs="Times New Roman"/>
          <w:b/>
          <w:i w:val="0"/>
          <w:color w:val="000000"/>
          <w:sz w:val="24"/>
          <w:rtl/>
          <w:szCs w:val="32"/>
        </w:rPr>
        <w:t>כ״ה</w:t>
      </w:r>
      <w:r>
        <w:rPr>
          <w:rFonts w:ascii="Georgia" w:hAnsi="Georgia"/>
          <w:b w:val="0"/>
          <w:i w:val="0"/>
          <w:color w:val="000000"/>
          <w:sz w:val="24"/>
        </w:rPr>
        <w:t xml:space="preserve"> = 25); и об этом сказано: </w:t>
      </w:r>
      <w:r>
        <w:rPr>
          <w:rFonts w:ascii="Georgia" w:hAnsi="Georgia"/>
          <w:b w:val="0"/>
          <w:i/>
          <w:color w:val="000000"/>
          <w:sz w:val="24"/>
        </w:rPr>
        <w:t>«Так (</w:t>
      </w:r>
      <w:r>
        <w:rPr>
          <w:rFonts w:ascii="Georgia" w:hAnsi="Georgia"/>
          <w:b w:val="0"/>
          <w:i w:val="0"/>
          <w:color w:val="000000"/>
          <w:sz w:val="24"/>
        </w:rPr>
        <w:t>ко</w:t>
      </w:r>
      <w:r>
        <w:rPr>
          <w:rFonts w:ascii="Georgia" w:hAnsi="Georgia"/>
          <w:b w:val="0"/>
          <w:i/>
          <w:color w:val="000000"/>
          <w:sz w:val="24"/>
        </w:rPr>
        <w:t xml:space="preserve">, </w:t>
      </w:r>
      <w:r>
        <w:rPr>
          <w:rFonts w:ascii="Georgia" w:hAnsi="Georgia" w:cs="Times New Roman"/>
          <w:b/>
          <w:i/>
          <w:color w:val="000000"/>
          <w:sz w:val="24"/>
          <w:rtl/>
          <w:szCs w:val="32"/>
        </w:rPr>
        <w:t>כֹּה</w:t>
      </w:r>
      <w:r>
        <w:rPr>
          <w:rFonts w:ascii="Georgia" w:hAnsi="Georgia"/>
          <w:b w:val="0"/>
          <w:i/>
          <w:color w:val="000000"/>
          <w:sz w:val="24"/>
        </w:rPr>
        <w:t xml:space="preserve"> = 25) скажи: ЭЙЕ...»</w:t>
      </w:r>
      <w:r>
        <w:rPr>
          <w:rFonts w:ascii="Georgia" w:hAnsi="Georgia"/>
          <w:b w:val="0"/>
          <w:i w:val="0"/>
          <w:color w:val="000000"/>
          <w:sz w:val="24"/>
        </w:rPr>
        <w:t>. И вот, если вычесть из них 4 простые буквы имени ЭЙЕ, то останется двадцать одна буква (</w:t>
      </w:r>
      <w:r>
        <w:rPr>
          <w:rFonts w:ascii="Georgia" w:hAnsi="Georgia" w:cs="Times New Roman"/>
          <w:b/>
          <w:i w:val="0"/>
          <w:color w:val="000000"/>
          <w:sz w:val="24"/>
          <w:rtl/>
          <w:szCs w:val="32"/>
        </w:rPr>
        <w:t>כ״א</w:t>
      </w:r>
      <w:r>
        <w:rPr>
          <w:rFonts w:ascii="Georgia" w:hAnsi="Georgia"/>
          <w:b w:val="0"/>
          <w:i w:val="0"/>
          <w:color w:val="000000"/>
          <w:sz w:val="24"/>
        </w:rPr>
        <w:t xml:space="preserve"> = 21) — по числу самого имени ЭЙЕ (</w:t>
      </w:r>
      <w:r>
        <w:rPr>
          <w:rFonts w:ascii="Georgia" w:hAnsi="Georgia" w:cs="Times New Roman"/>
          <w:b/>
          <w:i w:val="0"/>
          <w:color w:val="000000"/>
          <w:sz w:val="24"/>
          <w:rtl/>
          <w:szCs w:val="32"/>
        </w:rPr>
        <w:t>אהיה</w:t>
      </w:r>
      <w:r>
        <w:rPr>
          <w:rFonts w:ascii="Georgia" w:hAnsi="Georgia"/>
          <w:b w:val="0"/>
          <w:i w:val="0"/>
          <w:color w:val="000000"/>
          <w:sz w:val="24"/>
        </w:rPr>
        <w:t xml:space="preserve"> = 21).</w:t>
      </w:r>
    </w:p>
    <w:p>
      <w:pPr>
        <w:spacing w:before="40" w:after="120"/>
        <w:jc w:val="both"/>
      </w:pPr>
      <w:r>
        <w:rPr>
          <w:rFonts w:ascii="Georgia" w:hAnsi="Georgia"/>
          <w:b w:val="0"/>
          <w:i w:val="0"/>
          <w:color w:val="000000"/>
          <w:sz w:val="24"/>
        </w:rPr>
        <w:t>(По другой версии: И вот) три келим Твуны — это три целем де-ЗА, и напротив них три келим Бины — это три других целем де-ЗА, а затем он сразу поднимается к АА.</w:t>
      </w:r>
    </w:p>
    <w:p>
      <w:pPr>
        <w:spacing w:before="40" w:after="120"/>
        <w:jc w:val="both"/>
      </w:pPr>
      <w:r>
        <w:rPr>
          <w:rFonts w:ascii="Georgia" w:hAnsi="Georgia"/>
          <w:b w:val="0"/>
          <w:i w:val="0"/>
          <w:color w:val="000000"/>
          <w:sz w:val="24"/>
        </w:rPr>
        <w:t>Существует пять различий между Аба ве-Има и ЗОН, и они разъяснены в Зоаре: 1. Аба ве-Има «вместе выходят». Это значит, что они равны по высоте своего уровня, в отличие от ЗОН: ведь Нуква вышла лишь после того, как он вышел до половины своего Тиферет, и только затем она вышла оттуда и ниже; и в этом смысле сказано: «вместе выходят».</w:t>
      </w:r>
    </w:p>
    <w:p>
      <w:pPr>
        <w:pStyle w:val="ListNumber"/>
        <w:spacing w:before="20" w:after="40"/>
      </w:pPr>
      <w:r>
        <w:rPr>
          <w:rFonts w:ascii="Georgia" w:hAnsi="Georgia"/>
          <w:b w:val="0"/>
          <w:i w:val="0"/>
          <w:color w:val="000000"/>
          <w:sz w:val="24"/>
        </w:rPr>
        <w:t>Аба ве-Има после исправления, как упомянуто в Идра, пребывали всегда паним бе-паним, в отличие от ЗОН; и в этом отношении сказано: «и вместе пребывают».</w:t>
      </w:r>
    </w:p>
    <w:p>
      <w:pPr>
        <w:pStyle w:val="ListNumber"/>
        <w:spacing w:before="20" w:after="40"/>
      </w:pPr>
      <w:r>
        <w:rPr>
          <w:rFonts w:ascii="Georgia" w:hAnsi="Georgia"/>
          <w:b w:val="0"/>
          <w:i w:val="0"/>
          <w:color w:val="000000"/>
          <w:sz w:val="24"/>
        </w:rPr>
        <w:t>У Аба ве-Има их соударение постоянно, в отличие от ЗОН; и в этом отношении сказано: «и не разделяются вовек».</w:t>
      </w:r>
    </w:p>
    <w:p>
      <w:pPr>
        <w:pStyle w:val="ListNumber"/>
        <w:spacing w:before="20" w:after="40"/>
      </w:pPr>
      <w:r>
        <w:rPr>
          <w:rFonts w:ascii="Georgia" w:hAnsi="Georgia"/>
          <w:b w:val="0"/>
          <w:i w:val="0"/>
          <w:color w:val="000000"/>
          <w:sz w:val="24"/>
        </w:rPr>
        <w:t xml:space="preserve">Аба ве-Има всегда пребывают в свойстве милосердия (рахамим): ведь даже Бина, от которой пробуждаются суды, [пробуждает их] лишь после выхода ЗОН из нее, когда же она пребывает наверху, она вся — милосердие; тогда как ЗОН временами пребывают в милосердии, а временами — в суде. И в этом смысл сказанного в недельной главе Хаей Сара (лист 123, сторона 1): </w:t>
      </w:r>
      <w:r>
        <w:rPr>
          <w:rFonts w:ascii="Georgia" w:hAnsi="Georgia"/>
          <w:b w:val="0"/>
          <w:i/>
          <w:color w:val="000000"/>
          <w:sz w:val="24"/>
        </w:rPr>
        <w:t>«сто лет, и двадцать лет, и семь лет»</w:t>
      </w:r>
      <w:r>
        <w:rPr>
          <w:rFonts w:ascii="Georgia" w:hAnsi="Georgia"/>
          <w:b w:val="0"/>
          <w:i w:val="0"/>
          <w:color w:val="000000"/>
          <w:sz w:val="24"/>
        </w:rPr>
        <w:t xml:space="preserve"> (Берешит 23:1), поскольку в Кетере и Аба ве-Има это сто двадцать лет (</w:t>
      </w:r>
      <w:r>
        <w:rPr>
          <w:rFonts w:ascii="Georgia" w:hAnsi="Georgia" w:cs="Times New Roman"/>
          <w:b/>
          <w:i w:val="0"/>
          <w:color w:val="000000"/>
          <w:sz w:val="24"/>
          <w:rtl/>
          <w:szCs w:val="32"/>
        </w:rPr>
        <w:t>ק״ך</w:t>
      </w:r>
      <w:r>
        <w:rPr>
          <w:rFonts w:ascii="Georgia" w:hAnsi="Georgia"/>
          <w:b w:val="0"/>
          <w:i w:val="0"/>
          <w:color w:val="000000"/>
          <w:sz w:val="24"/>
        </w:rPr>
        <w:t xml:space="preserve"> = 120), то есть сто в Кетере (</w:t>
      </w:r>
      <w:r>
        <w:rPr>
          <w:rFonts w:ascii="Georgia" w:hAnsi="Georgia" w:cs="Times New Roman"/>
          <w:b/>
          <w:i w:val="0"/>
          <w:color w:val="000000"/>
          <w:sz w:val="24"/>
          <w:rtl/>
          <w:szCs w:val="32"/>
        </w:rPr>
        <w:t>ק</w:t>
      </w:r>
      <w:r>
        <w:rPr>
          <w:rFonts w:ascii="Georgia" w:hAnsi="Georgia"/>
          <w:b w:val="0"/>
          <w:i w:val="0"/>
          <w:color w:val="000000"/>
          <w:sz w:val="24"/>
        </w:rPr>
        <w:t xml:space="preserve"> = 100) и двадцать в Аба ве-Има (</w:t>
      </w:r>
      <w:r>
        <w:rPr>
          <w:rFonts w:ascii="Georgia" w:hAnsi="Georgia" w:cs="Times New Roman"/>
          <w:b/>
          <w:i w:val="0"/>
          <w:color w:val="000000"/>
          <w:sz w:val="24"/>
          <w:rtl/>
          <w:szCs w:val="32"/>
        </w:rPr>
        <w:t>ך</w:t>
      </w:r>
      <w:r>
        <w:rPr>
          <w:rFonts w:ascii="Georgia" w:hAnsi="Georgia"/>
          <w:b w:val="0"/>
          <w:i w:val="0"/>
          <w:color w:val="000000"/>
          <w:sz w:val="24"/>
        </w:rPr>
        <w:t xml:space="preserve"> = 20), и все они относятся к категории слова «год» (</w:t>
      </w:r>
      <w:r>
        <w:rPr>
          <w:rFonts w:ascii="Georgia" w:hAnsi="Georgia"/>
          <w:b w:val="0"/>
          <w:i/>
          <w:color w:val="000000"/>
          <w:sz w:val="24"/>
        </w:rPr>
        <w:t>шана</w:t>
      </w:r>
      <w:r>
        <w:rPr>
          <w:rFonts w:ascii="Georgia" w:hAnsi="Georgia"/>
          <w:b w:val="0"/>
          <w:i w:val="0"/>
          <w:color w:val="000000"/>
          <w:sz w:val="24"/>
        </w:rPr>
        <w:t xml:space="preserve">, </w:t>
      </w:r>
      <w:r>
        <w:rPr>
          <w:rFonts w:ascii="Georgia" w:hAnsi="Georgia" w:cs="Times New Roman"/>
          <w:b/>
          <w:i w:val="0"/>
          <w:color w:val="000000"/>
          <w:sz w:val="24"/>
          <w:rtl/>
          <w:szCs w:val="32"/>
        </w:rPr>
        <w:t>שָׁנָה</w:t>
      </w:r>
      <w:r>
        <w:rPr>
          <w:rFonts w:ascii="Georgia" w:hAnsi="Georgia"/>
          <w:b w:val="0"/>
          <w:i w:val="0"/>
          <w:color w:val="000000"/>
          <w:sz w:val="24"/>
        </w:rPr>
        <w:t>). А ЗОН, являющиеся семью нижними сфирот (ЗАТ) — «семь лет» — названы словом «годы» (</w:t>
      </w:r>
      <w:r>
        <w:rPr>
          <w:rFonts w:ascii="Georgia" w:hAnsi="Georgia"/>
          <w:b w:val="0"/>
          <w:i/>
          <w:color w:val="000000"/>
          <w:sz w:val="24"/>
        </w:rPr>
        <w:t>шаним</w:t>
      </w:r>
      <w:r>
        <w:rPr>
          <w:rFonts w:ascii="Georgia" w:hAnsi="Georgia"/>
          <w:b w:val="0"/>
          <w:i w:val="0"/>
          <w:color w:val="000000"/>
          <w:sz w:val="24"/>
        </w:rPr>
        <w:t xml:space="preserve">, </w:t>
      </w:r>
      <w:r>
        <w:rPr>
          <w:rFonts w:ascii="Georgia" w:hAnsi="Georgia" w:cs="Times New Roman"/>
          <w:b/>
          <w:i w:val="0"/>
          <w:color w:val="000000"/>
          <w:sz w:val="24"/>
          <w:rtl/>
          <w:szCs w:val="32"/>
        </w:rPr>
        <w:t>שָׁנִים</w:t>
      </w:r>
      <w:r>
        <w:rPr>
          <w:rFonts w:ascii="Georgia" w:hAnsi="Georgia"/>
          <w:b w:val="0"/>
          <w:i w:val="0"/>
          <w:color w:val="000000"/>
          <w:sz w:val="24"/>
        </w:rPr>
        <w:t>), а не «год», потому что в них есть и суд, и милосердие.</w:t>
      </w:r>
    </w:p>
    <w:p>
      <w:pPr>
        <w:pStyle w:val="ListNumber"/>
        <w:spacing w:before="20" w:after="40"/>
      </w:pPr>
      <w:r>
        <w:rPr>
          <w:rFonts w:ascii="Georgia" w:hAnsi="Georgia"/>
          <w:b w:val="0"/>
          <w:i w:val="0"/>
          <w:color w:val="000000"/>
          <w:sz w:val="24"/>
        </w:rPr>
        <w:t>У Аба ве-Има всегда есть объятие, как сказано в Зоаре: «возлюбленные венцы, которые обнимаются». Есть еще и другое различие: Аба ве-Има действительно соединяются друг с другом как одно тело.</w:t>
      </w:r>
    </w:p>
    <w:p>
      <w:pPr>
        <w:spacing w:before="40" w:after="120"/>
        <w:jc w:val="both"/>
      </w:pPr>
      <w:r>
        <w:rPr>
          <w:rFonts w:ascii="Georgia" w:hAnsi="Georgia"/>
          <w:b w:val="0"/>
          <w:i w:val="0"/>
          <w:color w:val="000000"/>
          <w:sz w:val="24"/>
        </w:rPr>
        <w:t xml:space="preserve">И вот, я уже сообщал тебе, что существуют два вида соударений: один — чтобы низводить новые души, а второй — чтобы давать жизненную силу нижним мирам. И соударение, цель которого — давать жизненную силу, никогда не прекращается у Аба ве-Има, чтобы миры не разрушились, упаси Б-г. Но у ЗОН даже это соударение временами прекращается. И в этом смысл стиха: </w:t>
      </w:r>
      <w:r>
        <w:rPr>
          <w:rFonts w:ascii="Georgia" w:hAnsi="Georgia"/>
          <w:b w:val="0"/>
          <w:i/>
          <w:color w:val="000000"/>
          <w:sz w:val="24"/>
        </w:rPr>
        <w:t>«Не вечно духу Моему пребывать в человеке»</w:t>
      </w:r>
      <w:r>
        <w:rPr>
          <w:rFonts w:ascii="Georgia" w:hAnsi="Georgia"/>
          <w:b w:val="0"/>
          <w:i w:val="0"/>
          <w:color w:val="000000"/>
          <w:sz w:val="24"/>
        </w:rPr>
        <w:t xml:space="preserve"> (Берешит 6:3), то есть высший дух жизненной силы не будет привлекаться непрестанно в человека, которым является ЗА; ведь если бы он притягивался всегда, [люди] жили бы долго и грешили. Но видя, что они умирают в короткие годы, они благодаря этому возвращаются к Творцу (совершают тшуву); поэтому дух жизненной силы не притягивается к ЗА постоянно. Пять правил.</w:t>
      </w:r>
    </w:p>
    <w:p>
      <w:pPr>
        <w:pStyle w:val="ListNumber"/>
        <w:spacing w:before="20" w:after="40"/>
      </w:pPr>
      <w:r>
        <w:rPr>
          <w:rFonts w:ascii="Georgia" w:hAnsi="Georgia"/>
          <w:b w:val="0"/>
          <w:i w:val="0"/>
          <w:color w:val="000000"/>
          <w:sz w:val="24"/>
        </w:rPr>
        <w:t>В мохин де-Аба ве-Има есть окружающие света, и там светят 13 исправлений бороды де-АА. В 13 [частях] белизны головы есть три имени АВАЯ с [наполнением] йод, и в них девять букв вав (</w:t>
      </w:r>
      <w:r>
        <w:rPr>
          <w:rFonts w:ascii="Georgia" w:hAnsi="Georgia" w:cs="Times New Roman"/>
          <w:b/>
          <w:i w:val="0"/>
          <w:color w:val="000000"/>
          <w:sz w:val="24"/>
          <w:rtl/>
          <w:szCs w:val="32"/>
        </w:rPr>
        <w:t>ו</w:t>
      </w:r>
      <w:r>
        <w:rPr>
          <w:rFonts w:ascii="Georgia" w:hAnsi="Georgia"/>
          <w:b w:val="0"/>
          <w:i w:val="0"/>
          <w:color w:val="000000"/>
          <w:sz w:val="24"/>
        </w:rPr>
        <w:t>), и оттуда притягивается свечение к бороде де-ЗА, которая называется вав (</w:t>
      </w:r>
      <w:r>
        <w:rPr>
          <w:rFonts w:ascii="Georgia" w:hAnsi="Georgia" w:cs="Times New Roman"/>
          <w:b/>
          <w:i w:val="0"/>
          <w:color w:val="000000"/>
          <w:sz w:val="24"/>
          <w:rtl/>
          <w:szCs w:val="32"/>
        </w:rPr>
        <w:t>ו</w:t>
      </w:r>
      <w:r>
        <w:rPr>
          <w:rFonts w:ascii="Georgia" w:hAnsi="Georgia"/>
          <w:b w:val="0"/>
          <w:i w:val="0"/>
          <w:color w:val="000000"/>
          <w:sz w:val="24"/>
        </w:rPr>
        <w:t>), и в ней есть только девять исправлений бороды. А в хотэм де-АА есть одна буква хэй (</w:t>
      </w:r>
      <w:r>
        <w:rPr>
          <w:rFonts w:ascii="Georgia" w:hAnsi="Georgia" w:cs="Times New Roman"/>
          <w:b/>
          <w:i w:val="0"/>
          <w:color w:val="000000"/>
          <w:sz w:val="24"/>
          <w:rtl/>
          <w:szCs w:val="32"/>
        </w:rPr>
        <w:t>ה</w:t>
      </w:r>
      <w:r>
        <w:rPr>
          <w:rFonts w:ascii="Georgia" w:hAnsi="Georgia"/>
          <w:b w:val="0"/>
          <w:i w:val="0"/>
          <w:color w:val="000000"/>
          <w:sz w:val="24"/>
        </w:rPr>
        <w:t>) в правом отверстии, и оттуда светит свойство таамим (вкусов); и из правого отверстия притягивается дух жизни к ЗА (а из левого отверстия притягивается дух жизни к Нукве де-ЗА).</w:t>
      </w:r>
    </w:p>
    <w:p>
      <w:pPr>
        <w:pStyle w:val="ListNumber"/>
        <w:spacing w:before="20" w:after="40"/>
      </w:pPr>
      <w:r>
        <w:rPr>
          <w:rFonts w:ascii="Georgia" w:hAnsi="Georgia"/>
          <w:b w:val="0"/>
          <w:i w:val="0"/>
          <w:color w:val="000000"/>
          <w:sz w:val="24"/>
        </w:rPr>
        <w:t>Мохин де-Аба, поскольку они облачаются в Моха де-Има, называются ЭЙЕ, подобно ей.</w:t>
      </w:r>
    </w:p>
    <w:p>
      <w:pPr>
        <w:pStyle w:val="ListNumber"/>
        <w:spacing w:before="20" w:after="40"/>
      </w:pPr>
      <w:r>
        <w:rPr>
          <w:rFonts w:ascii="Georgia" w:hAnsi="Georgia"/>
          <w:b w:val="0"/>
          <w:i w:val="0"/>
          <w:color w:val="000000"/>
          <w:sz w:val="24"/>
        </w:rPr>
        <w:t>Что касается Аба ве-Има, о которых сказано в Идра Зута: «вместе выходят и вместе пребывают» и т. д. Знай: несмотря на это, у них есть два вида соударений: одно называется совершенным соударением, а второе — несовершенным соударением. И это подобно тому, как написано в другом месте: в бороде де-АА есть два мазаля — восьмой мазаль и тринадцатый мазаль; из восьмого питается Аба, а из тринадцатого питается Има. И вот, когда тринадцатый мазаль один воздействует на Аба ве-Има и они соединяются посредством него, это называется несовершенным соударением; когда же оба мазаля воздействуют — один на Аба, а другой на Иму, и они соединяются посредством них, это называется совершенным соударением.</w:t>
      </w:r>
    </w:p>
    <w:p>
      <w:pPr>
        <w:pStyle w:val="ListNumber"/>
        <w:spacing w:before="20" w:after="40"/>
      </w:pPr>
      <w:r>
        <w:rPr>
          <w:rFonts w:ascii="Georgia" w:hAnsi="Georgia"/>
          <w:b w:val="0"/>
          <w:i w:val="0"/>
          <w:color w:val="000000"/>
          <w:sz w:val="24"/>
        </w:rPr>
        <w:t>Има называется ЭЙЕ, и в каждой из десяти сфирот в ней есть одно имя ЭЙЕ. И каждое имя ЭЙЕ в ее правой линии — с [наполнением] йод, в левой линии — с [наполнением] алеф, а в средней линии — с буквами хэй; и все это — в ее одеяниях и келим.</w:t>
      </w:r>
    </w:p>
    <w:p>
      <w:pPr>
        <w:pStyle w:val="ListNumber"/>
        <w:spacing w:before="20" w:after="40"/>
      </w:pPr>
      <w:r>
        <w:rPr>
          <w:rFonts w:ascii="Georgia" w:hAnsi="Georgia"/>
          <w:b w:val="0"/>
          <w:i w:val="0"/>
          <w:color w:val="000000"/>
          <w:sz w:val="24"/>
        </w:rPr>
        <w:t>Четыре уровня [женских парцуфим] различаются в Има Илаа: уровень ее ХАБАД называется Има Илаа (Высшая Мать), ее ХАГАТ называются первой Твуной, ее НЕХИ — второй Твуной, а ее Малхут называется третьей Твуной (и она четвертая по отношению к Бине); и в десять сфирот этой третьей Твуны облачается весь целем де-ЗА.</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«И получается, что эта первая Бина соединяется в соударении с верхней частью Хохмы»</w:t>
      </w:r>
      <w:r>
        <w:rPr>
          <w:rFonts w:ascii="Georgia" w:hAnsi="Georgia"/>
          <w:b w:val="0"/>
          <w:i w:val="0"/>
          <w:color w:val="000000"/>
          <w:sz w:val="24"/>
        </w:rPr>
        <w:t xml:space="preserve"> —</w:t>
      </w:r>
    </w:p>
    <w:p>
      <w:pPr>
        <w:spacing w:before="40" w:after="120"/>
        <w:jc w:val="both"/>
      </w:pPr>
      <w:r>
        <w:rPr>
          <w:rFonts w:ascii="Georgia" w:hAnsi="Georgia"/>
          <w:b w:val="0"/>
          <w:i w:val="0"/>
          <w:color w:val="000000"/>
          <w:sz w:val="24"/>
        </w:rPr>
        <w:t>как сказано в предыдущей ветви, верхняя часть Хохмы называется буквой йод (</w:t>
      </w:r>
      <w:r>
        <w:rPr>
          <w:rFonts w:ascii="Georgia" w:hAnsi="Georgia" w:cs="Times New Roman"/>
          <w:b/>
          <w:i w:val="0"/>
          <w:color w:val="000000"/>
          <w:sz w:val="24"/>
          <w:rtl/>
          <w:szCs w:val="32"/>
        </w:rPr>
        <w:t>י</w:t>
      </w:r>
      <w:r>
        <w:rPr>
          <w:rFonts w:ascii="Georgia" w:hAnsi="Georgia"/>
          <w:b w:val="0"/>
          <w:i w:val="0"/>
          <w:color w:val="000000"/>
          <w:sz w:val="24"/>
        </w:rPr>
        <w:t>) имени АВАЯ де-САГ, а первая Бина называется буквами вав и далет (</w:t>
      </w:r>
      <w:r>
        <w:rPr>
          <w:rFonts w:ascii="Georgia" w:hAnsi="Georgia" w:cs="Times New Roman"/>
          <w:b/>
          <w:i w:val="0"/>
          <w:color w:val="000000"/>
          <w:sz w:val="24"/>
          <w:rtl/>
          <w:szCs w:val="32"/>
        </w:rPr>
        <w:t>ו״ד</w:t>
      </w:r>
      <w:r>
        <w:rPr>
          <w:rFonts w:ascii="Georgia" w:hAnsi="Georgia"/>
          <w:b w:val="0"/>
          <w:i w:val="0"/>
          <w:color w:val="000000"/>
          <w:sz w:val="24"/>
        </w:rPr>
        <w:t>) наполнения этой буквы йод (</w:t>
      </w:r>
      <w:r>
        <w:rPr>
          <w:rFonts w:ascii="Georgia" w:hAnsi="Georgia" w:cs="Times New Roman"/>
          <w:b/>
          <w:i w:val="0"/>
          <w:color w:val="000000"/>
          <w:sz w:val="24"/>
          <w:rtl/>
          <w:szCs w:val="32"/>
        </w:rPr>
        <w:t>יו״ד</w:t>
      </w:r>
      <w:r>
        <w:rPr>
          <w:rFonts w:ascii="Georgia" w:hAnsi="Georgia"/>
          <w:b w:val="0"/>
          <w:i w:val="0"/>
          <w:color w:val="000000"/>
          <w:sz w:val="24"/>
        </w:rPr>
        <w:t>); и эти Аба ве-Има представляют собой верхнюю половину ступеней САГ де-АК, называемую Гальгальта ве-Эйнаим. И [автор] говорит, что только у этих высших Аба ве-Има соударение никогда не прекращается. Однако от нее и ниже — то есть на уровне АХАП, которые вышли наружу из рош и называются первой буквой хэй (</w:t>
      </w:r>
      <w:r>
        <w:rPr>
          <w:rFonts w:ascii="Georgia" w:hAnsi="Georgia" w:cs="Times New Roman"/>
          <w:b/>
          <w:i w:val="0"/>
          <w:color w:val="000000"/>
          <w:sz w:val="24"/>
          <w:rtl/>
          <w:szCs w:val="32"/>
        </w:rPr>
        <w:t>ה</w:t>
      </w:r>
      <w:r>
        <w:rPr>
          <w:rFonts w:ascii="Georgia" w:hAnsi="Georgia"/>
          <w:b w:val="0"/>
          <w:i w:val="0"/>
          <w:color w:val="000000"/>
          <w:sz w:val="24"/>
        </w:rPr>
        <w:t>) имени АВАЯ де-САГ, — это правило не действует; они лишь временами соединяются — а именно во время их подъема к высшим Аба ве-Има, когда они вновь становятся с ними одним парцуфом, и тогда ИШСУТ также включаются в тайну буквы йод (</w:t>
      </w:r>
      <w:r>
        <w:rPr>
          <w:rFonts w:ascii="Georgia" w:hAnsi="Georgia" w:cs="Times New Roman"/>
          <w:b/>
          <w:i w:val="0"/>
          <w:color w:val="000000"/>
          <w:sz w:val="24"/>
          <w:rtl/>
          <w:szCs w:val="32"/>
        </w:rPr>
        <w:t>י</w:t>
      </w:r>
      <w:r>
        <w:rPr>
          <w:rFonts w:ascii="Georgia" w:hAnsi="Georgia"/>
          <w:b w:val="0"/>
          <w:i w:val="0"/>
          <w:color w:val="000000"/>
          <w:sz w:val="24"/>
        </w:rPr>
        <w:t xml:space="preserve">) имени АВАЯ де-САГ, являющейся рош, подобно тому как десять сфирот единой рош де-АК были до подъема МАН. А временами они разделяются — то есть вновь делятся на две половины ступени, когда [Твуна] опускается за пределы рош, чтобы растить ЗОН, в соответствии со стихом: </w:t>
      </w:r>
      <w:r>
        <w:rPr>
          <w:rFonts w:ascii="Georgia" w:hAnsi="Georgia"/>
          <w:b w:val="0"/>
          <w:i/>
          <w:color w:val="000000"/>
          <w:sz w:val="24"/>
        </w:rPr>
        <w:t>«а мать сидит на птенцах»</w:t>
      </w:r>
      <w:r>
        <w:rPr>
          <w:rFonts w:ascii="Georgia" w:hAnsi="Georgia"/>
          <w:b w:val="0"/>
          <w:i w:val="0"/>
          <w:color w:val="000000"/>
          <w:sz w:val="24"/>
        </w:rPr>
        <w:t xml:space="preserve"> (Дварим 22:6), и тогда она называется первой буквой хэй (</w:t>
      </w:r>
      <w:r>
        <w:rPr>
          <w:rFonts w:ascii="Georgia" w:hAnsi="Georgia" w:cs="Times New Roman"/>
          <w:b/>
          <w:i w:val="0"/>
          <w:color w:val="000000"/>
          <w:sz w:val="24"/>
          <w:rtl/>
          <w:szCs w:val="32"/>
        </w:rPr>
        <w:t>ה</w:t>
      </w:r>
      <w:r>
        <w:rPr>
          <w:rFonts w:ascii="Georgia" w:hAnsi="Georgia"/>
          <w:b w:val="0"/>
          <w:i w:val="0"/>
          <w:color w:val="000000"/>
          <w:sz w:val="24"/>
        </w:rPr>
        <w:t xml:space="preserve">) имени АВАЯ де-САГ. </w:t>
      </w:r>
      <w:r>
        <w:rPr>
          <w:rFonts w:ascii="Georgia" w:hAnsi="Georgia"/>
          <w:b/>
          <w:i w:val="0"/>
          <w:color w:val="000000"/>
          <w:sz w:val="24"/>
        </w:rPr>
        <w:t>«И эта Твуна от своей половины и ниже и т. д. облачается в ЗА и т. д.»</w:t>
      </w:r>
      <w:r>
        <w:rPr>
          <w:rFonts w:ascii="Georgia" w:hAnsi="Georgia"/>
          <w:b w:val="0"/>
          <w:i w:val="0"/>
          <w:color w:val="000000"/>
          <w:sz w:val="24"/>
        </w:rPr>
        <w:t xml:space="preserve"> —</w:t>
      </w:r>
    </w:p>
    <w:p>
      <w:pPr>
        <w:spacing w:before="40" w:after="120"/>
        <w:jc w:val="both"/>
      </w:pPr>
      <w:r>
        <w:rPr>
          <w:rFonts w:ascii="Georgia" w:hAnsi="Georgia"/>
          <w:b w:val="0"/>
          <w:i w:val="0"/>
          <w:color w:val="000000"/>
          <w:sz w:val="24"/>
        </w:rPr>
        <w:t>то есть ступени от половины и ниже этой Твуны именуются вторыми ИШСУТ, поскольку они представляют собой АХАП, отделившиеся от рош первой Твуны; и ахораим де-Малхут этих вторых ИШСУТ в своих внутренней и внешней частях облачаются в ЗА в качестве мохин. И причина в том, что основа всего исправления исходит преимущественно от АВАЯ де-САГ де-АК, чьи НЕХИ соединились с МА и БОН де-АК в тайне объединения свойства милосердия с судом. Однако действие САГ в этом объединении проявляется лишь в гуф де-САГ де-САГ в нем. Иными словами, АВАЯ де-САГ де-Ацилут включает в себя также пять парцуфим: Гальгальта, АБ, САГ, МА, БОН. Буква йод имени АВАЯ — это первая рош, называемая АБ де-САГ, а буква хэй имени АВАЯ — это вторая рош, называемая САГ де-САГ, и так далее. И поскольку эта первая буква хэй находится на уровне рош, действие объединения свойства милосердия с судом там еще не заметно: ведь келим в рош не проявляются, а возникают лишь от Малхут де-рош и ниже, как известно, — то есть в гуф этой второй рош, представляющем собой ее АХАП, вышедшие наружу из второй рош. Они и составляют тайну букв вав и хэй имени АВАЯ де-САГ, называемых МА и БОН де-САГ, а также именуемых вторыми ИШСУТ, в которых только и проявляются келим и масахим, объединяющие милосердие и суд в требуемом сочетании. Поэтому именно ахораим де-Малхут этих вторых ИШСУТ облачаются в ЗА и способны притянуть к нему все мохин, необходимые для исправления мира. И все это уже подробно объяснено в «Паним Меирот» и «Паним Масбирот» в ветвях 15 и 16.</w:t>
      </w:r>
    </w:p>
    <w:p>
      <w:pPr>
        <w:spacing w:before="40" w:after="120"/>
        <w:jc w:val="both"/>
      </w:pPr>
      <w:r>
        <w:rPr>
          <w:rFonts w:ascii="Georgia" w:hAnsi="Georgia"/>
          <w:b w:val="0"/>
          <w:i w:val="0"/>
          <w:color w:val="000000"/>
          <w:sz w:val="24"/>
        </w:rPr>
        <w:t xml:space="preserve">2) </w:t>
      </w:r>
      <w:r>
        <w:rPr>
          <w:rFonts w:ascii="Georgia" w:hAnsi="Georgia"/>
          <w:b/>
          <w:i w:val="0"/>
          <w:color w:val="000000"/>
          <w:sz w:val="24"/>
        </w:rPr>
        <w:t>«В этом есть две стороны: первая — когда Твуна поднимается и включается в Бину; вторая — когда Бина опускается и т. д.»</w:t>
      </w:r>
      <w:r>
        <w:rPr>
          <w:rFonts w:ascii="Georgia" w:hAnsi="Georgia"/>
          <w:b w:val="0"/>
          <w:i w:val="0"/>
          <w:color w:val="000000"/>
          <w:sz w:val="24"/>
        </w:rPr>
        <w:t xml:space="preserve"> —</w:t>
      </w:r>
    </w:p>
    <w:p>
      <w:pPr>
        <w:spacing w:before="40" w:after="120"/>
        <w:jc w:val="both"/>
      </w:pPr>
      <w:r>
        <w:rPr>
          <w:rFonts w:ascii="Georgia" w:hAnsi="Georgia"/>
          <w:b w:val="0"/>
          <w:i w:val="0"/>
          <w:color w:val="000000"/>
          <w:sz w:val="24"/>
        </w:rPr>
        <w:t>и пойми это на примере изначальных ИШСУТ в АК: во время исправления подъема МАН для нужд мира Некудим, как написано выше в «Паним Масбирот», ветвь 15, пункт 11, НЕХИ де-САГ де-АК, которые распространились от табура де-АК и ниже и объединились там со свойством суда, поднялись выше Парсы и установились там в качестве ИШСУТ. А рош и тох де-САГ, которые не опускались в это объединение, установились как высшие Аба ве-Има, как написал Учитель в ветви 8 и как сказано в «Паним Масбирот» в ветви 9. И это — корень разделения САГ на две половины: его верхняя половина, включающая рош и тох, называется высшими Аба ве-Има и тайной АВАЯ де-АБ, а его нижняя половина, представляющая собой соф, или НЕХИ, называется именем ИШСУТ и тайной АВАЯ де-САГ. Они также именуются Брия (творение), поскольку вышли «наружу» (</w:t>
      </w:r>
      <w:r>
        <w:rPr>
          <w:rFonts w:ascii="Georgia" w:hAnsi="Georgia"/>
          <w:b w:val="0"/>
          <w:i/>
          <w:color w:val="000000"/>
          <w:sz w:val="24"/>
        </w:rPr>
        <w:t>ле-вар</w:t>
      </w:r>
      <w:r>
        <w:rPr>
          <w:rFonts w:ascii="Georgia" w:hAnsi="Georgia"/>
          <w:b w:val="0"/>
          <w:i w:val="0"/>
          <w:color w:val="000000"/>
          <w:sz w:val="24"/>
        </w:rPr>
        <w:t>) из высших Аба ве-Има. Это произошло оттого, что масах де-Аба ве-Има включил в себя нижнюю хэй, завершающую света Ацилута на месте общего хазе, поскольку там уже присутствовало свойство второго ухода света, как сказано в предыдущей ветви. И там произошли два исправления:</w:t>
      </w:r>
    </w:p>
    <w:p>
      <w:pPr>
        <w:spacing w:before="40" w:after="120"/>
        <w:jc w:val="both"/>
      </w:pPr>
      <w:r>
        <w:rPr>
          <w:rFonts w:ascii="Georgia" w:hAnsi="Georgia"/>
          <w:b w:val="0"/>
          <w:i w:val="0"/>
          <w:color w:val="000000"/>
          <w:sz w:val="24"/>
        </w:rPr>
        <w:t>первое — это подъем света вверх в качестве МАН, достаточный для исправления Ацилута: ведь НЕХИ де-САГ поднялись на место ХАГАТ де-САГ, которое [простирается] от хазе до табура де-АК, а бывшие там ХАГАТ поднялись на место АХАП де-рош де-САГ, находящееся от хазе де-АК и выше. Таким образом, рош и тох де-САГ теперь оканчиваются на месте прежнего пэ де-САГ, стоящего в хазе де-АК. А ИШСУТ, являющиеся соф де-САГ, соединившимся со свойством суда, находятся теперь ниже [границы] второго ухода света высших Аба ве-Има, то есть ниже хазе де-АК, и получают свет НЕХИ от соударения высших Аба ве-Има над хазе, являющийся женским светом. И получается, что исправление пока есть лишь в Ацилуте — то есть для высших Аба ве-Има, поскольку масах де-МАН стоит в хазе де-АК и действует в них снизу вверх. Что же касается ИШСУТ, над головой которых этот масах уже находится, они оказываются лишены мужского света и [света] Ацилута, пребывая лишь в женском свете и [свете] НЕХИ.</w:t>
      </w:r>
    </w:p>
    <w:p>
      <w:pPr>
        <w:spacing w:before="40" w:after="120"/>
        <w:jc w:val="both"/>
      </w:pPr>
      <w:r>
        <w:rPr>
          <w:rFonts w:ascii="Georgia" w:hAnsi="Georgia"/>
          <w:b w:val="0"/>
          <w:i w:val="0"/>
          <w:color w:val="000000"/>
          <w:sz w:val="24"/>
        </w:rPr>
        <w:t>И знай, что это — корень первой стороны, о которой говорится здесь: «когда Твуна поднимается и включается в Бину». Ведь МАН поднимаются к месту хазе де-АА, где находится свойство второго ухода света де-Аба ве-Има, и ИШСУТ оказываются лишены мужского света. Вследствие этого ЗА де-Ацилут лишен всякого исправления, ведь все его исправление исходит от этих ИШСУТ, а они находятся сейчас вне Аба ве-Има, в обособленном свойстве, и в свете НЕХИ, являющемся женским светом, который более не передает свечение вниз; и потому невозможно, чтобы от этого соударения поступили мохин для ЗА, так как соударение совершается наверху, в Аба ве-Има, на месте хазе де-АА. И вот слова Учителя выше, на странице 235, и вот его подлинные слова: «И поистине, несомненно, что благодаря уходу света выше табура было достаточно [сил], чтобы мир Ацилут имел возможность получать свой свет, однако этого было недостаточно, чтобы дать силу миру Брия, чтобы и он мог получать свой свет... А суть Парсы заключалась в том, чтобы и Брия мог получать свой свет...», до сих пор его слова.</w:t>
      </w:r>
    </w:p>
    <w:p>
      <w:pPr>
        <w:spacing w:before="40" w:after="120"/>
        <w:jc w:val="both"/>
      </w:pPr>
      <w:r>
        <w:rPr>
          <w:rFonts w:ascii="Georgia" w:hAnsi="Georgia"/>
          <w:b w:val="0"/>
          <w:i w:val="0"/>
          <w:color w:val="000000"/>
          <w:sz w:val="24"/>
        </w:rPr>
        <w:t>Разъяснение: благодаря второму соударению де-гадлут масах, стоявший в хазе де-АК, был опущен под ноги ИШСУТ — то есть до устья табура де-АК; и тем самым ИШСУТ вновь объединились с Аба ве-Има в один парцуф уровня Ацилут. Ведь теперь и ИШСУТ находятся выше масаха де-МАН, подобно высшим Аба ве-Има, и тогда в них есть мужской свет, и потому они могут также передавать мохин к ЗА. И это исправление представляет собой наклонную Парсу, начинающуюся в хазе и заканчивающуюся в устье табура: временами соударение совершается вверху, в хазе, и этого достаточно для самих Аба ве-Има, называемых Ацилутом, но не для ИШСУТ, находящихся ниже хазе, как сказано выше. А временами масах опускается вниз, к завершению Парсы, находящемуся напротив устья табура, и тогда исправление обретают также ИШСУТ, называемые миром Брия: ведь благодаря опусканию масаха под их ноги они вновь возвращаются на уровень Ацилута, как разъяснено.</w:t>
      </w:r>
    </w:p>
    <w:p>
      <w:pPr>
        <w:spacing w:before="40" w:after="120"/>
        <w:jc w:val="both"/>
      </w:pPr>
      <w:r>
        <w:rPr>
          <w:rFonts w:ascii="Georgia" w:hAnsi="Georgia"/>
          <w:b w:val="0"/>
          <w:i w:val="0"/>
          <w:color w:val="000000"/>
          <w:sz w:val="24"/>
        </w:rPr>
        <w:t>И об этом он сказал: «Первое же зачатие произошло оттого, что высшие ХУБ облачились в нижние ХУБ, включились в них и внутрь них, и включились ХАГАТ и НЕХИ де-АА друг в друга и т. д.; и получается, что ЗА [находится] в Твуне, а не в Бине», до сих пор его слова.</w:t>
      </w:r>
    </w:p>
    <w:p>
      <w:pPr>
        <w:spacing w:before="40" w:after="120"/>
        <w:jc w:val="both"/>
      </w:pPr>
      <w:r>
        <w:rPr>
          <w:rFonts w:ascii="Georgia" w:hAnsi="Georgia"/>
          <w:b w:val="0"/>
          <w:i w:val="0"/>
          <w:color w:val="000000"/>
          <w:sz w:val="24"/>
        </w:rPr>
        <w:t>То есть, как мы уже говорили об их корне при сокращении НЕХИ де-АК, точно так же и в Ацилуте это соударение первого зачатия совершается подобно объясненному в отношении АК: НЕХИ де-АА поднимаются выше табура и включаются в ХАГАТ де-Аба ве-Има, [простирающиеся] от его хазе и ниже до его табура; и благодаря этому НЕХИ де-САГ поднимаются в качестве МАН к пэ де-Аба ве-Има, находящемуся в хазе де-АА. И соударение совершается на уровне масаха, находящегося над головой ИШСУТ, чье изначальное место — от хазе де-АА и ниже; и потому этого соударения недостаточно для [передачи] мохин для ЗА, ведь ЗА получает только от тех ИШСУТ, которые находятся от хазе и ниже. И об этом он сказал: «и получается, что ЗА [находится] в Твуне, а не в Бине», — и потому он не может получать от высшего соударения, происходящего в хазе, как сказано выше.</w:t>
      </w:r>
    </w:p>
    <w:p>
      <w:pPr>
        <w:spacing w:before="40" w:after="120"/>
        <w:jc w:val="both"/>
      </w:pPr>
      <w:r>
        <w:rPr>
          <w:rFonts w:ascii="Georgia" w:hAnsi="Georgia"/>
          <w:b w:val="0"/>
          <w:i w:val="0"/>
          <w:color w:val="000000"/>
          <w:sz w:val="24"/>
        </w:rPr>
        <w:t>И об этом он сказал: «Однако соударение, служащее для порождения мохин де-ЗА, называемое вторым зачатием, происходит тогда, когда Бина опускается и включается в Твуну, и там, внизу, совершается это соударение», до сих пор его слова.</w:t>
      </w:r>
    </w:p>
    <w:p>
      <w:pPr>
        <w:spacing w:before="40" w:after="120"/>
        <w:jc w:val="both"/>
      </w:pPr>
      <w:r>
        <w:rPr>
          <w:rFonts w:ascii="Georgia" w:hAnsi="Georgia"/>
          <w:b w:val="0"/>
          <w:i w:val="0"/>
          <w:color w:val="000000"/>
          <w:sz w:val="24"/>
        </w:rPr>
        <w:t>То есть, как мы уже говорили о тайне исправления Парсы для нужд мира Брия: благодаря соударению состояния гадлут масах был опущен с высшего места в Парсе напротив хазе к тому месту в Парсе, которое находится снизу напротив устья табура. Тогда масах для места соударения оказывается ниже ног ИШСУТ, и ИШСУТ объединяются с Аба ве-Има в один парцуф, поскольку разделяющий масах, находившийся над их головой, был опущен, как сказано выше. И потому в них теперь есть свет Ацилута, и они могут передавать мохин к ЗА, так как достоинство Твуны теперь такое же, как у Бины, как разъяснено.</w:t>
      </w:r>
    </w:p>
    <w:p>
      <w:pPr>
        <w:spacing w:before="40" w:after="120"/>
        <w:jc w:val="both"/>
      </w:pPr>
      <w:r>
        <w:rPr>
          <w:rFonts w:ascii="Georgia" w:hAnsi="Georgia"/>
          <w:b w:val="0"/>
          <w:i w:val="0"/>
          <w:color w:val="000000"/>
          <w:sz w:val="24"/>
        </w:rPr>
        <w:t>И об этом он сказал: «когда Бина опускается и включается в Твуну». То есть опустился тот масах, который разделял между Биной и Твуной, и сама Бина распространилась до табура, и теперь нет никакого различия между Биной и Твуной.</w:t>
      </w:r>
    </w:p>
    <w:p>
      <w:pPr>
        <w:spacing w:before="40" w:after="120"/>
        <w:jc w:val="both"/>
      </w:pPr>
      <w:r>
        <w:rPr>
          <w:rFonts w:ascii="Georgia" w:hAnsi="Georgia"/>
          <w:b w:val="0"/>
          <w:i w:val="0"/>
          <w:color w:val="000000"/>
          <w:sz w:val="24"/>
        </w:rPr>
        <w:t>И об этом он сказал: «и там, внизу, совершается это соударение» — то есть у нижнего края Парсы напротив табура, где прежде находилось место Твуны. И пойми [это].</w:t>
      </w:r>
    </w:p>
    <w:p>
      <w:pPr>
        <w:spacing w:before="40" w:after="120"/>
        <w:jc w:val="both"/>
      </w:pPr>
      <w:r>
        <w:rPr>
          <w:rFonts w:ascii="Georgia" w:hAnsi="Georgia"/>
          <w:b w:val="0"/>
          <w:i w:val="0"/>
          <w:color w:val="000000"/>
          <w:sz w:val="24"/>
        </w:rPr>
        <w:t xml:space="preserve">3) </w:t>
      </w:r>
      <w:r>
        <w:rPr>
          <w:rFonts w:ascii="Georgia" w:hAnsi="Georgia"/>
          <w:b/>
          <w:i w:val="0"/>
          <w:color w:val="000000"/>
          <w:sz w:val="24"/>
        </w:rPr>
        <w:t>«И вот, когда тринадцатый мазаль один воздействует на Аба ве-Има и т. д., это называется несовершенным соударением; когда же оба мазаля воздействуют и т. д.»</w:t>
      </w:r>
      <w:r>
        <w:rPr>
          <w:rFonts w:ascii="Georgia" w:hAnsi="Georgia"/>
          <w:b w:val="0"/>
          <w:i w:val="0"/>
          <w:color w:val="000000"/>
          <w:sz w:val="24"/>
        </w:rPr>
        <w:t xml:space="preserve"> —</w:t>
      </w:r>
    </w:p>
    <w:p>
      <w:pPr>
        <w:spacing w:before="40" w:after="120"/>
        <w:jc w:val="both"/>
      </w:pPr>
      <w:r>
        <w:rPr>
          <w:rFonts w:ascii="Georgia" w:hAnsi="Georgia"/>
          <w:b w:val="0"/>
          <w:i w:val="0"/>
          <w:color w:val="000000"/>
          <w:sz w:val="24"/>
        </w:rPr>
        <w:t xml:space="preserve">и здесь тебе необходимо вспомнить объясненное выше на странице 855 в «Паним Меирот»: душа всего Ацилута представляет собой Даат де-Радла, явивший свой свет в авире (воздухе), что между Кетером и Моха Стимаа. И там было объяснено: поскольку МАН, служащие в этом соударении в Радла, — это свойство внутренних НЕХИ, относящихся к САГ, душа не может раскрыться в келим де-рош де-АА, то есть в Гальгальте, так как рош де-АА — это свойство Кетера и АБ. Из-за этого ей пришлось раскрыться только на уровне авира в виде свечения Радла в АА. И оттуда это свечение притягивается к бороде де-Аба ве-Има в виде восьми высших исправлений бороды, включенных в восьмой мазаль, являющийся тайной [слов] </w:t>
      </w:r>
      <w:r>
        <w:rPr>
          <w:rFonts w:ascii="Georgia" w:hAnsi="Georgia"/>
          <w:b w:val="0"/>
          <w:i/>
          <w:color w:val="000000"/>
          <w:sz w:val="24"/>
        </w:rPr>
        <w:t>«хранящий милость»</w:t>
      </w:r>
      <w:r>
        <w:rPr>
          <w:rFonts w:ascii="Georgia" w:hAnsi="Georgia"/>
          <w:b w:val="0"/>
          <w:i w:val="0"/>
          <w:color w:val="000000"/>
          <w:sz w:val="24"/>
        </w:rPr>
        <w:t xml:space="preserve"> (Шмот 34:7). И подобно тому как Моха де-Авира поднимает к себе Бину в Гальгальте, включенную в Моха Стимаа, и соединяет ее на равной высоте уровня с Хохмой де-Гальгальта — поскольку масах был опущен из-под этой Бины в тайне Даат и соединяет упомянутые ХУБ на равной высоте, — точно так же под действием свечения этого ХАБАД де-Авира опускается и масах, находящийся на завершении Хохма Стимаа де-АА, который был над Биной де-АА, стоящей в горле за пределами рош; и тем самым Бина де-АА поднимается и соединяется с Хохмой де-АА на равной высоте уровня.</w:t>
      </w:r>
    </w:p>
    <w:p>
      <w:pPr>
        <w:spacing w:before="40" w:after="120"/>
        <w:jc w:val="both"/>
      </w:pPr>
      <w:r>
        <w:rPr>
          <w:rFonts w:ascii="Georgia" w:hAnsi="Georgia"/>
          <w:b w:val="0"/>
          <w:i w:val="0"/>
          <w:color w:val="000000"/>
          <w:sz w:val="24"/>
        </w:rPr>
        <w:t>Однако это соударение не могло произойти в самих келим де-рош де-АА, поскольку он представляет собой свойство Кетера и АБ. И потому оно совершается в бороде де-АА, что выражается в подъеме пяти нижних исправлений бороды, которые тянутся и свисают над горлом де-АА: они поднимаются и соединяются с восемью высшими исправлениями бороды, исходящими из Хохмы де-АА и окружающими его хотэм и пэ. И этот подъем пяти нижних исправлений к восьми высшим исправлениям именуется соударением двух мазалей — восьмого и тринадцатого: ведь восемь высших включены в восьмое исправление, называемое высшим мазалем, а пять нижних исправлений включены в тринадцатое исправление, называемое нижним мазалем. И оттуда притягивается свечение души к Аба ве-Има де-Ацилут, облачающим горло де-АА, которые также участвуют в этом подъеме.</w:t>
      </w:r>
    </w:p>
    <w:p>
      <w:pPr>
        <w:spacing w:before="40" w:after="120"/>
        <w:jc w:val="both"/>
      </w:pPr>
      <w:r>
        <w:rPr>
          <w:rFonts w:ascii="Georgia" w:hAnsi="Georgia"/>
          <w:b w:val="0"/>
          <w:i w:val="0"/>
          <w:color w:val="000000"/>
          <w:sz w:val="24"/>
        </w:rPr>
        <w:t>И об этом он сказал: «когда оба мазаля воздействуют — один на Аба, а другой на Иму, и они соединяются посредством них, это называется совершенным соударением». То есть, как сказано: когда пять нижних исправлений бороды поднимаются к восьми высшим, тогда и Аба ве-Има поднимаются вместе с ними в рош де-АА, так как они включены в эти пять нижних исправлений. И тогда Аба получает от высшего мазаля, являющегося тайной Хохмы де-АА, как сказано выше, а Има получает от нижнего мазаля, являющегося тайной Бины де-АА, поднявшейся в рош. Тогда соударение Аба ве-Има совершается на уровне рош де-АА, и потому оно называется совершенным соударением, ведь свечение души де-АА светит в них, как сказано выше.</w:t>
      </w:r>
    </w:p>
    <w:p>
      <w:pPr>
        <w:spacing w:before="40" w:after="120"/>
        <w:jc w:val="both"/>
      </w:pPr>
      <w:r>
        <w:rPr>
          <w:rFonts w:ascii="Georgia" w:hAnsi="Georgia"/>
          <w:b w:val="0"/>
          <w:i w:val="0"/>
          <w:color w:val="000000"/>
          <w:sz w:val="24"/>
        </w:rPr>
        <w:t>И об этом он сказал: «И вот, когда тринадцатый мазаль один воздействует на Аба ве-Има и они соединяются посредством него, это называется несовершенным соударением», до сих пор его слова.</w:t>
      </w:r>
    </w:p>
    <w:p>
      <w:pPr>
        <w:spacing w:before="40" w:after="120"/>
        <w:jc w:val="both"/>
      </w:pPr>
      <w:r>
        <w:rPr>
          <w:rFonts w:ascii="Georgia" w:hAnsi="Georgia"/>
          <w:b w:val="0"/>
          <w:i w:val="0"/>
          <w:color w:val="000000"/>
          <w:sz w:val="24"/>
        </w:rPr>
        <w:t>То есть это происходит не во время подъема, а когда пять нижних исправлений остаются на своем месте за пределами рош — то есть на горле; и вследствие этого включенные в них Аба ве-Има находятся лишь на уровне свечения гуф де-АА и лишены свечения его души; и потому их соударение называется несовершенным соударением, ведь они лишены свойства рош, как разъяснено.</w:t>
      </w:r>
    </w:p>
    <w:p>
      <w:r>
        <w:br w:type="page"/>
      </w:r>
    </w:p>
    <w:p>
      <w:pPr>
        <w:keepNext/>
        <w:spacing w:before="360" w:after="160"/>
        <w:jc w:val="center"/>
      </w:pPr>
      <w:r>
        <w:rPr>
          <w:rFonts w:ascii="Georgia" w:hAnsi="Georgia"/>
          <w:b w:val="0"/>
          <w:i w:val="0"/>
          <w:color w:val="000000"/>
          <w:sz w:val="40"/>
        </w:rPr>
        <w:t>Ветвь 81</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 xml:space="preserve">1) В Аба ве-Има де-Ацилут есть два вида соударений (зивугов): первый называется внутренним, второй — внешним, что соответствует сущности и келим. И это [происходит] в двух состояниях: либо когда они [пребывают] паним бе-паним на равной высоте, либо при склонении головы, как разъяснено у нас. И поскольку эти два состояния есть во внутренней части, то есть в сущности, и эти же два состояния — во внешней части, то есть в келим, получается четыре вида соударений Аба ве-Има. Подобно этому есть четыре таких же вида соударений ЗОН. Причем внешний зивуг всегда предназначен для ангелов, а внутренний зивуг — для душ. 3) [вторая редакция] Знай, что есть два вида соударения Аба ве-Има: первый — когда оба они равны наверху по высоте своего уровня лицом к лицу, и это называется уровнем зивуга высших Аба ве-Има. Второй — это свойство «Има распростерта над детьми»: когда в ее НЕХИ облачаются мохин (свет разума) де-ЗА. А затем НЕХИ де-Има облачаются внутрь ЗА, и тогда [о ней] говорится: </w:t>
      </w:r>
      <w:r>
        <w:rPr>
          <w:rFonts w:ascii="Georgia" w:hAnsi="Georgia"/>
          <w:b w:val="0"/>
          <w:i/>
          <w:color w:val="000000"/>
          <w:sz w:val="24"/>
        </w:rPr>
        <w:t>«...и мать сидит на птенцах...»</w:t>
      </w:r>
      <w:r>
        <w:rPr>
          <w:rFonts w:ascii="Georgia" w:hAnsi="Georgia"/>
          <w:b w:val="0"/>
          <w:i w:val="0"/>
          <w:color w:val="000000"/>
          <w:sz w:val="24"/>
        </w:rPr>
        <w:t xml:space="preserve"> (Дварим 22:6), поскольку она опускается ниже уровня высоты Абы и склоняется вниз.</w:t>
      </w:r>
    </w:p>
    <w:p>
      <w:pPr>
        <w:spacing w:before="40" w:after="120"/>
        <w:jc w:val="both"/>
      </w:pPr>
      <w:r>
        <w:rPr>
          <w:rFonts w:ascii="Georgia" w:hAnsi="Georgia"/>
          <w:b w:val="0"/>
          <w:i w:val="0"/>
          <w:color w:val="000000"/>
          <w:sz w:val="24"/>
        </w:rPr>
        <w:t>И тогда она уподобляется Нукве де-ЗА, когда та соединяется с ЗА лицом к лицу только на уровне трех его нижних [сфирот], как известно. Так же и сейчас: высшая Има [стоит] лицом к лицу с ним лишь против нижней половины Тиферет и НЕХИ де-Аба. И когда они находятся в таком состоянии, Абе тоже необходимо склонить голову и опуститься вниз, подобно тому как ЗА [склоняется] к Нукве на уровне трех своих нижних [сфирот], как сказано выше. И это соударение есть зивуг Исраэль Саба ве-Твуна (ИШСУТ). Запомни это, чтобы нам не приходилось повторять и напоминать об этом каждый раз.</w:t>
      </w:r>
    </w:p>
    <w:p>
      <w:pPr>
        <w:spacing w:before="40" w:after="120"/>
        <w:jc w:val="both"/>
      </w:pPr>
      <w:r>
        <w:rPr>
          <w:rFonts w:ascii="Georgia" w:hAnsi="Georgia"/>
          <w:b w:val="0"/>
          <w:i w:val="0"/>
          <w:color w:val="000000"/>
          <w:sz w:val="24"/>
        </w:rPr>
        <w:t xml:space="preserve">2) Есть еще одно различие относительно соударения: [совершается ли оно] для сотворения новых душ или для оживления уже вышедших душ, чтобы обновить им мохин. А после разрушения [Храма], когда у ЗОН нет соударения для порождения новых душ, у Аба ве-Има тоже нет зивуга для новых душ. И в этом смысл [сказанного]: </w:t>
      </w:r>
      <w:r>
        <w:rPr>
          <w:rFonts w:ascii="Georgia" w:hAnsi="Georgia"/>
          <w:b w:val="0"/>
          <w:i/>
          <w:color w:val="000000"/>
          <w:sz w:val="24"/>
        </w:rPr>
        <w:t>«...не войду в город...»</w:t>
      </w:r>
      <w:r>
        <w:rPr>
          <w:rFonts w:ascii="Georgia" w:hAnsi="Georgia"/>
          <w:b w:val="0"/>
          <w:i w:val="0"/>
          <w:color w:val="000000"/>
          <w:sz w:val="24"/>
        </w:rPr>
        <w:t xml:space="preserve"> (Ошеа 11:9). Таким образом, сейчас, после разрушения, нет внутреннего зивуга — ни на равной высоте, ни при склонении головы, ни в Аба ве-Има, ни в ЗОН. И даже для старых душ [полного соударения] нет, а есть только для [их] оживления и для дарования им обновленных мохин.</w:t>
      </w:r>
    </w:p>
    <w:p>
      <w:pPr>
        <w:spacing w:before="40" w:after="120"/>
        <w:jc w:val="both"/>
      </w:pPr>
      <w:r>
        <w:rPr>
          <w:rFonts w:ascii="Georgia" w:hAnsi="Georgia"/>
          <w:b w:val="0"/>
          <w:i w:val="0"/>
          <w:color w:val="000000"/>
          <w:sz w:val="24"/>
        </w:rPr>
        <w:t xml:space="preserve">3) [вторая редакция] Знай, что есть два вида зивуга Аба ве-Има: первый — когда оба они равны наверху по высоте своего уровня, равны по уровню лицом к лицу, и это называется свойством зивуга высших Аба ве-Има. Второй — это состояние «Има распростерта над детьми»: когда в НЕХИ де-Има облачаются мохин де-ЗА, а затем НЕХИ де-Има облачаются внутрь ЗА. И тогда [о ней] говорится: </w:t>
      </w:r>
      <w:r>
        <w:rPr>
          <w:rFonts w:ascii="Georgia" w:hAnsi="Georgia"/>
          <w:b w:val="0"/>
          <w:i/>
          <w:color w:val="000000"/>
          <w:sz w:val="24"/>
        </w:rPr>
        <w:t>«...и мать сидит на птенцах...»</w:t>
      </w:r>
      <w:r>
        <w:rPr>
          <w:rFonts w:ascii="Georgia" w:hAnsi="Georgia"/>
          <w:b w:val="0"/>
          <w:i w:val="0"/>
          <w:color w:val="000000"/>
          <w:sz w:val="24"/>
        </w:rPr>
        <w:t xml:space="preserve"> (Дварим 22:6), поскольку она опускается ниже уровня высоты Абы и склоняется вниз. И тогда она уподобляется Нукве де-ЗА, когда та соединяется с ЗА лицом к лицу только на уровне трех его нижних [сфирот], как известно. Так же и сейчас: высшая Има [стоит] лицом к лицу с ним лишь против нижней половины Тиферет и НЕХИ де-Аба. И когда они находятся в таком состоянии, Абе тоже необходимо склонить голову и опуститься вниз, подобно тому как ЗА [склоняется] к Нукве на уровне трех своих нижних [сфирот], как сказано выше. И это соударение есть зивуг Исраэль Саба ве-Твуна (ИШСУТ). Запомни это, чтобы нам не приходилось повторять и напоминать об этом каждый раз.</w:t>
      </w:r>
    </w:p>
    <w:p>
      <w:pPr>
        <w:spacing w:before="40" w:after="120"/>
        <w:jc w:val="both"/>
      </w:pPr>
      <w:r>
        <w:rPr>
          <w:rFonts w:ascii="Georgia" w:hAnsi="Georgia"/>
          <w:b w:val="0"/>
          <w:i w:val="0"/>
          <w:color w:val="000000"/>
          <w:sz w:val="24"/>
        </w:rPr>
        <w:t>4) Этот второй зивуг разделяется на два варианта: первый — когда Има облачается только в ЗА; второй — когда Има облачается в саму Малхут, Нукву де-ЗА, и оба они считаются одним соударением. Различие же между этими соударениями состоит в том, что упомянутый первый зивуг, когда они пребывают наверху на равной высоте, — это их подлинное, основное соударение. Второй же зивуг называется временным, случайным соударением. А именно: когда прегрешения нижних берут верх и у них нет сил принять высшее изобилие, высшая Мать вынуждена уменьшить свой свет, чтобы они смогли его принять. И тогда она спускается вниз, чтобы распростереться над своими детьми, подобно птице и орлу, парящему над птенцами своими, чтобы не растерзали их чужие птицы, и садящемуся на них для их защиты. Это происходит во время, когда дети нуждаются в матери, что свидетельствует об их слабости, из-за которой матери приходится сидеть над ними, охраняя их. И соударение, происходящее в это время, называется соударением редким и случайным. Итак, разъяснены два вида соударений, присущих самим Аба ве-Има, и в чем разница между ними.</w:t>
      </w:r>
    </w:p>
    <w:p>
      <w:pPr>
        <w:spacing w:before="40" w:after="120"/>
        <w:jc w:val="both"/>
      </w:pPr>
      <w:r>
        <w:rPr>
          <w:rFonts w:ascii="Georgia" w:hAnsi="Georgia"/>
          <w:b w:val="0"/>
          <w:i w:val="0"/>
          <w:color w:val="000000"/>
          <w:sz w:val="24"/>
        </w:rPr>
        <w:t>5) Теперь объясним два вида соударений с точки зрения самого зивуга: какова его цель и в чем различие. Одно соударение называется совершенным соударением (зивуга шелим), как упоминается в Зоаре (раздел Ахарей мот, лист 61б). Второе же соударение называется несовершенным соударением (зивуга де-ла шелим). И смысл сказанного таков: совершенный зивуг — это когда цель соударения состоит в том, чтобы низвести венцы и мохин детям, то есть ЗОН, чтобы через собственный зивуг ЗОН породить новые души. А несовершенный зивуг — это когда цель соударения состоит в том, чтобы низвести жизненную силу и пропитание мирам (то, что было необходимо при сотворении мира и нужно им), а также дать силу (по другой версии: мохин) ЗОН, чтобы они соединились и породили старые души, уже созданные при сотворении мира, и обновили их. Смысл этого прояснится в предисловии, где мы разберем вопрос о новых и старых душах в соответствующем месте, в «Учении о круговоротах», глава 7.</w:t>
      </w:r>
    </w:p>
    <w:p>
      <w:pPr>
        <w:spacing w:before="40" w:after="120"/>
        <w:jc w:val="both"/>
      </w:pPr>
      <w:r>
        <w:rPr>
          <w:rFonts w:ascii="Georgia" w:hAnsi="Georgia"/>
          <w:b w:val="0"/>
          <w:i w:val="0"/>
          <w:color w:val="000000"/>
          <w:sz w:val="24"/>
        </w:rPr>
        <w:t>6) Различие же между этими двумя соударениями заключается в следующем: когда Аба соединяется с Имой через свою Хохму, представляющую собой тайну огласовок (некудот), как известно (ведь все Имена в Хохме снабжены огласовками, тогда как буквы Имен в Бине не имеют огласовок), так вот, когда Аба соединяется с Имой со стороны своей Хохмы, где Имена снабжены огласовками, это совершенный зивуг — соединение Хохмы с Биной. Но когда соударение происходит со стороны Бины де-Аба, где Имена не имеют огласовок, оно называется несовершенным зивугом, поскольку это соединение Бины с Биной: ведь Аба соединяется с Имой лишь через свойство Бины в себе. И пойми это очень глубоко.</w:t>
      </w:r>
    </w:p>
    <w:p>
      <w:pPr>
        <w:spacing w:before="40" w:after="120"/>
        <w:jc w:val="both"/>
      </w:pPr>
      <w:r>
        <w:rPr>
          <w:rFonts w:ascii="Georgia" w:hAnsi="Georgia"/>
          <w:b w:val="0"/>
          <w:i w:val="0"/>
          <w:color w:val="000000"/>
          <w:sz w:val="24"/>
        </w:rPr>
        <w:t>7) И в этом смысл сказанного нашими мудрецами: поклялся Святой, благословен Он, что не войдет в Небесный Иерусалим (то есть в зивуг Аба ве-Има), пока не войдет в Земной Иерусалим (то есть в абсолютно совершенный зивуг ЗОН).</w:t>
      </w:r>
    </w:p>
    <w:p>
      <w:pPr>
        <w:spacing w:before="40" w:after="120"/>
        <w:jc w:val="both"/>
      </w:pPr>
      <w:r>
        <w:rPr>
          <w:rFonts w:ascii="Georgia" w:hAnsi="Georgia"/>
          <w:b w:val="0"/>
          <w:i w:val="0"/>
          <w:color w:val="000000"/>
          <w:sz w:val="24"/>
        </w:rPr>
        <w:t xml:space="preserve">8) Также мы находим в Зоаре, в «Идра зута», что Аба ве-Има не разделяются вовеки и их зивуг непрерывен. Однако во многих местах мы находим, что Има изгоняется от своих детей и у нее нет соударения, как сказано в «Тиккуней Зоар» о стихе </w:t>
      </w:r>
      <w:r>
        <w:rPr>
          <w:rFonts w:ascii="Georgia" w:hAnsi="Georgia"/>
          <w:b w:val="0"/>
          <w:i/>
          <w:color w:val="000000"/>
          <w:sz w:val="24"/>
        </w:rPr>
        <w:t>«...отпусти мать...»</w:t>
      </w:r>
      <w:r>
        <w:rPr>
          <w:rFonts w:ascii="Georgia" w:hAnsi="Georgia"/>
          <w:b w:val="0"/>
          <w:i w:val="0"/>
          <w:color w:val="000000"/>
          <w:sz w:val="24"/>
        </w:rPr>
        <w:t xml:space="preserve"> (Дварим 22:7) и согласно стиху </w:t>
      </w:r>
      <w:r>
        <w:rPr>
          <w:rFonts w:ascii="Georgia" w:hAnsi="Georgia"/>
          <w:b w:val="0"/>
          <w:i/>
          <w:color w:val="000000"/>
          <w:sz w:val="24"/>
        </w:rPr>
        <w:t>«...за грехи ваши отослана мать ваша»</w:t>
      </w:r>
      <w:r>
        <w:rPr>
          <w:rFonts w:ascii="Georgia" w:hAnsi="Georgia"/>
          <w:b w:val="0"/>
          <w:i w:val="0"/>
          <w:color w:val="000000"/>
          <w:sz w:val="24"/>
        </w:rPr>
        <w:t xml:space="preserve"> (Йешаяу 50:1). Но суть дела понятна из сказанного выше: ведь совершенный зивуг — соударение Аба ве-Има на уровне Хохмы, то есть огласовок, — из-за наших грехов прекратился со времен разрушения [Храма]. И как сказано в разделе Пкудей (лист 253а) о Чертоге любви: со времени разрушения и далее новые души туда не входили. Однако несовершенный зивуг, служащий для обновления старых душ или для оживления миров, не прекращается никогда.</w:t>
      </w:r>
    </w:p>
    <w:p>
      <w:pPr>
        <w:spacing w:before="40" w:after="120"/>
        <w:jc w:val="both"/>
      </w:pPr>
      <w:r>
        <w:rPr>
          <w:rFonts w:ascii="Georgia" w:hAnsi="Georgia"/>
          <w:b w:val="0"/>
          <w:i w:val="0"/>
          <w:color w:val="000000"/>
          <w:sz w:val="24"/>
        </w:rPr>
        <w:t>9) И знай: вывод из всего этого в том, что каждый из двух видов соударений включает в себя два соударения. Ведь в высшем соударении, когда она находится наверху на своем месте, есть два вида зивуга: несовершенный и совершенный. И во втором соударении, когда она находится внизу в состоянии «сидения над птенцами», также есть два упомянутых соударения: несовершенный зивуг и совершенный зивуг.</w:t>
      </w:r>
    </w:p>
    <w:p>
      <w:pPr>
        <w:spacing w:before="40" w:after="120"/>
        <w:jc w:val="both"/>
      </w:pPr>
      <w:r>
        <w:rPr>
          <w:rFonts w:ascii="Georgia" w:hAnsi="Georgia"/>
          <w:b w:val="0"/>
          <w:i w:val="0"/>
          <w:color w:val="000000"/>
          <w:sz w:val="24"/>
        </w:rPr>
        <w:t xml:space="preserve">10) [вторая редакция] Из раздела об отсылании [птицы] от гнезда (Шилуах а-кен) ты поймешь, что у ЗОН есть три вида объединений (ихудим), обозначаемых как ступени НАРАН (нефеш, руах, нешама). И это: АВАЯ-ЭЙЕ, АВАЯ-ЭЛОКИМ, АВАЯ-АДОНАЙ. Они соответствуют трем парцуфим, существующим в ЗОН (в Нукве де-ЗА): первый — десять сфирот задней стороны (ахораим), составляющие ее зачатие (ибур) во время безмолвной Амиды, когда она находится внизу, в его НЕХИ, которые также представляют собой полный парцуф зачатия; и тогда их соединение лицом к лицу называется АВАЯ-АДОНАЙ. А когда соударение происходит лицом к лицу в свойстве его парцуфа вскармливания (йеника) с ее парцуфом вскармливания — что называется ХАГАТ де-ЗА, — и она тоже поднимается туда при повторении Амиды, тогда это соединение АВАЯ-ЭЛОКИМ. А когда соударение происходит лицом к лицу в свойстве его парцуфа взрослого состояния (гадлут) с ее парцуфом гадлута — что называется ХАБАД де-Зеир Анпин, — и она поднялась туда, тогда это соединение АВАЯ-ЭЙЕ, поскольку это уже уровень Бины, называемый совершенным ЭЙЕ в десяти сфирот гадлута. И это происходит во время Нефилат апаим (падения ниц), когда рассекается Есод де-Има при [произнесении стиха] </w:t>
      </w:r>
      <w:r>
        <w:rPr>
          <w:rFonts w:ascii="Georgia" w:hAnsi="Georgia"/>
          <w:b w:val="0"/>
          <w:i/>
          <w:color w:val="000000"/>
          <w:sz w:val="24"/>
        </w:rPr>
        <w:t>«И прошел...»</w:t>
      </w:r>
      <w:r>
        <w:rPr>
          <w:rFonts w:ascii="Georgia" w:hAnsi="Georgia"/>
          <w:b w:val="0"/>
          <w:i w:val="0"/>
          <w:color w:val="000000"/>
          <w:sz w:val="24"/>
        </w:rPr>
        <w:t xml:space="preserve"> (Шмот 34:6).</w:t>
      </w:r>
    </w:p>
    <w:p>
      <w:pPr>
        <w:spacing w:before="40" w:after="120"/>
        <w:jc w:val="both"/>
      </w:pPr>
      <w:r>
        <w:rPr>
          <w:rFonts w:ascii="Georgia" w:hAnsi="Georgia"/>
          <w:b w:val="0"/>
          <w:i w:val="0"/>
          <w:color w:val="000000"/>
          <w:sz w:val="24"/>
        </w:rPr>
        <w:t>11) Или мне кажется, что это [происходит] только в Шахарит Шаббата. Посмотри в соответствующем месте, и ты увидишь, что во всякой будничной утренней безмолвной Амиде и ее повторении есть зивуг; но если так, как [можно сказать, что] соударение происходит лишь в Нефилат апаим? Этим вопрос разрешается: ведь в каждой из них есть зивуг, однако высший зивуг происходит именно в Нефилат апаим, и это не [соударения] малых Яакова и Рахели во время безмолвной молитвы. И пойми это очень глубоко.</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«В Аба ве-Има де-Ацилут есть два вида соударений... после разрушения нет внутреннего зивуга — ни на равной высоте, ни при склонении головы... и даже для старых душ нет...»</w:t>
      </w:r>
      <w:r>
        <w:rPr>
          <w:rFonts w:ascii="Georgia" w:hAnsi="Georgia"/>
          <w:b w:val="0"/>
          <w:i w:val="0"/>
          <w:color w:val="000000"/>
          <w:sz w:val="24"/>
        </w:rPr>
        <w:t xml:space="preserve"> и так далее до конца ветви. Слова Учителя в каждом выражении, касающемся разделения парцуфим Аба ве-Има и их соударений, на первый взгляд кажутся противоречащими друг другу любому, кто не сведущ в толковании этих понятий. Главная же причина путаницы у вдумчивых читателей кроется в обратной зависимости, неизменно существующей между соотношениями светов и соотношениями келим, как сказано выше в «Паним Масбирот», ветвь 9, пункт 10 (см. там). И вот ты видишь, что сначала он говорит и обобщает для нас, что после разрушения нет никакого внутреннего зивуга: ни соударения на равной высоте, называемого совершенным зивугом, ни соударения при склонении головы, называемого несовершенным зивугом. А затем он подробно разъясняет, что высший зивуг на равной высоте называется соударением высших Аба ве-Има; он постоянен, а не случаен, и именно он служит для выведения новых душ, представляя собой тайну соударения уровней Хохма де-Аба ве-Има в Именах с огласовками. И всё это прекратилось со времени разрушения и далее.</w:t>
      </w:r>
    </w:p>
    <w:p>
      <w:pPr>
        <w:spacing w:before="40" w:after="120"/>
        <w:jc w:val="both"/>
      </w:pPr>
      <w:r>
        <w:rPr>
          <w:rFonts w:ascii="Georgia" w:hAnsi="Georgia"/>
          <w:b w:val="0"/>
          <w:i w:val="0"/>
          <w:color w:val="000000"/>
          <w:sz w:val="24"/>
        </w:rPr>
        <w:t xml:space="preserve">Однако нижний зивуг при склонении головы — то есть когда Аба ве-Има опускаются и соединяются внизу, на месте ЗОН, — называется несовершенным соударением. Он не постоянен, а случаен, по тайне стиха </w:t>
      </w:r>
      <w:r>
        <w:rPr>
          <w:rFonts w:ascii="Georgia" w:hAnsi="Georgia"/>
          <w:b w:val="0"/>
          <w:i/>
          <w:color w:val="000000"/>
          <w:sz w:val="24"/>
        </w:rPr>
        <w:t>«...и мать сидит на детях...»</w:t>
      </w:r>
      <w:r>
        <w:rPr>
          <w:rFonts w:ascii="Georgia" w:hAnsi="Georgia"/>
          <w:b w:val="0"/>
          <w:i w:val="0"/>
          <w:color w:val="000000"/>
          <w:sz w:val="24"/>
        </w:rPr>
        <w:t>, и от этого соударения не выходят новые души, но лишь поддерживается жизнь миров и старых душ. Это тайна соударения уровней Бина де-Аба ве-Има в Именах без огласовок, и оно не прекращается никогда, продолжая действовать даже после разрушения. Затем же он заключает: вывод из всего этого в том, что есть два соударения: высшее соударение, когда Аба ве-Има находятся на своем месте, и нижнее соударение, когда они пребывают не на своем месте, а на месте ЗОН, по тайне высиживания птенцов; причем каждое из этих двух соударений включает в себя по два зивуга. Ведь в высшем соударении, когда они на своем месте, есть два зивуга: совершенный и несовершенный; так же и в нижнем соударении, когда они на месте ЗОН, есть два зивуга: совершенный и несовершенный.</w:t>
      </w:r>
    </w:p>
    <w:p>
      <w:pPr>
        <w:spacing w:before="40" w:after="120"/>
        <w:jc w:val="both"/>
      </w:pPr>
      <w:r>
        <w:rPr>
          <w:rFonts w:ascii="Georgia" w:hAnsi="Georgia"/>
          <w:b w:val="0"/>
          <w:i w:val="0"/>
          <w:color w:val="000000"/>
          <w:sz w:val="24"/>
        </w:rPr>
        <w:t xml:space="preserve">И вот из всего этого следует, что высшее соударение, содержащее в себе оба зивуга — совершенный и несовершенный, — полностью прекратилось после разрушения, как написано в начале ветви: «нет внутреннего зивуга — ни на равной высоте, ни при склонении головы». И остались лишь два соударения — совершенное и несовершенное, — происходящие в нижнем зивуге, когда они пребывают на месте ЗОН. Однако на первый взгляд это противоречит всем тем местам, где прямо разъясняется, что соударение происходит и в высших Аба ве-Има на их месте, от хазе де-АА и выше! Кроме того, как в таком случае согласуются слова Зоара о том, что Аба ве-Има — это два возлюбленных венца, обнимающих друг друга, и их зивуг непрерывен и не прекращается вовеки? Ведь согласно сказанному выше, остался лишь нижний зивуг, когда они пребывают не на своем месте, а это лишь случайное, непостоянное соударение, — как же тогда говорят об Аба ве-Има, что их соударение непрерывно? Точно так же и в ветви 80, пункт 1, Учитель прямо утверждает, что зивуг уровней Хохма высших Аба ве-Има не прекращается вовеки, и вот его слова: «И получается, что эта первая Бина соединяется с высшей частью Хохмы, и о них сказано: </w:t>
      </w:r>
      <w:r>
        <w:rPr>
          <w:rFonts w:ascii="Georgia" w:hAnsi="Georgia"/>
          <w:b w:val="0"/>
          <w:i/>
          <w:color w:val="000000"/>
          <w:sz w:val="24"/>
        </w:rPr>
        <w:t>„вместе выходят и не разделяются”</w:t>
      </w:r>
      <w:r>
        <w:rPr>
          <w:rFonts w:ascii="Georgia" w:hAnsi="Georgia"/>
          <w:b w:val="0"/>
          <w:i w:val="0"/>
          <w:color w:val="000000"/>
          <w:sz w:val="24"/>
        </w:rPr>
        <w:t>», см. там. А ведь известно, что первая Бина — это имя ЭЙЕ с наполнением йод и свойство Нуквы де-АБ.</w:t>
      </w:r>
    </w:p>
    <w:p>
      <w:pPr>
        <w:spacing w:before="40" w:after="120"/>
        <w:jc w:val="both"/>
      </w:pPr>
      <w:r>
        <w:rPr>
          <w:rFonts w:ascii="Georgia" w:hAnsi="Georgia"/>
          <w:b w:val="0"/>
          <w:i w:val="0"/>
          <w:color w:val="000000"/>
          <w:sz w:val="24"/>
        </w:rPr>
        <w:t>Выходит, существует соударение Хохмы де-Има с Хохмой де-Аба, представляющее собой тайну огласованных Имен АВАЯ, как сказано в предыдущей ветви. Однако здесь нужно вспомнить разъясненное в предыдущей ветви толкование этих понятий: разделение Аба ве-Има и ИШСУТ на два парцуфа, а также причину, почему изменились названия ХУБ (Хохмы и Бины), начиная с мира Некудим и далее, так что их стали именовать Аба ве-Има и ИШСУТ, тогда как до выхода десяти сфирот мира Некудим они нигде в трудах Учителя так не называются, но лишь Хохмой и Биной. Это уже объяснялось в «Паним Меирот», ветвь 9, пункт 6 (см. там), и нет нужды повторяться. Вопрос о разделении парцуфим ХУБ подробно разобран в предыдущей ветви, во вратах Атик и АА, а также в порядке выхода пяти парцуфим мира Некудим и пути их разбиения. Мы же напомним здесь эти вещи предельно кратко, в мере, достаточной для понимания стоящей перед нами темы.</w:t>
      </w:r>
    </w:p>
    <w:p>
      <w:pPr>
        <w:spacing w:before="40" w:after="120"/>
        <w:jc w:val="both"/>
      </w:pPr>
      <w:r>
        <w:rPr>
          <w:rFonts w:ascii="Georgia" w:hAnsi="Georgia"/>
          <w:b w:val="0"/>
          <w:i w:val="0"/>
          <w:color w:val="000000"/>
          <w:sz w:val="24"/>
        </w:rPr>
        <w:t>Сначала разберем, что представляют собой два вида соударений в Аба ве-Има де-Ацилут, в каждом из которых есть совершенный зивуг и несовершенный зивуг. Тебе уже известен корень разделения ХУБ всех ступеней — Гальгальты, АБ, САГ, МА и БОН — на два парцуфа: это подъем МАН и перенос места зивуга в никвей эйнаим каждой ступени, что соответствует сфире Хохма де-рош каждого парцуфа. Вследствие этого Бина отделилась от Хохмы из-за подъема масаха, находившегося в пэ, на уровень глаз; этот масах встает границей и отделяет Бину сверху, выталкивая ее на нижнюю ступень. Таким образом, Бина парцуфа Кетер вытесняется в рош ступени АБ, Бина парцуфа АБ вытесняется в рош парцуфа САГ, а Бина де-САГ вытесняется в рош парцуфа МА и БОН, называемого ЗОН, как сказано в предыдущей ветви, — запомни это хорошенько. И об этом сказано [Учителем]: «И поскольку эти два состояния есть во внутренней части, то есть в сущности, и эти же два состояния — во внешней части, то есть в келим...» — конец цитаты. Разберем же их снизу вверх. В предыдущей ветви уже подробно разъяснялось понятие внутреннего и внешнего, неизбежно возникающих из каждого соударения при подъеме МАН в никвей эйнаим. Ведь каждый нижний парцуф связан с пэ де-рош высшего и выходит из него, согласно их порядку в корне, в пяти парцуфим АК, предшествовавших подъему МАН.</w:t>
      </w:r>
    </w:p>
    <w:p>
      <w:pPr>
        <w:spacing w:before="40" w:after="120"/>
        <w:jc w:val="both"/>
      </w:pPr>
      <w:r>
        <w:rPr>
          <w:rFonts w:ascii="Georgia" w:hAnsi="Georgia"/>
          <w:b w:val="0"/>
          <w:i w:val="0"/>
          <w:color w:val="000000"/>
          <w:sz w:val="24"/>
        </w:rPr>
        <w:t>Поэтому тот масах, что находился в пэ де-рош, то есть на месте Малхут де-рош, — коль скоро теперь под действием МАН эта Малхут вместе с находящимся в ней масахом поднялась в никвей эйнаим, — увлекает за собой и связанный с этой Малхут нижний парцуф, так что тот поднимается и облачает АХАП высшего, то есть [пространство] от никвей эйнаим и ниже. И во внутренней части нижнего действительно так и происходит. Однако во внешней части нижнего никакого подъема не произошло: она и сейчас осталась ниже пэ высшего, поскольку корень Малхут по-прежнему скрыт в пэ высшего, а потому нижний не может подняться выше своего корня, как сказано выше в «Паним Масбирот», ветвь 15, пункт 15 (см. там). И вначале в нижнем проявляется и выходит лишь внешняя часть, то есть он облачает высшего только от хазе и ниже. Ведь пэ высшего уже поднялся на место никвей эйнаим, а то пэ, что было до подъема МАН, опустилось и приняло свойство окончания тела, представляя собой тайну Малхут де-Малхут де-рош, называемую хазе или табур. И получается, что нижний облачает от высшего лишь НЕХИ высшего и две трети Тиферет от хазе и ниже, теряя при этом уровень ХАГАТ высшего, как подробно разъяснено там.</w:t>
      </w:r>
    </w:p>
    <w:p>
      <w:pPr>
        <w:spacing w:before="40" w:after="120"/>
        <w:jc w:val="both"/>
      </w:pPr>
      <w:r>
        <w:rPr>
          <w:rFonts w:ascii="Georgia" w:hAnsi="Georgia"/>
          <w:b w:val="0"/>
          <w:i w:val="0"/>
          <w:color w:val="000000"/>
          <w:sz w:val="24"/>
        </w:rPr>
        <w:t>Однако благодаря вскармливанию (йеника) в нижнем раскрывается масах внутренней части, и тогда он увлекается, поднимается и облачает... нуждаются в своей матери, что указывает на их слабость, до такой степени, что Име приходится сидеть над ними, охраняя их, и то соударение, которое совершается тогда, называется случайным зивугом от случая к случаю. И вот разъяснены два вида соударений, присущих самим Аба ве-Има, и в чем различие между ними. Хохма и Бина. И это уже было разъяснено выше в «Паним Масбирот», ветвь 9, пункт 6, см. там, и не следует повторяться. А вопрос разделения парцуфим ХУБ хорошо разъяснен в предыдущей ветви, во вратах Атик и АА, а также в порядке выхода пяти парцуфим мира Некудим и пути их разбиения, и мы напомним здесь об этом предельно кратко, так, чтобы этого хватило для понимания стоящей перед нами темы. И сначала разъясним суть двух видов соударений, имеющихся в Аба ве-Има де-Ацилут, в каждом из которых есть совершенный зивуг и несовершенный зивуг. Тебе уже известен корень разделения ХУБ всех ступеней — Гальгальты, АБ, САГ, МА и БОН — на два парцуфа: это подъем МАН и перенос места зивуга в никвей эйнаим каждой ступени, что соответствует сфире Хохма де-рош каждого парцуфа. Вследствие этого Бина отделилась от Хохмы из-за подъема масаха, находившегося в пэ, на уровень глаз; этот масах встает границей и отделяет Бину сверху, выталкивая ее на нижнюю ступень.</w:t>
      </w:r>
    </w:p>
    <w:p>
      <w:pPr>
        <w:spacing w:before="40" w:after="120"/>
        <w:jc w:val="both"/>
      </w:pPr>
      <w:r>
        <w:rPr>
          <w:rFonts w:ascii="Georgia" w:hAnsi="Georgia"/>
          <w:b w:val="0"/>
          <w:i w:val="0"/>
          <w:color w:val="000000"/>
          <w:sz w:val="24"/>
        </w:rPr>
        <w:t>Таким образом, Бина парцуфа Кетер вытесняется в рош ступени АБ, Бина парцуфа АБ вытесняется в рош парцуфа САГ, а Бина де-САГ вытесняется в рош парцуфа МА и БОН, называемого ЗОН, как сказано в предыдущей ветви, — запомни это хорошенько. И об этом сказано [Учителем]: «И поскольку эти два состояния есть во внутренней части, то есть в сущности, и эти же два состояния — во внешней части, то есть в келим...» — конец цитаты. Разберем же их снизу вверх. В предыдущей ветви уже подробно разъяснялось понятие внутреннего и внешнего, неизбежно возникающих из каждого соударения при подъеме МАН в никвей эйнаим, ведь каждый нижний парцуф связан с пэ де-рош высшего и выходит из него, согласно их порядку в корне, в пяти парцуфим АК, предшествовавших подъему МАН.</w:t>
      </w:r>
    </w:p>
    <w:p>
      <w:pPr>
        <w:spacing w:before="40" w:after="120"/>
        <w:jc w:val="both"/>
      </w:pPr>
      <w:r>
        <w:rPr>
          <w:rFonts w:ascii="Georgia" w:hAnsi="Georgia"/>
          <w:b w:val="0"/>
          <w:i w:val="0"/>
          <w:color w:val="000000"/>
          <w:sz w:val="24"/>
        </w:rPr>
        <w:t>Поэтому тот масах, что находился в пэ де-рош, то есть на месте Малхут де-рош, — коль скоро теперь под действием МАН эта Малхут вместе с находящимся в ней масахом поднялась в никвей эйнаим, — увлекает за собой и связанный с этой Малхут нижний парцуф, так что тот поднимается и облачает АХАП высшего, то есть [пространство] от никвей эйнаим и ниже. И во внутренней части нижнего действительно так и происходит. Однако во внешней части нижнего никакого подъема не произошло: она и сейчас осталась ниже пэ высшего, поскольку корень Малхут по-прежнему скрыт в пэ высшего, а потому нижний не может подняться выше своего корня, как сказано выше в «Паним Масбирот», ветвь 15, пункт 15 (см. там). И вначале в нижнем проявляется и выходит лишь внешняя часть, то есть он облачает высшего только от хазе и ниже. Ведь пэ высшего уже поднялся на место никвей эйнаим, а то пэ, что было до подъема МАН, опустилось и приняло свойство окончания тела, представляя собой тайну Малхут де-Малхут де-рош, называемую хазе или табур. И получается, что нижний облачает от высшего лишь НЕХИ высшего и две трети Тиферет от хазе и ниже, теряя при этом уровень ХАГАТ высшего, как подробно разъяснено там.</w:t>
      </w:r>
    </w:p>
    <w:p>
      <w:pPr>
        <w:spacing w:before="40" w:after="120"/>
        <w:jc w:val="both"/>
      </w:pPr>
      <w:r>
        <w:rPr>
          <w:rFonts w:ascii="Georgia" w:hAnsi="Georgia"/>
          <w:b w:val="0"/>
          <w:i w:val="0"/>
          <w:color w:val="000000"/>
          <w:sz w:val="24"/>
        </w:rPr>
        <w:t>Однако благодаря вскармливанию (йеника) в нижнем раскрывается масах внутренней части, и тогда он притягивается, поднимается и облачает ХАГАТ высшего, как сказано выше в «Паним Меирот», стр. 776, начиная со слов «И эти...» (см. там всё продолжение). И благодаря этому ты поймешь относительно Бины высшего, которая вышла наружу из его головы, опустилась и облачилась в рош нижнего парцуфа: оказывается, она опустилась на уровень своих НЕХИ по сравнению с состоянием, предшествовавшим подъему МАН. Ведь вначале нижний облачает высшего лишь от хазе и ниже, то есть только НЕХИ высшего, как сказано выше; а поскольку Бина облачена в его рош, выходит, что она опустилась из трех первых сфирот (ГАР) и перешла на уровень своих НЕХИ, — пойми это хорошенько. И об этом сказано далее (в пункте 3): «И тогда [о ней] говорится: „...и мать сидит на птенцах...”, поскольку она опускается ниже уровня высоты Абы и склоняется вниз, уподобляясь Нукве де-ЗА... напротив нижней половины Тиферет и НЕХИ де-Аба...» — конец цитаты. То есть, как мы сказали: Бина де-САГ (представляющая собой тайну Аба ве-Има), которая выходит наружу из рош де-САГ и облачается в МА и БОН (то есть в ЗОН), оказывается опустившейся на уровень своих НЕХИ по сравнению с прежним состоянием. Ведь с самого начала выхода ЗОН они пребывают в своем внешнем свойстве, облачая НЕХИ и нижние две трети Тиферет де-Аба ве-Има, а значит, Бина оказывается в состоянии своих НЕХИ. И об этом сказано: «И когда они находятся в таком состоянии, Абе тоже необходимо склонить голову и опуститься вниз...» Иными словами, эта Бина, выходящая из головы каждого парцуфа, всегда включает мужское и женское (дехар ве-нуква), как сказано выше в предыдущей ветви, то есть правую и левую стороны: правая сторона именуется Исраэль Саба (ИШС), а левая — Твуна; при этом ИШС считается свойством ТАНЕХИМ высшего Абы, а Твуна — свойством ТАНЕХИМ высшей Имы, как сказано выше. И об этом сказано: «Так же и сейчас высшая Има [стоит] лицом к лицу с ним лишь против нижней половины Тиферет и НЕХИ де-Аба». То есть по отношению к высшим Аба ве-Има в этих ИШСУТ есть лишь уровень НЕХИ высших Аба ве-Има, и им недостает рош и тох высших Аба ве-Има.</w:t>
      </w:r>
    </w:p>
    <w:p>
      <w:pPr>
        <w:spacing w:before="40" w:after="120"/>
        <w:jc w:val="both"/>
      </w:pPr>
      <w:r>
        <w:rPr>
          <w:rFonts w:ascii="Georgia" w:hAnsi="Georgia"/>
          <w:b w:val="0"/>
          <w:i w:val="0"/>
          <w:color w:val="000000"/>
          <w:sz w:val="24"/>
        </w:rPr>
        <w:t>И знай, что этот зивуг называется соударением внешней части, то есть вторым из двух соударений, имеющихся во внешней части, именуемым внешним несовершенным зивугом; ведь Бина, чье достоинство [изначально] пребывало в ГАР де-Аба ве-Има, теперь облачена в уровень их НЕХИ, уподобляясь Нукве де-ЗА, вся высота которой составляет лишь три сфиры НЕХИ. Затем же, благодаря силе вскармливания (йеника), когда раскрывается внутреннее свойство ЗОН и за счет этого ЗОН поднимаются и облачают ХАГАТ де-Аба ве-Има, считается, что и Бина поднялась на ступень своих ХАГАТ: ведь и рош де-ЗА, в которую облачена Бина, поднялась на место ХАГАТ. И поэтому такое соударение считается совершенным зивугом во внешней части. И все же это по-прежнему считается состоянием склонения головы, поскольку Бина еще не вернулась к своему достоинству уровня головы наравне с Хохмой, как вначале: ведь масах и место зивуга по-прежнему находятся над ней, и она вынуждена получать свои света от этого масаха сверху вниз, что является свойством тела (гуф), а не головы (рош), как сказано в предыдущей ветви.</w:t>
      </w:r>
    </w:p>
    <w:p>
      <w:pPr>
        <w:spacing w:before="40" w:after="120"/>
        <w:jc w:val="both"/>
      </w:pPr>
      <w:r>
        <w:rPr>
          <w:rFonts w:ascii="Georgia" w:hAnsi="Georgia"/>
          <w:b w:val="0"/>
          <w:i w:val="0"/>
          <w:color w:val="000000"/>
          <w:sz w:val="24"/>
        </w:rPr>
        <w:t>Но по сравнению с предшествующим состоянием это соударение называется совершенным зивугом ИШСУТ, ведь теперь у нее по крайней мере есть уровень семи нижних сфирот (ЗАТ) де-Аба ве-Има, тогда как прежде у нее была лишь высота трех нижних сфирот — только НЕХИ, как сказано выше. Однако поскольку Бине все еще недостает уровня головы, такое соударение определяется как происходящее лишь в тайне келим. И потому существуют два вида соударения «сидящей над гнездом»: сначала есть несовершенный зивуг сидения, когда высота уровня ИШСУТ составляет три нижние сфиры, и тогда это свойство сидения на яйцах, в которых дух жизни еще не проявился; совершенный же зивуг сидения — это когда высота уровня ИШСУТ достигает семи нижних сфирот (ЗАТ) де-Аба ве-Има, и тогда это свойство сидения на птенцах, ибо в них уже есть по меньшей мере дух жизни.</w:t>
      </w:r>
    </w:p>
    <w:p>
      <w:pPr>
        <w:spacing w:before="40" w:after="120"/>
        <w:jc w:val="both"/>
      </w:pPr>
      <w:r>
        <w:rPr>
          <w:rFonts w:ascii="Georgia" w:hAnsi="Georgia"/>
          <w:b w:val="0"/>
          <w:i w:val="0"/>
          <w:color w:val="000000"/>
          <w:sz w:val="24"/>
        </w:rPr>
        <w:t>И вот, оба вида соударений во внешней части разъяснены со всей ясностью. Теперь же разберем два вида соударений во внутренней части. Выше в «Паним Меирот», стр. 806, начиная со слов «И в силу...», уже подробно объяснялось возвращение Бины в рош, то есть ее подъем выше масаха на равную высоту с тамошней Хохмой. Это осуществляется через соударение Хохмы де-МА в голове с Хохмой де-БОН в голове. Так как со стороны МА Бина уже исправлена в голове, у него достает силы опустить масах с уровня Хохмы де-БОН на место под Биной де-БОН. И тогда Бина де-БОН также поднимается на равную высоту с Хохмой де-БОН, поскольку теперь масах опущен и под Бину де-БОН, и тем самым Бина возвращается к своему прежнему достоинству, то есть к уровню сущности; ведь выше масаха келим еще не различимы, поскольку толща (авиют) масаха не может подниматься снизу вверх, но действует лишь сверху вниз, как сказано в предыдущей ветви. И об этом сказано в пункте 1: «И эти два состояния во внутренней части, то есть в сущности». То есть, как мы сказали: благодаря соударению уровней Хохма де-МА и де-БОН в голове масах опускается на место под Биной, и Бина поднимается выше масаха, где нет раскрытия келим, но лишь сама сущность, как сказано выше. И это называется внутренним совершенным зивугом, ведь Бина уже вернулась к своему достоинству уровня головы и к свойству сущности, наравне с Хохмой, как вначале.</w:t>
      </w:r>
    </w:p>
    <w:p>
      <w:pPr>
        <w:spacing w:before="40" w:after="120"/>
        <w:jc w:val="both"/>
      </w:pPr>
      <w:r>
        <w:rPr>
          <w:rFonts w:ascii="Georgia" w:hAnsi="Georgia"/>
          <w:b w:val="0"/>
          <w:i w:val="0"/>
          <w:color w:val="000000"/>
          <w:sz w:val="24"/>
        </w:rPr>
        <w:t>Однако есть второе состояние во внутреннем зивуге — несовершенное, когда здесь еще нет соударения уровней Хохма де-МА и де-БОН в голове, выводящего масах из Хохмы и опускающего его под Бину, как сказано выше; но лишь Бина де-МА, находящаяся в голове, собственной силой поднимает к себе Бину де-БОН из тела в голову. И тогда, хотя Бина и вернулась в рош, ее уровень все же не равен высшему Абе, то есть уровням Хохма де-МА и де-БОН, поскольку масах по-прежнему находится над ней; все же ее возвращение в рош обусловлено лишь тем, что она объединилась в единое целое с Биной де-МА, которая никогда не выходила из головы, как известно из предыдущей ветви. И потому это называется соударением одних лишь уровней Бина. А по отношению к Хохме она все еще считается ущербной по сравнению с ней, и потому по отношению к самой Хохме это также определяется как свойство склонения головы. Это соударение называется внутренним благодаря ее соединению по меньшей мере с Биной де-МА де-рош, однако несовершенным, поскольку она все еще не равна Хохме.</w:t>
      </w:r>
    </w:p>
    <w:p>
      <w:pPr>
        <w:spacing w:before="40" w:after="120"/>
        <w:jc w:val="both"/>
      </w:pPr>
      <w:r>
        <w:rPr>
          <w:rFonts w:ascii="Georgia" w:hAnsi="Georgia"/>
          <w:b w:val="0"/>
          <w:i w:val="0"/>
          <w:color w:val="000000"/>
          <w:sz w:val="24"/>
        </w:rPr>
        <w:t>И вот, оба соударения во внутренней части — совершенное и несовершенное — разъяснены со всей ясностью. Хорошенько запомни эти четыре соударения, разобранные здесь, ибо они понадобятся тебе в каждом слове дальнейшего изложения мудрости. Тебе уже хорошо известно, что всё соударение уровней Хохма де-МА и де-БОН и опускание масаха с Хохмы де-БОН, возвращающее Бину на ее прежнее место, происходит исключительно на уровне САГ де-АА, по тайне моха де-авира (воздушного мозга) и зивуга двух мазалот бороды (дикна) — высшего и нижнего, — как сказано выше... ...в «Паним Меирот», стр. 825, начиная со слов «И этим...». В свойстве же АБ де-АА невозможно, чтобы упомянутый зивуг этих уровней Хохма раскрылся в мире Исправления; ведь масах задней стороны НЕХИ, относящийся к зивугу этих уровней Хохма де-МА и де-БОН в голове, приписываемый к АБ, был скрыт в непостижимой голове (реша де-ло итйада), как сказано там. И отсюда знай, что те два внутренних соударения, которые были разъяснены выше, относятся исключительно к свойству САГ де-АА и вовсе не относятся к свойству АБ де-АА, как выяснено. И об этом сказано (в пункте 2): «Есть еще одно различие в тайне соударения: [совершается ли он] для сотворения новых душ... так что сейчас, после разрушения, нет внутреннего зивуга — ни на равной высоте, ни при склонении головы, ни в Аба ве-Има, ни в ЗОН...» — конец цитаты. И это в точности соответствует сказанному выше: те свойства НЕХИ де-ахор, которые служили в мире Некудим в тайне созерцания глаз (истаклют эйнаим) Аба ве-Има, были скрыты в непостижимой голове. А ведь известно, что новые души притягиваются исключительно от тайны совершенного зивуга упомянутого масаха, который служил в тайне созерцания глаз высших Аба ве-Има. И этот вопрос уже подробно объяснялся в «Паним Масбирот», стр. 470, начиная со слов «И эти...», найди это там. Там же было разъяснено, что со времени разрушения Храма прекратился и зивуг тела Абы, существовавший в мире Некудим после разбиения мелеха Даат. При этом соударение через созерцание глаз Аба ве-Има, из которого произошел мелех Даат мира Некудим, именуется Земным Иерусалимом, поскольку этот масах представляет собой тайну НЕХИ масаха четвертой стадии (бхина далет) в абсолютном совершенстве.</w:t>
      </w:r>
    </w:p>
    <w:p>
      <w:pPr>
        <w:spacing w:before="40" w:after="120"/>
        <w:jc w:val="both"/>
      </w:pPr>
      <w:r>
        <w:rPr>
          <w:rFonts w:ascii="Georgia" w:hAnsi="Georgia"/>
          <w:b w:val="0"/>
          <w:i w:val="0"/>
          <w:color w:val="000000"/>
          <w:sz w:val="24"/>
        </w:rPr>
        <w:t xml:space="preserve">Однако после разбиения мелеха Даат, когда пять хасадим опустились из рош де-Аба ве-Има в гуф де-Аба, где масах очистился до третьей стадии (бхина гимель), — именно это соударение называется Небесным Иерусалимом, как подробно разъяснено там со всеми доводами и обоснованиями. И знай, что именно эти два внутренних соударения исчезли со времени разрушения Храма и далее. И об этом сказано: «сейчас, после разрушения, нет внутреннего зивуга — ни на равной высоте, ни при склонении головы». Ведь соударение через созерцание глаз Аба ве-Има, предназначенное для порождения новых душ, прекратилось еще во времена мира Некудим, когда [эти света] были скрыты в непостижимой голове, как сказано выше, — и именно оно называется зивугом на равной высоте. Второе же соударение — в теле Абы, называемое соударением при склонении головы, — прекратилось во время разрушения Храма; и Г-сподь поклялся, что не войдет даже в этот зивуг тела Абы, лишенный головы и называемый Небесным Иерусалимом, прежде чем войдет в Земной Иерусалим, то есть до восполнения масаха задней стороны НЕХИ, который был сокрыт в непостижимой голове во время мира Исправления. Это тайна написанного: </w:t>
      </w:r>
      <w:r>
        <w:rPr>
          <w:rFonts w:ascii="Georgia" w:hAnsi="Georgia"/>
          <w:b w:val="0"/>
          <w:i/>
          <w:color w:val="000000"/>
          <w:sz w:val="24"/>
        </w:rPr>
        <w:t>«...среди тебя Святой, и не войду в город»</w:t>
      </w:r>
      <w:r>
        <w:rPr>
          <w:rFonts w:ascii="Georgia" w:hAnsi="Georgia"/>
          <w:b w:val="0"/>
          <w:i w:val="0"/>
          <w:color w:val="000000"/>
          <w:sz w:val="24"/>
        </w:rPr>
        <w:t xml:space="preserve"> (Ошеа 11:9), о чем мудрецы наши, благословенной памяти, сказали: хотя «среди тебя Святой», тем не менее «не войду в город», как сказано там (см. там). Из всего этого следует, что первые два зивуга Аба ве-Има мира Некудим сокрыты и вовсе не действуют со времени разрушения Храма и далее. Ведь первое соударение мира Некудим, называемое там взаимным созерцанием глаз Аба ве-Има друг на друга (что соответствует Кетер де-АБ), было сокрыто в непостижимой голове и вовсе не раскрывалось в мире Исправления даже тогда, когда Храм еще стоял. А второе соударение мира Некудим, называемое там телом Абы — что по сравнению с Кетер де-АБ именуется склонением головы, являясь уровнем АБ де-АБ, то есть высотой уровня Хохма, — действовало во времена существования Храма (пусть и через облачение в САГ де-АБ, как сказано в своем месте); оно прекратилось со времени разрушения Храма и далее, в тайне клятвы о Небесном Иерусалиме, как сказано выше. Что же касается четырех соударений головы, оставшихся в Аба ве-Има также и после разрушения: первое — это третье соударение мира Некудим, называемое там гуф де-Има илаа, что соответствует САГ де-АБ; второе — четвертое соударение мира Некудим, называемое там взаимным созерцанием глаз ИШСУТ друг на друга, что соответствует Кетер де-САГ; третье — пятое соударение мира Некудим, называемое там гуф де-ИШС, что соответствует АБ де-САГ; четвертое — это шестое соударение мира Некудим, называемое там гуф де-Твуна, что соответствует САГ де-САГ. Запомни же все эти соударения в их корне согласно тому, как они были здесь объяснены, и с Б-жьей помощью они еще будут подробно разъяснены далее.</w:t>
      </w:r>
    </w:p>
    <w:p>
      <w:pPr>
        <w:spacing w:before="40" w:after="120"/>
        <w:jc w:val="both"/>
      </w:pPr>
      <w:r>
        <w:rPr>
          <w:rFonts w:ascii="Georgia" w:hAnsi="Georgia"/>
          <w:b w:val="0"/>
          <w:i w:val="0"/>
          <w:color w:val="000000"/>
          <w:sz w:val="24"/>
        </w:rPr>
        <w:t xml:space="preserve">6) </w:t>
      </w:r>
      <w:r>
        <w:rPr>
          <w:rFonts w:ascii="Georgia" w:hAnsi="Georgia"/>
          <w:b/>
          <w:i w:val="0"/>
          <w:color w:val="000000"/>
          <w:sz w:val="24"/>
        </w:rPr>
        <w:t>«Ведь все Имена в Хохме снабжены огласовками... со стороны Бины де-Аба, где Имена не имеют огласовок...»</w:t>
      </w:r>
      <w:r>
        <w:rPr>
          <w:rFonts w:ascii="Georgia" w:hAnsi="Georgia"/>
          <w:b w:val="0"/>
          <w:i w:val="0"/>
          <w:color w:val="000000"/>
          <w:sz w:val="24"/>
        </w:rPr>
        <w:t xml:space="preserve"> Ведь корень тайны огласовок берет начало из точки сокращения — задержки в срединной точке, ограничивающей высший свет, чтобы он не распространялся от нее и ниже; эта сила ударяет в высший свет, и выходят десять сфирот отраженного света, как сказано выше в «Паним Масбирот» и в «Паним Меирот», ветвь 4. И по имени той упомянутой срединной точки свойства Малхут всех парцуфим называются точками. Так же и в огласовке Имен: эти огласовки показывают нам высоту уровня Имени, поскольку высота уровня каждой ступени точно зависит от толщи (авиют) и силы сокращения в Малхут данной ступени, на что указывают огласовки Имени: ведь четвертая стадия (бхина далет) поднимает отраженный свет на высоту уровня Кетер, третья стадия (бхина гимель) — на высоту уровня Хохма и так далее, как сказано в предыдущей ветви. И там было разъяснено, что действие сокращения распространялось лишь на свет хохма, представляющий собой тайну сущности, тогда как над светом хасадим никакое сокращение не властвовало. Там же было разъяснено, что соударение одних лишь уровней Бина без уровней Хохма притягивает исключительно свет хасадим. И об этом сказано: «ведь все Имена в Хохме снабжены огласовками». То есть, как мы сказали: эти огласовки, по своей сути являющиеся масахами, совершающими ударное соединение (зивуг де-акаа) благодаря присущей им силе задержки высшего света, указывают нам высоту уровня в Имени — будь то уровень Кетер, Хохма и так далее, — и потому эти Имена снабжены огласовками. И об этом говорит: «Но когда соударение происходит со стороны Бины де-Аба, где Имена не имеют огласовок, оно называется несовершенным зивугом». То есть, как сказано в предыдущем комментарии: это тайна Бины де-МА, поднимающей Бину де-БОН из тела в голову; это соударение уровней Бина не опускает масах, находящийся в Хохме де-БОН, под Бину де-БОН, так что эта Бина по-прежнему остается ниже масаха Хохмы де-БОН, пусть даже она и поднялась в рош (см. там). И потому этот зивуг уровней Бина притягивает не свет хохма, а лишь свет хасадим. Поэтому он и называется несовершенным соударением. А поскольку действие сокращения не распространялось на этот свет хасадим, данные Имена предстают без огласовок: ведь огласовки властвуют только над светом хохма, как сказано выше. Вопрос же о трех объединениях (ихудим) ЗОН с Б-жьей помощью будет разъяснен в следующих ветвях.</w:t>
      </w:r>
    </w:p>
    <w:p>
      <w:r>
        <w:br w:type="page"/>
      </w:r>
    </w:p>
    <w:p>
      <w:pPr>
        <w:keepNext/>
        <w:spacing w:before="360" w:after="160"/>
        <w:jc w:val="center"/>
      </w:pPr>
      <w:r>
        <w:rPr>
          <w:rFonts w:ascii="Georgia" w:hAnsi="Georgia"/>
          <w:b w:val="0"/>
          <w:i w:val="0"/>
          <w:color w:val="000000"/>
          <w:sz w:val="40"/>
        </w:rPr>
        <w:t>Ветвь 82</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Теперь нам необходимо объяснить, какая польза проистекает от всех этих соударений (зивугим). Ведь когда совершается высшее соударение, пока они находятся вверху, и это совершенное соударение (зивуга шелим), чтобы передать венцы сыновьям, то всё назначение этого соударения состоит главным образом в том, чтобы передать совершенный свет разума большого состояния (мохин де-гадлут) парцуфу ЗОН мира Ацилут для порождения новых душ, как сказано выше. И оттуда же притягивается свечение в миры БЕА.</w:t>
      </w:r>
    </w:p>
    <w:p>
      <w:pPr>
        <w:spacing w:before="40" w:after="120"/>
        <w:jc w:val="both"/>
      </w:pPr>
      <w:r>
        <w:rPr>
          <w:rFonts w:ascii="Georgia" w:hAnsi="Georgia"/>
          <w:b w:val="0"/>
          <w:i w:val="0"/>
          <w:color w:val="000000"/>
          <w:sz w:val="24"/>
        </w:rPr>
        <w:t>Суть этого вопроса согласуется со сказанным в исследовании миров АБЕА: в мире Брия у АА и Аба есть лишь шесть сторон (ВАК), тогда как у Има и ЗОН мира Брия есть по десять сфирот — каждый из них представляет собой полный парцуф.</w:t>
      </w:r>
    </w:p>
    <w:p>
      <w:pPr>
        <w:spacing w:before="40" w:after="120"/>
        <w:jc w:val="both"/>
      </w:pPr>
      <w:r>
        <w:rPr>
          <w:rFonts w:ascii="Georgia" w:hAnsi="Georgia"/>
          <w:b w:val="0"/>
          <w:i w:val="0"/>
          <w:color w:val="000000"/>
          <w:sz w:val="24"/>
        </w:rPr>
        <w:t>У нас есть также предварительное правило: всякое свечение, которое вверху мало, внизу по своей относительной величине становится больше, чем вверху. Получается, что когда вверху происходит высшее ударное соединение (зивуг) Аба ве-Има, равных по своему уровню (росту), и это к тому же совершенный зивуг, тогда в мире Ацилут возникает очень великое свечение. И тогда ЗОН мира Ацилут получают совершенные мохин де-гадлут, чтобы рождать души праведников, относящиеся к внутренней части миров. В то же время благодаря этому свечению добавляются мохин де-гадлут и для Аба мира Брия, в отличие от прежнего состояния, когда у него был лишь ВАК — уровень вскармливания (йеника); теперь же, в состоянии гадлут, Аба мира Брия тоже обретает полный парцуф.</w:t>
      </w:r>
    </w:p>
    <w:p>
      <w:pPr>
        <w:spacing w:before="40" w:after="120"/>
        <w:jc w:val="both"/>
      </w:pPr>
      <w:r>
        <w:rPr>
          <w:rFonts w:ascii="Georgia" w:hAnsi="Georgia"/>
          <w:b w:val="0"/>
          <w:i w:val="0"/>
          <w:color w:val="000000"/>
          <w:sz w:val="24"/>
        </w:rPr>
        <w:t>2) Однако когда соударение Аба ве-Има мира Ацилут не является совершенным, а происходит лишь от случая к случаю — в виде наседки, распростертой над птенцами, — то это соударение служит не на пользу самим сыновьям, то есть ЗОН мира Ацилут. Ведь поскольку их зивуг совершается тогда, когда они распростерты внутри самих ЗОН, пребывая в них в качестве мохин, как известно, это расценивается так, будто соединяются сами ЗОН. Поэтому у этого нижнего соударения нет сил передать мохин парцуфу ЗОН мира Ацилут, но лишь в виде вскармливания (йеника), подобно матери, распростертой над птенцами, чтобы выкармливать их.</w:t>
      </w:r>
    </w:p>
    <w:p>
      <w:pPr>
        <w:spacing w:before="40" w:after="120"/>
        <w:jc w:val="both"/>
      </w:pPr>
      <w:r>
        <w:rPr>
          <w:rFonts w:ascii="Georgia" w:hAnsi="Georgia"/>
          <w:b w:val="0"/>
          <w:i w:val="0"/>
          <w:color w:val="000000"/>
          <w:sz w:val="24"/>
        </w:rPr>
        <w:t>А ведь уже известно, что уровень вскармливания представляет собой лишь ВАК. И тогда благодаря свечению йеника уровня ВАК, приходящему к ЗОН мира Ацилут, Аба мира Брия по-прежнему содержит лишь ВАК и соединяется с Има мира Брия, обладающей полным парцуфом, и они порождают совершенные мохин для ЗОН мира Брия, поскольку малое свечение вверху становится великим внизу. Когда же ЗОН мира Ацилут находятся в состоянии «три на три», тогда ЗОН мира Брия получают лишь вскармливание на уровне ВАК.</w:t>
      </w:r>
    </w:p>
    <w:p>
      <w:pPr>
        <w:spacing w:before="40" w:after="120"/>
        <w:jc w:val="both"/>
      </w:pPr>
      <w:r>
        <w:rPr>
          <w:rFonts w:ascii="Georgia" w:hAnsi="Georgia"/>
          <w:b w:val="0"/>
          <w:i w:val="0"/>
          <w:color w:val="000000"/>
          <w:sz w:val="24"/>
        </w:rPr>
        <w:t>3) Выше уже было разъяснено, что и в этом нижнем соударении — когда мать распростерта над птенцами — есть два варианта: либо когда они облачаются внутрь самого ЗА (как известно, ее НЕХИ становятся для него мохин), либо когда они облачаются в Нукву. Дело в том, что соударение Аба ве-Има всегда происходит ради того, чтобы передать мохин парцуфу ЗОН сообразно их состоянию — либо уровня йеника, либо уровня гадлут. Сейчас мы говорим о состоянии йеника: во время передачи мохин ЗОН называются АВАЯ-ЭЛОКИМ — он АВАЯ, а она ЭЛОКИМ.</w:t>
      </w:r>
    </w:p>
    <w:p>
      <w:pPr>
        <w:spacing w:before="40" w:after="120"/>
        <w:jc w:val="both"/>
      </w:pPr>
      <w:r>
        <w:rPr>
          <w:rFonts w:ascii="Georgia" w:hAnsi="Georgia"/>
          <w:b w:val="0"/>
          <w:i w:val="0"/>
          <w:color w:val="000000"/>
          <w:sz w:val="24"/>
        </w:rPr>
        <w:t>Когда же они находятся в состоянии «спиной к спине» (ахор бе-ахор), один только ЗА называется АВАЯ-ЭЛОКИМ, поскольку вначале дают только ему одному, а уже затем от него свет притягивается к ней. Когда же они находятся «лицом к лицу» (паним бе-паним), света притягиваются к обоим вместе, и тогда они являют собой единение (ихуд) АВАЯ-ЭЛОКИМ, упоминаемое повсюду.</w:t>
      </w:r>
    </w:p>
    <w:p>
      <w:pPr>
        <w:spacing w:before="40" w:after="120"/>
        <w:jc w:val="both"/>
      </w:pPr>
      <w:r>
        <w:rPr>
          <w:rFonts w:ascii="Georgia" w:hAnsi="Georgia"/>
          <w:b w:val="0"/>
          <w:i w:val="0"/>
          <w:color w:val="000000"/>
          <w:sz w:val="24"/>
        </w:rPr>
        <w:t>4) Есть также и другое проявление, которое тоже относится к свойству АВАЯ-ЭЛОКИМ. А именно: иногда Има, облачаясь своими НЕХИ в одного лишь ЗА изнутри, передает затем мохин Нукве, и тогда один только ЗА называется АВАЯ-ЭЛОКИМ. Однако когда она спускается и облачается в Нукву, Има не входит внутрь нее, а остается над ней в виде окружающего света. Ведь подобно тому как Бина спускается к Малхут по подобию ручного тфилина (тфилин де-яд), оставаясь в качестве окружающего света, а НЕХИ сущности Зеир Анпина входят внутрь нее, так и здесь: ЗОН между ними обоими называются единением АВАЯ-ЭЛОКИМ.</w:t>
      </w:r>
    </w:p>
    <w:p>
      <w:pPr>
        <w:spacing w:before="40" w:after="120"/>
        <w:jc w:val="both"/>
      </w:pPr>
      <w:r>
        <w:rPr>
          <w:rFonts w:ascii="Georgia" w:hAnsi="Georgia"/>
          <w:b w:val="0"/>
          <w:i w:val="0"/>
          <w:color w:val="000000"/>
          <w:sz w:val="24"/>
        </w:rPr>
        <w:t>5) Когда Има спускается в Малхут, в Малхут появляется МАН, благодаря которым Има соединяется с Аба, находясь там, внизу, как сказано выше. Но когда Има пребывает внутри ЗА, тогда Есод де-ЗА возносится в нее в качестве МАН, и благодаря этому совершается упомянутое соударение Аба ве-Има.</w:t>
      </w:r>
    </w:p>
    <w:p>
      <w:pPr>
        <w:spacing w:before="40" w:after="120"/>
        <w:jc w:val="both"/>
      </w:pPr>
      <w:r>
        <w:rPr>
          <w:rFonts w:ascii="Georgia" w:hAnsi="Georgia"/>
          <w:b w:val="0"/>
          <w:i w:val="0"/>
          <w:color w:val="000000"/>
          <w:sz w:val="24"/>
        </w:rPr>
        <w:t>Получается, что когда соударение происходит при нахождении Има внутри ЗА, у него есть уровень ВАК без мохин [де-гадлут], однако у него есть крылья, и [такие ступени] называются птенцами. Когда же она облачается в одну лишь Малхут, это состояние яиц — то есть ВАК без крыльев.</w:t>
      </w:r>
    </w:p>
    <w:p>
      <w:pPr>
        <w:spacing w:before="40" w:after="120"/>
        <w:jc w:val="both"/>
      </w:pPr>
      <w:r>
        <w:rPr>
          <w:rFonts w:ascii="Georgia" w:hAnsi="Georgia"/>
          <w:b w:val="0"/>
          <w:i w:val="0"/>
          <w:color w:val="000000"/>
          <w:sz w:val="24"/>
        </w:rPr>
        <w:t>(Представляется мне, смиренному Хаиму: крылья — это окружающие мохин состояния йеника).</w:t>
      </w:r>
    </w:p>
    <w:p>
      <w:pPr>
        <w:spacing w:before="40" w:after="120"/>
        <w:jc w:val="both"/>
      </w:pPr>
      <w:r>
        <w:rPr>
          <w:rFonts w:ascii="Georgia" w:hAnsi="Georgia"/>
          <w:b w:val="0"/>
          <w:i w:val="0"/>
          <w:color w:val="000000"/>
          <w:sz w:val="24"/>
        </w:rPr>
        <w:t>6) Мы уже объяснили в исследовании об АА относительно Аба ве-Има, откуда к ним притягивается сила соударения, и привели в комментарии к «Идра Зута», каким образом два Имени АВАЯ с наполнением йод, являющиеся восемью белизнами (хивварей) головы АА, притягиваются через две стороны лика АА. В каждом таком Имени АВАЯ содержится сорок две буквы: простое [написание], наполнение и наполнение наполнения.</w:t>
      </w:r>
    </w:p>
    <w:p>
      <w:pPr>
        <w:spacing w:before="40" w:after="120"/>
        <w:jc w:val="both"/>
      </w:pPr>
      <w:r>
        <w:rPr>
          <w:rFonts w:ascii="Georgia" w:hAnsi="Georgia"/>
          <w:b w:val="0"/>
          <w:i w:val="0"/>
          <w:color w:val="000000"/>
          <w:sz w:val="24"/>
        </w:rPr>
        <w:t>На одной стороне лика содержится сорок две буквы, и на второй стороне лика содержится вторые сорок две буквы, как сказано выше. Каждая сторона включает в себя десять сфирот. Кетер берет первые врата из сорока двух, и он включает в себя все сорок две буквы. Остальные же сорок одни врата разделяются между девятью сфирот, и каждая сфира из этих девяти включает все сорок одни, что по гематрии составляет 370 с коллелем (</w:t>
      </w:r>
      <w:r>
        <w:rPr>
          <w:rFonts w:ascii="Georgia" w:hAnsi="Georgia" w:cs="Times New Roman"/>
          <w:b/>
          <w:i w:val="0"/>
          <w:color w:val="000000"/>
          <w:sz w:val="24"/>
          <w:rtl/>
          <w:szCs w:val="32"/>
        </w:rPr>
        <w:t>ש״ע</w:t>
      </w:r>
      <w:r>
        <w:rPr>
          <w:rFonts w:ascii="Georgia" w:hAnsi="Georgia"/>
          <w:b w:val="0"/>
          <w:i w:val="0"/>
          <w:color w:val="000000"/>
          <w:sz w:val="24"/>
        </w:rPr>
        <w:t xml:space="preserve"> с коллелем), а один лишь Кетер, включающий их все, равен 370. Таким образом, на одной стороне лика есть девять сфирот, каждая из которых включает в себя сорок один, и это 370 светов. Точно так же и на второй стороне лика есть 370 светов от сорока одной буквы второго Имени АВАЯ, как сказано выше.</w:t>
      </w:r>
    </w:p>
    <w:p>
      <w:pPr>
        <w:spacing w:before="40" w:after="120"/>
        <w:jc w:val="both"/>
      </w:pPr>
      <w:r>
        <w:rPr>
          <w:rFonts w:ascii="Georgia" w:hAnsi="Georgia"/>
          <w:b w:val="0"/>
          <w:i w:val="0"/>
          <w:color w:val="000000"/>
          <w:sz w:val="24"/>
        </w:rPr>
        <w:t>7) Также там было объяснено, что во лбу (мэцах) АА облачается Даат де-Атик, а внутри него облачается Есод де-Атика. И из этого лба также спускается свечение к Аба ве-Има, чтобы они соединились, ведь оно притягивается от свойств Есод и Даат, которые являются источником соударения.</w:t>
      </w:r>
    </w:p>
    <w:p>
      <w:pPr>
        <w:spacing w:before="40" w:after="120"/>
        <w:jc w:val="both"/>
      </w:pPr>
      <w:r>
        <w:rPr>
          <w:rFonts w:ascii="Georgia" w:hAnsi="Georgia"/>
          <w:b w:val="0"/>
          <w:i w:val="0"/>
          <w:color w:val="000000"/>
          <w:sz w:val="24"/>
        </w:rPr>
        <w:t>И там было разъяснено, как эти света спускаются до горла (гарон) АА, и там совершается соударение нёба и горла, образуя в горле свойства букв алеф, хэт, айн, хэй (</w:t>
      </w:r>
      <w:r>
        <w:rPr>
          <w:rFonts w:ascii="Georgia" w:hAnsi="Georgia" w:cs="Times New Roman"/>
          <w:b/>
          <w:i w:val="0"/>
          <w:color w:val="000000"/>
          <w:sz w:val="24"/>
          <w:rtl/>
          <w:szCs w:val="32"/>
        </w:rPr>
        <w:t>אחע״ה</w:t>
      </w:r>
      <w:r>
        <w:rPr>
          <w:rFonts w:ascii="Georgia" w:hAnsi="Georgia"/>
          <w:b w:val="0"/>
          <w:i w:val="0"/>
          <w:color w:val="000000"/>
          <w:sz w:val="24"/>
        </w:rPr>
        <w:t xml:space="preserve">). Это соответствует стадии Имен САГ и ЭЙЕ, которые по гематрии равны числу букв </w:t>
      </w:r>
      <w:r>
        <w:rPr>
          <w:rFonts w:ascii="Georgia" w:hAnsi="Georgia" w:cs="Times New Roman"/>
          <w:b/>
          <w:i w:val="0"/>
          <w:color w:val="000000"/>
          <w:sz w:val="24"/>
          <w:rtl/>
          <w:szCs w:val="32"/>
        </w:rPr>
        <w:t>אחע״ה</w:t>
      </w:r>
      <w:r>
        <w:rPr>
          <w:rFonts w:ascii="Georgia" w:hAnsi="Georgia"/>
          <w:b w:val="0"/>
          <w:i w:val="0"/>
          <w:color w:val="000000"/>
          <w:sz w:val="24"/>
        </w:rPr>
        <w:t>. Они же представляют собой дважды по сорок две буквы, находящиеся на лике АА и ставшие тремястами семьюдесятью светами, как упомянуто там.</w:t>
      </w:r>
    </w:p>
    <w:p>
      <w:pPr>
        <w:spacing w:before="40" w:after="120"/>
        <w:jc w:val="both"/>
      </w:pPr>
      <w:r>
        <w:rPr>
          <w:rFonts w:ascii="Georgia" w:hAnsi="Georgia"/>
          <w:b w:val="0"/>
          <w:i w:val="0"/>
          <w:color w:val="000000"/>
          <w:sz w:val="24"/>
        </w:rPr>
        <w:t>8) Также там было объяснено, сколько существует стадий в созерцании (истаклют), упомянутом в «Идра Зута», и там мы разобрали лишь две из них:</w:t>
      </w:r>
    </w:p>
    <w:p>
      <w:pPr>
        <w:spacing w:before="40" w:after="120"/>
        <w:jc w:val="both"/>
      </w:pPr>
      <w:r>
        <w:rPr>
          <w:rFonts w:ascii="Georgia" w:hAnsi="Georgia"/>
          <w:b w:val="0"/>
          <w:i w:val="0"/>
          <w:color w:val="000000"/>
          <w:sz w:val="24"/>
        </w:rPr>
        <w:t>Первая — когда Аба ве-Има смотрят вверх, во лоб АА; тогда они пребывают на уровне АА, у них есть 370 светов, и их ударное соединение происходит лицом к лицу при равном росте вверху, в двух видах зивуга: совершенном и несовершенном.</w:t>
      </w:r>
    </w:p>
    <w:p>
      <w:pPr>
        <w:spacing w:before="40" w:after="120"/>
        <w:jc w:val="both"/>
      </w:pPr>
      <w:r>
        <w:rPr>
          <w:rFonts w:ascii="Georgia" w:hAnsi="Georgia"/>
          <w:b w:val="0"/>
          <w:i w:val="0"/>
          <w:color w:val="000000"/>
          <w:sz w:val="24"/>
        </w:rPr>
        <w:t>Однако когда они смотрят лишь на два яблока, то есть на лик АА, тогда у них есть только 150 светов, по подобию ЗА, как упомянуто в «Идра Рабба» (пункт 135). И тогда они невелики ростом, находясь на уровне второго соударения, именуемого распростертой над птенцами. Таковы два соударения, которые происходят у них здесь, внизу: совершенное и несовершенное.</w:t>
      </w:r>
    </w:p>
    <w:p>
      <w:pPr>
        <w:spacing w:before="40" w:after="120"/>
        <w:jc w:val="both"/>
      </w:pPr>
      <w:r>
        <w:rPr>
          <w:rFonts w:ascii="Georgia" w:hAnsi="Georgia"/>
          <w:b w:val="0"/>
          <w:i w:val="0"/>
          <w:color w:val="000000"/>
          <w:sz w:val="24"/>
        </w:rPr>
        <w:t xml:space="preserve">9) Теперь объясним их суть. Знай, что два кетера Аба ве-Има находятся в горле АА, как объяснено в соответствующем месте, и притягиваются они от находящихся там Имен САГ и ЭЙЕ, составляющих тайну букв </w:t>
      </w:r>
      <w:r>
        <w:rPr>
          <w:rFonts w:ascii="Georgia" w:hAnsi="Georgia" w:cs="Times New Roman"/>
          <w:b/>
          <w:i w:val="0"/>
          <w:color w:val="000000"/>
          <w:sz w:val="24"/>
          <w:rtl/>
          <w:szCs w:val="32"/>
        </w:rPr>
        <w:t>אחע״ה</w:t>
      </w:r>
      <w:r>
        <w:rPr>
          <w:rFonts w:ascii="Georgia" w:hAnsi="Georgia"/>
          <w:b w:val="0"/>
          <w:i w:val="0"/>
          <w:color w:val="000000"/>
          <w:sz w:val="24"/>
        </w:rPr>
        <w:t>, как сказано выше.</w:t>
      </w:r>
    </w:p>
    <w:p>
      <w:pPr>
        <w:spacing w:before="40" w:after="120"/>
        <w:jc w:val="both"/>
      </w:pPr>
      <w:r>
        <w:rPr>
          <w:rFonts w:ascii="Georgia" w:hAnsi="Georgia"/>
          <w:b w:val="0"/>
          <w:i w:val="0"/>
          <w:color w:val="000000"/>
          <w:sz w:val="24"/>
        </w:rPr>
        <w:t xml:space="preserve">А о горле АА выше было объяснено, что до него доходят белизны, представляющие собой дважды по сорок две буквы двух Имен АВАЯ, и они становятся там буквами </w:t>
      </w:r>
      <w:r>
        <w:rPr>
          <w:rFonts w:ascii="Georgia" w:hAnsi="Georgia" w:cs="Times New Roman"/>
          <w:b/>
          <w:i w:val="0"/>
          <w:color w:val="000000"/>
          <w:sz w:val="24"/>
          <w:rtl/>
          <w:szCs w:val="32"/>
        </w:rPr>
        <w:t>אחע״ה</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мы сказали: поскольку Аба сокрыт и спрятан глубже, Кетер де-Има включен в Кетер де-Аба. Выходит, что у Аба находится слово </w:t>
      </w:r>
      <w:r>
        <w:rPr>
          <w:rFonts w:ascii="Georgia" w:hAnsi="Georgia"/>
          <w:b w:val="0"/>
          <w:i/>
          <w:color w:val="000000"/>
          <w:sz w:val="24"/>
        </w:rPr>
        <w:t>гам</w:t>
      </w:r>
      <w:r>
        <w:rPr>
          <w:rFonts w:ascii="Georgia" w:hAnsi="Georgia"/>
          <w:b w:val="0"/>
          <w:i w:val="0"/>
          <w:color w:val="000000"/>
          <w:sz w:val="24"/>
        </w:rPr>
        <w:t xml:space="preserve"> (</w:t>
      </w:r>
      <w:r>
        <w:rPr>
          <w:rFonts w:ascii="Georgia" w:hAnsi="Georgia" w:cs="Times New Roman"/>
          <w:b/>
          <w:i w:val="0"/>
          <w:color w:val="000000"/>
          <w:sz w:val="24"/>
          <w:rtl/>
          <w:szCs w:val="32"/>
        </w:rPr>
        <w:t>ג״ם</w:t>
      </w:r>
      <w:r>
        <w:rPr>
          <w:rFonts w:ascii="Georgia" w:hAnsi="Georgia"/>
          <w:b w:val="0"/>
          <w:i w:val="0"/>
          <w:color w:val="000000"/>
          <w:sz w:val="24"/>
        </w:rPr>
        <w:t xml:space="preserve">), а у Има — слово </w:t>
      </w:r>
      <w:r>
        <w:rPr>
          <w:rFonts w:ascii="Georgia" w:hAnsi="Georgia"/>
          <w:b w:val="0"/>
          <w:i/>
          <w:color w:val="000000"/>
          <w:sz w:val="24"/>
        </w:rPr>
        <w:t>эм</w:t>
      </w:r>
      <w:r>
        <w:rPr>
          <w:rFonts w:ascii="Georgia" w:hAnsi="Georgia"/>
          <w:b w:val="0"/>
          <w:i w:val="0"/>
          <w:color w:val="000000"/>
          <w:sz w:val="24"/>
        </w:rPr>
        <w:t xml:space="preserve"> (</w:t>
      </w:r>
      <w:r>
        <w:rPr>
          <w:rFonts w:ascii="Georgia" w:hAnsi="Georgia" w:cs="Times New Roman"/>
          <w:b/>
          <w:i w:val="0"/>
          <w:color w:val="000000"/>
          <w:sz w:val="24"/>
          <w:rtl/>
          <w:szCs w:val="32"/>
        </w:rPr>
        <w:t>א״ם</w:t>
      </w:r>
      <w:r>
        <w:rPr>
          <w:rFonts w:ascii="Georgia" w:hAnsi="Georgia"/>
          <w:b w:val="0"/>
          <w:i w:val="0"/>
          <w:color w:val="000000"/>
          <w:sz w:val="24"/>
        </w:rPr>
        <w:t xml:space="preserve">). И в этом тайна стиха: </w:t>
      </w:r>
      <w:r>
        <w:rPr>
          <w:rFonts w:ascii="Georgia" w:hAnsi="Georgia"/>
          <w:b w:val="0"/>
          <w:i/>
          <w:color w:val="000000"/>
          <w:sz w:val="24"/>
        </w:rPr>
        <w:t>«И птица находит себе дом…»</w:t>
      </w:r>
      <w:r>
        <w:rPr>
          <w:rFonts w:ascii="Georgia" w:hAnsi="Georgia"/>
          <w:b w:val="0"/>
          <w:i w:val="0"/>
          <w:color w:val="000000"/>
          <w:sz w:val="24"/>
        </w:rPr>
        <w:t xml:space="preserve"> (Теилим 84:4). Ведь у Аба есть слово </w:t>
      </w:r>
      <w:r>
        <w:rPr>
          <w:rFonts w:ascii="Georgia" w:hAnsi="Georgia"/>
          <w:b w:val="0"/>
          <w:i/>
          <w:color w:val="000000"/>
          <w:sz w:val="24"/>
        </w:rPr>
        <w:t>гам</w:t>
      </w:r>
      <w:r>
        <w:rPr>
          <w:rFonts w:ascii="Georgia" w:hAnsi="Georgia"/>
          <w:b w:val="0"/>
          <w:i w:val="0"/>
          <w:color w:val="000000"/>
          <w:sz w:val="24"/>
        </w:rPr>
        <w:t xml:space="preserve"> (</w:t>
      </w:r>
      <w:r>
        <w:rPr>
          <w:rFonts w:ascii="Georgia" w:hAnsi="Georgia" w:cs="Times New Roman"/>
          <w:b/>
          <w:i w:val="0"/>
          <w:color w:val="000000"/>
          <w:sz w:val="24"/>
          <w:rtl/>
          <w:szCs w:val="32"/>
        </w:rPr>
        <w:t>גַּם</w:t>
      </w:r>
      <w:r>
        <w:rPr>
          <w:rFonts w:ascii="Georgia" w:hAnsi="Georgia"/>
          <w:b w:val="0"/>
          <w:i w:val="0"/>
          <w:color w:val="000000"/>
          <w:sz w:val="24"/>
        </w:rPr>
        <w:t xml:space="preserve">), представляющее собой 370 светов, по числу слова </w:t>
      </w:r>
      <w:r>
        <w:rPr>
          <w:rFonts w:ascii="Georgia" w:hAnsi="Georgia"/>
          <w:b w:val="0"/>
          <w:i/>
          <w:color w:val="000000"/>
          <w:sz w:val="24"/>
        </w:rPr>
        <w:t>ципор</w:t>
      </w:r>
      <w:r>
        <w:rPr>
          <w:rFonts w:ascii="Georgia" w:hAnsi="Georgia"/>
          <w:b w:val="0"/>
          <w:i w:val="0"/>
          <w:color w:val="000000"/>
          <w:sz w:val="24"/>
        </w:rPr>
        <w:t xml:space="preserve"> — «птица» (</w:t>
      </w:r>
      <w:r>
        <w:rPr>
          <w:rFonts w:ascii="Georgia" w:hAnsi="Georgia" w:cs="Times New Roman"/>
          <w:b/>
          <w:i w:val="0"/>
          <w:color w:val="000000"/>
          <w:sz w:val="24"/>
          <w:rtl/>
          <w:szCs w:val="32"/>
        </w:rPr>
        <w:t>צִפּוֹר</w:t>
      </w:r>
      <w:r>
        <w:rPr>
          <w:rFonts w:ascii="Georgia" w:hAnsi="Georgia"/>
          <w:b w:val="0"/>
          <w:i w:val="0"/>
          <w:color w:val="000000"/>
          <w:sz w:val="24"/>
        </w:rPr>
        <w:t xml:space="preserve"> = 376), где лишняя буква вав (</w:t>
      </w:r>
      <w:r>
        <w:rPr>
          <w:rFonts w:ascii="Georgia" w:hAnsi="Georgia" w:cs="Times New Roman"/>
          <w:b/>
          <w:i w:val="0"/>
          <w:color w:val="000000"/>
          <w:sz w:val="24"/>
          <w:rtl/>
          <w:szCs w:val="32"/>
        </w:rPr>
        <w:t>ו</w:t>
      </w:r>
      <w:r>
        <w:rPr>
          <w:rFonts w:ascii="Georgia" w:hAnsi="Georgia"/>
          <w:b w:val="0"/>
          <w:i w:val="0"/>
          <w:color w:val="000000"/>
          <w:sz w:val="24"/>
        </w:rPr>
        <w:t xml:space="preserve"> = 6) указывает на сам лик АА. У Има же есть только слово </w:t>
      </w:r>
      <w:r>
        <w:rPr>
          <w:rFonts w:ascii="Georgia" w:hAnsi="Georgia"/>
          <w:b w:val="0"/>
          <w:i/>
          <w:color w:val="000000"/>
          <w:sz w:val="24"/>
        </w:rPr>
        <w:t>эм</w:t>
      </w:r>
      <w:r>
        <w:rPr>
          <w:rFonts w:ascii="Georgia" w:hAnsi="Georgia"/>
          <w:b w:val="0"/>
          <w:i w:val="0"/>
          <w:color w:val="000000"/>
          <w:sz w:val="24"/>
        </w:rPr>
        <w:t xml:space="preserve"> — «мать» (</w:t>
      </w:r>
      <w:r>
        <w:rPr>
          <w:rFonts w:ascii="Georgia" w:hAnsi="Georgia" w:cs="Times New Roman"/>
          <w:b/>
          <w:i w:val="0"/>
          <w:color w:val="000000"/>
          <w:sz w:val="24"/>
          <w:rtl/>
          <w:szCs w:val="32"/>
        </w:rPr>
        <w:t>אֵם</w:t>
      </w:r>
      <w:r>
        <w:rPr>
          <w:rFonts w:ascii="Georgia" w:hAnsi="Georgia"/>
          <w:b w:val="0"/>
          <w:i w:val="0"/>
          <w:color w:val="000000"/>
          <w:sz w:val="24"/>
        </w:rPr>
        <w:t>), и по этой причине Бина повсюду называется матерью.</w:t>
      </w:r>
    </w:p>
    <w:p>
      <w:pPr>
        <w:spacing w:before="40" w:after="120"/>
        <w:jc w:val="both"/>
      </w:pPr>
      <w:r>
        <w:rPr>
          <w:rFonts w:ascii="Georgia" w:hAnsi="Georgia"/>
          <w:b w:val="0"/>
          <w:i w:val="0"/>
          <w:color w:val="000000"/>
          <w:sz w:val="24"/>
        </w:rPr>
        <w:t>10) Смысл здесь в том, что в тринадцати исправлениях бороды АА есть два мазаля: восьмое исправление — высший мазаль, и тринадцатое исправление — нижний мазаль. Аба держится за высший мазаль, а Има — за нижний мазаль, и оба они равновесно спускаются до пупа (табура).</w:t>
      </w:r>
    </w:p>
    <w:p>
      <w:pPr>
        <w:spacing w:before="40" w:after="120"/>
        <w:jc w:val="both"/>
      </w:pPr>
      <w:r>
        <w:rPr>
          <w:rFonts w:ascii="Georgia" w:hAnsi="Georgia"/>
          <w:b w:val="0"/>
          <w:i w:val="0"/>
          <w:color w:val="000000"/>
          <w:sz w:val="24"/>
        </w:rPr>
        <w:t>Однако в их головах вверху корень восьмого мазаля в бороде расположен выше, чем тринадцатый мазаль. И та малая разница, которую Аба получил [в сравнении с ней], — это та самая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которую Аба взял больше, чем Има; поэтому Аба именуется словом </w:t>
      </w:r>
      <w:r>
        <w:rPr>
          <w:rFonts w:ascii="Georgia" w:hAnsi="Georgia"/>
          <w:b w:val="0"/>
          <w:i/>
          <w:color w:val="000000"/>
          <w:sz w:val="24"/>
        </w:rPr>
        <w:t>гам</w:t>
      </w:r>
      <w:r>
        <w:rPr>
          <w:rFonts w:ascii="Georgia" w:hAnsi="Georgia"/>
          <w:b w:val="0"/>
          <w:i w:val="0"/>
          <w:color w:val="000000"/>
          <w:sz w:val="24"/>
        </w:rPr>
        <w:t xml:space="preserve"> (</w:t>
      </w:r>
      <w:r>
        <w:rPr>
          <w:rFonts w:ascii="Georgia" w:hAnsi="Georgia" w:cs="Times New Roman"/>
          <w:b/>
          <w:i w:val="0"/>
          <w:color w:val="000000"/>
          <w:sz w:val="24"/>
          <w:rtl/>
          <w:szCs w:val="32"/>
        </w:rPr>
        <w:t>ג״ם</w:t>
      </w:r>
      <w:r>
        <w:rPr>
          <w:rFonts w:ascii="Georgia" w:hAnsi="Georgia"/>
          <w:b w:val="0"/>
          <w:i w:val="0"/>
          <w:color w:val="000000"/>
          <w:sz w:val="24"/>
        </w:rPr>
        <w:t xml:space="preserve">), а Има — словом </w:t>
      </w:r>
      <w:r>
        <w:rPr>
          <w:rFonts w:ascii="Georgia" w:hAnsi="Georgia"/>
          <w:b w:val="0"/>
          <w:i/>
          <w:color w:val="000000"/>
          <w:sz w:val="24"/>
        </w:rPr>
        <w:t>эм</w:t>
      </w:r>
      <w:r>
        <w:rPr>
          <w:rFonts w:ascii="Georgia" w:hAnsi="Georgia"/>
          <w:b w:val="0"/>
          <w:i w:val="0"/>
          <w:color w:val="000000"/>
          <w:sz w:val="24"/>
        </w:rPr>
        <w:t xml:space="preserve"> (</w:t>
      </w:r>
      <w:r>
        <w:rPr>
          <w:rFonts w:ascii="Georgia" w:hAnsi="Georgia" w:cs="Times New Roman"/>
          <w:b/>
          <w:i w:val="0"/>
          <w:color w:val="000000"/>
          <w:sz w:val="24"/>
          <w:rtl/>
          <w:szCs w:val="32"/>
        </w:rPr>
        <w:t>א״ם</w:t>
      </w:r>
      <w:r>
        <w:rPr>
          <w:rFonts w:ascii="Georgia" w:hAnsi="Georgia"/>
          <w:b w:val="0"/>
          <w:i w:val="0"/>
          <w:color w:val="000000"/>
          <w:sz w:val="24"/>
        </w:rPr>
        <w:t>).</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«Теперь нам необходимо объяснить… и это совершенное соударение, чтобы передать венцы сыновьям»</w:t>
      </w:r>
      <w:r>
        <w:rPr>
          <w:rFonts w:ascii="Georgia" w:hAnsi="Georgia"/>
          <w:b w:val="0"/>
          <w:i w:val="0"/>
          <w:color w:val="000000"/>
          <w:sz w:val="24"/>
        </w:rPr>
        <w:t>.</w:t>
      </w:r>
    </w:p>
    <w:p>
      <w:pPr>
        <w:spacing w:before="40" w:after="120"/>
        <w:jc w:val="both"/>
      </w:pPr>
      <w:r>
        <w:rPr>
          <w:rFonts w:ascii="Georgia" w:hAnsi="Georgia"/>
          <w:b w:val="0"/>
          <w:i w:val="0"/>
          <w:color w:val="000000"/>
          <w:sz w:val="24"/>
        </w:rPr>
        <w:t>Тебе следует понять: мохин и души, которые нижний получает от высшего, считающегося его отцом, именуются венцами (атарот) или коронами (ктарим). Они названы так по имени корня, откуда притягиваются мохин, представляющего собой тайну экрана (масаха). Все, что от него и выше, называется головой (рош) и относится к самому высшему, а света, притягивающиеся сверху вниз, приходят в нижний парцуф.</w:t>
      </w:r>
    </w:p>
    <w:p>
      <w:pPr>
        <w:spacing w:before="40" w:after="120"/>
        <w:jc w:val="both"/>
      </w:pPr>
      <w:r>
        <w:rPr>
          <w:rFonts w:ascii="Georgia" w:hAnsi="Georgia"/>
          <w:b w:val="0"/>
          <w:i w:val="0"/>
          <w:color w:val="000000"/>
          <w:sz w:val="24"/>
        </w:rPr>
        <w:t>В этом экране ты находишь два аспекта: то, что служит самому высшему, и то, что служит нижнему. Знай же: свойство, служащее высшему, называется «венец» (атара), а свойство, служащее для проведения светов нижнему, называется «корона» (кетер).</w:t>
      </w:r>
    </w:p>
    <w:p>
      <w:pPr>
        <w:spacing w:before="40" w:after="120"/>
        <w:jc w:val="both"/>
      </w:pPr>
      <w:r>
        <w:rPr>
          <w:rFonts w:ascii="Georgia" w:hAnsi="Georgia"/>
          <w:b w:val="0"/>
          <w:i w:val="0"/>
          <w:color w:val="000000"/>
          <w:sz w:val="24"/>
        </w:rPr>
        <w:t xml:space="preserve">6) </w:t>
      </w:r>
      <w:r>
        <w:rPr>
          <w:rFonts w:ascii="Georgia" w:hAnsi="Georgia"/>
          <w:b/>
          <w:i w:val="0"/>
          <w:color w:val="000000"/>
          <w:sz w:val="24"/>
        </w:rPr>
        <w:t>«Относительно Аба ве-Има: откуда притягивается к ним сила соударения… восемь белизн головы АА…»</w:t>
      </w:r>
    </w:p>
    <w:p>
      <w:pPr>
        <w:spacing w:before="40" w:after="120"/>
        <w:jc w:val="both"/>
      </w:pPr>
      <w:r>
        <w:rPr>
          <w:rFonts w:ascii="Georgia" w:hAnsi="Georgia"/>
          <w:b w:val="0"/>
          <w:i w:val="0"/>
          <w:color w:val="000000"/>
          <w:sz w:val="24"/>
        </w:rPr>
        <w:t>В «Паним Меирот» в предыдущей ветви уже было объяснено в отношении тайны тринадцати белизн, что они представляют собой три Имени АВАЯ и одно, включающее их: два Имени АВАЯ стоят справа и слева Гальгальты, а третье Имя АВАЯ находится на средней линии, позади Гальгальты.</w:t>
      </w:r>
    </w:p>
    <w:p>
      <w:pPr>
        <w:spacing w:before="40" w:after="120"/>
        <w:jc w:val="both"/>
      </w:pPr>
      <w:r>
        <w:rPr>
          <w:rFonts w:ascii="Georgia" w:hAnsi="Georgia"/>
          <w:b w:val="0"/>
          <w:i w:val="0"/>
          <w:color w:val="000000"/>
          <w:sz w:val="24"/>
        </w:rPr>
        <w:t>Это тайна сфирот ХАБАД, как сказано далее. Они называются белизнами по имени светов хасадим, будучи коренными хасадим, поскольку Хесед Атика облачается в них.</w:t>
      </w:r>
    </w:p>
    <w:p>
      <w:pPr>
        <w:spacing w:before="40" w:after="120"/>
        <w:jc w:val="both"/>
      </w:pPr>
      <w:r>
        <w:rPr>
          <w:rFonts w:ascii="Georgia" w:hAnsi="Georgia"/>
          <w:b w:val="0"/>
          <w:i w:val="0"/>
          <w:color w:val="000000"/>
          <w:sz w:val="24"/>
        </w:rPr>
        <w:t>И хотя в голове АА нет упорядочивания по линиям, как написал Учитель выше (лист 833, со слов «Получается…»), это относится лишь к тому, что происходит внутри сосудов (келим) самого АА. Причина в том, что это сосуды ступени АБ, и души (нешама) непостижимой головы (Реша де-ла Итьяда), притягиваемой силой соударения в НЕХИ де-паним (относящихся к стадии САГ), недостаточно для них. Поэтому Даат непостижимой головы непременно должен раскрыться в том воздухе (авира), который находится между Гальгальтой и Скрытым мозгом (Моха Стимаа). То же самое относится и к волосам головы и бороды, как написано в «Паним Меирот» (лист 840, со слов «И прежде…»). Таким образом, со стороны САГ, включенного в голову АА, в нем есть упорядочивание по линиям и три первые сфирот (ГАР). Они-то и раскрываются в тринадцати белизнах, в волосах головы и в тринадцати исправлениях бороды.</w:t>
      </w:r>
    </w:p>
    <w:p>
      <w:pPr>
        <w:spacing w:before="40" w:after="120"/>
        <w:jc w:val="both"/>
      </w:pPr>
      <w:r>
        <w:rPr>
          <w:rFonts w:ascii="Georgia" w:hAnsi="Georgia"/>
          <w:b w:val="0"/>
          <w:i w:val="0"/>
          <w:color w:val="000000"/>
          <w:sz w:val="24"/>
        </w:rPr>
        <w:t>Однако с точки зрения строения самого АА, относящегося к уровню АБ, там нет ГАР и нет упорядочивания по линиям, но есть только Кетер и Хохма. Причем они расположены один под другим по одной линии: Кетер и Хохма в голове, тогда как Бина выведена за пределы головы, то есть находится в горле.</w:t>
      </w:r>
    </w:p>
    <w:p>
      <w:pPr>
        <w:spacing w:before="40" w:after="120"/>
        <w:jc w:val="both"/>
      </w:pPr>
      <w:r>
        <w:rPr>
          <w:rFonts w:ascii="Georgia" w:hAnsi="Georgia"/>
          <w:b w:val="0"/>
          <w:i w:val="0"/>
          <w:color w:val="000000"/>
          <w:sz w:val="24"/>
        </w:rPr>
        <w:t>Исходя из этого ты поймешь состояние трех названных Имен АВАЯ, находящихся над Гальгальтой: оно не вполне подобно трем линиям в головах Аба ве-Има, облачающих ХАГАТ де-АА. Ведь средняя линия — тайное значение средней АВАЯ и Даат, разрешающего противоречие между двумя Именами АВАЯ справа и слева (представляющими собой Хохму и Бину, ХУБ), — находится позади Гальгальты, и они не светят в лике подобно Даат Аба ве-Има. Это происходит по той же указанной выше причине: эти ГАР недостаточны для него так, как для Аба ве-Има, построенных из стадии САГ. Поэтому средняя линия стоит и склоняет чашу весов только со стороны задней части (ахораим) и не может разрешать противоречие со стороны лика АА.</w:t>
      </w:r>
    </w:p>
    <w:p>
      <w:pPr>
        <w:spacing w:before="40" w:after="120"/>
        <w:jc w:val="both"/>
      </w:pPr>
      <w:r>
        <w:rPr>
          <w:rFonts w:ascii="Georgia" w:hAnsi="Georgia"/>
          <w:b w:val="0"/>
          <w:i w:val="0"/>
          <w:color w:val="000000"/>
          <w:sz w:val="24"/>
        </w:rPr>
        <w:t>Благодаря этому ты поймешь также тайну одного Имени, включающего их (хад де-халиль лехон), которое добавляется там к этим трем Именам АВАЯ. Знай: это тайна включения тех ГАР, которые не могут раскрыться там по причине того, что строение АА относится к стадии АБ; запомни это.</w:t>
      </w:r>
    </w:p>
    <w:p>
      <w:pPr>
        <w:spacing w:before="40" w:after="120"/>
        <w:jc w:val="both"/>
      </w:pPr>
      <w:r>
        <w:rPr>
          <w:rFonts w:ascii="Georgia" w:hAnsi="Georgia"/>
          <w:b w:val="0"/>
          <w:i w:val="0"/>
          <w:color w:val="000000"/>
          <w:sz w:val="24"/>
        </w:rPr>
        <w:t xml:space="preserve">Итак, было хорошо объяснено значение трех Имен АВАЯ и одного, включающего их, называемых тринадцатью белизнами: два Имени АВАЯ справа и слева — это тайна ХУБ в упорядочивании по правой и левой линиям, притягивающихся от Даат непостижимой головы, явившего свой свет между воздухом (авира) и Моха Стимаа; а третье Имя АВАЯ — это Даат, склоняющий чашу весов между ними, который стоит, однако, в тайне задней части, поскольку он разрешает противоречие только со стороны ахораим де-АА и не делает этого со стороны лика АА. Об этом и сказано: </w:t>
      </w:r>
      <w:r>
        <w:rPr>
          <w:rFonts w:ascii="Georgia" w:hAnsi="Georgia"/>
          <w:b/>
          <w:i w:val="0"/>
          <w:color w:val="000000"/>
          <w:sz w:val="24"/>
        </w:rPr>
        <w:t>«Два Имени АВАЯ, являющиеся восемью белизнами головы АА, притягиваются через лик АА»</w:t>
      </w:r>
      <w:r>
        <w:rPr>
          <w:rFonts w:ascii="Georgia" w:hAnsi="Georgia"/>
          <w:b w:val="0"/>
          <w:i w:val="0"/>
          <w:color w:val="000000"/>
          <w:sz w:val="24"/>
        </w:rPr>
        <w:t>, до сих пор его слова. То есть, как мы уже говорили, разрешающая линия, которая соединяет эти два Имени АВАЯ и раскрывает в них уровень ГАР, может разрешать противоречие лишь в затылочной части головы АА, но не в лике.</w:t>
      </w:r>
    </w:p>
    <w:p>
      <w:pPr>
        <w:spacing w:before="40" w:after="120"/>
        <w:jc w:val="both"/>
      </w:pPr>
      <w:r>
        <w:rPr>
          <w:rFonts w:ascii="Georgia" w:hAnsi="Georgia"/>
          <w:b w:val="0"/>
          <w:i w:val="0"/>
          <w:color w:val="000000"/>
          <w:sz w:val="24"/>
        </w:rPr>
        <w:t>Поэтому в сторону лика притягиваются только два Имени АВАЯ правой и левой стороны без средней АВАЯ, соединяющей их. В силу этого в них нет уровня нешама и ГАР от Даат непостижимой головы; пойми это как следует.</w:t>
      </w:r>
    </w:p>
    <w:p>
      <w:pPr>
        <w:spacing w:before="40" w:after="120"/>
        <w:jc w:val="both"/>
      </w:pPr>
      <w:r>
        <w:rPr>
          <w:rFonts w:ascii="Georgia" w:hAnsi="Georgia"/>
          <w:b w:val="0"/>
          <w:i w:val="0"/>
          <w:color w:val="000000"/>
          <w:sz w:val="24"/>
        </w:rPr>
        <w:t xml:space="preserve">И знай: это тайна того одного Имени, включающего их, которое дополняет число до тринадцати белизн, как написано там. Иначе говоря, это то Имя АВАЯ, которое еще не раскрылось в собственных сосудах АА, то есть в лике АА, как объяснено выше. Поэтому оно все еще пребывает там, в голове, в тайне скрытого включения, и суждено ему раскрыться лишь в момент окончательного исправления. В этом заключается тайна Кетера из сорока одних врат, раскрывающихся в лике, и первых врат, недостающих в лике АА; всё это — тайна одного, включающего их. Это же служит корнем для первых врат из пятидесяти врат Бины, которые не были открыты Моше. И таков истинный смысл стиха: </w:t>
      </w:r>
      <w:r>
        <w:rPr>
          <w:rFonts w:ascii="Georgia" w:hAnsi="Georgia"/>
          <w:b w:val="0"/>
          <w:i/>
          <w:color w:val="000000"/>
          <w:sz w:val="24"/>
        </w:rPr>
        <w:t>«И ты увидишь Меня сзади, а лик Мой не будет виден»</w:t>
      </w:r>
      <w:r>
        <w:rPr>
          <w:rFonts w:ascii="Georgia" w:hAnsi="Georgia"/>
          <w:b w:val="0"/>
          <w:i w:val="0"/>
          <w:color w:val="000000"/>
          <w:sz w:val="24"/>
        </w:rPr>
        <w:t xml:space="preserve"> (Шмот 33:23). Ведь причина в том, что средняя АВАЯ, склоняющая чашу весов между правой и левой сторонами, раскрывается только в задней части головы Арих Анпина, как было объяснено; пойми это.</w:t>
      </w:r>
    </w:p>
    <w:p>
      <w:pPr>
        <w:spacing w:before="40" w:after="120"/>
        <w:jc w:val="both"/>
      </w:pPr>
      <w:r>
        <w:rPr>
          <w:rFonts w:ascii="Georgia" w:hAnsi="Georgia"/>
          <w:b/>
          <w:i w:val="0"/>
          <w:color w:val="000000"/>
          <w:sz w:val="24"/>
        </w:rPr>
        <w:t>«И в каждом Имени АВАЯ содержится сорок две [буквы]… а один только Кетер, включающий их все, равен тремстам семидесяти; получается…»</w:t>
      </w:r>
      <w:r>
        <w:rPr>
          <w:rFonts w:ascii="Georgia" w:hAnsi="Georgia"/>
          <w:b w:val="0"/>
          <w:i w:val="0"/>
          <w:color w:val="000000"/>
          <w:sz w:val="24"/>
        </w:rPr>
        <w:t xml:space="preserve"> — необходимо очень глубоко понять, что Имя АВАЯ из 42 букв представляет собой тайну ступеней НЕХИ, недостающих в уровне АБ. Как написал Учитель в ветви 35 (пункт 1), вот его слова: «Пойми же ясно, что Аба — это совокупность Аба ве-Има, и они представляют собой АВАЯ ступени АБ и ЭЙЕ с наполнением йод впереди и сзади, а Има… и ты увидишь в другом месте, что все это относится лишь к ЗАТ каждого из них, тогда как в ГАР каждого из них содержатся сорок две буквы…», до сих пор его слова. Ты видишь со всей ясностью: даже высшие Аба ве-Има, называемые АВАЯ ступени АБ и ЭЙЕ, обладают лишь семью нижними сфирот (ЗАТ) и лишены ГАР.</w:t>
      </w:r>
    </w:p>
    <w:p>
      <w:pPr>
        <w:spacing w:before="40" w:after="120"/>
        <w:jc w:val="both"/>
      </w:pPr>
      <w:r>
        <w:rPr>
          <w:rFonts w:ascii="Georgia" w:hAnsi="Georgia"/>
          <w:b w:val="0"/>
          <w:i w:val="0"/>
          <w:color w:val="000000"/>
          <w:sz w:val="24"/>
        </w:rPr>
        <w:t>Это согласуется со сказанным нами в предыдущей ветви: свечение ГАР, озаряющее парцуфим мира Ацилут, притягивается от Даат непостижимой головы, показавшего свой свет между Кетером и Моха Стимаа, что происходит от соударения в НЕХИ де-паним, являющихся экраном ступени САГ. Поэтому он возвращает в головы всех парцуфим ту Бину, которая вышла за пределы головы, не со стороны имеющегося в нем уровня АБ, а только со стороны имеющегося в них уровня САГ.</w:t>
      </w:r>
    </w:p>
    <w:p>
      <w:pPr>
        <w:spacing w:before="40" w:after="120"/>
        <w:jc w:val="both"/>
      </w:pPr>
      <w:r>
        <w:rPr>
          <w:rFonts w:ascii="Georgia" w:hAnsi="Georgia"/>
          <w:b w:val="0"/>
          <w:i w:val="0"/>
          <w:color w:val="000000"/>
          <w:sz w:val="24"/>
        </w:rPr>
        <w:t>Следовательно, в каждой голове недостает того свойства Бины, которое относится к ее ступени АБ. А поскольку от ступени АБ у нее есть лишь два сосуда — Кетер и Хохма, — там присутствуют только два света: нефеш и руах (свет руах в Кетере, а свет нефеш в Хохме). Таким образом, ступень лишена уровня нешама до тех пор, пока Бина не поднимется к ней из тела (гуф) в голову, как подробно написано в предыдущей ветви. Поэтому Учитель определяет для нас, что даже АВАЯ ступени АБ и ЭЙЕ с наполнением йод, представляющие собой высших Аба ве-Има и уровень света хая мира Ацилут, — все это сказано лишь относительно включенной в них ступени САГ. Что же касается ступени АБ в них, то они лишены даже уровня нешама и содержат лишь ЗАТ. Иными словами, у них есть лишь высота уровня ЗОН и отсутствуют ГАР, то есть света нешама, хая, ехида.</w:t>
      </w:r>
    </w:p>
    <w:p>
      <w:pPr>
        <w:spacing w:before="40" w:after="120"/>
        <w:jc w:val="both"/>
      </w:pPr>
      <w:r>
        <w:rPr>
          <w:rFonts w:ascii="Georgia" w:hAnsi="Georgia"/>
          <w:b w:val="0"/>
          <w:i w:val="0"/>
          <w:color w:val="000000"/>
          <w:sz w:val="24"/>
        </w:rPr>
        <w:t>И вот эти недостающие ГАР в пяти парцуфим мира Ацилут Учитель определяет для нас в Имени АВАЯ в виде простого [написания], наполнения и наполнения наполнения, содержащих сорок две буквы; помни об этом во всех местах, где заходит речь об Имени из 42 букв.</w:t>
      </w:r>
    </w:p>
    <w:p>
      <w:pPr>
        <w:spacing w:before="40" w:after="120"/>
        <w:jc w:val="both"/>
      </w:pPr>
      <w:r>
        <w:rPr>
          <w:rFonts w:ascii="Georgia" w:hAnsi="Georgia"/>
          <w:b w:val="0"/>
          <w:i w:val="0"/>
          <w:color w:val="000000"/>
          <w:sz w:val="24"/>
        </w:rPr>
        <w:t xml:space="preserve">Об этом и сказано: </w:t>
      </w:r>
      <w:r>
        <w:rPr>
          <w:rFonts w:ascii="Georgia" w:hAnsi="Georgia"/>
          <w:b/>
          <w:i w:val="0"/>
          <w:color w:val="000000"/>
          <w:sz w:val="24"/>
        </w:rPr>
        <w:t>«И на одной стороне лика сорок две буквы, и на второй стороне лика сорок две буквы, и каждая сторона включает десять сфирот, и Кетер берет первые врата из сорока двух, и он включает в себя все сорок две…»</w:t>
      </w:r>
      <w:r>
        <w:rPr>
          <w:rFonts w:ascii="Georgia" w:hAnsi="Georgia"/>
          <w:b w:val="0"/>
          <w:i w:val="0"/>
          <w:color w:val="000000"/>
          <w:sz w:val="24"/>
        </w:rPr>
        <w:t xml:space="preserve"> </w:t>
      </w:r>
      <w:r>
        <w:rPr>
          <w:rFonts w:ascii="Georgia" w:hAnsi="Georgia"/>
          <w:b/>
          <w:i w:val="0"/>
          <w:color w:val="000000"/>
          <w:sz w:val="24"/>
        </w:rPr>
        <w:t>«Остальные же сорок одни [врата] разделяются между девятью сфирот, и каждая сфира из этих девяти включает все сорок одни, и по гематрии они составляют 370 с коллелем»</w:t>
      </w:r>
      <w:r>
        <w:rPr>
          <w:rFonts w:ascii="Georgia" w:hAnsi="Georgia"/>
          <w:b w:val="0"/>
          <w:i w:val="0"/>
          <w:color w:val="000000"/>
          <w:sz w:val="24"/>
        </w:rPr>
        <w:t>, до сих пор его слова.</w:t>
      </w:r>
    </w:p>
    <w:p>
      <w:pPr>
        <w:spacing w:before="40" w:after="120"/>
        <w:jc w:val="both"/>
      </w:pPr>
      <w:r>
        <w:rPr>
          <w:rFonts w:ascii="Georgia" w:hAnsi="Georgia"/>
          <w:b w:val="0"/>
          <w:i w:val="0"/>
          <w:color w:val="000000"/>
          <w:sz w:val="24"/>
        </w:rPr>
        <w:t>Смысл в том, что источник Имени из 42 букв — это задняя часть (ахораим) сфирот КАХАБ мира Некудим, которые аннулировались во время разбиения сосудов (швират а-келим), представляя собой скрывшиеся ГАР мира Некудим, как написано там. И эти КАХАБ, скрывшиеся тогда, именуются именем 42.</w:t>
      </w:r>
    </w:p>
    <w:p>
      <w:pPr>
        <w:spacing w:before="40" w:after="120"/>
        <w:jc w:val="both"/>
      </w:pPr>
      <w:r>
        <w:rPr>
          <w:rFonts w:ascii="Georgia" w:hAnsi="Georgia"/>
          <w:b w:val="0"/>
          <w:i w:val="0"/>
          <w:color w:val="000000"/>
          <w:sz w:val="24"/>
        </w:rPr>
        <w:t>Было объяснено, что в мире Исправления исправились не все эти КАХАБ, ведь не исправились те КАХАБ, которые происходят от ступени АБ, включенной в эти ГАР мира Некудим. Причина в том, что экран ступеней НЕХИ де-ахор был сокрыт в непостижимой голове. Из-за этого женское начало (нуква) не раскрылось в АА, и в нем есть только девять сфирот и недостает Кетера, являющегося тайной ГАР ступени АБ.</w:t>
      </w:r>
    </w:p>
    <w:p>
      <w:pPr>
        <w:spacing w:before="40" w:after="120"/>
        <w:jc w:val="both"/>
      </w:pPr>
      <w:r>
        <w:rPr>
          <w:rFonts w:ascii="Georgia" w:hAnsi="Georgia"/>
          <w:b w:val="0"/>
          <w:i w:val="0"/>
          <w:color w:val="000000"/>
          <w:sz w:val="24"/>
        </w:rPr>
        <w:t>Ведь они раскрываются исключительно при соударении на экран ступеней НЕХИ де-ахор, как написано в «Паним Меирот» (лист 917). Поэтому Учитель и говорит выше, что непостижимая голова восполняет АА до десяти сфирот, будучи недостающей ему ступенью Кетера, и там скрыты НЕХИ де-ахор, как сказано выше. Ты уже знаешь, что это тайна головы и света нешама парцуфа АА, ведь всякая голова называется Кетером или ГАР, как написал Учитель выше, смотри там. Таким образом, те девять сфирот, что имеются в АА, представляют собой лишь ступень ЗАТ и высоту уровня ЗОН со светами руах и нефеш, как сказано выше. А недостающий ему Кетер — это тайна сфирот КАХАБ и уровня светов нешама, хая, ехида со стороны ступени АБ, скрытых в непостижимой голове, как упомянуто выше.</w:t>
      </w:r>
    </w:p>
    <w:p>
      <w:pPr>
        <w:spacing w:before="40" w:after="120"/>
        <w:jc w:val="both"/>
      </w:pPr>
      <w:r>
        <w:rPr>
          <w:rFonts w:ascii="Georgia" w:hAnsi="Georgia"/>
          <w:b w:val="0"/>
          <w:i w:val="0"/>
          <w:color w:val="000000"/>
          <w:sz w:val="24"/>
        </w:rPr>
        <w:t>Однако везде, где десять сфирот разделяют на ГАР и ЗОН, можно называть ГАР словом «Кетер», а ЗОН — «девять нижних сфирот»; можно также называть ГАР понятиями «нешама» и «голова», а ЗОН — понятиями «ЗАТ» и «тело», всё в зависимости от контекста. Но суть их одна, как сказано, и как подробно будет написано в следующей ветви, так что запомни это.</w:t>
      </w:r>
    </w:p>
    <w:p>
      <w:pPr>
        <w:spacing w:before="40" w:after="120"/>
        <w:jc w:val="both"/>
      </w:pPr>
      <w:r>
        <w:rPr>
          <w:rFonts w:ascii="Georgia" w:hAnsi="Georgia"/>
          <w:b w:val="0"/>
          <w:i w:val="0"/>
          <w:color w:val="000000"/>
          <w:sz w:val="24"/>
        </w:rPr>
        <w:t>И об этом сказано здесь: Кетер Имени из 42 букв включает в себя все 42 буквы и так далее. И хотя он берет лишь первые врата Имени из 42 букв, тем не менее девять нижних сфирот Имени из 42 букв представляют собой лишь уровень ЗОН, то есть светов нефеш и руах, являющихся тайной 370 светов. Однако из-за того, что они получают света от двух высших Имен АВАЯ в Гальгальте (представляющих собой тайну АВАЯ из 42 букв), считается, что в них содержится 42 врат, но без одних; пойми это как следует.</w:t>
      </w:r>
    </w:p>
    <w:p>
      <w:pPr>
        <w:spacing w:before="40" w:after="120"/>
        <w:jc w:val="both"/>
      </w:pPr>
      <w:r>
        <w:rPr>
          <w:rFonts w:ascii="Georgia" w:hAnsi="Georgia"/>
          <w:b w:val="0"/>
          <w:i w:val="0"/>
          <w:color w:val="000000"/>
          <w:sz w:val="24"/>
        </w:rPr>
        <w:t xml:space="preserve">Подобно этому сказали наши мудрецы (ХАЗАЛЬ): «Пятьдесят врат понимания без одних были переданы Моше», о чем он молился: </w:t>
      </w:r>
      <w:r>
        <w:rPr>
          <w:rFonts w:ascii="Georgia" w:hAnsi="Georgia"/>
          <w:b w:val="0"/>
          <w:i/>
          <w:color w:val="000000"/>
          <w:sz w:val="24"/>
        </w:rPr>
        <w:t>«Покажи мне славу Твою»</w:t>
      </w:r>
      <w:r>
        <w:rPr>
          <w:rFonts w:ascii="Georgia" w:hAnsi="Georgia"/>
          <w:b w:val="0"/>
          <w:i w:val="0"/>
          <w:color w:val="000000"/>
          <w:sz w:val="24"/>
        </w:rPr>
        <w:t xml:space="preserve"> (Шмот 33:18).</w:t>
      </w:r>
    </w:p>
    <w:p>
      <w:pPr>
        <w:spacing w:before="40" w:after="120"/>
        <w:jc w:val="both"/>
      </w:pPr>
      <w:r>
        <w:rPr>
          <w:rFonts w:ascii="Georgia" w:hAnsi="Georgia"/>
          <w:b w:val="0"/>
          <w:i w:val="0"/>
          <w:color w:val="000000"/>
          <w:sz w:val="24"/>
        </w:rPr>
        <w:t xml:space="preserve">Знай же: это указывает на ту одну белизну, включающую их (хад хивварта де-халиль лехон), которая включена только в Гальгальту с задней стороны АА, но отсутствует в лике АА, как сказано в предыдущем комментарии, смотри там, чтобы не повторять сказанное дважды. И в этом тайна стиха: </w:t>
      </w:r>
      <w:r>
        <w:rPr>
          <w:rFonts w:ascii="Georgia" w:hAnsi="Georgia"/>
          <w:b w:val="0"/>
          <w:i/>
          <w:color w:val="000000"/>
          <w:sz w:val="24"/>
        </w:rPr>
        <w:t>«И ты увидишь Меня сзади, а лик Мой не будет виден»</w:t>
      </w:r>
      <w:r>
        <w:rPr>
          <w:rFonts w:ascii="Georgia" w:hAnsi="Georgia"/>
          <w:b w:val="0"/>
          <w:i w:val="0"/>
          <w:color w:val="000000"/>
          <w:sz w:val="24"/>
        </w:rPr>
        <w:t xml:space="preserve"> (Шмот 33:23).</w:t>
      </w:r>
    </w:p>
    <w:p>
      <w:pPr>
        <w:spacing w:before="40" w:after="120"/>
        <w:jc w:val="both"/>
      </w:pPr>
      <w:r>
        <w:rPr>
          <w:rFonts w:ascii="Georgia" w:hAnsi="Georgia"/>
          <w:b w:val="0"/>
          <w:i w:val="0"/>
          <w:color w:val="000000"/>
          <w:sz w:val="24"/>
        </w:rPr>
        <w:t xml:space="preserve">7) </w:t>
      </w:r>
      <w:r>
        <w:rPr>
          <w:rFonts w:ascii="Georgia" w:hAnsi="Georgia"/>
          <w:b/>
          <w:i w:val="0"/>
          <w:color w:val="000000"/>
          <w:sz w:val="24"/>
        </w:rPr>
        <w:t>«Ибо во лбу АА облачается Даат Атика, а внутри него облачается Есод Атика»</w:t>
      </w:r>
      <w:r>
        <w:rPr>
          <w:rFonts w:ascii="Georgia" w:hAnsi="Georgia"/>
          <w:b w:val="0"/>
          <w:i w:val="0"/>
          <w:color w:val="000000"/>
          <w:sz w:val="24"/>
        </w:rPr>
        <w:t>.</w:t>
      </w:r>
    </w:p>
    <w:p>
      <w:pPr>
        <w:spacing w:before="40" w:after="120"/>
        <w:jc w:val="both"/>
      </w:pPr>
      <w:r>
        <w:rPr>
          <w:rFonts w:ascii="Georgia" w:hAnsi="Georgia"/>
          <w:b w:val="0"/>
          <w:i w:val="0"/>
          <w:color w:val="000000"/>
          <w:sz w:val="24"/>
        </w:rPr>
        <w:t>На первый взгляд это удивительно: разве АА не облачает лишь одни только ЗАТ высшего, являющиеся сфирот ХАГАТ НЕХИМ, как прямо сказано во множестве мест? Как же может АА облачать Даат Атика, который относится к категории ГАР?</w:t>
      </w:r>
    </w:p>
    <w:p>
      <w:pPr>
        <w:spacing w:before="40" w:after="120"/>
        <w:jc w:val="both"/>
      </w:pPr>
      <w:r>
        <w:rPr>
          <w:rFonts w:ascii="Georgia" w:hAnsi="Georgia"/>
          <w:b w:val="0"/>
          <w:i w:val="0"/>
          <w:color w:val="000000"/>
          <w:sz w:val="24"/>
        </w:rPr>
        <w:t>Ведь из предыдущей ветви известно, что средняя линия, разрешающая противоречие в завершающей части (соф) парцуфа, называется Есод; средняя линия, разрешающая противоречие во внутренней части (тох) парцуфа, называется Тиферет; а средняя линия, разрешающая противоречие в голове (рош) парцуфа, называется Даат.</w:t>
      </w:r>
    </w:p>
    <w:p>
      <w:pPr>
        <w:spacing w:before="40" w:after="120"/>
        <w:jc w:val="both"/>
      </w:pPr>
      <w:r>
        <w:rPr>
          <w:rFonts w:ascii="Georgia" w:hAnsi="Georgia"/>
          <w:b w:val="0"/>
          <w:i w:val="0"/>
          <w:color w:val="000000"/>
          <w:sz w:val="24"/>
        </w:rPr>
        <w:t>Однако здесь следует различать высший Даат и нижний Даат. Этот вопрос уже был предельно ясно разобран выше в «Паним Меирот» (лист 822, со слов «А Зеир Анпин, однако…»), смотри там всё продолжение до конца, чтобы не повторять сказанное; мы лишь добавим немного к сказанному там по мере необходимости, чтобы понять смысл разбираемой темы. Ты уже знаешь, что ступени АХАП головы высшего на каждом уровне спускаются и облачаются в его нижнего; в этом и состоит тайна ступеней НЕХИ высшего, облачающихся в нижнего. Ведь эти АХАП головы при своем спуске в нижнего становятся ступенями НЕХИ.</w:t>
      </w:r>
    </w:p>
    <w:p>
      <w:pPr>
        <w:spacing w:before="40" w:after="120"/>
        <w:jc w:val="both"/>
      </w:pPr>
      <w:r>
        <w:rPr>
          <w:rFonts w:ascii="Georgia" w:hAnsi="Georgia"/>
          <w:b w:val="0"/>
          <w:i w:val="0"/>
          <w:color w:val="000000"/>
          <w:sz w:val="24"/>
        </w:rPr>
        <w:t>Они действительно становятся буквально подобными нижнему, как написал Учитель: когда высший спускается на место нижнего, он становится в точности как тот; и точно так же нижний, поднимающийся к высшему, становится в точности как высший.</w:t>
      </w:r>
    </w:p>
    <w:p>
      <w:pPr>
        <w:spacing w:before="40" w:after="120"/>
        <w:jc w:val="both"/>
      </w:pPr>
      <w:r>
        <w:rPr>
          <w:rFonts w:ascii="Georgia" w:hAnsi="Georgia"/>
          <w:b w:val="0"/>
          <w:i w:val="0"/>
          <w:color w:val="000000"/>
          <w:sz w:val="24"/>
        </w:rPr>
        <w:t>Ты знаешь также, как высший соединяется с нижним в один парцуф, что также вызвано упомянутыми ступенями АХАП.</w:t>
      </w:r>
    </w:p>
    <w:p>
      <w:pPr>
        <w:spacing w:before="40" w:after="120"/>
        <w:jc w:val="both"/>
      </w:pPr>
      <w:r>
        <w:rPr>
          <w:rFonts w:ascii="Georgia" w:hAnsi="Georgia"/>
          <w:b w:val="0"/>
          <w:i w:val="0"/>
          <w:color w:val="000000"/>
          <w:sz w:val="24"/>
        </w:rPr>
        <w:t>Дело в том, что со стороны МА в голове уже имеются сфирот КАХАБ, поскольку экран головы стоит на последней стадии Бины де-МА каждого уровня. Ведь со стороны МА ухо (озэн) не вышло за пределы головы, а вышли только нос и рот (хотэм и пэ), как упомянуто в предыдущей ветви. Поэтому, когда пробуждается Хохма де-МА и совершает соударение с Хохмой де-БОН, она выводит экран оттуда и опускает его также под последнюю стадию Бины де-БОН, находящуюся в голове нижнего. В результате этого получается, что нижний и высший соединяются в один парцуф. Ведь место соударения в пэ де-рош высшего опустилось ниже Бины, находящейся в голове нижнего, и вследствие этого та самая Бина вновь стала самой сутью высшего, какой она и была до своего спуска в нижнего.</w:t>
      </w:r>
    </w:p>
    <w:p>
      <w:pPr>
        <w:spacing w:before="40" w:after="120"/>
        <w:jc w:val="both"/>
      </w:pPr>
      <w:r>
        <w:rPr>
          <w:rFonts w:ascii="Georgia" w:hAnsi="Georgia"/>
          <w:b w:val="0"/>
          <w:i w:val="0"/>
          <w:color w:val="000000"/>
          <w:sz w:val="24"/>
        </w:rPr>
        <w:t>Весь повод для спуска АХАП заключался в том, что они получают от экрана сверху вниз; теперь же Бина вернулась и поднялась выше экрана, подобно Кетеру и Хохме, как сказано выше в предыдущей ветви.</w:t>
      </w:r>
    </w:p>
    <w:p>
      <w:pPr>
        <w:spacing w:before="40" w:after="120"/>
        <w:jc w:val="both"/>
      </w:pPr>
      <w:r>
        <w:rPr>
          <w:rFonts w:ascii="Georgia" w:hAnsi="Georgia"/>
          <w:b w:val="0"/>
          <w:i w:val="0"/>
          <w:color w:val="000000"/>
          <w:sz w:val="24"/>
        </w:rPr>
        <w:t>В этом заключается тайна подъема Есода в мозг головы парцуфа, приводимая во многих местах в словах Учителя. Ведь до соударения, когда экран находился на последней стадии в Хохме де-БОН в голове выше ступеней АХАП (представляющих собой Бину и ЗОН), из-за чего они перешли в нижнего и стали ступенями НЕХИ, средняя линия, совершающая соударение в АХАП на месте нижнего, считалась Есодом высшего. Причина в том, что она действовала в голове нижнего, чья мера полностью соответствует его ступеням НЕХИ, а средняя линия ступеней НЕХИ — это, как известно, Есод. И поэтому, когда высший опускает экран своей головы в голову нижнего и голова нижнего вновь становится подобной голове высшего, оказывается, что та самая средняя линия, которая действовала и совершала соударение в НЕХИ высшего парцуфа, теперь поднимается, чтобы совершать соударение и поднимать отраженный свет в ГАР и в голове высшего. Тем самым решающая линия завершения (соф) превращается в решающую линию в голове (рош).</w:t>
      </w:r>
    </w:p>
    <w:p>
      <w:pPr>
        <w:spacing w:before="40" w:after="120"/>
        <w:jc w:val="both"/>
      </w:pPr>
      <w:r>
        <w:rPr>
          <w:rFonts w:ascii="Georgia" w:hAnsi="Georgia"/>
          <w:b w:val="0"/>
          <w:i w:val="0"/>
          <w:color w:val="000000"/>
          <w:sz w:val="24"/>
        </w:rPr>
        <w:t>А поскольку известно, что средняя линия головы — это всегда Даат, ты видишь, что Есод поднялся и стал свойством Даат.</w:t>
      </w:r>
    </w:p>
    <w:p>
      <w:pPr>
        <w:spacing w:before="40" w:after="120"/>
        <w:jc w:val="both"/>
      </w:pPr>
      <w:r>
        <w:rPr>
          <w:rFonts w:ascii="Georgia" w:hAnsi="Georgia"/>
          <w:b w:val="0"/>
          <w:i w:val="0"/>
          <w:color w:val="000000"/>
          <w:sz w:val="24"/>
        </w:rPr>
        <w:t>Знай, что так происходит на всех ступенях и во всех парцуфим; и помни это, ведь это великий ключ в [каббалистической] мудрости.</w:t>
      </w:r>
    </w:p>
    <w:p>
      <w:pPr>
        <w:spacing w:before="40" w:after="120"/>
        <w:jc w:val="both"/>
      </w:pPr>
      <w:r>
        <w:rPr>
          <w:rFonts w:ascii="Georgia" w:hAnsi="Georgia"/>
          <w:b w:val="0"/>
          <w:i w:val="0"/>
          <w:color w:val="000000"/>
          <w:sz w:val="24"/>
        </w:rPr>
        <w:t>И в упомянутом месте «Паним Меирот» было разъяснено: хотя голова нижнего соединилась и стала самой головой высшего, она все же не остается таковой постоянно, поскольку изначально, когда Источник выделил ее из Себя, она представляет собой отдельную ступень сама по себе. К тому же это опускание экрана не действует в отношении сосудов ступени АБ, происходящих из НЕХИ де-ахор, смотри там. Поэтому нижний возвращается и спускается из головы высшего на свою собственную ступень, однако в нем непременно остается то великое свечение, которое он получил во время своего сущностного объединения с высшим в одно целое.</w:t>
      </w:r>
    </w:p>
    <w:p>
      <w:pPr>
        <w:spacing w:before="40" w:after="120"/>
        <w:jc w:val="both"/>
      </w:pPr>
      <w:r>
        <w:rPr>
          <w:rFonts w:ascii="Georgia" w:hAnsi="Georgia"/>
          <w:b w:val="0"/>
          <w:i w:val="0"/>
          <w:color w:val="000000"/>
          <w:sz w:val="24"/>
        </w:rPr>
        <w:t>По этой причине мы различаем, что Есод и Даат непостижимой головы облачаются в голову АА: в силу соединения АА с Атиком в один парцуф в нем действует Даат непостижимой головы; а в силу его собственного зарождения, строение которого состоит из сосудов ступени АБ (являющихся ступенями НЕХИ де-ахор), в нем действует лишь Есод непостижимой головы, как объяснено выше; и помни это.</w:t>
      </w:r>
    </w:p>
    <w:p>
      <w:pPr>
        <w:spacing w:before="40" w:after="120"/>
        <w:jc w:val="both"/>
      </w:pPr>
      <w:r>
        <w:rPr>
          <w:rFonts w:ascii="Georgia" w:hAnsi="Georgia"/>
          <w:b w:val="0"/>
          <w:i w:val="0"/>
          <w:color w:val="000000"/>
          <w:sz w:val="24"/>
        </w:rPr>
        <w:t xml:space="preserve">Об этом и сказано: </w:t>
      </w:r>
      <w:r>
        <w:rPr>
          <w:rFonts w:ascii="Georgia" w:hAnsi="Georgia"/>
          <w:b/>
          <w:i w:val="0"/>
          <w:color w:val="000000"/>
          <w:sz w:val="24"/>
        </w:rPr>
        <w:t>«Ибо во лбу АА облачается Даат Атика, а внутри него облачается Есод Атика»</w:t>
      </w:r>
      <w:r>
        <w:rPr>
          <w:rFonts w:ascii="Georgia" w:hAnsi="Georgia"/>
          <w:b w:val="0"/>
          <w:i w:val="0"/>
          <w:color w:val="000000"/>
          <w:sz w:val="24"/>
        </w:rPr>
        <w:t>.</w:t>
      </w:r>
    </w:p>
    <w:p>
      <w:pPr>
        <w:spacing w:before="40" w:after="120"/>
        <w:jc w:val="both"/>
      </w:pPr>
      <w:r>
        <w:rPr>
          <w:rFonts w:ascii="Georgia" w:hAnsi="Georgia"/>
          <w:b w:val="0"/>
          <w:i w:val="0"/>
          <w:color w:val="000000"/>
          <w:sz w:val="24"/>
        </w:rPr>
        <w:t>Ведь во время соударения в непостижимой голове Есод поднимается на уровень Даат непостижимой головы, являющегося средней линией ее головы; когда же оно не находится в тайне этого соударения, в нем есть лишь свойство Есода непостижимой головы, как сказано выше.</w:t>
      </w:r>
    </w:p>
    <w:p>
      <w:pPr>
        <w:spacing w:before="40" w:after="120"/>
        <w:jc w:val="both"/>
      </w:pPr>
      <w:r>
        <w:rPr>
          <w:rFonts w:ascii="Georgia" w:hAnsi="Georgia"/>
          <w:b w:val="0"/>
          <w:i w:val="0"/>
          <w:color w:val="000000"/>
          <w:sz w:val="24"/>
        </w:rPr>
        <w:t>Поэтому в голове АА ты всегда находишь два вида соударения от облачения его высшего: первый — по отношению к имеющейся в нем ступени САГ, когда в него облачается Даат непостижимой головы;</w:t>
      </w:r>
    </w:p>
    <w:p>
      <w:pPr>
        <w:spacing w:before="40" w:after="120"/>
        <w:jc w:val="both"/>
      </w:pPr>
      <w:r>
        <w:rPr>
          <w:rFonts w:ascii="Georgia" w:hAnsi="Georgia"/>
          <w:b w:val="0"/>
          <w:i w:val="0"/>
          <w:color w:val="000000"/>
          <w:sz w:val="24"/>
        </w:rPr>
        <w:t>второй — по отношению к имеющейся в нем ступени АБ, когда в нем есть лишь Есод непостижимой головы, как было объяснено.</w:t>
      </w:r>
    </w:p>
    <w:p>
      <w:pPr>
        <w:spacing w:before="40" w:after="120"/>
        <w:jc w:val="both"/>
      </w:pPr>
      <w:r>
        <w:rPr>
          <w:rFonts w:ascii="Georgia" w:hAnsi="Georgia"/>
          <w:b/>
          <w:i w:val="0"/>
          <w:color w:val="000000"/>
          <w:sz w:val="24"/>
        </w:rPr>
        <w:t>«И также от этого лба спускается свечение к Аба ве-Има, чтобы они совершили соударение, ведь оно притягивается от стадии Есод и Даат…»</w:t>
      </w:r>
      <w:r>
        <w:rPr>
          <w:rFonts w:ascii="Georgia" w:hAnsi="Georgia"/>
          <w:b w:val="0"/>
          <w:i w:val="0"/>
          <w:color w:val="000000"/>
          <w:sz w:val="24"/>
        </w:rPr>
        <w:t xml:space="preserve"> — речь идет о двух аспектах соударения непостижимой головы, действующих в голове АА, как объяснено в предыдущем отрывке: со стороны уровня АБ в сосудах АА присутствует лишь облачение Есода непостижимой головы, а со стороны уровня САГ в сосудах АА присутствует также и облачение Даат непостижимой головы.</w:t>
      </w:r>
    </w:p>
    <w:p>
      <w:pPr>
        <w:spacing w:before="40" w:after="120"/>
        <w:jc w:val="both"/>
      </w:pPr>
      <w:r>
        <w:rPr>
          <w:rFonts w:ascii="Georgia" w:hAnsi="Georgia"/>
          <w:b w:val="0"/>
          <w:i w:val="0"/>
          <w:color w:val="000000"/>
          <w:sz w:val="24"/>
        </w:rPr>
        <w:t>В предыдущей ветви было объяснено, что то соударение и опускание экрана от Хохмы де-БОН ниже Бины де-БОН, о котором говорится в непостижимой голове и которое соединяет АА и непостижимую голову в один парцуф, светит и притягивается оттуда ко всем нижним ступеням. Ведь любые высший и нижний считаются двумя половинами: Гальгальта ве-Эйнаим и АХАП, подобно тому как это было объяснено относительно Атика и АА: так же как АА считается ступенями АХАП своего высшего, то есть непостижимой головы, точно так же Аба ве-Има считаются ступенями АХАП де-АА, а ЗОН — ступенями АХАП де-Аба ве-Има.</w:t>
      </w:r>
    </w:p>
    <w:p>
      <w:pPr>
        <w:spacing w:before="40" w:after="120"/>
        <w:jc w:val="both"/>
      </w:pPr>
      <w:r>
        <w:rPr>
          <w:rFonts w:ascii="Georgia" w:hAnsi="Georgia"/>
          <w:b w:val="0"/>
          <w:i w:val="0"/>
          <w:color w:val="000000"/>
          <w:sz w:val="24"/>
        </w:rPr>
        <w:t>Таким образом, всё то, что объясняется в разделе об АА касательно порядка соударений совокупности непостижимой головы и АА — как в общем отношении их обоих, так и в частном отношении трех голов: Кетра (Кетер), Воздух (Авира) и Скрытый мозг (Моха Стимаа), находящихся в частном строении АА самого по себе, — всё это действует также в совокупности Аба ве-Има и АА вместе, а также в отдельности в самих Аба ве-Има, в их собственных трех головах.</w:t>
      </w:r>
    </w:p>
    <w:p>
      <w:pPr>
        <w:spacing w:before="40" w:after="120"/>
        <w:jc w:val="both"/>
      </w:pPr>
      <w:r>
        <w:rPr>
          <w:rFonts w:ascii="Georgia" w:hAnsi="Georgia"/>
          <w:b w:val="0"/>
          <w:i w:val="0"/>
          <w:color w:val="000000"/>
          <w:sz w:val="24"/>
        </w:rPr>
        <w:t>Первая их голова называется высшими Аба ве-Има, вторая голова называется первыми ИШСУТ, а третья голова называется вторыми ИШСУТ. Они объясняются по тем же самым законам, которые мы разобрали применительно к трем головам АА; и точно так же во всей совокупности Аба ве-Има и ЗОН вместе, как будет написано на своем месте с Б-жьей помощью.</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также от этого лба спускается свечение к Аба ве-Има, чтобы они совершили соударение»</w:t>
      </w:r>
      <w:r>
        <w:rPr>
          <w:rFonts w:ascii="Georgia" w:hAnsi="Georgia"/>
          <w:b w:val="0"/>
          <w:i w:val="0"/>
          <w:color w:val="000000"/>
          <w:sz w:val="24"/>
        </w:rPr>
        <w:t>. Ведь после соударения АА и непостижимой головы АА возвращается на свою ступень с тем великим свечением, которого он достиг и которое получил во время своего пребывания в непостижимой голове. Вследствие этого его сила также возрастает, и он поднимает и возвращает в свою собственную голову свою ступень Бины, облаченную в головы Аба ве-Има. Тогда Аба ве-Има соединяются и становятся единой сутью с головой АА, по подобию того, как было объяснено в отношении АА и непостижимой головы в предыдущем отрывке, смотри там.</w:t>
      </w:r>
    </w:p>
    <w:p>
      <w:pPr>
        <w:spacing w:before="40" w:after="120"/>
        <w:jc w:val="both"/>
      </w:pPr>
      <w:r>
        <w:rPr>
          <w:rFonts w:ascii="Georgia" w:hAnsi="Georgia"/>
          <w:b w:val="0"/>
          <w:i w:val="0"/>
          <w:color w:val="000000"/>
          <w:sz w:val="24"/>
        </w:rPr>
        <w:t>Точно так же после соединения Аба ве-Има с головой АА в единую суть они спускаются со своим великим свечением на собственную ступень; тогда их сила тоже возрастает, и они могут поднять и вернуть [в свои головы] ту Бину, которая вышла за пределы их голов и спустилась к ЗОН. И оказывается, что благодаря этому ЗОН соединяются с Аба ве-Има в единую суть — всё по подобию того, как было объяснено в предыдущем отрывке применительно к соединению АА и непостижимой головы; и пойми это как следует.</w:t>
      </w:r>
    </w:p>
    <w:p>
      <w:pPr>
        <w:spacing w:before="40" w:after="120"/>
        <w:jc w:val="both"/>
      </w:pPr>
      <w:r>
        <w:rPr>
          <w:rFonts w:ascii="Georgia" w:hAnsi="Georgia"/>
          <w:b w:val="0"/>
          <w:i w:val="0"/>
          <w:color w:val="000000"/>
          <w:sz w:val="24"/>
        </w:rPr>
        <w:t>Об этом Учитель и говорит: те два вида соударения от Есода и Даат непостижимой головы, что находятся во лбу АА, притягиваются согласно своим свойствам также и к Аба ве-Има. Таким образом, в головах Аба ве-Има, во лбу, также облачены Есод и Даат де-АА, подобно тому как Есод и Даат Атика облачены во лбу АА. И потому он говорит, что соударение Аба ве-Има притягивается от свойств Есод и Даат во лбу АА и так далее; пойми это.</w:t>
      </w:r>
    </w:p>
    <w:p>
      <w:pPr>
        <w:spacing w:before="40" w:after="120"/>
        <w:jc w:val="both"/>
      </w:pPr>
      <w:r>
        <w:rPr>
          <w:rFonts w:ascii="Georgia" w:hAnsi="Georgia"/>
          <w:b/>
          <w:i w:val="0"/>
          <w:color w:val="000000"/>
          <w:sz w:val="24"/>
        </w:rPr>
        <w:t>«Как спускаются эти света до горла АА, и там происходит соударение нёба и горла…»</w:t>
      </w:r>
      <w:r>
        <w:rPr>
          <w:rFonts w:ascii="Georgia" w:hAnsi="Georgia"/>
          <w:b w:val="0"/>
          <w:i w:val="0"/>
          <w:color w:val="000000"/>
          <w:sz w:val="24"/>
        </w:rPr>
        <w:t xml:space="preserve"> — ведь в целом все три головы АА рассматриваются лишь как Гальгальта ве-Эйнаим, то есть две сфиры — Кетер и Хохма; Аба ве-Има же рассматриваются как ступени АХАП де-АА, представляющие собой Бину и ЗОН, вышедшие за пределы его ступени, как написано выше в «Паним Меирот».</w:t>
      </w:r>
    </w:p>
    <w:p>
      <w:pPr>
        <w:spacing w:before="40" w:after="120"/>
        <w:jc w:val="both"/>
      </w:pPr>
      <w:r>
        <w:rPr>
          <w:rFonts w:ascii="Georgia" w:hAnsi="Georgia"/>
          <w:b w:val="0"/>
          <w:i w:val="0"/>
          <w:color w:val="000000"/>
          <w:sz w:val="24"/>
        </w:rPr>
        <w:t>Горло (гарон) АА, являющееся тайной Бины совокупности АА и Аба ве-Има вместе, представляет собой тайну Гальгальты Аба ве-Има — подобно тому как Гальгальта АА представляет собой Бину совокупности непостижимой головы и АА вместе. А нёбо (хейх) АА — это тайна экрана, находящегося на последней стадии Хохмы де-БОН в АА, являющегося тайной небосвода, разделяющего между головой АА и Биной в его горле. Ты уже прекрасно знаешь тайну соударения высшего и нижнего: Хохма де-МА в голове высшего выводит экран из последней стадии Хохмы де-БОН и опускает его ниже Бины де-БОН, находящейся в нижнем.</w:t>
      </w:r>
    </w:p>
    <w:p>
      <w:pPr>
        <w:spacing w:before="40" w:after="120"/>
        <w:jc w:val="both"/>
      </w:pPr>
      <w:r>
        <w:rPr>
          <w:rFonts w:ascii="Georgia" w:hAnsi="Georgia"/>
          <w:b w:val="0"/>
          <w:i w:val="0"/>
          <w:color w:val="000000"/>
          <w:sz w:val="24"/>
        </w:rPr>
        <w:t>Исходя из этого ты поймешь тайну соударения нёба и горла в АА: ведь Хохма де-МА в голове АА выводит экран, находящийся на последней стадии Хохмы де-БОН в АА (называемый нёбом), и опускает его ниже Гальгальты Аба ве-Има, представляющей собой горло и Бину всей совокупности.</w:t>
      </w:r>
    </w:p>
    <w:p>
      <w:pPr>
        <w:spacing w:before="40" w:after="120"/>
        <w:jc w:val="both"/>
      </w:pPr>
      <w:r>
        <w:rPr>
          <w:rFonts w:ascii="Georgia" w:hAnsi="Georgia"/>
          <w:b w:val="0"/>
          <w:i w:val="0"/>
          <w:color w:val="000000"/>
          <w:sz w:val="24"/>
        </w:rPr>
        <w:t>В результате горло, то есть Гальгальта Аба ве-Има, соединяется в единую суть с головой АА, поскольку теперь оно находится выше экрана головы АА и получает отраженный свет снизу вверх, как изначально, — по подобию того, как мы объяснили относительно соударения в непостижимой голове, которая опускает экран ниже Гальгальты АА, на место оболочки (кром), покрывающей Моха Стимаа. Пойми это как следует и помни это применительно ко всем местам, где говорится об этом соударении нёба и горла.</w:t>
      </w:r>
    </w:p>
    <w:p>
      <w:pPr>
        <w:spacing w:before="40" w:after="120"/>
        <w:jc w:val="both"/>
      </w:pPr>
      <w:r>
        <w:rPr>
          <w:rFonts w:ascii="Georgia" w:hAnsi="Georgia"/>
          <w:b w:val="0"/>
          <w:i w:val="0"/>
          <w:color w:val="000000"/>
          <w:sz w:val="24"/>
        </w:rPr>
        <w:t xml:space="preserve">8) </w:t>
      </w:r>
      <w:r>
        <w:rPr>
          <w:rFonts w:ascii="Georgia" w:hAnsi="Georgia"/>
          <w:b/>
          <w:i w:val="0"/>
          <w:color w:val="000000"/>
          <w:sz w:val="24"/>
        </w:rPr>
        <w:t>«Когда Аба ве-Има смотрят вверх, во лоб АА… и у них триста семьдесят светов… [а когда смотрят] на два яблока, являющихся ликом АА, тогда у них только сто пятьдесят светов…»</w:t>
      </w:r>
    </w:p>
    <w:p>
      <w:pPr>
        <w:spacing w:before="40" w:after="120"/>
        <w:jc w:val="both"/>
      </w:pPr>
      <w:r>
        <w:rPr>
          <w:rFonts w:ascii="Georgia" w:hAnsi="Georgia"/>
          <w:b w:val="0"/>
          <w:i w:val="0"/>
          <w:color w:val="000000"/>
          <w:sz w:val="24"/>
        </w:rPr>
        <w:t>Он имеет в виду, что свойство Гальгальты Аба ве-Има также включается и поднимается во лоб АА во время соударения в Даат непостижимой головы, распространяющегося туда, как сказано выше.</w:t>
      </w:r>
    </w:p>
    <w:p>
      <w:pPr>
        <w:spacing w:before="40" w:after="120"/>
        <w:jc w:val="both"/>
      </w:pPr>
      <w:r>
        <w:rPr>
          <w:rFonts w:ascii="Georgia" w:hAnsi="Georgia"/>
          <w:b w:val="0"/>
          <w:i w:val="0"/>
          <w:color w:val="000000"/>
          <w:sz w:val="24"/>
        </w:rPr>
        <w:t>Тогда достоинство Аба ве-Има уподобляется уровню АА: у них тоже есть 370 светов и статус головы от их лба и выше, поскольку они тоже получают от Даат непостижимой головы, находящегося в Моха де-Авира (воздушном мозге) от лба и выше в голове АА. Это-то и называется тем, что Аба ве-Има смотрят во лоб АА, ведь созерцание (истаклют) — это выражение, означающее соударение (зивуг). Подобно этому в мире Некудим Учитель называет включение Аба ве-Има мира Некудим в единое соударение с Кетером мира Некудим термином «созерцание глаз Аба ве-Има» (истаклют эйнаим де-Аба ве-Има), как написано в «Паним Меирот», смотри там. И это подобно первому созерцанию и второму созерцанию, приводимым выше в словах Учителя на листе 81, а также в книге «Шаар а-Акдамот» на листе 146 во втором исследовании об АК и повсюду.</w:t>
      </w:r>
    </w:p>
    <w:p>
      <w:pPr>
        <w:spacing w:before="40" w:after="120"/>
        <w:jc w:val="both"/>
      </w:pPr>
      <w:r>
        <w:rPr>
          <w:rFonts w:ascii="Georgia" w:hAnsi="Georgia"/>
          <w:b w:val="0"/>
          <w:i w:val="0"/>
          <w:color w:val="000000"/>
          <w:sz w:val="24"/>
        </w:rPr>
        <w:t>Однако в то время, когда они не включаются в Даат непостижимой головы, что во лбу, а находятся на своем месте ниже горла АА, когда в их голове облачены лишь НЕХИ де-АА, они не получают от свечения непостижимой головы во лбу АА, но лишь от свечения лика самого АА, то есть от того, что именуется 370 светами.</w:t>
      </w:r>
    </w:p>
    <w:p>
      <w:pPr>
        <w:spacing w:before="40" w:after="120"/>
        <w:jc w:val="both"/>
      </w:pPr>
      <w:r>
        <w:rPr>
          <w:rFonts w:ascii="Georgia" w:hAnsi="Georgia"/>
          <w:b w:val="0"/>
          <w:i w:val="0"/>
          <w:color w:val="000000"/>
          <w:sz w:val="24"/>
        </w:rPr>
        <w:t>А поскольку у них есть лишь НЕХИ головы АА, то и достается им лишь мера ступеней НЕХИ от этих 370 светов, что по гематрии составляет 150, как написал Учитель выше.</w:t>
      </w:r>
    </w:p>
    <w:p>
      <w:pPr>
        <w:spacing w:before="40" w:after="120"/>
        <w:jc w:val="both"/>
      </w:pPr>
      <w:r>
        <w:rPr>
          <w:rFonts w:ascii="Georgia" w:hAnsi="Georgia"/>
          <w:b w:val="0"/>
          <w:i w:val="0"/>
          <w:color w:val="000000"/>
          <w:sz w:val="24"/>
        </w:rPr>
        <w:t xml:space="preserve">Об этом и сказано: </w:t>
      </w:r>
      <w:r>
        <w:rPr>
          <w:rFonts w:ascii="Georgia" w:hAnsi="Georgia"/>
          <w:b/>
          <w:i w:val="0"/>
          <w:color w:val="000000"/>
          <w:sz w:val="24"/>
        </w:rPr>
        <w:t>«Но когда они смотрят лишь на два яблока, являющихся ликом АА, тогда у них только сто пятьдесят светов»</w:t>
      </w:r>
      <w:r>
        <w:rPr>
          <w:rFonts w:ascii="Georgia" w:hAnsi="Georgia"/>
          <w:b w:val="0"/>
          <w:i w:val="0"/>
          <w:color w:val="000000"/>
          <w:sz w:val="24"/>
        </w:rPr>
        <w:t>, — то есть, как сказано, при их нахождении ниже горла АА соударение в их голове совершается от свойства НЕХИ головы АА. Именно это именуется созерцанием лика. Поэтому у них есть лишь мера ступеней НЕХИ от света лика, составляющая число 150.</w:t>
      </w:r>
    </w:p>
    <w:p>
      <w:pPr>
        <w:spacing w:before="40" w:after="120"/>
        <w:jc w:val="both"/>
      </w:pPr>
      <w:r>
        <w:rPr>
          <w:rFonts w:ascii="Georgia" w:hAnsi="Georgia"/>
          <w:b w:val="0"/>
          <w:i w:val="0"/>
          <w:color w:val="000000"/>
          <w:sz w:val="24"/>
        </w:rPr>
        <w:t>Однако здесь необходимо понять саму возможность Аба ве-Има подниматься и включаться в соударение непостижимой головы во лбу АА. Ведь во многих местах в словах Учителя известно, что никакой парцуф не может подниматься никуда, кроме как на непосредственно прилегающую к нему высшую ступень, но не к высшему своего высшего. Если так, как же он говорит здесь, что они смотрят во лоб АА, относительно которого выше было объяснено, что сама непостижимая голова распространяется туда в тайне опускания экрана своей Хохмы де-БОН вплоть до оболочки воздуха (крума де-авира), как сказано выше в «Паним Меирот», смотри там?</w:t>
      </w:r>
    </w:p>
    <w:p>
      <w:pPr>
        <w:spacing w:before="40" w:after="120"/>
        <w:jc w:val="both"/>
      </w:pPr>
      <w:r>
        <w:rPr>
          <w:rFonts w:ascii="Georgia" w:hAnsi="Georgia"/>
          <w:b w:val="0"/>
          <w:i w:val="0"/>
          <w:color w:val="000000"/>
          <w:sz w:val="24"/>
        </w:rPr>
        <w:t>Дело в том, что ты уже знаешь закон силы подъема нижнего к высшему парцуфу: ведь высший и нижний всегда представляют собой две половины одной ступени — Гальгальта ве-Эйнаим и АХАП. Это берет начало от корня БОН во времена мира Некудим, когда Малхут поднялась на место глаз (эйнаим) и все ступени разделились на две половины, так что каждый нижний стал ступенями АХАП высшего. И по этой причине, когда высший снова опускает экран со ступени глаз (являющейся его Хохмой) под последнюю стадию уха (озэн) или носа и рта (хотэм и пэ), опустившихся в нижнего, считается, что нижний вернулся, поднялся со своего места, соединился и вознесся к своему высшему, как изначально до мира Некудим, как подробно написано в предыдущей ветви.</w:t>
      </w:r>
    </w:p>
    <w:p>
      <w:pPr>
        <w:spacing w:before="40" w:after="120"/>
        <w:jc w:val="both"/>
      </w:pPr>
      <w:r>
        <w:rPr>
          <w:rFonts w:ascii="Georgia" w:hAnsi="Georgia"/>
          <w:b w:val="0"/>
          <w:i w:val="0"/>
          <w:color w:val="000000"/>
          <w:sz w:val="24"/>
        </w:rPr>
        <w:t>В этом же заключается суть облачения НЕХИ высшего в нижнего: ведь ступени АХАП, опускающиеся на место нижнего, считаются там ступенями НЕХИ высшего, благодаря которым нижний способен подняться на место высшего и получить мохин, как всё это подробно описано в предыдущей ветви. И ты находишь два вида облачения ступеней НЕХИ Атика, то есть ступеней АХАП, опустившихся из него:</w:t>
      </w:r>
    </w:p>
    <w:p>
      <w:pPr>
        <w:spacing w:before="40" w:after="120"/>
        <w:jc w:val="both"/>
      </w:pPr>
      <w:r>
        <w:rPr>
          <w:rFonts w:ascii="Georgia" w:hAnsi="Georgia"/>
          <w:b w:val="0"/>
          <w:i w:val="0"/>
          <w:color w:val="000000"/>
          <w:sz w:val="24"/>
        </w:rPr>
        <w:t>первый — в голове АА, как сказано выше, что Есод Атика облачен во лбу АА;</w:t>
      </w:r>
    </w:p>
    <w:p>
      <w:pPr>
        <w:spacing w:before="40" w:after="120"/>
        <w:jc w:val="both"/>
      </w:pPr>
      <w:r>
        <w:rPr>
          <w:rFonts w:ascii="Georgia" w:hAnsi="Georgia"/>
          <w:b w:val="0"/>
          <w:i w:val="0"/>
          <w:color w:val="000000"/>
          <w:sz w:val="24"/>
        </w:rPr>
        <w:t>второй — в Аба ве-Има, согласно словам Учителя выше в ветви 74, что Хесед и Гвура, выходящие из пэ Есода Атика и выше, светят в высших Аба ве-Има, а от Есода Атика и ниже светят в ИШСУТ, смотри там.</w:t>
      </w:r>
    </w:p>
    <w:p>
      <w:pPr>
        <w:spacing w:before="40" w:after="120"/>
        <w:jc w:val="both"/>
      </w:pPr>
      <w:r>
        <w:rPr>
          <w:rFonts w:ascii="Georgia" w:hAnsi="Georgia"/>
          <w:b w:val="0"/>
          <w:i w:val="0"/>
          <w:color w:val="000000"/>
          <w:sz w:val="24"/>
        </w:rPr>
        <w:t>Суть этих двух аспектов НЕХИ Атика следует понимать из их корня в ступени БОН во времена мира Некудим. Ведь сначала в силу подъема МАН к глазам там вышли две головы: Кетер в первой голове в тайне Гальгальта ве-Эйнаим, облачающий от груди (хазе) до пупа (табура) АК; и Хохма и Бина во второй голове в тайне ступеней АХАП, опустившихся за пределы первой головы.</w:t>
      </w:r>
    </w:p>
    <w:p>
      <w:pPr>
        <w:spacing w:before="40" w:after="120"/>
        <w:jc w:val="both"/>
      </w:pPr>
      <w:r>
        <w:rPr>
          <w:rFonts w:ascii="Georgia" w:hAnsi="Georgia"/>
          <w:b w:val="0"/>
          <w:i w:val="0"/>
          <w:color w:val="000000"/>
          <w:sz w:val="24"/>
        </w:rPr>
        <w:t>А затем, после разбиения мелахим ступеней ХАГАТ, три линии КАХАБ мира Некудим распространились на место ХАГАТ мира Некудим. И уже было объяснено, что эта линия Кетера, распространившаяся на место ХАГАТ, — это тайна АА, именуемого нижней половиной Кетера де-БОН; а свойство Кетера мира Некудим, оставшееся на своем месте и не распространившееся в ХАГАТ, именуемое верхней половиной Кетера, — это тайна непостижимой головы и Атика, как сказано выше в «Паним Меирот».</w:t>
      </w:r>
    </w:p>
    <w:p>
      <w:pPr>
        <w:spacing w:before="40" w:after="120"/>
        <w:jc w:val="both"/>
      </w:pPr>
      <w:r>
        <w:rPr>
          <w:rFonts w:ascii="Georgia" w:hAnsi="Georgia"/>
          <w:b w:val="0"/>
          <w:i w:val="0"/>
          <w:color w:val="000000"/>
          <w:sz w:val="24"/>
        </w:rPr>
        <w:t>И потому ты находишь здесь два вида ступеней АХАП, опустившихся из Кетера мира Некудим:</w:t>
      </w:r>
    </w:p>
    <w:p>
      <w:pPr>
        <w:spacing w:before="40" w:after="120"/>
        <w:jc w:val="both"/>
      </w:pPr>
      <w:r>
        <w:rPr>
          <w:rFonts w:ascii="Georgia" w:hAnsi="Georgia"/>
          <w:b w:val="0"/>
          <w:i w:val="0"/>
          <w:color w:val="000000"/>
          <w:sz w:val="24"/>
        </w:rPr>
        <w:t>первый — это тайна ступеней АХАП, опустившихся во вторую голову мира Некудим, являющуюся ступенями Аба ве-Има мира Ацилут;</w:t>
      </w:r>
    </w:p>
    <w:p>
      <w:pPr>
        <w:spacing w:before="40" w:after="120"/>
        <w:jc w:val="both"/>
      </w:pPr>
      <w:r>
        <w:rPr>
          <w:rFonts w:ascii="Georgia" w:hAnsi="Georgia"/>
          <w:b w:val="0"/>
          <w:i w:val="0"/>
          <w:color w:val="000000"/>
          <w:sz w:val="24"/>
        </w:rPr>
        <w:t>второй — это тайна ступеней АХАП Кетера мира Некудим, которые опустились и распространились на место ХАГАТ, являясь ступенью АА мира Ацилут.</w:t>
      </w:r>
    </w:p>
    <w:p>
      <w:pPr>
        <w:spacing w:before="40" w:after="120"/>
        <w:jc w:val="both"/>
      </w:pPr>
      <w:r>
        <w:rPr>
          <w:rFonts w:ascii="Georgia" w:hAnsi="Georgia"/>
          <w:b w:val="0"/>
          <w:i w:val="0"/>
          <w:color w:val="000000"/>
          <w:sz w:val="24"/>
        </w:rPr>
        <w:t>Поэтому ты находишь, что и Аба ве-Има мира Ацилут относятся к свойству АХАП непостижимой головы точно так же, как и АА мира Ацилут. И поэтому во время соударения в непостижимой голове, опускающей экран с места глаз под ухо (озэн) своих ступеней АХАП, вследствие чего Гальгальта де-АА (представляющая собой ухо ступеней АХАП непостижимой головы) возвращается, соединяется и поднимается к самому свойству непостижимой головы, как изначально, как написано выше, — неизбежно и свойство Гальгальты Аба ве-Има оказывается включенным в этот подъем! Ведь их Гальгальта — это тоже свойство уха ступеней АХАП непостижимой головы, а именно со стороны того, что они являются второй головой мира Некудим, как объяснено выше.</w:t>
      </w:r>
    </w:p>
    <w:p>
      <w:pPr>
        <w:spacing w:before="40" w:after="120"/>
        <w:jc w:val="both"/>
      </w:pPr>
      <w:r>
        <w:rPr>
          <w:rFonts w:ascii="Georgia" w:hAnsi="Georgia"/>
          <w:b w:val="0"/>
          <w:i w:val="0"/>
          <w:color w:val="000000"/>
          <w:sz w:val="24"/>
        </w:rPr>
        <w:t xml:space="preserve">Об этом Учитель и говорит: </w:t>
      </w:r>
      <w:r>
        <w:rPr>
          <w:rFonts w:ascii="Georgia" w:hAnsi="Georgia"/>
          <w:b/>
          <w:i w:val="0"/>
          <w:color w:val="000000"/>
          <w:sz w:val="24"/>
        </w:rPr>
        <w:t>«Аба ве-Има смотрят вверх, во лоб АА»</w:t>
      </w:r>
      <w:r>
        <w:rPr>
          <w:rFonts w:ascii="Georgia" w:hAnsi="Georgia"/>
          <w:b w:val="0"/>
          <w:i w:val="0"/>
          <w:color w:val="000000"/>
          <w:sz w:val="24"/>
        </w:rPr>
        <w:t>, — то есть, как объяснено, свойство Гальгальты Аба ве-Има тоже включено в это соударение.</w:t>
      </w:r>
    </w:p>
    <w:p>
      <w:pPr>
        <w:spacing w:before="40" w:after="120"/>
        <w:jc w:val="both"/>
      </w:pPr>
      <w:r>
        <w:rPr>
          <w:rFonts w:ascii="Georgia" w:hAnsi="Georgia"/>
          <w:b w:val="0"/>
          <w:i w:val="0"/>
          <w:color w:val="000000"/>
          <w:sz w:val="24"/>
        </w:rPr>
        <w:t>Пойми же это очень глубоко, ибо невозможно распространяться здесь дальше, и эти темы будут расширены на своем месте с Б-жьей помощью.</w:t>
      </w:r>
    </w:p>
    <w:p>
      <w:r>
        <w:br w:type="page"/>
      </w:r>
    </w:p>
    <w:p>
      <w:pPr>
        <w:keepNext/>
        <w:spacing w:before="360" w:after="160"/>
        <w:jc w:val="center"/>
      </w:pPr>
      <w:r>
        <w:rPr>
          <w:rFonts w:ascii="Georgia" w:hAnsi="Georgia"/>
          <w:b w:val="0"/>
          <w:i w:val="0"/>
          <w:color w:val="000000"/>
          <w:sz w:val="40"/>
        </w:rPr>
        <w:t>Ветвь 83</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 xml:space="preserve">1) Теперь объясним заповедь отсылания матери из гнезда (шилуах а-кен): </w:t>
      </w:r>
      <w:r>
        <w:rPr>
          <w:rFonts w:ascii="Georgia" w:hAnsi="Georgia"/>
          <w:b w:val="0"/>
          <w:i/>
          <w:color w:val="000000"/>
          <w:sz w:val="24"/>
        </w:rPr>
        <w:t>«Если попадется [тебе] птичье гнездо…»</w:t>
      </w:r>
      <w:r>
        <w:rPr>
          <w:rFonts w:ascii="Georgia" w:hAnsi="Georgia"/>
          <w:b w:val="0"/>
          <w:i w:val="0"/>
          <w:color w:val="000000"/>
          <w:sz w:val="24"/>
        </w:rPr>
        <w:t xml:space="preserve"> (Дварим 22:6). Когда зивуг (ударное соединение) Аба ве-Има происходит в свойстве сидения на птенцах, как сказано выше, это указывает на слабость детей — ЗОН. Они слабы на уровне шести концов (ВАК), называемых «птенцами», еще малы и по-прежнему нуждаются в Има; и Има должна сидеть на них, чтобы оберегать их от внешних [сил]. Тогда и Аба опускается вместе с ней и склоняет свою голову вниз, как объяснялось выше. Ведь это не основной зивуг Аба ве-Има, а случайный зивуг, происходящий тогда, когда дети на ступени вскармливания (еника) нуждаются в Има. Поэтому мудрецы (ХАЗАЛЬ) сказали: </w:t>
      </w:r>
      <w:r>
        <w:rPr>
          <w:rFonts w:ascii="Georgia" w:hAnsi="Georgia"/>
          <w:b w:val="0"/>
          <w:i/>
          <w:color w:val="000000"/>
          <w:sz w:val="24"/>
        </w:rPr>
        <w:t>«Если попадется птичье гнездо»</w:t>
      </w:r>
      <w:r>
        <w:rPr>
          <w:rFonts w:ascii="Georgia" w:hAnsi="Georgia"/>
          <w:b w:val="0"/>
          <w:i w:val="0"/>
          <w:color w:val="000000"/>
          <w:sz w:val="24"/>
        </w:rPr>
        <w:t xml:space="preserve"> — «исключая то, что наготове», а также сказали, что [птенцы] должны «нуждаться в своей матери».</w:t>
      </w:r>
    </w:p>
    <w:p>
      <w:pPr>
        <w:spacing w:before="40" w:after="120"/>
        <w:jc w:val="both"/>
      </w:pPr>
      <w:r>
        <w:rPr>
          <w:rFonts w:ascii="Georgia" w:hAnsi="Georgia"/>
          <w:b w:val="0"/>
          <w:i w:val="0"/>
          <w:color w:val="000000"/>
          <w:sz w:val="24"/>
        </w:rPr>
        <w:t xml:space="preserve">2) А сказанное </w:t>
      </w:r>
      <w:r>
        <w:rPr>
          <w:rFonts w:ascii="Georgia" w:hAnsi="Georgia"/>
          <w:b w:val="0"/>
          <w:i/>
          <w:color w:val="000000"/>
          <w:sz w:val="24"/>
        </w:rPr>
        <w:t>«птичье гнездо»</w:t>
      </w:r>
      <w:r>
        <w:rPr>
          <w:rFonts w:ascii="Georgia" w:hAnsi="Georgia"/>
          <w:b w:val="0"/>
          <w:i w:val="0"/>
          <w:color w:val="000000"/>
          <w:sz w:val="24"/>
        </w:rPr>
        <w:t xml:space="preserve"> (</w:t>
      </w:r>
      <w:r>
        <w:rPr>
          <w:rFonts w:ascii="Georgia" w:hAnsi="Georgia" w:cs="Times New Roman"/>
          <w:b/>
          <w:i w:val="0"/>
          <w:color w:val="000000"/>
          <w:sz w:val="24"/>
          <w:rtl/>
          <w:szCs w:val="32"/>
        </w:rPr>
        <w:t>קַן צִפּוֹר</w:t>
      </w:r>
      <w:r>
        <w:rPr>
          <w:rFonts w:ascii="Georgia" w:hAnsi="Georgia"/>
          <w:b w:val="0"/>
          <w:i w:val="0"/>
          <w:color w:val="000000"/>
          <w:sz w:val="24"/>
        </w:rPr>
        <w:t>): суть здесь в том, как объяснялось выше. Когда их зивуг происходит наверху, при равной высоте их ступеней (кома), тогда у них есть 370 (</w:t>
      </w:r>
      <w:r>
        <w:rPr>
          <w:rFonts w:ascii="Georgia" w:hAnsi="Georgia" w:cs="Times New Roman"/>
          <w:b/>
          <w:i w:val="0"/>
          <w:color w:val="000000"/>
          <w:sz w:val="24"/>
          <w:rtl/>
          <w:szCs w:val="32"/>
        </w:rPr>
        <w:t>ש״ע</w:t>
      </w:r>
      <w:r>
        <w:rPr>
          <w:rFonts w:ascii="Georgia" w:hAnsi="Georgia"/>
          <w:b w:val="0"/>
          <w:i w:val="0"/>
          <w:color w:val="000000"/>
          <w:sz w:val="24"/>
        </w:rPr>
        <w:t xml:space="preserve">) светов — по числу слова </w:t>
      </w:r>
      <w:r>
        <w:rPr>
          <w:rFonts w:ascii="Georgia" w:hAnsi="Georgia"/>
          <w:b w:val="0"/>
          <w:i/>
          <w:color w:val="000000"/>
          <w:sz w:val="24"/>
        </w:rPr>
        <w:t>ципор</w:t>
      </w:r>
      <w:r>
        <w:rPr>
          <w:rFonts w:ascii="Georgia" w:hAnsi="Georgia"/>
          <w:b w:val="0"/>
          <w:i w:val="0"/>
          <w:color w:val="000000"/>
          <w:sz w:val="24"/>
        </w:rPr>
        <w:t xml:space="preserve"> (</w:t>
      </w:r>
      <w:r>
        <w:rPr>
          <w:rFonts w:ascii="Georgia" w:hAnsi="Georgia" w:cs="Times New Roman"/>
          <w:b/>
          <w:i w:val="0"/>
          <w:color w:val="000000"/>
          <w:sz w:val="24"/>
          <w:rtl/>
          <w:szCs w:val="32"/>
        </w:rPr>
        <w:t>צִפּוֹר</w:t>
      </w:r>
      <w:r>
        <w:rPr>
          <w:rFonts w:ascii="Georgia" w:hAnsi="Georgia"/>
          <w:b w:val="0"/>
          <w:i w:val="0"/>
          <w:color w:val="000000"/>
          <w:sz w:val="24"/>
        </w:rPr>
        <w:t xml:space="preserve">), как сказано выше. Когда же происходит этот случайный зивуг, являющийся нижним, тогда у Има есть лишь 150 светов из всех светов слова </w:t>
      </w:r>
      <w:r>
        <w:rPr>
          <w:rFonts w:ascii="Georgia" w:hAnsi="Georgia"/>
          <w:b w:val="0"/>
          <w:i/>
          <w:color w:val="000000"/>
          <w:sz w:val="24"/>
        </w:rPr>
        <w:t>ципор</w:t>
      </w:r>
      <w:r>
        <w:rPr>
          <w:rFonts w:ascii="Georgia" w:hAnsi="Georgia"/>
          <w:b w:val="0"/>
          <w:i w:val="0"/>
          <w:color w:val="000000"/>
          <w:sz w:val="24"/>
        </w:rPr>
        <w:t>, то есть из упомянутых 370 светов. И все это было подробно разъяснено выше, при рассмотрении 370 светов Арих Анпина (АА), смотри там.</w:t>
      </w:r>
    </w:p>
    <w:p>
      <w:pPr>
        <w:spacing w:before="40" w:after="120"/>
        <w:jc w:val="both"/>
      </w:pPr>
      <w:r>
        <w:rPr>
          <w:rFonts w:ascii="Georgia" w:hAnsi="Georgia"/>
          <w:b w:val="0"/>
          <w:i w:val="0"/>
          <w:color w:val="000000"/>
          <w:sz w:val="24"/>
        </w:rPr>
        <w:t>3) Вкратце же суть в следующем: мы уже объясняли выше, что 370 светов — это девять сфирот, каждая из которых включает в себя 41 (</w:t>
      </w:r>
      <w:r>
        <w:rPr>
          <w:rFonts w:ascii="Georgia" w:hAnsi="Georgia" w:cs="Times New Roman"/>
          <w:b/>
          <w:i w:val="0"/>
          <w:color w:val="000000"/>
          <w:sz w:val="24"/>
          <w:rtl/>
          <w:szCs w:val="32"/>
        </w:rPr>
        <w:t>מ״א</w:t>
      </w:r>
      <w:r>
        <w:rPr>
          <w:rFonts w:ascii="Georgia" w:hAnsi="Georgia"/>
          <w:b w:val="0"/>
          <w:i w:val="0"/>
          <w:color w:val="000000"/>
          <w:sz w:val="24"/>
        </w:rPr>
        <w:t>) врата. И потому, когда происходит зивуг высших Аба ве-Има, находящихся паним бе-паним и равных по высоте, они созерцают лоб (мэцах) де-АА, где свойство Есод де-Атик облачено внутрь Даат де-Атик, а Даат — внутрь мэцах де-АА, и все это представляет собой зивуг. Оттуда нисходит зивуг горла и нёба, которые суть гортанные буквы алеф, хэт, айн, хэй (</w:t>
      </w:r>
      <w:r>
        <w:rPr>
          <w:rFonts w:ascii="Georgia" w:hAnsi="Georgia" w:cs="Times New Roman"/>
          <w:b/>
          <w:i w:val="0"/>
          <w:color w:val="000000"/>
          <w:sz w:val="24"/>
          <w:rtl/>
          <w:szCs w:val="32"/>
        </w:rPr>
        <w:t>אחע״ה</w:t>
      </w:r>
      <w:r>
        <w:rPr>
          <w:rFonts w:ascii="Georgia" w:hAnsi="Georgia"/>
          <w:b w:val="0"/>
          <w:i w:val="0"/>
          <w:color w:val="000000"/>
          <w:sz w:val="24"/>
        </w:rPr>
        <w:t>), дважды по 42 (</w:t>
      </w:r>
      <w:r>
        <w:rPr>
          <w:rFonts w:ascii="Georgia" w:hAnsi="Georgia" w:cs="Times New Roman"/>
          <w:b/>
          <w:i w:val="0"/>
          <w:color w:val="000000"/>
          <w:sz w:val="24"/>
          <w:rtl/>
          <w:szCs w:val="32"/>
        </w:rPr>
        <w:t>ב״פ מ״ב</w:t>
      </w:r>
      <w:r>
        <w:rPr>
          <w:rFonts w:ascii="Georgia" w:hAnsi="Georgia"/>
          <w:b w:val="0"/>
          <w:i w:val="0"/>
          <w:color w:val="000000"/>
          <w:sz w:val="24"/>
        </w:rPr>
        <w:t>) для Аба ве-Има; и там их Кетеры облачают горло де-АА. Оттуда нисходит высший зивуг Аба ве-Има, и тогда высота Има составляет девять сфирот, каждая из которых включает в себя 41, что дает 370 мириад [светов].</w:t>
      </w:r>
    </w:p>
    <w:p>
      <w:pPr>
        <w:spacing w:before="40" w:after="120"/>
        <w:jc w:val="both"/>
      </w:pPr>
      <w:r>
        <w:rPr>
          <w:rFonts w:ascii="Georgia" w:hAnsi="Georgia"/>
          <w:b w:val="0"/>
          <w:i w:val="0"/>
          <w:color w:val="000000"/>
          <w:sz w:val="24"/>
        </w:rPr>
        <w:t>4) Однако когда Има смотрит на лик де-АА, ее высота укорочена: лишь от груди (хазе) де-Аба и ниже, до завершения (соф) его НЕХИ. Это три сфиры, каждая из которых включает в себя 41, что составляет 123 (</w:t>
      </w:r>
      <w:r>
        <w:rPr>
          <w:rFonts w:ascii="Georgia" w:hAnsi="Georgia" w:cs="Times New Roman"/>
          <w:b/>
          <w:i w:val="0"/>
          <w:color w:val="000000"/>
          <w:sz w:val="24"/>
          <w:rtl/>
          <w:szCs w:val="32"/>
        </w:rPr>
        <w:t>קכ״ג</w:t>
      </w:r>
      <w:r>
        <w:rPr>
          <w:rFonts w:ascii="Georgia" w:hAnsi="Georgia"/>
          <w:b w:val="0"/>
          <w:i w:val="0"/>
          <w:color w:val="000000"/>
          <w:sz w:val="24"/>
        </w:rPr>
        <w:t>). А две трети Тиферет — это 27 (</w:t>
      </w:r>
      <w:r>
        <w:rPr>
          <w:rFonts w:ascii="Georgia" w:hAnsi="Georgia" w:cs="Times New Roman"/>
          <w:b/>
          <w:i w:val="0"/>
          <w:color w:val="000000"/>
          <w:sz w:val="24"/>
          <w:rtl/>
          <w:szCs w:val="32"/>
        </w:rPr>
        <w:t>כ״ז</w:t>
      </w:r>
      <w:r>
        <w:rPr>
          <w:rFonts w:ascii="Georgia" w:hAnsi="Georgia"/>
          <w:b w:val="0"/>
          <w:i w:val="0"/>
          <w:color w:val="000000"/>
          <w:sz w:val="24"/>
        </w:rPr>
        <w:t>), и вместе со 123 это составляет ровно 150 (</w:t>
      </w:r>
      <w:r>
        <w:rPr>
          <w:rFonts w:ascii="Georgia" w:hAnsi="Georgia" w:cs="Times New Roman"/>
          <w:b/>
          <w:i w:val="0"/>
          <w:color w:val="000000"/>
          <w:sz w:val="24"/>
          <w:rtl/>
          <w:szCs w:val="32"/>
        </w:rPr>
        <w:t>ק״ן</w:t>
      </w:r>
      <w:r>
        <w:rPr>
          <w:rFonts w:ascii="Georgia" w:hAnsi="Georgia"/>
          <w:b w:val="0"/>
          <w:i w:val="0"/>
          <w:color w:val="000000"/>
          <w:sz w:val="24"/>
        </w:rPr>
        <w:t xml:space="preserve">) мириад. И в этом тайна слов </w:t>
      </w:r>
      <w:r>
        <w:rPr>
          <w:rFonts w:ascii="Georgia" w:hAnsi="Georgia"/>
          <w:b w:val="0"/>
          <w:i/>
          <w:color w:val="000000"/>
          <w:sz w:val="24"/>
        </w:rPr>
        <w:t>«птичье гнездо»</w:t>
      </w:r>
      <w:r>
        <w:rPr>
          <w:rFonts w:ascii="Georgia" w:hAnsi="Georgia"/>
          <w:b w:val="0"/>
          <w:i w:val="0"/>
          <w:color w:val="000000"/>
          <w:sz w:val="24"/>
        </w:rPr>
        <w:t xml:space="preserve">: в этом случайном зивуге у нее есть лишь 150 мириад светов из 370, составляющих гематрию слова </w:t>
      </w:r>
      <w:r>
        <w:rPr>
          <w:rFonts w:ascii="Georgia" w:hAnsi="Georgia"/>
          <w:b w:val="0"/>
          <w:i/>
          <w:color w:val="000000"/>
          <w:sz w:val="24"/>
        </w:rPr>
        <w:t>ципор</w:t>
      </w:r>
      <w:r>
        <w:rPr>
          <w:rFonts w:ascii="Georgia" w:hAnsi="Georgia"/>
          <w:b w:val="0"/>
          <w:i w:val="0"/>
          <w:color w:val="000000"/>
          <w:sz w:val="24"/>
        </w:rPr>
        <w:t>, с учетом свойства самих ликов (анпин), образующих букву вав (</w:t>
      </w:r>
      <w:r>
        <w:rPr>
          <w:rFonts w:ascii="Georgia" w:hAnsi="Georgia" w:cs="Times New Roman"/>
          <w:b/>
          <w:i w:val="0"/>
          <w:color w:val="000000"/>
          <w:sz w:val="24"/>
          <w:rtl/>
          <w:szCs w:val="32"/>
        </w:rPr>
        <w:t>ו</w:t>
      </w:r>
      <w:r>
        <w:rPr>
          <w:rFonts w:ascii="Georgia" w:hAnsi="Georgia"/>
          <w:b w:val="0"/>
          <w:i w:val="0"/>
          <w:color w:val="000000"/>
          <w:sz w:val="24"/>
        </w:rPr>
        <w:t xml:space="preserve"> = 6) слова </w:t>
      </w:r>
      <w:r>
        <w:rPr>
          <w:rFonts w:ascii="Georgia" w:hAnsi="Georgia"/>
          <w:b w:val="0"/>
          <w:i/>
          <w:color w:val="000000"/>
          <w:sz w:val="24"/>
        </w:rPr>
        <w:t>ципор</w:t>
      </w:r>
      <w:r>
        <w:rPr>
          <w:rFonts w:ascii="Georgia" w:hAnsi="Georgia"/>
          <w:b w:val="0"/>
          <w:i w:val="0"/>
          <w:color w:val="000000"/>
          <w:sz w:val="24"/>
        </w:rPr>
        <w:t>, как сказано выше. И все это происходит с Има, поскольку она опускается вниз, в отличие от Аба.</w:t>
      </w:r>
    </w:p>
    <w:p>
      <w:pPr>
        <w:spacing w:before="40" w:after="120"/>
        <w:jc w:val="both"/>
      </w:pPr>
      <w:r>
        <w:rPr>
          <w:rFonts w:ascii="Georgia" w:hAnsi="Georgia"/>
          <w:b w:val="0"/>
          <w:i w:val="0"/>
          <w:color w:val="000000"/>
          <w:sz w:val="24"/>
        </w:rPr>
        <w:t xml:space="preserve">5) А то, что этот зивуг назван </w:t>
      </w:r>
      <w:r>
        <w:rPr>
          <w:rFonts w:ascii="Georgia" w:hAnsi="Georgia"/>
          <w:b w:val="0"/>
          <w:i/>
          <w:color w:val="000000"/>
          <w:sz w:val="24"/>
        </w:rPr>
        <w:t>«птичьим гнездом»</w:t>
      </w:r>
      <w:r>
        <w:rPr>
          <w:rFonts w:ascii="Georgia" w:hAnsi="Georgia"/>
          <w:b w:val="0"/>
          <w:i w:val="0"/>
          <w:color w:val="000000"/>
          <w:sz w:val="24"/>
        </w:rPr>
        <w:t xml:space="preserve"> со словом «гнездо» (</w:t>
      </w:r>
      <w:r>
        <w:rPr>
          <w:rFonts w:ascii="Georgia" w:hAnsi="Georgia"/>
          <w:b w:val="0"/>
          <w:i/>
          <w:color w:val="000000"/>
          <w:sz w:val="24"/>
        </w:rPr>
        <w:t>кен</w:t>
      </w:r>
      <w:r>
        <w:rPr>
          <w:rFonts w:ascii="Georgia" w:hAnsi="Georgia"/>
          <w:b w:val="0"/>
          <w:i w:val="0"/>
          <w:color w:val="000000"/>
          <w:sz w:val="24"/>
        </w:rPr>
        <w:t>), означает: сейчас, при этом зивуге, [Има] зовется «гнездящаяся над птенцами» (</w:t>
      </w:r>
      <w:r>
        <w:rPr>
          <w:rFonts w:ascii="Georgia" w:hAnsi="Georgia"/>
          <w:b w:val="0"/>
          <w:i/>
          <w:color w:val="000000"/>
          <w:sz w:val="24"/>
        </w:rPr>
        <w:t>меканена аль банин</w:t>
      </w:r>
      <w:r>
        <w:rPr>
          <w:rFonts w:ascii="Georgia" w:hAnsi="Georgia"/>
          <w:b w:val="0"/>
          <w:i w:val="0"/>
          <w:color w:val="000000"/>
          <w:sz w:val="24"/>
        </w:rPr>
        <w:t xml:space="preserve">, </w:t>
      </w:r>
      <w:r>
        <w:rPr>
          <w:rFonts w:ascii="Georgia" w:hAnsi="Georgia" w:cs="Times New Roman"/>
          <w:b/>
          <w:i w:val="0"/>
          <w:color w:val="000000"/>
          <w:sz w:val="24"/>
          <w:rtl/>
          <w:szCs w:val="32"/>
        </w:rPr>
        <w:t>מְקַנְּנָא עַל בְּנִין</w:t>
      </w:r>
      <w:r>
        <w:rPr>
          <w:rFonts w:ascii="Georgia" w:hAnsi="Georgia"/>
          <w:b w:val="0"/>
          <w:i w:val="0"/>
          <w:color w:val="000000"/>
          <w:sz w:val="24"/>
        </w:rPr>
        <w:t>). Ведь сын, то есть Зеир Анпин (ЗА), называется птицей (</w:t>
      </w:r>
      <w:r>
        <w:rPr>
          <w:rFonts w:ascii="Georgia" w:hAnsi="Georgia"/>
          <w:b w:val="0"/>
          <w:i/>
          <w:color w:val="000000"/>
          <w:sz w:val="24"/>
        </w:rPr>
        <w:t>ципор</w:t>
      </w:r>
      <w:r>
        <w:rPr>
          <w:rFonts w:ascii="Georgia" w:hAnsi="Georgia"/>
          <w:b w:val="0"/>
          <w:i w:val="0"/>
          <w:color w:val="000000"/>
          <w:sz w:val="24"/>
        </w:rPr>
        <w:t>), а она вьет гнездо над ним и становится «птичьим гнездом» (</w:t>
      </w:r>
      <w:r>
        <w:rPr>
          <w:rFonts w:ascii="Georgia" w:hAnsi="Georgia"/>
          <w:b w:val="0"/>
          <w:i/>
          <w:color w:val="000000"/>
          <w:sz w:val="24"/>
        </w:rPr>
        <w:t>кен ципор</w:t>
      </w:r>
      <w:r>
        <w:rPr>
          <w:rFonts w:ascii="Georgia" w:hAnsi="Georgia"/>
          <w:b w:val="0"/>
          <w:i w:val="0"/>
          <w:color w:val="000000"/>
          <w:sz w:val="24"/>
        </w:rPr>
        <w:t>). Поэтому в «Тиккуней Зоар» сказано не «Има сидит над сыновьями» (</w:t>
      </w:r>
      <w:r>
        <w:rPr>
          <w:rFonts w:ascii="Georgia" w:hAnsi="Georgia"/>
          <w:b w:val="0"/>
          <w:i/>
          <w:color w:val="000000"/>
          <w:sz w:val="24"/>
        </w:rPr>
        <w:t>ятва аль банин</w:t>
      </w:r>
      <w:r>
        <w:rPr>
          <w:rFonts w:ascii="Georgia" w:hAnsi="Georgia"/>
          <w:b w:val="0"/>
          <w:i w:val="0"/>
          <w:color w:val="000000"/>
          <w:sz w:val="24"/>
        </w:rPr>
        <w:t xml:space="preserve">, </w:t>
      </w:r>
      <w:r>
        <w:rPr>
          <w:rFonts w:ascii="Georgia" w:hAnsi="Georgia" w:cs="Times New Roman"/>
          <w:b/>
          <w:i w:val="0"/>
          <w:color w:val="000000"/>
          <w:sz w:val="24"/>
          <w:rtl/>
          <w:szCs w:val="32"/>
        </w:rPr>
        <w:t>יָתְבָא עַל בְּנִין</w:t>
      </w:r>
      <w:r>
        <w:rPr>
          <w:rFonts w:ascii="Georgia" w:hAnsi="Georgia"/>
          <w:b w:val="0"/>
          <w:i w:val="0"/>
          <w:color w:val="000000"/>
          <w:sz w:val="24"/>
        </w:rPr>
        <w:t>), а именно «вьет гнездо над сыновьями» (</w:t>
      </w:r>
      <w:r>
        <w:rPr>
          <w:rFonts w:ascii="Georgia" w:hAnsi="Georgia"/>
          <w:b w:val="0"/>
          <w:i/>
          <w:color w:val="000000"/>
          <w:sz w:val="24"/>
        </w:rPr>
        <w:t>меканена аль банин</w:t>
      </w:r>
      <w:r>
        <w:rPr>
          <w:rFonts w:ascii="Georgia" w:hAnsi="Georgia"/>
          <w:b w:val="0"/>
          <w:i w:val="0"/>
          <w:color w:val="000000"/>
          <w:sz w:val="24"/>
        </w:rPr>
        <w:t>). Ведь выражение «гнездование» (</w:t>
      </w:r>
      <w:r>
        <w:rPr>
          <w:rFonts w:ascii="Georgia" w:hAnsi="Georgia"/>
          <w:b w:val="0"/>
          <w:i/>
          <w:color w:val="000000"/>
          <w:sz w:val="24"/>
        </w:rPr>
        <w:t>кинун</w:t>
      </w:r>
      <w:r>
        <w:rPr>
          <w:rFonts w:ascii="Georgia" w:hAnsi="Georgia"/>
          <w:b w:val="0"/>
          <w:i w:val="0"/>
          <w:color w:val="000000"/>
          <w:sz w:val="24"/>
        </w:rPr>
        <w:t>) указывает на зивуг, в который она вступает тогда с Аба, будучи «матерью над детьми», — то есть на этот упомянутый второй зивуг, называемый случайным и временным.</w:t>
      </w:r>
    </w:p>
    <w:p>
      <w:pPr>
        <w:spacing w:before="40" w:after="120"/>
        <w:jc w:val="both"/>
      </w:pPr>
      <w:r>
        <w:rPr>
          <w:rFonts w:ascii="Georgia" w:hAnsi="Georgia"/>
          <w:b w:val="0"/>
          <w:i w:val="0"/>
          <w:color w:val="000000"/>
          <w:sz w:val="24"/>
        </w:rPr>
        <w:t xml:space="preserve">6) А сказанное </w:t>
      </w:r>
      <w:r>
        <w:rPr>
          <w:rFonts w:ascii="Georgia" w:hAnsi="Georgia"/>
          <w:b w:val="0"/>
          <w:i/>
          <w:color w:val="000000"/>
          <w:sz w:val="24"/>
        </w:rPr>
        <w:t>«перед тобою»</w:t>
      </w:r>
      <w:r>
        <w:rPr>
          <w:rFonts w:ascii="Georgia" w:hAnsi="Georgia"/>
          <w:b w:val="0"/>
          <w:i w:val="0"/>
          <w:color w:val="000000"/>
          <w:sz w:val="24"/>
        </w:rPr>
        <w:t xml:space="preserve"> (</w:t>
      </w:r>
      <w:r>
        <w:rPr>
          <w:rFonts w:ascii="Georgia" w:hAnsi="Georgia"/>
          <w:b w:val="0"/>
          <w:i/>
          <w:color w:val="000000"/>
          <w:sz w:val="24"/>
        </w:rPr>
        <w:t>лефанеха</w:t>
      </w:r>
      <w:r>
        <w:rPr>
          <w:rFonts w:ascii="Georgia" w:hAnsi="Georgia"/>
          <w:b w:val="0"/>
          <w:i w:val="0"/>
          <w:color w:val="000000"/>
          <w:sz w:val="24"/>
        </w:rPr>
        <w:t xml:space="preserve">, </w:t>
      </w:r>
      <w:r>
        <w:rPr>
          <w:rFonts w:ascii="Georgia" w:hAnsi="Georgia" w:cs="Times New Roman"/>
          <w:b/>
          <w:i w:val="0"/>
          <w:color w:val="000000"/>
          <w:sz w:val="24"/>
          <w:rtl/>
          <w:szCs w:val="32"/>
        </w:rPr>
        <w:t>לְפָנֶיךָ</w:t>
      </w:r>
      <w:r>
        <w:rPr>
          <w:rFonts w:ascii="Georgia" w:hAnsi="Georgia"/>
          <w:b w:val="0"/>
          <w:i w:val="0"/>
          <w:color w:val="000000"/>
          <w:sz w:val="24"/>
        </w:rPr>
        <w:t>) объясняется тем, что существует различие между выражениями «от лица твоего» (</w:t>
      </w:r>
      <w:r>
        <w:rPr>
          <w:rFonts w:ascii="Georgia" w:hAnsi="Georgia"/>
          <w:b w:val="0"/>
          <w:i/>
          <w:color w:val="000000"/>
          <w:sz w:val="24"/>
        </w:rPr>
        <w:t>ми-лефанеха</w:t>
      </w:r>
      <w:r>
        <w:rPr>
          <w:rFonts w:ascii="Georgia" w:hAnsi="Georgia"/>
          <w:b w:val="0"/>
          <w:i w:val="0"/>
          <w:color w:val="000000"/>
          <w:sz w:val="24"/>
        </w:rPr>
        <w:t xml:space="preserve">, </w:t>
      </w:r>
      <w:r>
        <w:rPr>
          <w:rFonts w:ascii="Georgia" w:hAnsi="Georgia" w:cs="Times New Roman"/>
          <w:b/>
          <w:i w:val="0"/>
          <w:color w:val="000000"/>
          <w:sz w:val="24"/>
          <w:rtl/>
          <w:szCs w:val="32"/>
        </w:rPr>
        <w:t>מִלְּפָנֶיךָ</w:t>
      </w:r>
      <w:r>
        <w:rPr>
          <w:rFonts w:ascii="Georgia" w:hAnsi="Georgia"/>
          <w:b w:val="0"/>
          <w:i w:val="0"/>
          <w:color w:val="000000"/>
          <w:sz w:val="24"/>
        </w:rPr>
        <w:t>) и «перед тобою» (</w:t>
      </w:r>
      <w:r>
        <w:rPr>
          <w:rFonts w:ascii="Georgia" w:hAnsi="Georgia"/>
          <w:b w:val="0"/>
          <w:i/>
          <w:color w:val="000000"/>
          <w:sz w:val="24"/>
        </w:rPr>
        <w:t>лефанеха</w:t>
      </w:r>
      <w:r>
        <w:rPr>
          <w:rFonts w:ascii="Georgia" w:hAnsi="Georgia"/>
          <w:b w:val="0"/>
          <w:i w:val="0"/>
          <w:color w:val="000000"/>
          <w:sz w:val="24"/>
        </w:rPr>
        <w:t xml:space="preserve">). Ведь Бина называется «от лица АВАЯ», будучи более внутренним свойством, чем АВАЯ; Малхут же называется «пред АВАЯ», находясь перед Тиферет. И поэтому сказано: </w:t>
      </w:r>
      <w:r>
        <w:rPr>
          <w:rFonts w:ascii="Georgia" w:hAnsi="Georgia"/>
          <w:b w:val="0"/>
          <w:i/>
          <w:color w:val="000000"/>
          <w:sz w:val="24"/>
        </w:rPr>
        <w:t>«перед тобою»</w:t>
      </w:r>
      <w:r>
        <w:rPr>
          <w:rFonts w:ascii="Georgia" w:hAnsi="Georgia"/>
          <w:b w:val="0"/>
          <w:i w:val="0"/>
          <w:color w:val="000000"/>
          <w:sz w:val="24"/>
        </w:rPr>
        <w:t xml:space="preserve">, ведь сейчас, при этом зивуге, Има опускается вниз и облачается в ЗА, и потому зовется </w:t>
      </w:r>
      <w:r>
        <w:rPr>
          <w:rFonts w:ascii="Georgia" w:hAnsi="Georgia"/>
          <w:b w:val="0"/>
          <w:i/>
          <w:color w:val="000000"/>
          <w:sz w:val="24"/>
        </w:rPr>
        <w:t>«перед тобою»</w:t>
      </w:r>
      <w:r>
        <w:rPr>
          <w:rFonts w:ascii="Georgia" w:hAnsi="Georgia"/>
          <w:b w:val="0"/>
          <w:i w:val="0"/>
          <w:color w:val="000000"/>
          <w:sz w:val="24"/>
        </w:rPr>
        <w:t>, а не «от лица твоего».</w:t>
      </w:r>
    </w:p>
    <w:p>
      <w:pPr>
        <w:spacing w:before="40" w:after="120"/>
        <w:jc w:val="both"/>
      </w:pPr>
      <w:r>
        <w:rPr>
          <w:rFonts w:ascii="Georgia" w:hAnsi="Georgia"/>
          <w:b w:val="0"/>
          <w:i w:val="0"/>
          <w:color w:val="000000"/>
          <w:sz w:val="24"/>
        </w:rPr>
        <w:t xml:space="preserve">7) А то, что сказано </w:t>
      </w:r>
      <w:r>
        <w:rPr>
          <w:rFonts w:ascii="Georgia" w:hAnsi="Georgia"/>
          <w:b w:val="0"/>
          <w:i/>
          <w:color w:val="000000"/>
          <w:sz w:val="24"/>
        </w:rPr>
        <w:t>«на дороге»</w:t>
      </w:r>
      <w:r>
        <w:rPr>
          <w:rFonts w:ascii="Georgia" w:hAnsi="Georgia"/>
          <w:b w:val="0"/>
          <w:i w:val="0"/>
          <w:color w:val="000000"/>
          <w:sz w:val="24"/>
        </w:rPr>
        <w:t>, намекает на упомянутое выше: ведь существуют два вида единения (ихуд) АВАЯ и ЭЛОКИМ. Первый состоит в том, что смысл зивуга Аба ве-Има всегда заключается в наделении мохин (светом разума) детей. Во время передачи мохин ЗОН называются АВАЯ–ЭЛОКИМ. Однако когда их зивуг происходит ахор бе-ахор, лишь один ЗА называется АВАЯ–ЭЛОКИМ, поскольку сначала эти мохин даются ему, а затем уже притягиваются к ней. Когда же они находятся лицом к лицу, [мохин] притягиваются к обоим вместе. И в этом тайна единения АВАЯ–ЭЛОКИМ везде.</w:t>
      </w:r>
    </w:p>
    <w:p>
      <w:pPr>
        <w:spacing w:before="40" w:after="120"/>
        <w:jc w:val="both"/>
      </w:pPr>
      <w:r>
        <w:rPr>
          <w:rFonts w:ascii="Georgia" w:hAnsi="Georgia"/>
          <w:b w:val="0"/>
          <w:i w:val="0"/>
          <w:color w:val="000000"/>
          <w:sz w:val="24"/>
        </w:rPr>
        <w:t>8) Второе же единение АВАЯ и ЭЛОКИМ также подобно сказанному выше: ведь в этом втором, нижнем зивуге Аба ве-Има есть два состояния. Либо когда [Има] опускается в ЗА, и тогда входит внутрь него, как сказано, а ее НЕХИ становятся для него светом разума (мохин); либо когда она опускается к Малхут, и тогда не входит внутрь нее, а остается сверху в виде окружающего света (ор макиф). Как объясняется у нас: когда Бина опускается [в другом варианте: подобно тому как опускается] к Малхут в тайне ручного тфилин (тфила шель яд), она остается [в другом варианте: благодаря тому, что остается] в качестве окружающего света, а НЕХИ самой сущности ЗА входят внутрь нее, в ее внутреннюю часть, чтобы стать для нее внутренними мохин.</w:t>
      </w:r>
    </w:p>
    <w:p>
      <w:pPr>
        <w:spacing w:before="40" w:after="120"/>
        <w:jc w:val="both"/>
      </w:pPr>
      <w:r>
        <w:rPr>
          <w:rFonts w:ascii="Georgia" w:hAnsi="Georgia"/>
          <w:b w:val="0"/>
          <w:i w:val="0"/>
          <w:color w:val="000000"/>
          <w:sz w:val="24"/>
        </w:rPr>
        <w:t xml:space="preserve">9) Когда она входит в ЗА, сам ЗА один называется АВАЯ–ЭЛОКИМ, поскольку он принимает всё, а затем уже передает ей ее мохин. Когда же она опускается над Малхут, не входя прямо внутрь них, тогда они оба вместе, ЗОН, зовутся АВАЯ–ЭЛОКИМ. Таким образом, существуют два вида единения АВАЯ–ЭЛОКИМ, присутствующие в этом втором, случайном зивуге. И в соответствии с ними сказано </w:t>
      </w:r>
      <w:r>
        <w:rPr>
          <w:rFonts w:ascii="Georgia" w:hAnsi="Georgia"/>
          <w:b w:val="0"/>
          <w:i/>
          <w:color w:val="000000"/>
          <w:sz w:val="24"/>
        </w:rPr>
        <w:t>«на дороге»</w:t>
      </w:r>
      <w:r>
        <w:rPr>
          <w:rFonts w:ascii="Georgia" w:hAnsi="Georgia"/>
          <w:b w:val="0"/>
          <w:i w:val="0"/>
          <w:color w:val="000000"/>
          <w:sz w:val="24"/>
        </w:rPr>
        <w:t xml:space="preserve"> (</w:t>
      </w:r>
      <w:r>
        <w:rPr>
          <w:rFonts w:ascii="Georgia" w:hAnsi="Georgia"/>
          <w:b w:val="0"/>
          <w:i/>
          <w:color w:val="000000"/>
          <w:sz w:val="24"/>
        </w:rPr>
        <w:t>ба-дерех</w:t>
      </w:r>
      <w:r>
        <w:rPr>
          <w:rFonts w:ascii="Georgia" w:hAnsi="Georgia"/>
          <w:b w:val="0"/>
          <w:i w:val="0"/>
          <w:color w:val="000000"/>
          <w:sz w:val="24"/>
        </w:rPr>
        <w:t xml:space="preserve">, </w:t>
      </w:r>
      <w:r>
        <w:rPr>
          <w:rFonts w:ascii="Georgia" w:hAnsi="Georgia" w:cs="Times New Roman"/>
          <w:b/>
          <w:i w:val="0"/>
          <w:color w:val="000000"/>
          <w:sz w:val="24"/>
          <w:rtl/>
          <w:szCs w:val="32"/>
        </w:rPr>
        <w:t>בַּדֶּרֶךְ</w:t>
      </w:r>
      <w:r>
        <w:rPr>
          <w:rFonts w:ascii="Georgia" w:hAnsi="Georgia"/>
          <w:b w:val="0"/>
          <w:i w:val="0"/>
          <w:color w:val="000000"/>
          <w:sz w:val="24"/>
        </w:rPr>
        <w:t>), что по гематрии равно двум упомянутым сочетаниям АВАЯ–ЭЛОКИМ.</w:t>
      </w:r>
    </w:p>
    <w:p>
      <w:pPr>
        <w:spacing w:before="40" w:after="120"/>
        <w:jc w:val="both"/>
      </w:pPr>
      <w:r>
        <w:rPr>
          <w:rFonts w:ascii="Georgia" w:hAnsi="Georgia"/>
          <w:b w:val="0"/>
          <w:i w:val="0"/>
          <w:color w:val="000000"/>
          <w:sz w:val="24"/>
        </w:rPr>
        <w:t xml:space="preserve">10) И Писание разъясняет эти два вида спуска Бины. Соответственно первому сказано: </w:t>
      </w:r>
      <w:r>
        <w:rPr>
          <w:rFonts w:ascii="Georgia" w:hAnsi="Georgia"/>
          <w:b w:val="0"/>
          <w:i/>
          <w:color w:val="000000"/>
          <w:sz w:val="24"/>
        </w:rPr>
        <w:t>«на каком-либо дереве»</w:t>
      </w:r>
      <w:r>
        <w:rPr>
          <w:rFonts w:ascii="Georgia" w:hAnsi="Georgia"/>
          <w:b w:val="0"/>
          <w:i w:val="0"/>
          <w:color w:val="000000"/>
          <w:sz w:val="24"/>
        </w:rPr>
        <w:t xml:space="preserve"> (</w:t>
      </w:r>
      <w:r>
        <w:rPr>
          <w:rFonts w:ascii="Georgia" w:hAnsi="Georgia"/>
          <w:b w:val="0"/>
          <w:i/>
          <w:color w:val="000000"/>
          <w:sz w:val="24"/>
        </w:rPr>
        <w:t>бе-холь эц</w:t>
      </w:r>
      <w:r>
        <w:rPr>
          <w:rFonts w:ascii="Georgia" w:hAnsi="Georgia"/>
          <w:b w:val="0"/>
          <w:i w:val="0"/>
          <w:color w:val="000000"/>
          <w:sz w:val="24"/>
        </w:rPr>
        <w:t xml:space="preserve">, </w:t>
      </w:r>
      <w:r>
        <w:rPr>
          <w:rFonts w:ascii="Georgia" w:hAnsi="Georgia" w:cs="Times New Roman"/>
          <w:b/>
          <w:i w:val="0"/>
          <w:color w:val="000000"/>
          <w:sz w:val="24"/>
          <w:rtl/>
          <w:szCs w:val="32"/>
        </w:rPr>
        <w:t>בְּכָל עֵץ</w:t>
      </w:r>
      <w:r>
        <w:rPr>
          <w:rFonts w:ascii="Georgia" w:hAnsi="Georgia"/>
          <w:b w:val="0"/>
          <w:i w:val="0"/>
          <w:color w:val="000000"/>
          <w:sz w:val="24"/>
        </w:rPr>
        <w:t xml:space="preserve">), поскольку ЗА называется деревом, и когда она спускается, то входит внутрь него — и это означает [предлог «в» выражения] </w:t>
      </w:r>
      <w:r>
        <w:rPr>
          <w:rFonts w:ascii="Georgia" w:hAnsi="Georgia"/>
          <w:b w:val="0"/>
          <w:i/>
          <w:color w:val="000000"/>
          <w:sz w:val="24"/>
        </w:rPr>
        <w:t>бе-холь эц</w:t>
      </w:r>
      <w:r>
        <w:rPr>
          <w:rFonts w:ascii="Georgia" w:hAnsi="Georgia"/>
          <w:b w:val="0"/>
          <w:i w:val="0"/>
          <w:color w:val="000000"/>
          <w:sz w:val="24"/>
        </w:rPr>
        <w:t xml:space="preserve">. А соответственно ее спуску к Нукве, которая называется землей, сказано: </w:t>
      </w:r>
      <w:r>
        <w:rPr>
          <w:rFonts w:ascii="Georgia" w:hAnsi="Georgia"/>
          <w:b w:val="0"/>
          <w:i/>
          <w:color w:val="000000"/>
          <w:sz w:val="24"/>
        </w:rPr>
        <w:t>«или на земле»</w:t>
      </w:r>
      <w:r>
        <w:rPr>
          <w:rFonts w:ascii="Georgia" w:hAnsi="Georgia"/>
          <w:b w:val="0"/>
          <w:i w:val="0"/>
          <w:color w:val="000000"/>
          <w:sz w:val="24"/>
        </w:rPr>
        <w:t xml:space="preserve"> (</w:t>
      </w:r>
      <w:r>
        <w:rPr>
          <w:rFonts w:ascii="Georgia" w:hAnsi="Georgia"/>
          <w:b w:val="0"/>
          <w:i/>
          <w:color w:val="000000"/>
          <w:sz w:val="24"/>
        </w:rPr>
        <w:t>о аль а-арец</w:t>
      </w:r>
      <w:r>
        <w:rPr>
          <w:rFonts w:ascii="Georgia" w:hAnsi="Georgia"/>
          <w:b w:val="0"/>
          <w:i w:val="0"/>
          <w:color w:val="000000"/>
          <w:sz w:val="24"/>
        </w:rPr>
        <w:t xml:space="preserve">, </w:t>
      </w:r>
      <w:r>
        <w:rPr>
          <w:rFonts w:ascii="Georgia" w:hAnsi="Georgia" w:cs="Times New Roman"/>
          <w:b/>
          <w:i w:val="0"/>
          <w:color w:val="000000"/>
          <w:sz w:val="24"/>
          <w:rtl/>
          <w:szCs w:val="32"/>
        </w:rPr>
        <w:t>אוֹ עַל הָאָרֶץ</w:t>
      </w:r>
      <w:r>
        <w:rPr>
          <w:rFonts w:ascii="Georgia" w:hAnsi="Georgia"/>
          <w:b w:val="0"/>
          <w:i w:val="0"/>
          <w:color w:val="000000"/>
          <w:sz w:val="24"/>
        </w:rPr>
        <w:t>), а не «в земле» — по указанной выше причине: ведь тогда она остается над ней в виде окружающего света и не входит прямо внутрь нее, как в ЗА.</w:t>
      </w:r>
    </w:p>
    <w:p>
      <w:pPr>
        <w:spacing w:before="40" w:after="120"/>
        <w:jc w:val="both"/>
      </w:pPr>
      <w:r>
        <w:rPr>
          <w:rFonts w:ascii="Georgia" w:hAnsi="Georgia"/>
          <w:b w:val="0"/>
          <w:i w:val="0"/>
          <w:color w:val="000000"/>
          <w:sz w:val="24"/>
        </w:rPr>
        <w:t xml:space="preserve">11) А то, что сказано </w:t>
      </w:r>
      <w:r>
        <w:rPr>
          <w:rFonts w:ascii="Georgia" w:hAnsi="Georgia"/>
          <w:b w:val="0"/>
          <w:i/>
          <w:color w:val="000000"/>
          <w:sz w:val="24"/>
        </w:rPr>
        <w:t>«на всяком дереве»</w:t>
      </w:r>
      <w:r>
        <w:rPr>
          <w:rFonts w:ascii="Georgia" w:hAnsi="Georgia"/>
          <w:b w:val="0"/>
          <w:i w:val="0"/>
          <w:color w:val="000000"/>
          <w:sz w:val="24"/>
        </w:rPr>
        <w:t>, а не просто «на дереве», объясняется следующим: когда она опускается к Малхут, у Малхут есть МАН (женские воды); но когда она опускается в ЗА, то для совершения с Аба этого второго зивуга необходимо, чтобы Есод де-ЗА, называемый «Все» (</w:t>
      </w:r>
      <w:r>
        <w:rPr>
          <w:rFonts w:ascii="Georgia" w:hAnsi="Georgia"/>
          <w:b w:val="0"/>
          <w:i/>
          <w:color w:val="000000"/>
          <w:sz w:val="24"/>
        </w:rPr>
        <w:t>коль</w:t>
      </w:r>
      <w:r>
        <w:rPr>
          <w:rFonts w:ascii="Georgia" w:hAnsi="Georgia"/>
          <w:b w:val="0"/>
          <w:i w:val="0"/>
          <w:color w:val="000000"/>
          <w:sz w:val="24"/>
        </w:rPr>
        <w:t xml:space="preserve">, </w:t>
      </w:r>
      <w:r>
        <w:rPr>
          <w:rFonts w:ascii="Georgia" w:hAnsi="Georgia" w:cs="Times New Roman"/>
          <w:b/>
          <w:i w:val="0"/>
          <w:color w:val="000000"/>
          <w:sz w:val="24"/>
          <w:rtl/>
          <w:szCs w:val="32"/>
        </w:rPr>
        <w:t>כֹּל</w:t>
      </w:r>
      <w:r>
        <w:rPr>
          <w:rFonts w:ascii="Georgia" w:hAnsi="Georgia"/>
          <w:b w:val="0"/>
          <w:i w:val="0"/>
          <w:color w:val="000000"/>
          <w:sz w:val="24"/>
        </w:rPr>
        <w:t xml:space="preserve">), поднялся в нее как МАН, чтобы она могла совершить зивуг с Аба, своим супругом. И то, что называлось </w:t>
      </w:r>
      <w:r>
        <w:rPr>
          <w:rFonts w:ascii="Georgia" w:hAnsi="Georgia"/>
          <w:b w:val="0"/>
          <w:i/>
          <w:color w:val="000000"/>
          <w:sz w:val="24"/>
        </w:rPr>
        <w:t>коль</w:t>
      </w:r>
      <w:r>
        <w:rPr>
          <w:rFonts w:ascii="Georgia" w:hAnsi="Georgia"/>
          <w:b w:val="0"/>
          <w:i w:val="0"/>
          <w:color w:val="000000"/>
          <w:sz w:val="24"/>
        </w:rPr>
        <w:t xml:space="preserve">, становится теперь свойством </w:t>
      </w:r>
      <w:r>
        <w:rPr>
          <w:rFonts w:ascii="Georgia" w:hAnsi="Georgia"/>
          <w:b w:val="0"/>
          <w:i/>
          <w:color w:val="000000"/>
          <w:sz w:val="24"/>
        </w:rPr>
        <w:t>бе-холь</w:t>
      </w:r>
      <w:r>
        <w:rPr>
          <w:rFonts w:ascii="Georgia" w:hAnsi="Georgia"/>
          <w:b w:val="0"/>
          <w:i w:val="0"/>
          <w:color w:val="000000"/>
          <w:sz w:val="24"/>
        </w:rPr>
        <w:t xml:space="preserve"> (</w:t>
      </w:r>
      <w:r>
        <w:rPr>
          <w:rFonts w:ascii="Georgia" w:hAnsi="Georgia" w:cs="Times New Roman"/>
          <w:b/>
          <w:i w:val="0"/>
          <w:color w:val="000000"/>
          <w:sz w:val="24"/>
          <w:rtl/>
          <w:szCs w:val="32"/>
        </w:rPr>
        <w:t>בְּכָל</w:t>
      </w:r>
      <w:r>
        <w:rPr>
          <w:rFonts w:ascii="Georgia" w:hAnsi="Georgia"/>
          <w:b w:val="0"/>
          <w:i w:val="0"/>
          <w:color w:val="000000"/>
          <w:sz w:val="24"/>
        </w:rPr>
        <w:t xml:space="preserve"> = 52), что по гематрии равно имени БОН с наполнением буквами хэй (</w:t>
      </w:r>
      <w:r>
        <w:rPr>
          <w:rFonts w:ascii="Georgia" w:hAnsi="Georgia" w:cs="Times New Roman"/>
          <w:b/>
          <w:i w:val="0"/>
          <w:color w:val="000000"/>
          <w:sz w:val="24"/>
          <w:rtl/>
          <w:szCs w:val="32"/>
        </w:rPr>
        <w:t>ב״ן דההי״ן</w:t>
      </w:r>
      <w:r>
        <w:rPr>
          <w:rFonts w:ascii="Georgia" w:hAnsi="Georgia"/>
          <w:b w:val="0"/>
          <w:i w:val="0"/>
          <w:color w:val="000000"/>
          <w:sz w:val="24"/>
        </w:rPr>
        <w:t xml:space="preserve"> = 52), являющемуся МАН, как известно.</w:t>
      </w:r>
    </w:p>
    <w:p>
      <w:pPr>
        <w:spacing w:before="40" w:after="120"/>
        <w:jc w:val="both"/>
      </w:pPr>
      <w:r>
        <w:rPr>
          <w:rFonts w:ascii="Georgia" w:hAnsi="Georgia"/>
          <w:b w:val="0"/>
          <w:i w:val="0"/>
          <w:color w:val="000000"/>
          <w:sz w:val="24"/>
        </w:rPr>
        <w:t xml:space="preserve">12) А сказанное </w:t>
      </w:r>
      <w:r>
        <w:rPr>
          <w:rFonts w:ascii="Georgia" w:hAnsi="Georgia"/>
          <w:b w:val="0"/>
          <w:i/>
          <w:color w:val="000000"/>
          <w:sz w:val="24"/>
        </w:rPr>
        <w:t>«птенцы или яйца»</w:t>
      </w:r>
      <w:r>
        <w:rPr>
          <w:rFonts w:ascii="Georgia" w:hAnsi="Georgia"/>
          <w:b w:val="0"/>
          <w:i w:val="0"/>
          <w:color w:val="000000"/>
          <w:sz w:val="24"/>
        </w:rPr>
        <w:t xml:space="preserve"> намекает на упомянутое выше. Смысл высшего зивуга Аба ве-Има, когда они наверху равны по высоте, состоит в том, чтобы дать мохин де-гадлут (свет разума взрослого состояния) для ЗОН де-Ацилут. Благодаря этому свечению мохин де-гадлут даются также Аба де-Брия, у которого есть лишь шесть концов (ВАК), как известно из соответствующего места, а теперь будут и мохин. Когда же зивуг является нижним, в свойстве сидения на птенцах, когда они не равны по высоте, он предназначен лишь для передачи мохин де-еника (света вскармливания) для ЗОН де-Ацилут. И тогда в нем есть два состояния: либо когда она спускается в ЗА, либо когда спускается в Нукву. Соответственно спуску в ЗА сказано: </w:t>
      </w:r>
      <w:r>
        <w:rPr>
          <w:rFonts w:ascii="Georgia" w:hAnsi="Georgia"/>
          <w:b w:val="0"/>
          <w:i/>
          <w:color w:val="000000"/>
          <w:sz w:val="24"/>
        </w:rPr>
        <w:t>«птенцы»</w:t>
      </w:r>
      <w:r>
        <w:rPr>
          <w:rFonts w:ascii="Georgia" w:hAnsi="Georgia"/>
          <w:b w:val="0"/>
          <w:i w:val="0"/>
          <w:color w:val="000000"/>
          <w:sz w:val="24"/>
        </w:rPr>
        <w:t xml:space="preserve"> (</w:t>
      </w:r>
      <w:r>
        <w:rPr>
          <w:rFonts w:ascii="Georgia" w:hAnsi="Georgia"/>
          <w:b w:val="0"/>
          <w:i/>
          <w:color w:val="000000"/>
          <w:sz w:val="24"/>
        </w:rPr>
        <w:t>эфрохим</w:t>
      </w:r>
      <w:r>
        <w:rPr>
          <w:rFonts w:ascii="Georgia" w:hAnsi="Georgia"/>
          <w:b w:val="0"/>
          <w:i w:val="0"/>
          <w:color w:val="000000"/>
          <w:sz w:val="24"/>
        </w:rPr>
        <w:t xml:space="preserve">, </w:t>
      </w:r>
      <w:r>
        <w:rPr>
          <w:rFonts w:ascii="Georgia" w:hAnsi="Georgia" w:cs="Times New Roman"/>
          <w:b/>
          <w:i w:val="0"/>
          <w:color w:val="000000"/>
          <w:sz w:val="24"/>
          <w:rtl/>
          <w:szCs w:val="32"/>
        </w:rPr>
        <w:t>אֶפְרוֹחִים</w:t>
      </w:r>
      <w:r>
        <w:rPr>
          <w:rFonts w:ascii="Georgia" w:hAnsi="Georgia"/>
          <w:b w:val="0"/>
          <w:i w:val="0"/>
          <w:color w:val="000000"/>
          <w:sz w:val="24"/>
        </w:rPr>
        <w:t>), ведь тогда ЗА пребывает в тайне птенцов, представляя собой шесть концов без мохин де-гадлут, однако «у него есть крылья» (</w:t>
      </w:r>
      <w:r>
        <w:rPr>
          <w:rFonts w:ascii="Georgia" w:hAnsi="Georgia"/>
          <w:b w:val="0"/>
          <w:i/>
          <w:color w:val="000000"/>
          <w:sz w:val="24"/>
        </w:rPr>
        <w:t>ит лей гадфин</w:t>
      </w:r>
      <w:r>
        <w:rPr>
          <w:rFonts w:ascii="Georgia" w:hAnsi="Georgia"/>
          <w:b w:val="0"/>
          <w:i w:val="0"/>
          <w:color w:val="000000"/>
          <w:sz w:val="24"/>
        </w:rPr>
        <w:t xml:space="preserve">, </w:t>
      </w:r>
      <w:r>
        <w:rPr>
          <w:rFonts w:ascii="Georgia" w:hAnsi="Georgia" w:cs="Times New Roman"/>
          <w:b/>
          <w:i w:val="0"/>
          <w:color w:val="000000"/>
          <w:sz w:val="24"/>
          <w:rtl/>
          <w:szCs w:val="32"/>
        </w:rPr>
        <w:t>אִית לֵיהּ גַּדְפִין</w:t>
      </w:r>
      <w:r>
        <w:rPr>
          <w:rFonts w:ascii="Georgia" w:hAnsi="Georgia"/>
          <w:b w:val="0"/>
          <w:i w:val="0"/>
          <w:color w:val="000000"/>
          <w:sz w:val="24"/>
        </w:rPr>
        <w:t>); когда же она спускается в Малхут, то пребывает в тайне яиц (</w:t>
      </w:r>
      <w:r>
        <w:rPr>
          <w:rFonts w:ascii="Georgia" w:hAnsi="Georgia"/>
          <w:b w:val="0"/>
          <w:i/>
          <w:color w:val="000000"/>
          <w:sz w:val="24"/>
        </w:rPr>
        <w:t>бейцим</w:t>
      </w:r>
      <w:r>
        <w:rPr>
          <w:rFonts w:ascii="Georgia" w:hAnsi="Georgia"/>
          <w:b w:val="0"/>
          <w:i w:val="0"/>
          <w:color w:val="000000"/>
          <w:sz w:val="24"/>
        </w:rPr>
        <w:t xml:space="preserve">, </w:t>
      </w:r>
      <w:r>
        <w:rPr>
          <w:rFonts w:ascii="Georgia" w:hAnsi="Georgia" w:cs="Times New Roman"/>
          <w:b/>
          <w:i w:val="0"/>
          <w:color w:val="000000"/>
          <w:sz w:val="24"/>
          <w:rtl/>
          <w:szCs w:val="32"/>
        </w:rPr>
        <w:t>בֵּיצִים</w:t>
      </w:r>
      <w:r>
        <w:rPr>
          <w:rFonts w:ascii="Georgia" w:hAnsi="Georgia"/>
          <w:b w:val="0"/>
          <w:i w:val="0"/>
          <w:color w:val="000000"/>
          <w:sz w:val="24"/>
        </w:rPr>
        <w:t xml:space="preserve">), являющихся лишь шестью концами без крыльев. Впрочем, в обоих этих состояниях в них всегда есть лишь шесть концов. И в соответствии с этими двумя состояниями сказано: </w:t>
      </w:r>
      <w:r>
        <w:rPr>
          <w:rFonts w:ascii="Georgia" w:hAnsi="Georgia"/>
          <w:b w:val="0"/>
          <w:i/>
          <w:color w:val="000000"/>
          <w:sz w:val="24"/>
        </w:rPr>
        <w:t>«птенцами или яйцами»</w:t>
      </w:r>
      <w:r>
        <w:rPr>
          <w:rFonts w:ascii="Georgia" w:hAnsi="Georgia"/>
          <w:b w:val="0"/>
          <w:i w:val="0"/>
          <w:color w:val="000000"/>
          <w:sz w:val="24"/>
        </w:rPr>
        <w:t xml:space="preserve">: </w:t>
      </w:r>
      <w:r>
        <w:rPr>
          <w:rFonts w:ascii="Georgia" w:hAnsi="Georgia"/>
          <w:b w:val="0"/>
          <w:i/>
          <w:color w:val="000000"/>
          <w:sz w:val="24"/>
        </w:rPr>
        <w:t>«птенцами»</w:t>
      </w:r>
      <w:r>
        <w:rPr>
          <w:rFonts w:ascii="Georgia" w:hAnsi="Georgia"/>
          <w:b w:val="0"/>
          <w:i w:val="0"/>
          <w:color w:val="000000"/>
          <w:sz w:val="24"/>
        </w:rPr>
        <w:t xml:space="preserve"> — соответственно выражению </w:t>
      </w:r>
      <w:r>
        <w:rPr>
          <w:rFonts w:ascii="Georgia" w:hAnsi="Georgia"/>
          <w:b w:val="0"/>
          <w:i/>
          <w:color w:val="000000"/>
          <w:sz w:val="24"/>
        </w:rPr>
        <w:t>«на всяком дереве»</w:t>
      </w:r>
      <w:r>
        <w:rPr>
          <w:rFonts w:ascii="Georgia" w:hAnsi="Georgia"/>
          <w:b w:val="0"/>
          <w:i w:val="0"/>
          <w:color w:val="000000"/>
          <w:sz w:val="24"/>
        </w:rPr>
        <w:t xml:space="preserve">, а </w:t>
      </w:r>
      <w:r>
        <w:rPr>
          <w:rFonts w:ascii="Georgia" w:hAnsi="Georgia"/>
          <w:b w:val="0"/>
          <w:i/>
          <w:color w:val="000000"/>
          <w:sz w:val="24"/>
        </w:rPr>
        <w:t>«яйцами»</w:t>
      </w:r>
      <w:r>
        <w:rPr>
          <w:rFonts w:ascii="Georgia" w:hAnsi="Georgia"/>
          <w:b w:val="0"/>
          <w:i w:val="0"/>
          <w:color w:val="000000"/>
          <w:sz w:val="24"/>
        </w:rPr>
        <w:t xml:space="preserve"> — соответственно выражению </w:t>
      </w:r>
      <w:r>
        <w:rPr>
          <w:rFonts w:ascii="Georgia" w:hAnsi="Georgia"/>
          <w:b w:val="0"/>
          <w:i/>
          <w:color w:val="000000"/>
          <w:sz w:val="24"/>
        </w:rPr>
        <w:t>«или на земле»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13) А сказанное </w:t>
      </w:r>
      <w:r>
        <w:rPr>
          <w:rFonts w:ascii="Georgia" w:hAnsi="Georgia"/>
          <w:b w:val="0"/>
          <w:i/>
          <w:color w:val="000000"/>
          <w:sz w:val="24"/>
        </w:rPr>
        <w:t>«не бери матери с детьми»</w:t>
      </w:r>
      <w:r>
        <w:rPr>
          <w:rFonts w:ascii="Georgia" w:hAnsi="Georgia"/>
          <w:b w:val="0"/>
          <w:i w:val="0"/>
          <w:color w:val="000000"/>
          <w:sz w:val="24"/>
        </w:rPr>
        <w:t xml:space="preserve"> (Дварим 22:6) означает: этот нижний зивуг Аба ве-Има происходит тогда, когда ЗОН малы и нуждаются в своей матери ради малого свечения вскармливания. И необходимо, чтобы ты не притягивал свойство этого нижнего зивуга, когда мать сидит на птенцах, чтобы вскармливать их во время еника. Поступай так, чтобы отослать мать — а это Аба ве-Има, на которых намекают два слова </w:t>
      </w:r>
      <w:r>
        <w:rPr>
          <w:rFonts w:ascii="Georgia" w:hAnsi="Georgia"/>
          <w:b w:val="0"/>
          <w:i/>
          <w:color w:val="000000"/>
          <w:sz w:val="24"/>
        </w:rPr>
        <w:t>«отошли, отсылай»</w:t>
      </w:r>
      <w:r>
        <w:rPr>
          <w:rFonts w:ascii="Georgia" w:hAnsi="Georgia"/>
          <w:b w:val="0"/>
          <w:i w:val="0"/>
          <w:color w:val="000000"/>
          <w:sz w:val="24"/>
        </w:rPr>
        <w:t xml:space="preserve"> (</w:t>
      </w:r>
      <w:r>
        <w:rPr>
          <w:rFonts w:ascii="Georgia" w:hAnsi="Georgia"/>
          <w:b w:val="0"/>
          <w:i/>
          <w:color w:val="000000"/>
          <w:sz w:val="24"/>
        </w:rPr>
        <w:t>шалеах тешалах</w:t>
      </w:r>
      <w:r>
        <w:rPr>
          <w:rFonts w:ascii="Georgia" w:hAnsi="Georgia"/>
          <w:b w:val="0"/>
          <w:i w:val="0"/>
          <w:color w:val="000000"/>
          <w:sz w:val="24"/>
        </w:rPr>
        <w:t xml:space="preserve">, </w:t>
      </w:r>
      <w:r>
        <w:rPr>
          <w:rFonts w:ascii="Georgia" w:hAnsi="Georgia" w:cs="Times New Roman"/>
          <w:b/>
          <w:i w:val="0"/>
          <w:color w:val="000000"/>
          <w:sz w:val="24"/>
          <w:rtl/>
          <w:szCs w:val="32"/>
        </w:rPr>
        <w:t>שַׁלֵּחַ תְּשַׁלַּח</w:t>
      </w:r>
      <w:r>
        <w:rPr>
          <w:rFonts w:ascii="Georgia" w:hAnsi="Georgia"/>
          <w:b w:val="0"/>
          <w:i w:val="0"/>
          <w:color w:val="000000"/>
          <w:sz w:val="24"/>
        </w:rPr>
        <w:t xml:space="preserve">) и два слова </w:t>
      </w:r>
      <w:r>
        <w:rPr>
          <w:rFonts w:ascii="Georgia" w:hAnsi="Georgia"/>
          <w:b w:val="0"/>
          <w:i/>
          <w:color w:val="000000"/>
          <w:sz w:val="24"/>
        </w:rPr>
        <w:t>«э́т а-эм»</w:t>
      </w:r>
      <w:r>
        <w:rPr>
          <w:rFonts w:ascii="Georgia" w:hAnsi="Georgia"/>
          <w:b w:val="0"/>
          <w:i w:val="0"/>
          <w:color w:val="000000"/>
          <w:sz w:val="24"/>
        </w:rPr>
        <w:t xml:space="preserve"> (</w:t>
      </w:r>
      <w:r>
        <w:rPr>
          <w:rFonts w:ascii="Georgia" w:hAnsi="Georgia" w:cs="Times New Roman"/>
          <w:b/>
          <w:i w:val="0"/>
          <w:color w:val="000000"/>
          <w:sz w:val="24"/>
          <w:rtl/>
          <w:szCs w:val="32"/>
        </w:rPr>
        <w:t>אֶת הָאֵם</w:t>
      </w:r>
      <w:r>
        <w:rPr>
          <w:rFonts w:ascii="Georgia" w:hAnsi="Georgia"/>
          <w:b w:val="0"/>
          <w:i w:val="0"/>
          <w:color w:val="000000"/>
          <w:sz w:val="24"/>
        </w:rPr>
        <w:t>), упомянутые в предисловии к «Тиккуней Зоар»: «соверши два отсылания» (</w:t>
      </w:r>
      <w:r>
        <w:rPr>
          <w:rFonts w:ascii="Georgia" w:hAnsi="Georgia"/>
          <w:b w:val="0"/>
          <w:i/>
          <w:color w:val="000000"/>
          <w:sz w:val="24"/>
        </w:rPr>
        <w:t>терин шилухин</w:t>
      </w:r>
      <w:r>
        <w:rPr>
          <w:rFonts w:ascii="Georgia" w:hAnsi="Georgia"/>
          <w:b w:val="0"/>
          <w:i w:val="0"/>
          <w:color w:val="000000"/>
          <w:sz w:val="24"/>
        </w:rPr>
        <w:t xml:space="preserve">, </w:t>
      </w:r>
      <w:r>
        <w:rPr>
          <w:rFonts w:ascii="Georgia" w:hAnsi="Georgia" w:cs="Times New Roman"/>
          <w:b/>
          <w:i w:val="0"/>
          <w:color w:val="000000"/>
          <w:sz w:val="24"/>
          <w:rtl/>
          <w:szCs w:val="32"/>
        </w:rPr>
        <w:t>תְּרֵין שִׁלּוּחִין</w:t>
      </w:r>
      <w:r>
        <w:rPr>
          <w:rFonts w:ascii="Georgia" w:hAnsi="Georgia"/>
          <w:b w:val="0"/>
          <w:i w:val="0"/>
          <w:color w:val="000000"/>
          <w:sz w:val="24"/>
        </w:rPr>
        <w:t xml:space="preserve">). Сделай так, чтобы они поднялись над детьми, и те выросли и больше не нуждались в матери для вскармливания; и чтобы они [Аба ве-Има] поднялись наверх и соединились в высшем зивуге, когда оба они равны по высоте. Тем самым ты принесешь две великие пользы. Первая состоит в том, что благодаря высшему зивугу притянутся мохин де-гадлут в ЗОН де-Ацилут, ведь любое упоминание блага означает мохин, как объяснялось у нас при разборе благословения «Отцы» о словах «Творящий добрые милости», — и в этом смысл стиха: </w:t>
      </w:r>
      <w:r>
        <w:rPr>
          <w:rFonts w:ascii="Georgia" w:hAnsi="Georgia"/>
          <w:b w:val="0"/>
          <w:i/>
          <w:color w:val="000000"/>
          <w:sz w:val="24"/>
        </w:rPr>
        <w:t>«чтобы тебе было хорошо»</w:t>
      </w:r>
      <w:r>
        <w:rPr>
          <w:rFonts w:ascii="Georgia" w:hAnsi="Georgia"/>
          <w:b w:val="0"/>
          <w:i w:val="0"/>
          <w:color w:val="000000"/>
          <w:sz w:val="24"/>
        </w:rPr>
        <w:t xml:space="preserve"> (Дварим 22:7). Вторая же польза — </w:t>
      </w:r>
      <w:r>
        <w:rPr>
          <w:rFonts w:ascii="Georgia" w:hAnsi="Georgia"/>
          <w:b w:val="0"/>
          <w:i/>
          <w:color w:val="000000"/>
          <w:sz w:val="24"/>
        </w:rPr>
        <w:t>«и продлились дни твои»</w:t>
      </w:r>
      <w:r>
        <w:rPr>
          <w:rFonts w:ascii="Georgia" w:hAnsi="Georgia"/>
          <w:b w:val="0"/>
          <w:i w:val="0"/>
          <w:color w:val="000000"/>
          <w:sz w:val="24"/>
        </w:rPr>
        <w:t xml:space="preserve"> (Дварим 22:7): притянутся мохин де-гадлут также в Аба де-Брия, в котором было лишь шесть концов — «шесть дней», а благодаря этому они удлинятся, и у него появятся мохин. В отличие от зивуга стиха </w:t>
      </w:r>
      <w:r>
        <w:rPr>
          <w:rFonts w:ascii="Georgia" w:hAnsi="Georgia"/>
          <w:b w:val="0"/>
          <w:i/>
          <w:color w:val="000000"/>
          <w:sz w:val="24"/>
        </w:rPr>
        <w:t>«если попадется»</w:t>
      </w:r>
      <w:r>
        <w:rPr>
          <w:rFonts w:ascii="Georgia" w:hAnsi="Georgia"/>
          <w:b w:val="0"/>
          <w:i w:val="0"/>
          <w:color w:val="000000"/>
          <w:sz w:val="24"/>
        </w:rPr>
        <w:t>, являющегося нижним, в котором нет ни одной из этих двух польз.</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3) </w:t>
      </w:r>
      <w:r>
        <w:rPr>
          <w:rFonts w:ascii="Georgia" w:hAnsi="Georgia"/>
          <w:b/>
          <w:i w:val="0"/>
          <w:color w:val="000000"/>
          <w:sz w:val="24"/>
        </w:rPr>
        <w:t>«Свойство Есод де-Атик облачено внутрь Даат де-Атик, а Даат — внутрь мэцах де-АА и т.д.»</w:t>
      </w:r>
      <w:r>
        <w:rPr>
          <w:rFonts w:ascii="Georgia" w:hAnsi="Georgia"/>
          <w:b w:val="0"/>
          <w:i w:val="0"/>
          <w:color w:val="000000"/>
          <w:sz w:val="24"/>
        </w:rPr>
        <w:t xml:space="preserve"> Это уже объяснялось в предыдущей ветви: до зивуга в нижнего облачаются лишь НЕХИ высшего, а во время зивуга и включения нижнего в высшего считается, что Есод поднимается и решает в самой голове высшего. Тем самым оказывается, что Есод поднимается до Даат. Однако здесь, в АА, оба этих свойства различаются вместе, поскольку Есод поднялся к Даат только относительно САГ де-АБ в АА. И потому Даат непостижимой головы (реша де-ло итйада), представляющая собой среднее [имя] АВАЯ в Гальгальте, не может светить и раскрывать душу (нешама) в лике де-АА, а лишь позади лика; и только два [имени] АВАЯ справа и слева светят в лике в тайне 370 светов. Поэтому, коль скоро Есод не поднялся относительно свойства АБ, считается, что и Есод непостижимой головы все еще облачается в мэцах де-АА. Таким образом, свечение среднего [имени] АВАЯ, находящегося позади лика, исходит от облачения Даат непостижимой головы, а свечения двух [имен] АВАЯ в лике исходят от Есод непостижимой головы; и пойми это как следует.</w:t>
      </w:r>
    </w:p>
    <w:p>
      <w:pPr>
        <w:spacing w:before="40" w:after="120"/>
        <w:jc w:val="both"/>
      </w:pPr>
      <w:r>
        <w:rPr>
          <w:rFonts w:ascii="Georgia" w:hAnsi="Georgia"/>
          <w:b w:val="0"/>
          <w:i w:val="0"/>
          <w:color w:val="000000"/>
          <w:sz w:val="24"/>
        </w:rPr>
        <w:t xml:space="preserve">4) </w:t>
      </w:r>
      <w:r>
        <w:rPr>
          <w:rFonts w:ascii="Georgia" w:hAnsi="Georgia"/>
          <w:b/>
          <w:i w:val="0"/>
          <w:color w:val="000000"/>
          <w:sz w:val="24"/>
        </w:rPr>
        <w:t>«До завершения НЕХИ его — это три сфиры, каждая из которых включает 41 и т.д., что составляет 150 мириад и т.д.»</w:t>
      </w:r>
      <w:r>
        <w:rPr>
          <w:rFonts w:ascii="Georgia" w:hAnsi="Georgia"/>
          <w:b w:val="0"/>
          <w:i w:val="0"/>
          <w:color w:val="000000"/>
          <w:sz w:val="24"/>
        </w:rPr>
        <w:t xml:space="preserve"> Это уже разъяснялось в «Паним Меирот» выше, на странице 922, начиная со слов «И вместе с этим поймешь…» и далее, смотри там внимательно. И вопрос созерцания Аба ве-Има в мэцах де-АА, когда у них есть 370 светов и это совершенный зивуг лицом к лицу, а также созерцания ими лика де-АА, когда у них есть лишь 150 светов, — все это подробно разъяснено в «Паним Меирот» в предыдущей ветви, смотри там внимательно.</w:t>
      </w:r>
    </w:p>
    <w:p>
      <w:pPr>
        <w:spacing w:before="40" w:after="120"/>
        <w:jc w:val="both"/>
      </w:pPr>
      <w:r>
        <w:rPr>
          <w:rFonts w:ascii="Georgia" w:hAnsi="Georgia"/>
          <w:b w:val="0"/>
          <w:i w:val="0"/>
          <w:color w:val="000000"/>
          <w:sz w:val="24"/>
        </w:rPr>
        <w:t xml:space="preserve">5–13) </w:t>
      </w:r>
      <w:r>
        <w:rPr>
          <w:rFonts w:ascii="Georgia" w:hAnsi="Georgia"/>
          <w:b/>
          <w:i w:val="0"/>
          <w:color w:val="000000"/>
          <w:sz w:val="24"/>
        </w:rPr>
        <w:t>«Называемый случайным и временным и т.д., и названный „перед тобою“ и т.д., на дороге — намек на упомянутое выше, и сказано: на всяком дереве и т.д., птенцы и т.д., или яйца на земле и т.д., отошли, отсылай и т.д.»</w:t>
      </w:r>
      <w:r>
        <w:rPr>
          <w:rFonts w:ascii="Georgia" w:hAnsi="Georgia"/>
          <w:b w:val="0"/>
          <w:i w:val="0"/>
          <w:color w:val="000000"/>
          <w:sz w:val="24"/>
        </w:rPr>
        <w:t xml:space="preserve"> Все содержание данной ветви уже было разъяснено в «Паним Меирот» в ветвях 81 и 82, и нет нужды повторяться. Нам нужно лишь объяснить здесь, как все эти темы раскрываются в стихе </w:t>
      </w:r>
      <w:r>
        <w:rPr>
          <w:rFonts w:ascii="Georgia" w:hAnsi="Georgia"/>
          <w:b w:val="0"/>
          <w:i/>
          <w:color w:val="000000"/>
          <w:sz w:val="24"/>
        </w:rPr>
        <w:t>«Если попадется птичье гнездо…»</w:t>
      </w:r>
      <w:r>
        <w:rPr>
          <w:rFonts w:ascii="Georgia" w:hAnsi="Georgia"/>
          <w:b w:val="0"/>
          <w:i w:val="0"/>
          <w:color w:val="000000"/>
          <w:sz w:val="24"/>
        </w:rPr>
        <w:t xml:space="preserve">, согласно словам Учителя. И ты уже знаешь оттуда тайну четырех зивугов, различаемых в Аба ве-Има: внутреннего и внешнего во внутреннем, а также внутреннего и внешнего во внешнем. Первый из них — внутренний зивуг во внутреннем (пними де-пними), представляющий собой высших Аба ве-Има в совершенном зивуге лицом к лицу, — является постоянным зивугом в Аба ве-Има, ведь их зивуг никогда не прекращается. Три же остальных зивуга не постоянны, а сменяются подъемом и спуском: [парцуфим] опускаются для подготовки мохин де-ЗА, а затем поднимаются и соединяются с высшими Аба ве-Има, как сказано там, в «Паним Меирот», в ветви 81. И об этом сказано: </w:t>
      </w:r>
      <w:r>
        <w:rPr>
          <w:rFonts w:ascii="Georgia" w:hAnsi="Georgia"/>
          <w:b w:val="0"/>
          <w:i/>
          <w:color w:val="000000"/>
          <w:sz w:val="24"/>
        </w:rPr>
        <w:t>«если попадется»</w:t>
      </w:r>
      <w:r>
        <w:rPr>
          <w:rFonts w:ascii="Georgia" w:hAnsi="Georgia"/>
          <w:b w:val="0"/>
          <w:i w:val="0"/>
          <w:color w:val="000000"/>
          <w:sz w:val="24"/>
        </w:rPr>
        <w:t xml:space="preserve"> — «исключая то, что наготове», но лишь случайно и временно. Писание сообщает нам, что это не окончательное и не постоянное состояние, а напротив, суть заповеди — </w:t>
      </w:r>
      <w:r>
        <w:rPr>
          <w:rFonts w:ascii="Georgia" w:hAnsi="Georgia"/>
          <w:b w:val="0"/>
          <w:i/>
          <w:color w:val="000000"/>
          <w:sz w:val="24"/>
        </w:rPr>
        <w:t>«отошли, отсылай»</w:t>
      </w:r>
      <w:r>
        <w:rPr>
          <w:rFonts w:ascii="Georgia" w:hAnsi="Georgia"/>
          <w:b w:val="0"/>
          <w:i w:val="0"/>
          <w:color w:val="000000"/>
          <w:sz w:val="24"/>
        </w:rPr>
        <w:t xml:space="preserve">. То есть вернуть и поднять этих Аба ве-Има, пребывающих в свойстве высиживания (ровце́т), на их прежнее место, к высшим Аба ве-Има. Ведь они спустились сюда, в это малое состояние, лишь случайно — чтобы подготовить мохин для ЗА; и об этом сказано: </w:t>
      </w:r>
      <w:r>
        <w:rPr>
          <w:rFonts w:ascii="Georgia" w:hAnsi="Georgia"/>
          <w:b w:val="0"/>
          <w:i/>
          <w:color w:val="000000"/>
          <w:sz w:val="24"/>
        </w:rPr>
        <w:t>«если попадется»</w:t>
      </w:r>
      <w:r>
        <w:rPr>
          <w:rFonts w:ascii="Georgia" w:hAnsi="Georgia"/>
          <w:b w:val="0"/>
          <w:i w:val="0"/>
          <w:color w:val="000000"/>
          <w:sz w:val="24"/>
        </w:rPr>
        <w:t xml:space="preserve">. А слова </w:t>
      </w:r>
      <w:r>
        <w:rPr>
          <w:rFonts w:ascii="Georgia" w:hAnsi="Georgia"/>
          <w:b w:val="0"/>
          <w:i/>
          <w:color w:val="000000"/>
          <w:sz w:val="24"/>
        </w:rPr>
        <w:t>«если попадется птичье гнездо»</w:t>
      </w:r>
      <w:r>
        <w:rPr>
          <w:rFonts w:ascii="Georgia" w:hAnsi="Georgia"/>
          <w:b w:val="0"/>
          <w:i w:val="0"/>
          <w:color w:val="000000"/>
          <w:sz w:val="24"/>
        </w:rPr>
        <w:t xml:space="preserve"> призваны сообщить нам намерение: эта подготовка уготовляет для ЗА свечение 370 светов от лика Аба ве-Има. Ведь слово </w:t>
      </w:r>
      <w:r>
        <w:rPr>
          <w:rFonts w:ascii="Georgia" w:hAnsi="Georgia"/>
          <w:b w:val="0"/>
          <w:i/>
          <w:color w:val="000000"/>
          <w:sz w:val="24"/>
        </w:rPr>
        <w:t>ципор</w:t>
      </w:r>
      <w:r>
        <w:rPr>
          <w:rFonts w:ascii="Georgia" w:hAnsi="Georgia"/>
          <w:b w:val="0"/>
          <w:i w:val="0"/>
          <w:color w:val="000000"/>
          <w:sz w:val="24"/>
        </w:rPr>
        <w:t xml:space="preserve"> (</w:t>
      </w:r>
      <w:r>
        <w:rPr>
          <w:rFonts w:ascii="Georgia" w:hAnsi="Georgia" w:cs="Times New Roman"/>
          <w:b/>
          <w:i w:val="0"/>
          <w:color w:val="000000"/>
          <w:sz w:val="24"/>
          <w:rtl/>
          <w:szCs w:val="32"/>
        </w:rPr>
        <w:t>צִפּוֹר</w:t>
      </w:r>
      <w:r>
        <w:rPr>
          <w:rFonts w:ascii="Georgia" w:hAnsi="Georgia"/>
          <w:b w:val="0"/>
          <w:i w:val="0"/>
          <w:color w:val="000000"/>
          <w:sz w:val="24"/>
        </w:rPr>
        <w:t>) составляет по числу 370 светов, которые постоянно пребывают в паним де-рош де-АА и в Аба ве-Има в то время, когда они смотрят в мэцах де-АА, как сказано там.</w:t>
      </w:r>
    </w:p>
    <w:p>
      <w:pPr>
        <w:spacing w:before="40" w:after="120"/>
        <w:jc w:val="both"/>
      </w:pPr>
      <w:r>
        <w:rPr>
          <w:rFonts w:ascii="Georgia" w:hAnsi="Georgia"/>
          <w:b w:val="0"/>
          <w:i w:val="0"/>
          <w:color w:val="000000"/>
          <w:sz w:val="24"/>
        </w:rPr>
        <w:t>Однако в том зивуге, который именуется гнездованием (</w:t>
      </w:r>
      <w:r>
        <w:rPr>
          <w:rFonts w:ascii="Georgia" w:hAnsi="Georgia"/>
          <w:b w:val="0"/>
          <w:i/>
          <w:color w:val="000000"/>
          <w:sz w:val="24"/>
        </w:rPr>
        <w:t>кинун</w:t>
      </w:r>
      <w:r>
        <w:rPr>
          <w:rFonts w:ascii="Georgia" w:hAnsi="Georgia"/>
          <w:b w:val="0"/>
          <w:i w:val="0"/>
          <w:color w:val="000000"/>
          <w:sz w:val="24"/>
        </w:rPr>
        <w:t>) Аба ве-Има, им достается лишь свойство ТАНЕХИ десяти сфирот этих 370 светов, составляющее по гематрии 150 (</w:t>
      </w:r>
      <w:r>
        <w:rPr>
          <w:rFonts w:ascii="Georgia" w:hAnsi="Georgia" w:cs="Times New Roman"/>
          <w:b/>
          <w:i w:val="0"/>
          <w:color w:val="000000"/>
          <w:sz w:val="24"/>
          <w:rtl/>
          <w:szCs w:val="32"/>
        </w:rPr>
        <w:t>ק״ן</w:t>
      </w:r>
      <w:r>
        <w:rPr>
          <w:rFonts w:ascii="Georgia" w:hAnsi="Georgia"/>
          <w:b w:val="0"/>
          <w:i w:val="0"/>
          <w:color w:val="000000"/>
          <w:sz w:val="24"/>
        </w:rPr>
        <w:t>). И Писание сообщает нам, что эти ТАНЕХИ, облачающиеся в мохин де-ЗА, число которых 150, дают силу ЗА также постичь ступень 370 светов и стать называемым «птицей» (</w:t>
      </w:r>
      <w:r>
        <w:rPr>
          <w:rFonts w:ascii="Georgia" w:hAnsi="Georgia"/>
          <w:b w:val="0"/>
          <w:i/>
          <w:color w:val="000000"/>
          <w:sz w:val="24"/>
        </w:rPr>
        <w:t>ципор</w:t>
      </w:r>
      <w:r>
        <w:rPr>
          <w:rFonts w:ascii="Georgia" w:hAnsi="Georgia"/>
          <w:b w:val="0"/>
          <w:i w:val="0"/>
          <w:color w:val="000000"/>
          <w:sz w:val="24"/>
        </w:rPr>
        <w:t xml:space="preserve">), что есть тайна 370 светов, как сказано выше. Именно это сообщает нам Писание данным названием: </w:t>
      </w:r>
      <w:r>
        <w:rPr>
          <w:rFonts w:ascii="Georgia" w:hAnsi="Georgia"/>
          <w:b w:val="0"/>
          <w:i/>
          <w:color w:val="000000"/>
          <w:sz w:val="24"/>
        </w:rPr>
        <w:t>«птичье гнездо»</w:t>
      </w:r>
      <w:r>
        <w:rPr>
          <w:rFonts w:ascii="Georgia" w:hAnsi="Georgia"/>
          <w:b w:val="0"/>
          <w:i w:val="0"/>
          <w:color w:val="000000"/>
          <w:sz w:val="24"/>
        </w:rPr>
        <w:t xml:space="preserve">. А слова </w:t>
      </w:r>
      <w:r>
        <w:rPr>
          <w:rFonts w:ascii="Georgia" w:hAnsi="Georgia"/>
          <w:b w:val="0"/>
          <w:i/>
          <w:color w:val="000000"/>
          <w:sz w:val="24"/>
        </w:rPr>
        <w:t>«если попадется птичье гнездо перед тобою»</w:t>
      </w:r>
      <w:r>
        <w:rPr>
          <w:rFonts w:ascii="Georgia" w:hAnsi="Georgia"/>
          <w:b w:val="0"/>
          <w:i w:val="0"/>
          <w:color w:val="000000"/>
          <w:sz w:val="24"/>
        </w:rPr>
        <w:t xml:space="preserve"> указывают на то время, когда упомянутые 150 светов Има облачены в лик де-ЗА. Ведь человек, исполняющий эту заповедь, должен стать колесницей для ЗА, и поэтому обращение направлено к нему: </w:t>
      </w:r>
      <w:r>
        <w:rPr>
          <w:rFonts w:ascii="Georgia" w:hAnsi="Georgia"/>
          <w:b w:val="0"/>
          <w:i/>
          <w:color w:val="000000"/>
          <w:sz w:val="24"/>
        </w:rPr>
        <w:t>«перед тобою»</w:t>
      </w:r>
      <w:r>
        <w:rPr>
          <w:rFonts w:ascii="Georgia" w:hAnsi="Georgia"/>
          <w:b w:val="0"/>
          <w:i w:val="0"/>
          <w:color w:val="000000"/>
          <w:sz w:val="24"/>
        </w:rPr>
        <w:t xml:space="preserve">, чтобы показать, что тогда они представляют собой внутренние мохин и внутреннюю сторону (паним) ЗА, именуемую светом руах или мохин де-еника, то есть совершенный внутренний зивуг во внешнем, называемый «птенцы», в которых есть дыхание жизни; и именно это уточняет Писание словом </w:t>
      </w:r>
      <w:r>
        <w:rPr>
          <w:rFonts w:ascii="Georgia" w:hAnsi="Georgia"/>
          <w:b w:val="0"/>
          <w:i/>
          <w:color w:val="000000"/>
          <w:sz w:val="24"/>
        </w:rPr>
        <w:t>«перед тобою»</w:t>
      </w:r>
      <w:r>
        <w:rPr>
          <w:rFonts w:ascii="Georgia" w:hAnsi="Georgia"/>
          <w:b w:val="0"/>
          <w:i w:val="0"/>
          <w:color w:val="000000"/>
          <w:sz w:val="24"/>
        </w:rPr>
        <w:t xml:space="preserve">. Слова же </w:t>
      </w:r>
      <w:r>
        <w:rPr>
          <w:rFonts w:ascii="Georgia" w:hAnsi="Georgia"/>
          <w:b w:val="0"/>
          <w:i/>
          <w:color w:val="000000"/>
          <w:sz w:val="24"/>
        </w:rPr>
        <w:t>«если попадется птичье гнездо перед тобою на дороге, на каком-либо дереве или на земле»</w:t>
      </w:r>
      <w:r>
        <w:rPr>
          <w:rFonts w:ascii="Georgia" w:hAnsi="Georgia"/>
          <w:b w:val="0"/>
          <w:i w:val="0"/>
          <w:color w:val="000000"/>
          <w:sz w:val="24"/>
        </w:rPr>
        <w:t xml:space="preserve"> указывают нам на еще более нижний зивуг — то есть несовершенный внешний зивуг. Этот зивуг называется дорогой (</w:t>
      </w:r>
      <w:r>
        <w:rPr>
          <w:rFonts w:ascii="Georgia" w:hAnsi="Georgia"/>
          <w:b w:val="0"/>
          <w:i/>
          <w:color w:val="000000"/>
          <w:sz w:val="24"/>
        </w:rPr>
        <w:t>дерех</w:t>
      </w:r>
      <w:r>
        <w:rPr>
          <w:rFonts w:ascii="Georgia" w:hAnsi="Georgia"/>
          <w:b w:val="0"/>
          <w:i w:val="0"/>
          <w:color w:val="000000"/>
          <w:sz w:val="24"/>
        </w:rPr>
        <w:t xml:space="preserve">), поскольку служит путем и входом для достижения высшего, совершенного внешнего зивуга; и потому наставляет нас Писание сосредотачивать намерение на обоих этих зивугах, являющихся тайной двух сочетаний АВАЯ–ЭЛОКИМ, даже во время нижнего зивуга. И в этом смысл его слов, что слово «на дороге» равно по гематрии двум именам АВАЯ–ЭЛОКИМ: то есть нужно направлять намерение в нижнем [зивуге], который служит лишь дорогой к высшему. И так далее разъясняет Писание: </w:t>
      </w:r>
      <w:r>
        <w:rPr>
          <w:rFonts w:ascii="Georgia" w:hAnsi="Georgia"/>
          <w:b w:val="0"/>
          <w:i/>
          <w:color w:val="000000"/>
          <w:sz w:val="24"/>
        </w:rPr>
        <w:t>«на дереве или на земле»</w:t>
      </w:r>
      <w:r>
        <w:rPr>
          <w:rFonts w:ascii="Georgia" w:hAnsi="Georgia"/>
          <w:b w:val="0"/>
          <w:i w:val="0"/>
          <w:color w:val="000000"/>
          <w:sz w:val="24"/>
        </w:rPr>
        <w:t xml:space="preserve"> — то есть два упомянутых зивуга. Ведь высший зивуг, относящийся к ЗА, именуется </w:t>
      </w:r>
      <w:r>
        <w:rPr>
          <w:rFonts w:ascii="Georgia" w:hAnsi="Georgia"/>
          <w:b w:val="0"/>
          <w:i/>
          <w:color w:val="000000"/>
          <w:sz w:val="24"/>
        </w:rPr>
        <w:t>«на всяком дереве»</w:t>
      </w:r>
      <w:r>
        <w:rPr>
          <w:rFonts w:ascii="Georgia" w:hAnsi="Georgia"/>
          <w:b w:val="0"/>
          <w:i w:val="0"/>
          <w:color w:val="000000"/>
          <w:sz w:val="24"/>
        </w:rPr>
        <w:t xml:space="preserve">, а нижний зивуг, относящийся к Нукве де-ЗА, именуется </w:t>
      </w:r>
      <w:r>
        <w:rPr>
          <w:rFonts w:ascii="Georgia" w:hAnsi="Georgia"/>
          <w:b w:val="0"/>
          <w:i/>
          <w:color w:val="000000"/>
          <w:sz w:val="24"/>
        </w:rPr>
        <w:t>«на земле»</w:t>
      </w:r>
      <w:r>
        <w:rPr>
          <w:rFonts w:ascii="Georgia" w:hAnsi="Georgia"/>
          <w:b w:val="0"/>
          <w:i w:val="0"/>
          <w:color w:val="000000"/>
          <w:sz w:val="24"/>
        </w:rPr>
        <w:t>, как известно по тайне четырех уровней природы: неживого, растительного, животного и говорящего, где Нуква — это свойство неживого и свет нефеш, а ЗА — свойство растительного и свет руах.</w:t>
      </w:r>
    </w:p>
    <w:p>
      <w:pPr>
        <w:spacing w:before="40" w:after="120"/>
        <w:jc w:val="both"/>
      </w:pPr>
      <w:r>
        <w:rPr>
          <w:rFonts w:ascii="Georgia" w:hAnsi="Georgia"/>
          <w:b w:val="0"/>
          <w:i w:val="0"/>
          <w:color w:val="000000"/>
          <w:sz w:val="24"/>
        </w:rPr>
        <w:t xml:space="preserve">13) </w:t>
      </w:r>
      <w:r>
        <w:rPr>
          <w:rFonts w:ascii="Georgia" w:hAnsi="Georgia"/>
          <w:b/>
          <w:i w:val="0"/>
          <w:color w:val="000000"/>
          <w:sz w:val="24"/>
        </w:rPr>
        <w:t>«И сказано: не бери матери с детьми и т.д., и необходимо, чтобы ты не притягивал свойство этого нижнего зивуга и т.д.»</w:t>
      </w:r>
      <w:r>
        <w:rPr>
          <w:rFonts w:ascii="Georgia" w:hAnsi="Georgia"/>
          <w:b w:val="0"/>
          <w:i w:val="0"/>
          <w:color w:val="000000"/>
          <w:sz w:val="24"/>
        </w:rPr>
        <w:t xml:space="preserve"> Смысл в том, что этим предостережением </w:t>
      </w:r>
      <w:r>
        <w:rPr>
          <w:rFonts w:ascii="Georgia" w:hAnsi="Georgia"/>
          <w:b w:val="0"/>
          <w:i/>
          <w:color w:val="000000"/>
          <w:sz w:val="24"/>
        </w:rPr>
        <w:t>«не бери матери с детьми»</w:t>
      </w:r>
      <w:r>
        <w:rPr>
          <w:rFonts w:ascii="Georgia" w:hAnsi="Georgia"/>
          <w:b w:val="0"/>
          <w:i w:val="0"/>
          <w:color w:val="000000"/>
          <w:sz w:val="24"/>
        </w:rPr>
        <w:t xml:space="preserve"> нам заповедано не притягивать и не удерживать нижние зивуги сидения на птенцах Аба ве-Има, что равносильно взятию детей, то есть ЗОН, вместе с Аба ве-Има в тайне мохин сидения наседки, как сказано выше, но [заповедано]: </w:t>
      </w:r>
      <w:r>
        <w:rPr>
          <w:rFonts w:ascii="Georgia" w:hAnsi="Georgia"/>
          <w:b w:val="0"/>
          <w:i/>
          <w:color w:val="000000"/>
          <w:sz w:val="24"/>
        </w:rPr>
        <w:t>«отошли, отсылай мать»</w:t>
      </w:r>
      <w:r>
        <w:rPr>
          <w:rFonts w:ascii="Georgia" w:hAnsi="Georgia"/>
          <w:b w:val="0"/>
          <w:i w:val="0"/>
          <w:color w:val="000000"/>
          <w:sz w:val="24"/>
        </w:rPr>
        <w:t xml:space="preserve"> — то есть отошли ее обратно на ее прежнее место, чтобы соединиться в сущности с высшими Аба ве-Има в один парцуф, какими они были до спуска АХАП, как сказано выше. А сказанное </w:t>
      </w:r>
      <w:r>
        <w:rPr>
          <w:rFonts w:ascii="Georgia" w:hAnsi="Georgia"/>
          <w:b w:val="0"/>
          <w:i/>
          <w:color w:val="000000"/>
          <w:sz w:val="24"/>
        </w:rPr>
        <w:t>«отошли, отсылай»</w:t>
      </w:r>
      <w:r>
        <w:rPr>
          <w:rFonts w:ascii="Georgia" w:hAnsi="Georgia"/>
          <w:b w:val="0"/>
          <w:i w:val="0"/>
          <w:color w:val="000000"/>
          <w:sz w:val="24"/>
        </w:rPr>
        <w:t xml:space="preserve"> означает два отсылания. И сказанное </w:t>
      </w:r>
      <w:r>
        <w:rPr>
          <w:rFonts w:ascii="Georgia" w:hAnsi="Georgia"/>
          <w:b w:val="0"/>
          <w:i/>
          <w:color w:val="000000"/>
          <w:sz w:val="24"/>
        </w:rPr>
        <w:t>«э́т а-эм»</w:t>
      </w:r>
      <w:r>
        <w:rPr>
          <w:rFonts w:ascii="Georgia" w:hAnsi="Georgia"/>
          <w:b w:val="0"/>
          <w:i w:val="0"/>
          <w:color w:val="000000"/>
          <w:sz w:val="24"/>
        </w:rPr>
        <w:t xml:space="preserve"> содержит слово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אֶת</w:t>
      </w:r>
      <w:r>
        <w:rPr>
          <w:rFonts w:ascii="Georgia" w:hAnsi="Georgia"/>
          <w:b w:val="0"/>
          <w:i w:val="0"/>
          <w:color w:val="000000"/>
          <w:sz w:val="24"/>
        </w:rPr>
        <w:t>), которое призвано включить также и Аба, включенного вместе с ней. То есть необходимы два отсылания: одно для Аба и одно для Има. И в этом смысл его слов: «тем самым ты принесешь две пользы: одну для Ацилута, вторую для Брии», как он далее разъясняет; и пойми это как следует.</w:t>
      </w:r>
    </w:p>
    <w:p>
      <w:r>
        <w:br w:type="page"/>
      </w:r>
    </w:p>
    <w:p>
      <w:pPr>
        <w:keepNext/>
        <w:spacing w:before="360" w:after="160"/>
        <w:jc w:val="center"/>
      </w:pPr>
      <w:r>
        <w:rPr>
          <w:rFonts w:ascii="Georgia" w:hAnsi="Georgia"/>
          <w:b w:val="0"/>
          <w:i w:val="0"/>
          <w:color w:val="000000"/>
          <w:sz w:val="40"/>
        </w:rPr>
        <w:t>Ветвь 84</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Знай, что наверху, в Има Илаа, есть три ступени. Первая называется буквой самэх (</w:t>
      </w:r>
      <w:r>
        <w:rPr>
          <w:rFonts w:ascii="Georgia" w:hAnsi="Georgia" w:cs="Times New Roman"/>
          <w:b/>
          <w:i w:val="0"/>
          <w:color w:val="000000"/>
          <w:sz w:val="24"/>
          <w:rtl/>
          <w:szCs w:val="32"/>
        </w:rPr>
        <w:t>ס</w:t>
      </w:r>
      <w:r>
        <w:rPr>
          <w:rFonts w:ascii="Georgia" w:hAnsi="Georgia"/>
          <w:b w:val="0"/>
          <w:i w:val="0"/>
          <w:color w:val="000000"/>
          <w:sz w:val="24"/>
        </w:rPr>
        <w:t xml:space="preserve">) и зовется Биной. Вторая называется замкнутой буквой мэм (мэм софит, </w:t>
      </w:r>
      <w:r>
        <w:rPr>
          <w:rFonts w:ascii="Georgia" w:hAnsi="Georgia" w:cs="Times New Roman"/>
          <w:b/>
          <w:i w:val="0"/>
          <w:color w:val="000000"/>
          <w:sz w:val="24"/>
          <w:rtl/>
          <w:szCs w:val="32"/>
        </w:rPr>
        <w:t>ם</w:t>
      </w:r>
      <w:r>
        <w:rPr>
          <w:rFonts w:ascii="Georgia" w:hAnsi="Georgia"/>
          <w:b w:val="0"/>
          <w:i w:val="0"/>
          <w:color w:val="000000"/>
          <w:sz w:val="24"/>
        </w:rPr>
        <w:t>) и зовется Твуной. А третья называется буквой далет (</w:t>
      </w:r>
      <w:r>
        <w:rPr>
          <w:rFonts w:ascii="Georgia" w:hAnsi="Georgia" w:cs="Times New Roman"/>
          <w:b/>
          <w:i w:val="0"/>
          <w:color w:val="000000"/>
          <w:sz w:val="24"/>
          <w:rtl/>
          <w:szCs w:val="32"/>
        </w:rPr>
        <w:t>ד</w:t>
      </w:r>
      <w:r>
        <w:rPr>
          <w:rFonts w:ascii="Georgia" w:hAnsi="Georgia"/>
          <w:b w:val="0"/>
          <w:i w:val="0"/>
          <w:color w:val="000000"/>
          <w:sz w:val="24"/>
        </w:rPr>
        <w:t>) и также зовется Твуной.</w:t>
      </w:r>
    </w:p>
    <w:p>
      <w:pPr>
        <w:spacing w:before="40" w:after="120"/>
        <w:jc w:val="both"/>
      </w:pPr>
      <w:r>
        <w:rPr>
          <w:rFonts w:ascii="Georgia" w:hAnsi="Georgia"/>
          <w:b w:val="0"/>
          <w:i w:val="0"/>
          <w:color w:val="000000"/>
          <w:sz w:val="24"/>
        </w:rPr>
        <w:t>И эта Твуна, являющаяся третьей ступенью, — именно ее НЕХИ облачаются внутрь ЗА, чтобы стать для него мохин. И когда ЗА вместе с этой Твуной (то есть третьей ступенью, облаченной в ЗА) поднимаются наверх ко второй ступени — замкнутой букве мэм (</w:t>
      </w:r>
      <w:r>
        <w:rPr>
          <w:rFonts w:ascii="Georgia" w:hAnsi="Georgia" w:cs="Times New Roman"/>
          <w:b/>
          <w:i w:val="0"/>
          <w:color w:val="000000"/>
          <w:sz w:val="24"/>
          <w:rtl/>
          <w:szCs w:val="32"/>
        </w:rPr>
        <w:t>ם</w:t>
      </w:r>
      <w:r>
        <w:rPr>
          <w:rFonts w:ascii="Georgia" w:hAnsi="Georgia"/>
          <w:b w:val="0"/>
          <w:i w:val="0"/>
          <w:color w:val="000000"/>
          <w:sz w:val="24"/>
        </w:rPr>
        <w:t xml:space="preserve">), то есть к первой Твуне, которая является второй по отношению к Бине и о которой сказано: </w:t>
      </w:r>
      <w:r>
        <w:rPr>
          <w:rFonts w:ascii="Georgia" w:hAnsi="Georgia"/>
          <w:b w:val="0"/>
          <w:i/>
          <w:color w:val="000000"/>
          <w:sz w:val="24"/>
        </w:rPr>
        <w:t>«Я сплю...»</w:t>
      </w:r>
      <w:r>
        <w:rPr>
          <w:rFonts w:ascii="Georgia" w:hAnsi="Georgia"/>
          <w:b w:val="0"/>
          <w:i w:val="0"/>
          <w:color w:val="000000"/>
          <w:sz w:val="24"/>
        </w:rPr>
        <w:t xml:space="preserve"> (Шир а-Ширим 5:2), ведь буквы слова </w:t>
      </w:r>
      <w:r>
        <w:rPr>
          <w:rFonts w:ascii="Georgia" w:hAnsi="Georgia"/>
          <w:b w:val="0"/>
          <w:i/>
          <w:color w:val="000000"/>
          <w:sz w:val="24"/>
        </w:rPr>
        <w:t>йешена</w:t>
      </w:r>
      <w:r>
        <w:rPr>
          <w:rFonts w:ascii="Georgia" w:hAnsi="Georgia"/>
          <w:b w:val="0"/>
          <w:i w:val="0"/>
          <w:color w:val="000000"/>
          <w:sz w:val="24"/>
        </w:rPr>
        <w:t xml:space="preserve"> — «сплю» (</w:t>
      </w:r>
      <w:r>
        <w:rPr>
          <w:rFonts w:ascii="Georgia" w:hAnsi="Georgia" w:cs="Times New Roman"/>
          <w:b/>
          <w:i w:val="0"/>
          <w:color w:val="000000"/>
          <w:sz w:val="24"/>
          <w:rtl/>
          <w:szCs w:val="32"/>
        </w:rPr>
        <w:t>יְשֵׁנָה</w:t>
      </w:r>
      <w:r>
        <w:rPr>
          <w:rFonts w:ascii="Georgia" w:hAnsi="Georgia"/>
          <w:b w:val="0"/>
          <w:i w:val="0"/>
          <w:color w:val="000000"/>
          <w:sz w:val="24"/>
        </w:rPr>
        <w:t xml:space="preserve">) составляют слово </w:t>
      </w:r>
      <w:r>
        <w:rPr>
          <w:rFonts w:ascii="Georgia" w:hAnsi="Georgia"/>
          <w:b w:val="0"/>
          <w:i/>
          <w:color w:val="000000"/>
          <w:sz w:val="24"/>
        </w:rPr>
        <w:t>шния</w:t>
      </w:r>
      <w:r>
        <w:rPr>
          <w:rFonts w:ascii="Georgia" w:hAnsi="Georgia"/>
          <w:b w:val="0"/>
          <w:i w:val="0"/>
          <w:color w:val="000000"/>
          <w:sz w:val="24"/>
        </w:rPr>
        <w:t xml:space="preserve"> — «вторая» (</w:t>
      </w:r>
      <w:r>
        <w:rPr>
          <w:rFonts w:ascii="Georgia" w:hAnsi="Georgia" w:cs="Times New Roman"/>
          <w:b/>
          <w:i w:val="0"/>
          <w:color w:val="000000"/>
          <w:sz w:val="24"/>
          <w:rtl/>
          <w:szCs w:val="32"/>
        </w:rPr>
        <w:t>שְׁנִיָּה</w:t>
      </w:r>
      <w:r>
        <w:rPr>
          <w:rFonts w:ascii="Georgia" w:hAnsi="Georgia"/>
          <w:b w:val="0"/>
          <w:i w:val="0"/>
          <w:color w:val="000000"/>
          <w:sz w:val="24"/>
        </w:rPr>
        <w:t xml:space="preserve">), — тогда вторая Твуна включается в первую Твуну, и обе они называются «Твунот» [во множественном числе]. Тогда о ЗА говорится: </w:t>
      </w:r>
      <w:r>
        <w:rPr>
          <w:rFonts w:ascii="Georgia" w:hAnsi="Georgia"/>
          <w:b w:val="0"/>
          <w:i/>
          <w:color w:val="000000"/>
          <w:sz w:val="24"/>
        </w:rPr>
        <w:t>«...но разумный человек вычерпывает ее»</w:t>
      </w:r>
      <w:r>
        <w:rPr>
          <w:rFonts w:ascii="Georgia" w:hAnsi="Georgia"/>
          <w:b w:val="0"/>
          <w:i w:val="0"/>
          <w:color w:val="000000"/>
          <w:sz w:val="24"/>
        </w:rPr>
        <w:t xml:space="preserve"> (Мишлей 20:5), ведь он поднимается с ними наверх и включается в них обеих. И теперь он черпает и напояет даже из этой первой Твуны — и потому сказано «вычерпывает ее» (</w:t>
      </w:r>
      <w:r>
        <w:rPr>
          <w:rFonts w:ascii="Georgia" w:hAnsi="Georgia"/>
          <w:b w:val="0"/>
          <w:i/>
          <w:color w:val="000000"/>
          <w:sz w:val="24"/>
        </w:rPr>
        <w:t>йидлена</w:t>
      </w:r>
      <w:r>
        <w:rPr>
          <w:rFonts w:ascii="Georgia" w:hAnsi="Georgia"/>
          <w:b w:val="0"/>
          <w:i w:val="0"/>
          <w:color w:val="000000"/>
          <w:sz w:val="24"/>
        </w:rPr>
        <w:t>) в единственном числе.</w:t>
      </w:r>
    </w:p>
    <w:p>
      <w:pPr>
        <w:spacing w:before="40" w:after="120"/>
        <w:jc w:val="both"/>
      </w:pPr>
      <w:r>
        <w:rPr>
          <w:rFonts w:ascii="Georgia" w:hAnsi="Georgia"/>
          <w:b w:val="0"/>
          <w:i w:val="0"/>
          <w:color w:val="000000"/>
          <w:sz w:val="24"/>
        </w:rPr>
        <w:t>2) Когда же он включается в обе Твуны, все трое поднимаются наверх к Бине, и тогда все они зовутся «Бинот» по имени Бины. Тогда ЗА называется «разумным народом» (</w:t>
      </w:r>
      <w:r>
        <w:rPr>
          <w:rFonts w:ascii="Georgia" w:hAnsi="Georgia"/>
          <w:b w:val="0"/>
          <w:i/>
          <w:color w:val="000000"/>
          <w:sz w:val="24"/>
        </w:rPr>
        <w:t>ам бинот</w:t>
      </w:r>
      <w:r>
        <w:rPr>
          <w:rFonts w:ascii="Georgia" w:hAnsi="Georgia"/>
          <w:b w:val="0"/>
          <w:i w:val="0"/>
          <w:color w:val="000000"/>
          <w:sz w:val="24"/>
        </w:rPr>
        <w:t xml:space="preserve">). А пока он не достиг [этой ступени] и не поднялся туда, о нем сказано: </w:t>
      </w:r>
      <w:r>
        <w:rPr>
          <w:rFonts w:ascii="Georgia" w:hAnsi="Georgia"/>
          <w:b w:val="0"/>
          <w:i/>
          <w:color w:val="000000"/>
          <w:sz w:val="24"/>
        </w:rPr>
        <w:t>«...ибо это народ неразумный; за то не помилует его Создатель его...»</w:t>
      </w:r>
      <w:r>
        <w:rPr>
          <w:rFonts w:ascii="Georgia" w:hAnsi="Georgia"/>
          <w:b w:val="0"/>
          <w:i w:val="0"/>
          <w:color w:val="000000"/>
          <w:sz w:val="24"/>
        </w:rPr>
        <w:t xml:space="preserve"> (Йешаяу 27:11). Ведь высшая Бина — это простое милосердие, и у клипот нет там никакой зацепки; но пока он не поднялся туда, у клипот есть в нем зацепка, и потому </w:t>
      </w:r>
      <w:r>
        <w:rPr>
          <w:rFonts w:ascii="Georgia" w:hAnsi="Georgia"/>
          <w:b w:val="0"/>
          <w:i/>
          <w:color w:val="000000"/>
          <w:sz w:val="24"/>
        </w:rPr>
        <w:t>«не помилует его Создатель его»</w:t>
      </w:r>
      <w:r>
        <w:rPr>
          <w:rFonts w:ascii="Georgia" w:hAnsi="Georgia"/>
          <w:b w:val="0"/>
          <w:i w:val="0"/>
          <w:color w:val="000000"/>
          <w:sz w:val="24"/>
        </w:rPr>
        <w:t>, то есть [ему раскрывается] не полное милосердие.</w:t>
      </w:r>
    </w:p>
    <w:p>
      <w:pPr>
        <w:spacing w:before="40" w:after="120"/>
        <w:jc w:val="both"/>
      </w:pPr>
      <w:r>
        <w:rPr>
          <w:rFonts w:ascii="Georgia" w:hAnsi="Georgia"/>
          <w:b w:val="0"/>
          <w:i w:val="0"/>
          <w:color w:val="000000"/>
          <w:sz w:val="24"/>
        </w:rPr>
        <w:t xml:space="preserve">3) Теперь объясним, что представляют собой Бина и Твуна, и благодаря этому прояснится сказанное в «Сефер Йецира»: </w:t>
      </w:r>
      <w:r>
        <w:rPr>
          <w:rFonts w:ascii="Georgia" w:hAnsi="Georgia"/>
          <w:b w:val="0"/>
          <w:i/>
          <w:color w:val="000000"/>
          <w:sz w:val="24"/>
        </w:rPr>
        <w:t>«Пойми в мудрости и умудрись в понимании»</w:t>
      </w:r>
      <w:r>
        <w:rPr>
          <w:rFonts w:ascii="Georgia" w:hAnsi="Georgia"/>
          <w:b w:val="0"/>
          <w:i w:val="0"/>
          <w:color w:val="000000"/>
          <w:sz w:val="24"/>
        </w:rPr>
        <w:t xml:space="preserve"> (Сефер Йецира 1:4). Дело в том, что первые две буквы имени АВАЯ (</w:t>
      </w:r>
      <w:r>
        <w:rPr>
          <w:rFonts w:ascii="Georgia" w:hAnsi="Georgia" w:cs="Times New Roman"/>
          <w:b/>
          <w:i w:val="0"/>
          <w:color w:val="000000"/>
          <w:sz w:val="24"/>
          <w:rtl/>
          <w:szCs w:val="32"/>
        </w:rPr>
        <w:t>יהוה</w:t>
      </w:r>
      <w:r>
        <w:rPr>
          <w:rFonts w:ascii="Georgia" w:hAnsi="Georgia"/>
          <w:b w:val="0"/>
          <w:i w:val="0"/>
          <w:color w:val="000000"/>
          <w:sz w:val="24"/>
        </w:rPr>
        <w:t xml:space="preserve">) соответствуют ХУБ (Хохме и Бине). Однако в одной лишь букве йод, которая указывает на Хохму, уже присутствует ступень Бины, и в этом смысл слов: </w:t>
      </w:r>
      <w:r>
        <w:rPr>
          <w:rFonts w:ascii="Georgia" w:hAnsi="Georgia"/>
          <w:b w:val="0"/>
          <w:i/>
          <w:color w:val="000000"/>
          <w:sz w:val="24"/>
        </w:rPr>
        <w:t>«пойми в мудрости»</w:t>
      </w:r>
      <w:r>
        <w:rPr>
          <w:rFonts w:ascii="Georgia" w:hAnsi="Georgia"/>
          <w:b w:val="0"/>
          <w:i w:val="0"/>
          <w:color w:val="000000"/>
          <w:sz w:val="24"/>
        </w:rPr>
        <w:t>. Смысл же заключается в том, что в букве йод в ее полном написании (милуй): [сама] буква йод (</w:t>
      </w:r>
      <w:r>
        <w:rPr>
          <w:rFonts w:ascii="Georgia" w:hAnsi="Georgia" w:cs="Times New Roman"/>
          <w:b/>
          <w:i w:val="0"/>
          <w:color w:val="000000"/>
          <w:sz w:val="24"/>
          <w:rtl/>
          <w:szCs w:val="32"/>
        </w:rPr>
        <w:t>י</w:t>
      </w:r>
      <w:r>
        <w:rPr>
          <w:rFonts w:ascii="Georgia" w:hAnsi="Georgia"/>
          <w:b w:val="0"/>
          <w:i w:val="0"/>
          <w:color w:val="000000"/>
          <w:sz w:val="24"/>
        </w:rPr>
        <w:t>) — это Хохма, а две буквы, вав и далет, образуют форму буквы хэй (</w:t>
      </w:r>
      <w:r>
        <w:rPr>
          <w:rFonts w:ascii="Georgia" w:hAnsi="Georgia" w:cs="Times New Roman"/>
          <w:b/>
          <w:i w:val="0"/>
          <w:color w:val="000000"/>
          <w:sz w:val="24"/>
          <w:rtl/>
          <w:szCs w:val="32"/>
        </w:rPr>
        <w:t>ה</w:t>
      </w:r>
      <w:r>
        <w:rPr>
          <w:rFonts w:ascii="Georgia" w:hAnsi="Georgia"/>
          <w:b w:val="0"/>
          <w:i w:val="0"/>
          <w:color w:val="000000"/>
          <w:sz w:val="24"/>
        </w:rPr>
        <w:t>), складываясь из формы букв вав и далет (</w:t>
      </w:r>
      <w:r>
        <w:rPr>
          <w:rFonts w:ascii="Georgia" w:hAnsi="Georgia" w:cs="Times New Roman"/>
          <w:b/>
          <w:i w:val="0"/>
          <w:color w:val="000000"/>
          <w:sz w:val="24"/>
          <w:rtl/>
          <w:szCs w:val="32"/>
        </w:rPr>
        <w:t>וד</w:t>
      </w:r>
      <w:r>
        <w:rPr>
          <w:rFonts w:ascii="Georgia" w:hAnsi="Georgia"/>
          <w:b w:val="0"/>
          <w:i w:val="0"/>
          <w:color w:val="000000"/>
          <w:sz w:val="24"/>
        </w:rPr>
        <w:t>) внутри [наполнения буквы] йод; и она называется упомянутой выше высшей Биной.</w:t>
      </w:r>
    </w:p>
    <w:p>
      <w:pPr>
        <w:spacing w:before="40" w:after="120"/>
        <w:jc w:val="both"/>
      </w:pPr>
      <w:r>
        <w:rPr>
          <w:rFonts w:ascii="Georgia" w:hAnsi="Georgia"/>
          <w:b w:val="0"/>
          <w:i w:val="0"/>
          <w:color w:val="000000"/>
          <w:sz w:val="24"/>
        </w:rPr>
        <w:t xml:space="preserve">4) Сама же первая буква хэй имени АВАЯ — это упомянутая выше первая Твуна. И я уже сообщал тебе в учении о тфилин относительно написания имени АВАЯ, что сначала нужно написать букву йод в углу этой буквы хэй, вот так: </w:t>
      </w:r>
      <w:r>
        <w:rPr>
          <w:rFonts w:ascii="Georgia" w:hAnsi="Georgia" w:cs="Times New Roman"/>
          <w:b/>
          <w:i w:val="0"/>
          <w:color w:val="000000"/>
          <w:sz w:val="24"/>
          <w:rtl/>
          <w:szCs w:val="32"/>
        </w:rPr>
        <w:t>ה</w:t>
      </w:r>
      <w:r>
        <w:rPr>
          <w:rFonts w:ascii="Georgia" w:hAnsi="Georgia"/>
          <w:b w:val="0"/>
          <w:i w:val="0"/>
          <w:color w:val="000000"/>
          <w:sz w:val="24"/>
        </w:rPr>
        <w:t xml:space="preserve">; и эта буква йод представляет собой Хохму этой первой Твуны. Эта Хохма называется Исраэль Сава, и в этом смысл слов: </w:t>
      </w:r>
      <w:r>
        <w:rPr>
          <w:rFonts w:ascii="Georgia" w:hAnsi="Georgia"/>
          <w:b w:val="0"/>
          <w:i/>
          <w:color w:val="000000"/>
          <w:sz w:val="24"/>
        </w:rPr>
        <w:t>«...и умудрись в понимании»</w:t>
      </w:r>
      <w:r>
        <w:rPr>
          <w:rFonts w:ascii="Georgia" w:hAnsi="Georgia"/>
          <w:b w:val="0"/>
          <w:i w:val="0"/>
          <w:color w:val="000000"/>
          <w:sz w:val="24"/>
        </w:rPr>
        <w:t>. Так выяснилось, что в букве йод имени АВАЯ присутствуют высшие Аба ве-Има, а в первой букве хэй имени АВАЯ — Исраэль Сава и Твуна, являющиеся нижними [Аба ве-Има].</w:t>
      </w:r>
    </w:p>
    <w:p>
      <w:pPr>
        <w:spacing w:before="40" w:after="120"/>
        <w:jc w:val="both"/>
      </w:pPr>
      <w:r>
        <w:rPr>
          <w:rFonts w:ascii="Georgia" w:hAnsi="Georgia"/>
          <w:b w:val="0"/>
          <w:i w:val="0"/>
          <w:color w:val="000000"/>
          <w:sz w:val="24"/>
        </w:rPr>
        <w:t>5) Теперь необходимо объяснить, почему первая Бина обозначена намеком в двух буквах вав и далет (</w:t>
      </w:r>
      <w:r>
        <w:rPr>
          <w:rFonts w:ascii="Georgia" w:hAnsi="Georgia" w:cs="Times New Roman"/>
          <w:b/>
          <w:i w:val="0"/>
          <w:color w:val="000000"/>
          <w:sz w:val="24"/>
          <w:rtl/>
          <w:szCs w:val="32"/>
        </w:rPr>
        <w:t>ו״ד</w:t>
      </w:r>
      <w:r>
        <w:rPr>
          <w:rFonts w:ascii="Georgia" w:hAnsi="Georgia"/>
          <w:b w:val="0"/>
          <w:i w:val="0"/>
          <w:color w:val="000000"/>
          <w:sz w:val="24"/>
        </w:rPr>
        <w:t>) наполнения буквы йод, форма которых образует букву хэй (</w:t>
      </w:r>
      <w:r>
        <w:rPr>
          <w:rFonts w:ascii="Georgia" w:hAnsi="Georgia" w:cs="Times New Roman"/>
          <w:b/>
          <w:i w:val="0"/>
          <w:color w:val="000000"/>
          <w:sz w:val="24"/>
          <w:rtl/>
          <w:szCs w:val="32"/>
        </w:rPr>
        <w:t>ה</w:t>
      </w:r>
      <w:r>
        <w:rPr>
          <w:rFonts w:ascii="Georgia" w:hAnsi="Georgia"/>
          <w:b w:val="0"/>
          <w:i w:val="0"/>
          <w:color w:val="000000"/>
          <w:sz w:val="24"/>
        </w:rPr>
        <w:t>), причем там вав (</w:t>
      </w:r>
      <w:r>
        <w:rPr>
          <w:rFonts w:ascii="Georgia" w:hAnsi="Georgia" w:cs="Times New Roman"/>
          <w:b/>
          <w:i w:val="0"/>
          <w:color w:val="000000"/>
          <w:sz w:val="24"/>
          <w:rtl/>
          <w:szCs w:val="32"/>
        </w:rPr>
        <w:t>ו</w:t>
      </w:r>
      <w:r>
        <w:rPr>
          <w:rFonts w:ascii="Georgia" w:hAnsi="Georgia"/>
          <w:b w:val="0"/>
          <w:i w:val="0"/>
          <w:color w:val="000000"/>
          <w:sz w:val="24"/>
        </w:rPr>
        <w:t>) предшествует далет (</w:t>
      </w:r>
      <w:r>
        <w:rPr>
          <w:rFonts w:ascii="Georgia" w:hAnsi="Georgia" w:cs="Times New Roman"/>
          <w:b/>
          <w:i w:val="0"/>
          <w:color w:val="000000"/>
          <w:sz w:val="24"/>
          <w:rtl/>
          <w:szCs w:val="32"/>
        </w:rPr>
        <w:t>ד</w:t>
      </w:r>
      <w:r>
        <w:rPr>
          <w:rFonts w:ascii="Georgia" w:hAnsi="Georgia"/>
          <w:b w:val="0"/>
          <w:i w:val="0"/>
          <w:color w:val="000000"/>
          <w:sz w:val="24"/>
        </w:rPr>
        <w:t>); Твуна же обозначена в первой букве хэй (</w:t>
      </w:r>
      <w:r>
        <w:rPr>
          <w:rFonts w:ascii="Georgia" w:hAnsi="Georgia" w:cs="Times New Roman"/>
          <w:b/>
          <w:i w:val="0"/>
          <w:color w:val="000000"/>
          <w:sz w:val="24"/>
          <w:rtl/>
          <w:szCs w:val="32"/>
        </w:rPr>
        <w:t>ה</w:t>
      </w:r>
      <w:r>
        <w:rPr>
          <w:rFonts w:ascii="Georgia" w:hAnsi="Georgia"/>
          <w:b w:val="0"/>
          <w:i w:val="0"/>
          <w:color w:val="000000"/>
          <w:sz w:val="24"/>
        </w:rPr>
        <w:t>) имени АВАЯ, где далет (</w:t>
      </w:r>
      <w:r>
        <w:rPr>
          <w:rFonts w:ascii="Georgia" w:hAnsi="Georgia" w:cs="Times New Roman"/>
          <w:b/>
          <w:i w:val="0"/>
          <w:color w:val="000000"/>
          <w:sz w:val="24"/>
          <w:rtl/>
          <w:szCs w:val="32"/>
        </w:rPr>
        <w:t>ד</w:t>
      </w:r>
      <w:r>
        <w:rPr>
          <w:rFonts w:ascii="Georgia" w:hAnsi="Georgia"/>
          <w:b w:val="0"/>
          <w:i w:val="0"/>
          <w:color w:val="000000"/>
          <w:sz w:val="24"/>
        </w:rPr>
        <w:t>) предшествует вав (</w:t>
      </w:r>
      <w:r>
        <w:rPr>
          <w:rFonts w:ascii="Georgia" w:hAnsi="Georgia" w:cs="Times New Roman"/>
          <w:b/>
          <w:i w:val="0"/>
          <w:color w:val="000000"/>
          <w:sz w:val="24"/>
          <w:rtl/>
          <w:szCs w:val="32"/>
        </w:rPr>
        <w:t>ו</w:t>
      </w:r>
      <w:r>
        <w:rPr>
          <w:rFonts w:ascii="Georgia" w:hAnsi="Georgia"/>
          <w:b w:val="0"/>
          <w:i w:val="0"/>
          <w:color w:val="000000"/>
          <w:sz w:val="24"/>
        </w:rPr>
        <w:t>), как известно, поскольку буква хэй (</w:t>
      </w:r>
      <w:r>
        <w:rPr>
          <w:rFonts w:ascii="Georgia" w:hAnsi="Georgia" w:cs="Times New Roman"/>
          <w:b/>
          <w:i w:val="0"/>
          <w:color w:val="000000"/>
          <w:sz w:val="24"/>
          <w:rtl/>
          <w:szCs w:val="32"/>
        </w:rPr>
        <w:t>ה</w:t>
      </w:r>
      <w:r>
        <w:rPr>
          <w:rFonts w:ascii="Georgia" w:hAnsi="Georgia"/>
          <w:b w:val="0"/>
          <w:i w:val="0"/>
          <w:color w:val="000000"/>
          <w:sz w:val="24"/>
        </w:rPr>
        <w:t>) имеет форму далет над вав. Есть и другое отличие: у буквы вав в наполнении буквы йод есть голова, что указывает на включение в нее десяти сфирот, как объяснялось нами; буква же вав внутри первой буквы хэй не имеет головы, что указывает на ее состояние исключительно как ВАК, без головы.</w:t>
      </w:r>
    </w:p>
    <w:p>
      <w:pPr>
        <w:spacing w:before="40" w:after="120"/>
        <w:jc w:val="both"/>
      </w:pPr>
      <w:r>
        <w:rPr>
          <w:rFonts w:ascii="Georgia" w:hAnsi="Georgia"/>
          <w:b w:val="0"/>
          <w:i w:val="0"/>
          <w:color w:val="000000"/>
          <w:sz w:val="24"/>
        </w:rPr>
        <w:t>6) Дело в том, что буква вав в наполнении буквы йод представляет собой высшую Бину, а в высшей Бине есть десять сфирот с мохин, и потому у этой буквы вав есть голова; и она указывает на весь парцуф самой Бины. Буква же далет в наполнении буквы йод — это не сама Бина, а четыре [света] мохин, исходящие из Бины и облачающиеся сначала в ахораим нижней половины Тиферет и НЕХИ ее самой, а затем облачающиеся в рош Твуны, представляющей собой первую букву хэй имени АВАЯ.</w:t>
      </w:r>
    </w:p>
    <w:p>
      <w:pPr>
        <w:spacing w:before="40" w:after="120"/>
        <w:jc w:val="both"/>
      </w:pPr>
      <w:r>
        <w:rPr>
          <w:rFonts w:ascii="Georgia" w:hAnsi="Georgia"/>
          <w:b w:val="0"/>
          <w:i w:val="0"/>
          <w:color w:val="000000"/>
          <w:sz w:val="24"/>
        </w:rPr>
        <w:t>7) Первая же буква хэй имени АВАЯ, имеющая форму букв далет (</w:t>
      </w:r>
      <w:r>
        <w:rPr>
          <w:rFonts w:ascii="Georgia" w:hAnsi="Georgia" w:cs="Times New Roman"/>
          <w:b/>
          <w:i w:val="0"/>
          <w:color w:val="000000"/>
          <w:sz w:val="24"/>
          <w:rtl/>
          <w:szCs w:val="32"/>
        </w:rPr>
        <w:t>ד</w:t>
      </w:r>
      <w:r>
        <w:rPr>
          <w:rFonts w:ascii="Georgia" w:hAnsi="Georgia"/>
          <w:b w:val="0"/>
          <w:i w:val="0"/>
          <w:color w:val="000000"/>
          <w:sz w:val="24"/>
        </w:rPr>
        <w:t xml:space="preserve"> = 4) и вав (</w:t>
      </w:r>
      <w:r>
        <w:rPr>
          <w:rFonts w:ascii="Georgia" w:hAnsi="Georgia" w:cs="Times New Roman"/>
          <w:b/>
          <w:i w:val="0"/>
          <w:color w:val="000000"/>
          <w:sz w:val="24"/>
          <w:rtl/>
          <w:szCs w:val="32"/>
        </w:rPr>
        <w:t>ו</w:t>
      </w:r>
      <w:r>
        <w:rPr>
          <w:rFonts w:ascii="Georgia" w:hAnsi="Georgia"/>
          <w:b w:val="0"/>
          <w:i w:val="0"/>
          <w:color w:val="000000"/>
          <w:sz w:val="24"/>
        </w:rPr>
        <w:t xml:space="preserve"> = 6), гематрия которых равна десяти (</w:t>
      </w:r>
      <w:r>
        <w:rPr>
          <w:rFonts w:ascii="Georgia" w:hAnsi="Georgia" w:cs="Times New Roman"/>
          <w:b/>
          <w:i w:val="0"/>
          <w:color w:val="000000"/>
          <w:sz w:val="24"/>
          <w:rtl/>
          <w:szCs w:val="32"/>
        </w:rPr>
        <w:t>י</w:t>
      </w:r>
      <w:r>
        <w:rPr>
          <w:rFonts w:ascii="Georgia" w:hAnsi="Georgia"/>
          <w:b w:val="0"/>
          <w:i w:val="0"/>
          <w:color w:val="000000"/>
          <w:sz w:val="24"/>
        </w:rPr>
        <w:t xml:space="preserve"> = 10), целиком относится к самой первой Твуне. Поэтому там, [в наполнении буквы йод], вав и далет представляют собой две раздельные буквы; тогда как эти две буквы, далет и вав, относящиеся к Твуне, включены в одну букву — букву хэй. По этой причине у буквы вав внутри буквы хэй нет формы головы, так как она представляет собой только ВАК без головы, а далет — это четыре мохин самой Твуны; и потому далет предшествует вав.</w:t>
      </w:r>
    </w:p>
    <w:p>
      <w:pPr>
        <w:spacing w:before="40" w:after="120"/>
        <w:jc w:val="both"/>
      </w:pPr>
      <w:r>
        <w:rPr>
          <w:rFonts w:ascii="Georgia" w:hAnsi="Georgia"/>
          <w:b w:val="0"/>
          <w:i w:val="0"/>
          <w:color w:val="000000"/>
          <w:sz w:val="24"/>
        </w:rPr>
        <w:t>8) И знай, что эта далет не является четырьмя внутренними мохин Твуны, ведь если бы у нее были [внутренние] мохин, она была бы головой для буквы вав внутри буквы хэй. Но подобно тому как в рош ЗА нет мохин, пока внутрь него не облачатся НЕХИ Твуны, и точно так же у Нуквы де-ЗА нет мохин, пока внутрь нее не облачатся Нецах, Ход и Есод де-ЗА, — точно так же и у этой Твуны нет мохин, пока она не поднимется наверх к Бине; и тогда у нее были бы мохин от НЕХИ высшей Бины. Однако сейчас эта первая Твуна находится внизу и не включена в высшую Бину наверху, на которую намекает буква йод, как сказано выше. Поэтому у буквы вав внутри буквы хэй нет головы, поскольку у нее все еще нет внутренних мохин. А буква далет над буквой вав представляет собой окружающий свет (ор макиф) сверху, снаружи Гальгальты. И потому эта далет отстранена от буквы вав и не соединена с ней вплотную, а лишь распространяется и окружает букву вав в качестве окружающего света, не входя внутрь в виде внутреннего света; по этой причине она не соединена с буквой вав. Выходит, что эта первая Твуна пребывает лишь в свойстве ВАК.</w:t>
      </w:r>
    </w:p>
    <w:p>
      <w:pPr>
        <w:spacing w:before="40" w:after="120"/>
        <w:jc w:val="both"/>
      </w:pPr>
      <w:r>
        <w:rPr>
          <w:rFonts w:ascii="Georgia" w:hAnsi="Georgia"/>
          <w:b w:val="0"/>
          <w:i w:val="0"/>
          <w:color w:val="000000"/>
          <w:sz w:val="24"/>
        </w:rPr>
        <w:t xml:space="preserve">9) В этом тайна стиха: </w:t>
      </w:r>
      <w:r>
        <w:rPr>
          <w:rFonts w:ascii="Georgia" w:hAnsi="Georgia"/>
          <w:b w:val="0"/>
          <w:i/>
          <w:color w:val="000000"/>
          <w:sz w:val="24"/>
        </w:rPr>
        <w:t>«Если найден будет убитый на земле...»</w:t>
      </w:r>
      <w:r>
        <w:rPr>
          <w:rFonts w:ascii="Georgia" w:hAnsi="Georgia"/>
          <w:b w:val="0"/>
          <w:i w:val="0"/>
          <w:color w:val="000000"/>
          <w:sz w:val="24"/>
        </w:rPr>
        <w:t xml:space="preserve"> (Дварим 21:1), где слово «убитый» (</w:t>
      </w:r>
      <w:r>
        <w:rPr>
          <w:rFonts w:ascii="Georgia" w:hAnsi="Georgia"/>
          <w:b w:val="0"/>
          <w:i/>
          <w:color w:val="000000"/>
          <w:sz w:val="24"/>
        </w:rPr>
        <w:t>халяль</w:t>
      </w:r>
      <w:r>
        <w:rPr>
          <w:rFonts w:ascii="Georgia" w:hAnsi="Georgia"/>
          <w:b w:val="0"/>
          <w:i w:val="0"/>
          <w:color w:val="000000"/>
          <w:sz w:val="24"/>
        </w:rPr>
        <w:t xml:space="preserve">, </w:t>
      </w:r>
      <w:r>
        <w:rPr>
          <w:rFonts w:ascii="Georgia" w:hAnsi="Georgia" w:cs="Times New Roman"/>
          <w:b/>
          <w:i w:val="0"/>
          <w:color w:val="000000"/>
          <w:sz w:val="24"/>
          <w:rtl/>
          <w:szCs w:val="32"/>
        </w:rPr>
        <w:t>חָלָל</w:t>
      </w:r>
      <w:r>
        <w:rPr>
          <w:rFonts w:ascii="Georgia" w:hAnsi="Georgia"/>
          <w:b w:val="0"/>
          <w:i w:val="0"/>
          <w:color w:val="000000"/>
          <w:sz w:val="24"/>
        </w:rPr>
        <w:t>) означает также пустоту, ведь [левая] ножка буквы хэй повисла в воздухе и не соединена с буквой далет, так что там остается свободное место и полость без мохин. И эта Твуна называется «землей» (</w:t>
      </w:r>
      <w:r>
        <w:rPr>
          <w:rFonts w:ascii="Georgia" w:hAnsi="Georgia"/>
          <w:b w:val="0"/>
          <w:i/>
          <w:color w:val="000000"/>
          <w:sz w:val="24"/>
        </w:rPr>
        <w:t>адама</w:t>
      </w:r>
      <w:r>
        <w:rPr>
          <w:rFonts w:ascii="Georgia" w:hAnsi="Georgia"/>
          <w:b w:val="0"/>
          <w:i w:val="0"/>
          <w:color w:val="000000"/>
          <w:sz w:val="24"/>
        </w:rPr>
        <w:t xml:space="preserve">, </w:t>
      </w:r>
      <w:r>
        <w:rPr>
          <w:rFonts w:ascii="Georgia" w:hAnsi="Georgia" w:cs="Times New Roman"/>
          <w:b/>
          <w:i w:val="0"/>
          <w:color w:val="000000"/>
          <w:sz w:val="24"/>
          <w:rtl/>
          <w:szCs w:val="32"/>
        </w:rPr>
        <w:t>אֲדָמָה</w:t>
      </w:r>
      <w:r>
        <w:rPr>
          <w:rFonts w:ascii="Georgia" w:hAnsi="Georgia"/>
          <w:b w:val="0"/>
          <w:i w:val="0"/>
          <w:color w:val="000000"/>
          <w:sz w:val="24"/>
        </w:rPr>
        <w:t xml:space="preserve">), то есть </w:t>
      </w:r>
      <w:r>
        <w:rPr>
          <w:rFonts w:ascii="Georgia" w:hAnsi="Georgia"/>
          <w:b w:val="0"/>
          <w:i/>
          <w:color w:val="000000"/>
          <w:sz w:val="24"/>
        </w:rPr>
        <w:t>адам</w:t>
      </w:r>
      <w:r>
        <w:rPr>
          <w:rFonts w:ascii="Georgia" w:hAnsi="Georgia"/>
          <w:b w:val="0"/>
          <w:i w:val="0"/>
          <w:color w:val="000000"/>
          <w:sz w:val="24"/>
        </w:rPr>
        <w:t xml:space="preserve"> (</w:t>
      </w:r>
      <w:r>
        <w:rPr>
          <w:rFonts w:ascii="Georgia" w:hAnsi="Georgia" w:cs="Times New Roman"/>
          <w:b/>
          <w:i w:val="0"/>
          <w:color w:val="000000"/>
          <w:sz w:val="24"/>
          <w:rtl/>
          <w:szCs w:val="32"/>
        </w:rPr>
        <w:t>אָדָם</w:t>
      </w:r>
      <w:r>
        <w:rPr>
          <w:rFonts w:ascii="Georgia" w:hAnsi="Georgia"/>
          <w:b w:val="0"/>
          <w:i w:val="0"/>
          <w:color w:val="000000"/>
          <w:sz w:val="24"/>
        </w:rPr>
        <w:t>) и буква хэй (</w:t>
      </w:r>
      <w:r>
        <w:rPr>
          <w:rFonts w:ascii="Georgia" w:hAnsi="Georgia" w:cs="Times New Roman"/>
          <w:b/>
          <w:i w:val="0"/>
          <w:color w:val="000000"/>
          <w:sz w:val="24"/>
          <w:rtl/>
          <w:szCs w:val="32"/>
        </w:rPr>
        <w:t>ה</w:t>
      </w:r>
      <w:r>
        <w:rPr>
          <w:rFonts w:ascii="Georgia" w:hAnsi="Georgia"/>
          <w:b w:val="0"/>
          <w:i w:val="0"/>
          <w:color w:val="000000"/>
          <w:sz w:val="24"/>
        </w:rPr>
        <w:t xml:space="preserve">). А в «Идра Зута» (лист 291) сказано, что буквы слова </w:t>
      </w:r>
      <w:r>
        <w:rPr>
          <w:rFonts w:ascii="Georgia" w:hAnsi="Georgia"/>
          <w:b w:val="0"/>
          <w:i/>
          <w:color w:val="000000"/>
          <w:sz w:val="24"/>
        </w:rPr>
        <w:t>Твуна</w:t>
      </w:r>
      <w:r>
        <w:rPr>
          <w:rFonts w:ascii="Georgia" w:hAnsi="Georgia"/>
          <w:b w:val="0"/>
          <w:i w:val="0"/>
          <w:color w:val="000000"/>
          <w:sz w:val="24"/>
        </w:rPr>
        <w:t xml:space="preserve"> (</w:t>
      </w:r>
      <w:r>
        <w:rPr>
          <w:rFonts w:ascii="Georgia" w:hAnsi="Georgia" w:cs="Times New Roman"/>
          <w:b/>
          <w:i w:val="0"/>
          <w:color w:val="000000"/>
          <w:sz w:val="24"/>
          <w:rtl/>
          <w:szCs w:val="32"/>
        </w:rPr>
        <w:t>תְּבוּנָה</w:t>
      </w:r>
      <w:r>
        <w:rPr>
          <w:rFonts w:ascii="Georgia" w:hAnsi="Georgia"/>
          <w:b w:val="0"/>
          <w:i w:val="0"/>
          <w:color w:val="000000"/>
          <w:sz w:val="24"/>
        </w:rPr>
        <w:t>) образуют [слова] «сын» (</w:t>
      </w:r>
      <w:r>
        <w:rPr>
          <w:rFonts w:ascii="Georgia" w:hAnsi="Georgia"/>
          <w:b w:val="0"/>
          <w:i/>
          <w:color w:val="000000"/>
          <w:sz w:val="24"/>
        </w:rPr>
        <w:t>бен</w:t>
      </w:r>
      <w:r>
        <w:rPr>
          <w:rFonts w:ascii="Georgia" w:hAnsi="Georgia"/>
          <w:b w:val="0"/>
          <w:i w:val="0"/>
          <w:color w:val="000000"/>
          <w:sz w:val="24"/>
        </w:rPr>
        <w:t xml:space="preserve">, </w:t>
      </w:r>
      <w:r>
        <w:rPr>
          <w:rFonts w:ascii="Georgia" w:hAnsi="Georgia" w:cs="Times New Roman"/>
          <w:b/>
          <w:i w:val="0"/>
          <w:color w:val="000000"/>
          <w:sz w:val="24"/>
          <w:rtl/>
          <w:szCs w:val="32"/>
        </w:rPr>
        <w:t>בֵּן</w:t>
      </w:r>
      <w:r>
        <w:rPr>
          <w:rFonts w:ascii="Georgia" w:hAnsi="Georgia"/>
          <w:b w:val="0"/>
          <w:i w:val="0"/>
          <w:color w:val="000000"/>
          <w:sz w:val="24"/>
        </w:rPr>
        <w:t>) и «дочь» (</w:t>
      </w:r>
      <w:r>
        <w:rPr>
          <w:rFonts w:ascii="Georgia" w:hAnsi="Georgia"/>
          <w:b w:val="0"/>
          <w:i/>
          <w:color w:val="000000"/>
          <w:sz w:val="24"/>
        </w:rPr>
        <w:t>бат</w:t>
      </w:r>
      <w:r>
        <w:rPr>
          <w:rFonts w:ascii="Georgia" w:hAnsi="Georgia"/>
          <w:b w:val="0"/>
          <w:i w:val="0"/>
          <w:color w:val="000000"/>
          <w:sz w:val="24"/>
        </w:rPr>
        <w:t xml:space="preserve">, </w:t>
      </w:r>
      <w:r>
        <w:rPr>
          <w:rFonts w:ascii="Georgia" w:hAnsi="Georgia" w:cs="Times New Roman"/>
          <w:b/>
          <w:i w:val="0"/>
          <w:color w:val="000000"/>
          <w:sz w:val="24"/>
          <w:rtl/>
          <w:szCs w:val="32"/>
        </w:rPr>
        <w:t>בַּת</w:t>
      </w:r>
      <w:r>
        <w:rPr>
          <w:rFonts w:ascii="Georgia" w:hAnsi="Georgia"/>
          <w:b w:val="0"/>
          <w:i w:val="0"/>
          <w:color w:val="000000"/>
          <w:sz w:val="24"/>
        </w:rPr>
        <w:t>), которые суть вав и хэй (</w:t>
      </w:r>
      <w:r>
        <w:rPr>
          <w:rFonts w:ascii="Georgia" w:hAnsi="Georgia" w:cs="Times New Roman"/>
          <w:b/>
          <w:i w:val="0"/>
          <w:color w:val="000000"/>
          <w:sz w:val="24"/>
          <w:rtl/>
          <w:szCs w:val="32"/>
        </w:rPr>
        <w:t>ו״ה</w:t>
      </w:r>
      <w:r>
        <w:rPr>
          <w:rFonts w:ascii="Georgia" w:hAnsi="Georgia"/>
          <w:b w:val="0"/>
          <w:i w:val="0"/>
          <w:color w:val="000000"/>
          <w:sz w:val="24"/>
        </w:rPr>
        <w:t>). Смысл этих слов в том, что две буквы далет и вав, образующие форму упомянутой первой буквы хэй имени АВАЯ, относятся к самой сущности Твуны: это ее ВАК и четыре [света] мохин. И поскольку затем ЗОН, называемые «сын» и «дочь», представляющие собой тайну букв вав и хэй, происходят из этих двух букв вав и далет, постольку они и называются Твуной; однако это не означает, что сами эти две буквы вав и далет и есть ЗОН.</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3) </w:t>
      </w:r>
      <w:r>
        <w:rPr>
          <w:rFonts w:ascii="Georgia" w:hAnsi="Georgia"/>
          <w:b/>
          <w:i w:val="0"/>
          <w:color w:val="000000"/>
          <w:sz w:val="24"/>
        </w:rPr>
        <w:t>«Объясним суть понятий Бина и Твуна... Пойми в мудрости и умудрись в понимании... И смысл здесь в том, что буква йод с ее наполнением...»</w:t>
      </w:r>
      <w:r>
        <w:rPr>
          <w:rFonts w:ascii="Georgia" w:hAnsi="Georgia"/>
          <w:b w:val="0"/>
          <w:i w:val="0"/>
          <w:color w:val="000000"/>
          <w:sz w:val="24"/>
        </w:rPr>
        <w:t xml:space="preserve">: Дело в том, что благодаря опусканию экрана, находившегося в нёбе (хэх) де-АА и представлявшего собой последнюю стадию (бхина ахарона) Хохмы де-БОН, под Бину де-БОН, находящуюся в горле (гарон) де-АА, оказалось, что Бина поднялась в рош де-АА на место Хохмы, как сказано в предыдущей ветви. И в этом тайна слов </w:t>
      </w:r>
      <w:r>
        <w:rPr>
          <w:rFonts w:ascii="Georgia" w:hAnsi="Georgia"/>
          <w:b w:val="0"/>
          <w:i/>
          <w:color w:val="000000"/>
          <w:sz w:val="24"/>
        </w:rPr>
        <w:t>«пойми в мудрости»</w:t>
      </w:r>
      <w:r>
        <w:rPr>
          <w:rFonts w:ascii="Georgia" w:hAnsi="Georgia"/>
          <w:b w:val="0"/>
          <w:i w:val="0"/>
          <w:color w:val="000000"/>
          <w:sz w:val="24"/>
        </w:rPr>
        <w:t>, ведь «пойми» (</w:t>
      </w:r>
      <w:r>
        <w:rPr>
          <w:rFonts w:ascii="Georgia" w:hAnsi="Georgia"/>
          <w:b w:val="0"/>
          <w:i/>
          <w:color w:val="000000"/>
          <w:sz w:val="24"/>
        </w:rPr>
        <w:t>авен</w:t>
      </w:r>
      <w:r>
        <w:rPr>
          <w:rFonts w:ascii="Georgia" w:hAnsi="Georgia"/>
          <w:b w:val="0"/>
          <w:i w:val="0"/>
          <w:color w:val="000000"/>
          <w:sz w:val="24"/>
        </w:rPr>
        <w:t xml:space="preserve">) — это Бина, которая находилась внизу, в теле (гуф), а теперь поднялась и включилась в Хохму; благодаря же этому и Хохма в голове привлекается светить на месте Бины, в тайне слов: </w:t>
      </w:r>
      <w:r>
        <w:rPr>
          <w:rFonts w:ascii="Georgia" w:hAnsi="Georgia"/>
          <w:b w:val="0"/>
          <w:i/>
          <w:color w:val="000000"/>
          <w:sz w:val="24"/>
        </w:rPr>
        <w:t>«...и умудрись в понимании»</w:t>
      </w:r>
      <w:r>
        <w:rPr>
          <w:rFonts w:ascii="Georgia" w:hAnsi="Georgia"/>
          <w:b w:val="0"/>
          <w:i w:val="0"/>
          <w:color w:val="000000"/>
          <w:sz w:val="24"/>
        </w:rPr>
        <w:t>. Ведь тебе уже известно, что экран головы (масах де-рош), опущенный под Бину в горле, называется «мэцах де-Аба ве-Има», поскольку последняя стадия Бины в горле расположена как раз напротив мэцах де-рош де-Аба ве-Има, как сказано в предыдущей ветви, обратись туда.</w:t>
      </w:r>
    </w:p>
    <w:p>
      <w:pPr>
        <w:spacing w:before="40" w:after="120"/>
        <w:jc w:val="both"/>
      </w:pPr>
      <w:r>
        <w:rPr>
          <w:rFonts w:ascii="Georgia" w:hAnsi="Georgia"/>
          <w:b w:val="0"/>
          <w:i w:val="0"/>
          <w:color w:val="000000"/>
          <w:sz w:val="24"/>
        </w:rPr>
        <w:t xml:space="preserve">Также там было объяснено, что тайна свечения уровня нешама во всей его полноте раскрывается только от мэцах и выше, где Бина поднялась на одну высоту с Хохмой, как сказано выше. [Это происходит] в тайне слов </w:t>
      </w:r>
      <w:r>
        <w:rPr>
          <w:rFonts w:ascii="Georgia" w:hAnsi="Georgia"/>
          <w:b w:val="0"/>
          <w:i/>
          <w:color w:val="000000"/>
          <w:sz w:val="24"/>
        </w:rPr>
        <w:t>«пойми в мудрости»</w:t>
      </w:r>
      <w:r>
        <w:rPr>
          <w:rFonts w:ascii="Georgia" w:hAnsi="Georgia"/>
          <w:b w:val="0"/>
          <w:i w:val="0"/>
          <w:color w:val="000000"/>
          <w:sz w:val="24"/>
        </w:rPr>
        <w:t>. И знай, что это место представляет собой букву йод имени АВАЯ, которая указывает на Хохму. А вав и далет (</w:t>
      </w:r>
      <w:r>
        <w:rPr>
          <w:rFonts w:ascii="Georgia" w:hAnsi="Georgia" w:cs="Times New Roman"/>
          <w:b/>
          <w:i w:val="0"/>
          <w:color w:val="000000"/>
          <w:sz w:val="24"/>
          <w:rtl/>
          <w:szCs w:val="32"/>
        </w:rPr>
        <w:t>וד</w:t>
      </w:r>
      <w:r>
        <w:rPr>
          <w:rFonts w:ascii="Georgia" w:hAnsi="Georgia"/>
          <w:b w:val="0"/>
          <w:i w:val="0"/>
          <w:color w:val="000000"/>
          <w:sz w:val="24"/>
        </w:rPr>
        <w:t>) наполнения буквы йод — это Бина, которая тоже поднялась туда и обретает там саму суть Хохмы, как сказано выше в предыдущей ветви, поскольку теперь она находится выше масах де-рош. И об этом говорит Учитель далее, что между буквами вав и далет наполнения буквы йод и буквами далет и вав, заключенными в первой букве хэй, следует различать два отличия. Первое: у буквы вав есть голова, что указывает на наличие полных десяти сфирот у Бины, ведь голова буквы вав — это нешама, то есть ГАР. Второе отличие: вав предшествует далет, что указывает на то, что сама суть Бины — это вав, тогда как далет — это ее свечение, протягивающееся сверху вниз к Твуне. Это как раз то, о чем мы говорили: от мэцах и выше свечение нешама раскрывается во всей полноте, и высота Имы там равна высоте Абы, обратись туда.</w:t>
      </w:r>
    </w:p>
    <w:p>
      <w:pPr>
        <w:spacing w:before="40" w:after="120"/>
        <w:jc w:val="both"/>
      </w:pPr>
      <w:r>
        <w:rPr>
          <w:rFonts w:ascii="Georgia" w:hAnsi="Georgia"/>
          <w:b w:val="0"/>
          <w:i w:val="0"/>
          <w:color w:val="000000"/>
          <w:sz w:val="24"/>
        </w:rPr>
        <w:t xml:space="preserve">Однако от мэцах и ниже свечение разделяется на паним и ахор, причем через паним притягиваются только два имени АВАЯ. В отличие от них, среднее имя АВАЯ, являющееся свойством ГАР и нешама, не может раскрыться через паним, но лишь со стороны ахор, что представляет собой свечение НЕХИ, как сказано в предыдущей ветви, обратись туда. И в этом тайна слов </w:t>
      </w:r>
      <w:r>
        <w:rPr>
          <w:rFonts w:ascii="Georgia" w:hAnsi="Georgia"/>
          <w:b w:val="0"/>
          <w:i/>
          <w:color w:val="000000"/>
          <w:sz w:val="24"/>
        </w:rPr>
        <w:t>«...и умудрись в понимании»</w:t>
      </w:r>
      <w:r>
        <w:rPr>
          <w:rFonts w:ascii="Georgia" w:hAnsi="Georgia"/>
          <w:b w:val="0"/>
          <w:i w:val="0"/>
          <w:color w:val="000000"/>
          <w:sz w:val="24"/>
        </w:rPr>
        <w:t>, ведь от уровня мэцах и ниже находится Бина, остающаяся ниже места зивуга, как сказано выше в «Паним Меирот»; и свойство нешама и головы, то есть Аба Илаа, притягивается к ней не через паним, а со стороны ахор, как было объяснено.</w:t>
      </w:r>
    </w:p>
    <w:p>
      <w:r>
        <w:br w:type="page"/>
      </w:r>
    </w:p>
    <w:p>
      <w:pPr>
        <w:keepNext/>
        <w:spacing w:before="360" w:after="160"/>
        <w:jc w:val="center"/>
      </w:pPr>
      <w:r>
        <w:rPr>
          <w:rFonts w:ascii="Georgia" w:hAnsi="Georgia"/>
          <w:b w:val="0"/>
          <w:i w:val="0"/>
          <w:color w:val="000000"/>
          <w:sz w:val="40"/>
        </w:rPr>
        <w:t>Ветвь 85</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Знай также: относительно буквы далет (</w:t>
      </w:r>
      <w:r>
        <w:rPr>
          <w:rFonts w:ascii="Georgia" w:hAnsi="Georgia" w:cs="Times New Roman"/>
          <w:b/>
          <w:i w:val="0"/>
          <w:color w:val="000000"/>
          <w:sz w:val="24"/>
          <w:rtl/>
          <w:szCs w:val="32"/>
        </w:rPr>
        <w:t>ד</w:t>
      </w:r>
      <w:r>
        <w:rPr>
          <w:rFonts w:ascii="Georgia" w:hAnsi="Georgia"/>
          <w:b w:val="0"/>
          <w:i w:val="0"/>
          <w:color w:val="000000"/>
          <w:sz w:val="24"/>
        </w:rPr>
        <w:t>), что над буквой вав (</w:t>
      </w:r>
      <w:r>
        <w:rPr>
          <w:rFonts w:ascii="Georgia" w:hAnsi="Georgia" w:cs="Times New Roman"/>
          <w:b/>
          <w:i w:val="0"/>
          <w:color w:val="000000"/>
          <w:sz w:val="24"/>
          <w:rtl/>
          <w:szCs w:val="32"/>
        </w:rPr>
        <w:t>ו</w:t>
      </w:r>
      <w:r>
        <w:rPr>
          <w:rFonts w:ascii="Georgia" w:hAnsi="Georgia"/>
          <w:b w:val="0"/>
          <w:i w:val="0"/>
          <w:color w:val="000000"/>
          <w:sz w:val="24"/>
        </w:rPr>
        <w:t>) в начертании первой буквы хэй (</w:t>
      </w:r>
      <w:r>
        <w:rPr>
          <w:rFonts w:ascii="Georgia" w:hAnsi="Georgia" w:cs="Times New Roman"/>
          <w:b/>
          <w:i w:val="0"/>
          <w:color w:val="000000"/>
          <w:sz w:val="24"/>
          <w:rtl/>
          <w:szCs w:val="32"/>
        </w:rPr>
        <w:t>ה</w:t>
      </w:r>
      <w:r>
        <w:rPr>
          <w:rFonts w:ascii="Georgia" w:hAnsi="Georgia"/>
          <w:b w:val="0"/>
          <w:i w:val="0"/>
          <w:color w:val="000000"/>
          <w:sz w:val="24"/>
        </w:rPr>
        <w:t>), мы уже объясняли, что сзади у нее есть кончик в форме буквы йод (</w:t>
      </w:r>
      <w:r>
        <w:rPr>
          <w:rFonts w:ascii="Georgia" w:hAnsi="Georgia" w:cs="Times New Roman"/>
          <w:b/>
          <w:i w:val="0"/>
          <w:color w:val="000000"/>
          <w:sz w:val="24"/>
          <w:rtl/>
          <w:szCs w:val="32"/>
        </w:rPr>
        <w:t>י</w:t>
      </w:r>
      <w:r>
        <w:rPr>
          <w:rFonts w:ascii="Georgia" w:hAnsi="Georgia"/>
          <w:b w:val="0"/>
          <w:i w:val="0"/>
          <w:color w:val="000000"/>
          <w:sz w:val="24"/>
        </w:rPr>
        <w:t>), и это свойство Исраэль Саба. Знай также, что эта буква далет делится на три части: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посередине и две буквы вав (</w:t>
      </w:r>
      <w:r>
        <w:rPr>
          <w:rFonts w:ascii="Georgia" w:hAnsi="Georgia" w:cs="Times New Roman"/>
          <w:b/>
          <w:i w:val="0"/>
          <w:color w:val="000000"/>
          <w:sz w:val="24"/>
          <w:rtl/>
          <w:szCs w:val="32"/>
        </w:rPr>
        <w:t>ו</w:t>
      </w:r>
      <w:r>
        <w:rPr>
          <w:rFonts w:ascii="Georgia" w:hAnsi="Georgia"/>
          <w:b w:val="0"/>
          <w:i w:val="0"/>
          <w:color w:val="000000"/>
          <w:sz w:val="24"/>
        </w:rPr>
        <w:t xml:space="preserve"> = 6), отходящие от нее — вот так: </w:t>
      </w:r>
      <w:r>
        <w:rPr>
          <w:rFonts w:ascii="Georgia" w:hAnsi="Georgia" w:cs="Times New Roman"/>
          <w:b/>
          <w:i w:val="0"/>
          <w:color w:val="000000"/>
          <w:sz w:val="24"/>
          <w:rtl/>
          <w:szCs w:val="32"/>
        </w:rPr>
        <w:t>ד</w:t>
      </w:r>
      <w:r>
        <w:rPr>
          <w:rFonts w:ascii="Georgia" w:hAnsi="Georgia"/>
          <w:b w:val="0"/>
          <w:i w:val="0"/>
          <w:color w:val="000000"/>
          <w:sz w:val="24"/>
        </w:rPr>
        <w:t>; в гематрии они составляют двадцать две буквы (</w:t>
      </w:r>
      <w:r>
        <w:rPr>
          <w:rFonts w:ascii="Georgia" w:hAnsi="Georgia" w:cs="Times New Roman"/>
          <w:b/>
          <w:i w:val="0"/>
          <w:color w:val="000000"/>
          <w:sz w:val="24"/>
          <w:rtl/>
          <w:szCs w:val="32"/>
        </w:rPr>
        <w:t>כ״ב</w:t>
      </w:r>
      <w:r>
        <w:rPr>
          <w:rFonts w:ascii="Georgia" w:hAnsi="Georgia"/>
          <w:b w:val="0"/>
          <w:i w:val="0"/>
          <w:color w:val="000000"/>
          <w:sz w:val="24"/>
        </w:rPr>
        <w:t xml:space="preserve"> = 22), передаваемые от Хохмы к Бине.</w:t>
      </w:r>
    </w:p>
    <w:p>
      <w:pPr>
        <w:spacing w:before="40" w:after="120"/>
        <w:jc w:val="both"/>
      </w:pPr>
      <w:r>
        <w:rPr>
          <w:rFonts w:ascii="Georgia" w:hAnsi="Georgia"/>
          <w:b w:val="0"/>
          <w:i w:val="0"/>
          <w:color w:val="000000"/>
          <w:sz w:val="24"/>
        </w:rPr>
        <w:t xml:space="preserve">2) Теперь необходимо объяснить причину, почему в букве йод скрыта Бина и раскрыта Хохма, а в букве хэй раскрыта Бина и скрыта Хохма. Смысл заключается в том, как сказано в другом рассуждении: два кетера Аба ве-Има находятся в горле АА, где пребывает свойство Бины де-АА. Также мы объясняли по поводу стиха </w:t>
      </w:r>
      <w:r>
        <w:rPr>
          <w:rFonts w:ascii="Georgia" w:hAnsi="Georgia"/>
          <w:b w:val="0"/>
          <w:i/>
          <w:color w:val="000000"/>
          <w:sz w:val="24"/>
        </w:rPr>
        <w:t>«Днем явит Г-сподь милость Свою…»</w:t>
      </w:r>
      <w:r>
        <w:rPr>
          <w:rFonts w:ascii="Georgia" w:hAnsi="Georgia"/>
          <w:b w:val="0"/>
          <w:i w:val="0"/>
          <w:color w:val="000000"/>
          <w:sz w:val="24"/>
        </w:rPr>
        <w:t xml:space="preserve"> (Теилим 42:9), что есть два вида хеседа. Первый — это высший хесед позади Бины; место его — в начале плеч АА, прежде распространения и разделения двух рук, и там находится место высшего хеседа, называемого в книге Зоар «днем их всех».</w:t>
      </w:r>
    </w:p>
    <w:p>
      <w:pPr>
        <w:spacing w:before="40" w:after="120"/>
        <w:jc w:val="both"/>
      </w:pPr>
      <w:r>
        <w:rPr>
          <w:rFonts w:ascii="Georgia" w:hAnsi="Georgia"/>
          <w:b w:val="0"/>
          <w:i w:val="0"/>
          <w:color w:val="000000"/>
          <w:sz w:val="24"/>
        </w:rPr>
        <w:t>3) Ты уже знаешь, что хесед всегда исходит со стороны мужского начала. И свет, исходящий из высшего горла АА, облачается (спустился и облачился) в этот хесед. Когда же он вышел наружу, Аба стал свойством этого хеседа, а Бина стала свойством горла, поскольку оно — Бина де-АА. И поскольку горло выше хеседа, свет горла облачается в этот хесед. Выходит, что Има, вышедшая из свойства горла, более возвышенна, и она скрыта внутри Хохмы. В этом смысл буквы йод, в которой Хохма раскрыта, а Бина в ней скрыта и не проявляется. Но когда две руки АА начали раскрываться (разделяться) и распространяться, тогда хесед облачился в гвуру, и оттуда вышли ИШСУТ. Тогда все стало наоборот: Аба более сокрыт и утаен, чем Бина, поэтому они намекаются буквой хэй, в которой Хохма скрыта, а Бина раскрыта.</w:t>
      </w:r>
    </w:p>
    <w:p>
      <w:pPr>
        <w:spacing w:before="40" w:after="120"/>
        <w:jc w:val="both"/>
      </w:pPr>
      <w:r>
        <w:rPr>
          <w:rFonts w:ascii="Georgia" w:hAnsi="Georgia"/>
          <w:b w:val="0"/>
          <w:i w:val="0"/>
          <w:color w:val="000000"/>
          <w:sz w:val="24"/>
        </w:rPr>
        <w:t xml:space="preserve">4) Об этом сказано в «Идра Зута» (лист 290) почти такими словами: </w:t>
      </w:r>
      <w:r>
        <w:rPr>
          <w:rFonts w:ascii="Georgia" w:hAnsi="Georgia"/>
          <w:b w:val="0"/>
          <w:i/>
          <w:color w:val="000000"/>
          <w:sz w:val="24"/>
        </w:rPr>
        <w:t>«Потом обнаружилось, что Хохма — это Аба, а Бина — Има»</w:t>
      </w:r>
      <w:r>
        <w:rPr>
          <w:rFonts w:ascii="Georgia" w:hAnsi="Georgia"/>
          <w:b w:val="0"/>
          <w:i w:val="0"/>
          <w:color w:val="000000"/>
          <w:sz w:val="24"/>
        </w:rPr>
        <w:t>. Смысл в том, что сначала Бина скрыта внутри Хохмы, однако «потом» — то есть после того, как распространились руки АА, — раскрылись свойства Аба ве-Има. Так прекрасно объяснена суть Бины и первой Твуны, а также суть Абы и Исраэль Саба, которые намекаются первыми двумя буквами йод и хэй (</w:t>
      </w:r>
      <w:r>
        <w:rPr>
          <w:rFonts w:ascii="Georgia" w:hAnsi="Georgia" w:cs="Times New Roman"/>
          <w:b/>
          <w:i w:val="0"/>
          <w:color w:val="000000"/>
          <w:sz w:val="24"/>
          <w:rtl/>
          <w:szCs w:val="32"/>
        </w:rPr>
        <w:t>י״ה</w:t>
      </w:r>
      <w:r>
        <w:rPr>
          <w:rFonts w:ascii="Georgia" w:hAnsi="Georgia"/>
          <w:b w:val="0"/>
          <w:i w:val="0"/>
          <w:color w:val="000000"/>
          <w:sz w:val="24"/>
        </w:rPr>
        <w:t>) в имени АВАЯ.</w:t>
      </w:r>
    </w:p>
    <w:p>
      <w:pPr>
        <w:spacing w:before="40" w:after="120"/>
        <w:jc w:val="both"/>
      </w:pPr>
      <w:r>
        <w:rPr>
          <w:rFonts w:ascii="Georgia" w:hAnsi="Georgia"/>
          <w:b w:val="0"/>
          <w:i w:val="0"/>
          <w:color w:val="000000"/>
          <w:sz w:val="24"/>
        </w:rPr>
        <w:t>5) Знай, что три части Бины — Бина, первая Твуна и вторая Твуна — образуют единый парцуф. Получается, что первое зачатие (ибур) ЗА, находящегося тогда в состоянии «три, включенные в три» (как известно), происходило в этой первой Твуне, представляющей собой первую букву хэй Имени. Ведь поскольку названные три части стали одним парцуфом, эта первая Твуна располагается от хазе и ниже всего совокупного парцуфа. А там находится место зачатия — область чрева, внутри которого формируется плод; в высшей же Бине нет состояния беременности и зачатия.</w:t>
      </w:r>
    </w:p>
    <w:p>
      <w:pPr>
        <w:spacing w:before="40" w:after="120"/>
        <w:jc w:val="both"/>
      </w:pPr>
      <w:r>
        <w:rPr>
          <w:rFonts w:ascii="Georgia" w:hAnsi="Georgia"/>
          <w:b w:val="0"/>
          <w:i w:val="0"/>
          <w:color w:val="000000"/>
          <w:sz w:val="24"/>
        </w:rPr>
        <w:t>6) Высшая Бина называется буквой самэх (</w:t>
      </w:r>
      <w:r>
        <w:rPr>
          <w:rFonts w:ascii="Georgia" w:hAnsi="Georgia" w:cs="Times New Roman"/>
          <w:b/>
          <w:i w:val="0"/>
          <w:color w:val="000000"/>
          <w:sz w:val="24"/>
          <w:rtl/>
          <w:szCs w:val="32"/>
        </w:rPr>
        <w:t>סמ״ך</w:t>
      </w:r>
      <w:r>
        <w:rPr>
          <w:rFonts w:ascii="Georgia" w:hAnsi="Georgia"/>
          <w:b w:val="0"/>
          <w:i w:val="0"/>
          <w:color w:val="000000"/>
          <w:sz w:val="24"/>
        </w:rPr>
        <w:t>), а первая Твуна — замкнутой буквой мэм (</w:t>
      </w:r>
      <w:r>
        <w:rPr>
          <w:rFonts w:ascii="Georgia" w:hAnsi="Georgia" w:cs="Times New Roman"/>
          <w:b/>
          <w:i w:val="0"/>
          <w:color w:val="000000"/>
          <w:sz w:val="24"/>
          <w:rtl/>
          <w:szCs w:val="32"/>
        </w:rPr>
        <w:t>ם</w:t>
      </w:r>
      <w:r>
        <w:rPr>
          <w:rFonts w:ascii="Georgia" w:hAnsi="Georgia"/>
          <w:b w:val="0"/>
          <w:i w:val="0"/>
          <w:color w:val="000000"/>
          <w:sz w:val="24"/>
        </w:rPr>
        <w:t>), как сказано выше. Смысл в том, что мера высшей Бины — шесть высших сфирот: КАХАБ и ХАГ (Кетер, Хохма, Бина, Даат, Хесед, Гвура). И поскольку они исходят из тайны Хохмы, которая равна букве йод (</w:t>
      </w:r>
      <w:r>
        <w:rPr>
          <w:rFonts w:ascii="Georgia" w:hAnsi="Georgia" w:cs="Times New Roman"/>
          <w:b/>
          <w:i w:val="0"/>
          <w:color w:val="000000"/>
          <w:sz w:val="24"/>
          <w:rtl/>
          <w:szCs w:val="32"/>
        </w:rPr>
        <w:t>י</w:t>
      </w:r>
      <w:r>
        <w:rPr>
          <w:rFonts w:ascii="Georgia" w:hAnsi="Georgia"/>
          <w:b w:val="0"/>
          <w:i w:val="0"/>
          <w:color w:val="000000"/>
          <w:sz w:val="24"/>
        </w:rPr>
        <w:t xml:space="preserve"> = 10), оказывается, что высшая Бина обозначается буквой самэх (</w:t>
      </w:r>
      <w:r>
        <w:rPr>
          <w:rFonts w:ascii="Georgia" w:hAnsi="Georgia" w:cs="Times New Roman"/>
          <w:b/>
          <w:i w:val="0"/>
          <w:color w:val="000000"/>
          <w:sz w:val="24"/>
          <w:rtl/>
          <w:szCs w:val="32"/>
        </w:rPr>
        <w:t>ס</w:t>
      </w:r>
      <w:r>
        <w:rPr>
          <w:rFonts w:ascii="Georgia" w:hAnsi="Georgia"/>
          <w:b w:val="0"/>
          <w:i w:val="0"/>
          <w:color w:val="000000"/>
          <w:sz w:val="24"/>
        </w:rPr>
        <w:t xml:space="preserve"> = 60), так как она расположена напротив шести его высших сфирот, каждая из которых включает десять: шесть раз по десять дают шестьдесят.</w:t>
      </w:r>
    </w:p>
    <w:p>
      <w:pPr>
        <w:spacing w:before="40" w:after="120"/>
        <w:jc w:val="both"/>
      </w:pPr>
      <w:r>
        <w:rPr>
          <w:rFonts w:ascii="Georgia" w:hAnsi="Georgia"/>
          <w:b w:val="0"/>
          <w:i w:val="0"/>
          <w:color w:val="000000"/>
          <w:sz w:val="24"/>
        </w:rPr>
        <w:t>7) В Твуне же есть мера лишь четырех нижних сфирот, и каждая включает десять по названной причине, поэтому она — замкнутая мэм (</w:t>
      </w:r>
      <w:r>
        <w:rPr>
          <w:rFonts w:ascii="Georgia" w:hAnsi="Georgia" w:cs="Times New Roman"/>
          <w:b/>
          <w:i w:val="0"/>
          <w:color w:val="000000"/>
          <w:sz w:val="24"/>
          <w:rtl/>
          <w:szCs w:val="32"/>
        </w:rPr>
        <w:t>ם</w:t>
      </w:r>
      <w:r>
        <w:rPr>
          <w:rFonts w:ascii="Georgia" w:hAnsi="Georgia"/>
          <w:b w:val="0"/>
          <w:i w:val="0"/>
          <w:color w:val="000000"/>
          <w:sz w:val="24"/>
        </w:rPr>
        <w:t xml:space="preserve"> = 40). Она называется замкнутой мэм еще и потому, что «восседает над сыновьями». По этой же причине первая Твуна называется будущим миром (олам а-ба). Причина в том, что женские сущности именуются «миром», как сказано в Зоаре (раздел Ваехи) по поводу стиха </w:t>
      </w:r>
      <w:r>
        <w:rPr>
          <w:rFonts w:ascii="Georgia" w:hAnsi="Georgia"/>
          <w:b w:val="0"/>
          <w:i/>
          <w:color w:val="000000"/>
          <w:sz w:val="24"/>
        </w:rPr>
        <w:t>«От века и до века…»</w:t>
      </w:r>
      <w:r>
        <w:rPr>
          <w:rFonts w:ascii="Georgia" w:hAnsi="Georgia"/>
          <w:b w:val="0"/>
          <w:i w:val="0"/>
          <w:color w:val="000000"/>
          <w:sz w:val="24"/>
        </w:rPr>
        <w:t xml:space="preserve"> (Теилим 106:48). И эта Твуна называется «будущим миром» (</w:t>
      </w:r>
      <w:r>
        <w:rPr>
          <w:rFonts w:ascii="Georgia" w:hAnsi="Georgia"/>
          <w:b w:val="0"/>
          <w:i/>
          <w:color w:val="000000"/>
          <w:sz w:val="24"/>
        </w:rPr>
        <w:t>альма де-атей</w:t>
      </w:r>
      <w:r>
        <w:rPr>
          <w:rFonts w:ascii="Georgia" w:hAnsi="Georgia"/>
          <w:b w:val="0"/>
          <w:i w:val="0"/>
          <w:color w:val="000000"/>
          <w:sz w:val="24"/>
        </w:rPr>
        <w:t>, буквально «мир приходящий»), поскольку она опускается вниз и раскрывается постоянно. Высшая же Бина остается наверху и не опускается, поэтому Бина называется «грядущим» (</w:t>
      </w:r>
      <w:r>
        <w:rPr>
          <w:rFonts w:ascii="Georgia" w:hAnsi="Georgia"/>
          <w:b w:val="0"/>
          <w:i/>
          <w:color w:val="000000"/>
          <w:sz w:val="24"/>
        </w:rPr>
        <w:t>ле-атид ла-во</w:t>
      </w:r>
      <w:r>
        <w:rPr>
          <w:rFonts w:ascii="Georgia" w:hAnsi="Georgia"/>
          <w:b w:val="0"/>
          <w:i w:val="0"/>
          <w:color w:val="000000"/>
          <w:sz w:val="24"/>
        </w:rPr>
        <w:t>). Ведь высшие мохин (свет разума) ЗА, облаченные в НЕХИ высшей Бины, должны прийти позже, когда возрастет его ступень и он обретет высшие мохин от Бины, а не от Твуны, — и тогда это будет временем «грядущего». Мохин же от НЕХИ Твуны протягиваются к нему непрестанно, они изливаются и приходят всегда.</w:t>
      </w:r>
    </w:p>
    <w:p>
      <w:pPr>
        <w:spacing w:before="40" w:after="120"/>
        <w:jc w:val="both"/>
      </w:pPr>
      <w:r>
        <w:rPr>
          <w:rFonts w:ascii="Georgia" w:hAnsi="Georgia"/>
          <w:b w:val="0"/>
          <w:i w:val="0"/>
          <w:color w:val="000000"/>
          <w:sz w:val="24"/>
        </w:rPr>
        <w:t>8) В этом смысл названия «будущий мир» (</w:t>
      </w:r>
      <w:r>
        <w:rPr>
          <w:rFonts w:ascii="Georgia" w:hAnsi="Georgia"/>
          <w:b w:val="0"/>
          <w:i/>
          <w:color w:val="000000"/>
          <w:sz w:val="24"/>
        </w:rPr>
        <w:t>альма де-атей</w:t>
      </w:r>
      <w:r>
        <w:rPr>
          <w:rFonts w:ascii="Georgia" w:hAnsi="Georgia"/>
          <w:b w:val="0"/>
          <w:i w:val="0"/>
          <w:color w:val="000000"/>
          <w:sz w:val="24"/>
        </w:rPr>
        <w:t>) — он непрестанно изливается и приходит. В этом и состоит различие между будущим миром (</w:t>
      </w:r>
      <w:r>
        <w:rPr>
          <w:rFonts w:ascii="Georgia" w:hAnsi="Georgia"/>
          <w:b w:val="0"/>
          <w:i/>
          <w:color w:val="000000"/>
          <w:sz w:val="24"/>
        </w:rPr>
        <w:t>олам а-ба</w:t>
      </w:r>
      <w:r>
        <w:rPr>
          <w:rFonts w:ascii="Georgia" w:hAnsi="Georgia"/>
          <w:b w:val="0"/>
          <w:i w:val="0"/>
          <w:color w:val="000000"/>
          <w:sz w:val="24"/>
        </w:rPr>
        <w:t>) и грядущим (</w:t>
      </w:r>
      <w:r>
        <w:rPr>
          <w:rFonts w:ascii="Georgia" w:hAnsi="Georgia"/>
          <w:b w:val="0"/>
          <w:i/>
          <w:color w:val="000000"/>
          <w:sz w:val="24"/>
        </w:rPr>
        <w:t>ле-атид ла-во</w:t>
      </w:r>
      <w:r>
        <w:rPr>
          <w:rFonts w:ascii="Georgia" w:hAnsi="Georgia"/>
          <w:b w:val="0"/>
          <w:i w:val="0"/>
          <w:color w:val="000000"/>
          <w:sz w:val="24"/>
        </w:rPr>
        <w:t>): первое относится к Твуне, а второе — к Бине, в свойстве их Нецах, Ход, Есод (НЕХИ), становящихся мохин для ЗА. И в этом смысл сказанного в книге «Багир», где ученики спросили рабби Рехумая: «Что такое будущий мир?» — и он ответил им: «Мир, который уже пришел». Теперь все понятно из того, что я написал выше.</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2) </w:t>
      </w:r>
      <w:r>
        <w:rPr>
          <w:rFonts w:ascii="Georgia" w:hAnsi="Georgia"/>
          <w:b/>
          <w:i w:val="0"/>
          <w:color w:val="000000"/>
          <w:sz w:val="24"/>
        </w:rPr>
        <w:t>«Два кетера Аба ве-Има находятся в горле АА…»</w:t>
      </w:r>
      <w:r>
        <w:rPr>
          <w:rFonts w:ascii="Georgia" w:hAnsi="Georgia"/>
          <w:b w:val="0"/>
          <w:i w:val="0"/>
          <w:color w:val="000000"/>
          <w:sz w:val="24"/>
        </w:rPr>
        <w:t>: Уже было подробно объяснено, что все исправление, пронизывающее все парцуфим АБЕА вплоть до Окончательного исправления, — это принцип весов (</w:t>
      </w:r>
      <w:r>
        <w:rPr>
          <w:rFonts w:ascii="Georgia" w:hAnsi="Georgia"/>
          <w:b w:val="0"/>
          <w:i/>
          <w:color w:val="000000"/>
          <w:sz w:val="24"/>
        </w:rPr>
        <w:t>миткла</w:t>
      </w:r>
      <w:r>
        <w:rPr>
          <w:rFonts w:ascii="Georgia" w:hAnsi="Georgia"/>
          <w:b w:val="0"/>
          <w:i w:val="0"/>
          <w:color w:val="000000"/>
          <w:sz w:val="24"/>
        </w:rPr>
        <w:t xml:space="preserve">), укорененный в свете эйнаим де-АК при выходе мира Некудим, как написано выше в «Паним Масбирот» (стр. 664, пункт 16, см. там все продолжение). Это тайна того, что Аба вывел Иму наружу: Хохма вывела Бину за пределы головы, так что в голове остались только Кетер и Хохма, а Бина и ЗОН вышли и спустились на нижнюю ступень, то есть на уровень Брия. И этот выход представляет собой исправление, подготавливающее ее к постоянному подъему и спуску по тайне подъема МАН, как сказано там. Поэтому Бина называется словом </w:t>
      </w:r>
      <w:r>
        <w:rPr>
          <w:rFonts w:ascii="Georgia" w:hAnsi="Georgia"/>
          <w:b w:val="0"/>
          <w:i/>
          <w:color w:val="000000"/>
          <w:sz w:val="24"/>
        </w:rPr>
        <w:t>озэн</w:t>
      </w:r>
      <w:r>
        <w:rPr>
          <w:rFonts w:ascii="Georgia" w:hAnsi="Georgia"/>
          <w:b w:val="0"/>
          <w:i w:val="0"/>
          <w:color w:val="000000"/>
          <w:sz w:val="24"/>
        </w:rPr>
        <w:t xml:space="preserve"> — «ухо» (</w:t>
      </w:r>
      <w:r>
        <w:rPr>
          <w:rFonts w:ascii="Georgia" w:hAnsi="Georgia" w:cs="Times New Roman"/>
          <w:b/>
          <w:i w:val="0"/>
          <w:color w:val="000000"/>
          <w:sz w:val="24"/>
          <w:rtl/>
          <w:szCs w:val="32"/>
        </w:rPr>
        <w:t>אֹזֶן</w:t>
      </w:r>
      <w:r>
        <w:rPr>
          <w:rFonts w:ascii="Georgia" w:hAnsi="Georgia"/>
          <w:b w:val="0"/>
          <w:i w:val="0"/>
          <w:color w:val="000000"/>
          <w:sz w:val="24"/>
        </w:rPr>
        <w:t xml:space="preserve">) от слова </w:t>
      </w:r>
      <w:r>
        <w:rPr>
          <w:rFonts w:ascii="Georgia" w:hAnsi="Georgia"/>
          <w:b w:val="0"/>
          <w:i/>
          <w:color w:val="000000"/>
          <w:sz w:val="24"/>
        </w:rPr>
        <w:t>мознаим</w:t>
      </w:r>
      <w:r>
        <w:rPr>
          <w:rFonts w:ascii="Georgia" w:hAnsi="Georgia"/>
          <w:b w:val="0"/>
          <w:i w:val="0"/>
          <w:color w:val="000000"/>
          <w:sz w:val="24"/>
        </w:rPr>
        <w:t xml:space="preserve"> — «весы» (</w:t>
      </w:r>
      <w:r>
        <w:rPr>
          <w:rFonts w:ascii="Georgia" w:hAnsi="Georgia" w:cs="Times New Roman"/>
          <w:b/>
          <w:i w:val="0"/>
          <w:color w:val="000000"/>
          <w:sz w:val="24"/>
          <w:rtl/>
          <w:szCs w:val="32"/>
        </w:rPr>
        <w:t>מֹאזְנַיִם</w:t>
      </w:r>
      <w:r>
        <w:rPr>
          <w:rFonts w:ascii="Georgia" w:hAnsi="Georgia"/>
          <w:b w:val="0"/>
          <w:i w:val="0"/>
          <w:color w:val="000000"/>
          <w:sz w:val="24"/>
        </w:rPr>
        <w:t xml:space="preserve">) и арамейского </w:t>
      </w:r>
      <w:r>
        <w:rPr>
          <w:rFonts w:ascii="Georgia" w:hAnsi="Georgia"/>
          <w:b w:val="0"/>
          <w:i/>
          <w:color w:val="000000"/>
          <w:sz w:val="24"/>
        </w:rPr>
        <w:t>миткла</w:t>
      </w:r>
      <w:r>
        <w:rPr>
          <w:rFonts w:ascii="Georgia" w:hAnsi="Georgia"/>
          <w:b w:val="0"/>
          <w:i w:val="0"/>
          <w:color w:val="000000"/>
          <w:sz w:val="24"/>
        </w:rPr>
        <w:t xml:space="preserve"> (</w:t>
      </w:r>
      <w:r>
        <w:rPr>
          <w:rFonts w:ascii="Georgia" w:hAnsi="Georgia" w:cs="Times New Roman"/>
          <w:b/>
          <w:i w:val="0"/>
          <w:color w:val="000000"/>
          <w:sz w:val="24"/>
          <w:rtl/>
          <w:szCs w:val="32"/>
        </w:rPr>
        <w:t>מַתְקְלָא</w:t>
      </w:r>
      <w:r>
        <w:rPr>
          <w:rFonts w:ascii="Georgia" w:hAnsi="Georgia"/>
          <w:b w:val="0"/>
          <w:i w:val="0"/>
          <w:color w:val="000000"/>
          <w:sz w:val="24"/>
        </w:rPr>
        <w:t>), так как она устроена для подъема и спуска, подобно двум чашам весов. как мы подробно разъяснили это в названном месте «Паним Масбирот», см. там.</w:t>
      </w:r>
    </w:p>
    <w:p>
      <w:pPr>
        <w:spacing w:before="40" w:after="120"/>
        <w:jc w:val="both"/>
      </w:pPr>
      <w:r>
        <w:rPr>
          <w:rFonts w:ascii="Georgia" w:hAnsi="Georgia"/>
          <w:b w:val="0"/>
          <w:i w:val="0"/>
          <w:color w:val="000000"/>
          <w:sz w:val="24"/>
        </w:rPr>
        <w:t>Поэтому Бина обозначается именем АВАЯ с числовым значением САГ (</w:t>
      </w:r>
      <w:r>
        <w:rPr>
          <w:rFonts w:ascii="Georgia" w:hAnsi="Georgia" w:cs="Times New Roman"/>
          <w:b/>
          <w:i w:val="0"/>
          <w:color w:val="000000"/>
          <w:sz w:val="24"/>
          <w:rtl/>
          <w:szCs w:val="32"/>
        </w:rPr>
        <w:t>ס״ג</w:t>
      </w:r>
      <w:r>
        <w:rPr>
          <w:rFonts w:ascii="Georgia" w:hAnsi="Georgia"/>
          <w:b w:val="0"/>
          <w:i w:val="0"/>
          <w:color w:val="000000"/>
          <w:sz w:val="24"/>
        </w:rPr>
        <w:t xml:space="preserve">), что созвучно слову </w:t>
      </w:r>
      <w:r>
        <w:rPr>
          <w:rFonts w:ascii="Georgia" w:hAnsi="Georgia"/>
          <w:b w:val="0"/>
          <w:i/>
          <w:color w:val="000000"/>
          <w:sz w:val="24"/>
        </w:rPr>
        <w:t>сигим</w:t>
      </w:r>
      <w:r>
        <w:rPr>
          <w:rFonts w:ascii="Georgia" w:hAnsi="Georgia"/>
          <w:b w:val="0"/>
          <w:i w:val="0"/>
          <w:color w:val="000000"/>
          <w:sz w:val="24"/>
        </w:rPr>
        <w:t xml:space="preserve"> — «примеси» (</w:t>
      </w:r>
      <w:r>
        <w:rPr>
          <w:rFonts w:ascii="Georgia" w:hAnsi="Georgia" w:cs="Times New Roman"/>
          <w:b/>
          <w:i w:val="0"/>
          <w:color w:val="000000"/>
          <w:sz w:val="24"/>
          <w:rtl/>
          <w:szCs w:val="32"/>
        </w:rPr>
        <w:t>סִיגִים</w:t>
      </w:r>
      <w:r>
        <w:rPr>
          <w:rFonts w:ascii="Georgia" w:hAnsi="Georgia"/>
          <w:b w:val="0"/>
          <w:i w:val="0"/>
          <w:color w:val="000000"/>
          <w:sz w:val="24"/>
        </w:rPr>
        <w:t>): ведь при ее спуске на нижнюю ступень ее уровень принижается и огрубляется подобно нижнему, и считается, что к ней примешались шлаки нижнего — подобно золоту и серебру, к которым примешивается более низкий металл, называемый примесью (</w:t>
      </w:r>
      <w:r>
        <w:rPr>
          <w:rFonts w:ascii="Georgia" w:hAnsi="Georgia"/>
          <w:b w:val="0"/>
          <w:i/>
          <w:color w:val="000000"/>
          <w:sz w:val="24"/>
        </w:rPr>
        <w:t>сигим</w:t>
      </w:r>
      <w:r>
        <w:rPr>
          <w:rFonts w:ascii="Georgia" w:hAnsi="Georgia"/>
          <w:b w:val="0"/>
          <w:i w:val="0"/>
          <w:color w:val="000000"/>
          <w:sz w:val="24"/>
        </w:rPr>
        <w:t>). Пойми это. Корень же этих весов находится в горле АА, как сказано выше во «Вратах АА»: в голове АА есть только Кетер и Хохма, а Бина де-АА вышла наружу из головы на место его горла. И поскольку АА — корень и основа всего мира Ацилут, постольку его Бину, вышедшую из головы в его горло, мы рассматриваем как корень весов, то есть начало исправления спуска ради подъема, когда впоследствии благодаря подъему МАН по тайне соударения (зивуг) нёба и горла она вновь поднимается на уровень головы, как известно.</w:t>
      </w:r>
    </w:p>
    <w:p>
      <w:pPr>
        <w:spacing w:before="40" w:after="120"/>
        <w:jc w:val="both"/>
      </w:pPr>
      <w:r>
        <w:rPr>
          <w:rFonts w:ascii="Georgia" w:hAnsi="Georgia"/>
          <w:b w:val="0"/>
          <w:i w:val="0"/>
          <w:color w:val="000000"/>
          <w:sz w:val="24"/>
        </w:rPr>
        <w:t>Однако главное раскрытие действий, укорененных в этих весах, исправляется и проявляется только в парцуфим Аба ве-Има мира Ацилут. Ведь в Ацилуте в целом различаются пять парцуфим: КАХАБ и ТУМ, называемые также Гальгальта и АБ-САГ-МА-БОН, где Атик — это тайна Гальгальты и Кетера, АА — тайна Хохмы и АБ, Аба ве-Има — тайна Бины и САГ, а ЗОН — тайна ТУМ, МА и БОН. И ты видишь, что парцуф Аба ве-Има — это общая Бина всего мира Ацилут, называемая именем АВАЯ с наполнением САГ, что и составляет тайну исправления весов, как сказано выше. Если так, то само собой понятно, что все исправления и особые свойства, раскрывающиеся и проистекающие из силы исправления весов, относятся исключительно к Аба ве-Има де-Ацилут, как разъяснено. И об этом сказано: «Два кетера Аба ве-Има находятся в горле АА, где пребывает свойство Бины де-АА». То есть, поскольку свойство Бины де-АА, служащее корнем АВАЯ де-САГ (как сказано выше), находится в горле АА, поэтому горло АА считается кетером общей АВАЯ де-САГ, то есть парцуфа Аба ве-Има, как разъяснено выше. Пойми это как следует.</w:t>
      </w:r>
    </w:p>
    <w:p>
      <w:pPr>
        <w:spacing w:before="40" w:after="120"/>
        <w:jc w:val="both"/>
      </w:pPr>
      <w:r>
        <w:rPr>
          <w:rFonts w:ascii="Georgia" w:hAnsi="Georgia"/>
          <w:b/>
          <w:i w:val="0"/>
          <w:color w:val="000000"/>
          <w:sz w:val="24"/>
        </w:rPr>
        <w:t>«Есть два вида хеседа: первый — это высший хесед позади Бины… называемый днем их всех…»</w:t>
      </w:r>
      <w:r>
        <w:rPr>
          <w:rFonts w:ascii="Georgia" w:hAnsi="Georgia"/>
          <w:b w:val="0"/>
          <w:i w:val="0"/>
          <w:color w:val="000000"/>
          <w:sz w:val="24"/>
        </w:rPr>
        <w:t xml:space="preserve">: И нужно очень хорошо понять тайну этого хеседа: ведь он — корень всех светов АБЕА и тайна света, сокрытого для праведников в будущем, величие которого беспредельно, и он полностью раскрывается лишь к Окончательному исправлению. И как сказано о нем в Зоаре по тайне стиха </w:t>
      </w:r>
      <w:r>
        <w:rPr>
          <w:rFonts w:ascii="Georgia" w:hAnsi="Georgia"/>
          <w:b w:val="0"/>
          <w:i/>
          <w:color w:val="000000"/>
          <w:sz w:val="24"/>
        </w:rPr>
        <w:t>«Днем явит Г-сподь милость Свою…»</w:t>
      </w:r>
      <w:r>
        <w:rPr>
          <w:rFonts w:ascii="Georgia" w:hAnsi="Georgia"/>
          <w:b w:val="0"/>
          <w:i w:val="0"/>
          <w:color w:val="000000"/>
          <w:sz w:val="24"/>
        </w:rPr>
        <w:t xml:space="preserve"> (Теилим 42:9), смысл писания относится к этому свету, и это «день, идущий со всеми днями» (</w:t>
      </w:r>
      <w:r>
        <w:rPr>
          <w:rFonts w:ascii="Georgia" w:hAnsi="Georgia"/>
          <w:b w:val="0"/>
          <w:i/>
          <w:color w:val="000000"/>
          <w:sz w:val="24"/>
        </w:rPr>
        <w:t>йома де-азиль им кульху йомин</w:t>
      </w:r>
      <w:r>
        <w:rPr>
          <w:rFonts w:ascii="Georgia" w:hAnsi="Georgia"/>
          <w:b w:val="0"/>
          <w:i w:val="0"/>
          <w:color w:val="000000"/>
          <w:sz w:val="24"/>
        </w:rPr>
        <w:t>) — то есть корень всех светов, раскрывающихся и приходящих во всех парцуфим АБЕА. Начало этого света — первый рош АА, называемый Гальгальта, в который облачен хесед де-Атик, представляющий собой этот высший хесед; и он — корень пяти хасадим, как написано там, во «Вратах АА». Оттуда он протягивается и приходит позади Бины, находящейся в горле АА, — помни это.</w:t>
      </w:r>
    </w:p>
    <w:p>
      <w:pPr>
        <w:spacing w:before="40" w:after="120"/>
        <w:jc w:val="both"/>
      </w:pPr>
      <w:r>
        <w:rPr>
          <w:rFonts w:ascii="Georgia" w:hAnsi="Georgia"/>
          <w:b w:val="0"/>
          <w:i w:val="0"/>
          <w:color w:val="000000"/>
          <w:sz w:val="24"/>
        </w:rPr>
        <w:t xml:space="preserve">И сказанное: </w:t>
      </w:r>
      <w:r>
        <w:rPr>
          <w:rFonts w:ascii="Georgia" w:hAnsi="Georgia"/>
          <w:b/>
          <w:i w:val="0"/>
          <w:color w:val="000000"/>
          <w:sz w:val="24"/>
        </w:rPr>
        <w:t>«Он позади Бины, и место это — в начале плеч АА, прежде распространения и разделения двух рук…»</w:t>
      </w:r>
      <w:r>
        <w:rPr>
          <w:rFonts w:ascii="Georgia" w:hAnsi="Georgia"/>
          <w:b w:val="0"/>
          <w:i w:val="0"/>
          <w:color w:val="000000"/>
          <w:sz w:val="24"/>
        </w:rPr>
        <w:t xml:space="preserve"> — эти слова глубже моря, и их действительно нужно понять как следует. Здесь тебе следует вспомнить все объясненное в «Паним Меирот» выше, во «Вратах АА», о различии между двумя головами АА, называемыми Гальгальта и Авира: уровень Даат Непостижимой головы (реша де-ло итъяда), являющийся нешамой для АА, не может облачиться в первый рош АА, называемый Гальгальта, поскольку раскрытие этой нешамы происходит в келим де-САГ, тогда как АА относится к свойству АБ. Поэтому в нем был устроен особый рош, называемый Моха де-Авира, см. там. Также было объяснено выше, что по этой же причине свет Даат Непостижимой головы не может раскрыться от мэцах де-АА и ниже, ведь там келим де-АБ, и свет САГ не находит себе места для распространения там. Поэтому на лике АА раскрывается только свет хасадим от Гальгальты, как написано там, см. подробно.</w:t>
      </w:r>
    </w:p>
    <w:p>
      <w:pPr>
        <w:spacing w:before="40" w:after="120"/>
        <w:jc w:val="both"/>
      </w:pPr>
      <w:r>
        <w:rPr>
          <w:rFonts w:ascii="Georgia" w:hAnsi="Georgia"/>
          <w:b w:val="0"/>
          <w:i w:val="0"/>
          <w:color w:val="000000"/>
          <w:sz w:val="24"/>
        </w:rPr>
        <w:t>Из сказанного ты поймешь, что Бина де-АА в горле и высший хесед позади нее — в точности подобны двум головам АА: Гальгальте и Авире. Ведь высший хесед позади Бины, облаченный в начала плеч АА, исходит из Гальгальты, ибо там его место, как сказано выше. А Бина в горле АА исходит из Моха де-Авира де-АА, и потому она — тайна кетера и нешамы для Аба ве-Има по тайне АВАЯ де-САГ, как сказано выше.</w:t>
      </w:r>
    </w:p>
    <w:p>
      <w:pPr>
        <w:spacing w:before="40" w:after="120"/>
        <w:jc w:val="both"/>
      </w:pPr>
      <w:r>
        <w:rPr>
          <w:rFonts w:ascii="Georgia" w:hAnsi="Georgia"/>
          <w:b w:val="0"/>
          <w:i w:val="0"/>
          <w:color w:val="000000"/>
          <w:sz w:val="24"/>
        </w:rPr>
        <w:t>Однако здесь нужно обратить внимание на противоположность между ними: ведь в голове АА высший хесед находится выше света нешамы, поскольку высший хесед пребывает в Гальгальте де-АА, являющейся первым рош и уровнем АБ, а свет нешамы находится ниже нее — во втором рош, в Моха де-Авира, являющейся свойством САГ де-АА, как написано там. В горле же АА все наоборот: свет нешамы, то есть свет Бины де-АА, находится в его горле, а свет высшего хеседа находится ниже нее, в началах плеч АА. Причину же этого ты поймешь из объясненного выше: принцип весов, представляющий собой раскрытие света нешамы, имеет свое подлинное место только в парцуфе Аба ве-Има, являющемся общим САГ мира Ацилут. Тогда как в АА, относящемся к уровню АБ, нет этой частной задачи раскрытия [нешамы], и он предназначен главным образом для раскрытия света, сокрытого для праведников, то есть высшего хеседа, облаченного в Гальгальту де-АА. Поэтому, хотя раскрытие света ГАР и нешамы неизбежно должно сначала облачиться в АА (поскольку он высший и корень для всех них), оно приходит во второй его рош — то есть в Моха де-Авира, расположенный ниже высшего хеседа, как разъяснено. В горле же АА, где находится корень АВАЯ де-САГ мира Ацилут — то есть кетеры Аба ве-Има, как сказано выше, — совершенно ясно, что свет нешамы важнее света хеседа, ведь свет нешамы — это свет сущности и ГАР. Пойми же это как следует: поэтому свет Бины находится вверху, а свет высшего хеседа — под ней, то есть в началах плеч АА.</w:t>
      </w:r>
    </w:p>
    <w:p>
      <w:pPr>
        <w:spacing w:before="40" w:after="120"/>
        <w:jc w:val="both"/>
      </w:pPr>
      <w:r>
        <w:rPr>
          <w:rFonts w:ascii="Georgia" w:hAnsi="Georgia"/>
          <w:b w:val="0"/>
          <w:i w:val="0"/>
          <w:color w:val="000000"/>
          <w:sz w:val="24"/>
        </w:rPr>
        <w:t xml:space="preserve">И здесь тебе необходимо знать сказанное Учителем в «Шаар а-Каванот» (раздел Йом Кипур, рассуждение 3), вот его слова: </w:t>
      </w:r>
      <w:r>
        <w:rPr>
          <w:rFonts w:ascii="Georgia" w:hAnsi="Georgia"/>
          <w:b w:val="0"/>
          <w:i/>
          <w:color w:val="000000"/>
          <w:sz w:val="24"/>
        </w:rPr>
        <w:t>«Невозможно, чтобы свет Эйн Соф, благословен Он, распространился и облачился в какую-либо из десяти сфирот, пока в них сначала не облачится свет хохма… и в этом тайна стиха: „Все соделал Ты в мудрости…“ (Теилим 104:24). Подобно этому ни в одну из ВАК — ХАГАТ и НЕХИ — не может облачиться свет Эйн Соф, если прежде в них не облачится свет хесед. И в этом тайна стиха: „Днем явит Г-сподь милость Свою…“ (Теилим 42:9), ибо хесед называется „днем“ — днем, включающим все шесть дней, которые суть ВАК. И оказывается, что сначала свет хесед распространяется внутри шести нижних сфирот Ацилута, а внутри хеседа облачается свет хохма, и внутри Хохмы облачается свет Эйн Соф, благословен Он…»</w:t>
      </w:r>
      <w:r>
        <w:rPr>
          <w:rFonts w:ascii="Georgia" w:hAnsi="Georgia"/>
          <w:b w:val="0"/>
          <w:i w:val="0"/>
          <w:color w:val="000000"/>
          <w:sz w:val="24"/>
        </w:rPr>
        <w:t xml:space="preserve"> </w:t>
      </w:r>
      <w:r>
        <w:rPr>
          <w:rFonts w:ascii="Georgia" w:hAnsi="Georgia"/>
          <w:b w:val="0"/>
          <w:i/>
          <w:color w:val="000000"/>
          <w:sz w:val="24"/>
        </w:rPr>
        <w:t>«…но в Бину свет Эйн Соф облачается исключительно через свет хохма… Причина же в том, что любые виды изобилия (шефа) при своем спуске вниз видоизменяются, тогда как хесед, называемый изначальным светом (ор кадмаа), который светит от края мира до края его, не ослабевает в силе, не огрубляется и не меняется; его свет внизу столь же велик, как и наверху. И потому никакое изобилие не спускается вниз, пока в него не облачится хесед…»</w:t>
      </w:r>
      <w:r>
        <w:rPr>
          <w:rFonts w:ascii="Georgia" w:hAnsi="Georgia"/>
          <w:b w:val="0"/>
          <w:i w:val="0"/>
          <w:color w:val="000000"/>
          <w:sz w:val="24"/>
        </w:rPr>
        <w:t xml:space="preserve"> — до сих пор его золотые слова.</w:t>
      </w:r>
    </w:p>
    <w:p>
      <w:pPr>
        <w:spacing w:before="40" w:after="120"/>
        <w:jc w:val="both"/>
      </w:pPr>
      <w:r>
        <w:rPr>
          <w:rFonts w:ascii="Georgia" w:hAnsi="Georgia"/>
          <w:b w:val="0"/>
          <w:i w:val="0"/>
          <w:color w:val="000000"/>
          <w:sz w:val="24"/>
        </w:rPr>
        <w:t>Благодаря этим словам нам станет понятен дальнейший ход мысли Учителя в этой ветви. Ты уже знаешь, что хотя корень раскрытия нешамы, представляющий собой свет сущности и свет хохма, неизбежно укоренен также и в АА (поскольку он корень всех парцуфим), тем не менее сам АА предназначен только для раскрытия названного изначального света — сокрытого света, именуемого светом высшего хеседа. И потому Даат Непостижимой головы, представляющая собой свет нешамы и свет хохма, приходит в нем ниже высшего хеседа, то есть в Моха де-Авира, как сказано выше. Однако главное место раскрытия света хохма, то есть света нешамы, — это АВАЯ де-САГ мира Ацилут, то есть парцуфим Аба ве-Има, облачающие ВАК де-АА; именно они получают свечение нешамы и свет хохма из Моха де-Авира, как сказано выше. Но ведь в словах Учителя выше было разъяснено, что свет хохма облачается в ВАК не иначе как после предварительного облачения света этого высшего хеседа. Выходит, невозможно, чтобы свет нешамы раскрылся в ВАК де-Аба ве-Има, если они сначала не получат свет высшего хеседа де-АА, поскольку свет хохма и нешама из Моха де-Авира де-АА не может распространиться в ВАК де-АА (на место Аба ве-Има) из-за отсутствия света высшего хеседа — и помни это.</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«Первый хесед — это высший хесед позади Бины, и место это — в начале плеч АА, прежде распространения и разделения двух рук…»</w:t>
      </w:r>
      <w:r>
        <w:rPr>
          <w:rFonts w:ascii="Georgia" w:hAnsi="Georgia"/>
          <w:b w:val="0"/>
          <w:i w:val="0"/>
          <w:color w:val="000000"/>
          <w:sz w:val="24"/>
        </w:rPr>
        <w:t xml:space="preserve"> То есть сначала в ВАК де-АА должен раскрыться упомянутый свет высшего хеседа, чье место в горле находится ниже света Бины, представляющего собой свет ГАР — противоположно тому, как они упорядочены в АА, где Моха де-Авира находится ниже Гальгальты, как сказано выше в рассуждении, начинающемся со слов «Причину же этого…», см. там. Однако свет Бины в горле пока не может светить и распространяться в ВАК де-АА на место Аба ве-Има, поскольку он должен ждать, пока сначала в них распространится хесед, как разъяснено выше.</w:t>
      </w:r>
    </w:p>
    <w:p>
      <w:pPr>
        <w:spacing w:before="40" w:after="120"/>
        <w:jc w:val="both"/>
      </w:pPr>
      <w:r>
        <w:rPr>
          <w:rFonts w:ascii="Georgia" w:hAnsi="Georgia"/>
          <w:b w:val="0"/>
          <w:i w:val="0"/>
          <w:color w:val="000000"/>
          <w:sz w:val="24"/>
        </w:rPr>
        <w:t>И знай: до распространения этого света хеседа, предшествующего свету ГАР и нешамы, считается, что две руки АА еще не распространились и не разделились. Ведь весь смысл разделения двух рук АА заключается в том, что одна — хесед, а другая — гвура; поэтому хесед называется правой рукой, а гвура — левой рукой, так как в ней нет света хесед. И это разделение происходит в силу распространения света нешамы и ГАР по тайне их облачения в Аба ве-Има. При этом Аба, исходящий из Гальгальты де-АА (что является уровнем АБ и тайной упомянутого высшего хеседа), облачает правую руку АА. А Има, исходящая из света нешамы (света сущности в Моха де-Авира де-АА), облачает левую руку АА. Поскольку она исходит из второго рош АА, то есть Авиры, она считается лишенной высшего хеседа первого рош и поэтому именуется левой рукой АА, или гвурой де-АА, что указывает на отсутствие в ней высшего хеседа Гальгальты, который принимает Аба, как сказано выше.</w:t>
      </w:r>
    </w:p>
    <w:p>
      <w:pPr>
        <w:spacing w:before="40" w:after="120"/>
        <w:jc w:val="both"/>
      </w:pPr>
      <w:r>
        <w:rPr>
          <w:rFonts w:ascii="Georgia" w:hAnsi="Georgia"/>
          <w:b w:val="0"/>
          <w:i w:val="0"/>
          <w:color w:val="000000"/>
          <w:sz w:val="24"/>
        </w:rPr>
        <w:t>Все это разделение между правой и левой сторонами АА возможно лишь после того, как свет нешамы и ГАР из Моха де-Авира де-АА также распространится в его ВАК, на место Аба ве-Има. Но до этого сначала должен распространиться один лишь свет высшего хеседа, как сказано выше. В таком случае нет никакого различия между правым и левым, поскольку сейчас свет высшего хеседа распространяется во все ВАК поровну, а свет Авиры де-АА еще не протянулся к Име, как разъяснено.</w:t>
      </w:r>
    </w:p>
    <w:p>
      <w:pPr>
        <w:spacing w:before="40" w:after="120"/>
        <w:jc w:val="both"/>
      </w:pPr>
      <w:r>
        <w:rPr>
          <w:rFonts w:ascii="Georgia" w:hAnsi="Georgia"/>
          <w:b w:val="0"/>
          <w:i w:val="0"/>
          <w:color w:val="000000"/>
          <w:sz w:val="24"/>
        </w:rPr>
        <w:t xml:space="preserve">И об этом сказано (в пункте 3): </w:t>
      </w:r>
      <w:r>
        <w:rPr>
          <w:rFonts w:ascii="Georgia" w:hAnsi="Georgia"/>
          <w:b/>
          <w:i w:val="0"/>
          <w:color w:val="000000"/>
          <w:sz w:val="24"/>
        </w:rPr>
        <w:t>«Выходит, что Има, вышедшая из свойства горла, более возвышенна, и она скрыта внутри Хохмы. В этом смысл буквы йод, в которой Хохма раскрыта, а Бина в ней скрыта…»</w:t>
      </w:r>
      <w:r>
        <w:rPr>
          <w:rFonts w:ascii="Georgia" w:hAnsi="Georgia"/>
          <w:b w:val="0"/>
          <w:i w:val="0"/>
          <w:color w:val="000000"/>
          <w:sz w:val="24"/>
        </w:rPr>
        <w:t xml:space="preserve"> Смысл в том, что впоследствии, когда высшие Аба ве-Има и ИШСУТ установились как два отдельных парцуфа, высшие Аба ве-Има рассматриваются в тайне буквы йод (</w:t>
      </w:r>
      <w:r>
        <w:rPr>
          <w:rFonts w:ascii="Georgia" w:hAnsi="Georgia" w:cs="Times New Roman"/>
          <w:b/>
          <w:i w:val="0"/>
          <w:color w:val="000000"/>
          <w:sz w:val="24"/>
          <w:rtl/>
          <w:szCs w:val="32"/>
        </w:rPr>
        <w:t>י</w:t>
      </w:r>
      <w:r>
        <w:rPr>
          <w:rFonts w:ascii="Georgia" w:hAnsi="Georgia"/>
          <w:b w:val="0"/>
          <w:i w:val="0"/>
          <w:color w:val="000000"/>
          <w:sz w:val="24"/>
        </w:rPr>
        <w:t>). Она представляет собой свет упомянутого высшего хеседа, исходящего из одной лишь Гальгальты, а свет Бины облачен там в сокрытии — то есть лишь по тайне включения. Причина же в том, что свет Бины и нешамы, облаченный в Моха де-Авира, неизбежно укоренен и включен в первый рош АА, то есть в Гальгальту: ведь вся Моха де-Авира происходит от нее и выделена из нее, будучи ее нижним уровнем, как известно. Однако он находится в глубоком сокрытии, поскольку там нет келим де-САГ, как сказано выше.</w:t>
      </w:r>
    </w:p>
    <w:p>
      <w:pPr>
        <w:spacing w:before="40" w:after="120"/>
        <w:jc w:val="both"/>
      </w:pPr>
      <w:r>
        <w:rPr>
          <w:rFonts w:ascii="Georgia" w:hAnsi="Georgia"/>
          <w:b w:val="0"/>
          <w:i w:val="0"/>
          <w:color w:val="000000"/>
          <w:sz w:val="24"/>
        </w:rPr>
        <w:t>И об этом говорит Учитель: хотя высшие Аба ве-Има, будучи отделены от ИШСУТ, пребывают в тайне буквы йод и еще вовсе не притягивают свет нешамы от Бины де-АА в горле (исходящей из Моха де-Авира), тем не менее считается, что свет нешамы облачен в них. Ведь в свете Гальгальты де-АА обязательно скрытым образом содержится Моха де-Авира, как сказано.</w:t>
      </w:r>
    </w:p>
    <w:p>
      <w:pPr>
        <w:spacing w:before="40" w:after="120"/>
        <w:jc w:val="both"/>
      </w:pPr>
      <w:r>
        <w:rPr>
          <w:rFonts w:ascii="Georgia" w:hAnsi="Georgia"/>
          <w:b w:val="0"/>
          <w:i w:val="0"/>
          <w:color w:val="000000"/>
          <w:sz w:val="24"/>
        </w:rPr>
        <w:t>И точно так же мы различаем и в свете высшего хеседа в началах плеч АА: в него включено от света Бины. И хотя здесь неприменима названная причина двух голов АА (ведь здесь свет Бины — высший, и он не обязан облачаться в свет хеседа, находящийся под ним), все же они взаимно включаются друг в друга в силу их корня в двух головах АА, где свет хеседа — высший, а свет нешамы — нижний, нижний же обязательно должен быть включен в высшего, как известно.</w:t>
      </w:r>
    </w:p>
    <w:p>
      <w:pPr>
        <w:spacing w:before="40" w:after="120"/>
        <w:jc w:val="both"/>
      </w:pPr>
      <w:r>
        <w:rPr>
          <w:rFonts w:ascii="Georgia" w:hAnsi="Georgia"/>
          <w:b w:val="0"/>
          <w:i w:val="0"/>
          <w:color w:val="000000"/>
          <w:sz w:val="24"/>
        </w:rPr>
        <w:t xml:space="preserve">3) </w:t>
      </w:r>
      <w:r>
        <w:rPr>
          <w:rFonts w:ascii="Georgia" w:hAnsi="Georgia"/>
          <w:b/>
          <w:i w:val="0"/>
          <w:color w:val="000000"/>
          <w:sz w:val="24"/>
        </w:rPr>
        <w:t>«Но когда две руки АА начали раскрываться и распространяться… и оттуда вышли ИШСУТ…»</w:t>
      </w:r>
      <w:r>
        <w:rPr>
          <w:rFonts w:ascii="Georgia" w:hAnsi="Georgia"/>
          <w:b w:val="0"/>
          <w:i w:val="0"/>
          <w:color w:val="000000"/>
          <w:sz w:val="24"/>
        </w:rPr>
        <w:t>: Ты уже знаешь тайну выхода ИШСУТ наружу из Аба ве-Има: это тайна исправления весов, как мы подробно разбирали выше (стр. 946, в рассуждении, начинающемся со слов «Два кетера…»), что составляет тайну «Аба вывел Иму наружу». И поэтому эти ИШСУТ были устроены по тайне весов — то поднимаются, то опускаются.</w:t>
      </w:r>
    </w:p>
    <w:p>
      <w:pPr>
        <w:spacing w:before="40" w:after="120"/>
        <w:jc w:val="both"/>
      </w:pPr>
      <w:r>
        <w:rPr>
          <w:rFonts w:ascii="Georgia" w:hAnsi="Georgia"/>
          <w:b w:val="0"/>
          <w:i w:val="0"/>
          <w:color w:val="000000"/>
          <w:sz w:val="24"/>
        </w:rPr>
        <w:t>И знай, что выход и спуск ИШСУТ зависят от распространения света высшего хеседа де-АА, согласно приведенным выше словам Учителя о том, что свет хохма не может распространиться в ВАК, если предварительно в них не облачится свет высшего хеседа. Поэтому в то время, когда свет высшего хеседа распространяется в ВАК де-АА к Аба ве-Има, Аба ве-Има и ИШСУТ представляют собой единый парцуф, облачающий правую и левую стороны АА в исправлении линий: Аба и Исраэль Саба облачают правую линию светом высшего хеседа, исходящим из Гальгальты де-АА, а Бина и Твуна облачают левую линию светом нешамы, исходящим из света Бины в горле АА и из Моха де-Авира. Однако в то время, когда свет высшего хеседа уходит из ВАК де-АА, неизбежно уходят и ВАК де-Аба ве-Има, так как свет нешамы и ГАР не может протянуться в ВАК де-АА, если там нет упомянутого света высшего хеседа. При этом ГАР де-Аба ве-Има не нуждаются в свете высшего хеседа, как сказано выше в словах Учителя о том, что Бина не нуждается в высшем хеседе для того, чтобы в нее облачился свет Эйн Соф, см. там и пойми.</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«Тогда хесед облачился в гвуру, и оттуда вышли ИШСУТ»</w:t>
      </w:r>
      <w:r>
        <w:rPr>
          <w:rFonts w:ascii="Georgia" w:hAnsi="Georgia"/>
          <w:b w:val="0"/>
          <w:i w:val="0"/>
          <w:color w:val="000000"/>
          <w:sz w:val="24"/>
        </w:rPr>
        <w:t>. Смысл в следующем: после того как две руки АА начали распространяться по тайне исправления линий (то есть упомянутый высший хесед протянулся в виде парцуфа Аба и облачил его правую руку, а свет ГАР протянулся от света Бины горла и из Моха де-Авира в виде парцуфа Има и облачил его левую руку, благодаря чему раскрылся свет ГАР в Аба ве-Има), тогда, чтобы вывести Иму наружу — то есть ИШСУТ, являющихся ВАК де-Аба ве-Има, — хесед де-АА облачился в гвуру де-АА. Это означает, что парцуф Аба, облачающий правую сторону и являющийся светом названного высшего хеседа, облачился и скрылся в левой руке, которую облачает парцуф Има, не имеющий в себе ничего от света высшего хеседа. И получается отсюда, что теперь нет больше никакого раскрытия распространения света высшего хеседа в ВАК де-АА; а потому свет хохма, то есть свет нешамы в левой линии, сам вынужден уйти из ВАК де-Аба ве-Има, поскольку не может оставаться там без раскрытия света высшего хеседа Абы, как сказано выше. Поэтому ИШСУТ, являющиеся свойством ВАК де-Аба ве-Има, вновь выходят из рош де-Аба ве-Има и опускаются ниже хазе де-АА, к тайне ЗОН.</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оттуда вышли ИШСУТ»</w:t>
      </w:r>
      <w:r>
        <w:rPr>
          <w:rFonts w:ascii="Georgia" w:hAnsi="Georgia"/>
          <w:b w:val="0"/>
          <w:i w:val="0"/>
          <w:color w:val="000000"/>
          <w:sz w:val="24"/>
        </w:rPr>
        <w:t xml:space="preserve"> — то есть сокрытие парцуфа Аба и тайны правой руки АА (света высшего хеседа), называемое «облачился в левую руку АА», и служит причиной выхода ИШСУТ на уровень ЗОН, как сказано.</w:t>
      </w:r>
    </w:p>
    <w:p>
      <w:r>
        <w:br w:type="page"/>
      </w:r>
    </w:p>
    <w:p>
      <w:pPr>
        <w:keepNext/>
        <w:spacing w:before="360" w:after="160"/>
        <w:jc w:val="center"/>
      </w:pPr>
      <w:r>
        <w:rPr>
          <w:rFonts w:ascii="Georgia" w:hAnsi="Georgia"/>
          <w:b w:val="0"/>
          <w:i w:val="0"/>
          <w:color w:val="000000"/>
          <w:sz w:val="40"/>
        </w:rPr>
        <w:t>Ветвь 86</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Мы уже объясняли выше, что когда ЗА и две Твуны поднимаются к высшей Бине, тогда ЗА называется: «он со свойствами Твуны» (</w:t>
      </w:r>
      <w:r>
        <w:rPr>
          <w:rFonts w:ascii="Georgia" w:hAnsi="Georgia"/>
          <w:b w:val="0"/>
          <w:i/>
          <w:color w:val="000000"/>
          <w:sz w:val="24"/>
        </w:rPr>
        <w:t>ам бинот ху</w:t>
      </w:r>
      <w:r>
        <w:rPr>
          <w:rFonts w:ascii="Georgia" w:hAnsi="Georgia"/>
          <w:b w:val="0"/>
          <w:i w:val="0"/>
          <w:color w:val="000000"/>
          <w:sz w:val="24"/>
        </w:rPr>
        <w:t>). Причина этого [раскрывается] с помощью вводного правила о включении, упоминаемого повсюду: везде, где нижний поднимается наверх на место высшего, чтобы включиться там вместе с ним, высший пребывает в состоянии лицевой стороны (паним), а нижний пребывает там в качестве его обратной стороны (ахораим). И благодаря этому ты поймешь данный вопрос: ведь эта Твуна выходит из ахораим высшей Бины, а эти ахораим Бины суть имена ЭЛОКИМ, как известно — ведь, как мы разъясним с Б-жьей помощью, все ахораим представляют собой имена ЭЛОКИМ. И об этом сказано в Зоаре (парашат Ахарей мот, лист 85): Бина называется исключительно милосердием (</w:t>
      </w:r>
      <w:r>
        <w:rPr>
          <w:rFonts w:ascii="Georgia" w:hAnsi="Georgia"/>
          <w:b w:val="0"/>
          <w:i/>
          <w:color w:val="000000"/>
          <w:sz w:val="24"/>
        </w:rPr>
        <w:t>рахамим бе-лаходохи</w:t>
      </w:r>
      <w:r>
        <w:rPr>
          <w:rFonts w:ascii="Georgia" w:hAnsi="Georgia"/>
          <w:b w:val="0"/>
          <w:i w:val="0"/>
          <w:color w:val="000000"/>
          <w:sz w:val="24"/>
        </w:rPr>
        <w:t xml:space="preserve">), но «с ее стороны пробуждаются суды». И смысл слова </w:t>
      </w:r>
      <w:r>
        <w:rPr>
          <w:rFonts w:ascii="Georgia" w:hAnsi="Georgia"/>
          <w:b w:val="0"/>
          <w:i/>
          <w:color w:val="000000"/>
          <w:sz w:val="24"/>
        </w:rPr>
        <w:t>ми-ситраа</w:t>
      </w:r>
      <w:r>
        <w:rPr>
          <w:rFonts w:ascii="Georgia" w:hAnsi="Georgia"/>
          <w:b w:val="0"/>
          <w:i w:val="0"/>
          <w:color w:val="000000"/>
          <w:sz w:val="24"/>
        </w:rPr>
        <w:t xml:space="preserve"> (</w:t>
      </w:r>
      <w:r>
        <w:rPr>
          <w:rFonts w:ascii="Georgia" w:hAnsi="Georgia" w:cs="Times New Roman"/>
          <w:b/>
          <w:i w:val="0"/>
          <w:color w:val="000000"/>
          <w:sz w:val="24"/>
          <w:rtl/>
          <w:szCs w:val="32"/>
        </w:rPr>
        <w:t>מִסִּטְרָאָה</w:t>
      </w:r>
      <w:r>
        <w:rPr>
          <w:rFonts w:ascii="Georgia" w:hAnsi="Georgia"/>
          <w:b w:val="0"/>
          <w:i w:val="0"/>
          <w:color w:val="000000"/>
          <w:sz w:val="24"/>
        </w:rPr>
        <w:t xml:space="preserve"> — «с ее стороны») означает «с ее краев», то есть это ее ахораим, являющиеся судами; сама же она со стороны своего паним — милосердие.</w:t>
      </w:r>
    </w:p>
    <w:p>
      <w:pPr>
        <w:spacing w:before="40" w:after="120"/>
        <w:jc w:val="both"/>
      </w:pPr>
      <w:r>
        <w:rPr>
          <w:rFonts w:ascii="Georgia" w:hAnsi="Georgia"/>
          <w:b w:val="0"/>
          <w:i w:val="0"/>
          <w:color w:val="000000"/>
          <w:sz w:val="24"/>
        </w:rPr>
        <w:t xml:space="preserve">2) И знай: везде, где в Зоаре встречается, что Бина называется ЭЛОКИМ, имеется в виду эта Твуна, выходящая из ахораим Бины, которые суть [имена] ЭЛОКИМ. Следовательно, когда эта Твуна находится внизу, у внешних сил (хицоним) есть за нее зацепка; однако когда она поднимется наверх и будет там в качестве ахор высшей Бины, у внешних сил нет за нее зацепки. И в этом смысл стиха: </w:t>
      </w:r>
      <w:r>
        <w:rPr>
          <w:rFonts w:ascii="Georgia" w:hAnsi="Georgia"/>
          <w:b w:val="0"/>
          <w:i/>
          <w:color w:val="000000"/>
          <w:sz w:val="24"/>
        </w:rPr>
        <w:t>«Поддерживает Г-сподь всех падающих»</w:t>
      </w:r>
      <w:r>
        <w:rPr>
          <w:rFonts w:ascii="Georgia" w:hAnsi="Georgia"/>
          <w:b w:val="0"/>
          <w:i w:val="0"/>
          <w:color w:val="000000"/>
          <w:sz w:val="24"/>
        </w:rPr>
        <w:t xml:space="preserve"> (Теилим 145:14). Ведь когда эта нижняя Твуна опускается ниже ахораим Бины, тогда и ЗА опускается ниже своего места, и так же Нуква де-ЗА опускается со своего места; и тогда все они называются «падающими», поскольку и в этой Твуне появляется зацепка для внешних сил, как сказано выше. И они поднимаются лишь благодаря высшей Бине, которая называется самэх (</w:t>
      </w:r>
      <w:r>
        <w:rPr>
          <w:rFonts w:ascii="Georgia" w:hAnsi="Georgia" w:cs="Times New Roman"/>
          <w:b/>
          <w:i w:val="0"/>
          <w:color w:val="000000"/>
          <w:sz w:val="24"/>
          <w:rtl/>
          <w:szCs w:val="32"/>
        </w:rPr>
        <w:t>סמ״ך</w:t>
      </w:r>
      <w:r>
        <w:rPr>
          <w:rFonts w:ascii="Georgia" w:hAnsi="Georgia"/>
          <w:b w:val="0"/>
          <w:i w:val="0"/>
          <w:color w:val="000000"/>
          <w:sz w:val="24"/>
        </w:rPr>
        <w:t>), как сказано выше, так как она поддерживает их (</w:t>
      </w:r>
      <w:r>
        <w:rPr>
          <w:rFonts w:ascii="Georgia" w:hAnsi="Georgia"/>
          <w:b w:val="0"/>
          <w:i/>
          <w:color w:val="000000"/>
          <w:sz w:val="24"/>
        </w:rPr>
        <w:t>сомэхэт</w:t>
      </w:r>
      <w:r>
        <w:rPr>
          <w:rFonts w:ascii="Georgia" w:hAnsi="Georgia"/>
          <w:b w:val="0"/>
          <w:i w:val="0"/>
          <w:color w:val="000000"/>
          <w:sz w:val="24"/>
        </w:rPr>
        <w:t>), когда все они поднимаются наверх упомянутым образом, чтобы включиться друг в друга, и Твуна поднимется, чтобы стать в качестве ахораим высшей Бины, называемой самэх, как сказано выше.</w:t>
      </w:r>
    </w:p>
    <w:p>
      <w:pPr>
        <w:spacing w:before="40" w:after="120"/>
        <w:jc w:val="both"/>
      </w:pPr>
      <w:r>
        <w:rPr>
          <w:rFonts w:ascii="Georgia" w:hAnsi="Georgia"/>
          <w:b w:val="0"/>
          <w:i w:val="0"/>
          <w:color w:val="000000"/>
          <w:sz w:val="24"/>
        </w:rPr>
        <w:t>3) Разъясним теперь соотношение Бины и Твуны через имена, которые в них [раскрываются]. Знай: из ахораим четырех высших сфир Бины образовались четыре высшие сфиры Твуны в их состоянии паним, а из ахораим ВАК высшей Бины образовались ВАК Твуны в состоянии паним. Высшая Бина и высший Аба (Аба Илаа) соответствуют двум именам: Аба называется АВАЯ со значением АБ с наполнением буквами йод, а Има называется именем ЭЙЕ с наполнением буквами йод, гематрия которого 161 (</w:t>
      </w:r>
      <w:r>
        <w:rPr>
          <w:rFonts w:ascii="Georgia" w:hAnsi="Georgia" w:cs="Times New Roman"/>
          <w:b/>
          <w:i w:val="0"/>
          <w:color w:val="000000"/>
          <w:sz w:val="24"/>
          <w:rtl/>
          <w:szCs w:val="32"/>
        </w:rPr>
        <w:t>קס״א</w:t>
      </w:r>
      <w:r>
        <w:rPr>
          <w:rFonts w:ascii="Georgia" w:hAnsi="Georgia"/>
          <w:b w:val="0"/>
          <w:i w:val="0"/>
          <w:color w:val="000000"/>
          <w:sz w:val="24"/>
        </w:rPr>
        <w:t xml:space="preserve"> = 161). И хотя в ахораим Бины есть десять сфирот, тем не менее имена ЭЛОКИМ, находящиеся в ее ахораим, как сказано выше, распознаются и раскрываются в ней лишь в ахораим от ее середины и ниже, то есть от ее хазе, где находятся четыре сфиры ТАНЕХИ. Суть в том, что, как известно, в имени ЭЛОКИМ есть 120 перестановок, которые разделяются на четыре части: первое имя ЭЛОКИМ включает 30 перестановок в первой сфире, второе имя ЭЛОКИМ включает 30 перестановок во второй сфире, третье имя ЭЛОКИМ включает 30 перестановок в третьей сфире, и четвертое имя ЭЛОКИМ включает 30 перестановок в четвертой сфире. И вот, по числу этих 120 перестановок высшая Бина называется самэх, как сказано выше, ведь название буквы самэх (</w:t>
      </w:r>
      <w:r>
        <w:rPr>
          <w:rFonts w:ascii="Georgia" w:hAnsi="Georgia" w:cs="Times New Roman"/>
          <w:b/>
          <w:i w:val="0"/>
          <w:color w:val="000000"/>
          <w:sz w:val="24"/>
          <w:rtl/>
          <w:szCs w:val="32"/>
        </w:rPr>
        <w:t>סמ״ך</w:t>
      </w:r>
      <w:r>
        <w:rPr>
          <w:rFonts w:ascii="Georgia" w:hAnsi="Georgia"/>
          <w:b w:val="0"/>
          <w:i w:val="0"/>
          <w:color w:val="000000"/>
          <w:sz w:val="24"/>
        </w:rPr>
        <w:t>) в гематрии составляет 120 (</w:t>
      </w:r>
      <w:r>
        <w:rPr>
          <w:rFonts w:ascii="Georgia" w:hAnsi="Georgia" w:cs="Times New Roman"/>
          <w:b/>
          <w:i w:val="0"/>
          <w:color w:val="000000"/>
          <w:sz w:val="24"/>
          <w:rtl/>
          <w:szCs w:val="32"/>
        </w:rPr>
        <w:t>ק״ך</w:t>
      </w:r>
      <w:r>
        <w:rPr>
          <w:rFonts w:ascii="Georgia" w:hAnsi="Georgia"/>
          <w:b w:val="0"/>
          <w:i w:val="0"/>
          <w:color w:val="000000"/>
          <w:sz w:val="24"/>
        </w:rPr>
        <w:t xml:space="preserve"> = 120): буква самэх (</w:t>
      </w:r>
      <w:r>
        <w:rPr>
          <w:rFonts w:ascii="Georgia" w:hAnsi="Georgia" w:cs="Times New Roman"/>
          <w:b/>
          <w:i w:val="0"/>
          <w:color w:val="000000"/>
          <w:sz w:val="24"/>
          <w:rtl/>
          <w:szCs w:val="32"/>
        </w:rPr>
        <w:t>ס</w:t>
      </w:r>
      <w:r>
        <w:rPr>
          <w:rFonts w:ascii="Georgia" w:hAnsi="Georgia"/>
          <w:b w:val="0"/>
          <w:i w:val="0"/>
          <w:color w:val="000000"/>
          <w:sz w:val="24"/>
        </w:rPr>
        <w:t xml:space="preserve"> = 60), мэм (</w:t>
      </w:r>
      <w:r>
        <w:rPr>
          <w:rFonts w:ascii="Georgia" w:hAnsi="Georgia" w:cs="Times New Roman"/>
          <w:b/>
          <w:i w:val="0"/>
          <w:color w:val="000000"/>
          <w:sz w:val="24"/>
          <w:rtl/>
          <w:szCs w:val="32"/>
        </w:rPr>
        <w:t>מ</w:t>
      </w:r>
      <w:r>
        <w:rPr>
          <w:rFonts w:ascii="Georgia" w:hAnsi="Georgia"/>
          <w:b w:val="0"/>
          <w:i w:val="0"/>
          <w:color w:val="000000"/>
          <w:sz w:val="24"/>
        </w:rPr>
        <w:t xml:space="preserve"> = 40) и каф софит (</w:t>
      </w:r>
      <w:r>
        <w:rPr>
          <w:rFonts w:ascii="Georgia" w:hAnsi="Georgia" w:cs="Times New Roman"/>
          <w:b/>
          <w:i w:val="0"/>
          <w:color w:val="000000"/>
          <w:sz w:val="24"/>
          <w:rtl/>
          <w:szCs w:val="32"/>
        </w:rPr>
        <w:t>ך</w:t>
      </w:r>
      <w:r>
        <w:rPr>
          <w:rFonts w:ascii="Georgia" w:hAnsi="Georgia"/>
          <w:b w:val="0"/>
          <w:i w:val="0"/>
          <w:color w:val="000000"/>
          <w:sz w:val="24"/>
        </w:rPr>
        <w:t xml:space="preserve"> = 20); и когда ЗА и первая Твуна поднимаются туда, в ее ахораим, о [ней] сказано: </w:t>
      </w:r>
      <w:r>
        <w:rPr>
          <w:rFonts w:ascii="Georgia" w:hAnsi="Georgia"/>
          <w:b w:val="0"/>
          <w:i/>
          <w:color w:val="000000"/>
          <w:sz w:val="24"/>
        </w:rPr>
        <w:t>«Поддерживает Г-сподь всех падающих»</w:t>
      </w:r>
      <w:r>
        <w:rPr>
          <w:rFonts w:ascii="Georgia" w:hAnsi="Georgia"/>
          <w:b w:val="0"/>
          <w:i w:val="0"/>
          <w:color w:val="000000"/>
          <w:sz w:val="24"/>
        </w:rPr>
        <w:t xml:space="preserve"> (Теилим 145:14), как упомянуто выше.</w:t>
      </w:r>
    </w:p>
    <w:p>
      <w:pPr>
        <w:spacing w:before="40" w:after="120"/>
        <w:jc w:val="both"/>
      </w:pPr>
      <w:r>
        <w:rPr>
          <w:rFonts w:ascii="Georgia" w:hAnsi="Georgia"/>
          <w:b w:val="0"/>
          <w:i w:val="0"/>
          <w:color w:val="000000"/>
          <w:sz w:val="24"/>
        </w:rPr>
        <w:t xml:space="preserve">4) И вот, они разделяются на четыре части. В этом смысл стиха: </w:t>
      </w:r>
      <w:r>
        <w:rPr>
          <w:rFonts w:ascii="Georgia" w:hAnsi="Georgia"/>
          <w:b w:val="0"/>
          <w:i/>
          <w:color w:val="000000"/>
          <w:sz w:val="24"/>
        </w:rPr>
        <w:t>«...Длина одного полотнища тридцать локтей, а ширина четыре локтя...»</w:t>
      </w:r>
      <w:r>
        <w:rPr>
          <w:rFonts w:ascii="Georgia" w:hAnsi="Georgia"/>
          <w:b w:val="0"/>
          <w:i w:val="0"/>
          <w:color w:val="000000"/>
          <w:sz w:val="24"/>
        </w:rPr>
        <w:t xml:space="preserve"> (Шмот 26:8) — что указывает на 120 перестановок [имени] ЭЛОКИМ, разделенных на четыре раза по тридцать. И в этом же смысл [имени] БОХО (</w:t>
      </w:r>
      <w:r>
        <w:rPr>
          <w:rFonts w:ascii="Georgia" w:hAnsi="Georgia" w:cs="Times New Roman"/>
          <w:b/>
          <w:i w:val="0"/>
          <w:color w:val="000000"/>
          <w:sz w:val="24"/>
          <w:rtl/>
          <w:szCs w:val="32"/>
        </w:rPr>
        <w:t>בוכ״ו</w:t>
      </w:r>
      <w:r>
        <w:rPr>
          <w:rFonts w:ascii="Georgia" w:hAnsi="Georgia"/>
          <w:b w:val="0"/>
          <w:i w:val="0"/>
          <w:color w:val="000000"/>
          <w:sz w:val="24"/>
        </w:rPr>
        <w:t>), упомянутого в [Зоаре, парашат] Пкудей, лист 261а, представляющего собой замену [букв имени] ЭЙЕ по алфавитной системе «алеф-бэт, гимель-далет» (</w:t>
      </w:r>
      <w:r>
        <w:rPr>
          <w:rFonts w:ascii="Georgia" w:hAnsi="Georgia" w:cs="Times New Roman"/>
          <w:b/>
          <w:i w:val="0"/>
          <w:color w:val="000000"/>
          <w:sz w:val="24"/>
          <w:rtl/>
          <w:szCs w:val="32"/>
        </w:rPr>
        <w:t>א״ב ג״ד</w:t>
      </w:r>
      <w:r>
        <w:rPr>
          <w:rFonts w:ascii="Georgia" w:hAnsi="Georgia"/>
          <w:b w:val="0"/>
          <w:i w:val="0"/>
          <w:color w:val="000000"/>
          <w:sz w:val="24"/>
        </w:rPr>
        <w:t>). Ведь имя ЭЙЕ находится в ее состоянии паним, а имя БОХО (</w:t>
      </w:r>
      <w:r>
        <w:rPr>
          <w:rFonts w:ascii="Georgia" w:hAnsi="Georgia" w:cs="Times New Roman"/>
          <w:b/>
          <w:i w:val="0"/>
          <w:color w:val="000000"/>
          <w:sz w:val="24"/>
          <w:rtl/>
          <w:szCs w:val="32"/>
        </w:rPr>
        <w:t>בוכ״ו</w:t>
      </w:r>
      <w:r>
        <w:rPr>
          <w:rFonts w:ascii="Georgia" w:hAnsi="Georgia"/>
          <w:b w:val="0"/>
          <w:i w:val="0"/>
          <w:color w:val="000000"/>
          <w:sz w:val="24"/>
        </w:rPr>
        <w:t>) — в ее ахораим; гематрия его — 34 (</w:t>
      </w:r>
      <w:r>
        <w:rPr>
          <w:rFonts w:ascii="Georgia" w:hAnsi="Georgia" w:cs="Times New Roman"/>
          <w:b/>
          <w:i w:val="0"/>
          <w:color w:val="000000"/>
          <w:sz w:val="24"/>
          <w:rtl/>
          <w:szCs w:val="32"/>
        </w:rPr>
        <w:t>ד״ל</w:t>
      </w:r>
      <w:r>
        <w:rPr>
          <w:rFonts w:ascii="Georgia" w:hAnsi="Georgia"/>
          <w:b w:val="0"/>
          <w:i w:val="0"/>
          <w:color w:val="000000"/>
          <w:sz w:val="24"/>
        </w:rPr>
        <w:t xml:space="preserve"> = 34), что указывает на эти свойства ахораим: четыре (буква далет, </w:t>
      </w:r>
      <w:r>
        <w:rPr>
          <w:rFonts w:ascii="Georgia" w:hAnsi="Georgia" w:cs="Times New Roman"/>
          <w:b/>
          <w:i w:val="0"/>
          <w:color w:val="000000"/>
          <w:sz w:val="24"/>
          <w:rtl/>
          <w:szCs w:val="32"/>
        </w:rPr>
        <w:t>ד</w:t>
      </w:r>
      <w:r>
        <w:rPr>
          <w:rFonts w:ascii="Georgia" w:hAnsi="Georgia"/>
          <w:b w:val="0"/>
          <w:i w:val="0"/>
          <w:color w:val="000000"/>
          <w:sz w:val="24"/>
        </w:rPr>
        <w:t xml:space="preserve"> = 4) раза по тридцать (буква ламэд, </w:t>
      </w:r>
      <w:r>
        <w:rPr>
          <w:rFonts w:ascii="Georgia" w:hAnsi="Georgia" w:cs="Times New Roman"/>
          <w:b/>
          <w:i w:val="0"/>
          <w:color w:val="000000"/>
          <w:sz w:val="24"/>
          <w:rtl/>
          <w:szCs w:val="32"/>
        </w:rPr>
        <w:t>ל</w:t>
      </w:r>
      <w:r>
        <w:rPr>
          <w:rFonts w:ascii="Georgia" w:hAnsi="Georgia"/>
          <w:b w:val="0"/>
          <w:i w:val="0"/>
          <w:color w:val="000000"/>
          <w:sz w:val="24"/>
        </w:rPr>
        <w:t xml:space="preserve"> = 30) перестановок [имени] ЭЛОКИМ.</w:t>
      </w:r>
    </w:p>
    <w:p>
      <w:pPr>
        <w:spacing w:before="40" w:after="120"/>
        <w:jc w:val="both"/>
      </w:pPr>
      <w:r>
        <w:rPr>
          <w:rFonts w:ascii="Georgia" w:hAnsi="Georgia"/>
          <w:b w:val="0"/>
          <w:i w:val="0"/>
          <w:color w:val="000000"/>
          <w:sz w:val="24"/>
        </w:rPr>
        <w:t>5) И Моше, верный пастырь, мир ему, включал в себя эти 120 перестановок упомянутым образом: четыре имени ЭЛОКИМ равны в гематрии имени Моше с колелем (</w:t>
      </w:r>
      <w:r>
        <w:rPr>
          <w:rFonts w:ascii="Georgia" w:hAnsi="Georgia" w:cs="Times New Roman"/>
          <w:b/>
          <w:i w:val="0"/>
          <w:color w:val="000000"/>
          <w:sz w:val="24"/>
          <w:rtl/>
          <w:szCs w:val="32"/>
        </w:rPr>
        <w:t>מש״ה</w:t>
      </w:r>
      <w:r>
        <w:rPr>
          <w:rFonts w:ascii="Georgia" w:hAnsi="Georgia"/>
          <w:b w:val="0"/>
          <w:i w:val="0"/>
          <w:color w:val="000000"/>
          <w:sz w:val="24"/>
        </w:rPr>
        <w:t xml:space="preserve"> = 345, с колелем: 4 × 86 + 1 = 345: буква мэм, </w:t>
      </w:r>
      <w:r>
        <w:rPr>
          <w:rFonts w:ascii="Georgia" w:hAnsi="Georgia" w:cs="Times New Roman"/>
          <w:b/>
          <w:i w:val="0"/>
          <w:color w:val="000000"/>
          <w:sz w:val="24"/>
          <w:rtl/>
          <w:szCs w:val="32"/>
        </w:rPr>
        <w:t>מ</w:t>
      </w:r>
      <w:r>
        <w:rPr>
          <w:rFonts w:ascii="Georgia" w:hAnsi="Georgia"/>
          <w:b w:val="0"/>
          <w:i w:val="0"/>
          <w:color w:val="000000"/>
          <w:sz w:val="24"/>
        </w:rPr>
        <w:t xml:space="preserve"> = 40, шин, </w:t>
      </w:r>
      <w:r>
        <w:rPr>
          <w:rFonts w:ascii="Georgia" w:hAnsi="Georgia" w:cs="Times New Roman"/>
          <w:b/>
          <w:i w:val="0"/>
          <w:color w:val="000000"/>
          <w:sz w:val="24"/>
          <w:rtl/>
          <w:szCs w:val="32"/>
        </w:rPr>
        <w:t>ש</w:t>
      </w:r>
      <w:r>
        <w:rPr>
          <w:rFonts w:ascii="Georgia" w:hAnsi="Georgia"/>
          <w:b w:val="0"/>
          <w:i w:val="0"/>
          <w:color w:val="000000"/>
          <w:sz w:val="24"/>
        </w:rPr>
        <w:t xml:space="preserve"> = 300, хэй, </w:t>
      </w:r>
      <w:r>
        <w:rPr>
          <w:rFonts w:ascii="Georgia" w:hAnsi="Georgia" w:cs="Times New Roman"/>
          <w:b/>
          <w:i w:val="0"/>
          <w:color w:val="000000"/>
          <w:sz w:val="24"/>
          <w:rtl/>
          <w:szCs w:val="32"/>
        </w:rPr>
        <w:t>ה</w:t>
      </w:r>
      <w:r>
        <w:rPr>
          <w:rFonts w:ascii="Georgia" w:hAnsi="Georgia"/>
          <w:b w:val="0"/>
          <w:i w:val="0"/>
          <w:color w:val="000000"/>
          <w:sz w:val="24"/>
        </w:rPr>
        <w:t xml:space="preserve"> = 5). И каждое имя ЭЛОКИМ из этих четырех включает 30 перестановок, так что все четыре вместе содержат 120 перестановок [имени] ЭЛОКИМ. И в этом смысл стиха: </w:t>
      </w:r>
      <w:r>
        <w:rPr>
          <w:rFonts w:ascii="Georgia" w:hAnsi="Georgia"/>
          <w:b w:val="0"/>
          <w:i/>
          <w:color w:val="000000"/>
          <w:sz w:val="24"/>
        </w:rPr>
        <w:t>«...Потому что он также плоть, и будут дни его сто двадцать лет»</w:t>
      </w:r>
      <w:r>
        <w:rPr>
          <w:rFonts w:ascii="Georgia" w:hAnsi="Georgia"/>
          <w:b w:val="0"/>
          <w:i w:val="0"/>
          <w:color w:val="000000"/>
          <w:sz w:val="24"/>
        </w:rPr>
        <w:t xml:space="preserve"> (Берешит 6:3), как сказано в «Тиккуней Зоар»: слово </w:t>
      </w:r>
      <w:r>
        <w:rPr>
          <w:rFonts w:ascii="Georgia" w:hAnsi="Georgia"/>
          <w:b w:val="0"/>
          <w:i/>
          <w:color w:val="000000"/>
          <w:sz w:val="24"/>
        </w:rPr>
        <w:t>бе-шагам</w:t>
      </w:r>
      <w:r>
        <w:rPr>
          <w:rFonts w:ascii="Georgia" w:hAnsi="Georgia"/>
          <w:b w:val="0"/>
          <w:i w:val="0"/>
          <w:color w:val="000000"/>
          <w:sz w:val="24"/>
        </w:rPr>
        <w:t xml:space="preserve"> (</w:t>
      </w:r>
      <w:r>
        <w:rPr>
          <w:rFonts w:ascii="Georgia" w:hAnsi="Georgia" w:cs="Times New Roman"/>
          <w:b/>
          <w:i w:val="0"/>
          <w:color w:val="000000"/>
          <w:sz w:val="24"/>
          <w:rtl/>
          <w:szCs w:val="32"/>
        </w:rPr>
        <w:t>בְּשַׁגַּם</w:t>
      </w:r>
      <w:r>
        <w:rPr>
          <w:rFonts w:ascii="Georgia" w:hAnsi="Georgia"/>
          <w:b w:val="0"/>
          <w:i w:val="0"/>
          <w:color w:val="000000"/>
          <w:sz w:val="24"/>
        </w:rPr>
        <w:t xml:space="preserve"> = 345: буква бэт, </w:t>
      </w:r>
      <w:r>
        <w:rPr>
          <w:rFonts w:ascii="Georgia" w:hAnsi="Georgia" w:cs="Times New Roman"/>
          <w:b/>
          <w:i w:val="0"/>
          <w:color w:val="000000"/>
          <w:sz w:val="24"/>
          <w:rtl/>
          <w:szCs w:val="32"/>
        </w:rPr>
        <w:t>ב</w:t>
      </w:r>
      <w:r>
        <w:rPr>
          <w:rFonts w:ascii="Georgia" w:hAnsi="Georgia"/>
          <w:b w:val="0"/>
          <w:i w:val="0"/>
          <w:color w:val="000000"/>
          <w:sz w:val="24"/>
        </w:rPr>
        <w:t xml:space="preserve"> = 2, шин, </w:t>
      </w:r>
      <w:r>
        <w:rPr>
          <w:rFonts w:ascii="Georgia" w:hAnsi="Georgia" w:cs="Times New Roman"/>
          <w:b/>
          <w:i w:val="0"/>
          <w:color w:val="000000"/>
          <w:sz w:val="24"/>
          <w:rtl/>
          <w:szCs w:val="32"/>
        </w:rPr>
        <w:t>ש</w:t>
      </w:r>
      <w:r>
        <w:rPr>
          <w:rFonts w:ascii="Georgia" w:hAnsi="Georgia"/>
          <w:b w:val="0"/>
          <w:i w:val="0"/>
          <w:color w:val="000000"/>
          <w:sz w:val="24"/>
        </w:rPr>
        <w:t xml:space="preserve"> = 300, гимель, </w:t>
      </w:r>
      <w:r>
        <w:rPr>
          <w:rFonts w:ascii="Georgia" w:hAnsi="Georgia" w:cs="Times New Roman"/>
          <w:b/>
          <w:i w:val="0"/>
          <w:color w:val="000000"/>
          <w:sz w:val="24"/>
          <w:rtl/>
          <w:szCs w:val="32"/>
        </w:rPr>
        <w:t>ג</w:t>
      </w:r>
      <w:r>
        <w:rPr>
          <w:rFonts w:ascii="Georgia" w:hAnsi="Georgia"/>
          <w:b w:val="0"/>
          <w:i w:val="0"/>
          <w:color w:val="000000"/>
          <w:sz w:val="24"/>
        </w:rPr>
        <w:t xml:space="preserve"> = 3, мэм софит, </w:t>
      </w:r>
      <w:r>
        <w:rPr>
          <w:rFonts w:ascii="Georgia" w:hAnsi="Georgia" w:cs="Times New Roman"/>
          <w:b/>
          <w:i w:val="0"/>
          <w:color w:val="000000"/>
          <w:sz w:val="24"/>
          <w:rtl/>
          <w:szCs w:val="32"/>
        </w:rPr>
        <w:t>ם</w:t>
      </w:r>
      <w:r>
        <w:rPr>
          <w:rFonts w:ascii="Georgia" w:hAnsi="Georgia"/>
          <w:b w:val="0"/>
          <w:i w:val="0"/>
          <w:color w:val="000000"/>
          <w:sz w:val="24"/>
        </w:rPr>
        <w:t xml:space="preserve"> = 40) указывает на Моше. И тебе уже известно, что Моше удостоился ступени Бины, и потому относится к этому свойству.</w:t>
      </w:r>
    </w:p>
    <w:p>
      <w:pPr>
        <w:spacing w:before="40" w:after="120"/>
        <w:jc w:val="both"/>
      </w:pPr>
      <w:r>
        <w:rPr>
          <w:rFonts w:ascii="Georgia" w:hAnsi="Georgia"/>
          <w:b w:val="0"/>
          <w:i w:val="0"/>
          <w:color w:val="000000"/>
          <w:sz w:val="24"/>
        </w:rPr>
        <w:t>6) Однако ступени Твуны и Исраэль Саба, когда ахораим высших Аба ве-Има распространяются в них, становятся ИШСУТ в качестве ахораим имен АВАЯ и ЭЙЕ с наполнением буквами йод в виде их квадрата (рибуа). Ведь квадрат [наполнения имени] АВАЯ составляет в гематрии 184 (</w:t>
      </w:r>
      <w:r>
        <w:rPr>
          <w:rFonts w:ascii="Georgia" w:hAnsi="Georgia" w:cs="Times New Roman"/>
          <w:b/>
          <w:i w:val="0"/>
          <w:color w:val="000000"/>
          <w:sz w:val="24"/>
          <w:rtl/>
          <w:szCs w:val="32"/>
        </w:rPr>
        <w:t>קפ״ד</w:t>
      </w:r>
      <w:r>
        <w:rPr>
          <w:rFonts w:ascii="Georgia" w:hAnsi="Georgia"/>
          <w:b w:val="0"/>
          <w:i w:val="0"/>
          <w:color w:val="000000"/>
          <w:sz w:val="24"/>
        </w:rPr>
        <w:t xml:space="preserve"> = 184), а квадрат [наполнения имени] ЭЙЕ составляет в гематрии 544 (</w:t>
      </w:r>
      <w:r>
        <w:rPr>
          <w:rFonts w:ascii="Georgia" w:hAnsi="Georgia" w:cs="Times New Roman"/>
          <w:b/>
          <w:i w:val="0"/>
          <w:color w:val="000000"/>
          <w:sz w:val="24"/>
          <w:rtl/>
          <w:szCs w:val="32"/>
        </w:rPr>
        <w:t>תקמ״ד</w:t>
      </w:r>
      <w:r>
        <w:rPr>
          <w:rFonts w:ascii="Georgia" w:hAnsi="Georgia"/>
          <w:b w:val="0"/>
          <w:i w:val="0"/>
          <w:color w:val="000000"/>
          <w:sz w:val="24"/>
        </w:rPr>
        <w:t xml:space="preserve"> = 544). Ведь их состояние паним — это всегда аспект ешер, тогда как аспект ахораим — это вычисление и квадрат. Получается, что Аба ве-Има со стороны их паним, представляющих собой имена АВАЯ и ЭЙЕ с наполнением буквами йод, составляют в гематрии 233 (</w:t>
      </w:r>
      <w:r>
        <w:rPr>
          <w:rFonts w:ascii="Georgia" w:hAnsi="Georgia" w:cs="Times New Roman"/>
          <w:b/>
          <w:i w:val="0"/>
          <w:color w:val="000000"/>
          <w:sz w:val="24"/>
          <w:rtl/>
          <w:szCs w:val="32"/>
        </w:rPr>
        <w:t>רג״ל</w:t>
      </w:r>
      <w:r>
        <w:rPr>
          <w:rFonts w:ascii="Georgia" w:hAnsi="Georgia"/>
          <w:b w:val="0"/>
          <w:i w:val="0"/>
          <w:color w:val="000000"/>
          <w:sz w:val="24"/>
        </w:rPr>
        <w:t xml:space="preserve"> = 233; 72 + 161 = 233); паним же ИШСУТ — это два аспекта ахораим двух упомянутых имен, поскольку то, что наверху является ахораим, внизу становится свойством паним.</w:t>
      </w:r>
    </w:p>
    <w:p>
      <w:pPr>
        <w:spacing w:before="40" w:after="120"/>
        <w:jc w:val="both"/>
      </w:pPr>
      <w:r>
        <w:rPr>
          <w:rFonts w:ascii="Georgia" w:hAnsi="Georgia"/>
          <w:b w:val="0"/>
          <w:i w:val="0"/>
          <w:color w:val="000000"/>
          <w:sz w:val="24"/>
        </w:rPr>
        <w:t>7) Однако то, что мы называем эти квадраты ахораим высших Аба ве-Има, относится к состоянию, когда Аба и Има распространяются в виде Исраэль Саба и Твуны. Но пока они не распространились, сами ахораим Имы представляют собой 120 перестановок [имени] ЭЛОКИМ, с тем лишь различием, что эти 120 перестановок распознаются только в ахораим четырех нижних сфир Имы. И вот, когда ахораим, то есть эти [имена] ЭЛОКИМ, распространяются от них, чтобы образовать Исраэль Саба и Твуну, состояние паним ее (Твуны) и Исраэль Саба образуют два упомянутых квадрата АВАЯ и ЭЙЕ. Сами же свойства ЭЛОКИМ раскрываются не во внутреннем их паним, а лишь в паним их ахораим (по другой версии: «раскрываются не в ее паним, а лишь в ее ахораим, как сказано»).</w:t>
      </w:r>
    </w:p>
    <w:p>
      <w:pPr>
        <w:spacing w:before="40" w:after="120"/>
        <w:jc w:val="both"/>
      </w:pPr>
      <w:r>
        <w:rPr>
          <w:rFonts w:ascii="Georgia" w:hAnsi="Georgia"/>
          <w:b w:val="0"/>
          <w:i w:val="0"/>
          <w:color w:val="000000"/>
          <w:sz w:val="24"/>
        </w:rPr>
        <w:t>8) Вернемся к разъяснению паним и ахораим Исраэль Саба и Твуны. Их паним устроено так: квадрат имени АВАЯ с наполнением буквами йод равен в гематрии 184 (</w:t>
      </w:r>
      <w:r>
        <w:rPr>
          <w:rFonts w:ascii="Georgia" w:hAnsi="Georgia" w:cs="Times New Roman"/>
          <w:b/>
          <w:i w:val="0"/>
          <w:color w:val="000000"/>
          <w:sz w:val="24"/>
          <w:rtl/>
          <w:szCs w:val="32"/>
        </w:rPr>
        <w:t>קפ״ד</w:t>
      </w:r>
      <w:r>
        <w:rPr>
          <w:rFonts w:ascii="Georgia" w:hAnsi="Georgia"/>
          <w:b w:val="0"/>
          <w:i w:val="0"/>
          <w:color w:val="000000"/>
          <w:sz w:val="24"/>
        </w:rPr>
        <w:t xml:space="preserve"> = 184), и это паним Исраэль Саба; а квадрат имени ЭЙЕ составляет 544 (</w:t>
      </w:r>
      <w:r>
        <w:rPr>
          <w:rFonts w:ascii="Georgia" w:hAnsi="Georgia" w:cs="Times New Roman"/>
          <w:b/>
          <w:i w:val="0"/>
          <w:color w:val="000000"/>
          <w:sz w:val="24"/>
          <w:rtl/>
          <w:szCs w:val="32"/>
        </w:rPr>
        <w:t>תקמ״ד</w:t>
      </w:r>
      <w:r>
        <w:rPr>
          <w:rFonts w:ascii="Georgia" w:hAnsi="Georgia"/>
          <w:b w:val="0"/>
          <w:i w:val="0"/>
          <w:color w:val="000000"/>
          <w:sz w:val="24"/>
        </w:rPr>
        <w:t xml:space="preserve"> = 544), и это паним Твуны. Поэтому паним Исраэль Саба равно по гематрии 184, намекая на то, что посредством этого [свойства], являющегося его паним, он совершает соударение (зивуг) с Твуной и навещает ее (</w:t>
      </w:r>
      <w:r>
        <w:rPr>
          <w:rFonts w:ascii="Georgia" w:hAnsi="Georgia"/>
          <w:b w:val="0"/>
          <w:i/>
          <w:color w:val="000000"/>
          <w:sz w:val="24"/>
        </w:rPr>
        <w:t>у-фокед</w:t>
      </w:r>
      <w:r>
        <w:rPr>
          <w:rFonts w:ascii="Georgia" w:hAnsi="Georgia"/>
          <w:b w:val="0"/>
          <w:i w:val="0"/>
          <w:color w:val="000000"/>
          <w:sz w:val="24"/>
        </w:rPr>
        <w:t xml:space="preserve">, </w:t>
      </w:r>
      <w:r>
        <w:rPr>
          <w:rFonts w:ascii="Georgia" w:hAnsi="Georgia" w:cs="Times New Roman"/>
          <w:b/>
          <w:i w:val="0"/>
          <w:color w:val="000000"/>
          <w:sz w:val="24"/>
          <w:rtl/>
          <w:szCs w:val="32"/>
        </w:rPr>
        <w:t>וּפוֹקֵ״ד</w:t>
      </w:r>
      <w:r>
        <w:rPr>
          <w:rFonts w:ascii="Georgia" w:hAnsi="Georgia"/>
          <w:b w:val="0"/>
          <w:i w:val="0"/>
          <w:color w:val="000000"/>
          <w:sz w:val="24"/>
        </w:rPr>
        <w:t xml:space="preserve">). Также это равно гематрии слова </w:t>
      </w:r>
      <w:r>
        <w:rPr>
          <w:rFonts w:ascii="Georgia" w:hAnsi="Georgia"/>
          <w:b w:val="0"/>
          <w:i/>
          <w:color w:val="000000"/>
          <w:sz w:val="24"/>
        </w:rPr>
        <w:t>ми-кедем</w:t>
      </w:r>
      <w:r>
        <w:rPr>
          <w:rFonts w:ascii="Georgia" w:hAnsi="Georgia"/>
          <w:b w:val="0"/>
          <w:i w:val="0"/>
          <w:color w:val="000000"/>
          <w:sz w:val="24"/>
        </w:rPr>
        <w:t xml:space="preserve"> (</w:t>
      </w:r>
      <w:r>
        <w:rPr>
          <w:rFonts w:ascii="Georgia" w:hAnsi="Georgia" w:cs="Times New Roman"/>
          <w:b/>
          <w:i w:val="0"/>
          <w:color w:val="000000"/>
          <w:sz w:val="24"/>
          <w:rtl/>
          <w:szCs w:val="32"/>
        </w:rPr>
        <w:t>מִקֶּדֶם</w:t>
      </w:r>
      <w:r>
        <w:rPr>
          <w:rFonts w:ascii="Georgia" w:hAnsi="Georgia"/>
          <w:b w:val="0"/>
          <w:i w:val="0"/>
          <w:color w:val="000000"/>
          <w:sz w:val="24"/>
        </w:rPr>
        <w:t xml:space="preserve"> = 184: буква мэм, </w:t>
      </w:r>
      <w:r>
        <w:rPr>
          <w:rFonts w:ascii="Georgia" w:hAnsi="Georgia" w:cs="Times New Roman"/>
          <w:b/>
          <w:i w:val="0"/>
          <w:color w:val="000000"/>
          <w:sz w:val="24"/>
          <w:rtl/>
          <w:szCs w:val="32"/>
        </w:rPr>
        <w:t>מ</w:t>
      </w:r>
      <w:r>
        <w:rPr>
          <w:rFonts w:ascii="Georgia" w:hAnsi="Georgia"/>
          <w:b w:val="0"/>
          <w:i w:val="0"/>
          <w:color w:val="000000"/>
          <w:sz w:val="24"/>
        </w:rPr>
        <w:t xml:space="preserve"> = 40, куф, </w:t>
      </w:r>
      <w:r>
        <w:rPr>
          <w:rFonts w:ascii="Georgia" w:hAnsi="Georgia" w:cs="Times New Roman"/>
          <w:b/>
          <w:i w:val="0"/>
          <w:color w:val="000000"/>
          <w:sz w:val="24"/>
          <w:rtl/>
          <w:szCs w:val="32"/>
        </w:rPr>
        <w:t>ק</w:t>
      </w:r>
      <w:r>
        <w:rPr>
          <w:rFonts w:ascii="Georgia" w:hAnsi="Georgia"/>
          <w:b w:val="0"/>
          <w:i w:val="0"/>
          <w:color w:val="000000"/>
          <w:sz w:val="24"/>
        </w:rPr>
        <w:t xml:space="preserve"> = 100, далет, </w:t>
      </w:r>
      <w:r>
        <w:rPr>
          <w:rFonts w:ascii="Georgia" w:hAnsi="Georgia" w:cs="Times New Roman"/>
          <w:b/>
          <w:i w:val="0"/>
          <w:color w:val="000000"/>
          <w:sz w:val="24"/>
          <w:rtl/>
          <w:szCs w:val="32"/>
        </w:rPr>
        <w:t>ד</w:t>
      </w:r>
      <w:r>
        <w:rPr>
          <w:rFonts w:ascii="Georgia" w:hAnsi="Georgia"/>
          <w:b w:val="0"/>
          <w:i w:val="0"/>
          <w:color w:val="000000"/>
          <w:sz w:val="24"/>
        </w:rPr>
        <w:t xml:space="preserve"> = 4, мэм софит, </w:t>
      </w:r>
      <w:r>
        <w:rPr>
          <w:rFonts w:ascii="Georgia" w:hAnsi="Georgia" w:cs="Times New Roman"/>
          <w:b/>
          <w:i w:val="0"/>
          <w:color w:val="000000"/>
          <w:sz w:val="24"/>
          <w:rtl/>
          <w:szCs w:val="32"/>
        </w:rPr>
        <w:t>ם</w:t>
      </w:r>
      <w:r>
        <w:rPr>
          <w:rFonts w:ascii="Georgia" w:hAnsi="Georgia"/>
          <w:b w:val="0"/>
          <w:i w:val="0"/>
          <w:color w:val="000000"/>
          <w:sz w:val="24"/>
        </w:rPr>
        <w:t xml:space="preserve"> = 40), чтобы показать: то, что было там наверху в Абе свойством ахор, здесь в Исраэль Саба стало свойством паним, называемым </w:t>
      </w:r>
      <w:r>
        <w:rPr>
          <w:rFonts w:ascii="Georgia" w:hAnsi="Georgia"/>
          <w:b w:val="0"/>
          <w:i/>
          <w:color w:val="000000"/>
          <w:sz w:val="24"/>
        </w:rPr>
        <w:t>кедем</w:t>
      </w:r>
      <w:r>
        <w:rPr>
          <w:rFonts w:ascii="Georgia" w:hAnsi="Georgia"/>
          <w:b w:val="0"/>
          <w:i w:val="0"/>
          <w:color w:val="000000"/>
          <w:sz w:val="24"/>
        </w:rPr>
        <w:t xml:space="preserve"> (</w:t>
      </w:r>
      <w:r>
        <w:rPr>
          <w:rFonts w:ascii="Georgia" w:hAnsi="Georgia" w:cs="Times New Roman"/>
          <w:b/>
          <w:i w:val="0"/>
          <w:color w:val="000000"/>
          <w:sz w:val="24"/>
          <w:rtl/>
          <w:szCs w:val="32"/>
        </w:rPr>
        <w:t>קֶדֶם</w:t>
      </w:r>
      <w:r>
        <w:rPr>
          <w:rFonts w:ascii="Georgia" w:hAnsi="Georgia"/>
          <w:b w:val="0"/>
          <w:i w:val="0"/>
          <w:color w:val="000000"/>
          <w:sz w:val="24"/>
        </w:rPr>
        <w:t xml:space="preserve"> — «спереди»), в соответствии со стихом: </w:t>
      </w:r>
      <w:r>
        <w:rPr>
          <w:rFonts w:ascii="Georgia" w:hAnsi="Georgia"/>
          <w:b w:val="0"/>
          <w:i/>
          <w:color w:val="000000"/>
          <w:sz w:val="24"/>
        </w:rPr>
        <w:t>«Сзади и спереди Ты объял меня...»</w:t>
      </w:r>
      <w:r>
        <w:rPr>
          <w:rFonts w:ascii="Georgia" w:hAnsi="Georgia"/>
          <w:b w:val="0"/>
          <w:i w:val="0"/>
          <w:color w:val="000000"/>
          <w:sz w:val="24"/>
        </w:rPr>
        <w:t xml:space="preserve"> (Теилим 139:5); и на это же указывает стих: </w:t>
      </w:r>
      <w:r>
        <w:rPr>
          <w:rFonts w:ascii="Georgia" w:hAnsi="Georgia"/>
          <w:b w:val="0"/>
          <w:i/>
          <w:color w:val="000000"/>
          <w:sz w:val="24"/>
        </w:rPr>
        <w:t>«И поместил к востоку от сада Эденского...»</w:t>
      </w:r>
      <w:r>
        <w:rPr>
          <w:rFonts w:ascii="Georgia" w:hAnsi="Georgia"/>
          <w:b w:val="0"/>
          <w:i w:val="0"/>
          <w:color w:val="000000"/>
          <w:sz w:val="24"/>
        </w:rPr>
        <w:t xml:space="preserve"> (Берешит 3:24). Паним же Твуны, гематрия которого составляет 544, — это тайна слов </w:t>
      </w:r>
      <w:r>
        <w:rPr>
          <w:rFonts w:ascii="Georgia" w:hAnsi="Georgia"/>
          <w:b w:val="0"/>
          <w:i/>
          <w:color w:val="000000"/>
          <w:sz w:val="24"/>
        </w:rPr>
        <w:t>кидмат Эден</w:t>
      </w:r>
      <w:r>
        <w:rPr>
          <w:rFonts w:ascii="Georgia" w:hAnsi="Georgia"/>
          <w:b w:val="0"/>
          <w:i w:val="0"/>
          <w:color w:val="000000"/>
          <w:sz w:val="24"/>
        </w:rPr>
        <w:t xml:space="preserve"> (</w:t>
      </w:r>
      <w:r>
        <w:rPr>
          <w:rFonts w:ascii="Georgia" w:hAnsi="Georgia"/>
          <w:b w:val="0"/>
          <w:i/>
          <w:color w:val="000000"/>
          <w:sz w:val="24"/>
        </w:rPr>
        <w:t>«к востоку от Эдена»</w:t>
      </w:r>
      <w:r>
        <w:rPr>
          <w:rFonts w:ascii="Georgia" w:hAnsi="Georgia"/>
          <w:b w:val="0"/>
          <w:i w:val="0"/>
          <w:color w:val="000000"/>
          <w:sz w:val="24"/>
        </w:rPr>
        <w:t xml:space="preserve">, Берешит 4:16), где слово </w:t>
      </w:r>
      <w:r>
        <w:rPr>
          <w:rFonts w:ascii="Georgia" w:hAnsi="Georgia"/>
          <w:b w:val="0"/>
          <w:i/>
          <w:color w:val="000000"/>
          <w:sz w:val="24"/>
        </w:rPr>
        <w:t>кидмат</w:t>
      </w:r>
      <w:r>
        <w:rPr>
          <w:rFonts w:ascii="Georgia" w:hAnsi="Georgia"/>
          <w:b w:val="0"/>
          <w:i w:val="0"/>
          <w:color w:val="000000"/>
          <w:sz w:val="24"/>
        </w:rPr>
        <w:t xml:space="preserve"> (</w:t>
      </w:r>
      <w:r>
        <w:rPr>
          <w:rFonts w:ascii="Georgia" w:hAnsi="Georgia" w:cs="Times New Roman"/>
          <w:b/>
          <w:i w:val="0"/>
          <w:color w:val="000000"/>
          <w:sz w:val="24"/>
          <w:rtl/>
          <w:szCs w:val="32"/>
        </w:rPr>
        <w:t>קִדְמַת</w:t>
      </w:r>
      <w:r>
        <w:rPr>
          <w:rFonts w:ascii="Georgia" w:hAnsi="Georgia"/>
          <w:b w:val="0"/>
          <w:i w:val="0"/>
          <w:color w:val="000000"/>
          <w:sz w:val="24"/>
        </w:rPr>
        <w:t xml:space="preserve"> = 544: буква куф, </w:t>
      </w:r>
      <w:r>
        <w:rPr>
          <w:rFonts w:ascii="Georgia" w:hAnsi="Georgia" w:cs="Times New Roman"/>
          <w:b/>
          <w:i w:val="0"/>
          <w:color w:val="000000"/>
          <w:sz w:val="24"/>
          <w:rtl/>
          <w:szCs w:val="32"/>
        </w:rPr>
        <w:t>ק</w:t>
      </w:r>
      <w:r>
        <w:rPr>
          <w:rFonts w:ascii="Georgia" w:hAnsi="Georgia"/>
          <w:b w:val="0"/>
          <w:i w:val="0"/>
          <w:color w:val="000000"/>
          <w:sz w:val="24"/>
        </w:rPr>
        <w:t xml:space="preserve"> = 100, далет, </w:t>
      </w:r>
      <w:r>
        <w:rPr>
          <w:rFonts w:ascii="Georgia" w:hAnsi="Georgia" w:cs="Times New Roman"/>
          <w:b/>
          <w:i w:val="0"/>
          <w:color w:val="000000"/>
          <w:sz w:val="24"/>
          <w:rtl/>
          <w:szCs w:val="32"/>
        </w:rPr>
        <w:t>ד</w:t>
      </w:r>
      <w:r>
        <w:rPr>
          <w:rFonts w:ascii="Georgia" w:hAnsi="Georgia"/>
          <w:b w:val="0"/>
          <w:i w:val="0"/>
          <w:color w:val="000000"/>
          <w:sz w:val="24"/>
        </w:rPr>
        <w:t xml:space="preserve"> = 4, мэм, </w:t>
      </w:r>
      <w:r>
        <w:rPr>
          <w:rFonts w:ascii="Georgia" w:hAnsi="Georgia" w:cs="Times New Roman"/>
          <w:b/>
          <w:i w:val="0"/>
          <w:color w:val="000000"/>
          <w:sz w:val="24"/>
          <w:rtl/>
          <w:szCs w:val="32"/>
        </w:rPr>
        <w:t>מ</w:t>
      </w:r>
      <w:r>
        <w:rPr>
          <w:rFonts w:ascii="Georgia" w:hAnsi="Georgia"/>
          <w:b w:val="0"/>
          <w:i w:val="0"/>
          <w:color w:val="000000"/>
          <w:sz w:val="24"/>
        </w:rPr>
        <w:t xml:space="preserve"> = 40, тав, </w:t>
      </w:r>
      <w:r>
        <w:rPr>
          <w:rFonts w:ascii="Georgia" w:hAnsi="Georgia" w:cs="Times New Roman"/>
          <w:b/>
          <w:i w:val="0"/>
          <w:color w:val="000000"/>
          <w:sz w:val="24"/>
          <w:rtl/>
          <w:szCs w:val="32"/>
        </w:rPr>
        <w:t>ת</w:t>
      </w:r>
      <w:r>
        <w:rPr>
          <w:rFonts w:ascii="Georgia" w:hAnsi="Georgia"/>
          <w:b w:val="0"/>
          <w:i w:val="0"/>
          <w:color w:val="000000"/>
          <w:sz w:val="24"/>
        </w:rPr>
        <w:t xml:space="preserve"> = 400), чтобы показать: то, что наверху было в высшей Бине свойством ахор, здесь стало свойством паним, то есть </w:t>
      </w:r>
      <w:r>
        <w:rPr>
          <w:rFonts w:ascii="Georgia" w:hAnsi="Georgia"/>
          <w:b w:val="0"/>
          <w:i/>
          <w:color w:val="000000"/>
          <w:sz w:val="24"/>
        </w:rPr>
        <w:t>кидмат</w:t>
      </w:r>
      <w:r>
        <w:rPr>
          <w:rFonts w:ascii="Georgia" w:hAnsi="Georgia"/>
          <w:b w:val="0"/>
          <w:i w:val="0"/>
          <w:color w:val="000000"/>
          <w:sz w:val="24"/>
        </w:rPr>
        <w:t xml:space="preserve"> (спереди), от выражения </w:t>
      </w:r>
      <w:r>
        <w:rPr>
          <w:rFonts w:ascii="Georgia" w:hAnsi="Georgia"/>
          <w:b w:val="0"/>
          <w:i/>
          <w:color w:val="000000"/>
          <w:sz w:val="24"/>
        </w:rPr>
        <w:t>«Сзади и спереди Ты объял меня...»</w:t>
      </w:r>
      <w:r>
        <w:rPr>
          <w:rFonts w:ascii="Georgia" w:hAnsi="Georgia"/>
          <w:b w:val="0"/>
          <w:i w:val="0"/>
          <w:color w:val="000000"/>
          <w:sz w:val="24"/>
        </w:rPr>
        <w:t xml:space="preserve"> (Теилим 139:5), как упомянуто в Зоаре.</w:t>
      </w:r>
    </w:p>
    <w:p>
      <w:pPr>
        <w:spacing w:before="40" w:after="120"/>
        <w:jc w:val="both"/>
      </w:pPr>
      <w:r>
        <w:rPr>
          <w:rFonts w:ascii="Georgia" w:hAnsi="Georgia"/>
          <w:b w:val="0"/>
          <w:i w:val="0"/>
          <w:color w:val="000000"/>
          <w:sz w:val="24"/>
        </w:rPr>
        <w:t>9) И вот, когда мы сложим эти два имени, их гематрия составит 728 (</w:t>
      </w:r>
      <w:r>
        <w:rPr>
          <w:rFonts w:ascii="Georgia" w:hAnsi="Georgia" w:cs="Times New Roman"/>
          <w:b/>
          <w:i w:val="0"/>
          <w:color w:val="000000"/>
          <w:sz w:val="24"/>
          <w:rtl/>
          <w:szCs w:val="32"/>
        </w:rPr>
        <w:t>תשכ״ח</w:t>
      </w:r>
      <w:r>
        <w:rPr>
          <w:rFonts w:ascii="Georgia" w:hAnsi="Georgia"/>
          <w:b w:val="0"/>
          <w:i w:val="0"/>
          <w:color w:val="000000"/>
          <w:sz w:val="24"/>
        </w:rPr>
        <w:t xml:space="preserve"> = 728; 184 + 544 = 728). Ведь это высшие ахораим, как сказано выше, и из них образуется паним под ними; и оказывается, что в них есть свойство Бины, обозначаемое буквой самэх (</w:t>
      </w:r>
      <w:r>
        <w:rPr>
          <w:rFonts w:ascii="Georgia" w:hAnsi="Georgia" w:cs="Times New Roman"/>
          <w:b/>
          <w:i w:val="0"/>
          <w:color w:val="000000"/>
          <w:sz w:val="24"/>
          <w:rtl/>
          <w:szCs w:val="32"/>
        </w:rPr>
        <w:t>ס</w:t>
      </w:r>
      <w:r>
        <w:rPr>
          <w:rFonts w:ascii="Georgia" w:hAnsi="Georgia"/>
          <w:b w:val="0"/>
          <w:i w:val="0"/>
          <w:color w:val="000000"/>
          <w:sz w:val="24"/>
        </w:rPr>
        <w:t xml:space="preserve"> = 60), и свойство Твуны, обозначаемое закрытой буквой мэм (</w:t>
      </w:r>
      <w:r>
        <w:rPr>
          <w:rFonts w:ascii="Georgia" w:hAnsi="Georgia" w:cs="Times New Roman"/>
          <w:b/>
          <w:i w:val="0"/>
          <w:color w:val="000000"/>
          <w:sz w:val="24"/>
          <w:rtl/>
          <w:szCs w:val="32"/>
        </w:rPr>
        <w:t>ם</w:t>
      </w:r>
      <w:r>
        <w:rPr>
          <w:rFonts w:ascii="Georgia" w:hAnsi="Georgia"/>
          <w:b w:val="0"/>
          <w:i w:val="0"/>
          <w:color w:val="000000"/>
          <w:sz w:val="24"/>
        </w:rPr>
        <w:t xml:space="preserve"> = 40). Клипа же, противостоящая Бине и Твуне, зовется Мас (</w:t>
      </w:r>
      <w:r>
        <w:rPr>
          <w:rFonts w:ascii="Georgia" w:hAnsi="Georgia" w:cs="Times New Roman"/>
          <w:b/>
          <w:i w:val="0"/>
          <w:color w:val="000000"/>
          <w:sz w:val="24"/>
          <w:rtl/>
          <w:szCs w:val="32"/>
        </w:rPr>
        <w:t>מ״ס</w:t>
      </w:r>
      <w:r>
        <w:rPr>
          <w:rFonts w:ascii="Georgia" w:hAnsi="Georgia"/>
          <w:b w:val="0"/>
          <w:i w:val="0"/>
          <w:color w:val="000000"/>
          <w:sz w:val="24"/>
        </w:rPr>
        <w:t xml:space="preserve"> = 100: буква мэм, </w:t>
      </w:r>
      <w:r>
        <w:rPr>
          <w:rFonts w:ascii="Georgia" w:hAnsi="Georgia" w:cs="Times New Roman"/>
          <w:b/>
          <w:i w:val="0"/>
          <w:color w:val="000000"/>
          <w:sz w:val="24"/>
          <w:rtl/>
          <w:szCs w:val="32"/>
        </w:rPr>
        <w:t>מ</w:t>
      </w:r>
      <w:r>
        <w:rPr>
          <w:rFonts w:ascii="Georgia" w:hAnsi="Georgia"/>
          <w:b w:val="0"/>
          <w:i w:val="0"/>
          <w:color w:val="000000"/>
          <w:sz w:val="24"/>
        </w:rPr>
        <w:t xml:space="preserve"> = 40, самэх, </w:t>
      </w:r>
      <w:r>
        <w:rPr>
          <w:rFonts w:ascii="Georgia" w:hAnsi="Georgia" w:cs="Times New Roman"/>
          <w:b/>
          <w:i w:val="0"/>
          <w:color w:val="000000"/>
          <w:sz w:val="24"/>
          <w:rtl/>
          <w:szCs w:val="32"/>
        </w:rPr>
        <w:t>ס</w:t>
      </w:r>
      <w:r>
        <w:rPr>
          <w:rFonts w:ascii="Georgia" w:hAnsi="Georgia"/>
          <w:b w:val="0"/>
          <w:i w:val="0"/>
          <w:color w:val="000000"/>
          <w:sz w:val="24"/>
        </w:rPr>
        <w:t xml:space="preserve"> = 60). И по этой причине ангел забвения зовется Мас: ведь эти имена, составляющие в гематрии 728 (</w:t>
      </w:r>
      <w:r>
        <w:rPr>
          <w:rFonts w:ascii="Georgia" w:hAnsi="Georgia" w:cs="Times New Roman"/>
          <w:b/>
          <w:i w:val="0"/>
          <w:color w:val="000000"/>
          <w:sz w:val="24"/>
          <w:rtl/>
          <w:szCs w:val="32"/>
        </w:rPr>
        <w:t>תשכ״ח</w:t>
      </w:r>
      <w:r>
        <w:rPr>
          <w:rFonts w:ascii="Georgia" w:hAnsi="Georgia"/>
          <w:b w:val="0"/>
          <w:i w:val="0"/>
          <w:color w:val="000000"/>
          <w:sz w:val="24"/>
        </w:rPr>
        <w:t xml:space="preserve">), находятся в Бине и Твуне, обозначаемых буквами мэм и самэх; и оттуда происходит забвение, поскольку это ахораим, и клипот, называемые Мас, цепляются за них. В этом же тайна сказанного нашими мудрецами, благословенной памяти: </w:t>
      </w:r>
      <w:r>
        <w:rPr>
          <w:rFonts w:ascii="Georgia" w:hAnsi="Georgia"/>
          <w:b w:val="0"/>
          <w:i/>
          <w:color w:val="000000"/>
          <w:sz w:val="24"/>
        </w:rPr>
        <w:t>«Не сравнится тот, кто повторяет свой урок сто раз, с тем, кто повторяет свой урок сто один раз»</w:t>
      </w:r>
      <w:r>
        <w:rPr>
          <w:rFonts w:ascii="Georgia" w:hAnsi="Georgia"/>
          <w:b w:val="0"/>
          <w:i w:val="0"/>
          <w:color w:val="000000"/>
          <w:sz w:val="24"/>
        </w:rPr>
        <w:t xml:space="preserve"> (Хагига 9б) — потому что до ста раз над ним имеет власть [ангел забвения], по числовому значению имени Мас (100), но не более. Паним же Аба ве-Има составляет в гематрии 233 (</w:t>
      </w:r>
      <w:r>
        <w:rPr>
          <w:rFonts w:ascii="Georgia" w:hAnsi="Georgia" w:cs="Times New Roman"/>
          <w:b/>
          <w:i w:val="0"/>
          <w:color w:val="000000"/>
          <w:sz w:val="24"/>
          <w:rtl/>
          <w:szCs w:val="32"/>
        </w:rPr>
        <w:t>רג״ל</w:t>
      </w:r>
      <w:r>
        <w:rPr>
          <w:rFonts w:ascii="Georgia" w:hAnsi="Georgia"/>
          <w:b w:val="0"/>
          <w:i w:val="0"/>
          <w:color w:val="000000"/>
          <w:sz w:val="24"/>
        </w:rPr>
        <w:t xml:space="preserve"> = 233), что равно гематрии слова </w:t>
      </w:r>
      <w:r>
        <w:rPr>
          <w:rFonts w:ascii="Georgia" w:hAnsi="Georgia"/>
          <w:b w:val="0"/>
          <w:i/>
          <w:color w:val="000000"/>
          <w:sz w:val="24"/>
        </w:rPr>
        <w:t>захор</w:t>
      </w:r>
      <w:r>
        <w:rPr>
          <w:rFonts w:ascii="Georgia" w:hAnsi="Georgia"/>
          <w:b w:val="0"/>
          <w:i w:val="0"/>
          <w:color w:val="000000"/>
          <w:sz w:val="24"/>
        </w:rPr>
        <w:t xml:space="preserve"> (</w:t>
      </w:r>
      <w:r>
        <w:rPr>
          <w:rFonts w:ascii="Georgia" w:hAnsi="Georgia" w:cs="Times New Roman"/>
          <w:b/>
          <w:i w:val="0"/>
          <w:color w:val="000000"/>
          <w:sz w:val="24"/>
          <w:rtl/>
          <w:szCs w:val="32"/>
        </w:rPr>
        <w:t>זָכוֹר</w:t>
      </w:r>
      <w:r>
        <w:rPr>
          <w:rFonts w:ascii="Georgia" w:hAnsi="Georgia"/>
          <w:b w:val="0"/>
          <w:i w:val="0"/>
          <w:color w:val="000000"/>
          <w:sz w:val="24"/>
        </w:rPr>
        <w:t xml:space="preserve"> = 233 — «помни»: буква зайн, </w:t>
      </w:r>
      <w:r>
        <w:rPr>
          <w:rFonts w:ascii="Georgia" w:hAnsi="Georgia" w:cs="Times New Roman"/>
          <w:b/>
          <w:i w:val="0"/>
          <w:color w:val="000000"/>
          <w:sz w:val="24"/>
          <w:rtl/>
          <w:szCs w:val="32"/>
        </w:rPr>
        <w:t>ז</w:t>
      </w:r>
      <w:r>
        <w:rPr>
          <w:rFonts w:ascii="Georgia" w:hAnsi="Georgia"/>
          <w:b w:val="0"/>
          <w:i w:val="0"/>
          <w:color w:val="000000"/>
          <w:sz w:val="24"/>
        </w:rPr>
        <w:t xml:space="preserve"> = 7, каф, </w:t>
      </w:r>
      <w:r>
        <w:rPr>
          <w:rFonts w:ascii="Georgia" w:hAnsi="Georgia" w:cs="Times New Roman"/>
          <w:b/>
          <w:i w:val="0"/>
          <w:color w:val="000000"/>
          <w:sz w:val="24"/>
          <w:rtl/>
          <w:szCs w:val="32"/>
        </w:rPr>
        <w:t>כ</w:t>
      </w:r>
      <w:r>
        <w:rPr>
          <w:rFonts w:ascii="Georgia" w:hAnsi="Georgia"/>
          <w:b w:val="0"/>
          <w:i w:val="0"/>
          <w:color w:val="000000"/>
          <w:sz w:val="24"/>
        </w:rPr>
        <w:t xml:space="preserve"> = 20, вав, </w:t>
      </w:r>
      <w:r>
        <w:rPr>
          <w:rFonts w:ascii="Georgia" w:hAnsi="Georgia" w:cs="Times New Roman"/>
          <w:b/>
          <w:i w:val="0"/>
          <w:color w:val="000000"/>
          <w:sz w:val="24"/>
          <w:rtl/>
          <w:szCs w:val="32"/>
        </w:rPr>
        <w:t>ו</w:t>
      </w:r>
      <w:r>
        <w:rPr>
          <w:rFonts w:ascii="Georgia" w:hAnsi="Georgia"/>
          <w:b w:val="0"/>
          <w:i w:val="0"/>
          <w:color w:val="000000"/>
          <w:sz w:val="24"/>
        </w:rPr>
        <w:t xml:space="preserve"> = 6, рэйш, </w:t>
      </w:r>
      <w:r>
        <w:rPr>
          <w:rFonts w:ascii="Georgia" w:hAnsi="Georgia" w:cs="Times New Roman"/>
          <w:b/>
          <w:i w:val="0"/>
          <w:color w:val="000000"/>
          <w:sz w:val="24"/>
          <w:rtl/>
          <w:szCs w:val="32"/>
        </w:rPr>
        <w:t>ר</w:t>
      </w:r>
      <w:r>
        <w:rPr>
          <w:rFonts w:ascii="Georgia" w:hAnsi="Georgia"/>
          <w:b w:val="0"/>
          <w:i w:val="0"/>
          <w:color w:val="000000"/>
          <w:sz w:val="24"/>
        </w:rPr>
        <w:t xml:space="preserve"> = 200). И оттуда исходит память, состоящая из букв </w:t>
      </w:r>
      <w:r>
        <w:rPr>
          <w:rFonts w:ascii="Georgia" w:hAnsi="Georgia"/>
          <w:b w:val="0"/>
          <w:i/>
          <w:color w:val="000000"/>
          <w:sz w:val="24"/>
        </w:rPr>
        <w:t>зехер ЙА</w:t>
      </w:r>
      <w:r>
        <w:rPr>
          <w:rFonts w:ascii="Georgia" w:hAnsi="Georgia"/>
          <w:b w:val="0"/>
          <w:i w:val="0"/>
          <w:color w:val="000000"/>
          <w:sz w:val="24"/>
        </w:rPr>
        <w:t xml:space="preserve"> (</w:t>
      </w:r>
      <w:r>
        <w:rPr>
          <w:rFonts w:ascii="Georgia" w:hAnsi="Georgia" w:cs="Times New Roman"/>
          <w:b/>
          <w:i w:val="0"/>
          <w:color w:val="000000"/>
          <w:sz w:val="24"/>
          <w:rtl/>
          <w:szCs w:val="32"/>
        </w:rPr>
        <w:t>זֵכֶר יָהּ</w:t>
      </w:r>
      <w:r>
        <w:rPr>
          <w:rFonts w:ascii="Georgia" w:hAnsi="Georgia"/>
          <w:b w:val="0"/>
          <w:i w:val="0"/>
          <w:color w:val="000000"/>
          <w:sz w:val="24"/>
        </w:rPr>
        <w:t xml:space="preserve"> — «память [Имени] ЙА»), ведь Аба ве-Има называются ЙА (</w:t>
      </w:r>
      <w:r>
        <w:rPr>
          <w:rFonts w:ascii="Georgia" w:hAnsi="Georgia" w:cs="Times New Roman"/>
          <w:b/>
          <w:i w:val="0"/>
          <w:color w:val="000000"/>
          <w:sz w:val="24"/>
          <w:rtl/>
          <w:szCs w:val="32"/>
        </w:rPr>
        <w:t>י״ה</w:t>
      </w:r>
      <w:r>
        <w:rPr>
          <w:rFonts w:ascii="Georgia" w:hAnsi="Georgia"/>
          <w:b w:val="0"/>
          <w:i w:val="0"/>
          <w:color w:val="000000"/>
          <w:sz w:val="24"/>
        </w:rPr>
        <w:t>), поскольку там никакая клипа не может зацепиться.</w:t>
      </w:r>
    </w:p>
    <w:p>
      <w:pPr>
        <w:spacing w:before="40" w:after="120"/>
        <w:jc w:val="both"/>
      </w:pPr>
      <w:r>
        <w:rPr>
          <w:rFonts w:ascii="Georgia" w:hAnsi="Georgia"/>
          <w:b w:val="0"/>
          <w:i w:val="0"/>
          <w:color w:val="000000"/>
          <w:sz w:val="24"/>
        </w:rPr>
        <w:t>10) Что касается аспекта ахораим Твуны, о котором мы говорили выше, то они также представляют собой 120 перестановок [имени] ЭЛОКИМ, как и в ахораим Бины. Однако есть различие: ведь в Бине все 120 раскрылись только в ахораим четырех ее нижних сфир, в виде четырех раз по 30 перестановок; здесь же, в ахораим Твуны, они начинают раскрываться во всех пяти нижних ее сфирот, от ее Гвуры и ниже, поскольку и в Гвуре есть имя ЭЛОКИМ. В Хеседе же ее имя ЭЛОКИМ еще не может раскрыться. И следовательно, здесь они делятся на пять частей, как известно: 24 перестановки начинаются с буквы алеф (</w:t>
      </w:r>
      <w:r>
        <w:rPr>
          <w:rFonts w:ascii="Georgia" w:hAnsi="Georgia" w:cs="Times New Roman"/>
          <w:b/>
          <w:i w:val="0"/>
          <w:color w:val="000000"/>
          <w:sz w:val="24"/>
          <w:rtl/>
          <w:szCs w:val="32"/>
        </w:rPr>
        <w:t>א</w:t>
      </w:r>
      <w:r>
        <w:rPr>
          <w:rFonts w:ascii="Georgia" w:hAnsi="Georgia"/>
          <w:b w:val="0"/>
          <w:i w:val="0"/>
          <w:color w:val="000000"/>
          <w:sz w:val="24"/>
        </w:rPr>
        <w:t>) имени ЭЛОКИМ, 24 начинаются с буквы ламэд (</w:t>
      </w:r>
      <w:r>
        <w:rPr>
          <w:rFonts w:ascii="Georgia" w:hAnsi="Georgia" w:cs="Times New Roman"/>
          <w:b/>
          <w:i w:val="0"/>
          <w:color w:val="000000"/>
          <w:sz w:val="24"/>
          <w:rtl/>
          <w:szCs w:val="32"/>
        </w:rPr>
        <w:t>ל</w:t>
      </w:r>
      <w:r>
        <w:rPr>
          <w:rFonts w:ascii="Georgia" w:hAnsi="Georgia"/>
          <w:b w:val="0"/>
          <w:i w:val="0"/>
          <w:color w:val="000000"/>
          <w:sz w:val="24"/>
        </w:rPr>
        <w:t>), 24 начинаются с буквы хэй (</w:t>
      </w:r>
      <w:r>
        <w:rPr>
          <w:rFonts w:ascii="Georgia" w:hAnsi="Georgia" w:cs="Times New Roman"/>
          <w:b/>
          <w:i w:val="0"/>
          <w:color w:val="000000"/>
          <w:sz w:val="24"/>
          <w:rtl/>
          <w:szCs w:val="32"/>
        </w:rPr>
        <w:t>ה</w:t>
      </w:r>
      <w:r>
        <w:rPr>
          <w:rFonts w:ascii="Georgia" w:hAnsi="Georgia"/>
          <w:b w:val="0"/>
          <w:i w:val="0"/>
          <w:color w:val="000000"/>
          <w:sz w:val="24"/>
        </w:rPr>
        <w:t>), 24 начинаются с буквы йод (</w:t>
      </w:r>
      <w:r>
        <w:rPr>
          <w:rFonts w:ascii="Georgia" w:hAnsi="Georgia" w:cs="Times New Roman"/>
          <w:b/>
          <w:i w:val="0"/>
          <w:color w:val="000000"/>
          <w:sz w:val="24"/>
          <w:rtl/>
          <w:szCs w:val="32"/>
        </w:rPr>
        <w:t>י</w:t>
      </w:r>
      <w:r>
        <w:rPr>
          <w:rFonts w:ascii="Georgia" w:hAnsi="Georgia"/>
          <w:b w:val="0"/>
          <w:i w:val="0"/>
          <w:color w:val="000000"/>
          <w:sz w:val="24"/>
        </w:rPr>
        <w:t>), и 24 — с буквы мэм софит (</w:t>
      </w:r>
      <w:r>
        <w:rPr>
          <w:rFonts w:ascii="Georgia" w:hAnsi="Georgia" w:cs="Times New Roman"/>
          <w:b/>
          <w:i w:val="0"/>
          <w:color w:val="000000"/>
          <w:sz w:val="24"/>
          <w:rtl/>
          <w:szCs w:val="32"/>
        </w:rPr>
        <w:t>ם</w:t>
      </w:r>
      <w:r>
        <w:rPr>
          <w:rFonts w:ascii="Georgia" w:hAnsi="Georgia"/>
          <w:b w:val="0"/>
          <w:i w:val="0"/>
          <w:color w:val="000000"/>
          <w:sz w:val="24"/>
        </w:rPr>
        <w:t>). И это пять раз по 24; получается, что это пять имен ЭЛОКИМ в пяти ее нижних сфирот со стороны ахораим, и каждое имя ЭЛОКИМ включает 24 перестановки, так что в пяти [именах] ЭЛОКИМ содержатся все 120. Причина же этого в том, что каждое отдельное имя ЭЛОКИМ включает одну ступень из 24 перестановок, все из которых начинаются с соответствующей буквы [имени], и так со всеми пятью [именами] ЭЛОКИМ.</w:t>
      </w:r>
    </w:p>
    <w:p>
      <w:pPr>
        <w:spacing w:before="40" w:after="120"/>
        <w:jc w:val="both"/>
      </w:pPr>
      <w:r>
        <w:rPr>
          <w:rFonts w:ascii="Georgia" w:hAnsi="Georgia"/>
          <w:b w:val="0"/>
          <w:i w:val="0"/>
          <w:color w:val="000000"/>
          <w:sz w:val="24"/>
        </w:rPr>
        <w:t>11) И есть также вторая причина: ведь эти 24 перестановки вместе с их объединяющим целым составляют 25; а в имени ЭЛОКИМ пять букв, и каждая буква включает в себя пять — итого 25; таким образом, все 24 перестановки включаются в одно имя ЭЛОКИМ. И получается, что пять имен ЭЛОКИМ составляют в гематрии 430 (</w:t>
      </w:r>
      <w:r>
        <w:rPr>
          <w:rFonts w:ascii="Georgia" w:hAnsi="Georgia" w:cs="Times New Roman"/>
          <w:b/>
          <w:i w:val="0"/>
          <w:color w:val="000000"/>
          <w:sz w:val="24"/>
          <w:rtl/>
          <w:szCs w:val="32"/>
        </w:rPr>
        <w:t>ת״ל</w:t>
      </w:r>
      <w:r>
        <w:rPr>
          <w:rFonts w:ascii="Georgia" w:hAnsi="Georgia"/>
          <w:b w:val="0"/>
          <w:i w:val="0"/>
          <w:color w:val="000000"/>
          <w:sz w:val="24"/>
        </w:rPr>
        <w:t xml:space="preserve"> = 430: 5 × 86 = 430). И когда ты прибавишь к ним упомянутое имя БОХО (</w:t>
      </w:r>
      <w:r>
        <w:rPr>
          <w:rFonts w:ascii="Georgia" w:hAnsi="Georgia" w:cs="Times New Roman"/>
          <w:b/>
          <w:i w:val="0"/>
          <w:color w:val="000000"/>
          <w:sz w:val="24"/>
          <w:rtl/>
          <w:szCs w:val="32"/>
        </w:rPr>
        <w:t>בוכ״ו</w:t>
      </w:r>
      <w:r>
        <w:rPr>
          <w:rFonts w:ascii="Georgia" w:hAnsi="Georgia"/>
          <w:b w:val="0"/>
          <w:i w:val="0"/>
          <w:color w:val="000000"/>
          <w:sz w:val="24"/>
        </w:rPr>
        <w:t xml:space="preserve"> = 34), являющееся заменой [имени] ЭЙЕ и корнем судов и этих ахораим, называемых ЭЛОКИМ, — ведь оно также распространяется до Твуны, — то обнаружится, что эти шесть имен равны по гематрии слову «Твуна» с колелем (</w:t>
      </w:r>
      <w:r>
        <w:rPr>
          <w:rFonts w:ascii="Georgia" w:hAnsi="Georgia" w:cs="Times New Roman"/>
          <w:b/>
          <w:i w:val="0"/>
          <w:color w:val="000000"/>
          <w:sz w:val="24"/>
          <w:rtl/>
          <w:szCs w:val="32"/>
        </w:rPr>
        <w:t>תְּבוּנָה</w:t>
      </w:r>
      <w:r>
        <w:rPr>
          <w:rFonts w:ascii="Georgia" w:hAnsi="Georgia"/>
          <w:b w:val="0"/>
          <w:i w:val="0"/>
          <w:color w:val="000000"/>
          <w:sz w:val="24"/>
        </w:rPr>
        <w:t xml:space="preserve"> = 463, с колелем: 430 + 34 = 464 = 463 + 1). Это намекает на то, что в этой Твуне заключено упомянутое имя БОХО, корень судов и всех 120 перестановок [имени] ЭЛОКИМ. И в этом тайна стиха: </w:t>
      </w:r>
      <w:r>
        <w:rPr>
          <w:rFonts w:ascii="Georgia" w:hAnsi="Georgia"/>
          <w:b w:val="0"/>
          <w:i/>
          <w:color w:val="000000"/>
          <w:sz w:val="24"/>
        </w:rPr>
        <w:t>«Если же он беден, и рука его не достает...»</w:t>
      </w:r>
      <w:r>
        <w:rPr>
          <w:rFonts w:ascii="Georgia" w:hAnsi="Georgia"/>
          <w:b w:val="0"/>
          <w:i w:val="0"/>
          <w:color w:val="000000"/>
          <w:sz w:val="24"/>
        </w:rPr>
        <w:t xml:space="preserve"> (Ваикра 14:21). Ведь Твуна называется «матерью детей» (</w:t>
      </w:r>
      <w:r>
        <w:rPr>
          <w:rFonts w:ascii="Georgia" w:hAnsi="Georgia"/>
          <w:b w:val="0"/>
          <w:i/>
          <w:color w:val="000000"/>
          <w:sz w:val="24"/>
        </w:rPr>
        <w:t>эм а-баним</w:t>
      </w:r>
      <w:r>
        <w:rPr>
          <w:rFonts w:ascii="Georgia" w:hAnsi="Georgia"/>
          <w:b w:val="0"/>
          <w:i w:val="0"/>
          <w:color w:val="000000"/>
          <w:sz w:val="24"/>
        </w:rPr>
        <w:t xml:space="preserve">), и она представляет собой свойство </w:t>
      </w:r>
      <w:r>
        <w:rPr>
          <w:rFonts w:ascii="Georgia" w:hAnsi="Georgia"/>
          <w:b w:val="0"/>
          <w:i/>
          <w:color w:val="000000"/>
          <w:sz w:val="24"/>
        </w:rPr>
        <w:t>даль</w:t>
      </w:r>
      <w:r>
        <w:rPr>
          <w:rFonts w:ascii="Georgia" w:hAnsi="Georgia"/>
          <w:b w:val="0"/>
          <w:i w:val="0"/>
          <w:color w:val="000000"/>
          <w:sz w:val="24"/>
        </w:rPr>
        <w:t xml:space="preserve"> (</w:t>
      </w:r>
      <w:r>
        <w:rPr>
          <w:rFonts w:ascii="Georgia" w:hAnsi="Georgia" w:cs="Times New Roman"/>
          <w:b/>
          <w:i w:val="0"/>
          <w:color w:val="000000"/>
          <w:sz w:val="24"/>
          <w:rtl/>
          <w:szCs w:val="32"/>
        </w:rPr>
        <w:t>דַּל</w:t>
      </w:r>
      <w:r>
        <w:rPr>
          <w:rFonts w:ascii="Georgia" w:hAnsi="Georgia"/>
          <w:b w:val="0"/>
          <w:i w:val="0"/>
          <w:color w:val="000000"/>
          <w:sz w:val="24"/>
        </w:rPr>
        <w:t>), то есть упомянутое имя [БОХО, гематрия которого 34 (</w:t>
      </w:r>
      <w:r>
        <w:rPr>
          <w:rFonts w:ascii="Georgia" w:hAnsi="Georgia" w:cs="Times New Roman"/>
          <w:b/>
          <w:i w:val="0"/>
          <w:color w:val="000000"/>
          <w:sz w:val="24"/>
          <w:rtl/>
          <w:szCs w:val="32"/>
        </w:rPr>
        <w:t>ד״ל</w:t>
      </w:r>
      <w:r>
        <w:rPr>
          <w:rFonts w:ascii="Georgia" w:hAnsi="Georgia"/>
          <w:b w:val="0"/>
          <w:i w:val="0"/>
          <w:color w:val="000000"/>
          <w:sz w:val="24"/>
        </w:rPr>
        <w:t xml:space="preserve"> = 34)], находящееся наверху в ахораим четырех нижних сфир Бины в виде четырех раз по 30 перестановок, а теперь распространившееся также и в Твуну, именуемую «матерью детей».</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3) </w:t>
      </w:r>
      <w:r>
        <w:rPr>
          <w:rFonts w:ascii="Georgia" w:hAnsi="Georgia"/>
          <w:b/>
          <w:i w:val="0"/>
          <w:color w:val="000000"/>
          <w:sz w:val="24"/>
        </w:rPr>
        <w:t>«И когда ЗА и первая Твуна поднимаются... сказано: ‹Поддерживает Г-сподь всех падающих›»</w:t>
      </w:r>
      <w:r>
        <w:rPr>
          <w:rFonts w:ascii="Georgia" w:hAnsi="Georgia"/>
          <w:b w:val="0"/>
          <w:i w:val="0"/>
          <w:color w:val="000000"/>
          <w:sz w:val="24"/>
        </w:rPr>
        <w:t xml:space="preserve"> — Сначала дополним объяснение слов Учителя из предыдущей ветви. Мы уже объясняли тайну буквы йод имени АВАЯ: это высший Аба, чей свет представляет собой свет хеседа, находящийся позади света Бины де-АА в горле. И здесь следует понять два аспекта. Первый аспект состоит в том, что свет Бины выше, чем высший Аба, поскольку свет Бины — это ГАР, притягивающиеся из моха де-авира (воздушного мозга) из тайны Даат непостижимой головы (рош де-ло итйада), облаченного там; тогда как этот свет хеседа — это пять хасадим, исходящих из Гальгальты де-АА, которые лишены ГАР, как подробно разъяснялось выше. Второй же аспект заключается в том, что Аба важнее света Бины: ведь он относится к свойству АБ де-АА, то есть к Гальгальте, исправленной там в тайне света, скрытого для праведников (</w:t>
      </w:r>
      <w:r>
        <w:rPr>
          <w:rFonts w:ascii="Georgia" w:hAnsi="Georgia"/>
          <w:b w:val="0"/>
          <w:i/>
          <w:color w:val="000000"/>
          <w:sz w:val="24"/>
        </w:rPr>
        <w:t>ор а-гануз</w:t>
      </w:r>
      <w:r>
        <w:rPr>
          <w:rFonts w:ascii="Georgia" w:hAnsi="Georgia"/>
          <w:b w:val="0"/>
          <w:i w:val="0"/>
          <w:color w:val="000000"/>
          <w:sz w:val="24"/>
        </w:rPr>
        <w:t>), чье достоинство бесконечно велико, как сказано выше, в отличие от света Бины, происходящего из моха де-авира де-АА, являющегося САГ де-АА и порождением его АБ, то есть Гальгальты. И эти два аспекта проявляются в двух местах. Ведь в горле де-АА тот хесед, что в высшем Абе, оказывается ниже света Бины, и Бина скрыта в нем в тайне букв вав и далет (</w:t>
      </w:r>
      <w:r>
        <w:rPr>
          <w:rFonts w:ascii="Georgia" w:hAnsi="Georgia" w:cs="Times New Roman"/>
          <w:b/>
          <w:i w:val="0"/>
          <w:color w:val="000000"/>
          <w:sz w:val="24"/>
          <w:rtl/>
          <w:szCs w:val="32"/>
        </w:rPr>
        <w:t>ו״ד</w:t>
      </w:r>
      <w:r>
        <w:rPr>
          <w:rFonts w:ascii="Georgia" w:hAnsi="Georgia"/>
          <w:b w:val="0"/>
          <w:i w:val="0"/>
          <w:color w:val="000000"/>
          <w:sz w:val="24"/>
        </w:rPr>
        <w:t>) наполнения буквы йод; то есть ГАР не светят в нем, и это тайна буквы йод имени АВАЯ, согласно первому аспекту. Второй же аспект раскрывается в двух руках де-АА, поскольку там распространяется высшая Има от тайны света Бины де-АА, что в его горле, происходящего из моха де-авира, как сказано выше в предыдущей ветви, и она облачает левую руку де-АА. И здесь высший Аба скрыт, а свет Бины открыт — то есть ГАР, притягивающиеся из Даат непостижимой головы (рош де-ло итйада), светят в Бине, тогда как высший хесед, находящийся в высшем Абе и являющийся скрытым светом (</w:t>
      </w:r>
      <w:r>
        <w:rPr>
          <w:rFonts w:ascii="Georgia" w:hAnsi="Georgia"/>
          <w:b w:val="0"/>
          <w:i/>
          <w:color w:val="000000"/>
          <w:sz w:val="24"/>
        </w:rPr>
        <w:t>ор а-гануз</w:t>
      </w:r>
      <w:r>
        <w:rPr>
          <w:rFonts w:ascii="Georgia" w:hAnsi="Georgia"/>
          <w:b w:val="0"/>
          <w:i w:val="0"/>
          <w:color w:val="000000"/>
          <w:sz w:val="24"/>
        </w:rPr>
        <w:t>), как сказано выше, скрыт и не светит. И тебе уже известно, что только в саму Бину может облачаться свет Эйн Соф, являющийся ГАР, даже тогда, когда скрыт высший свет хеседа; тогда как в ВАК от Бины и ниже совершенно невозможно, чтобы распространился свет Эйн Соф, когда от них скрыт высший свет хеседа, как сказано выше на странице 948, в лемме «И нужно». И потому опускаются оттуда ИШСУТ, являющиеся ВАК де-Аба ве-Има, вниз, на ступень ЗОН, и называются «падающими», поскольку упали со ступени ГАР на ступень ЗОН. И ты видишь здесь, что свойство Абы более возвышенно и более важно, чем свет Бины: ведь из-за сокрытия света высшего Абы, являющегося светом хеседа, опустились и упали ВАК де-Аба ве-Има к ЗОН, как сказано. И этот аспект — тайна буквы хэй имени АВАЯ, где свет Бины открыт, а свет Абы скрыт внутри нее. И помни это крепко. И в тайне подъема ЗОН к высшим Аба ве-Има для МАН вместе с упавшими ИШСУТ, согласно словам Учителя здесь, совершается ударное соединение (зивуг) ЙА (</w:t>
      </w:r>
      <w:r>
        <w:rPr>
          <w:rFonts w:ascii="Georgia" w:hAnsi="Georgia" w:cs="Times New Roman"/>
          <w:b/>
          <w:i w:val="0"/>
          <w:color w:val="000000"/>
          <w:sz w:val="24"/>
          <w:rtl/>
          <w:szCs w:val="32"/>
        </w:rPr>
        <w:t>י״ה</w:t>
      </w:r>
      <w:r>
        <w:rPr>
          <w:rFonts w:ascii="Georgia" w:hAnsi="Georgia"/>
          <w:b w:val="0"/>
          <w:i w:val="0"/>
          <w:color w:val="000000"/>
          <w:sz w:val="24"/>
        </w:rPr>
        <w:t>), представляющее собой два упомянутых аспекта.</w:t>
      </w:r>
    </w:p>
    <w:p>
      <w:pPr>
        <w:spacing w:before="40" w:after="120"/>
        <w:jc w:val="both"/>
      </w:pPr>
      <w:r>
        <w:rPr>
          <w:rFonts w:ascii="Georgia" w:hAnsi="Georgia"/>
          <w:b w:val="0"/>
          <w:i w:val="0"/>
          <w:color w:val="000000"/>
          <w:sz w:val="24"/>
        </w:rPr>
        <w:t>Тогда раскрываются оба: ведь теперь высший Аба светит тайной скрытого света (</w:t>
      </w:r>
      <w:r>
        <w:rPr>
          <w:rFonts w:ascii="Georgia" w:hAnsi="Georgia"/>
          <w:b w:val="0"/>
          <w:i/>
          <w:color w:val="000000"/>
          <w:sz w:val="24"/>
        </w:rPr>
        <w:t>ор а-гануз</w:t>
      </w:r>
      <w:r>
        <w:rPr>
          <w:rFonts w:ascii="Georgia" w:hAnsi="Georgia"/>
          <w:b w:val="0"/>
          <w:i w:val="0"/>
          <w:color w:val="000000"/>
          <w:sz w:val="24"/>
        </w:rPr>
        <w:t xml:space="preserve">), являющегося высшим хеседом, вследствие зивуга на МАН от поднявшихся к нему ЗОН; благодаря чему свечение Эйн Соф и ГАР, пребывающее в высшей Име, может распространиться как в ВАК де-Аба ве-Има, называемые ИШСУТ, так и в ЗОН. И в этом смысл стиха: </w:t>
      </w:r>
      <w:r>
        <w:rPr>
          <w:rFonts w:ascii="Georgia" w:hAnsi="Georgia"/>
          <w:b w:val="0"/>
          <w:i/>
          <w:color w:val="000000"/>
          <w:sz w:val="24"/>
        </w:rPr>
        <w:t>«Поддерживает Г-сподь всех падающих»</w:t>
      </w:r>
      <w:r>
        <w:rPr>
          <w:rFonts w:ascii="Georgia" w:hAnsi="Georgia"/>
          <w:b w:val="0"/>
          <w:i w:val="0"/>
          <w:color w:val="000000"/>
          <w:sz w:val="24"/>
        </w:rPr>
        <w:t xml:space="preserve"> (Теилим 145:14): ведь ИШСУТ, упавшие со своей ступени на ступень ЗОН и приведшие к тому, что ЗОН также упали, — теперь благодаря зивугу двух этих аспектов, называемых ЙА (</w:t>
      </w:r>
      <w:r>
        <w:rPr>
          <w:rFonts w:ascii="Georgia" w:hAnsi="Georgia" w:cs="Times New Roman"/>
          <w:b/>
          <w:i w:val="0"/>
          <w:color w:val="000000"/>
          <w:sz w:val="24"/>
          <w:rtl/>
          <w:szCs w:val="32"/>
        </w:rPr>
        <w:t>י״ה</w:t>
      </w:r>
      <w:r>
        <w:rPr>
          <w:rFonts w:ascii="Georgia" w:hAnsi="Georgia"/>
          <w:b w:val="0"/>
          <w:i w:val="0"/>
          <w:color w:val="000000"/>
          <w:sz w:val="24"/>
        </w:rPr>
        <w:t>), как сказано выше, высший хесед раскрывается для ИШСУТ и ЗОН, и этот свет поддерживает их (</w:t>
      </w:r>
      <w:r>
        <w:rPr>
          <w:rFonts w:ascii="Georgia" w:hAnsi="Georgia"/>
          <w:b w:val="0"/>
          <w:i/>
          <w:color w:val="000000"/>
          <w:sz w:val="24"/>
        </w:rPr>
        <w:t>сомэх отам</w:t>
      </w:r>
      <w:r>
        <w:rPr>
          <w:rFonts w:ascii="Georgia" w:hAnsi="Georgia"/>
          <w:b w:val="0"/>
          <w:i w:val="0"/>
          <w:color w:val="000000"/>
          <w:sz w:val="24"/>
        </w:rPr>
        <w:t>) и делает их способными к тому, чтобы в них облачился свет Эйн Соф, благословен Он, как разъяснялось выше в «Паним Меирот», в лемме «И нужно», на странице 948, из «Шаар а-Каванот» относительно Йом Кипура, изучи сказанное там. И потому Бина называется самэх — а именно в тайне зивуга ЙА (</w:t>
      </w:r>
      <w:r>
        <w:rPr>
          <w:rFonts w:ascii="Georgia" w:hAnsi="Georgia" w:cs="Times New Roman"/>
          <w:b/>
          <w:i w:val="0"/>
          <w:color w:val="000000"/>
          <w:sz w:val="24"/>
          <w:rtl/>
          <w:szCs w:val="32"/>
        </w:rPr>
        <w:t>י״ה</w:t>
      </w:r>
      <w:r>
        <w:rPr>
          <w:rFonts w:ascii="Georgia" w:hAnsi="Georgia"/>
          <w:b w:val="0"/>
          <w:i w:val="0"/>
          <w:color w:val="000000"/>
          <w:sz w:val="24"/>
        </w:rPr>
        <w:t>), как было разъяснено; и пойми это как следует.</w:t>
      </w:r>
    </w:p>
    <w:sectPr w:rsidR="00FC693F" w:rsidRPr="0006063C" w:rsidSect="00034616">
      <w:headerReference w:type="default" r:id="rId9"/>
      <w:footerReference w:type="default" r:id="rId10"/>
      <w:pgSz w:w="11909" w:h="16834"/>
      <w:pgMar w:top="1152" w:right="1152" w:bottom="1152" w:left="1152"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Georgia" w:hAnsi="Georgia"/>
        <w:color w:val="000000"/>
        <w:sz w:val="16"/>
      </w:rPr>
      <w:t>Перевод: проект «Гмар Тиккун»</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Georgia" w:hAnsi="Georgia"/>
        <w:color w:val="000000"/>
        <w:sz w:val="17"/>
      </w:rPr>
      <w:t>Паним Меирот у-Масбирот • Бааль Сулам</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